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CA26D2" w14:textId="77777777" w:rsidR="003B3005" w:rsidRDefault="00000000">
      <w:pPr>
        <w:pStyle w:val="Title"/>
        <w:spacing w:line="240" w:lineRule="auto"/>
        <w:jc w:val="center"/>
      </w:pPr>
      <w:r>
        <w:rPr>
          <w:rFonts w:ascii="Times New Roman" w:eastAsia="Times New Roman" w:hAnsi="Times New Roman"/>
          <w:sz w:val="24"/>
        </w:rPr>
        <w:t>Additional file 1</w:t>
      </w:r>
    </w:p>
    <w:p w14:paraId="6D400C92" w14:textId="77777777" w:rsidR="003B3005" w:rsidRDefault="00000000">
      <w:pPr>
        <w:spacing w:line="240" w:lineRule="auto"/>
        <w:jc w:val="center"/>
      </w:pPr>
      <w:r>
        <w:rPr>
          <w:b/>
        </w:rPr>
        <w:t>Supplementary Methods, Tables, and Figures</w:t>
      </w:r>
    </w:p>
    <w:p w14:paraId="4D2F256A" w14:textId="77777777" w:rsidR="003B3005" w:rsidRDefault="00000000">
      <w:pPr>
        <w:spacing w:line="240" w:lineRule="auto"/>
        <w:jc w:val="center"/>
      </w:pPr>
      <w:r>
        <w:t>Trends and Disparities in Mortality Involving Co-Documented Sepsis and Obesity Among US Adults Aged 25 Years or Older, 1999-2024: A Serial Cross-Sectional Study</w:t>
      </w:r>
    </w:p>
    <w:p w14:paraId="24BB2E66" w14:textId="77777777" w:rsidR="003B3005" w:rsidRDefault="00000000">
      <w:pPr>
        <w:spacing w:line="240" w:lineRule="auto"/>
        <w:jc w:val="center"/>
      </w:pPr>
      <w:r>
        <w:t>Maham Afzal, MBBS</w:t>
      </w:r>
      <w:r>
        <w:rPr>
          <w:vertAlign w:val="superscript"/>
        </w:rPr>
        <w:t>1</w:t>
      </w:r>
      <w:r>
        <w:t>; Maryam Raza, MBBS</w:t>
      </w:r>
      <w:r>
        <w:rPr>
          <w:vertAlign w:val="superscript"/>
        </w:rPr>
        <w:t>2</w:t>
      </w:r>
      <w:r>
        <w:t>; Shiza Talib Butt, MBBS</w:t>
      </w:r>
      <w:r>
        <w:rPr>
          <w:vertAlign w:val="superscript"/>
        </w:rPr>
        <w:t>3</w:t>
      </w:r>
    </w:p>
    <w:p w14:paraId="3BEFBF32" w14:textId="77777777" w:rsidR="003B3005" w:rsidRDefault="00000000">
      <w:pPr>
        <w:spacing w:line="240" w:lineRule="auto"/>
        <w:jc w:val="center"/>
      </w:pPr>
      <w:r>
        <w:t>¹Fatima Jinnah Medical University, Lahore, Pakistan; ²Lahore Medical and Dental College, Lahore, Pakistan; ³Dow University of Health Sciences, Karachi, Pakistan</w:t>
      </w:r>
    </w:p>
    <w:p w14:paraId="7786A738" w14:textId="77777777" w:rsidR="003B3005" w:rsidRDefault="00000000">
      <w:pPr>
        <w:spacing w:line="240" w:lineRule="auto"/>
        <w:jc w:val="center"/>
      </w:pPr>
      <w:r>
        <w:t>Corresponding author: Maham Afzal, MBBS; Fatima Jinnah Medical University, Lahore, Pakistan; Email: mahamafzaltarar@gmail.com; ORCID: 0009-0003-8541-6864</w:t>
      </w:r>
    </w:p>
    <w:p w14:paraId="03CA092E" w14:textId="77777777" w:rsidR="003B3005" w:rsidRDefault="00000000">
      <w:pPr>
        <w:pStyle w:val="Heading1"/>
        <w:spacing w:before="0" w:line="240" w:lineRule="auto"/>
      </w:pPr>
      <w:r>
        <w:rPr>
          <w:rFonts w:ascii="Times New Roman" w:eastAsia="Times New Roman" w:hAnsi="Times New Roman"/>
        </w:rPr>
        <w:t>Contents</w:t>
      </w:r>
    </w:p>
    <w:p w14:paraId="78CEEA85" w14:textId="77777777" w:rsidR="003B3005" w:rsidRDefault="00000000">
      <w:pPr>
        <w:pStyle w:val="ListBullet"/>
        <w:spacing w:line="240" w:lineRule="auto"/>
      </w:pPr>
      <w:r>
        <w:t>Supplementary Methods 1. Data source, study population, and case definition</w:t>
      </w:r>
    </w:p>
    <w:p w14:paraId="3507F517" w14:textId="77777777" w:rsidR="003B3005" w:rsidRDefault="00000000">
      <w:pPr>
        <w:pStyle w:val="ListBullet"/>
        <w:spacing w:line="240" w:lineRule="auto"/>
      </w:pPr>
      <w:r>
        <w:t>Supplementary Methods 2. Mortality measures and Joinpoint analysis</w:t>
      </w:r>
    </w:p>
    <w:p w14:paraId="0D52481A" w14:textId="77777777" w:rsidR="003B3005" w:rsidRDefault="00000000">
      <w:pPr>
        <w:pStyle w:val="ListBullet"/>
      </w:pPr>
      <w:r>
        <w:t>Supplementary Methods 3. Sensitivity analyses</w:t>
      </w:r>
    </w:p>
    <w:p w14:paraId="28A4D1A2" w14:textId="77777777" w:rsidR="003B3005" w:rsidRDefault="00000000">
      <w:pPr>
        <w:pStyle w:val="ListBullet"/>
        <w:spacing w:line="240" w:lineRule="auto"/>
      </w:pPr>
      <w:r>
        <w:t>Supplementary Methods 4. Race and Hispanic-origin classification</w:t>
      </w:r>
    </w:p>
    <w:p w14:paraId="560AF291" w14:textId="77777777" w:rsidR="003B3005" w:rsidRDefault="00000000">
      <w:pPr>
        <w:pStyle w:val="ListBullet"/>
        <w:spacing w:line="240" w:lineRule="auto"/>
      </w:pPr>
      <w:r>
        <w:t>Supplementary Methods 5. Race data quality and analysis framework</w:t>
      </w:r>
    </w:p>
    <w:p w14:paraId="7D087FC9" w14:textId="77777777" w:rsidR="003B3005" w:rsidRDefault="00000000">
      <w:pPr>
        <w:pStyle w:val="ListBullet"/>
        <w:spacing w:line="240" w:lineRule="auto"/>
      </w:pPr>
      <w:r>
        <w:t>Supplementary Tables S1-S28</w:t>
      </w:r>
    </w:p>
    <w:p w14:paraId="4A1B3D6D" w14:textId="77777777" w:rsidR="003B3005" w:rsidRDefault="00000000">
      <w:pPr>
        <w:pStyle w:val="ListBullet"/>
        <w:spacing w:line="240" w:lineRule="auto"/>
      </w:pPr>
      <w:r>
        <w:t>Supplementary Figures S1-S10</w:t>
      </w:r>
    </w:p>
    <w:p w14:paraId="12105EBC" w14:textId="77777777" w:rsidR="003B3005" w:rsidRDefault="00000000">
      <w:pPr>
        <w:pStyle w:val="ListBullet"/>
        <w:spacing w:line="240" w:lineRule="auto"/>
      </w:pPr>
      <w:r>
        <w:t>Supplementary References</w:t>
      </w:r>
    </w:p>
    <w:p w14:paraId="190F0780" w14:textId="77777777" w:rsidR="003B3005" w:rsidRDefault="00000000">
      <w:pPr>
        <w:pStyle w:val="Heading1"/>
        <w:spacing w:before="0" w:line="240" w:lineRule="auto"/>
      </w:pPr>
      <w:r>
        <w:rPr>
          <w:rFonts w:ascii="Times New Roman" w:eastAsia="Times New Roman" w:hAnsi="Times New Roman"/>
        </w:rPr>
        <w:t>Supplementary Methods 1. Data source, population, and case definition</w:t>
      </w:r>
    </w:p>
    <w:p w14:paraId="709F6BA0" w14:textId="77777777" w:rsidR="003B3005" w:rsidRDefault="00000000">
      <w:pPr>
        <w:spacing w:line="240" w:lineRule="auto"/>
      </w:pPr>
      <w:r>
        <w:t>This retrospective serial cross-sectional study used the CDC WONDER Multiple Cause of Death databases for US resident decedents aged 25 years or older. The historical database covered 1999-2020 [1], and the Single Race database covered 2021-2024 for the primary non-race series and 2018-2024 for the contemporary race analysis [2]. Eligible deaths had at least one prespecified septicemia code and at least one obesity code recorded anywhere on the same death certificate. The underlying cause of death was not restricted.</w:t>
      </w:r>
    </w:p>
    <w:p w14:paraId="2EF0C6D2" w14:textId="77777777" w:rsidR="003B3005" w:rsidRDefault="00000000">
      <w:pPr>
        <w:spacing w:line="240" w:lineRule="auto"/>
      </w:pPr>
      <w:r>
        <w:t>Septicemia codes were A02.1, A20.7, A22.7, A26.7, A32.7, A39.4, A40.0-A40.3, A40.8-A40.9, A41.0-A41.5, A41.8-A41.9, A42.7, and B37.7. Obesity codes were E66.0, E66.1, E66.2, E66.8, and E66.9. Codes within each set were joined by OR, and the two code sets were joined by AND. Counts of 1-9 deaths suppressed by CDC WONDER were retained as missing and were not imputed.</w:t>
      </w:r>
    </w:p>
    <w:p w14:paraId="66083D21" w14:textId="77777777" w:rsidR="003B3005" w:rsidRDefault="00000000">
      <w:pPr>
        <w:pStyle w:val="Heading1"/>
        <w:spacing w:before="0" w:line="240" w:lineRule="auto"/>
      </w:pPr>
      <w:r>
        <w:rPr>
          <w:rFonts w:ascii="Times New Roman" w:eastAsia="Times New Roman" w:hAnsi="Times New Roman"/>
        </w:rPr>
        <w:t>Supplementary Methods 2. Mortality measures and Joinpoint analysis</w:t>
      </w:r>
    </w:p>
    <w:p w14:paraId="651E08D5" w14:textId="77777777" w:rsidR="003B3005" w:rsidRDefault="00000000">
      <w:pPr>
        <w:spacing w:line="240" w:lineRule="auto"/>
      </w:pPr>
      <w:r>
        <w:t>The primary measure was the age-adjusted mortality rate (AAMR) per 100000 population, standardized by the direct method to the 2000 US standard population. Annual deaths, population denominators, AAMRs, 95% confidence intervals, and standard errors were retained when available. Trend analyses included the overall population, sex, Hispanic origin, Census region, historical race, contemporary race and ethnicity, urbanization for 1999-2020, and the A40-A41 sensitivity definition.</w:t>
      </w:r>
    </w:p>
    <w:p w14:paraId="4C45B828" w14:textId="77777777" w:rsidR="003B3005" w:rsidRDefault="00000000">
      <w:pPr>
        <w:spacing w:line="240" w:lineRule="auto"/>
      </w:pPr>
      <w:r>
        <w:t>Joinpoint regression analyses used Joinpoint Regression Program version 6.1.0 [3]. Log-linear models incorporated annual AAMR standard errors under the heteroscedastic-errors option. Model selection used Weighted Bayesian Information Criterion, and Empirical Quantile 95% confidence intervals used 5001 resamples. Up to four joinpoints were permitted for long series; contemporary seven-group models permitted one joinpoint. No breakpoint was forced at 2020. APCs and AAPCs were significant when their 95% confidence intervals excluded zero. Numerical subgroup differences were not treated as statistically different without formal comparison.</w:t>
      </w:r>
    </w:p>
    <w:p w14:paraId="29B6BC23" w14:textId="77777777" w:rsidR="003B3005" w:rsidRDefault="00000000">
      <w:pPr>
        <w:spacing w:line="240" w:lineRule="auto"/>
      </w:pPr>
      <w:r>
        <w:lastRenderedPageBreak/>
        <w:t>Urbanization-specific AAMRs and Joinpoint models used the 2013 NCHS urban-rural classification for 1999-2020. For 2021-2024, the age-restricted grouped query returned death counts without population denominators or rate measures; these counts were reported descriptively and were not interpreted as mortality-rate comparisons. State AAMRs were pooled separately for 1999-2020 and 2021-2024. Tables S10-S11 and Figures S9-S10 present the corresponding period-specific state estimates.</w:t>
      </w:r>
    </w:p>
    <w:p w14:paraId="625C49E1" w14:textId="77777777" w:rsidR="003B3005" w:rsidRDefault="00000000">
      <w:pPr>
        <w:pStyle w:val="Heading1"/>
      </w:pPr>
      <w:r>
        <w:rPr>
          <w:rFonts w:ascii="Times New Roman" w:hAnsi="Times New Roman"/>
        </w:rPr>
        <w:t>Supplementary Methods 3. Sensitivity analyses</w:t>
      </w:r>
    </w:p>
    <w:p w14:paraId="098B1B4D" w14:textId="77777777" w:rsidR="003B3005" w:rsidRDefault="00000000">
      <w:pPr>
        <w:spacing w:line="240" w:lineRule="auto"/>
      </w:pPr>
      <w:r>
        <w:t>The sensitivity analysis restricted the septicemia definition to A40-A41 while retaining the same obesity codes, population, years, and multiple-cause AND logic. Annual AAMRs and standard errors for the restricted definition were analyzed using the same Joinpoint settings. Separately, the descriptive COVID-19 analysis identified deaths in the expanded-code cohort with U07.1 as the underlying cause during 2020-2024. These deaths were subtracted from annual counts and their percentage contribution was calculated. Post-exclusion AAMRs were not derived because age-specific suppressed cells prevented valid direct standardization and age-adjusted rates are not additive. The analysis did not identify deaths in which U07.1 was recorded only as a contributing cause.</w:t>
      </w:r>
    </w:p>
    <w:p w14:paraId="38A3154A" w14:textId="77777777" w:rsidR="003B3005" w:rsidRDefault="00000000">
      <w:pPr>
        <w:pStyle w:val="Heading1"/>
        <w:spacing w:before="0" w:line="240" w:lineRule="auto"/>
      </w:pPr>
      <w:r>
        <w:rPr>
          <w:rFonts w:ascii="Times New Roman" w:eastAsia="Times New Roman" w:hAnsi="Times New Roman"/>
        </w:rPr>
        <w:t>Supplementary Methods 4. Race and Hispanic-origin classification</w:t>
      </w:r>
    </w:p>
    <w:p w14:paraId="63749A30" w14:textId="77777777" w:rsidR="003B3005" w:rsidRDefault="00000000">
      <w:pPr>
        <w:spacing w:line="240" w:lineRule="auto"/>
      </w:pPr>
      <w:r>
        <w:t>Race and Hispanic origin were analyzed as distinct characteristics. Historical race analyses used the 1999-2020 bridged-race system, in which multiple-race records were reassigned to White, Black or African American, American Indian or Alaska Native, or Asian or Pacific Islander categories [4]. Contemporary analyses used the 2018-2024 Single Race database, which separately reports Asian, Native Hawaiian or Other Pacific Islander, and more-than-one-race populations [2]. Long-term Hispanic-origin trends compared Hispanic or Latino and non-Hispanic or Latino decedents from 1999 through 2024.</w:t>
      </w:r>
    </w:p>
    <w:p w14:paraId="0B4C0945" w14:textId="77777777" w:rsidR="003B3005" w:rsidRDefault="00000000">
      <w:pPr>
        <w:spacing w:line="240" w:lineRule="auto"/>
      </w:pPr>
      <w:r>
        <w:t>The historical and contemporary race classifications were not concatenated into a single 1999-2024 time series. Contemporary comparisons used mutually exclusive categories: six non-Hispanic single-race groups and Hispanic or Latino persons of any race. Pooled 2021-2024 AAMRs were the principal contemporary disparity estimates, with non-Hispanic White decedents as the reference group. Annual 2018-2024 race Joinpoint analyses were considered secondary and exploratory because each group contributed only seven observations.</w:t>
      </w:r>
    </w:p>
    <w:p w14:paraId="7F0C49C5" w14:textId="77777777" w:rsidR="003B3005" w:rsidRDefault="00000000">
      <w:pPr>
        <w:pStyle w:val="Heading1"/>
        <w:spacing w:before="0" w:line="240" w:lineRule="auto"/>
      </w:pPr>
      <w:r>
        <w:rPr>
          <w:rFonts w:ascii="Times New Roman" w:eastAsia="Times New Roman" w:hAnsi="Times New Roman"/>
        </w:rPr>
        <w:t>Supplementary Methods 5. Race data quality and analysis framework</w:t>
      </w:r>
    </w:p>
    <w:p w14:paraId="15770321" w14:textId="77777777" w:rsidR="003B3005" w:rsidRDefault="00000000">
      <w:pPr>
        <w:spacing w:line="240" w:lineRule="auto"/>
      </w:pPr>
      <w:r>
        <w:t>Historical rates based on fewer than 20 deaths were designated unreliable. Contemporary rates followed the CDC WONDER reliability criterion based on relative confidence-interval width. Hispanic-origin records categorized as Not Stated were retained for counts-only quality control because valid population denominators and AAMRs are not applicable. Historical Joinpoint modeling was restricted to non-Hispanic Black and non-Hispanic White groups, the only groups with complete reliable annual AAMRs and standard errors for all 22 years. Model inputs and reported APCs, AAPCs, and figures were checked for consistency. Because race and Hispanic origin can be misclassified on death certificates, group comparisons were interpreted as surveillance estimates rather than biological differences [5]. Reporting followed STROBE [6] and RECORD [7]; the checklist is provided in Supplementary Table S28.</w:t>
      </w:r>
    </w:p>
    <w:p w14:paraId="11BFC682" w14:textId="77777777" w:rsidR="003B3005" w:rsidRDefault="00000000">
      <w:pPr>
        <w:pStyle w:val="Heading2"/>
        <w:spacing w:before="0" w:line="240" w:lineRule="auto"/>
      </w:pPr>
      <w:r>
        <w:rPr>
          <w:rFonts w:ascii="Times New Roman" w:eastAsia="Times New Roman" w:hAnsi="Times New Roman"/>
          <w:sz w:val="24"/>
        </w:rPr>
        <w:t>Supplementary Table S1. Reproducible query and analysis criteria</w:t>
      </w:r>
    </w:p>
    <w:tbl>
      <w:tblPr>
        <w:tblW w:w="5000" w:type="pct"/>
        <w:jc w:val="center"/>
        <w:tblLayout w:type="fixed"/>
        <w:tblLook w:val="04A0" w:firstRow="1" w:lastRow="0" w:firstColumn="1" w:lastColumn="0" w:noHBand="0" w:noVBand="1"/>
      </w:tblPr>
      <w:tblGrid>
        <w:gridCol w:w="2236"/>
        <w:gridCol w:w="7214"/>
      </w:tblGrid>
      <w:tr w:rsidR="003B3005" w14:paraId="1E2FDD19" w14:textId="77777777">
        <w:trPr>
          <w:cantSplit/>
          <w:tblHeader/>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2F2194" w14:textId="77777777" w:rsidR="003B3005" w:rsidRDefault="00000000">
            <w:pPr>
              <w:spacing w:line="240" w:lineRule="auto"/>
            </w:pPr>
            <w:r>
              <w:rPr>
                <w:b/>
                <w:sz w:val="15"/>
              </w:rPr>
              <w:t>Item</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27CEA7" w14:textId="77777777" w:rsidR="003B3005" w:rsidRDefault="00000000">
            <w:pPr>
              <w:spacing w:line="240" w:lineRule="auto"/>
              <w:jc w:val="center"/>
            </w:pPr>
            <w:r>
              <w:rPr>
                <w:b/>
                <w:sz w:val="15"/>
              </w:rPr>
              <w:t>Specification</w:t>
            </w:r>
          </w:p>
        </w:tc>
      </w:tr>
      <w:tr w:rsidR="003B3005" w14:paraId="5B5CB490"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41C84C" w14:textId="77777777" w:rsidR="003B3005" w:rsidRDefault="00000000">
            <w:pPr>
              <w:spacing w:line="240" w:lineRule="auto"/>
            </w:pPr>
            <w:r>
              <w:rPr>
                <w:sz w:val="15"/>
              </w:rPr>
              <w:t>Study design</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ADD8A3" w14:textId="77777777" w:rsidR="003B3005" w:rsidRDefault="00000000">
            <w:pPr>
              <w:spacing w:line="240" w:lineRule="auto"/>
              <w:jc w:val="center"/>
            </w:pPr>
            <w:r>
              <w:rPr>
                <w:sz w:val="15"/>
              </w:rPr>
              <w:t>Retrospective serial cross-sectional multiple-cause-of-death analysis</w:t>
            </w:r>
          </w:p>
        </w:tc>
      </w:tr>
      <w:tr w:rsidR="003B3005" w14:paraId="670E0A7C"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87DFDE" w14:textId="77777777" w:rsidR="003B3005" w:rsidRDefault="00000000">
            <w:pPr>
              <w:spacing w:line="240" w:lineRule="auto"/>
            </w:pPr>
            <w:r>
              <w:rPr>
                <w:sz w:val="15"/>
              </w:rPr>
              <w:t>Population</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A3FC2D" w14:textId="77777777" w:rsidR="003B3005" w:rsidRDefault="00000000">
            <w:pPr>
              <w:spacing w:line="240" w:lineRule="auto"/>
              <w:jc w:val="center"/>
            </w:pPr>
            <w:r>
              <w:rPr>
                <w:sz w:val="15"/>
              </w:rPr>
              <w:t>US resident decedents aged 25 years or older</w:t>
            </w:r>
          </w:p>
        </w:tc>
      </w:tr>
      <w:tr w:rsidR="003B3005" w14:paraId="0E09FAFE"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B52378" w14:textId="77777777" w:rsidR="003B3005" w:rsidRDefault="00000000">
            <w:pPr>
              <w:spacing w:line="240" w:lineRule="auto"/>
            </w:pPr>
            <w:r>
              <w:rPr>
                <w:sz w:val="15"/>
              </w:rPr>
              <w:lastRenderedPageBreak/>
              <w:t>Historical database</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1E8610" w14:textId="77777777" w:rsidR="003B3005" w:rsidRDefault="00000000">
            <w:pPr>
              <w:spacing w:line="240" w:lineRule="auto"/>
              <w:jc w:val="center"/>
            </w:pPr>
            <w:r>
              <w:rPr>
                <w:sz w:val="15"/>
              </w:rPr>
              <w:t>CDC WONDER Multiple Cause of Death, 1999-2020</w:t>
            </w:r>
          </w:p>
        </w:tc>
      </w:tr>
      <w:tr w:rsidR="003B3005" w14:paraId="5DBE1BF4"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EE9A52" w14:textId="77777777" w:rsidR="003B3005" w:rsidRDefault="00000000">
            <w:pPr>
              <w:spacing w:line="240" w:lineRule="auto"/>
            </w:pPr>
            <w:r>
              <w:rPr>
                <w:sz w:val="15"/>
              </w:rPr>
              <w:t>Contemporary database</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A31088" w14:textId="77777777" w:rsidR="003B3005" w:rsidRDefault="00000000">
            <w:pPr>
              <w:spacing w:line="240" w:lineRule="auto"/>
              <w:jc w:val="center"/>
            </w:pPr>
            <w:r>
              <w:rPr>
                <w:sz w:val="15"/>
              </w:rPr>
              <w:t>CDC WONDER Multiple Cause of Death, 2018-2024, Single Race</w:t>
            </w:r>
          </w:p>
        </w:tc>
      </w:tr>
      <w:tr w:rsidR="003B3005" w14:paraId="3C13890C"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4344B8" w14:textId="77777777" w:rsidR="003B3005" w:rsidRDefault="00000000">
            <w:pPr>
              <w:spacing w:line="240" w:lineRule="auto"/>
            </w:pPr>
            <w:r>
              <w:rPr>
                <w:sz w:val="15"/>
              </w:rPr>
              <w:t>Underlying cause</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B021F4" w14:textId="77777777" w:rsidR="003B3005" w:rsidRDefault="00000000">
            <w:pPr>
              <w:spacing w:line="240" w:lineRule="auto"/>
              <w:jc w:val="center"/>
            </w:pPr>
            <w:r>
              <w:rPr>
                <w:sz w:val="15"/>
              </w:rPr>
              <w:t>Unrestricted (all causes)</w:t>
            </w:r>
          </w:p>
        </w:tc>
      </w:tr>
      <w:tr w:rsidR="003B3005" w14:paraId="6D9A1DBB"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7D717E" w14:textId="77777777" w:rsidR="003B3005" w:rsidRDefault="00000000">
            <w:pPr>
              <w:spacing w:line="240" w:lineRule="auto"/>
            </w:pPr>
            <w:r>
              <w:rPr>
                <w:sz w:val="15"/>
              </w:rPr>
              <w:t>Case definition</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77CA55" w14:textId="77777777" w:rsidR="003B3005" w:rsidRDefault="00000000">
            <w:pPr>
              <w:spacing w:line="240" w:lineRule="auto"/>
              <w:jc w:val="center"/>
            </w:pPr>
            <w:r>
              <w:rPr>
                <w:sz w:val="15"/>
              </w:rPr>
              <w:t>At least one selected septicemia code AND at least one selected obesity code anywhere on the same death certificate</w:t>
            </w:r>
          </w:p>
        </w:tc>
      </w:tr>
      <w:tr w:rsidR="003B3005" w14:paraId="2FB2E520"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737CB4" w14:textId="77777777" w:rsidR="003B3005" w:rsidRDefault="00000000">
            <w:pPr>
              <w:spacing w:line="240" w:lineRule="auto"/>
            </w:pPr>
            <w:r>
              <w:rPr>
                <w:sz w:val="15"/>
              </w:rPr>
              <w:t>Septicemia ICD-10 codes</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83E348" w14:textId="77777777" w:rsidR="003B3005" w:rsidRDefault="00000000">
            <w:pPr>
              <w:spacing w:line="240" w:lineRule="auto"/>
              <w:jc w:val="center"/>
            </w:pPr>
            <w:r>
              <w:rPr>
                <w:sz w:val="15"/>
              </w:rPr>
              <w:t>A02.1; A20.7; A22.7; A26.7; A32.7; A39.4; A40.0-A40.3; A40.8-A40.9; A41.0-A41.5; A41.8-A41.9; A42.7; B37.7</w:t>
            </w:r>
          </w:p>
        </w:tc>
      </w:tr>
      <w:tr w:rsidR="003B3005" w14:paraId="229BB8CB"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0CB74A" w14:textId="77777777" w:rsidR="003B3005" w:rsidRDefault="00000000">
            <w:pPr>
              <w:spacing w:line="240" w:lineRule="auto"/>
            </w:pPr>
            <w:r>
              <w:rPr>
                <w:sz w:val="15"/>
              </w:rPr>
              <w:t>Obesity ICD-10 codes</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E09AB3" w14:textId="77777777" w:rsidR="003B3005" w:rsidRDefault="00000000">
            <w:pPr>
              <w:spacing w:line="240" w:lineRule="auto"/>
              <w:jc w:val="center"/>
            </w:pPr>
            <w:r>
              <w:rPr>
                <w:sz w:val="15"/>
              </w:rPr>
              <w:t>E66.0; E66.1; E66.2; E66.8; E66.9</w:t>
            </w:r>
          </w:p>
        </w:tc>
      </w:tr>
      <w:tr w:rsidR="003B3005" w14:paraId="53B995FC"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0D0FA6" w14:textId="77777777" w:rsidR="003B3005" w:rsidRDefault="00000000">
            <w:pPr>
              <w:spacing w:line="240" w:lineRule="auto"/>
            </w:pPr>
            <w:r>
              <w:rPr>
                <w:sz w:val="15"/>
              </w:rPr>
              <w:t>Measures</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1E2D38" w14:textId="77777777" w:rsidR="003B3005" w:rsidRDefault="00000000">
            <w:pPr>
              <w:spacing w:line="240" w:lineRule="auto"/>
              <w:jc w:val="center"/>
            </w:pPr>
            <w:r>
              <w:rPr>
                <w:sz w:val="15"/>
              </w:rPr>
              <w:t>Deaths; population; crude rate; AAMR; 95% CI; standard error, where available</w:t>
            </w:r>
          </w:p>
        </w:tc>
      </w:tr>
      <w:tr w:rsidR="003B3005" w14:paraId="11E1E447"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BBB9D2" w14:textId="77777777" w:rsidR="003B3005" w:rsidRDefault="00000000">
            <w:pPr>
              <w:spacing w:line="240" w:lineRule="auto"/>
            </w:pPr>
            <w:r>
              <w:rPr>
                <w:sz w:val="15"/>
              </w:rPr>
              <w:t>Rate scale</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D45586" w14:textId="77777777" w:rsidR="003B3005" w:rsidRDefault="00000000">
            <w:pPr>
              <w:spacing w:line="240" w:lineRule="auto"/>
              <w:jc w:val="center"/>
            </w:pPr>
            <w:r>
              <w:rPr>
                <w:sz w:val="15"/>
              </w:rPr>
              <w:t>Per 100000 population</w:t>
            </w:r>
          </w:p>
        </w:tc>
      </w:tr>
      <w:tr w:rsidR="003B3005" w14:paraId="71E7F95D"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FF2F2B" w14:textId="77777777" w:rsidR="003B3005" w:rsidRDefault="00000000">
            <w:pPr>
              <w:spacing w:line="240" w:lineRule="auto"/>
            </w:pPr>
            <w:r>
              <w:rPr>
                <w:sz w:val="15"/>
              </w:rPr>
              <w:t>Standard population</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C14103" w14:textId="77777777" w:rsidR="003B3005" w:rsidRDefault="00000000">
            <w:pPr>
              <w:spacing w:line="240" w:lineRule="auto"/>
              <w:jc w:val="center"/>
            </w:pPr>
            <w:r>
              <w:rPr>
                <w:sz w:val="15"/>
              </w:rPr>
              <w:t>2000 US standard population; direct age standardization</w:t>
            </w:r>
          </w:p>
        </w:tc>
      </w:tr>
      <w:tr w:rsidR="003B3005" w14:paraId="5D094718"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56467D" w14:textId="77777777" w:rsidR="003B3005" w:rsidRDefault="00000000">
            <w:pPr>
              <w:spacing w:line="240" w:lineRule="auto"/>
            </w:pPr>
            <w:r>
              <w:rPr>
                <w:sz w:val="15"/>
              </w:rPr>
              <w:t>Trend-analysis domains</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DB2437" w14:textId="77777777" w:rsidR="003B3005" w:rsidRDefault="00000000">
            <w:pPr>
              <w:spacing w:line="240" w:lineRule="auto"/>
              <w:jc w:val="center"/>
            </w:pPr>
            <w:r>
              <w:rPr>
                <w:sz w:val="15"/>
              </w:rPr>
              <w:t>Overall; sex; Hispanic origin; Census region; historical race; contemporary race and ethnicity; urbanization (1999-2020); A40-A41 sensitivity</w:t>
            </w:r>
          </w:p>
        </w:tc>
      </w:tr>
      <w:tr w:rsidR="003B3005" w14:paraId="782F3081"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F939E3" w14:textId="77777777" w:rsidR="003B3005" w:rsidRDefault="00000000">
            <w:pPr>
              <w:spacing w:line="240" w:lineRule="auto"/>
            </w:pPr>
            <w:r>
              <w:rPr>
                <w:sz w:val="15"/>
              </w:rPr>
              <w:t>State summaries</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2E8EF5" w14:textId="77777777" w:rsidR="003B3005" w:rsidRDefault="00000000">
            <w:pPr>
              <w:spacing w:line="240" w:lineRule="auto"/>
              <w:jc w:val="center"/>
            </w:pPr>
            <w:r>
              <w:rPr>
                <w:sz w:val="15"/>
              </w:rPr>
              <w:t>Separate pooled tables for 1999-2020 and 2021-2024</w:t>
            </w:r>
          </w:p>
        </w:tc>
      </w:tr>
      <w:tr w:rsidR="003B3005" w14:paraId="52F107D8"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64CD75" w14:textId="77777777" w:rsidR="003B3005" w:rsidRDefault="00000000">
            <w:pPr>
              <w:spacing w:line="240" w:lineRule="auto"/>
            </w:pPr>
            <w:r>
              <w:rPr>
                <w:sz w:val="15"/>
              </w:rPr>
              <w:t>Urbanization 2021-2024</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2AE070" w14:textId="77777777" w:rsidR="003B3005" w:rsidRDefault="00000000">
            <w:pPr>
              <w:spacing w:line="240" w:lineRule="auto"/>
              <w:jc w:val="center"/>
            </w:pPr>
            <w:r>
              <w:rPr>
                <w:sz w:val="15"/>
              </w:rPr>
              <w:t>Counts only; not appended to 1999-2020 AAMRs</w:t>
            </w:r>
          </w:p>
        </w:tc>
      </w:tr>
      <w:tr w:rsidR="003B3005" w14:paraId="124AFEA3"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C6DD89" w14:textId="77777777" w:rsidR="003B3005" w:rsidRDefault="00000000">
            <w:pPr>
              <w:spacing w:line="240" w:lineRule="auto"/>
            </w:pPr>
            <w:r>
              <w:rPr>
                <w:sz w:val="15"/>
              </w:rPr>
              <w:t>Joinpoint software</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2D921A" w14:textId="77777777" w:rsidR="003B3005" w:rsidRDefault="00000000">
            <w:pPr>
              <w:spacing w:line="240" w:lineRule="auto"/>
              <w:jc w:val="center"/>
            </w:pPr>
            <w:r>
              <w:rPr>
                <w:sz w:val="15"/>
              </w:rPr>
              <w:t>Joinpoint Regression Program version 6.1.0</w:t>
            </w:r>
          </w:p>
        </w:tc>
      </w:tr>
      <w:tr w:rsidR="003B3005" w14:paraId="0C94AC4A"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176B2F" w14:textId="77777777" w:rsidR="003B3005" w:rsidRDefault="00000000">
            <w:pPr>
              <w:spacing w:line="240" w:lineRule="auto"/>
            </w:pPr>
            <w:r>
              <w:rPr>
                <w:sz w:val="15"/>
              </w:rPr>
              <w:t>Error model</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77DE37" w14:textId="77777777" w:rsidR="003B3005" w:rsidRDefault="00000000">
            <w:pPr>
              <w:spacing w:line="240" w:lineRule="auto"/>
              <w:jc w:val="center"/>
            </w:pPr>
            <w:r>
              <w:rPr>
                <w:sz w:val="15"/>
              </w:rPr>
              <w:t>Heteroscedastic errors using annual AAMR standard errors</w:t>
            </w:r>
          </w:p>
        </w:tc>
      </w:tr>
      <w:tr w:rsidR="003B3005" w14:paraId="11B5B142"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A25139" w14:textId="77777777" w:rsidR="003B3005" w:rsidRDefault="00000000">
            <w:pPr>
              <w:spacing w:line="240" w:lineRule="auto"/>
            </w:pPr>
            <w:r>
              <w:rPr>
                <w:sz w:val="15"/>
              </w:rPr>
              <w:t>Model selection</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12D657" w14:textId="77777777" w:rsidR="003B3005" w:rsidRDefault="00000000">
            <w:pPr>
              <w:spacing w:line="240" w:lineRule="auto"/>
              <w:jc w:val="center"/>
            </w:pPr>
            <w:r>
              <w:rPr>
                <w:sz w:val="15"/>
              </w:rPr>
              <w:t>Weighted BIC</w:t>
            </w:r>
          </w:p>
        </w:tc>
      </w:tr>
      <w:tr w:rsidR="003B3005" w14:paraId="35B68D9D"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5DE8CD" w14:textId="77777777" w:rsidR="003B3005" w:rsidRDefault="00000000">
            <w:pPr>
              <w:spacing w:line="240" w:lineRule="auto"/>
            </w:pPr>
            <w:r>
              <w:rPr>
                <w:sz w:val="15"/>
              </w:rPr>
              <w:t>Confidence intervals</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B8C04F" w14:textId="77777777" w:rsidR="003B3005" w:rsidRDefault="00000000">
            <w:pPr>
              <w:spacing w:line="240" w:lineRule="auto"/>
              <w:jc w:val="center"/>
            </w:pPr>
            <w:r>
              <w:rPr>
                <w:sz w:val="15"/>
              </w:rPr>
              <w:t>Empirical Quantile, 5001 resamples</w:t>
            </w:r>
          </w:p>
        </w:tc>
      </w:tr>
      <w:tr w:rsidR="003B3005" w14:paraId="6281C967"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6394A1" w14:textId="77777777" w:rsidR="003B3005" w:rsidRDefault="00000000">
            <w:pPr>
              <w:spacing w:line="240" w:lineRule="auto"/>
            </w:pPr>
            <w:r>
              <w:rPr>
                <w:sz w:val="15"/>
              </w:rPr>
              <w:t>Suppression</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49C11B" w14:textId="77777777" w:rsidR="003B3005" w:rsidRDefault="00000000">
            <w:pPr>
              <w:spacing w:line="240" w:lineRule="auto"/>
              <w:jc w:val="center"/>
            </w:pPr>
            <w:r>
              <w:rPr>
                <w:sz w:val="15"/>
              </w:rPr>
              <w:t>Counts of 1-9 suppressed; suppressed estimates retained as missing; no imputation</w:t>
            </w:r>
          </w:p>
        </w:tc>
      </w:tr>
    </w:tbl>
    <w:p w14:paraId="28184EC9" w14:textId="77777777" w:rsidR="003B3005" w:rsidRDefault="00000000">
      <w:pPr>
        <w:pStyle w:val="Heading2"/>
        <w:spacing w:before="0" w:line="240" w:lineRule="auto"/>
      </w:pPr>
      <w:r>
        <w:rPr>
          <w:rFonts w:ascii="Times New Roman" w:eastAsia="Times New Roman" w:hAnsi="Times New Roman"/>
          <w:sz w:val="24"/>
        </w:rPr>
        <w:t>Supplementary Table S2. Annual percent-change segments</w:t>
      </w:r>
    </w:p>
    <w:tbl>
      <w:tblPr>
        <w:tblW w:w="5000" w:type="pct"/>
        <w:jc w:val="center"/>
        <w:tblLayout w:type="fixed"/>
        <w:tblLook w:val="04A0" w:firstRow="1" w:lastRow="0" w:firstColumn="1" w:lastColumn="0" w:noHBand="0" w:noVBand="1"/>
      </w:tblPr>
      <w:tblGrid>
        <w:gridCol w:w="1516"/>
        <w:gridCol w:w="1039"/>
        <w:gridCol w:w="1125"/>
        <w:gridCol w:w="1515"/>
        <w:gridCol w:w="1038"/>
        <w:gridCol w:w="2092"/>
        <w:gridCol w:w="1125"/>
      </w:tblGrid>
      <w:tr w:rsidR="003B3005" w14:paraId="08A453EA" w14:textId="77777777">
        <w:trPr>
          <w:cantSplit/>
          <w:tblHeader/>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9341BF" w14:textId="77777777" w:rsidR="003B3005" w:rsidRDefault="00000000">
            <w:pPr>
              <w:spacing w:line="240" w:lineRule="auto"/>
            </w:pPr>
            <w:r>
              <w:rPr>
                <w:b/>
                <w:sz w:val="15"/>
              </w:rPr>
              <w:t>Domain</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4E1639" w14:textId="77777777" w:rsidR="003B3005" w:rsidRDefault="00000000">
            <w:pPr>
              <w:spacing w:line="240" w:lineRule="auto"/>
              <w:jc w:val="center"/>
            </w:pPr>
            <w:r>
              <w:rPr>
                <w:b/>
                <w:sz w:val="15"/>
              </w:rPr>
              <w:t>Group</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B780BF" w14:textId="77777777" w:rsidR="003B3005" w:rsidRDefault="00000000">
            <w:pPr>
              <w:spacing w:line="240" w:lineRule="auto"/>
              <w:jc w:val="center"/>
            </w:pPr>
            <w:r>
              <w:rPr>
                <w:b/>
                <w:sz w:val="15"/>
              </w:rPr>
              <w:t>Segment</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D2D269" w14:textId="77777777" w:rsidR="003B3005" w:rsidRDefault="00000000">
            <w:pPr>
              <w:spacing w:line="240" w:lineRule="auto"/>
              <w:jc w:val="center"/>
            </w:pPr>
            <w:r>
              <w:rPr>
                <w:b/>
                <w:sz w:val="15"/>
              </w:rPr>
              <w:t>APC (%)</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DEFABC" w14:textId="77777777" w:rsidR="003B3005" w:rsidRDefault="00000000">
            <w:pPr>
              <w:spacing w:line="240" w:lineRule="auto"/>
              <w:jc w:val="center"/>
            </w:pPr>
            <w:r>
              <w:rPr>
                <w:b/>
                <w:sz w:val="15"/>
              </w:rPr>
              <w:t>95% CI</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45CA0D" w14:textId="77777777" w:rsidR="003B3005" w:rsidRDefault="00000000">
            <w:pPr>
              <w:spacing w:line="240" w:lineRule="auto"/>
              <w:jc w:val="center"/>
            </w:pPr>
            <w:r>
              <w:rPr>
                <w:b/>
                <w:sz w:val="15"/>
              </w:rPr>
              <w:t>P value</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6520B2" w14:textId="77777777" w:rsidR="003B3005" w:rsidRDefault="00000000">
            <w:pPr>
              <w:spacing w:line="240" w:lineRule="auto"/>
              <w:jc w:val="center"/>
            </w:pPr>
            <w:r>
              <w:rPr>
                <w:b/>
                <w:sz w:val="15"/>
              </w:rPr>
              <w:t>Significant</w:t>
            </w:r>
          </w:p>
        </w:tc>
      </w:tr>
      <w:tr w:rsidR="003B3005" w14:paraId="569479F6" w14:textId="77777777">
        <w:trPr>
          <w:cantSplit/>
          <w:jc w:val="center"/>
        </w:trPr>
        <w:tc>
          <w:tcPr>
            <w:tcW w:w="1512" w:type="dxa"/>
            <w:tcMar>
              <w:top w:w="35" w:type="dxa"/>
              <w:left w:w="45" w:type="dxa"/>
              <w:bottom w:w="35" w:type="dxa"/>
              <w:right w:w="45" w:type="dxa"/>
            </w:tcMar>
            <w:vAlign w:val="center"/>
            <w:tcBorders>
              <w:left w:val="nil"/>
              <w:right w:val="nil"/>
            </w:tcBorders>
          </w:tcPr>
          <w:p w14:paraId="2333E63E" w14:textId="77777777" w:rsidR="003B3005" w:rsidRDefault="00000000">
            <w:pPr>
              <w:spacing w:line="240" w:lineRule="auto"/>
            </w:pPr>
            <w:r>
              <w:rPr>
                <w:sz w:val="15"/>
              </w:rPr>
              <w:t>Overall</w:t>
            </w:r>
          </w:p>
        </w:tc>
        <w:tc>
          <w:tcPr>
            <w:tcW w:w="1036" w:type="dxa"/>
            <w:tcMar>
              <w:top w:w="35" w:type="dxa"/>
              <w:left w:w="45" w:type="dxa"/>
              <w:bottom w:w="35" w:type="dxa"/>
              <w:right w:w="45" w:type="dxa"/>
            </w:tcMar>
            <w:vAlign w:val="center"/>
            <w:tcBorders>
              <w:left w:val="nil"/>
              <w:right w:val="nil"/>
            </w:tcBorders>
          </w:tcPr>
          <w:p w14:paraId="19148EC6" w14:textId="77777777" w:rsidR="003B3005" w:rsidRDefault="00000000">
            <w:pPr>
              <w:spacing w:line="240" w:lineRule="auto"/>
              <w:jc w:val="center"/>
            </w:pPr>
            <w:r>
              <w:rPr>
                <w:sz w:val="15"/>
              </w:rPr>
              <w:t>Overall</w:t>
            </w:r>
          </w:p>
        </w:tc>
        <w:tc>
          <w:tcPr>
            <w:tcW w:w="1123" w:type="dxa"/>
            <w:tcMar>
              <w:top w:w="35" w:type="dxa"/>
              <w:left w:w="45" w:type="dxa"/>
              <w:bottom w:w="35" w:type="dxa"/>
              <w:right w:w="45" w:type="dxa"/>
            </w:tcMar>
            <w:vAlign w:val="center"/>
            <w:tcBorders>
              <w:left w:val="nil"/>
              <w:right w:val="nil"/>
            </w:tcBorders>
          </w:tcPr>
          <w:p w14:paraId="44B608E3" w14:textId="77777777" w:rsidR="003B3005" w:rsidRDefault="00000000">
            <w:pPr>
              <w:spacing w:line="240" w:lineRule="auto"/>
              <w:jc w:val="center"/>
            </w:pPr>
            <w:r>
              <w:rPr>
                <w:sz w:val="15"/>
              </w:rPr>
              <w:t>1999-2018</w:t>
            </w:r>
          </w:p>
        </w:tc>
        <w:tc>
          <w:tcPr>
            <w:tcW w:w="1512" w:type="dxa"/>
            <w:tcMar>
              <w:top w:w="35" w:type="dxa"/>
              <w:left w:w="45" w:type="dxa"/>
              <w:bottom w:w="35" w:type="dxa"/>
              <w:right w:w="45" w:type="dxa"/>
            </w:tcMar>
            <w:vAlign w:val="center"/>
            <w:tcBorders>
              <w:left w:val="nil"/>
              <w:right w:val="nil"/>
            </w:tcBorders>
          </w:tcPr>
          <w:p w14:paraId="167FC6D5" w14:textId="77777777" w:rsidR="003B3005" w:rsidRDefault="00000000">
            <w:pPr>
              <w:spacing w:line="240" w:lineRule="auto"/>
              <w:jc w:val="center"/>
            </w:pPr>
            <w:r>
              <w:rPr>
                <w:sz w:val="15"/>
              </w:rPr>
              <w:t>4.35</w:t>
            </w:r>
          </w:p>
        </w:tc>
        <w:tc>
          <w:tcPr>
            <w:tcW w:w="1036" w:type="dxa"/>
            <w:tcMar>
              <w:top w:w="35" w:type="dxa"/>
              <w:left w:w="45" w:type="dxa"/>
              <w:bottom w:w="35" w:type="dxa"/>
              <w:right w:w="45" w:type="dxa"/>
            </w:tcMar>
            <w:vAlign w:val="center"/>
            <w:tcBorders>
              <w:left w:val="nil"/>
              <w:right w:val="nil"/>
            </w:tcBorders>
          </w:tcPr>
          <w:p w14:paraId="3EFB8F1A" w14:textId="77777777" w:rsidR="003B3005" w:rsidRDefault="00000000">
            <w:pPr>
              <w:spacing w:line="240" w:lineRule="auto"/>
              <w:jc w:val="center"/>
            </w:pPr>
            <w:r>
              <w:rPr>
                <w:sz w:val="15"/>
              </w:rPr>
              <w:t>2.7832 to 5.7144</w:t>
            </w:r>
          </w:p>
        </w:tc>
        <w:tc>
          <w:tcPr>
            <w:tcW w:w="2088" w:type="dxa"/>
            <w:tcMar>
              <w:top w:w="35" w:type="dxa"/>
              <w:left w:w="45" w:type="dxa"/>
              <w:bottom w:w="35" w:type="dxa"/>
              <w:right w:w="45" w:type="dxa"/>
            </w:tcMar>
            <w:vAlign w:val="center"/>
            <w:tcBorders>
              <w:left w:val="nil"/>
              <w:right w:val="nil"/>
            </w:tcBorders>
          </w:tcPr>
          <w:p w14:paraId="53ADBB5A" w14:textId="77777777" w:rsidR="003B3005" w:rsidRDefault="00000000">
            <w:pPr>
              <w:spacing w:line="240" w:lineRule="auto"/>
              <w:jc w:val="center"/>
            </w:pPr>
            <w:r>
              <w:rPr>
                <w:sz w:val="15"/>
              </w:rPr>
              <w:t>0.0008</w:t>
            </w:r>
          </w:p>
        </w:tc>
        <w:tc>
          <w:tcPr>
            <w:tcW w:w="1123" w:type="dxa"/>
            <w:tcMar>
              <w:top w:w="35" w:type="dxa"/>
              <w:left w:w="45" w:type="dxa"/>
              <w:bottom w:w="35" w:type="dxa"/>
              <w:right w:w="45" w:type="dxa"/>
            </w:tcMar>
            <w:vAlign w:val="center"/>
            <w:tcBorders>
              <w:left w:val="nil"/>
              <w:right w:val="nil"/>
            </w:tcBorders>
          </w:tcPr>
          <w:p w14:paraId="4AF93C8B" w14:textId="77777777" w:rsidR="003B3005" w:rsidRDefault="00000000">
            <w:pPr>
              <w:spacing w:line="240" w:lineRule="auto"/>
              <w:jc w:val="center"/>
            </w:pPr>
            <w:r>
              <w:rPr>
                <w:sz w:val="15"/>
              </w:rPr>
              <w:t>Yes</w:t>
            </w:r>
          </w:p>
        </w:tc>
      </w:tr>
      <w:tr w:rsidR="003B3005" w14:paraId="0F00316A" w14:textId="77777777">
        <w:trPr>
          <w:cantSplit/>
          <w:jc w:val="center"/>
        </w:trPr>
        <w:tc>
          <w:tcPr>
            <w:tcW w:w="1512" w:type="dxa"/>
            <w:tcMar>
              <w:top w:w="35" w:type="dxa"/>
              <w:left w:w="45" w:type="dxa"/>
              <w:bottom w:w="35" w:type="dxa"/>
              <w:right w:w="45" w:type="dxa"/>
            </w:tcMar>
            <w:vAlign w:val="center"/>
            <w:tcBorders>
              <w:left w:val="nil"/>
              <w:right w:val="nil"/>
            </w:tcBorders>
          </w:tcPr>
          <w:p w14:paraId="1917A790" w14:textId="77777777" w:rsidR="003B3005" w:rsidRDefault="00000000">
            <w:pPr>
              <w:spacing w:line="240" w:lineRule="auto"/>
            </w:pPr>
            <w:r>
              <w:rPr>
                <w:sz w:val="15"/>
              </w:rPr>
              <w:t>Overall</w:t>
            </w:r>
          </w:p>
        </w:tc>
        <w:tc>
          <w:tcPr>
            <w:tcW w:w="1036" w:type="dxa"/>
            <w:tcMar>
              <w:top w:w="35" w:type="dxa"/>
              <w:left w:w="45" w:type="dxa"/>
              <w:bottom w:w="35" w:type="dxa"/>
              <w:right w:w="45" w:type="dxa"/>
            </w:tcMar>
            <w:vAlign w:val="center"/>
            <w:tcBorders>
              <w:left w:val="nil"/>
              <w:right w:val="nil"/>
            </w:tcBorders>
          </w:tcPr>
          <w:p w14:paraId="3B8406F2" w14:textId="77777777" w:rsidR="003B3005" w:rsidRDefault="00000000">
            <w:pPr>
              <w:spacing w:line="240" w:lineRule="auto"/>
              <w:jc w:val="center"/>
            </w:pPr>
            <w:r>
              <w:rPr>
                <w:sz w:val="15"/>
              </w:rPr>
              <w:t>Overall</w:t>
            </w:r>
          </w:p>
        </w:tc>
        <w:tc>
          <w:tcPr>
            <w:tcW w:w="1123" w:type="dxa"/>
            <w:tcMar>
              <w:top w:w="35" w:type="dxa"/>
              <w:left w:w="45" w:type="dxa"/>
              <w:bottom w:w="35" w:type="dxa"/>
              <w:right w:w="45" w:type="dxa"/>
            </w:tcMar>
            <w:vAlign w:val="center"/>
            <w:tcBorders>
              <w:left w:val="nil"/>
              <w:right w:val="nil"/>
            </w:tcBorders>
          </w:tcPr>
          <w:p w14:paraId="530B3E44" w14:textId="77777777" w:rsidR="003B3005" w:rsidRDefault="00000000">
            <w:pPr>
              <w:spacing w:line="240" w:lineRule="auto"/>
              <w:jc w:val="center"/>
            </w:pPr>
            <w:r>
              <w:rPr>
                <w:sz w:val="15"/>
              </w:rPr>
              <w:t>2018-2021</w:t>
            </w:r>
          </w:p>
        </w:tc>
        <w:tc>
          <w:tcPr>
            <w:tcW w:w="1512" w:type="dxa"/>
            <w:tcMar>
              <w:top w:w="35" w:type="dxa"/>
              <w:left w:w="45" w:type="dxa"/>
              <w:bottom w:w="35" w:type="dxa"/>
              <w:right w:w="45" w:type="dxa"/>
            </w:tcMar>
            <w:vAlign w:val="center"/>
            <w:tcBorders>
              <w:left w:val="nil"/>
              <w:right w:val="nil"/>
            </w:tcBorders>
          </w:tcPr>
          <w:p w14:paraId="71609410" w14:textId="77777777" w:rsidR="003B3005" w:rsidRDefault="00000000">
            <w:pPr>
              <w:spacing w:line="240" w:lineRule="auto"/>
              <w:jc w:val="center"/>
            </w:pPr>
            <w:r>
              <w:rPr>
                <w:sz w:val="15"/>
              </w:rPr>
              <w:t>33.6037</w:t>
            </w:r>
          </w:p>
        </w:tc>
        <w:tc>
          <w:tcPr>
            <w:tcW w:w="1036" w:type="dxa"/>
            <w:tcMar>
              <w:top w:w="35" w:type="dxa"/>
              <w:left w:w="45" w:type="dxa"/>
              <w:bottom w:w="35" w:type="dxa"/>
              <w:right w:w="45" w:type="dxa"/>
            </w:tcMar>
            <w:vAlign w:val="center"/>
            <w:tcBorders>
              <w:left w:val="nil"/>
              <w:right w:val="nil"/>
            </w:tcBorders>
          </w:tcPr>
          <w:p w14:paraId="211D1018" w14:textId="77777777" w:rsidR="003B3005" w:rsidRDefault="00000000">
            <w:pPr>
              <w:spacing w:line="240" w:lineRule="auto"/>
              <w:jc w:val="center"/>
            </w:pPr>
            <w:r>
              <w:rPr>
                <w:sz w:val="15"/>
              </w:rPr>
              <w:t>18.9 to 40.5052</w:t>
            </w:r>
          </w:p>
        </w:tc>
        <w:tc>
          <w:tcPr>
            <w:tcW w:w="2088" w:type="dxa"/>
            <w:tcMar>
              <w:top w:w="35" w:type="dxa"/>
              <w:left w:w="45" w:type="dxa"/>
              <w:bottom w:w="35" w:type="dxa"/>
              <w:right w:w="45" w:type="dxa"/>
            </w:tcMar>
            <w:vAlign w:val="center"/>
            <w:tcBorders>
              <w:left w:val="nil"/>
              <w:right w:val="nil"/>
            </w:tcBorders>
          </w:tcPr>
          <w:p w14:paraId="72FF19F2"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3F933FB7" w14:textId="77777777" w:rsidR="003B3005" w:rsidRDefault="00000000">
            <w:pPr>
              <w:spacing w:line="240" w:lineRule="auto"/>
              <w:jc w:val="center"/>
            </w:pPr>
            <w:r>
              <w:rPr>
                <w:sz w:val="15"/>
              </w:rPr>
              <w:t>Yes</w:t>
            </w:r>
          </w:p>
        </w:tc>
      </w:tr>
      <w:tr w:rsidR="003B3005" w14:paraId="12B4E32A" w14:textId="77777777">
        <w:trPr>
          <w:cantSplit/>
          <w:jc w:val="center"/>
        </w:trPr>
        <w:tc>
          <w:tcPr>
            <w:tcW w:w="1512" w:type="dxa"/>
            <w:tcMar>
              <w:top w:w="35" w:type="dxa"/>
              <w:left w:w="45" w:type="dxa"/>
              <w:bottom w:w="35" w:type="dxa"/>
              <w:right w:w="45" w:type="dxa"/>
            </w:tcMar>
            <w:vAlign w:val="center"/>
            <w:tcBorders>
              <w:left w:val="nil"/>
              <w:right w:val="nil"/>
            </w:tcBorders>
          </w:tcPr>
          <w:p w14:paraId="1574727F" w14:textId="77777777" w:rsidR="003B3005" w:rsidRDefault="00000000">
            <w:pPr>
              <w:spacing w:line="240" w:lineRule="auto"/>
            </w:pPr>
            <w:r>
              <w:rPr>
                <w:sz w:val="15"/>
              </w:rPr>
              <w:t>Overall</w:t>
            </w:r>
          </w:p>
        </w:tc>
        <w:tc>
          <w:tcPr>
            <w:tcW w:w="1036" w:type="dxa"/>
            <w:tcMar>
              <w:top w:w="35" w:type="dxa"/>
              <w:left w:w="45" w:type="dxa"/>
              <w:bottom w:w="35" w:type="dxa"/>
              <w:right w:w="45" w:type="dxa"/>
            </w:tcMar>
            <w:vAlign w:val="center"/>
            <w:tcBorders>
              <w:left w:val="nil"/>
              <w:right w:val="nil"/>
            </w:tcBorders>
          </w:tcPr>
          <w:p w14:paraId="2F593473" w14:textId="77777777" w:rsidR="003B3005" w:rsidRDefault="00000000">
            <w:pPr>
              <w:spacing w:line="240" w:lineRule="auto"/>
              <w:jc w:val="center"/>
            </w:pPr>
            <w:r>
              <w:rPr>
                <w:sz w:val="15"/>
              </w:rPr>
              <w:t>Overall</w:t>
            </w:r>
          </w:p>
        </w:tc>
        <w:tc>
          <w:tcPr>
            <w:tcW w:w="1123" w:type="dxa"/>
            <w:tcMar>
              <w:top w:w="35" w:type="dxa"/>
              <w:left w:w="45" w:type="dxa"/>
              <w:bottom w:w="35" w:type="dxa"/>
              <w:right w:w="45" w:type="dxa"/>
            </w:tcMar>
            <w:vAlign w:val="center"/>
            <w:tcBorders>
              <w:left w:val="nil"/>
              <w:right w:val="nil"/>
            </w:tcBorders>
          </w:tcPr>
          <w:p w14:paraId="0C3DF01B" w14:textId="77777777" w:rsidR="003B3005" w:rsidRDefault="00000000">
            <w:pPr>
              <w:spacing w:line="240" w:lineRule="auto"/>
              <w:jc w:val="center"/>
            </w:pPr>
            <w:r>
              <w:rPr>
                <w:sz w:val="15"/>
              </w:rPr>
              <w:t>2021-2024</w:t>
            </w:r>
          </w:p>
        </w:tc>
        <w:tc>
          <w:tcPr>
            <w:tcW w:w="1512" w:type="dxa"/>
            <w:tcMar>
              <w:top w:w="35" w:type="dxa"/>
              <w:left w:w="45" w:type="dxa"/>
              <w:bottom w:w="35" w:type="dxa"/>
              <w:right w:w="45" w:type="dxa"/>
            </w:tcMar>
            <w:vAlign w:val="center"/>
            <w:tcBorders>
              <w:left w:val="nil"/>
              <w:right w:val="nil"/>
            </w:tcBorders>
          </w:tcPr>
          <w:p w14:paraId="3F30E47F" w14:textId="77777777" w:rsidR="003B3005" w:rsidRDefault="00000000">
            <w:pPr>
              <w:spacing w:line="240" w:lineRule="auto"/>
              <w:jc w:val="center"/>
            </w:pPr>
            <w:r>
              <w:rPr>
                <w:sz w:val="15"/>
              </w:rPr>
              <w:t>-20.591</w:t>
            </w:r>
          </w:p>
        </w:tc>
        <w:tc>
          <w:tcPr>
            <w:tcW w:w="1036" w:type="dxa"/>
            <w:tcMar>
              <w:top w:w="35" w:type="dxa"/>
              <w:left w:w="45" w:type="dxa"/>
              <w:bottom w:w="35" w:type="dxa"/>
              <w:right w:w="45" w:type="dxa"/>
            </w:tcMar>
            <w:vAlign w:val="center"/>
            <w:tcBorders>
              <w:left w:val="nil"/>
              <w:right w:val="nil"/>
            </w:tcBorders>
          </w:tcPr>
          <w:p w14:paraId="51BAA7D0" w14:textId="77777777" w:rsidR="003B3005" w:rsidRDefault="00000000">
            <w:pPr>
              <w:spacing w:line="240" w:lineRule="auto"/>
              <w:jc w:val="center"/>
            </w:pPr>
            <w:r>
              <w:rPr>
                <w:sz w:val="15"/>
              </w:rPr>
              <w:t>-28.298 to -14.6245</w:t>
            </w:r>
          </w:p>
        </w:tc>
        <w:tc>
          <w:tcPr>
            <w:tcW w:w="2088" w:type="dxa"/>
            <w:tcMar>
              <w:top w:w="35" w:type="dxa"/>
              <w:left w:w="45" w:type="dxa"/>
              <w:bottom w:w="35" w:type="dxa"/>
              <w:right w:w="45" w:type="dxa"/>
            </w:tcMar>
            <w:vAlign w:val="center"/>
            <w:tcBorders>
              <w:left w:val="nil"/>
              <w:right w:val="nil"/>
            </w:tcBorders>
          </w:tcPr>
          <w:p w14:paraId="00C4C1F0"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1750D2D5" w14:textId="77777777" w:rsidR="003B3005" w:rsidRDefault="00000000">
            <w:pPr>
              <w:spacing w:line="240" w:lineRule="auto"/>
              <w:jc w:val="center"/>
            </w:pPr>
            <w:r>
              <w:rPr>
                <w:sz w:val="15"/>
              </w:rPr>
              <w:t>Yes</w:t>
            </w:r>
          </w:p>
        </w:tc>
      </w:tr>
      <w:tr w:rsidR="003B3005" w14:paraId="7D648EF7" w14:textId="77777777">
        <w:trPr>
          <w:cantSplit/>
          <w:jc w:val="center"/>
        </w:trPr>
        <w:tc>
          <w:tcPr>
            <w:tcW w:w="1512" w:type="dxa"/>
            <w:tcMar>
              <w:top w:w="35" w:type="dxa"/>
              <w:left w:w="45" w:type="dxa"/>
              <w:bottom w:w="35" w:type="dxa"/>
              <w:right w:w="45" w:type="dxa"/>
            </w:tcMar>
            <w:vAlign w:val="center"/>
            <w:tcBorders>
              <w:left w:val="nil"/>
              <w:right w:val="nil"/>
            </w:tcBorders>
          </w:tcPr>
          <w:p w14:paraId="407B8090" w14:textId="77777777" w:rsidR="003B3005" w:rsidRDefault="00000000">
            <w:pPr>
              <w:spacing w:line="240" w:lineRule="auto"/>
            </w:pPr>
            <w:r>
              <w:rPr>
                <w:sz w:val="15"/>
              </w:rPr>
              <w:t>Sex</w:t>
            </w:r>
          </w:p>
        </w:tc>
        <w:tc>
          <w:tcPr>
            <w:tcW w:w="1036" w:type="dxa"/>
            <w:tcMar>
              <w:top w:w="35" w:type="dxa"/>
              <w:left w:w="45" w:type="dxa"/>
              <w:bottom w:w="35" w:type="dxa"/>
              <w:right w:w="45" w:type="dxa"/>
            </w:tcMar>
            <w:vAlign w:val="center"/>
            <w:tcBorders>
              <w:left w:val="nil"/>
              <w:right w:val="nil"/>
            </w:tcBorders>
          </w:tcPr>
          <w:p w14:paraId="5CFFDC48" w14:textId="77777777" w:rsidR="003B3005" w:rsidRDefault="00000000">
            <w:pPr>
              <w:spacing w:line="240" w:lineRule="auto"/>
              <w:jc w:val="center"/>
            </w:pPr>
            <w:r>
              <w:rPr>
                <w:sz w:val="15"/>
              </w:rPr>
              <w:t>Female</w:t>
            </w:r>
          </w:p>
        </w:tc>
        <w:tc>
          <w:tcPr>
            <w:tcW w:w="1123" w:type="dxa"/>
            <w:tcMar>
              <w:top w:w="35" w:type="dxa"/>
              <w:left w:w="45" w:type="dxa"/>
              <w:bottom w:w="35" w:type="dxa"/>
              <w:right w:w="45" w:type="dxa"/>
            </w:tcMar>
            <w:vAlign w:val="center"/>
            <w:tcBorders>
              <w:left w:val="nil"/>
              <w:right w:val="nil"/>
            </w:tcBorders>
          </w:tcPr>
          <w:p w14:paraId="5EB28EB8" w14:textId="77777777" w:rsidR="003B3005" w:rsidRDefault="00000000">
            <w:pPr>
              <w:spacing w:line="240" w:lineRule="auto"/>
              <w:jc w:val="center"/>
            </w:pPr>
            <w:r>
              <w:rPr>
                <w:sz w:val="15"/>
              </w:rPr>
              <w:t>1999-2018</w:t>
            </w:r>
          </w:p>
        </w:tc>
        <w:tc>
          <w:tcPr>
            <w:tcW w:w="1512" w:type="dxa"/>
            <w:tcMar>
              <w:top w:w="35" w:type="dxa"/>
              <w:left w:w="45" w:type="dxa"/>
              <w:bottom w:w="35" w:type="dxa"/>
              <w:right w:w="45" w:type="dxa"/>
            </w:tcMar>
            <w:vAlign w:val="center"/>
            <w:tcBorders>
              <w:left w:val="nil"/>
              <w:right w:val="nil"/>
            </w:tcBorders>
          </w:tcPr>
          <w:p w14:paraId="031A1D83" w14:textId="77777777" w:rsidR="003B3005" w:rsidRDefault="00000000">
            <w:pPr>
              <w:spacing w:line="240" w:lineRule="auto"/>
              <w:jc w:val="center"/>
            </w:pPr>
            <w:r>
              <w:rPr>
                <w:sz w:val="15"/>
              </w:rPr>
              <w:t>3.6203</w:t>
            </w:r>
          </w:p>
        </w:tc>
        <w:tc>
          <w:tcPr>
            <w:tcW w:w="1036" w:type="dxa"/>
            <w:tcMar>
              <w:top w:w="35" w:type="dxa"/>
              <w:left w:w="45" w:type="dxa"/>
              <w:bottom w:w="35" w:type="dxa"/>
              <w:right w:w="45" w:type="dxa"/>
            </w:tcMar>
            <w:vAlign w:val="center"/>
            <w:tcBorders>
              <w:left w:val="nil"/>
              <w:right w:val="nil"/>
            </w:tcBorders>
          </w:tcPr>
          <w:p w14:paraId="1BEAD6F3" w14:textId="77777777" w:rsidR="003B3005" w:rsidRDefault="00000000">
            <w:pPr>
              <w:spacing w:line="240" w:lineRule="auto"/>
              <w:jc w:val="center"/>
            </w:pPr>
            <w:r>
              <w:rPr>
                <w:sz w:val="15"/>
              </w:rPr>
              <w:t>2.0172 to 4.934</w:t>
            </w:r>
          </w:p>
        </w:tc>
        <w:tc>
          <w:tcPr>
            <w:tcW w:w="2088" w:type="dxa"/>
            <w:tcMar>
              <w:top w:w="35" w:type="dxa"/>
              <w:left w:w="45" w:type="dxa"/>
              <w:bottom w:w="35" w:type="dxa"/>
              <w:right w:w="45" w:type="dxa"/>
            </w:tcMar>
            <w:vAlign w:val="center"/>
            <w:tcBorders>
              <w:left w:val="nil"/>
              <w:right w:val="nil"/>
            </w:tcBorders>
          </w:tcPr>
          <w:p w14:paraId="1B44F023" w14:textId="77777777" w:rsidR="003B3005" w:rsidRDefault="00000000">
            <w:pPr>
              <w:spacing w:line="240" w:lineRule="auto"/>
              <w:jc w:val="center"/>
            </w:pPr>
            <w:r>
              <w:rPr>
                <w:sz w:val="15"/>
              </w:rPr>
              <w:t>0.002</w:t>
            </w:r>
          </w:p>
        </w:tc>
        <w:tc>
          <w:tcPr>
            <w:tcW w:w="1123" w:type="dxa"/>
            <w:tcMar>
              <w:top w:w="35" w:type="dxa"/>
              <w:left w:w="45" w:type="dxa"/>
              <w:bottom w:w="35" w:type="dxa"/>
              <w:right w:w="45" w:type="dxa"/>
            </w:tcMar>
            <w:vAlign w:val="center"/>
            <w:tcBorders>
              <w:left w:val="nil"/>
              <w:right w:val="nil"/>
            </w:tcBorders>
          </w:tcPr>
          <w:p w14:paraId="3EBD409D" w14:textId="77777777" w:rsidR="003B3005" w:rsidRDefault="00000000">
            <w:pPr>
              <w:spacing w:line="240" w:lineRule="auto"/>
              <w:jc w:val="center"/>
            </w:pPr>
            <w:r>
              <w:rPr>
                <w:sz w:val="15"/>
              </w:rPr>
              <w:t>Yes</w:t>
            </w:r>
          </w:p>
        </w:tc>
      </w:tr>
      <w:tr w:rsidR="003B3005" w14:paraId="7F9777F9" w14:textId="77777777">
        <w:trPr>
          <w:cantSplit/>
          <w:jc w:val="center"/>
        </w:trPr>
        <w:tc>
          <w:tcPr>
            <w:tcW w:w="1512" w:type="dxa"/>
            <w:tcMar>
              <w:top w:w="35" w:type="dxa"/>
              <w:left w:w="45" w:type="dxa"/>
              <w:bottom w:w="35" w:type="dxa"/>
              <w:right w:w="45" w:type="dxa"/>
            </w:tcMar>
            <w:vAlign w:val="center"/>
            <w:tcBorders>
              <w:left w:val="nil"/>
              <w:right w:val="nil"/>
            </w:tcBorders>
          </w:tcPr>
          <w:p w14:paraId="15CD81F5" w14:textId="77777777" w:rsidR="003B3005" w:rsidRDefault="00000000">
            <w:pPr>
              <w:spacing w:line="240" w:lineRule="auto"/>
            </w:pPr>
            <w:r>
              <w:rPr>
                <w:sz w:val="15"/>
              </w:rPr>
              <w:t>Sex</w:t>
            </w:r>
          </w:p>
        </w:tc>
        <w:tc>
          <w:tcPr>
            <w:tcW w:w="1036" w:type="dxa"/>
            <w:tcMar>
              <w:top w:w="35" w:type="dxa"/>
              <w:left w:w="45" w:type="dxa"/>
              <w:bottom w:w="35" w:type="dxa"/>
              <w:right w:w="45" w:type="dxa"/>
            </w:tcMar>
            <w:vAlign w:val="center"/>
            <w:tcBorders>
              <w:left w:val="nil"/>
              <w:right w:val="nil"/>
            </w:tcBorders>
          </w:tcPr>
          <w:p w14:paraId="07FF60F6" w14:textId="77777777" w:rsidR="003B3005" w:rsidRDefault="00000000">
            <w:pPr>
              <w:spacing w:line="240" w:lineRule="auto"/>
              <w:jc w:val="center"/>
            </w:pPr>
            <w:r>
              <w:rPr>
                <w:sz w:val="15"/>
              </w:rPr>
              <w:t>Female</w:t>
            </w:r>
          </w:p>
        </w:tc>
        <w:tc>
          <w:tcPr>
            <w:tcW w:w="1123" w:type="dxa"/>
            <w:tcMar>
              <w:top w:w="35" w:type="dxa"/>
              <w:left w:w="45" w:type="dxa"/>
              <w:bottom w:w="35" w:type="dxa"/>
              <w:right w:w="45" w:type="dxa"/>
            </w:tcMar>
            <w:vAlign w:val="center"/>
            <w:tcBorders>
              <w:left w:val="nil"/>
              <w:right w:val="nil"/>
            </w:tcBorders>
          </w:tcPr>
          <w:p w14:paraId="6B375F62" w14:textId="77777777" w:rsidR="003B3005" w:rsidRDefault="00000000">
            <w:pPr>
              <w:spacing w:line="240" w:lineRule="auto"/>
              <w:jc w:val="center"/>
            </w:pPr>
            <w:r>
              <w:rPr>
                <w:sz w:val="15"/>
              </w:rPr>
              <w:t>2018-2021</w:t>
            </w:r>
          </w:p>
        </w:tc>
        <w:tc>
          <w:tcPr>
            <w:tcW w:w="1512" w:type="dxa"/>
            <w:tcMar>
              <w:top w:w="35" w:type="dxa"/>
              <w:left w:w="45" w:type="dxa"/>
              <w:bottom w:w="35" w:type="dxa"/>
              <w:right w:w="45" w:type="dxa"/>
            </w:tcMar>
            <w:vAlign w:val="center"/>
            <w:tcBorders>
              <w:left w:val="nil"/>
              <w:right w:val="nil"/>
            </w:tcBorders>
          </w:tcPr>
          <w:p w14:paraId="46531E46" w14:textId="77777777" w:rsidR="003B3005" w:rsidRDefault="00000000">
            <w:pPr>
              <w:spacing w:line="240" w:lineRule="auto"/>
              <w:jc w:val="center"/>
            </w:pPr>
            <w:r>
              <w:rPr>
                <w:sz w:val="15"/>
              </w:rPr>
              <w:t>30.579</w:t>
            </w:r>
          </w:p>
        </w:tc>
        <w:tc>
          <w:tcPr>
            <w:tcW w:w="1036" w:type="dxa"/>
            <w:tcMar>
              <w:top w:w="35" w:type="dxa"/>
              <w:left w:w="45" w:type="dxa"/>
              <w:bottom w:w="35" w:type="dxa"/>
              <w:right w:w="45" w:type="dxa"/>
            </w:tcMar>
            <w:vAlign w:val="center"/>
            <w:tcBorders>
              <w:left w:val="nil"/>
              <w:right w:val="nil"/>
            </w:tcBorders>
          </w:tcPr>
          <w:p w14:paraId="7DBD3E04" w14:textId="77777777" w:rsidR="003B3005" w:rsidRDefault="00000000">
            <w:pPr>
              <w:spacing w:line="240" w:lineRule="auto"/>
              <w:jc w:val="center"/>
            </w:pPr>
            <w:r>
              <w:rPr>
                <w:sz w:val="15"/>
              </w:rPr>
              <w:t>15.8884 to 37.6529</w:t>
            </w:r>
          </w:p>
        </w:tc>
        <w:tc>
          <w:tcPr>
            <w:tcW w:w="2088" w:type="dxa"/>
            <w:tcMar>
              <w:top w:w="35" w:type="dxa"/>
              <w:left w:w="45" w:type="dxa"/>
              <w:bottom w:w="35" w:type="dxa"/>
              <w:right w:w="45" w:type="dxa"/>
            </w:tcMar>
            <w:vAlign w:val="center"/>
            <w:tcBorders>
              <w:left w:val="nil"/>
              <w:right w:val="nil"/>
            </w:tcBorders>
          </w:tcPr>
          <w:p w14:paraId="60011071"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23E0BBF5" w14:textId="77777777" w:rsidR="003B3005" w:rsidRDefault="00000000">
            <w:pPr>
              <w:spacing w:line="240" w:lineRule="auto"/>
              <w:jc w:val="center"/>
            </w:pPr>
            <w:r>
              <w:rPr>
                <w:sz w:val="15"/>
              </w:rPr>
              <w:t>Yes</w:t>
            </w:r>
          </w:p>
        </w:tc>
      </w:tr>
      <w:tr w:rsidR="003B3005" w14:paraId="5FA92D8E" w14:textId="77777777">
        <w:trPr>
          <w:cantSplit/>
          <w:jc w:val="center"/>
        </w:trPr>
        <w:tc>
          <w:tcPr>
            <w:tcW w:w="1512" w:type="dxa"/>
            <w:tcMar>
              <w:top w:w="35" w:type="dxa"/>
              <w:left w:w="45" w:type="dxa"/>
              <w:bottom w:w="35" w:type="dxa"/>
              <w:right w:w="45" w:type="dxa"/>
            </w:tcMar>
            <w:vAlign w:val="center"/>
            <w:tcBorders>
              <w:left w:val="nil"/>
              <w:right w:val="nil"/>
            </w:tcBorders>
          </w:tcPr>
          <w:p w14:paraId="70E280B8" w14:textId="77777777" w:rsidR="003B3005" w:rsidRDefault="00000000">
            <w:pPr>
              <w:spacing w:line="240" w:lineRule="auto"/>
            </w:pPr>
            <w:r>
              <w:rPr>
                <w:sz w:val="15"/>
              </w:rPr>
              <w:t>Sex</w:t>
            </w:r>
          </w:p>
        </w:tc>
        <w:tc>
          <w:tcPr>
            <w:tcW w:w="1036" w:type="dxa"/>
            <w:tcMar>
              <w:top w:w="35" w:type="dxa"/>
              <w:left w:w="45" w:type="dxa"/>
              <w:bottom w:w="35" w:type="dxa"/>
              <w:right w:w="45" w:type="dxa"/>
            </w:tcMar>
            <w:vAlign w:val="center"/>
            <w:tcBorders>
              <w:left w:val="nil"/>
              <w:right w:val="nil"/>
            </w:tcBorders>
          </w:tcPr>
          <w:p w14:paraId="3C70F706" w14:textId="77777777" w:rsidR="003B3005" w:rsidRDefault="00000000">
            <w:pPr>
              <w:spacing w:line="240" w:lineRule="auto"/>
              <w:jc w:val="center"/>
            </w:pPr>
            <w:r>
              <w:rPr>
                <w:sz w:val="15"/>
              </w:rPr>
              <w:t>Female</w:t>
            </w:r>
          </w:p>
        </w:tc>
        <w:tc>
          <w:tcPr>
            <w:tcW w:w="1123" w:type="dxa"/>
            <w:tcMar>
              <w:top w:w="35" w:type="dxa"/>
              <w:left w:w="45" w:type="dxa"/>
              <w:bottom w:w="35" w:type="dxa"/>
              <w:right w:w="45" w:type="dxa"/>
            </w:tcMar>
            <w:vAlign w:val="center"/>
            <w:tcBorders>
              <w:left w:val="nil"/>
              <w:right w:val="nil"/>
            </w:tcBorders>
          </w:tcPr>
          <w:p w14:paraId="54C17579" w14:textId="77777777" w:rsidR="003B3005" w:rsidRDefault="00000000">
            <w:pPr>
              <w:spacing w:line="240" w:lineRule="auto"/>
              <w:jc w:val="center"/>
            </w:pPr>
            <w:r>
              <w:rPr>
                <w:sz w:val="15"/>
              </w:rPr>
              <w:t>2021-2024</w:t>
            </w:r>
          </w:p>
        </w:tc>
        <w:tc>
          <w:tcPr>
            <w:tcW w:w="1512" w:type="dxa"/>
            <w:tcMar>
              <w:top w:w="35" w:type="dxa"/>
              <w:left w:w="45" w:type="dxa"/>
              <w:bottom w:w="35" w:type="dxa"/>
              <w:right w:w="45" w:type="dxa"/>
            </w:tcMar>
            <w:vAlign w:val="center"/>
            <w:tcBorders>
              <w:left w:val="nil"/>
              <w:right w:val="nil"/>
            </w:tcBorders>
          </w:tcPr>
          <w:p w14:paraId="1CC48A10" w14:textId="77777777" w:rsidR="003B3005" w:rsidRDefault="00000000">
            <w:pPr>
              <w:spacing w:line="240" w:lineRule="auto"/>
              <w:jc w:val="center"/>
            </w:pPr>
            <w:r>
              <w:rPr>
                <w:sz w:val="15"/>
              </w:rPr>
              <w:t>-18.4593</w:t>
            </w:r>
          </w:p>
        </w:tc>
        <w:tc>
          <w:tcPr>
            <w:tcW w:w="1036" w:type="dxa"/>
            <w:tcMar>
              <w:top w:w="35" w:type="dxa"/>
              <w:left w:w="45" w:type="dxa"/>
              <w:bottom w:w="35" w:type="dxa"/>
              <w:right w:w="45" w:type="dxa"/>
            </w:tcMar>
            <w:vAlign w:val="center"/>
            <w:tcBorders>
              <w:left w:val="nil"/>
              <w:right w:val="nil"/>
            </w:tcBorders>
          </w:tcPr>
          <w:p w14:paraId="3AF138E4" w14:textId="77777777" w:rsidR="003B3005" w:rsidRDefault="00000000">
            <w:pPr>
              <w:spacing w:line="240" w:lineRule="auto"/>
              <w:jc w:val="center"/>
            </w:pPr>
            <w:r>
              <w:rPr>
                <w:sz w:val="15"/>
              </w:rPr>
              <w:t>-26.4764 to -12.2464</w:t>
            </w:r>
          </w:p>
        </w:tc>
        <w:tc>
          <w:tcPr>
            <w:tcW w:w="2088" w:type="dxa"/>
            <w:tcMar>
              <w:top w:w="35" w:type="dxa"/>
              <w:left w:w="45" w:type="dxa"/>
              <w:bottom w:w="35" w:type="dxa"/>
              <w:right w:w="45" w:type="dxa"/>
            </w:tcMar>
            <w:vAlign w:val="center"/>
            <w:tcBorders>
              <w:left w:val="nil"/>
              <w:right w:val="nil"/>
            </w:tcBorders>
          </w:tcPr>
          <w:p w14:paraId="53205BB1"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1B6A7F7A" w14:textId="77777777" w:rsidR="003B3005" w:rsidRDefault="00000000">
            <w:pPr>
              <w:spacing w:line="240" w:lineRule="auto"/>
              <w:jc w:val="center"/>
            </w:pPr>
            <w:r>
              <w:rPr>
                <w:sz w:val="15"/>
              </w:rPr>
              <w:t>Yes</w:t>
            </w:r>
          </w:p>
        </w:tc>
      </w:tr>
      <w:tr w:rsidR="003B3005" w14:paraId="71CC18E4" w14:textId="77777777">
        <w:trPr>
          <w:cantSplit/>
          <w:jc w:val="center"/>
        </w:trPr>
        <w:tc>
          <w:tcPr>
            <w:tcW w:w="1512" w:type="dxa"/>
            <w:tcMar>
              <w:top w:w="35" w:type="dxa"/>
              <w:left w:w="45" w:type="dxa"/>
              <w:bottom w:w="35" w:type="dxa"/>
              <w:right w:w="45" w:type="dxa"/>
            </w:tcMar>
            <w:vAlign w:val="center"/>
            <w:tcBorders>
              <w:left w:val="nil"/>
              <w:right w:val="nil"/>
            </w:tcBorders>
          </w:tcPr>
          <w:p w14:paraId="7845904D" w14:textId="77777777" w:rsidR="003B3005" w:rsidRDefault="00000000">
            <w:pPr>
              <w:spacing w:line="240" w:lineRule="auto"/>
            </w:pPr>
            <w:r>
              <w:rPr>
                <w:sz w:val="15"/>
              </w:rPr>
              <w:t>Sex</w:t>
            </w:r>
          </w:p>
        </w:tc>
        <w:tc>
          <w:tcPr>
            <w:tcW w:w="1036" w:type="dxa"/>
            <w:tcMar>
              <w:top w:w="35" w:type="dxa"/>
              <w:left w:w="45" w:type="dxa"/>
              <w:bottom w:w="35" w:type="dxa"/>
              <w:right w:w="45" w:type="dxa"/>
            </w:tcMar>
            <w:vAlign w:val="center"/>
            <w:tcBorders>
              <w:left w:val="nil"/>
              <w:right w:val="nil"/>
            </w:tcBorders>
          </w:tcPr>
          <w:p w14:paraId="1FBDD382" w14:textId="77777777" w:rsidR="003B3005" w:rsidRDefault="00000000">
            <w:pPr>
              <w:spacing w:line="240" w:lineRule="auto"/>
              <w:jc w:val="center"/>
            </w:pPr>
            <w:r>
              <w:rPr>
                <w:sz w:val="15"/>
              </w:rPr>
              <w:t>Male</w:t>
            </w:r>
          </w:p>
        </w:tc>
        <w:tc>
          <w:tcPr>
            <w:tcW w:w="1123" w:type="dxa"/>
            <w:tcMar>
              <w:top w:w="35" w:type="dxa"/>
              <w:left w:w="45" w:type="dxa"/>
              <w:bottom w:w="35" w:type="dxa"/>
              <w:right w:w="45" w:type="dxa"/>
            </w:tcMar>
            <w:vAlign w:val="center"/>
            <w:tcBorders>
              <w:left w:val="nil"/>
              <w:right w:val="nil"/>
            </w:tcBorders>
          </w:tcPr>
          <w:p w14:paraId="5067ED87" w14:textId="77777777" w:rsidR="003B3005" w:rsidRDefault="00000000">
            <w:pPr>
              <w:spacing w:line="240" w:lineRule="auto"/>
              <w:jc w:val="center"/>
            </w:pPr>
            <w:r>
              <w:rPr>
                <w:sz w:val="15"/>
              </w:rPr>
              <w:t>1999-2018</w:t>
            </w:r>
          </w:p>
        </w:tc>
        <w:tc>
          <w:tcPr>
            <w:tcW w:w="1512" w:type="dxa"/>
            <w:tcMar>
              <w:top w:w="35" w:type="dxa"/>
              <w:left w:w="45" w:type="dxa"/>
              <w:bottom w:w="35" w:type="dxa"/>
              <w:right w:w="45" w:type="dxa"/>
            </w:tcMar>
            <w:vAlign w:val="center"/>
            <w:tcBorders>
              <w:left w:val="nil"/>
              <w:right w:val="nil"/>
            </w:tcBorders>
          </w:tcPr>
          <w:p w14:paraId="3E1042F0" w14:textId="77777777" w:rsidR="003B3005" w:rsidRDefault="00000000">
            <w:pPr>
              <w:spacing w:line="240" w:lineRule="auto"/>
              <w:jc w:val="center"/>
            </w:pPr>
            <w:r>
              <w:rPr>
                <w:sz w:val="15"/>
              </w:rPr>
              <w:t>5.5726</w:t>
            </w:r>
          </w:p>
        </w:tc>
        <w:tc>
          <w:tcPr>
            <w:tcW w:w="1036" w:type="dxa"/>
            <w:tcMar>
              <w:top w:w="35" w:type="dxa"/>
              <w:left w:w="45" w:type="dxa"/>
              <w:bottom w:w="35" w:type="dxa"/>
              <w:right w:w="45" w:type="dxa"/>
            </w:tcMar>
            <w:vAlign w:val="center"/>
            <w:tcBorders>
              <w:left w:val="nil"/>
              <w:right w:val="nil"/>
            </w:tcBorders>
          </w:tcPr>
          <w:p w14:paraId="10E4C470" w14:textId="77777777" w:rsidR="003B3005" w:rsidRDefault="00000000">
            <w:pPr>
              <w:spacing w:line="240" w:lineRule="auto"/>
              <w:jc w:val="center"/>
            </w:pPr>
            <w:r>
              <w:rPr>
                <w:sz w:val="15"/>
              </w:rPr>
              <w:t>4.1494 to 6.9395</w:t>
            </w:r>
          </w:p>
        </w:tc>
        <w:tc>
          <w:tcPr>
            <w:tcW w:w="2088" w:type="dxa"/>
            <w:tcMar>
              <w:top w:w="35" w:type="dxa"/>
              <w:left w:w="45" w:type="dxa"/>
              <w:bottom w:w="35" w:type="dxa"/>
              <w:right w:w="45" w:type="dxa"/>
            </w:tcMar>
            <w:vAlign w:val="center"/>
            <w:tcBorders>
              <w:left w:val="nil"/>
              <w:right w:val="nil"/>
            </w:tcBorders>
          </w:tcPr>
          <w:p w14:paraId="3350A899"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3860B9FE" w14:textId="77777777" w:rsidR="003B3005" w:rsidRDefault="00000000">
            <w:pPr>
              <w:spacing w:line="240" w:lineRule="auto"/>
              <w:jc w:val="center"/>
            </w:pPr>
            <w:r>
              <w:rPr>
                <w:sz w:val="15"/>
              </w:rPr>
              <w:t>Yes</w:t>
            </w:r>
          </w:p>
        </w:tc>
      </w:tr>
      <w:tr w:rsidR="003B3005" w14:paraId="26025CCD" w14:textId="77777777">
        <w:trPr>
          <w:cantSplit/>
          <w:jc w:val="center"/>
        </w:trPr>
        <w:tc>
          <w:tcPr>
            <w:tcW w:w="1512" w:type="dxa"/>
            <w:tcMar>
              <w:top w:w="35" w:type="dxa"/>
              <w:left w:w="45" w:type="dxa"/>
              <w:bottom w:w="35" w:type="dxa"/>
              <w:right w:w="45" w:type="dxa"/>
            </w:tcMar>
            <w:vAlign w:val="center"/>
            <w:tcBorders>
              <w:left w:val="nil"/>
              <w:right w:val="nil"/>
            </w:tcBorders>
          </w:tcPr>
          <w:p w14:paraId="3DE3D7F1" w14:textId="77777777" w:rsidR="003B3005" w:rsidRDefault="00000000">
            <w:pPr>
              <w:spacing w:line="240" w:lineRule="auto"/>
            </w:pPr>
            <w:r>
              <w:rPr>
                <w:sz w:val="15"/>
              </w:rPr>
              <w:t>Sex</w:t>
            </w:r>
          </w:p>
        </w:tc>
        <w:tc>
          <w:tcPr>
            <w:tcW w:w="1036" w:type="dxa"/>
            <w:tcMar>
              <w:top w:w="35" w:type="dxa"/>
              <w:left w:w="45" w:type="dxa"/>
              <w:bottom w:w="35" w:type="dxa"/>
              <w:right w:w="45" w:type="dxa"/>
            </w:tcMar>
            <w:vAlign w:val="center"/>
            <w:tcBorders>
              <w:left w:val="nil"/>
              <w:right w:val="nil"/>
            </w:tcBorders>
          </w:tcPr>
          <w:p w14:paraId="68E00ECB" w14:textId="77777777" w:rsidR="003B3005" w:rsidRDefault="00000000">
            <w:pPr>
              <w:spacing w:line="240" w:lineRule="auto"/>
              <w:jc w:val="center"/>
            </w:pPr>
            <w:r>
              <w:rPr>
                <w:sz w:val="15"/>
              </w:rPr>
              <w:t>Male</w:t>
            </w:r>
          </w:p>
        </w:tc>
        <w:tc>
          <w:tcPr>
            <w:tcW w:w="1123" w:type="dxa"/>
            <w:tcMar>
              <w:top w:w="35" w:type="dxa"/>
              <w:left w:w="45" w:type="dxa"/>
              <w:bottom w:w="35" w:type="dxa"/>
              <w:right w:w="45" w:type="dxa"/>
            </w:tcMar>
            <w:vAlign w:val="center"/>
            <w:tcBorders>
              <w:left w:val="nil"/>
              <w:right w:val="nil"/>
            </w:tcBorders>
          </w:tcPr>
          <w:p w14:paraId="76A45E34" w14:textId="77777777" w:rsidR="003B3005" w:rsidRDefault="00000000">
            <w:pPr>
              <w:spacing w:line="240" w:lineRule="auto"/>
              <w:jc w:val="center"/>
            </w:pPr>
            <w:r>
              <w:rPr>
                <w:sz w:val="15"/>
              </w:rPr>
              <w:t>2018-2021</w:t>
            </w:r>
          </w:p>
        </w:tc>
        <w:tc>
          <w:tcPr>
            <w:tcW w:w="1512" w:type="dxa"/>
            <w:tcMar>
              <w:top w:w="35" w:type="dxa"/>
              <w:left w:w="45" w:type="dxa"/>
              <w:bottom w:w="35" w:type="dxa"/>
              <w:right w:w="45" w:type="dxa"/>
            </w:tcMar>
            <w:vAlign w:val="center"/>
            <w:tcBorders>
              <w:left w:val="nil"/>
              <w:right w:val="nil"/>
            </w:tcBorders>
          </w:tcPr>
          <w:p w14:paraId="1ABEF6A4" w14:textId="77777777" w:rsidR="003B3005" w:rsidRDefault="00000000">
            <w:pPr>
              <w:spacing w:line="240" w:lineRule="auto"/>
              <w:jc w:val="center"/>
            </w:pPr>
            <w:r>
              <w:rPr>
                <w:sz w:val="15"/>
              </w:rPr>
              <w:t>35.9044</w:t>
            </w:r>
          </w:p>
        </w:tc>
        <w:tc>
          <w:tcPr>
            <w:tcW w:w="1036" w:type="dxa"/>
            <w:tcMar>
              <w:top w:w="35" w:type="dxa"/>
              <w:left w:w="45" w:type="dxa"/>
              <w:bottom w:w="35" w:type="dxa"/>
              <w:right w:w="45" w:type="dxa"/>
            </w:tcMar>
            <w:vAlign w:val="center"/>
            <w:tcBorders>
              <w:left w:val="nil"/>
              <w:right w:val="nil"/>
            </w:tcBorders>
          </w:tcPr>
          <w:p w14:paraId="2B08ADE6" w14:textId="77777777" w:rsidR="003B3005" w:rsidRDefault="00000000">
            <w:pPr>
              <w:spacing w:line="240" w:lineRule="auto"/>
              <w:jc w:val="center"/>
            </w:pPr>
            <w:r>
              <w:rPr>
                <w:sz w:val="15"/>
              </w:rPr>
              <w:t>23.9412 to 42.6229</w:t>
            </w:r>
          </w:p>
        </w:tc>
        <w:tc>
          <w:tcPr>
            <w:tcW w:w="2088" w:type="dxa"/>
            <w:tcMar>
              <w:top w:w="35" w:type="dxa"/>
              <w:left w:w="45" w:type="dxa"/>
              <w:bottom w:w="35" w:type="dxa"/>
              <w:right w:w="45" w:type="dxa"/>
            </w:tcMar>
            <w:vAlign w:val="center"/>
            <w:tcBorders>
              <w:left w:val="nil"/>
              <w:right w:val="nil"/>
            </w:tcBorders>
          </w:tcPr>
          <w:p w14:paraId="07040C80"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416049F7" w14:textId="77777777" w:rsidR="003B3005" w:rsidRDefault="00000000">
            <w:pPr>
              <w:spacing w:line="240" w:lineRule="auto"/>
              <w:jc w:val="center"/>
            </w:pPr>
            <w:r>
              <w:rPr>
                <w:sz w:val="15"/>
              </w:rPr>
              <w:t>Yes</w:t>
            </w:r>
          </w:p>
        </w:tc>
      </w:tr>
      <w:tr w:rsidR="003B3005" w14:paraId="65CD3DB3" w14:textId="77777777">
        <w:trPr>
          <w:cantSplit/>
          <w:jc w:val="center"/>
        </w:trPr>
        <w:tc>
          <w:tcPr>
            <w:tcW w:w="1512" w:type="dxa"/>
            <w:tcMar>
              <w:top w:w="35" w:type="dxa"/>
              <w:left w:w="45" w:type="dxa"/>
              <w:bottom w:w="35" w:type="dxa"/>
              <w:right w:w="45" w:type="dxa"/>
            </w:tcMar>
            <w:vAlign w:val="center"/>
            <w:tcBorders>
              <w:left w:val="nil"/>
              <w:right w:val="nil"/>
            </w:tcBorders>
          </w:tcPr>
          <w:p w14:paraId="43AEF6AB" w14:textId="77777777" w:rsidR="003B3005" w:rsidRDefault="00000000">
            <w:pPr>
              <w:spacing w:line="240" w:lineRule="auto"/>
            </w:pPr>
            <w:r>
              <w:rPr>
                <w:sz w:val="15"/>
              </w:rPr>
              <w:t>Sex</w:t>
            </w:r>
          </w:p>
        </w:tc>
        <w:tc>
          <w:tcPr>
            <w:tcW w:w="1036" w:type="dxa"/>
            <w:tcMar>
              <w:top w:w="35" w:type="dxa"/>
              <w:left w:w="45" w:type="dxa"/>
              <w:bottom w:w="35" w:type="dxa"/>
              <w:right w:w="45" w:type="dxa"/>
            </w:tcMar>
            <w:vAlign w:val="center"/>
            <w:tcBorders>
              <w:left w:val="nil"/>
              <w:right w:val="nil"/>
            </w:tcBorders>
          </w:tcPr>
          <w:p w14:paraId="2A39E1ED" w14:textId="77777777" w:rsidR="003B3005" w:rsidRDefault="00000000">
            <w:pPr>
              <w:spacing w:line="240" w:lineRule="auto"/>
              <w:jc w:val="center"/>
            </w:pPr>
            <w:r>
              <w:rPr>
                <w:sz w:val="15"/>
              </w:rPr>
              <w:t>Male</w:t>
            </w:r>
          </w:p>
        </w:tc>
        <w:tc>
          <w:tcPr>
            <w:tcW w:w="1123" w:type="dxa"/>
            <w:tcMar>
              <w:top w:w="35" w:type="dxa"/>
              <w:left w:w="45" w:type="dxa"/>
              <w:bottom w:w="35" w:type="dxa"/>
              <w:right w:w="45" w:type="dxa"/>
            </w:tcMar>
            <w:vAlign w:val="center"/>
            <w:tcBorders>
              <w:left w:val="nil"/>
              <w:right w:val="nil"/>
            </w:tcBorders>
          </w:tcPr>
          <w:p w14:paraId="099D18D8" w14:textId="77777777" w:rsidR="003B3005" w:rsidRDefault="00000000">
            <w:pPr>
              <w:spacing w:line="240" w:lineRule="auto"/>
              <w:jc w:val="center"/>
            </w:pPr>
            <w:r>
              <w:rPr>
                <w:sz w:val="15"/>
              </w:rPr>
              <w:t>2021-2024</w:t>
            </w:r>
          </w:p>
        </w:tc>
        <w:tc>
          <w:tcPr>
            <w:tcW w:w="1512" w:type="dxa"/>
            <w:tcMar>
              <w:top w:w="35" w:type="dxa"/>
              <w:left w:w="45" w:type="dxa"/>
              <w:bottom w:w="35" w:type="dxa"/>
              <w:right w:w="45" w:type="dxa"/>
            </w:tcMar>
            <w:vAlign w:val="center"/>
            <w:tcBorders>
              <w:left w:val="nil"/>
              <w:right w:val="nil"/>
            </w:tcBorders>
          </w:tcPr>
          <w:p w14:paraId="6ACEBE7A" w14:textId="77777777" w:rsidR="003B3005" w:rsidRDefault="00000000">
            <w:pPr>
              <w:spacing w:line="240" w:lineRule="auto"/>
              <w:jc w:val="center"/>
            </w:pPr>
            <w:r>
              <w:rPr>
                <w:sz w:val="15"/>
              </w:rPr>
              <w:t>-22.5848</w:t>
            </w:r>
          </w:p>
        </w:tc>
        <w:tc>
          <w:tcPr>
            <w:tcW w:w="1036" w:type="dxa"/>
            <w:tcMar>
              <w:top w:w="35" w:type="dxa"/>
              <w:left w:w="45" w:type="dxa"/>
              <w:bottom w:w="35" w:type="dxa"/>
              <w:right w:w="45" w:type="dxa"/>
            </w:tcMar>
            <w:vAlign w:val="center"/>
            <w:tcBorders>
              <w:left w:val="nil"/>
              <w:right w:val="nil"/>
            </w:tcBorders>
          </w:tcPr>
          <w:p w14:paraId="186E4E60" w14:textId="77777777" w:rsidR="003B3005" w:rsidRDefault="00000000">
            <w:pPr>
              <w:spacing w:line="240" w:lineRule="auto"/>
              <w:jc w:val="center"/>
            </w:pPr>
            <w:r>
              <w:rPr>
                <w:sz w:val="15"/>
              </w:rPr>
              <w:t>-28.9466 to -17.235</w:t>
            </w:r>
          </w:p>
        </w:tc>
        <w:tc>
          <w:tcPr>
            <w:tcW w:w="2088" w:type="dxa"/>
            <w:tcMar>
              <w:top w:w="35" w:type="dxa"/>
              <w:left w:w="45" w:type="dxa"/>
              <w:bottom w:w="35" w:type="dxa"/>
              <w:right w:w="45" w:type="dxa"/>
            </w:tcMar>
            <w:vAlign w:val="center"/>
            <w:tcBorders>
              <w:left w:val="nil"/>
              <w:right w:val="nil"/>
            </w:tcBorders>
          </w:tcPr>
          <w:p w14:paraId="5AC17CAF"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4BD92E2C" w14:textId="77777777" w:rsidR="003B3005" w:rsidRDefault="00000000">
            <w:pPr>
              <w:spacing w:line="240" w:lineRule="auto"/>
              <w:jc w:val="center"/>
            </w:pPr>
            <w:r>
              <w:rPr>
                <w:sz w:val="15"/>
              </w:rPr>
              <w:t>Yes</w:t>
            </w:r>
          </w:p>
        </w:tc>
      </w:tr>
      <w:tr w:rsidR="003B3005" w14:paraId="406E6D63" w14:textId="77777777">
        <w:trPr>
          <w:cantSplit/>
          <w:jc w:val="center"/>
        </w:trPr>
        <w:tc>
          <w:tcPr>
            <w:tcW w:w="1512" w:type="dxa"/>
            <w:tcMar>
              <w:top w:w="35" w:type="dxa"/>
              <w:left w:w="45" w:type="dxa"/>
              <w:bottom w:w="35" w:type="dxa"/>
              <w:right w:w="45" w:type="dxa"/>
            </w:tcMar>
            <w:vAlign w:val="center"/>
            <w:tcBorders>
              <w:left w:val="nil"/>
              <w:right w:val="nil"/>
            </w:tcBorders>
          </w:tcPr>
          <w:p w14:paraId="0DC4F590" w14:textId="77777777" w:rsidR="003B3005" w:rsidRDefault="00000000">
            <w:pPr>
              <w:spacing w:line="240" w:lineRule="auto"/>
            </w:pPr>
            <w:r>
              <w:rPr>
                <w:sz w:val="15"/>
              </w:rPr>
              <w:t>Hispanic origin</w:t>
            </w:r>
          </w:p>
        </w:tc>
        <w:tc>
          <w:tcPr>
            <w:tcW w:w="1036" w:type="dxa"/>
            <w:tcMar>
              <w:top w:w="35" w:type="dxa"/>
              <w:left w:w="45" w:type="dxa"/>
              <w:bottom w:w="35" w:type="dxa"/>
              <w:right w:w="45" w:type="dxa"/>
            </w:tcMar>
            <w:vAlign w:val="center"/>
            <w:tcBorders>
              <w:left w:val="nil"/>
              <w:right w:val="nil"/>
            </w:tcBorders>
          </w:tcPr>
          <w:p w14:paraId="580D609D" w14:textId="77777777" w:rsidR="003B3005" w:rsidRDefault="00000000">
            <w:pPr>
              <w:spacing w:line="240" w:lineRule="auto"/>
              <w:jc w:val="center"/>
            </w:pPr>
            <w:r>
              <w:rPr>
                <w:sz w:val="15"/>
              </w:rPr>
              <w:t>Hispanic</w:t>
            </w:r>
          </w:p>
        </w:tc>
        <w:tc>
          <w:tcPr>
            <w:tcW w:w="1123" w:type="dxa"/>
            <w:tcMar>
              <w:top w:w="35" w:type="dxa"/>
              <w:left w:w="45" w:type="dxa"/>
              <w:bottom w:w="35" w:type="dxa"/>
              <w:right w:w="45" w:type="dxa"/>
            </w:tcMar>
            <w:vAlign w:val="center"/>
            <w:tcBorders>
              <w:left w:val="nil"/>
              <w:right w:val="nil"/>
            </w:tcBorders>
          </w:tcPr>
          <w:p w14:paraId="144055EF" w14:textId="77777777" w:rsidR="003B3005" w:rsidRDefault="00000000">
            <w:pPr>
              <w:spacing w:line="240" w:lineRule="auto"/>
              <w:jc w:val="center"/>
            </w:pPr>
            <w:r>
              <w:rPr>
                <w:sz w:val="15"/>
              </w:rPr>
              <w:t>1999-2018</w:t>
            </w:r>
          </w:p>
        </w:tc>
        <w:tc>
          <w:tcPr>
            <w:tcW w:w="1512" w:type="dxa"/>
            <w:tcMar>
              <w:top w:w="35" w:type="dxa"/>
              <w:left w:w="45" w:type="dxa"/>
              <w:bottom w:w="35" w:type="dxa"/>
              <w:right w:w="45" w:type="dxa"/>
            </w:tcMar>
            <w:vAlign w:val="center"/>
            <w:tcBorders>
              <w:left w:val="nil"/>
              <w:right w:val="nil"/>
            </w:tcBorders>
          </w:tcPr>
          <w:p w14:paraId="032D5EB6" w14:textId="77777777" w:rsidR="003B3005" w:rsidRDefault="00000000">
            <w:pPr>
              <w:spacing w:line="240" w:lineRule="auto"/>
              <w:jc w:val="center"/>
            </w:pPr>
            <w:r>
              <w:rPr>
                <w:sz w:val="15"/>
              </w:rPr>
              <w:t>4.3811</w:t>
            </w:r>
          </w:p>
        </w:tc>
        <w:tc>
          <w:tcPr>
            <w:tcW w:w="1036" w:type="dxa"/>
            <w:tcMar>
              <w:top w:w="35" w:type="dxa"/>
              <w:left w:w="45" w:type="dxa"/>
              <w:bottom w:w="35" w:type="dxa"/>
              <w:right w:w="45" w:type="dxa"/>
            </w:tcMar>
            <w:vAlign w:val="center"/>
            <w:tcBorders>
              <w:left w:val="nil"/>
              <w:right w:val="nil"/>
            </w:tcBorders>
          </w:tcPr>
          <w:p w14:paraId="7E971806" w14:textId="77777777" w:rsidR="003B3005" w:rsidRDefault="00000000">
            <w:pPr>
              <w:spacing w:line="240" w:lineRule="auto"/>
              <w:jc w:val="center"/>
            </w:pPr>
            <w:r>
              <w:rPr>
                <w:sz w:val="15"/>
              </w:rPr>
              <w:t>1.3316 to 7.1603</w:t>
            </w:r>
          </w:p>
        </w:tc>
        <w:tc>
          <w:tcPr>
            <w:tcW w:w="2088" w:type="dxa"/>
            <w:tcMar>
              <w:top w:w="35" w:type="dxa"/>
              <w:left w:w="45" w:type="dxa"/>
              <w:bottom w:w="35" w:type="dxa"/>
              <w:right w:w="45" w:type="dxa"/>
            </w:tcMar>
            <w:vAlign w:val="center"/>
            <w:tcBorders>
              <w:left w:val="nil"/>
              <w:right w:val="nil"/>
            </w:tcBorders>
          </w:tcPr>
          <w:p w14:paraId="058188F5" w14:textId="77777777" w:rsidR="003B3005" w:rsidRDefault="00000000">
            <w:pPr>
              <w:spacing w:line="240" w:lineRule="auto"/>
              <w:jc w:val="center"/>
            </w:pPr>
            <w:r>
              <w:rPr>
                <w:sz w:val="15"/>
              </w:rPr>
              <w:t>0.013197</w:t>
            </w:r>
          </w:p>
        </w:tc>
        <w:tc>
          <w:tcPr>
            <w:tcW w:w="1123" w:type="dxa"/>
            <w:tcMar>
              <w:top w:w="35" w:type="dxa"/>
              <w:left w:w="45" w:type="dxa"/>
              <w:bottom w:w="35" w:type="dxa"/>
              <w:right w:w="45" w:type="dxa"/>
            </w:tcMar>
            <w:vAlign w:val="center"/>
            <w:tcBorders>
              <w:left w:val="nil"/>
              <w:right w:val="nil"/>
            </w:tcBorders>
          </w:tcPr>
          <w:p w14:paraId="556FE343" w14:textId="77777777" w:rsidR="003B3005" w:rsidRDefault="00000000">
            <w:pPr>
              <w:spacing w:line="240" w:lineRule="auto"/>
              <w:jc w:val="center"/>
            </w:pPr>
            <w:r>
              <w:rPr>
                <w:sz w:val="15"/>
              </w:rPr>
              <w:t>Yes</w:t>
            </w:r>
          </w:p>
        </w:tc>
      </w:tr>
      <w:tr w:rsidR="003B3005" w14:paraId="7C30C476" w14:textId="77777777">
        <w:trPr>
          <w:cantSplit/>
          <w:jc w:val="center"/>
        </w:trPr>
        <w:tc>
          <w:tcPr>
            <w:tcW w:w="1512" w:type="dxa"/>
            <w:tcMar>
              <w:top w:w="35" w:type="dxa"/>
              <w:left w:w="45" w:type="dxa"/>
              <w:bottom w:w="35" w:type="dxa"/>
              <w:right w:w="45" w:type="dxa"/>
            </w:tcMar>
            <w:vAlign w:val="center"/>
            <w:tcBorders>
              <w:left w:val="nil"/>
              <w:right w:val="nil"/>
            </w:tcBorders>
          </w:tcPr>
          <w:p w14:paraId="676745F4" w14:textId="77777777" w:rsidR="003B3005" w:rsidRDefault="00000000">
            <w:pPr>
              <w:spacing w:line="240" w:lineRule="auto"/>
            </w:pPr>
            <w:r>
              <w:rPr>
                <w:sz w:val="15"/>
              </w:rPr>
              <w:t>Hispanic origin</w:t>
            </w:r>
          </w:p>
        </w:tc>
        <w:tc>
          <w:tcPr>
            <w:tcW w:w="1036" w:type="dxa"/>
            <w:tcMar>
              <w:top w:w="35" w:type="dxa"/>
              <w:left w:w="45" w:type="dxa"/>
              <w:bottom w:w="35" w:type="dxa"/>
              <w:right w:w="45" w:type="dxa"/>
            </w:tcMar>
            <w:vAlign w:val="center"/>
            <w:tcBorders>
              <w:left w:val="nil"/>
              <w:right w:val="nil"/>
            </w:tcBorders>
          </w:tcPr>
          <w:p w14:paraId="7FF39D6B" w14:textId="77777777" w:rsidR="003B3005" w:rsidRDefault="00000000">
            <w:pPr>
              <w:spacing w:line="240" w:lineRule="auto"/>
              <w:jc w:val="center"/>
            </w:pPr>
            <w:r>
              <w:rPr>
                <w:sz w:val="15"/>
              </w:rPr>
              <w:t>Hispanic</w:t>
            </w:r>
          </w:p>
        </w:tc>
        <w:tc>
          <w:tcPr>
            <w:tcW w:w="1123" w:type="dxa"/>
            <w:tcMar>
              <w:top w:w="35" w:type="dxa"/>
              <w:left w:w="45" w:type="dxa"/>
              <w:bottom w:w="35" w:type="dxa"/>
              <w:right w:w="45" w:type="dxa"/>
            </w:tcMar>
            <w:vAlign w:val="center"/>
            <w:tcBorders>
              <w:left w:val="nil"/>
              <w:right w:val="nil"/>
            </w:tcBorders>
          </w:tcPr>
          <w:p w14:paraId="3FEB14C5" w14:textId="77777777" w:rsidR="003B3005" w:rsidRDefault="00000000">
            <w:pPr>
              <w:spacing w:line="240" w:lineRule="auto"/>
              <w:jc w:val="center"/>
            </w:pPr>
            <w:r>
              <w:rPr>
                <w:sz w:val="15"/>
              </w:rPr>
              <w:t>2018-2021</w:t>
            </w:r>
          </w:p>
        </w:tc>
        <w:tc>
          <w:tcPr>
            <w:tcW w:w="1512" w:type="dxa"/>
            <w:tcMar>
              <w:top w:w="35" w:type="dxa"/>
              <w:left w:w="45" w:type="dxa"/>
              <w:bottom w:w="35" w:type="dxa"/>
              <w:right w:w="45" w:type="dxa"/>
            </w:tcMar>
            <w:vAlign w:val="center"/>
            <w:tcBorders>
              <w:left w:val="nil"/>
              <w:right w:val="nil"/>
            </w:tcBorders>
          </w:tcPr>
          <w:p w14:paraId="3888AFFF" w14:textId="77777777" w:rsidR="003B3005" w:rsidRDefault="00000000">
            <w:pPr>
              <w:spacing w:line="240" w:lineRule="auto"/>
              <w:jc w:val="center"/>
            </w:pPr>
            <w:r>
              <w:rPr>
                <w:sz w:val="15"/>
              </w:rPr>
              <w:t>50.6053</w:t>
            </w:r>
          </w:p>
        </w:tc>
        <w:tc>
          <w:tcPr>
            <w:tcW w:w="1036" w:type="dxa"/>
            <w:tcMar>
              <w:top w:w="35" w:type="dxa"/>
              <w:left w:w="45" w:type="dxa"/>
              <w:bottom w:w="35" w:type="dxa"/>
              <w:right w:w="45" w:type="dxa"/>
            </w:tcMar>
            <w:vAlign w:val="center"/>
            <w:tcBorders>
              <w:left w:val="nil"/>
              <w:right w:val="nil"/>
            </w:tcBorders>
          </w:tcPr>
          <w:p w14:paraId="6ED488B9" w14:textId="77777777" w:rsidR="003B3005" w:rsidRDefault="00000000">
            <w:pPr>
              <w:spacing w:line="240" w:lineRule="auto"/>
              <w:jc w:val="center"/>
            </w:pPr>
            <w:r>
              <w:rPr>
                <w:sz w:val="15"/>
              </w:rPr>
              <w:t>28.9302 to 64.6757</w:t>
            </w:r>
          </w:p>
        </w:tc>
        <w:tc>
          <w:tcPr>
            <w:tcW w:w="2088" w:type="dxa"/>
            <w:tcMar>
              <w:top w:w="35" w:type="dxa"/>
              <w:left w:w="45" w:type="dxa"/>
              <w:bottom w:w="35" w:type="dxa"/>
              <w:right w:w="45" w:type="dxa"/>
            </w:tcMar>
            <w:vAlign w:val="center"/>
            <w:tcBorders>
              <w:left w:val="nil"/>
              <w:right w:val="nil"/>
            </w:tcBorders>
          </w:tcPr>
          <w:p w14:paraId="6A8E1F29"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694E4EC5" w14:textId="77777777" w:rsidR="003B3005" w:rsidRDefault="00000000">
            <w:pPr>
              <w:spacing w:line="240" w:lineRule="auto"/>
              <w:jc w:val="center"/>
            </w:pPr>
            <w:r>
              <w:rPr>
                <w:sz w:val="15"/>
              </w:rPr>
              <w:t>Yes</w:t>
            </w:r>
          </w:p>
        </w:tc>
      </w:tr>
      <w:tr w:rsidR="003B3005" w14:paraId="2F500B42" w14:textId="77777777">
        <w:trPr>
          <w:cantSplit/>
          <w:jc w:val="center"/>
        </w:trPr>
        <w:tc>
          <w:tcPr>
            <w:tcW w:w="1512" w:type="dxa"/>
            <w:tcMar>
              <w:top w:w="35" w:type="dxa"/>
              <w:left w:w="45" w:type="dxa"/>
              <w:bottom w:w="35" w:type="dxa"/>
              <w:right w:w="45" w:type="dxa"/>
            </w:tcMar>
            <w:vAlign w:val="center"/>
            <w:tcBorders>
              <w:left w:val="nil"/>
              <w:right w:val="nil"/>
            </w:tcBorders>
          </w:tcPr>
          <w:p w14:paraId="75EDEE75" w14:textId="77777777" w:rsidR="003B3005" w:rsidRDefault="00000000">
            <w:pPr>
              <w:spacing w:line="240" w:lineRule="auto"/>
            </w:pPr>
            <w:r>
              <w:rPr>
                <w:sz w:val="15"/>
              </w:rPr>
              <w:t>Hispanic origin</w:t>
            </w:r>
          </w:p>
        </w:tc>
        <w:tc>
          <w:tcPr>
            <w:tcW w:w="1036" w:type="dxa"/>
            <w:tcMar>
              <w:top w:w="35" w:type="dxa"/>
              <w:left w:w="45" w:type="dxa"/>
              <w:bottom w:w="35" w:type="dxa"/>
              <w:right w:w="45" w:type="dxa"/>
            </w:tcMar>
            <w:vAlign w:val="center"/>
            <w:tcBorders>
              <w:left w:val="nil"/>
              <w:right w:val="nil"/>
            </w:tcBorders>
          </w:tcPr>
          <w:p w14:paraId="43E1E7A1" w14:textId="77777777" w:rsidR="003B3005" w:rsidRDefault="00000000">
            <w:pPr>
              <w:spacing w:line="240" w:lineRule="auto"/>
              <w:jc w:val="center"/>
            </w:pPr>
            <w:r>
              <w:rPr>
                <w:sz w:val="15"/>
              </w:rPr>
              <w:t>Hispanic</w:t>
            </w:r>
          </w:p>
        </w:tc>
        <w:tc>
          <w:tcPr>
            <w:tcW w:w="1123" w:type="dxa"/>
            <w:tcMar>
              <w:top w:w="35" w:type="dxa"/>
              <w:left w:w="45" w:type="dxa"/>
              <w:bottom w:w="35" w:type="dxa"/>
              <w:right w:w="45" w:type="dxa"/>
            </w:tcMar>
            <w:vAlign w:val="center"/>
            <w:tcBorders>
              <w:left w:val="nil"/>
              <w:right w:val="nil"/>
            </w:tcBorders>
          </w:tcPr>
          <w:p w14:paraId="4C7FDF55" w14:textId="77777777" w:rsidR="003B3005" w:rsidRDefault="00000000">
            <w:pPr>
              <w:spacing w:line="240" w:lineRule="auto"/>
              <w:jc w:val="center"/>
            </w:pPr>
            <w:r>
              <w:rPr>
                <w:sz w:val="15"/>
              </w:rPr>
              <w:t>2021-2024</w:t>
            </w:r>
          </w:p>
        </w:tc>
        <w:tc>
          <w:tcPr>
            <w:tcW w:w="1512" w:type="dxa"/>
            <w:tcMar>
              <w:top w:w="35" w:type="dxa"/>
              <w:left w:w="45" w:type="dxa"/>
              <w:bottom w:w="35" w:type="dxa"/>
              <w:right w:w="45" w:type="dxa"/>
            </w:tcMar>
            <w:vAlign w:val="center"/>
            <w:tcBorders>
              <w:left w:val="nil"/>
              <w:right w:val="nil"/>
            </w:tcBorders>
          </w:tcPr>
          <w:p w14:paraId="60A7A388" w14:textId="77777777" w:rsidR="003B3005" w:rsidRDefault="00000000">
            <w:pPr>
              <w:spacing w:line="240" w:lineRule="auto"/>
              <w:jc w:val="center"/>
            </w:pPr>
            <w:r>
              <w:rPr>
                <w:sz w:val="15"/>
              </w:rPr>
              <w:t>-33.952</w:t>
            </w:r>
          </w:p>
        </w:tc>
        <w:tc>
          <w:tcPr>
            <w:tcW w:w="1036" w:type="dxa"/>
            <w:tcMar>
              <w:top w:w="35" w:type="dxa"/>
              <w:left w:w="45" w:type="dxa"/>
              <w:bottom w:w="35" w:type="dxa"/>
              <w:right w:w="45" w:type="dxa"/>
            </w:tcMar>
            <w:vAlign w:val="center"/>
            <w:tcBorders>
              <w:left w:val="nil"/>
              <w:right w:val="nil"/>
            </w:tcBorders>
          </w:tcPr>
          <w:p w14:paraId="1A398894" w14:textId="77777777" w:rsidR="003B3005" w:rsidRDefault="00000000">
            <w:pPr>
              <w:spacing w:line="240" w:lineRule="auto"/>
              <w:jc w:val="center"/>
            </w:pPr>
            <w:r>
              <w:rPr>
                <w:sz w:val="15"/>
              </w:rPr>
              <w:t>-42.6936 to -26.3458</w:t>
            </w:r>
          </w:p>
        </w:tc>
        <w:tc>
          <w:tcPr>
            <w:tcW w:w="2088" w:type="dxa"/>
            <w:tcMar>
              <w:top w:w="35" w:type="dxa"/>
              <w:left w:w="45" w:type="dxa"/>
              <w:bottom w:w="35" w:type="dxa"/>
              <w:right w:w="45" w:type="dxa"/>
            </w:tcMar>
            <w:vAlign w:val="center"/>
            <w:tcBorders>
              <w:left w:val="nil"/>
              <w:right w:val="nil"/>
            </w:tcBorders>
          </w:tcPr>
          <w:p w14:paraId="2C394605"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2C4006C2" w14:textId="77777777" w:rsidR="003B3005" w:rsidRDefault="00000000">
            <w:pPr>
              <w:spacing w:line="240" w:lineRule="auto"/>
              <w:jc w:val="center"/>
            </w:pPr>
            <w:r>
              <w:rPr>
                <w:sz w:val="15"/>
              </w:rPr>
              <w:t>Yes</w:t>
            </w:r>
          </w:p>
        </w:tc>
      </w:tr>
      <w:tr w:rsidR="003B3005" w14:paraId="19D83C14" w14:textId="77777777">
        <w:trPr>
          <w:cantSplit/>
          <w:jc w:val="center"/>
        </w:trPr>
        <w:tc>
          <w:tcPr>
            <w:tcW w:w="1512" w:type="dxa"/>
            <w:tcMar>
              <w:top w:w="35" w:type="dxa"/>
              <w:left w:w="45" w:type="dxa"/>
              <w:bottom w:w="35" w:type="dxa"/>
              <w:right w:w="45" w:type="dxa"/>
            </w:tcMar>
            <w:vAlign w:val="center"/>
            <w:tcBorders>
              <w:left w:val="nil"/>
              <w:right w:val="nil"/>
            </w:tcBorders>
          </w:tcPr>
          <w:p w14:paraId="2CCCA118" w14:textId="77777777" w:rsidR="003B3005" w:rsidRDefault="00000000">
            <w:pPr>
              <w:spacing w:line="240" w:lineRule="auto"/>
            </w:pPr>
            <w:r>
              <w:rPr>
                <w:sz w:val="15"/>
              </w:rPr>
              <w:t>Hispanic origin</w:t>
            </w:r>
          </w:p>
        </w:tc>
        <w:tc>
          <w:tcPr>
            <w:tcW w:w="1036" w:type="dxa"/>
            <w:tcMar>
              <w:top w:w="35" w:type="dxa"/>
              <w:left w:w="45" w:type="dxa"/>
              <w:bottom w:w="35" w:type="dxa"/>
              <w:right w:w="45" w:type="dxa"/>
            </w:tcMar>
            <w:vAlign w:val="center"/>
            <w:tcBorders>
              <w:left w:val="nil"/>
              <w:right w:val="nil"/>
            </w:tcBorders>
          </w:tcPr>
          <w:p w14:paraId="414CDF73" w14:textId="77777777" w:rsidR="003B3005" w:rsidRDefault="00000000">
            <w:pPr>
              <w:spacing w:line="240" w:lineRule="auto"/>
              <w:jc w:val="center"/>
            </w:pPr>
            <w:r>
              <w:rPr>
                <w:sz w:val="15"/>
              </w:rPr>
              <w:t>Non-Hispanic</w:t>
            </w:r>
          </w:p>
        </w:tc>
        <w:tc>
          <w:tcPr>
            <w:tcW w:w="1123" w:type="dxa"/>
            <w:tcMar>
              <w:top w:w="35" w:type="dxa"/>
              <w:left w:w="45" w:type="dxa"/>
              <w:bottom w:w="35" w:type="dxa"/>
              <w:right w:w="45" w:type="dxa"/>
            </w:tcMar>
            <w:vAlign w:val="center"/>
            <w:tcBorders>
              <w:left w:val="nil"/>
              <w:right w:val="nil"/>
            </w:tcBorders>
          </w:tcPr>
          <w:p w14:paraId="3D250E6D" w14:textId="77777777" w:rsidR="003B3005" w:rsidRDefault="00000000">
            <w:pPr>
              <w:spacing w:line="240" w:lineRule="auto"/>
              <w:jc w:val="center"/>
            </w:pPr>
            <w:r>
              <w:rPr>
                <w:sz w:val="15"/>
              </w:rPr>
              <w:t>1999-2018</w:t>
            </w:r>
          </w:p>
        </w:tc>
        <w:tc>
          <w:tcPr>
            <w:tcW w:w="1512" w:type="dxa"/>
            <w:tcMar>
              <w:top w:w="35" w:type="dxa"/>
              <w:left w:w="45" w:type="dxa"/>
              <w:bottom w:w="35" w:type="dxa"/>
              <w:right w:w="45" w:type="dxa"/>
            </w:tcMar>
            <w:vAlign w:val="center"/>
            <w:tcBorders>
              <w:left w:val="nil"/>
              <w:right w:val="nil"/>
            </w:tcBorders>
          </w:tcPr>
          <w:p w14:paraId="51A748A8" w14:textId="77777777" w:rsidR="003B3005" w:rsidRDefault="00000000">
            <w:pPr>
              <w:spacing w:line="240" w:lineRule="auto"/>
              <w:jc w:val="center"/>
            </w:pPr>
            <w:r>
              <w:rPr>
                <w:sz w:val="15"/>
              </w:rPr>
              <w:t>4.4188</w:t>
            </w:r>
          </w:p>
        </w:tc>
        <w:tc>
          <w:tcPr>
            <w:tcW w:w="1036" w:type="dxa"/>
            <w:tcMar>
              <w:top w:w="35" w:type="dxa"/>
              <w:left w:w="45" w:type="dxa"/>
              <w:bottom w:w="35" w:type="dxa"/>
              <w:right w:w="45" w:type="dxa"/>
            </w:tcMar>
            <w:vAlign w:val="center"/>
            <w:tcBorders>
              <w:left w:val="nil"/>
              <w:right w:val="nil"/>
            </w:tcBorders>
          </w:tcPr>
          <w:p w14:paraId="199B45CD" w14:textId="77777777" w:rsidR="003B3005" w:rsidRDefault="00000000">
            <w:pPr>
              <w:spacing w:line="240" w:lineRule="auto"/>
              <w:jc w:val="center"/>
            </w:pPr>
            <w:r>
              <w:rPr>
                <w:sz w:val="15"/>
              </w:rPr>
              <w:t>2.9272 to 5.6724</w:t>
            </w:r>
          </w:p>
        </w:tc>
        <w:tc>
          <w:tcPr>
            <w:tcW w:w="2088" w:type="dxa"/>
            <w:tcMar>
              <w:top w:w="35" w:type="dxa"/>
              <w:left w:w="45" w:type="dxa"/>
              <w:bottom w:w="35" w:type="dxa"/>
              <w:right w:w="45" w:type="dxa"/>
            </w:tcMar>
            <w:vAlign w:val="center"/>
            <w:tcBorders>
              <w:left w:val="nil"/>
              <w:right w:val="nil"/>
            </w:tcBorders>
          </w:tcPr>
          <w:p w14:paraId="74D18B1B" w14:textId="77777777" w:rsidR="003B3005" w:rsidRDefault="00000000">
            <w:pPr>
              <w:spacing w:line="240" w:lineRule="auto"/>
              <w:jc w:val="center"/>
            </w:pPr>
            <w:r>
              <w:rPr>
                <w:sz w:val="15"/>
              </w:rPr>
              <w:t>0.0004</w:t>
            </w:r>
          </w:p>
        </w:tc>
        <w:tc>
          <w:tcPr>
            <w:tcW w:w="1123" w:type="dxa"/>
            <w:tcMar>
              <w:top w:w="35" w:type="dxa"/>
              <w:left w:w="45" w:type="dxa"/>
              <w:bottom w:w="35" w:type="dxa"/>
              <w:right w:w="45" w:type="dxa"/>
            </w:tcMar>
            <w:vAlign w:val="center"/>
            <w:tcBorders>
              <w:left w:val="nil"/>
              <w:right w:val="nil"/>
            </w:tcBorders>
          </w:tcPr>
          <w:p w14:paraId="25D28F82" w14:textId="77777777" w:rsidR="003B3005" w:rsidRDefault="00000000">
            <w:pPr>
              <w:spacing w:line="240" w:lineRule="auto"/>
              <w:jc w:val="center"/>
            </w:pPr>
            <w:r>
              <w:rPr>
                <w:sz w:val="15"/>
              </w:rPr>
              <w:t>Yes</w:t>
            </w:r>
          </w:p>
        </w:tc>
      </w:tr>
      <w:tr w:rsidR="003B3005" w14:paraId="12041FBE" w14:textId="77777777">
        <w:trPr>
          <w:cantSplit/>
          <w:jc w:val="center"/>
        </w:trPr>
        <w:tc>
          <w:tcPr>
            <w:tcW w:w="1512" w:type="dxa"/>
            <w:tcMar>
              <w:top w:w="35" w:type="dxa"/>
              <w:left w:w="45" w:type="dxa"/>
              <w:bottom w:w="35" w:type="dxa"/>
              <w:right w:w="45" w:type="dxa"/>
            </w:tcMar>
            <w:vAlign w:val="center"/>
            <w:tcBorders>
              <w:left w:val="nil"/>
              <w:right w:val="nil"/>
            </w:tcBorders>
          </w:tcPr>
          <w:p w14:paraId="17859A8B" w14:textId="77777777" w:rsidR="003B3005" w:rsidRDefault="00000000">
            <w:pPr>
              <w:spacing w:line="240" w:lineRule="auto"/>
            </w:pPr>
            <w:r>
              <w:rPr>
                <w:sz w:val="15"/>
              </w:rPr>
              <w:t>Hispanic origin</w:t>
            </w:r>
          </w:p>
        </w:tc>
        <w:tc>
          <w:tcPr>
            <w:tcW w:w="1036" w:type="dxa"/>
            <w:tcMar>
              <w:top w:w="35" w:type="dxa"/>
              <w:left w:w="45" w:type="dxa"/>
              <w:bottom w:w="35" w:type="dxa"/>
              <w:right w:w="45" w:type="dxa"/>
            </w:tcMar>
            <w:vAlign w:val="center"/>
            <w:tcBorders>
              <w:left w:val="nil"/>
              <w:right w:val="nil"/>
            </w:tcBorders>
          </w:tcPr>
          <w:p w14:paraId="7B8680B6" w14:textId="77777777" w:rsidR="003B3005" w:rsidRDefault="00000000">
            <w:pPr>
              <w:spacing w:line="240" w:lineRule="auto"/>
              <w:jc w:val="center"/>
            </w:pPr>
            <w:r>
              <w:rPr>
                <w:sz w:val="15"/>
              </w:rPr>
              <w:t>Non-Hispanic</w:t>
            </w:r>
          </w:p>
        </w:tc>
        <w:tc>
          <w:tcPr>
            <w:tcW w:w="1123" w:type="dxa"/>
            <w:tcMar>
              <w:top w:w="35" w:type="dxa"/>
              <w:left w:w="45" w:type="dxa"/>
              <w:bottom w:w="35" w:type="dxa"/>
              <w:right w:w="45" w:type="dxa"/>
            </w:tcMar>
            <w:vAlign w:val="center"/>
            <w:tcBorders>
              <w:left w:val="nil"/>
              <w:right w:val="nil"/>
            </w:tcBorders>
          </w:tcPr>
          <w:p w14:paraId="7204CB7D" w14:textId="77777777" w:rsidR="003B3005" w:rsidRDefault="00000000">
            <w:pPr>
              <w:spacing w:line="240" w:lineRule="auto"/>
              <w:jc w:val="center"/>
            </w:pPr>
            <w:r>
              <w:rPr>
                <w:sz w:val="15"/>
              </w:rPr>
              <w:t>2018-2021</w:t>
            </w:r>
          </w:p>
        </w:tc>
        <w:tc>
          <w:tcPr>
            <w:tcW w:w="1512" w:type="dxa"/>
            <w:tcMar>
              <w:top w:w="35" w:type="dxa"/>
              <w:left w:w="45" w:type="dxa"/>
              <w:bottom w:w="35" w:type="dxa"/>
              <w:right w:w="45" w:type="dxa"/>
            </w:tcMar>
            <w:vAlign w:val="center"/>
            <w:tcBorders>
              <w:left w:val="nil"/>
              <w:right w:val="nil"/>
            </w:tcBorders>
          </w:tcPr>
          <w:p w14:paraId="3CFF608A" w14:textId="77777777" w:rsidR="003B3005" w:rsidRDefault="00000000">
            <w:pPr>
              <w:spacing w:line="240" w:lineRule="auto"/>
              <w:jc w:val="center"/>
            </w:pPr>
            <w:r>
              <w:rPr>
                <w:sz w:val="15"/>
              </w:rPr>
              <w:t>30.8957</w:t>
            </w:r>
          </w:p>
        </w:tc>
        <w:tc>
          <w:tcPr>
            <w:tcW w:w="1036" w:type="dxa"/>
            <w:tcMar>
              <w:top w:w="35" w:type="dxa"/>
              <w:left w:w="45" w:type="dxa"/>
              <w:bottom w:w="35" w:type="dxa"/>
              <w:right w:w="45" w:type="dxa"/>
            </w:tcMar>
            <w:vAlign w:val="center"/>
            <w:tcBorders>
              <w:left w:val="nil"/>
              <w:right w:val="nil"/>
            </w:tcBorders>
          </w:tcPr>
          <w:p w14:paraId="2C2757CA" w14:textId="77777777" w:rsidR="003B3005" w:rsidRDefault="00000000">
            <w:pPr>
              <w:spacing w:line="240" w:lineRule="auto"/>
              <w:jc w:val="center"/>
            </w:pPr>
            <w:r>
              <w:rPr>
                <w:sz w:val="15"/>
              </w:rPr>
              <w:t>16.7759 to 37.3426</w:t>
            </w:r>
          </w:p>
        </w:tc>
        <w:tc>
          <w:tcPr>
            <w:tcW w:w="2088" w:type="dxa"/>
            <w:tcMar>
              <w:top w:w="35" w:type="dxa"/>
              <w:left w:w="45" w:type="dxa"/>
              <w:bottom w:w="35" w:type="dxa"/>
              <w:right w:w="45" w:type="dxa"/>
            </w:tcMar>
            <w:vAlign w:val="center"/>
            <w:tcBorders>
              <w:left w:val="nil"/>
              <w:right w:val="nil"/>
            </w:tcBorders>
          </w:tcPr>
          <w:p w14:paraId="7C5FA90F"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7CE5ABFE" w14:textId="77777777" w:rsidR="003B3005" w:rsidRDefault="00000000">
            <w:pPr>
              <w:spacing w:line="240" w:lineRule="auto"/>
              <w:jc w:val="center"/>
            </w:pPr>
            <w:r>
              <w:rPr>
                <w:sz w:val="15"/>
              </w:rPr>
              <w:t>Yes</w:t>
            </w:r>
          </w:p>
        </w:tc>
      </w:tr>
      <w:tr w:rsidR="003B3005" w14:paraId="6100BB87" w14:textId="77777777">
        <w:trPr>
          <w:cantSplit/>
          <w:jc w:val="center"/>
        </w:trPr>
        <w:tc>
          <w:tcPr>
            <w:tcW w:w="1512" w:type="dxa"/>
            <w:tcMar>
              <w:top w:w="35" w:type="dxa"/>
              <w:left w:w="45" w:type="dxa"/>
              <w:bottom w:w="35" w:type="dxa"/>
              <w:right w:w="45" w:type="dxa"/>
            </w:tcMar>
            <w:vAlign w:val="center"/>
            <w:tcBorders>
              <w:left w:val="nil"/>
              <w:right w:val="nil"/>
            </w:tcBorders>
          </w:tcPr>
          <w:p w14:paraId="4342883A" w14:textId="77777777" w:rsidR="003B3005" w:rsidRDefault="00000000">
            <w:pPr>
              <w:spacing w:line="240" w:lineRule="auto"/>
            </w:pPr>
            <w:r>
              <w:rPr>
                <w:sz w:val="15"/>
              </w:rPr>
              <w:t>Hispanic origin</w:t>
            </w:r>
          </w:p>
        </w:tc>
        <w:tc>
          <w:tcPr>
            <w:tcW w:w="1036" w:type="dxa"/>
            <w:tcMar>
              <w:top w:w="35" w:type="dxa"/>
              <w:left w:w="45" w:type="dxa"/>
              <w:bottom w:w="35" w:type="dxa"/>
              <w:right w:w="45" w:type="dxa"/>
            </w:tcMar>
            <w:vAlign w:val="center"/>
            <w:tcBorders>
              <w:left w:val="nil"/>
              <w:right w:val="nil"/>
            </w:tcBorders>
          </w:tcPr>
          <w:p w14:paraId="6A70E87E" w14:textId="77777777" w:rsidR="003B3005" w:rsidRDefault="00000000">
            <w:pPr>
              <w:spacing w:line="240" w:lineRule="auto"/>
              <w:jc w:val="center"/>
            </w:pPr>
            <w:r>
              <w:rPr>
                <w:sz w:val="15"/>
              </w:rPr>
              <w:t>Non-Hispanic</w:t>
            </w:r>
          </w:p>
        </w:tc>
        <w:tc>
          <w:tcPr>
            <w:tcW w:w="1123" w:type="dxa"/>
            <w:tcMar>
              <w:top w:w="35" w:type="dxa"/>
              <w:left w:w="45" w:type="dxa"/>
              <w:bottom w:w="35" w:type="dxa"/>
              <w:right w:w="45" w:type="dxa"/>
            </w:tcMar>
            <w:vAlign w:val="center"/>
            <w:tcBorders>
              <w:left w:val="nil"/>
              <w:right w:val="nil"/>
            </w:tcBorders>
          </w:tcPr>
          <w:p w14:paraId="0894184C" w14:textId="77777777" w:rsidR="003B3005" w:rsidRDefault="00000000">
            <w:pPr>
              <w:spacing w:line="240" w:lineRule="auto"/>
              <w:jc w:val="center"/>
            </w:pPr>
            <w:r>
              <w:rPr>
                <w:sz w:val="15"/>
              </w:rPr>
              <w:t>2021-2024</w:t>
            </w:r>
          </w:p>
        </w:tc>
        <w:tc>
          <w:tcPr>
            <w:tcW w:w="1512" w:type="dxa"/>
            <w:tcMar>
              <w:top w:w="35" w:type="dxa"/>
              <w:left w:w="45" w:type="dxa"/>
              <w:bottom w:w="35" w:type="dxa"/>
              <w:right w:w="45" w:type="dxa"/>
            </w:tcMar>
            <w:vAlign w:val="center"/>
            <w:tcBorders>
              <w:left w:val="nil"/>
              <w:right w:val="nil"/>
            </w:tcBorders>
          </w:tcPr>
          <w:p w14:paraId="3474CC04" w14:textId="77777777" w:rsidR="003B3005" w:rsidRDefault="00000000">
            <w:pPr>
              <w:spacing w:line="240" w:lineRule="auto"/>
              <w:jc w:val="center"/>
            </w:pPr>
            <w:r>
              <w:rPr>
                <w:sz w:val="15"/>
              </w:rPr>
              <w:t>-18.3</w:t>
            </w:r>
          </w:p>
        </w:tc>
        <w:tc>
          <w:tcPr>
            <w:tcW w:w="1036" w:type="dxa"/>
            <w:tcMar>
              <w:top w:w="35" w:type="dxa"/>
              <w:left w:w="45" w:type="dxa"/>
              <w:bottom w:w="35" w:type="dxa"/>
              <w:right w:w="45" w:type="dxa"/>
            </w:tcMar>
            <w:vAlign w:val="center"/>
            <w:tcBorders>
              <w:left w:val="nil"/>
              <w:right w:val="nil"/>
            </w:tcBorders>
          </w:tcPr>
          <w:p w14:paraId="7FC375F6" w14:textId="77777777" w:rsidR="003B3005" w:rsidRDefault="00000000">
            <w:pPr>
              <w:spacing w:line="240" w:lineRule="auto"/>
              <w:jc w:val="center"/>
            </w:pPr>
            <w:r>
              <w:rPr>
                <w:sz w:val="15"/>
              </w:rPr>
              <w:t>-25.9075 to -12.4427</w:t>
            </w:r>
          </w:p>
        </w:tc>
        <w:tc>
          <w:tcPr>
            <w:tcW w:w="2088" w:type="dxa"/>
            <w:tcMar>
              <w:top w:w="35" w:type="dxa"/>
              <w:left w:w="45" w:type="dxa"/>
              <w:bottom w:w="35" w:type="dxa"/>
              <w:right w:w="45" w:type="dxa"/>
            </w:tcMar>
            <w:vAlign w:val="center"/>
            <w:tcBorders>
              <w:left w:val="nil"/>
              <w:right w:val="nil"/>
            </w:tcBorders>
          </w:tcPr>
          <w:p w14:paraId="08916DA2"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4E279EB7" w14:textId="77777777" w:rsidR="003B3005" w:rsidRDefault="00000000">
            <w:pPr>
              <w:spacing w:line="240" w:lineRule="auto"/>
              <w:jc w:val="center"/>
            </w:pPr>
            <w:r>
              <w:rPr>
                <w:sz w:val="15"/>
              </w:rPr>
              <w:t>Yes</w:t>
            </w:r>
          </w:p>
        </w:tc>
      </w:tr>
      <w:tr w:rsidR="003B3005" w14:paraId="29088CF5" w14:textId="77777777">
        <w:trPr>
          <w:cantSplit/>
          <w:jc w:val="center"/>
        </w:trPr>
        <w:tc>
          <w:tcPr>
            <w:tcW w:w="1512" w:type="dxa"/>
            <w:tcMar>
              <w:top w:w="35" w:type="dxa"/>
              <w:left w:w="45" w:type="dxa"/>
              <w:bottom w:w="35" w:type="dxa"/>
              <w:right w:w="45" w:type="dxa"/>
            </w:tcMar>
            <w:vAlign w:val="center"/>
            <w:tcBorders>
              <w:left w:val="nil"/>
              <w:right w:val="nil"/>
            </w:tcBorders>
          </w:tcPr>
          <w:p w14:paraId="74271D34" w14:textId="77777777" w:rsidR="003B3005" w:rsidRDefault="00000000">
            <w:pPr>
              <w:spacing w:line="240" w:lineRule="auto"/>
            </w:pPr>
            <w:r>
              <w:rPr>
                <w:sz w:val="15"/>
              </w:rPr>
              <w:t>Census region</w:t>
            </w:r>
          </w:p>
        </w:tc>
        <w:tc>
          <w:tcPr>
            <w:tcW w:w="1036" w:type="dxa"/>
            <w:tcMar>
              <w:top w:w="35" w:type="dxa"/>
              <w:left w:w="45" w:type="dxa"/>
              <w:bottom w:w="35" w:type="dxa"/>
              <w:right w:w="45" w:type="dxa"/>
            </w:tcMar>
            <w:vAlign w:val="center"/>
            <w:tcBorders>
              <w:left w:val="nil"/>
              <w:right w:val="nil"/>
            </w:tcBorders>
          </w:tcPr>
          <w:p w14:paraId="1B985B10" w14:textId="77777777" w:rsidR="003B3005" w:rsidRDefault="00000000">
            <w:pPr>
              <w:spacing w:line="240" w:lineRule="auto"/>
              <w:jc w:val="center"/>
            </w:pPr>
            <w:r>
              <w:rPr>
                <w:sz w:val="15"/>
              </w:rPr>
              <w:t>Midwest</w:t>
            </w:r>
          </w:p>
        </w:tc>
        <w:tc>
          <w:tcPr>
            <w:tcW w:w="1123" w:type="dxa"/>
            <w:tcMar>
              <w:top w:w="35" w:type="dxa"/>
              <w:left w:w="45" w:type="dxa"/>
              <w:bottom w:w="35" w:type="dxa"/>
              <w:right w:w="45" w:type="dxa"/>
            </w:tcMar>
            <w:vAlign w:val="center"/>
            <w:tcBorders>
              <w:left w:val="nil"/>
              <w:right w:val="nil"/>
            </w:tcBorders>
          </w:tcPr>
          <w:p w14:paraId="3EEA425D" w14:textId="77777777" w:rsidR="003B3005" w:rsidRDefault="00000000">
            <w:pPr>
              <w:spacing w:line="240" w:lineRule="auto"/>
              <w:jc w:val="center"/>
            </w:pPr>
            <w:r>
              <w:rPr>
                <w:sz w:val="15"/>
              </w:rPr>
              <w:t>1999-2005</w:t>
            </w:r>
          </w:p>
        </w:tc>
        <w:tc>
          <w:tcPr>
            <w:tcW w:w="1512" w:type="dxa"/>
            <w:tcMar>
              <w:top w:w="35" w:type="dxa"/>
              <w:left w:w="45" w:type="dxa"/>
              <w:bottom w:w="35" w:type="dxa"/>
              <w:right w:w="45" w:type="dxa"/>
            </w:tcMar>
            <w:vAlign w:val="center"/>
            <w:tcBorders>
              <w:left w:val="nil"/>
              <w:right w:val="nil"/>
            </w:tcBorders>
          </w:tcPr>
          <w:p w14:paraId="3C00C38D" w14:textId="77777777" w:rsidR="003B3005" w:rsidRDefault="00000000">
            <w:pPr>
              <w:spacing w:line="240" w:lineRule="auto"/>
              <w:jc w:val="center"/>
            </w:pPr>
            <w:r>
              <w:rPr>
                <w:sz w:val="15"/>
              </w:rPr>
              <w:t>10.2132</w:t>
            </w:r>
          </w:p>
        </w:tc>
        <w:tc>
          <w:tcPr>
            <w:tcW w:w="1036" w:type="dxa"/>
            <w:tcMar>
              <w:top w:w="35" w:type="dxa"/>
              <w:left w:w="45" w:type="dxa"/>
              <w:bottom w:w="35" w:type="dxa"/>
              <w:right w:w="45" w:type="dxa"/>
            </w:tcMar>
            <w:vAlign w:val="center"/>
            <w:tcBorders>
              <w:left w:val="nil"/>
              <w:right w:val="nil"/>
            </w:tcBorders>
          </w:tcPr>
          <w:p w14:paraId="045AC2EE" w14:textId="77777777" w:rsidR="003B3005" w:rsidRDefault="00000000">
            <w:pPr>
              <w:spacing w:line="240" w:lineRule="auto"/>
              <w:jc w:val="center"/>
            </w:pPr>
            <w:r>
              <w:rPr>
                <w:sz w:val="15"/>
              </w:rPr>
              <w:t>5.6137 to 31.6298</w:t>
            </w:r>
          </w:p>
        </w:tc>
        <w:tc>
          <w:tcPr>
            <w:tcW w:w="2088" w:type="dxa"/>
            <w:tcMar>
              <w:top w:w="35" w:type="dxa"/>
              <w:left w:w="45" w:type="dxa"/>
              <w:bottom w:w="35" w:type="dxa"/>
              <w:right w:w="45" w:type="dxa"/>
            </w:tcMar>
            <w:vAlign w:val="center"/>
            <w:tcBorders>
              <w:left w:val="nil"/>
              <w:right w:val="nil"/>
            </w:tcBorders>
          </w:tcPr>
          <w:p w14:paraId="28F4DB9C"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5499BD85" w14:textId="77777777" w:rsidR="003B3005" w:rsidRDefault="00000000">
            <w:pPr>
              <w:spacing w:line="240" w:lineRule="auto"/>
              <w:jc w:val="center"/>
            </w:pPr>
            <w:r>
              <w:rPr>
                <w:sz w:val="15"/>
              </w:rPr>
              <w:t>Yes</w:t>
            </w:r>
          </w:p>
        </w:tc>
      </w:tr>
      <w:tr w:rsidR="003B3005" w14:paraId="595CB593" w14:textId="77777777">
        <w:trPr>
          <w:cantSplit/>
          <w:jc w:val="center"/>
        </w:trPr>
        <w:tc>
          <w:tcPr>
            <w:tcW w:w="1512" w:type="dxa"/>
            <w:tcMar>
              <w:top w:w="35" w:type="dxa"/>
              <w:left w:w="45" w:type="dxa"/>
              <w:bottom w:w="35" w:type="dxa"/>
              <w:right w:w="45" w:type="dxa"/>
            </w:tcMar>
            <w:vAlign w:val="center"/>
            <w:tcBorders>
              <w:left w:val="nil"/>
              <w:right w:val="nil"/>
            </w:tcBorders>
          </w:tcPr>
          <w:p w14:paraId="48144D39" w14:textId="77777777" w:rsidR="003B3005" w:rsidRDefault="00000000">
            <w:pPr>
              <w:spacing w:line="240" w:lineRule="auto"/>
            </w:pPr>
            <w:r>
              <w:rPr>
                <w:sz w:val="15"/>
              </w:rPr>
              <w:t>Census region</w:t>
            </w:r>
          </w:p>
        </w:tc>
        <w:tc>
          <w:tcPr>
            <w:tcW w:w="1036" w:type="dxa"/>
            <w:tcMar>
              <w:top w:w="35" w:type="dxa"/>
              <w:left w:w="45" w:type="dxa"/>
              <w:bottom w:w="35" w:type="dxa"/>
              <w:right w:w="45" w:type="dxa"/>
            </w:tcMar>
            <w:vAlign w:val="center"/>
            <w:tcBorders>
              <w:left w:val="nil"/>
              <w:right w:val="nil"/>
            </w:tcBorders>
          </w:tcPr>
          <w:p w14:paraId="4DE362B7" w14:textId="77777777" w:rsidR="003B3005" w:rsidRDefault="00000000">
            <w:pPr>
              <w:spacing w:line="240" w:lineRule="auto"/>
              <w:jc w:val="center"/>
            </w:pPr>
            <w:r>
              <w:rPr>
                <w:sz w:val="15"/>
              </w:rPr>
              <w:t>Midwest</w:t>
            </w:r>
          </w:p>
        </w:tc>
        <w:tc>
          <w:tcPr>
            <w:tcW w:w="1123" w:type="dxa"/>
            <w:tcMar>
              <w:top w:w="35" w:type="dxa"/>
              <w:left w:w="45" w:type="dxa"/>
              <w:bottom w:w="35" w:type="dxa"/>
              <w:right w:w="45" w:type="dxa"/>
            </w:tcMar>
            <w:vAlign w:val="center"/>
            <w:tcBorders>
              <w:left w:val="nil"/>
              <w:right w:val="nil"/>
            </w:tcBorders>
          </w:tcPr>
          <w:p w14:paraId="274EEC9C" w14:textId="77777777" w:rsidR="003B3005" w:rsidRDefault="00000000">
            <w:pPr>
              <w:spacing w:line="240" w:lineRule="auto"/>
              <w:jc w:val="center"/>
            </w:pPr>
            <w:r>
              <w:rPr>
                <w:sz w:val="15"/>
              </w:rPr>
              <w:t>2005-2018</w:t>
            </w:r>
          </w:p>
        </w:tc>
        <w:tc>
          <w:tcPr>
            <w:tcW w:w="1512" w:type="dxa"/>
            <w:tcMar>
              <w:top w:w="35" w:type="dxa"/>
              <w:left w:w="45" w:type="dxa"/>
              <w:bottom w:w="35" w:type="dxa"/>
              <w:right w:w="45" w:type="dxa"/>
            </w:tcMar>
            <w:vAlign w:val="center"/>
            <w:tcBorders>
              <w:left w:val="nil"/>
              <w:right w:val="nil"/>
            </w:tcBorders>
          </w:tcPr>
          <w:p w14:paraId="19D7E641" w14:textId="77777777" w:rsidR="003B3005" w:rsidRDefault="00000000">
            <w:pPr>
              <w:spacing w:line="240" w:lineRule="auto"/>
              <w:jc w:val="center"/>
            </w:pPr>
            <w:r>
              <w:rPr>
                <w:sz w:val="15"/>
              </w:rPr>
              <w:t>3.3171</w:t>
            </w:r>
          </w:p>
        </w:tc>
        <w:tc>
          <w:tcPr>
            <w:tcW w:w="1036" w:type="dxa"/>
            <w:tcMar>
              <w:top w:w="35" w:type="dxa"/>
              <w:left w:w="45" w:type="dxa"/>
              <w:bottom w:w="35" w:type="dxa"/>
              <w:right w:w="45" w:type="dxa"/>
            </w:tcMar>
            <w:vAlign w:val="center"/>
            <w:tcBorders>
              <w:left w:val="nil"/>
              <w:right w:val="nil"/>
            </w:tcBorders>
          </w:tcPr>
          <w:p w14:paraId="0AA90D54" w14:textId="77777777" w:rsidR="003B3005" w:rsidRDefault="00000000">
            <w:pPr>
              <w:spacing w:line="240" w:lineRule="auto"/>
              <w:jc w:val="center"/>
            </w:pPr>
            <w:r>
              <w:rPr>
                <w:sz w:val="15"/>
              </w:rPr>
              <w:t>-4.413 to 4.3145</w:t>
            </w:r>
          </w:p>
        </w:tc>
        <w:tc>
          <w:tcPr>
            <w:tcW w:w="2088" w:type="dxa"/>
            <w:tcMar>
              <w:top w:w="35" w:type="dxa"/>
              <w:left w:w="45" w:type="dxa"/>
              <w:bottom w:w="35" w:type="dxa"/>
              <w:right w:w="45" w:type="dxa"/>
            </w:tcMar>
            <w:vAlign w:val="center"/>
            <w:tcBorders>
              <w:left w:val="nil"/>
              <w:right w:val="nil"/>
            </w:tcBorders>
          </w:tcPr>
          <w:p w14:paraId="12710E75" w14:textId="77777777" w:rsidR="003B3005" w:rsidRDefault="00000000">
            <w:pPr>
              <w:spacing w:line="240" w:lineRule="auto"/>
              <w:jc w:val="center"/>
            </w:pPr>
            <w:r>
              <w:rPr>
                <w:sz w:val="15"/>
              </w:rPr>
              <w:t>0.110778</w:t>
            </w:r>
          </w:p>
        </w:tc>
        <w:tc>
          <w:tcPr>
            <w:tcW w:w="1123" w:type="dxa"/>
            <w:tcMar>
              <w:top w:w="35" w:type="dxa"/>
              <w:left w:w="45" w:type="dxa"/>
              <w:bottom w:w="35" w:type="dxa"/>
              <w:right w:w="45" w:type="dxa"/>
            </w:tcMar>
            <w:vAlign w:val="center"/>
            <w:tcBorders>
              <w:left w:val="nil"/>
              <w:right w:val="nil"/>
            </w:tcBorders>
          </w:tcPr>
          <w:p w14:paraId="16446829" w14:textId="77777777" w:rsidR="003B3005" w:rsidRDefault="00000000">
            <w:pPr>
              <w:spacing w:line="240" w:lineRule="auto"/>
              <w:jc w:val="center"/>
            </w:pPr>
            <w:r>
              <w:rPr>
                <w:sz w:val="15"/>
              </w:rPr>
              <w:t>No</w:t>
            </w:r>
          </w:p>
        </w:tc>
      </w:tr>
      <w:tr w:rsidR="003B3005" w14:paraId="7954D0F4" w14:textId="77777777">
        <w:trPr>
          <w:cantSplit/>
          <w:jc w:val="center"/>
        </w:trPr>
        <w:tc>
          <w:tcPr>
            <w:tcW w:w="1512" w:type="dxa"/>
            <w:tcMar>
              <w:top w:w="35" w:type="dxa"/>
              <w:left w:w="45" w:type="dxa"/>
              <w:bottom w:w="35" w:type="dxa"/>
              <w:right w:w="45" w:type="dxa"/>
            </w:tcMar>
            <w:vAlign w:val="center"/>
            <w:tcBorders>
              <w:left w:val="nil"/>
              <w:right w:val="nil"/>
            </w:tcBorders>
          </w:tcPr>
          <w:p w14:paraId="54AEA995" w14:textId="77777777" w:rsidR="003B3005" w:rsidRDefault="00000000">
            <w:pPr>
              <w:spacing w:line="240" w:lineRule="auto"/>
            </w:pPr>
            <w:r>
              <w:rPr>
                <w:sz w:val="15"/>
              </w:rPr>
              <w:t>Census region</w:t>
            </w:r>
          </w:p>
        </w:tc>
        <w:tc>
          <w:tcPr>
            <w:tcW w:w="1036" w:type="dxa"/>
            <w:tcMar>
              <w:top w:w="35" w:type="dxa"/>
              <w:left w:w="45" w:type="dxa"/>
              <w:bottom w:w="35" w:type="dxa"/>
              <w:right w:w="45" w:type="dxa"/>
            </w:tcMar>
            <w:vAlign w:val="center"/>
            <w:tcBorders>
              <w:left w:val="nil"/>
              <w:right w:val="nil"/>
            </w:tcBorders>
          </w:tcPr>
          <w:p w14:paraId="4BACA985" w14:textId="77777777" w:rsidR="003B3005" w:rsidRDefault="00000000">
            <w:pPr>
              <w:spacing w:line="240" w:lineRule="auto"/>
              <w:jc w:val="center"/>
            </w:pPr>
            <w:r>
              <w:rPr>
                <w:sz w:val="15"/>
              </w:rPr>
              <w:t>Midwest</w:t>
            </w:r>
          </w:p>
        </w:tc>
        <w:tc>
          <w:tcPr>
            <w:tcW w:w="1123" w:type="dxa"/>
            <w:tcMar>
              <w:top w:w="35" w:type="dxa"/>
              <w:left w:w="45" w:type="dxa"/>
              <w:bottom w:w="35" w:type="dxa"/>
              <w:right w:w="45" w:type="dxa"/>
            </w:tcMar>
            <w:vAlign w:val="center"/>
            <w:tcBorders>
              <w:left w:val="nil"/>
              <w:right w:val="nil"/>
            </w:tcBorders>
          </w:tcPr>
          <w:p w14:paraId="39F03ED7" w14:textId="77777777" w:rsidR="003B3005" w:rsidRDefault="00000000">
            <w:pPr>
              <w:spacing w:line="240" w:lineRule="auto"/>
              <w:jc w:val="center"/>
            </w:pPr>
            <w:r>
              <w:rPr>
                <w:sz w:val="15"/>
              </w:rPr>
              <w:t>2018-2021</w:t>
            </w:r>
          </w:p>
        </w:tc>
        <w:tc>
          <w:tcPr>
            <w:tcW w:w="1512" w:type="dxa"/>
            <w:tcMar>
              <w:top w:w="35" w:type="dxa"/>
              <w:left w:w="45" w:type="dxa"/>
              <w:bottom w:w="35" w:type="dxa"/>
              <w:right w:w="45" w:type="dxa"/>
            </w:tcMar>
            <w:vAlign w:val="center"/>
            <w:tcBorders>
              <w:left w:val="nil"/>
              <w:right w:val="nil"/>
            </w:tcBorders>
          </w:tcPr>
          <w:p w14:paraId="50A78AAE" w14:textId="77777777" w:rsidR="003B3005" w:rsidRDefault="00000000">
            <w:pPr>
              <w:spacing w:line="240" w:lineRule="auto"/>
              <w:jc w:val="center"/>
            </w:pPr>
            <w:r>
              <w:rPr>
                <w:sz w:val="15"/>
              </w:rPr>
              <w:t>26.6136</w:t>
            </w:r>
          </w:p>
        </w:tc>
        <w:tc>
          <w:tcPr>
            <w:tcW w:w="1036" w:type="dxa"/>
            <w:tcMar>
              <w:top w:w="35" w:type="dxa"/>
              <w:left w:w="45" w:type="dxa"/>
              <w:bottom w:w="35" w:type="dxa"/>
              <w:right w:w="45" w:type="dxa"/>
            </w:tcMar>
            <w:vAlign w:val="center"/>
            <w:tcBorders>
              <w:left w:val="nil"/>
              <w:right w:val="nil"/>
            </w:tcBorders>
          </w:tcPr>
          <w:p w14:paraId="4680277A" w14:textId="77777777" w:rsidR="003B3005" w:rsidRDefault="00000000">
            <w:pPr>
              <w:spacing w:line="240" w:lineRule="auto"/>
              <w:jc w:val="center"/>
            </w:pPr>
            <w:r>
              <w:rPr>
                <w:sz w:val="15"/>
              </w:rPr>
              <w:t>18.4543 to 32.0259</w:t>
            </w:r>
          </w:p>
        </w:tc>
        <w:tc>
          <w:tcPr>
            <w:tcW w:w="2088" w:type="dxa"/>
            <w:tcMar>
              <w:top w:w="35" w:type="dxa"/>
              <w:left w:w="45" w:type="dxa"/>
              <w:bottom w:w="35" w:type="dxa"/>
              <w:right w:w="45" w:type="dxa"/>
            </w:tcMar>
            <w:vAlign w:val="center"/>
            <w:tcBorders>
              <w:left w:val="nil"/>
              <w:right w:val="nil"/>
            </w:tcBorders>
          </w:tcPr>
          <w:p w14:paraId="3D774D3C"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24DACF70" w14:textId="77777777" w:rsidR="003B3005" w:rsidRDefault="00000000">
            <w:pPr>
              <w:spacing w:line="240" w:lineRule="auto"/>
              <w:jc w:val="center"/>
            </w:pPr>
            <w:r>
              <w:rPr>
                <w:sz w:val="15"/>
              </w:rPr>
              <w:t>Yes</w:t>
            </w:r>
          </w:p>
        </w:tc>
      </w:tr>
      <w:tr w:rsidR="003B3005" w14:paraId="126FF4D1" w14:textId="77777777">
        <w:trPr>
          <w:cantSplit/>
          <w:jc w:val="center"/>
        </w:trPr>
        <w:tc>
          <w:tcPr>
            <w:tcW w:w="1512" w:type="dxa"/>
            <w:tcMar>
              <w:top w:w="35" w:type="dxa"/>
              <w:left w:w="45" w:type="dxa"/>
              <w:bottom w:w="35" w:type="dxa"/>
              <w:right w:w="45" w:type="dxa"/>
            </w:tcMar>
            <w:vAlign w:val="center"/>
            <w:tcBorders>
              <w:left w:val="nil"/>
              <w:right w:val="nil"/>
            </w:tcBorders>
          </w:tcPr>
          <w:p w14:paraId="45E1159B" w14:textId="77777777" w:rsidR="003B3005" w:rsidRDefault="00000000">
            <w:pPr>
              <w:spacing w:line="240" w:lineRule="auto"/>
            </w:pPr>
            <w:r>
              <w:rPr>
                <w:sz w:val="15"/>
              </w:rPr>
              <w:t>Census region</w:t>
            </w:r>
          </w:p>
        </w:tc>
        <w:tc>
          <w:tcPr>
            <w:tcW w:w="1036" w:type="dxa"/>
            <w:tcMar>
              <w:top w:w="35" w:type="dxa"/>
              <w:left w:w="45" w:type="dxa"/>
              <w:bottom w:w="35" w:type="dxa"/>
              <w:right w:w="45" w:type="dxa"/>
            </w:tcMar>
            <w:vAlign w:val="center"/>
            <w:tcBorders>
              <w:left w:val="nil"/>
              <w:right w:val="nil"/>
            </w:tcBorders>
          </w:tcPr>
          <w:p w14:paraId="6706A39D" w14:textId="77777777" w:rsidR="003B3005" w:rsidRDefault="00000000">
            <w:pPr>
              <w:spacing w:line="240" w:lineRule="auto"/>
              <w:jc w:val="center"/>
            </w:pPr>
            <w:r>
              <w:rPr>
                <w:sz w:val="15"/>
              </w:rPr>
              <w:t>Midwest</w:t>
            </w:r>
          </w:p>
        </w:tc>
        <w:tc>
          <w:tcPr>
            <w:tcW w:w="1123" w:type="dxa"/>
            <w:tcMar>
              <w:top w:w="35" w:type="dxa"/>
              <w:left w:w="45" w:type="dxa"/>
              <w:bottom w:w="35" w:type="dxa"/>
              <w:right w:w="45" w:type="dxa"/>
            </w:tcMar>
            <w:vAlign w:val="center"/>
            <w:tcBorders>
              <w:left w:val="nil"/>
              <w:right w:val="nil"/>
            </w:tcBorders>
          </w:tcPr>
          <w:p w14:paraId="04BFA2BE" w14:textId="77777777" w:rsidR="003B3005" w:rsidRDefault="00000000">
            <w:pPr>
              <w:spacing w:line="240" w:lineRule="auto"/>
              <w:jc w:val="center"/>
            </w:pPr>
            <w:r>
              <w:rPr>
                <w:sz w:val="15"/>
              </w:rPr>
              <w:t>2021-2024</w:t>
            </w:r>
          </w:p>
        </w:tc>
        <w:tc>
          <w:tcPr>
            <w:tcW w:w="1512" w:type="dxa"/>
            <w:tcMar>
              <w:top w:w="35" w:type="dxa"/>
              <w:left w:w="45" w:type="dxa"/>
              <w:bottom w:w="35" w:type="dxa"/>
              <w:right w:w="45" w:type="dxa"/>
            </w:tcMar>
            <w:vAlign w:val="center"/>
            <w:tcBorders>
              <w:left w:val="nil"/>
              <w:right w:val="nil"/>
            </w:tcBorders>
          </w:tcPr>
          <w:p w14:paraId="46D30B4B" w14:textId="77777777" w:rsidR="003B3005" w:rsidRDefault="00000000">
            <w:pPr>
              <w:spacing w:line="240" w:lineRule="auto"/>
              <w:jc w:val="center"/>
            </w:pPr>
            <w:r>
              <w:rPr>
                <w:sz w:val="15"/>
              </w:rPr>
              <w:t>-19.9733</w:t>
            </w:r>
          </w:p>
        </w:tc>
        <w:tc>
          <w:tcPr>
            <w:tcW w:w="1036" w:type="dxa"/>
            <w:tcMar>
              <w:top w:w="35" w:type="dxa"/>
              <w:left w:w="45" w:type="dxa"/>
              <w:bottom w:w="35" w:type="dxa"/>
              <w:right w:w="45" w:type="dxa"/>
            </w:tcMar>
            <w:vAlign w:val="center"/>
            <w:tcBorders>
              <w:left w:val="nil"/>
              <w:right w:val="nil"/>
            </w:tcBorders>
          </w:tcPr>
          <w:p w14:paraId="296525E6" w14:textId="77777777" w:rsidR="003B3005" w:rsidRDefault="00000000">
            <w:pPr>
              <w:spacing w:line="240" w:lineRule="auto"/>
              <w:jc w:val="center"/>
            </w:pPr>
            <w:r>
              <w:rPr>
                <w:sz w:val="15"/>
              </w:rPr>
              <w:t>-24.8886 to -15.6672</w:t>
            </w:r>
          </w:p>
        </w:tc>
        <w:tc>
          <w:tcPr>
            <w:tcW w:w="2088" w:type="dxa"/>
            <w:tcMar>
              <w:top w:w="35" w:type="dxa"/>
              <w:left w:w="45" w:type="dxa"/>
              <w:bottom w:w="35" w:type="dxa"/>
              <w:right w:w="45" w:type="dxa"/>
            </w:tcMar>
            <w:vAlign w:val="center"/>
            <w:tcBorders>
              <w:left w:val="nil"/>
              <w:right w:val="nil"/>
            </w:tcBorders>
          </w:tcPr>
          <w:p w14:paraId="286BA061"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43F46914" w14:textId="77777777" w:rsidR="003B3005" w:rsidRDefault="00000000">
            <w:pPr>
              <w:spacing w:line="240" w:lineRule="auto"/>
              <w:jc w:val="center"/>
            </w:pPr>
            <w:r>
              <w:rPr>
                <w:sz w:val="15"/>
              </w:rPr>
              <w:t>Yes</w:t>
            </w:r>
          </w:p>
        </w:tc>
      </w:tr>
      <w:tr w:rsidR="003B3005" w14:paraId="1CAA4F62" w14:textId="77777777">
        <w:trPr>
          <w:cantSplit/>
          <w:jc w:val="center"/>
        </w:trPr>
        <w:tc>
          <w:tcPr>
            <w:tcW w:w="1512" w:type="dxa"/>
            <w:tcMar>
              <w:top w:w="35" w:type="dxa"/>
              <w:left w:w="45" w:type="dxa"/>
              <w:bottom w:w="35" w:type="dxa"/>
              <w:right w:w="45" w:type="dxa"/>
            </w:tcMar>
            <w:vAlign w:val="center"/>
            <w:tcBorders>
              <w:left w:val="nil"/>
              <w:right w:val="nil"/>
            </w:tcBorders>
          </w:tcPr>
          <w:p w14:paraId="6C0FB384" w14:textId="77777777" w:rsidR="003B3005" w:rsidRDefault="00000000">
            <w:pPr>
              <w:spacing w:line="240" w:lineRule="auto"/>
            </w:pPr>
            <w:r>
              <w:rPr>
                <w:sz w:val="15"/>
              </w:rPr>
              <w:lastRenderedPageBreak/>
              <w:t>Census region</w:t>
            </w:r>
          </w:p>
        </w:tc>
        <w:tc>
          <w:tcPr>
            <w:tcW w:w="1036" w:type="dxa"/>
            <w:tcMar>
              <w:top w:w="35" w:type="dxa"/>
              <w:left w:w="45" w:type="dxa"/>
              <w:bottom w:w="35" w:type="dxa"/>
              <w:right w:w="45" w:type="dxa"/>
            </w:tcMar>
            <w:vAlign w:val="center"/>
            <w:tcBorders>
              <w:left w:val="nil"/>
              <w:right w:val="nil"/>
            </w:tcBorders>
          </w:tcPr>
          <w:p w14:paraId="3166B4A2" w14:textId="77777777" w:rsidR="003B3005" w:rsidRDefault="00000000">
            <w:pPr>
              <w:spacing w:line="240" w:lineRule="auto"/>
              <w:jc w:val="center"/>
            </w:pPr>
            <w:r>
              <w:rPr>
                <w:sz w:val="15"/>
              </w:rPr>
              <w:t>Northeast</w:t>
            </w:r>
          </w:p>
        </w:tc>
        <w:tc>
          <w:tcPr>
            <w:tcW w:w="1123" w:type="dxa"/>
            <w:tcMar>
              <w:top w:w="35" w:type="dxa"/>
              <w:left w:w="45" w:type="dxa"/>
              <w:bottom w:w="35" w:type="dxa"/>
              <w:right w:w="45" w:type="dxa"/>
            </w:tcMar>
            <w:vAlign w:val="center"/>
            <w:tcBorders>
              <w:left w:val="nil"/>
              <w:right w:val="nil"/>
            </w:tcBorders>
          </w:tcPr>
          <w:p w14:paraId="4C2C710F" w14:textId="77777777" w:rsidR="003B3005" w:rsidRDefault="00000000">
            <w:pPr>
              <w:spacing w:line="240" w:lineRule="auto"/>
              <w:jc w:val="center"/>
            </w:pPr>
            <w:r>
              <w:rPr>
                <w:sz w:val="15"/>
              </w:rPr>
              <w:t>1999-2015</w:t>
            </w:r>
          </w:p>
        </w:tc>
        <w:tc>
          <w:tcPr>
            <w:tcW w:w="1512" w:type="dxa"/>
            <w:tcMar>
              <w:top w:w="35" w:type="dxa"/>
              <w:left w:w="45" w:type="dxa"/>
              <w:bottom w:w="35" w:type="dxa"/>
              <w:right w:w="45" w:type="dxa"/>
            </w:tcMar>
            <w:vAlign w:val="center"/>
            <w:tcBorders>
              <w:left w:val="nil"/>
              <w:right w:val="nil"/>
            </w:tcBorders>
          </w:tcPr>
          <w:p w14:paraId="5FFA2DDB" w14:textId="77777777" w:rsidR="003B3005" w:rsidRDefault="00000000">
            <w:pPr>
              <w:spacing w:line="240" w:lineRule="auto"/>
              <w:jc w:val="center"/>
            </w:pPr>
            <w:r>
              <w:rPr>
                <w:sz w:val="15"/>
              </w:rPr>
              <w:t>5.0929</w:t>
            </w:r>
          </w:p>
        </w:tc>
        <w:tc>
          <w:tcPr>
            <w:tcW w:w="1036" w:type="dxa"/>
            <w:tcMar>
              <w:top w:w="35" w:type="dxa"/>
              <w:left w:w="45" w:type="dxa"/>
              <w:bottom w:w="35" w:type="dxa"/>
              <w:right w:w="45" w:type="dxa"/>
            </w:tcMar>
            <w:vAlign w:val="center"/>
            <w:tcBorders>
              <w:left w:val="nil"/>
              <w:right w:val="nil"/>
            </w:tcBorders>
          </w:tcPr>
          <w:p w14:paraId="1BBE097F" w14:textId="77777777" w:rsidR="003B3005" w:rsidRDefault="00000000">
            <w:pPr>
              <w:spacing w:line="240" w:lineRule="auto"/>
              <w:jc w:val="center"/>
            </w:pPr>
            <w:r>
              <w:rPr>
                <w:sz w:val="15"/>
              </w:rPr>
              <w:t>4.299 to 10.1404</w:t>
            </w:r>
          </w:p>
        </w:tc>
        <w:tc>
          <w:tcPr>
            <w:tcW w:w="2088" w:type="dxa"/>
            <w:tcMar>
              <w:top w:w="35" w:type="dxa"/>
              <w:left w:w="45" w:type="dxa"/>
              <w:bottom w:w="35" w:type="dxa"/>
              <w:right w:w="45" w:type="dxa"/>
            </w:tcMar>
            <w:vAlign w:val="center"/>
            <w:tcBorders>
              <w:left w:val="nil"/>
              <w:right w:val="nil"/>
            </w:tcBorders>
          </w:tcPr>
          <w:p w14:paraId="647F05EE" w14:textId="77777777" w:rsidR="003B3005" w:rsidRDefault="00000000">
            <w:pPr>
              <w:spacing w:line="240" w:lineRule="auto"/>
              <w:jc w:val="center"/>
            </w:pPr>
            <w:r>
              <w:rPr>
                <w:sz w:val="15"/>
              </w:rPr>
              <w:t>0.0016</w:t>
            </w:r>
          </w:p>
        </w:tc>
        <w:tc>
          <w:tcPr>
            <w:tcW w:w="1123" w:type="dxa"/>
            <w:tcMar>
              <w:top w:w="35" w:type="dxa"/>
              <w:left w:w="45" w:type="dxa"/>
              <w:bottom w:w="35" w:type="dxa"/>
              <w:right w:w="45" w:type="dxa"/>
            </w:tcMar>
            <w:vAlign w:val="center"/>
            <w:tcBorders>
              <w:left w:val="nil"/>
              <w:right w:val="nil"/>
            </w:tcBorders>
          </w:tcPr>
          <w:p w14:paraId="78136F86" w14:textId="77777777" w:rsidR="003B3005" w:rsidRDefault="00000000">
            <w:pPr>
              <w:spacing w:line="240" w:lineRule="auto"/>
              <w:jc w:val="center"/>
            </w:pPr>
            <w:r>
              <w:rPr>
                <w:sz w:val="15"/>
              </w:rPr>
              <w:t>Yes</w:t>
            </w:r>
          </w:p>
        </w:tc>
      </w:tr>
      <w:tr w:rsidR="003B3005" w14:paraId="19C541AB" w14:textId="77777777">
        <w:trPr>
          <w:cantSplit/>
          <w:jc w:val="center"/>
        </w:trPr>
        <w:tc>
          <w:tcPr>
            <w:tcW w:w="1512" w:type="dxa"/>
            <w:tcMar>
              <w:top w:w="35" w:type="dxa"/>
              <w:left w:w="45" w:type="dxa"/>
              <w:bottom w:w="35" w:type="dxa"/>
              <w:right w:w="45" w:type="dxa"/>
            </w:tcMar>
            <w:vAlign w:val="center"/>
            <w:tcBorders>
              <w:left w:val="nil"/>
              <w:right w:val="nil"/>
            </w:tcBorders>
          </w:tcPr>
          <w:p w14:paraId="4CB42510" w14:textId="77777777" w:rsidR="003B3005" w:rsidRDefault="00000000">
            <w:pPr>
              <w:spacing w:line="240" w:lineRule="auto"/>
            </w:pPr>
            <w:r>
              <w:rPr>
                <w:sz w:val="15"/>
              </w:rPr>
              <w:t>Census region</w:t>
            </w:r>
          </w:p>
        </w:tc>
        <w:tc>
          <w:tcPr>
            <w:tcW w:w="1036" w:type="dxa"/>
            <w:tcMar>
              <w:top w:w="35" w:type="dxa"/>
              <w:left w:w="45" w:type="dxa"/>
              <w:bottom w:w="35" w:type="dxa"/>
              <w:right w:w="45" w:type="dxa"/>
            </w:tcMar>
            <w:vAlign w:val="center"/>
            <w:tcBorders>
              <w:left w:val="nil"/>
              <w:right w:val="nil"/>
            </w:tcBorders>
          </w:tcPr>
          <w:p w14:paraId="35FEB513" w14:textId="77777777" w:rsidR="003B3005" w:rsidRDefault="00000000">
            <w:pPr>
              <w:spacing w:line="240" w:lineRule="auto"/>
              <w:jc w:val="center"/>
            </w:pPr>
            <w:r>
              <w:rPr>
                <w:sz w:val="15"/>
              </w:rPr>
              <w:t>Northeast</w:t>
            </w:r>
          </w:p>
        </w:tc>
        <w:tc>
          <w:tcPr>
            <w:tcW w:w="1123" w:type="dxa"/>
            <w:tcMar>
              <w:top w:w="35" w:type="dxa"/>
              <w:left w:w="45" w:type="dxa"/>
              <w:bottom w:w="35" w:type="dxa"/>
              <w:right w:w="45" w:type="dxa"/>
            </w:tcMar>
            <w:vAlign w:val="center"/>
            <w:tcBorders>
              <w:left w:val="nil"/>
              <w:right w:val="nil"/>
            </w:tcBorders>
          </w:tcPr>
          <w:p w14:paraId="077560B7" w14:textId="77777777" w:rsidR="003B3005" w:rsidRDefault="00000000">
            <w:pPr>
              <w:spacing w:line="240" w:lineRule="auto"/>
              <w:jc w:val="center"/>
            </w:pPr>
            <w:r>
              <w:rPr>
                <w:sz w:val="15"/>
              </w:rPr>
              <w:t>2015-2018</w:t>
            </w:r>
          </w:p>
        </w:tc>
        <w:tc>
          <w:tcPr>
            <w:tcW w:w="1512" w:type="dxa"/>
            <w:tcMar>
              <w:top w:w="35" w:type="dxa"/>
              <w:left w:w="45" w:type="dxa"/>
              <w:bottom w:w="35" w:type="dxa"/>
              <w:right w:w="45" w:type="dxa"/>
            </w:tcMar>
            <w:vAlign w:val="center"/>
            <w:tcBorders>
              <w:left w:val="nil"/>
              <w:right w:val="nil"/>
            </w:tcBorders>
          </w:tcPr>
          <w:p w14:paraId="3D0BF28B" w14:textId="77777777" w:rsidR="003B3005" w:rsidRDefault="00000000">
            <w:pPr>
              <w:spacing w:line="240" w:lineRule="auto"/>
              <w:jc w:val="center"/>
            </w:pPr>
            <w:r>
              <w:rPr>
                <w:sz w:val="15"/>
              </w:rPr>
              <w:t>-5.4606</w:t>
            </w:r>
          </w:p>
        </w:tc>
        <w:tc>
          <w:tcPr>
            <w:tcW w:w="1036" w:type="dxa"/>
            <w:tcMar>
              <w:top w:w="35" w:type="dxa"/>
              <w:left w:w="45" w:type="dxa"/>
              <w:bottom w:w="35" w:type="dxa"/>
              <w:right w:w="45" w:type="dxa"/>
            </w:tcMar>
            <w:vAlign w:val="center"/>
            <w:tcBorders>
              <w:left w:val="nil"/>
              <w:right w:val="nil"/>
            </w:tcBorders>
          </w:tcPr>
          <w:p w14:paraId="0E64A2D4" w14:textId="77777777" w:rsidR="003B3005" w:rsidRDefault="00000000">
            <w:pPr>
              <w:spacing w:line="240" w:lineRule="auto"/>
              <w:jc w:val="center"/>
            </w:pPr>
            <w:r>
              <w:rPr>
                <w:sz w:val="15"/>
              </w:rPr>
              <w:t>-11.4056 to 2.9205</w:t>
            </w:r>
          </w:p>
        </w:tc>
        <w:tc>
          <w:tcPr>
            <w:tcW w:w="2088" w:type="dxa"/>
            <w:tcMar>
              <w:top w:w="35" w:type="dxa"/>
              <w:left w:w="45" w:type="dxa"/>
              <w:bottom w:w="35" w:type="dxa"/>
              <w:right w:w="45" w:type="dxa"/>
            </w:tcMar>
            <w:vAlign w:val="center"/>
            <w:tcBorders>
              <w:left w:val="nil"/>
              <w:right w:val="nil"/>
            </w:tcBorders>
          </w:tcPr>
          <w:p w14:paraId="45C75ACF" w14:textId="77777777" w:rsidR="003B3005" w:rsidRDefault="00000000">
            <w:pPr>
              <w:spacing w:line="240" w:lineRule="auto"/>
              <w:jc w:val="center"/>
            </w:pPr>
            <w:r>
              <w:rPr>
                <w:sz w:val="15"/>
              </w:rPr>
              <w:t>0.185963</w:t>
            </w:r>
          </w:p>
        </w:tc>
        <w:tc>
          <w:tcPr>
            <w:tcW w:w="1123" w:type="dxa"/>
            <w:tcMar>
              <w:top w:w="35" w:type="dxa"/>
              <w:left w:w="45" w:type="dxa"/>
              <w:bottom w:w="35" w:type="dxa"/>
              <w:right w:w="45" w:type="dxa"/>
            </w:tcMar>
            <w:vAlign w:val="center"/>
            <w:tcBorders>
              <w:left w:val="nil"/>
              <w:right w:val="nil"/>
            </w:tcBorders>
          </w:tcPr>
          <w:p w14:paraId="0BF38F18" w14:textId="77777777" w:rsidR="003B3005" w:rsidRDefault="00000000">
            <w:pPr>
              <w:spacing w:line="240" w:lineRule="auto"/>
              <w:jc w:val="center"/>
            </w:pPr>
            <w:r>
              <w:rPr>
                <w:sz w:val="15"/>
              </w:rPr>
              <w:t>No</w:t>
            </w:r>
          </w:p>
        </w:tc>
      </w:tr>
      <w:tr w:rsidR="003B3005" w14:paraId="3AC55246" w14:textId="77777777">
        <w:trPr>
          <w:cantSplit/>
          <w:jc w:val="center"/>
        </w:trPr>
        <w:tc>
          <w:tcPr>
            <w:tcW w:w="1512" w:type="dxa"/>
            <w:tcMar>
              <w:top w:w="35" w:type="dxa"/>
              <w:left w:w="45" w:type="dxa"/>
              <w:bottom w:w="35" w:type="dxa"/>
              <w:right w:w="45" w:type="dxa"/>
            </w:tcMar>
            <w:vAlign w:val="center"/>
            <w:tcBorders>
              <w:left w:val="nil"/>
              <w:right w:val="nil"/>
            </w:tcBorders>
          </w:tcPr>
          <w:p w14:paraId="3F750E92" w14:textId="77777777" w:rsidR="003B3005" w:rsidRDefault="00000000">
            <w:pPr>
              <w:spacing w:line="240" w:lineRule="auto"/>
            </w:pPr>
            <w:r>
              <w:rPr>
                <w:sz w:val="15"/>
              </w:rPr>
              <w:t>Census region</w:t>
            </w:r>
          </w:p>
        </w:tc>
        <w:tc>
          <w:tcPr>
            <w:tcW w:w="1036" w:type="dxa"/>
            <w:tcMar>
              <w:top w:w="35" w:type="dxa"/>
              <w:left w:w="45" w:type="dxa"/>
              <w:bottom w:w="35" w:type="dxa"/>
              <w:right w:w="45" w:type="dxa"/>
            </w:tcMar>
            <w:vAlign w:val="center"/>
            <w:tcBorders>
              <w:left w:val="nil"/>
              <w:right w:val="nil"/>
            </w:tcBorders>
          </w:tcPr>
          <w:p w14:paraId="08BCBB87" w14:textId="77777777" w:rsidR="003B3005" w:rsidRDefault="00000000">
            <w:pPr>
              <w:spacing w:line="240" w:lineRule="auto"/>
              <w:jc w:val="center"/>
            </w:pPr>
            <w:r>
              <w:rPr>
                <w:sz w:val="15"/>
              </w:rPr>
              <w:t>Northeast</w:t>
            </w:r>
          </w:p>
        </w:tc>
        <w:tc>
          <w:tcPr>
            <w:tcW w:w="1123" w:type="dxa"/>
            <w:tcMar>
              <w:top w:w="35" w:type="dxa"/>
              <w:left w:w="45" w:type="dxa"/>
              <w:bottom w:w="35" w:type="dxa"/>
              <w:right w:w="45" w:type="dxa"/>
            </w:tcMar>
            <w:vAlign w:val="center"/>
            <w:tcBorders>
              <w:left w:val="nil"/>
              <w:right w:val="nil"/>
            </w:tcBorders>
          </w:tcPr>
          <w:p w14:paraId="4B72DE45" w14:textId="77777777" w:rsidR="003B3005" w:rsidRDefault="00000000">
            <w:pPr>
              <w:spacing w:line="240" w:lineRule="auto"/>
              <w:jc w:val="center"/>
            </w:pPr>
            <w:r>
              <w:rPr>
                <w:sz w:val="15"/>
              </w:rPr>
              <w:t>2018-2021</w:t>
            </w:r>
          </w:p>
        </w:tc>
        <w:tc>
          <w:tcPr>
            <w:tcW w:w="1512" w:type="dxa"/>
            <w:tcMar>
              <w:top w:w="35" w:type="dxa"/>
              <w:left w:w="45" w:type="dxa"/>
              <w:bottom w:w="35" w:type="dxa"/>
              <w:right w:w="45" w:type="dxa"/>
            </w:tcMar>
            <w:vAlign w:val="center"/>
            <w:tcBorders>
              <w:left w:val="nil"/>
              <w:right w:val="nil"/>
            </w:tcBorders>
          </w:tcPr>
          <w:p w14:paraId="10C5C7B3" w14:textId="77777777" w:rsidR="003B3005" w:rsidRDefault="00000000">
            <w:pPr>
              <w:spacing w:line="240" w:lineRule="auto"/>
              <w:jc w:val="center"/>
            </w:pPr>
            <w:r>
              <w:rPr>
                <w:sz w:val="15"/>
              </w:rPr>
              <w:t>26.5037</w:t>
            </w:r>
          </w:p>
        </w:tc>
        <w:tc>
          <w:tcPr>
            <w:tcW w:w="1036" w:type="dxa"/>
            <w:tcMar>
              <w:top w:w="35" w:type="dxa"/>
              <w:left w:w="45" w:type="dxa"/>
              <w:bottom w:w="35" w:type="dxa"/>
              <w:right w:w="45" w:type="dxa"/>
            </w:tcMar>
            <w:vAlign w:val="center"/>
            <w:tcBorders>
              <w:left w:val="nil"/>
              <w:right w:val="nil"/>
            </w:tcBorders>
          </w:tcPr>
          <w:p w14:paraId="0E8ACE36" w14:textId="77777777" w:rsidR="003B3005" w:rsidRDefault="00000000">
            <w:pPr>
              <w:spacing w:line="240" w:lineRule="auto"/>
              <w:jc w:val="center"/>
            </w:pPr>
            <w:r>
              <w:rPr>
                <w:sz w:val="15"/>
              </w:rPr>
              <w:t>14.5113 to 35.2849</w:t>
            </w:r>
          </w:p>
        </w:tc>
        <w:tc>
          <w:tcPr>
            <w:tcW w:w="2088" w:type="dxa"/>
            <w:tcMar>
              <w:top w:w="35" w:type="dxa"/>
              <w:left w:w="45" w:type="dxa"/>
              <w:bottom w:w="35" w:type="dxa"/>
              <w:right w:w="45" w:type="dxa"/>
            </w:tcMar>
            <w:vAlign w:val="center"/>
            <w:tcBorders>
              <w:left w:val="nil"/>
              <w:right w:val="nil"/>
            </w:tcBorders>
          </w:tcPr>
          <w:p w14:paraId="7E159939"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1DA414F9" w14:textId="77777777" w:rsidR="003B3005" w:rsidRDefault="00000000">
            <w:pPr>
              <w:spacing w:line="240" w:lineRule="auto"/>
              <w:jc w:val="center"/>
            </w:pPr>
            <w:r>
              <w:rPr>
                <w:sz w:val="15"/>
              </w:rPr>
              <w:t>Yes</w:t>
            </w:r>
          </w:p>
        </w:tc>
      </w:tr>
      <w:tr w:rsidR="003B3005" w14:paraId="6DF989D5" w14:textId="77777777">
        <w:trPr>
          <w:cantSplit/>
          <w:jc w:val="center"/>
        </w:trPr>
        <w:tc>
          <w:tcPr>
            <w:tcW w:w="1512" w:type="dxa"/>
            <w:tcMar>
              <w:top w:w="35" w:type="dxa"/>
              <w:left w:w="45" w:type="dxa"/>
              <w:bottom w:w="35" w:type="dxa"/>
              <w:right w:w="45" w:type="dxa"/>
            </w:tcMar>
            <w:vAlign w:val="center"/>
            <w:tcBorders>
              <w:left w:val="nil"/>
              <w:right w:val="nil"/>
            </w:tcBorders>
          </w:tcPr>
          <w:p w14:paraId="3EF21BA6" w14:textId="77777777" w:rsidR="003B3005" w:rsidRDefault="00000000">
            <w:pPr>
              <w:spacing w:line="240" w:lineRule="auto"/>
            </w:pPr>
            <w:r>
              <w:rPr>
                <w:sz w:val="15"/>
              </w:rPr>
              <w:t>Census region</w:t>
            </w:r>
          </w:p>
        </w:tc>
        <w:tc>
          <w:tcPr>
            <w:tcW w:w="1036" w:type="dxa"/>
            <w:tcMar>
              <w:top w:w="35" w:type="dxa"/>
              <w:left w:w="45" w:type="dxa"/>
              <w:bottom w:w="35" w:type="dxa"/>
              <w:right w:w="45" w:type="dxa"/>
            </w:tcMar>
            <w:vAlign w:val="center"/>
            <w:tcBorders>
              <w:left w:val="nil"/>
              <w:right w:val="nil"/>
            </w:tcBorders>
          </w:tcPr>
          <w:p w14:paraId="691B8F6F" w14:textId="77777777" w:rsidR="003B3005" w:rsidRDefault="00000000">
            <w:pPr>
              <w:spacing w:line="240" w:lineRule="auto"/>
              <w:jc w:val="center"/>
            </w:pPr>
            <w:r>
              <w:rPr>
                <w:sz w:val="15"/>
              </w:rPr>
              <w:t>Northeast</w:t>
            </w:r>
          </w:p>
        </w:tc>
        <w:tc>
          <w:tcPr>
            <w:tcW w:w="1123" w:type="dxa"/>
            <w:tcMar>
              <w:top w:w="35" w:type="dxa"/>
              <w:left w:w="45" w:type="dxa"/>
              <w:bottom w:w="35" w:type="dxa"/>
              <w:right w:w="45" w:type="dxa"/>
            </w:tcMar>
            <w:vAlign w:val="center"/>
            <w:tcBorders>
              <w:left w:val="nil"/>
              <w:right w:val="nil"/>
            </w:tcBorders>
          </w:tcPr>
          <w:p w14:paraId="615A9740" w14:textId="77777777" w:rsidR="003B3005" w:rsidRDefault="00000000">
            <w:pPr>
              <w:spacing w:line="240" w:lineRule="auto"/>
              <w:jc w:val="center"/>
            </w:pPr>
            <w:r>
              <w:rPr>
                <w:sz w:val="15"/>
              </w:rPr>
              <w:t>2021-2024</w:t>
            </w:r>
          </w:p>
        </w:tc>
        <w:tc>
          <w:tcPr>
            <w:tcW w:w="1512" w:type="dxa"/>
            <w:tcMar>
              <w:top w:w="35" w:type="dxa"/>
              <w:left w:w="45" w:type="dxa"/>
              <w:bottom w:w="35" w:type="dxa"/>
              <w:right w:w="45" w:type="dxa"/>
            </w:tcMar>
            <w:vAlign w:val="center"/>
            <w:tcBorders>
              <w:left w:val="nil"/>
              <w:right w:val="nil"/>
            </w:tcBorders>
          </w:tcPr>
          <w:p w14:paraId="6B694ABD" w14:textId="77777777" w:rsidR="003B3005" w:rsidRDefault="00000000">
            <w:pPr>
              <w:spacing w:line="240" w:lineRule="auto"/>
              <w:jc w:val="center"/>
            </w:pPr>
            <w:r>
              <w:rPr>
                <w:sz w:val="15"/>
              </w:rPr>
              <w:t>-17.0684</w:t>
            </w:r>
          </w:p>
        </w:tc>
        <w:tc>
          <w:tcPr>
            <w:tcW w:w="1036" w:type="dxa"/>
            <w:tcMar>
              <w:top w:w="35" w:type="dxa"/>
              <w:left w:w="45" w:type="dxa"/>
              <w:bottom w:w="35" w:type="dxa"/>
              <w:right w:w="45" w:type="dxa"/>
            </w:tcMar>
            <w:vAlign w:val="center"/>
            <w:tcBorders>
              <w:left w:val="nil"/>
              <w:right w:val="nil"/>
            </w:tcBorders>
          </w:tcPr>
          <w:p w14:paraId="4165225B" w14:textId="77777777" w:rsidR="003B3005" w:rsidRDefault="00000000">
            <w:pPr>
              <w:spacing w:line="240" w:lineRule="auto"/>
              <w:jc w:val="center"/>
            </w:pPr>
            <w:r>
              <w:rPr>
                <w:sz w:val="15"/>
              </w:rPr>
              <w:t>-24.1709 to -11.9608</w:t>
            </w:r>
          </w:p>
        </w:tc>
        <w:tc>
          <w:tcPr>
            <w:tcW w:w="2088" w:type="dxa"/>
            <w:tcMar>
              <w:top w:w="35" w:type="dxa"/>
              <w:left w:w="45" w:type="dxa"/>
              <w:bottom w:w="35" w:type="dxa"/>
              <w:right w:w="45" w:type="dxa"/>
            </w:tcMar>
            <w:vAlign w:val="center"/>
            <w:tcBorders>
              <w:left w:val="nil"/>
              <w:right w:val="nil"/>
            </w:tcBorders>
          </w:tcPr>
          <w:p w14:paraId="5FE3D3E6"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42450C66" w14:textId="77777777" w:rsidR="003B3005" w:rsidRDefault="00000000">
            <w:pPr>
              <w:spacing w:line="240" w:lineRule="auto"/>
              <w:jc w:val="center"/>
            </w:pPr>
            <w:r>
              <w:rPr>
                <w:sz w:val="15"/>
              </w:rPr>
              <w:t>Yes</w:t>
            </w:r>
          </w:p>
        </w:tc>
      </w:tr>
      <w:tr w:rsidR="003B3005" w14:paraId="589CD8ED" w14:textId="77777777">
        <w:trPr>
          <w:cantSplit/>
          <w:jc w:val="center"/>
        </w:trPr>
        <w:tc>
          <w:tcPr>
            <w:tcW w:w="1512" w:type="dxa"/>
            <w:tcMar>
              <w:top w:w="35" w:type="dxa"/>
              <w:left w:w="45" w:type="dxa"/>
              <w:bottom w:w="35" w:type="dxa"/>
              <w:right w:w="45" w:type="dxa"/>
            </w:tcMar>
            <w:vAlign w:val="center"/>
            <w:tcBorders>
              <w:left w:val="nil"/>
              <w:right w:val="nil"/>
            </w:tcBorders>
          </w:tcPr>
          <w:p w14:paraId="192995FC" w14:textId="77777777" w:rsidR="003B3005" w:rsidRDefault="00000000">
            <w:pPr>
              <w:spacing w:line="240" w:lineRule="auto"/>
            </w:pPr>
            <w:r>
              <w:rPr>
                <w:sz w:val="15"/>
              </w:rPr>
              <w:t>Census region</w:t>
            </w:r>
          </w:p>
        </w:tc>
        <w:tc>
          <w:tcPr>
            <w:tcW w:w="1036" w:type="dxa"/>
            <w:tcMar>
              <w:top w:w="35" w:type="dxa"/>
              <w:left w:w="45" w:type="dxa"/>
              <w:bottom w:w="35" w:type="dxa"/>
              <w:right w:w="45" w:type="dxa"/>
            </w:tcMar>
            <w:vAlign w:val="center"/>
            <w:tcBorders>
              <w:left w:val="nil"/>
              <w:right w:val="nil"/>
            </w:tcBorders>
          </w:tcPr>
          <w:p w14:paraId="6B6BA3B6" w14:textId="77777777" w:rsidR="003B3005" w:rsidRDefault="00000000">
            <w:pPr>
              <w:spacing w:line="240" w:lineRule="auto"/>
              <w:jc w:val="center"/>
            </w:pPr>
            <w:r>
              <w:rPr>
                <w:sz w:val="15"/>
              </w:rPr>
              <w:t>South</w:t>
            </w:r>
          </w:p>
        </w:tc>
        <w:tc>
          <w:tcPr>
            <w:tcW w:w="1123" w:type="dxa"/>
            <w:tcMar>
              <w:top w:w="35" w:type="dxa"/>
              <w:left w:w="45" w:type="dxa"/>
              <w:bottom w:w="35" w:type="dxa"/>
              <w:right w:w="45" w:type="dxa"/>
            </w:tcMar>
            <w:vAlign w:val="center"/>
            <w:tcBorders>
              <w:left w:val="nil"/>
              <w:right w:val="nil"/>
            </w:tcBorders>
          </w:tcPr>
          <w:p w14:paraId="1B745BAE" w14:textId="77777777" w:rsidR="003B3005" w:rsidRDefault="00000000">
            <w:pPr>
              <w:spacing w:line="240" w:lineRule="auto"/>
              <w:jc w:val="center"/>
            </w:pPr>
            <w:r>
              <w:rPr>
                <w:sz w:val="15"/>
              </w:rPr>
              <w:t>1999-2018</w:t>
            </w:r>
          </w:p>
        </w:tc>
        <w:tc>
          <w:tcPr>
            <w:tcW w:w="1512" w:type="dxa"/>
            <w:tcMar>
              <w:top w:w="35" w:type="dxa"/>
              <w:left w:w="45" w:type="dxa"/>
              <w:bottom w:w="35" w:type="dxa"/>
              <w:right w:w="45" w:type="dxa"/>
            </w:tcMar>
            <w:vAlign w:val="center"/>
            <w:tcBorders>
              <w:left w:val="nil"/>
              <w:right w:val="nil"/>
            </w:tcBorders>
          </w:tcPr>
          <w:p w14:paraId="59EDDE87" w14:textId="77777777" w:rsidR="003B3005" w:rsidRDefault="00000000">
            <w:pPr>
              <w:spacing w:line="240" w:lineRule="auto"/>
              <w:jc w:val="center"/>
            </w:pPr>
            <w:r>
              <w:rPr>
                <w:sz w:val="15"/>
              </w:rPr>
              <w:t>4.4073</w:t>
            </w:r>
          </w:p>
        </w:tc>
        <w:tc>
          <w:tcPr>
            <w:tcW w:w="1036" w:type="dxa"/>
            <w:tcMar>
              <w:top w:w="35" w:type="dxa"/>
              <w:left w:w="45" w:type="dxa"/>
              <w:bottom w:w="35" w:type="dxa"/>
              <w:right w:w="45" w:type="dxa"/>
            </w:tcMar>
            <w:vAlign w:val="center"/>
            <w:tcBorders>
              <w:left w:val="nil"/>
              <w:right w:val="nil"/>
            </w:tcBorders>
          </w:tcPr>
          <w:p w14:paraId="157EC35A" w14:textId="77777777" w:rsidR="003B3005" w:rsidRDefault="00000000">
            <w:pPr>
              <w:spacing w:line="240" w:lineRule="auto"/>
              <w:jc w:val="center"/>
            </w:pPr>
            <w:r>
              <w:rPr>
                <w:sz w:val="15"/>
              </w:rPr>
              <w:t>2.8609 to 5.8715</w:t>
            </w:r>
          </w:p>
        </w:tc>
        <w:tc>
          <w:tcPr>
            <w:tcW w:w="2088" w:type="dxa"/>
            <w:tcMar>
              <w:top w:w="35" w:type="dxa"/>
              <w:left w:w="45" w:type="dxa"/>
              <w:bottom w:w="35" w:type="dxa"/>
              <w:right w:w="45" w:type="dxa"/>
            </w:tcMar>
            <w:vAlign w:val="center"/>
            <w:tcBorders>
              <w:left w:val="nil"/>
              <w:right w:val="nil"/>
            </w:tcBorders>
          </w:tcPr>
          <w:p w14:paraId="3B191329"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4C00DFF7" w14:textId="77777777" w:rsidR="003B3005" w:rsidRDefault="00000000">
            <w:pPr>
              <w:spacing w:line="240" w:lineRule="auto"/>
              <w:jc w:val="center"/>
            </w:pPr>
            <w:r>
              <w:rPr>
                <w:sz w:val="15"/>
              </w:rPr>
              <w:t>Yes</w:t>
            </w:r>
          </w:p>
        </w:tc>
      </w:tr>
      <w:tr w:rsidR="003B3005" w14:paraId="11F080BD" w14:textId="77777777">
        <w:trPr>
          <w:cantSplit/>
          <w:jc w:val="center"/>
        </w:trPr>
        <w:tc>
          <w:tcPr>
            <w:tcW w:w="1512" w:type="dxa"/>
            <w:tcMar>
              <w:top w:w="35" w:type="dxa"/>
              <w:left w:w="45" w:type="dxa"/>
              <w:bottom w:w="35" w:type="dxa"/>
              <w:right w:w="45" w:type="dxa"/>
            </w:tcMar>
            <w:vAlign w:val="center"/>
            <w:tcBorders>
              <w:left w:val="nil"/>
              <w:right w:val="nil"/>
            </w:tcBorders>
          </w:tcPr>
          <w:p w14:paraId="143ADFE8" w14:textId="77777777" w:rsidR="003B3005" w:rsidRDefault="00000000">
            <w:pPr>
              <w:spacing w:line="240" w:lineRule="auto"/>
            </w:pPr>
            <w:r>
              <w:rPr>
                <w:sz w:val="15"/>
              </w:rPr>
              <w:t>Census region</w:t>
            </w:r>
          </w:p>
        </w:tc>
        <w:tc>
          <w:tcPr>
            <w:tcW w:w="1036" w:type="dxa"/>
            <w:tcMar>
              <w:top w:w="35" w:type="dxa"/>
              <w:left w:w="45" w:type="dxa"/>
              <w:bottom w:w="35" w:type="dxa"/>
              <w:right w:w="45" w:type="dxa"/>
            </w:tcMar>
            <w:vAlign w:val="center"/>
            <w:tcBorders>
              <w:left w:val="nil"/>
              <w:right w:val="nil"/>
            </w:tcBorders>
          </w:tcPr>
          <w:p w14:paraId="31AC78A9" w14:textId="77777777" w:rsidR="003B3005" w:rsidRDefault="00000000">
            <w:pPr>
              <w:spacing w:line="240" w:lineRule="auto"/>
              <w:jc w:val="center"/>
            </w:pPr>
            <w:r>
              <w:rPr>
                <w:sz w:val="15"/>
              </w:rPr>
              <w:t>South</w:t>
            </w:r>
          </w:p>
        </w:tc>
        <w:tc>
          <w:tcPr>
            <w:tcW w:w="1123" w:type="dxa"/>
            <w:tcMar>
              <w:top w:w="35" w:type="dxa"/>
              <w:left w:w="45" w:type="dxa"/>
              <w:bottom w:w="35" w:type="dxa"/>
              <w:right w:w="45" w:type="dxa"/>
            </w:tcMar>
            <w:vAlign w:val="center"/>
            <w:tcBorders>
              <w:left w:val="nil"/>
              <w:right w:val="nil"/>
            </w:tcBorders>
          </w:tcPr>
          <w:p w14:paraId="409DB9C5" w14:textId="77777777" w:rsidR="003B3005" w:rsidRDefault="00000000">
            <w:pPr>
              <w:spacing w:line="240" w:lineRule="auto"/>
              <w:jc w:val="center"/>
            </w:pPr>
            <w:r>
              <w:rPr>
                <w:sz w:val="15"/>
              </w:rPr>
              <w:t>2018-2021</w:t>
            </w:r>
          </w:p>
        </w:tc>
        <w:tc>
          <w:tcPr>
            <w:tcW w:w="1512" w:type="dxa"/>
            <w:tcMar>
              <w:top w:w="35" w:type="dxa"/>
              <w:left w:w="45" w:type="dxa"/>
              <w:bottom w:w="35" w:type="dxa"/>
              <w:right w:w="45" w:type="dxa"/>
            </w:tcMar>
            <w:vAlign w:val="center"/>
            <w:tcBorders>
              <w:left w:val="nil"/>
              <w:right w:val="nil"/>
            </w:tcBorders>
          </w:tcPr>
          <w:p w14:paraId="7DEC9441" w14:textId="77777777" w:rsidR="003B3005" w:rsidRDefault="00000000">
            <w:pPr>
              <w:spacing w:line="240" w:lineRule="auto"/>
              <w:jc w:val="center"/>
            </w:pPr>
            <w:r>
              <w:rPr>
                <w:sz w:val="15"/>
              </w:rPr>
              <w:t>41.6488</w:t>
            </w:r>
          </w:p>
        </w:tc>
        <w:tc>
          <w:tcPr>
            <w:tcW w:w="1036" w:type="dxa"/>
            <w:tcMar>
              <w:top w:w="35" w:type="dxa"/>
              <w:left w:w="45" w:type="dxa"/>
              <w:bottom w:w="35" w:type="dxa"/>
              <w:right w:w="45" w:type="dxa"/>
            </w:tcMar>
            <w:vAlign w:val="center"/>
            <w:tcBorders>
              <w:left w:val="nil"/>
              <w:right w:val="nil"/>
            </w:tcBorders>
          </w:tcPr>
          <w:p w14:paraId="78006BB5" w14:textId="77777777" w:rsidR="003B3005" w:rsidRDefault="00000000">
            <w:pPr>
              <w:spacing w:line="240" w:lineRule="auto"/>
              <w:jc w:val="center"/>
            </w:pPr>
            <w:r>
              <w:rPr>
                <w:sz w:val="15"/>
              </w:rPr>
              <w:t>27.4314 to 49.66</w:t>
            </w:r>
          </w:p>
        </w:tc>
        <w:tc>
          <w:tcPr>
            <w:tcW w:w="2088" w:type="dxa"/>
            <w:tcMar>
              <w:top w:w="35" w:type="dxa"/>
              <w:left w:w="45" w:type="dxa"/>
              <w:bottom w:w="35" w:type="dxa"/>
              <w:right w:w="45" w:type="dxa"/>
            </w:tcMar>
            <w:vAlign w:val="center"/>
            <w:tcBorders>
              <w:left w:val="nil"/>
              <w:right w:val="nil"/>
            </w:tcBorders>
          </w:tcPr>
          <w:p w14:paraId="433106C0"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4ADCC14D" w14:textId="77777777" w:rsidR="003B3005" w:rsidRDefault="00000000">
            <w:pPr>
              <w:spacing w:line="240" w:lineRule="auto"/>
              <w:jc w:val="center"/>
            </w:pPr>
            <w:r>
              <w:rPr>
                <w:sz w:val="15"/>
              </w:rPr>
              <w:t>Yes</w:t>
            </w:r>
          </w:p>
        </w:tc>
      </w:tr>
      <w:tr w:rsidR="003B3005" w14:paraId="02EE6171" w14:textId="77777777">
        <w:trPr>
          <w:cantSplit/>
          <w:jc w:val="center"/>
        </w:trPr>
        <w:tc>
          <w:tcPr>
            <w:tcW w:w="1512" w:type="dxa"/>
            <w:tcMar>
              <w:top w:w="35" w:type="dxa"/>
              <w:left w:w="45" w:type="dxa"/>
              <w:bottom w:w="35" w:type="dxa"/>
              <w:right w:w="45" w:type="dxa"/>
            </w:tcMar>
            <w:vAlign w:val="center"/>
            <w:tcBorders>
              <w:left w:val="nil"/>
              <w:right w:val="nil"/>
            </w:tcBorders>
          </w:tcPr>
          <w:p w14:paraId="52879D5D" w14:textId="77777777" w:rsidR="003B3005" w:rsidRDefault="00000000">
            <w:pPr>
              <w:spacing w:line="240" w:lineRule="auto"/>
            </w:pPr>
            <w:r>
              <w:rPr>
                <w:sz w:val="15"/>
              </w:rPr>
              <w:t>Census region</w:t>
            </w:r>
          </w:p>
        </w:tc>
        <w:tc>
          <w:tcPr>
            <w:tcW w:w="1036" w:type="dxa"/>
            <w:tcMar>
              <w:top w:w="35" w:type="dxa"/>
              <w:left w:w="45" w:type="dxa"/>
              <w:bottom w:w="35" w:type="dxa"/>
              <w:right w:w="45" w:type="dxa"/>
            </w:tcMar>
            <w:vAlign w:val="center"/>
            <w:tcBorders>
              <w:left w:val="nil"/>
              <w:right w:val="nil"/>
            </w:tcBorders>
          </w:tcPr>
          <w:p w14:paraId="37ACD64C" w14:textId="77777777" w:rsidR="003B3005" w:rsidRDefault="00000000">
            <w:pPr>
              <w:spacing w:line="240" w:lineRule="auto"/>
              <w:jc w:val="center"/>
            </w:pPr>
            <w:r>
              <w:rPr>
                <w:sz w:val="15"/>
              </w:rPr>
              <w:t>South</w:t>
            </w:r>
          </w:p>
        </w:tc>
        <w:tc>
          <w:tcPr>
            <w:tcW w:w="1123" w:type="dxa"/>
            <w:tcMar>
              <w:top w:w="35" w:type="dxa"/>
              <w:left w:w="45" w:type="dxa"/>
              <w:bottom w:w="35" w:type="dxa"/>
              <w:right w:w="45" w:type="dxa"/>
            </w:tcMar>
            <w:vAlign w:val="center"/>
            <w:tcBorders>
              <w:left w:val="nil"/>
              <w:right w:val="nil"/>
            </w:tcBorders>
          </w:tcPr>
          <w:p w14:paraId="7CA5EF75" w14:textId="77777777" w:rsidR="003B3005" w:rsidRDefault="00000000">
            <w:pPr>
              <w:spacing w:line="240" w:lineRule="auto"/>
              <w:jc w:val="center"/>
            </w:pPr>
            <w:r>
              <w:rPr>
                <w:sz w:val="15"/>
              </w:rPr>
              <w:t>2021-2024</w:t>
            </w:r>
          </w:p>
        </w:tc>
        <w:tc>
          <w:tcPr>
            <w:tcW w:w="1512" w:type="dxa"/>
            <w:tcMar>
              <w:top w:w="35" w:type="dxa"/>
              <w:left w:w="45" w:type="dxa"/>
              <w:bottom w:w="35" w:type="dxa"/>
              <w:right w:w="45" w:type="dxa"/>
            </w:tcMar>
            <w:vAlign w:val="center"/>
            <w:tcBorders>
              <w:left w:val="nil"/>
              <w:right w:val="nil"/>
            </w:tcBorders>
          </w:tcPr>
          <w:p w14:paraId="04E05125" w14:textId="77777777" w:rsidR="003B3005" w:rsidRDefault="00000000">
            <w:pPr>
              <w:spacing w:line="240" w:lineRule="auto"/>
              <w:jc w:val="center"/>
            </w:pPr>
            <w:r>
              <w:rPr>
                <w:sz w:val="15"/>
              </w:rPr>
              <w:t>-20.6106</w:t>
            </w:r>
          </w:p>
        </w:tc>
        <w:tc>
          <w:tcPr>
            <w:tcW w:w="1036" w:type="dxa"/>
            <w:tcMar>
              <w:top w:w="35" w:type="dxa"/>
              <w:left w:w="45" w:type="dxa"/>
              <w:bottom w:w="35" w:type="dxa"/>
              <w:right w:w="45" w:type="dxa"/>
            </w:tcMar>
            <w:vAlign w:val="center"/>
            <w:tcBorders>
              <w:left w:val="nil"/>
              <w:right w:val="nil"/>
            </w:tcBorders>
          </w:tcPr>
          <w:p w14:paraId="2C95B2AA" w14:textId="77777777" w:rsidR="003B3005" w:rsidRDefault="00000000">
            <w:pPr>
              <w:spacing w:line="240" w:lineRule="auto"/>
              <w:jc w:val="center"/>
            </w:pPr>
            <w:r>
              <w:rPr>
                <w:sz w:val="15"/>
              </w:rPr>
              <w:t>-27.2887 to -14.8367</w:t>
            </w:r>
          </w:p>
        </w:tc>
        <w:tc>
          <w:tcPr>
            <w:tcW w:w="2088" w:type="dxa"/>
            <w:tcMar>
              <w:top w:w="35" w:type="dxa"/>
              <w:left w:w="45" w:type="dxa"/>
              <w:bottom w:w="35" w:type="dxa"/>
              <w:right w:w="45" w:type="dxa"/>
            </w:tcMar>
            <w:vAlign w:val="center"/>
            <w:tcBorders>
              <w:left w:val="nil"/>
              <w:right w:val="nil"/>
            </w:tcBorders>
          </w:tcPr>
          <w:p w14:paraId="05F3DC68"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775B418B" w14:textId="77777777" w:rsidR="003B3005" w:rsidRDefault="00000000">
            <w:pPr>
              <w:spacing w:line="240" w:lineRule="auto"/>
              <w:jc w:val="center"/>
            </w:pPr>
            <w:r>
              <w:rPr>
                <w:sz w:val="15"/>
              </w:rPr>
              <w:t>Yes</w:t>
            </w:r>
          </w:p>
        </w:tc>
      </w:tr>
      <w:tr w:rsidR="003B3005" w14:paraId="595A1059" w14:textId="77777777">
        <w:trPr>
          <w:cantSplit/>
          <w:jc w:val="center"/>
        </w:trPr>
        <w:tc>
          <w:tcPr>
            <w:tcW w:w="1512" w:type="dxa"/>
            <w:tcMar>
              <w:top w:w="35" w:type="dxa"/>
              <w:left w:w="45" w:type="dxa"/>
              <w:bottom w:w="35" w:type="dxa"/>
              <w:right w:w="45" w:type="dxa"/>
            </w:tcMar>
            <w:vAlign w:val="center"/>
            <w:tcBorders>
              <w:left w:val="nil"/>
              <w:right w:val="nil"/>
            </w:tcBorders>
          </w:tcPr>
          <w:p w14:paraId="0E1CEDC4" w14:textId="77777777" w:rsidR="003B3005" w:rsidRDefault="00000000">
            <w:pPr>
              <w:spacing w:line="240" w:lineRule="auto"/>
            </w:pPr>
            <w:r>
              <w:rPr>
                <w:sz w:val="15"/>
              </w:rPr>
              <w:t>Census region</w:t>
            </w:r>
          </w:p>
        </w:tc>
        <w:tc>
          <w:tcPr>
            <w:tcW w:w="1036" w:type="dxa"/>
            <w:tcMar>
              <w:top w:w="35" w:type="dxa"/>
              <w:left w:w="45" w:type="dxa"/>
              <w:bottom w:w="35" w:type="dxa"/>
              <w:right w:w="45" w:type="dxa"/>
            </w:tcMar>
            <w:vAlign w:val="center"/>
            <w:tcBorders>
              <w:left w:val="nil"/>
              <w:right w:val="nil"/>
            </w:tcBorders>
          </w:tcPr>
          <w:p w14:paraId="06DA3726" w14:textId="77777777" w:rsidR="003B3005" w:rsidRDefault="00000000">
            <w:pPr>
              <w:spacing w:line="240" w:lineRule="auto"/>
              <w:jc w:val="center"/>
            </w:pPr>
            <w:r>
              <w:rPr>
                <w:sz w:val="15"/>
              </w:rPr>
              <w:t>West</w:t>
            </w:r>
          </w:p>
        </w:tc>
        <w:tc>
          <w:tcPr>
            <w:tcW w:w="1123" w:type="dxa"/>
            <w:tcMar>
              <w:top w:w="35" w:type="dxa"/>
              <w:left w:w="45" w:type="dxa"/>
              <w:bottom w:w="35" w:type="dxa"/>
              <w:right w:w="45" w:type="dxa"/>
            </w:tcMar>
            <w:vAlign w:val="center"/>
            <w:tcBorders>
              <w:left w:val="nil"/>
              <w:right w:val="nil"/>
            </w:tcBorders>
          </w:tcPr>
          <w:p w14:paraId="7C826718" w14:textId="77777777" w:rsidR="003B3005" w:rsidRDefault="00000000">
            <w:pPr>
              <w:spacing w:line="240" w:lineRule="auto"/>
              <w:jc w:val="center"/>
            </w:pPr>
            <w:r>
              <w:rPr>
                <w:sz w:val="15"/>
              </w:rPr>
              <w:t>1999-2018</w:t>
            </w:r>
          </w:p>
        </w:tc>
        <w:tc>
          <w:tcPr>
            <w:tcW w:w="1512" w:type="dxa"/>
            <w:tcMar>
              <w:top w:w="35" w:type="dxa"/>
              <w:left w:w="45" w:type="dxa"/>
              <w:bottom w:w="35" w:type="dxa"/>
              <w:right w:w="45" w:type="dxa"/>
            </w:tcMar>
            <w:vAlign w:val="center"/>
            <w:tcBorders>
              <w:left w:val="nil"/>
              <w:right w:val="nil"/>
            </w:tcBorders>
          </w:tcPr>
          <w:p w14:paraId="31BA1010" w14:textId="77777777" w:rsidR="003B3005" w:rsidRDefault="00000000">
            <w:pPr>
              <w:spacing w:line="240" w:lineRule="auto"/>
              <w:jc w:val="center"/>
            </w:pPr>
            <w:r>
              <w:rPr>
                <w:sz w:val="15"/>
              </w:rPr>
              <w:t>4.1902</w:t>
            </w:r>
          </w:p>
        </w:tc>
        <w:tc>
          <w:tcPr>
            <w:tcW w:w="1036" w:type="dxa"/>
            <w:tcMar>
              <w:top w:w="35" w:type="dxa"/>
              <w:left w:w="45" w:type="dxa"/>
              <w:bottom w:w="35" w:type="dxa"/>
              <w:right w:w="45" w:type="dxa"/>
            </w:tcMar>
            <w:vAlign w:val="center"/>
            <w:tcBorders>
              <w:left w:val="nil"/>
              <w:right w:val="nil"/>
            </w:tcBorders>
          </w:tcPr>
          <w:p w14:paraId="4A06F188" w14:textId="77777777" w:rsidR="003B3005" w:rsidRDefault="00000000">
            <w:pPr>
              <w:spacing w:line="240" w:lineRule="auto"/>
              <w:jc w:val="center"/>
            </w:pPr>
            <w:r>
              <w:rPr>
                <w:sz w:val="15"/>
              </w:rPr>
              <w:t>2.4001 to 5.7119</w:t>
            </w:r>
          </w:p>
        </w:tc>
        <w:tc>
          <w:tcPr>
            <w:tcW w:w="2088" w:type="dxa"/>
            <w:tcMar>
              <w:top w:w="35" w:type="dxa"/>
              <w:left w:w="45" w:type="dxa"/>
              <w:bottom w:w="35" w:type="dxa"/>
              <w:right w:w="45" w:type="dxa"/>
            </w:tcMar>
            <w:vAlign w:val="center"/>
            <w:tcBorders>
              <w:left w:val="nil"/>
              <w:right w:val="nil"/>
            </w:tcBorders>
          </w:tcPr>
          <w:p w14:paraId="076CBF55" w14:textId="77777777" w:rsidR="003B3005" w:rsidRDefault="00000000">
            <w:pPr>
              <w:spacing w:line="240" w:lineRule="auto"/>
              <w:jc w:val="center"/>
            </w:pPr>
            <w:r>
              <w:rPr>
                <w:sz w:val="15"/>
              </w:rPr>
              <w:t>0.002</w:t>
            </w:r>
          </w:p>
        </w:tc>
        <w:tc>
          <w:tcPr>
            <w:tcW w:w="1123" w:type="dxa"/>
            <w:tcMar>
              <w:top w:w="35" w:type="dxa"/>
              <w:left w:w="45" w:type="dxa"/>
              <w:bottom w:w="35" w:type="dxa"/>
              <w:right w:w="45" w:type="dxa"/>
            </w:tcMar>
            <w:vAlign w:val="center"/>
            <w:tcBorders>
              <w:left w:val="nil"/>
              <w:right w:val="nil"/>
            </w:tcBorders>
          </w:tcPr>
          <w:p w14:paraId="71F4D9F2" w14:textId="77777777" w:rsidR="003B3005" w:rsidRDefault="00000000">
            <w:pPr>
              <w:spacing w:line="240" w:lineRule="auto"/>
              <w:jc w:val="center"/>
            </w:pPr>
            <w:r>
              <w:rPr>
                <w:sz w:val="15"/>
              </w:rPr>
              <w:t>Yes</w:t>
            </w:r>
          </w:p>
        </w:tc>
      </w:tr>
      <w:tr w:rsidR="003B3005" w14:paraId="667FB150" w14:textId="77777777">
        <w:trPr>
          <w:cantSplit/>
          <w:jc w:val="center"/>
        </w:trPr>
        <w:tc>
          <w:tcPr>
            <w:tcW w:w="1512" w:type="dxa"/>
            <w:tcMar>
              <w:top w:w="35" w:type="dxa"/>
              <w:left w:w="45" w:type="dxa"/>
              <w:bottom w:w="35" w:type="dxa"/>
              <w:right w:w="45" w:type="dxa"/>
            </w:tcMar>
            <w:vAlign w:val="center"/>
            <w:tcBorders>
              <w:left w:val="nil"/>
              <w:right w:val="nil"/>
            </w:tcBorders>
          </w:tcPr>
          <w:p w14:paraId="6F3214B3" w14:textId="77777777" w:rsidR="003B3005" w:rsidRDefault="00000000">
            <w:pPr>
              <w:spacing w:line="240" w:lineRule="auto"/>
            </w:pPr>
            <w:r>
              <w:rPr>
                <w:sz w:val="15"/>
              </w:rPr>
              <w:t>Census region</w:t>
            </w:r>
          </w:p>
        </w:tc>
        <w:tc>
          <w:tcPr>
            <w:tcW w:w="1036" w:type="dxa"/>
            <w:tcMar>
              <w:top w:w="35" w:type="dxa"/>
              <w:left w:w="45" w:type="dxa"/>
              <w:bottom w:w="35" w:type="dxa"/>
              <w:right w:w="45" w:type="dxa"/>
            </w:tcMar>
            <w:vAlign w:val="center"/>
            <w:tcBorders>
              <w:left w:val="nil"/>
              <w:right w:val="nil"/>
            </w:tcBorders>
          </w:tcPr>
          <w:p w14:paraId="6F510638" w14:textId="77777777" w:rsidR="003B3005" w:rsidRDefault="00000000">
            <w:pPr>
              <w:spacing w:line="240" w:lineRule="auto"/>
              <w:jc w:val="center"/>
            </w:pPr>
            <w:r>
              <w:rPr>
                <w:sz w:val="15"/>
              </w:rPr>
              <w:t>West</w:t>
            </w:r>
          </w:p>
        </w:tc>
        <w:tc>
          <w:tcPr>
            <w:tcW w:w="1123" w:type="dxa"/>
            <w:tcMar>
              <w:top w:w="35" w:type="dxa"/>
              <w:left w:w="45" w:type="dxa"/>
              <w:bottom w:w="35" w:type="dxa"/>
              <w:right w:w="45" w:type="dxa"/>
            </w:tcMar>
            <w:vAlign w:val="center"/>
            <w:tcBorders>
              <w:left w:val="nil"/>
              <w:right w:val="nil"/>
            </w:tcBorders>
          </w:tcPr>
          <w:p w14:paraId="12688177" w14:textId="77777777" w:rsidR="003B3005" w:rsidRDefault="00000000">
            <w:pPr>
              <w:spacing w:line="240" w:lineRule="auto"/>
              <w:jc w:val="center"/>
            </w:pPr>
            <w:r>
              <w:rPr>
                <w:sz w:val="15"/>
              </w:rPr>
              <w:t>2018-2021</w:t>
            </w:r>
          </w:p>
        </w:tc>
        <w:tc>
          <w:tcPr>
            <w:tcW w:w="1512" w:type="dxa"/>
            <w:tcMar>
              <w:top w:w="35" w:type="dxa"/>
              <w:left w:w="45" w:type="dxa"/>
              <w:bottom w:w="35" w:type="dxa"/>
              <w:right w:w="45" w:type="dxa"/>
            </w:tcMar>
            <w:vAlign w:val="center"/>
            <w:tcBorders>
              <w:left w:val="nil"/>
              <w:right w:val="nil"/>
            </w:tcBorders>
          </w:tcPr>
          <w:p w14:paraId="4E3B7418" w14:textId="77777777" w:rsidR="003B3005" w:rsidRDefault="00000000">
            <w:pPr>
              <w:spacing w:line="240" w:lineRule="auto"/>
              <w:jc w:val="center"/>
            </w:pPr>
            <w:r>
              <w:rPr>
                <w:sz w:val="15"/>
              </w:rPr>
              <w:t>34.5548</w:t>
            </w:r>
          </w:p>
        </w:tc>
        <w:tc>
          <w:tcPr>
            <w:tcW w:w="1036" w:type="dxa"/>
            <w:tcMar>
              <w:top w:w="35" w:type="dxa"/>
              <w:left w:w="45" w:type="dxa"/>
              <w:bottom w:w="35" w:type="dxa"/>
              <w:right w:w="45" w:type="dxa"/>
            </w:tcMar>
            <w:vAlign w:val="center"/>
            <w:tcBorders>
              <w:left w:val="nil"/>
              <w:right w:val="nil"/>
            </w:tcBorders>
          </w:tcPr>
          <w:p w14:paraId="59E18998" w14:textId="77777777" w:rsidR="003B3005" w:rsidRDefault="00000000">
            <w:pPr>
              <w:spacing w:line="240" w:lineRule="auto"/>
              <w:jc w:val="center"/>
            </w:pPr>
            <w:r>
              <w:rPr>
                <w:sz w:val="15"/>
              </w:rPr>
              <w:t>18.492 to 42.0894</w:t>
            </w:r>
          </w:p>
        </w:tc>
        <w:tc>
          <w:tcPr>
            <w:tcW w:w="2088" w:type="dxa"/>
            <w:tcMar>
              <w:top w:w="35" w:type="dxa"/>
              <w:left w:w="45" w:type="dxa"/>
              <w:bottom w:w="35" w:type="dxa"/>
              <w:right w:w="45" w:type="dxa"/>
            </w:tcMar>
            <w:vAlign w:val="center"/>
            <w:tcBorders>
              <w:left w:val="nil"/>
              <w:right w:val="nil"/>
            </w:tcBorders>
          </w:tcPr>
          <w:p w14:paraId="3C6873FF"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0E36C712" w14:textId="77777777" w:rsidR="003B3005" w:rsidRDefault="00000000">
            <w:pPr>
              <w:spacing w:line="240" w:lineRule="auto"/>
              <w:jc w:val="center"/>
            </w:pPr>
            <w:r>
              <w:rPr>
                <w:sz w:val="15"/>
              </w:rPr>
              <w:t>Yes</w:t>
            </w:r>
          </w:p>
        </w:tc>
      </w:tr>
      <w:tr w:rsidR="003B3005" w14:paraId="098EEF02" w14:textId="77777777">
        <w:trPr>
          <w:cantSplit/>
          <w:jc w:val="center"/>
        </w:trPr>
        <w:tc>
          <w:tcPr>
            <w:tcW w:w="1512" w:type="dxa"/>
            <w:tcMar>
              <w:top w:w="35" w:type="dxa"/>
              <w:left w:w="45" w:type="dxa"/>
              <w:bottom w:w="35" w:type="dxa"/>
              <w:right w:w="45" w:type="dxa"/>
            </w:tcMar>
            <w:vAlign w:val="center"/>
            <w:tcBorders>
              <w:left w:val="nil"/>
              <w:right w:val="nil"/>
            </w:tcBorders>
          </w:tcPr>
          <w:p w14:paraId="4BC2379B" w14:textId="77777777" w:rsidR="003B3005" w:rsidRDefault="00000000">
            <w:pPr>
              <w:spacing w:line="240" w:lineRule="auto"/>
            </w:pPr>
            <w:r>
              <w:rPr>
                <w:sz w:val="15"/>
              </w:rPr>
              <w:t>Census region</w:t>
            </w:r>
          </w:p>
        </w:tc>
        <w:tc>
          <w:tcPr>
            <w:tcW w:w="1036" w:type="dxa"/>
            <w:tcMar>
              <w:top w:w="35" w:type="dxa"/>
              <w:left w:w="45" w:type="dxa"/>
              <w:bottom w:w="35" w:type="dxa"/>
              <w:right w:w="45" w:type="dxa"/>
            </w:tcMar>
            <w:vAlign w:val="center"/>
            <w:tcBorders>
              <w:left w:val="nil"/>
              <w:right w:val="nil"/>
            </w:tcBorders>
          </w:tcPr>
          <w:p w14:paraId="74DC2493" w14:textId="77777777" w:rsidR="003B3005" w:rsidRDefault="00000000">
            <w:pPr>
              <w:spacing w:line="240" w:lineRule="auto"/>
              <w:jc w:val="center"/>
            </w:pPr>
            <w:r>
              <w:rPr>
                <w:sz w:val="15"/>
              </w:rPr>
              <w:t>West</w:t>
            </w:r>
          </w:p>
        </w:tc>
        <w:tc>
          <w:tcPr>
            <w:tcW w:w="1123" w:type="dxa"/>
            <w:tcMar>
              <w:top w:w="35" w:type="dxa"/>
              <w:left w:w="45" w:type="dxa"/>
              <w:bottom w:w="35" w:type="dxa"/>
              <w:right w:w="45" w:type="dxa"/>
            </w:tcMar>
            <w:vAlign w:val="center"/>
            <w:tcBorders>
              <w:left w:val="nil"/>
              <w:right w:val="nil"/>
            </w:tcBorders>
          </w:tcPr>
          <w:p w14:paraId="3C74117D" w14:textId="77777777" w:rsidR="003B3005" w:rsidRDefault="00000000">
            <w:pPr>
              <w:spacing w:line="240" w:lineRule="auto"/>
              <w:jc w:val="center"/>
            </w:pPr>
            <w:r>
              <w:rPr>
                <w:sz w:val="15"/>
              </w:rPr>
              <w:t>2021-2024</w:t>
            </w:r>
          </w:p>
        </w:tc>
        <w:tc>
          <w:tcPr>
            <w:tcW w:w="1512" w:type="dxa"/>
            <w:tcMar>
              <w:top w:w="35" w:type="dxa"/>
              <w:left w:w="45" w:type="dxa"/>
              <w:bottom w:w="35" w:type="dxa"/>
              <w:right w:w="45" w:type="dxa"/>
            </w:tcMar>
            <w:vAlign w:val="center"/>
            <w:tcBorders>
              <w:left w:val="nil"/>
              <w:right w:val="nil"/>
            </w:tcBorders>
          </w:tcPr>
          <w:p w14:paraId="4BCFCC70" w14:textId="77777777" w:rsidR="003B3005" w:rsidRDefault="00000000">
            <w:pPr>
              <w:spacing w:line="240" w:lineRule="auto"/>
              <w:jc w:val="center"/>
            </w:pPr>
            <w:r>
              <w:rPr>
                <w:sz w:val="15"/>
              </w:rPr>
              <w:t>-23.6405</w:t>
            </w:r>
          </w:p>
        </w:tc>
        <w:tc>
          <w:tcPr>
            <w:tcW w:w="1036" w:type="dxa"/>
            <w:tcMar>
              <w:top w:w="35" w:type="dxa"/>
              <w:left w:w="45" w:type="dxa"/>
              <w:bottom w:w="35" w:type="dxa"/>
              <w:right w:w="45" w:type="dxa"/>
            </w:tcMar>
            <w:vAlign w:val="center"/>
            <w:tcBorders>
              <w:left w:val="nil"/>
              <w:right w:val="nil"/>
            </w:tcBorders>
          </w:tcPr>
          <w:p w14:paraId="7DE2D154" w14:textId="77777777" w:rsidR="003B3005" w:rsidRDefault="00000000">
            <w:pPr>
              <w:spacing w:line="240" w:lineRule="auto"/>
              <w:jc w:val="center"/>
            </w:pPr>
            <w:r>
              <w:rPr>
                <w:sz w:val="15"/>
              </w:rPr>
              <w:t>-31.9861 to -17.3322</w:t>
            </w:r>
          </w:p>
        </w:tc>
        <w:tc>
          <w:tcPr>
            <w:tcW w:w="2088" w:type="dxa"/>
            <w:tcMar>
              <w:top w:w="35" w:type="dxa"/>
              <w:left w:w="45" w:type="dxa"/>
              <w:bottom w:w="35" w:type="dxa"/>
              <w:right w:w="45" w:type="dxa"/>
            </w:tcMar>
            <w:vAlign w:val="center"/>
            <w:tcBorders>
              <w:left w:val="nil"/>
              <w:right w:val="nil"/>
            </w:tcBorders>
          </w:tcPr>
          <w:p w14:paraId="01859242"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7C48A27F" w14:textId="77777777" w:rsidR="003B3005" w:rsidRDefault="00000000">
            <w:pPr>
              <w:spacing w:line="240" w:lineRule="auto"/>
              <w:jc w:val="center"/>
            </w:pPr>
            <w:r>
              <w:rPr>
                <w:sz w:val="15"/>
              </w:rPr>
              <w:t>Yes</w:t>
            </w:r>
          </w:p>
        </w:tc>
      </w:tr>
      <w:tr w:rsidR="003B3005" w14:paraId="75E13F34" w14:textId="77777777">
        <w:trPr>
          <w:cantSplit/>
          <w:jc w:val="center"/>
        </w:trPr>
        <w:tc>
          <w:tcPr>
            <w:tcW w:w="1512" w:type="dxa"/>
            <w:tcMar>
              <w:top w:w="35" w:type="dxa"/>
              <w:left w:w="45" w:type="dxa"/>
              <w:bottom w:w="35" w:type="dxa"/>
              <w:right w:w="45" w:type="dxa"/>
            </w:tcMar>
            <w:vAlign w:val="center"/>
            <w:tcBorders>
              <w:left w:val="nil"/>
              <w:right w:val="nil"/>
            </w:tcBorders>
          </w:tcPr>
          <w:p w14:paraId="4B73CAF6" w14:textId="77777777" w:rsidR="003B3005" w:rsidRDefault="00000000">
            <w:pPr>
              <w:spacing w:line="240" w:lineRule="auto"/>
            </w:pPr>
            <w:r>
              <w:rPr>
                <w:sz w:val="15"/>
              </w:rPr>
              <w:t>Historical race</w:t>
            </w:r>
          </w:p>
        </w:tc>
        <w:tc>
          <w:tcPr>
            <w:tcW w:w="1036" w:type="dxa"/>
            <w:tcMar>
              <w:top w:w="35" w:type="dxa"/>
              <w:left w:w="45" w:type="dxa"/>
              <w:bottom w:w="35" w:type="dxa"/>
              <w:right w:w="45" w:type="dxa"/>
            </w:tcMar>
            <w:vAlign w:val="center"/>
            <w:tcBorders>
              <w:left w:val="nil"/>
              <w:right w:val="nil"/>
            </w:tcBorders>
          </w:tcPr>
          <w:p w14:paraId="343E11CA" w14:textId="77777777" w:rsidR="003B3005" w:rsidRDefault="00000000">
            <w:pPr>
              <w:spacing w:line="240" w:lineRule="auto"/>
              <w:jc w:val="center"/>
            </w:pPr>
            <w:r>
              <w:rPr>
                <w:sz w:val="15"/>
              </w:rPr>
              <w:t>Non-Hispanic Black</w:t>
            </w:r>
          </w:p>
        </w:tc>
        <w:tc>
          <w:tcPr>
            <w:tcW w:w="1123" w:type="dxa"/>
            <w:tcMar>
              <w:top w:w="35" w:type="dxa"/>
              <w:left w:w="45" w:type="dxa"/>
              <w:bottom w:w="35" w:type="dxa"/>
              <w:right w:w="45" w:type="dxa"/>
            </w:tcMar>
            <w:vAlign w:val="center"/>
            <w:tcBorders>
              <w:left w:val="nil"/>
              <w:right w:val="nil"/>
            </w:tcBorders>
          </w:tcPr>
          <w:p w14:paraId="4C3D44BB" w14:textId="77777777" w:rsidR="003B3005" w:rsidRDefault="00000000">
            <w:pPr>
              <w:spacing w:line="240" w:lineRule="auto"/>
              <w:jc w:val="center"/>
            </w:pPr>
            <w:r>
              <w:rPr>
                <w:sz w:val="15"/>
              </w:rPr>
              <w:t>1999-2018</w:t>
            </w:r>
          </w:p>
        </w:tc>
        <w:tc>
          <w:tcPr>
            <w:tcW w:w="1512" w:type="dxa"/>
            <w:tcMar>
              <w:top w:w="35" w:type="dxa"/>
              <w:left w:w="45" w:type="dxa"/>
              <w:bottom w:w="35" w:type="dxa"/>
              <w:right w:w="45" w:type="dxa"/>
            </w:tcMar>
            <w:vAlign w:val="center"/>
            <w:tcBorders>
              <w:left w:val="nil"/>
              <w:right w:val="nil"/>
            </w:tcBorders>
          </w:tcPr>
          <w:p w14:paraId="6582854F" w14:textId="77777777" w:rsidR="003B3005" w:rsidRDefault="00000000">
            <w:pPr>
              <w:spacing w:line="240" w:lineRule="auto"/>
              <w:jc w:val="center"/>
            </w:pPr>
            <w:r>
              <w:rPr>
                <w:sz w:val="15"/>
              </w:rPr>
              <w:t>2.3724</w:t>
            </w:r>
          </w:p>
        </w:tc>
        <w:tc>
          <w:tcPr>
            <w:tcW w:w="1036" w:type="dxa"/>
            <w:tcMar>
              <w:top w:w="35" w:type="dxa"/>
              <w:left w:w="45" w:type="dxa"/>
              <w:bottom w:w="35" w:type="dxa"/>
              <w:right w:w="45" w:type="dxa"/>
            </w:tcMar>
            <w:vAlign w:val="center"/>
            <w:tcBorders>
              <w:left w:val="nil"/>
              <w:right w:val="nil"/>
            </w:tcBorders>
          </w:tcPr>
          <w:p w14:paraId="5B411D8F" w14:textId="77777777" w:rsidR="003B3005" w:rsidRDefault="00000000">
            <w:pPr>
              <w:spacing w:line="240" w:lineRule="auto"/>
              <w:jc w:val="center"/>
            </w:pPr>
            <w:r>
              <w:rPr>
                <w:sz w:val="15"/>
              </w:rPr>
              <w:t>-0.107 to 3.8608</w:t>
            </w:r>
          </w:p>
        </w:tc>
        <w:tc>
          <w:tcPr>
            <w:tcW w:w="2088" w:type="dxa"/>
            <w:tcMar>
              <w:top w:w="35" w:type="dxa"/>
              <w:left w:w="45" w:type="dxa"/>
              <w:bottom w:w="35" w:type="dxa"/>
              <w:right w:w="45" w:type="dxa"/>
            </w:tcMar>
            <w:vAlign w:val="center"/>
            <w:tcBorders>
              <w:left w:val="nil"/>
              <w:right w:val="nil"/>
            </w:tcBorders>
          </w:tcPr>
          <w:p w14:paraId="6C17EC6F" w14:textId="77777777" w:rsidR="003B3005" w:rsidRDefault="00000000">
            <w:pPr>
              <w:spacing w:line="240" w:lineRule="auto"/>
              <w:jc w:val="center"/>
            </w:pPr>
            <w:r>
              <w:rPr>
                <w:sz w:val="15"/>
              </w:rPr>
              <w:t>0.055189</w:t>
            </w:r>
          </w:p>
        </w:tc>
        <w:tc>
          <w:tcPr>
            <w:tcW w:w="1123" w:type="dxa"/>
            <w:tcMar>
              <w:top w:w="35" w:type="dxa"/>
              <w:left w:w="45" w:type="dxa"/>
              <w:bottom w:w="35" w:type="dxa"/>
              <w:right w:w="45" w:type="dxa"/>
            </w:tcMar>
            <w:vAlign w:val="center"/>
            <w:tcBorders>
              <w:left w:val="nil"/>
              <w:right w:val="nil"/>
            </w:tcBorders>
          </w:tcPr>
          <w:p w14:paraId="6CD65755" w14:textId="77777777" w:rsidR="003B3005" w:rsidRDefault="00000000">
            <w:pPr>
              <w:spacing w:line="240" w:lineRule="auto"/>
              <w:jc w:val="center"/>
            </w:pPr>
            <w:r>
              <w:rPr>
                <w:sz w:val="15"/>
              </w:rPr>
              <w:t>No</w:t>
            </w:r>
          </w:p>
        </w:tc>
      </w:tr>
      <w:tr w:rsidR="003B3005" w14:paraId="0E589A1C" w14:textId="77777777">
        <w:trPr>
          <w:cantSplit/>
          <w:jc w:val="center"/>
        </w:trPr>
        <w:tc>
          <w:tcPr>
            <w:tcW w:w="1512" w:type="dxa"/>
            <w:tcMar>
              <w:top w:w="35" w:type="dxa"/>
              <w:left w:w="45" w:type="dxa"/>
              <w:bottom w:w="35" w:type="dxa"/>
              <w:right w:w="45" w:type="dxa"/>
            </w:tcMar>
            <w:vAlign w:val="center"/>
            <w:tcBorders>
              <w:left w:val="nil"/>
              <w:right w:val="nil"/>
            </w:tcBorders>
          </w:tcPr>
          <w:p w14:paraId="5D429A4F" w14:textId="77777777" w:rsidR="003B3005" w:rsidRDefault="00000000">
            <w:pPr>
              <w:spacing w:line="240" w:lineRule="auto"/>
            </w:pPr>
            <w:r>
              <w:rPr>
                <w:sz w:val="15"/>
              </w:rPr>
              <w:t>Historical race</w:t>
            </w:r>
          </w:p>
        </w:tc>
        <w:tc>
          <w:tcPr>
            <w:tcW w:w="1036" w:type="dxa"/>
            <w:tcMar>
              <w:top w:w="35" w:type="dxa"/>
              <w:left w:w="45" w:type="dxa"/>
              <w:bottom w:w="35" w:type="dxa"/>
              <w:right w:w="45" w:type="dxa"/>
            </w:tcMar>
            <w:vAlign w:val="center"/>
            <w:tcBorders>
              <w:left w:val="nil"/>
              <w:right w:val="nil"/>
            </w:tcBorders>
          </w:tcPr>
          <w:p w14:paraId="5F26C29B" w14:textId="77777777" w:rsidR="003B3005" w:rsidRDefault="00000000">
            <w:pPr>
              <w:spacing w:line="240" w:lineRule="auto"/>
              <w:jc w:val="center"/>
            </w:pPr>
            <w:r>
              <w:rPr>
                <w:sz w:val="15"/>
              </w:rPr>
              <w:t>Non-Hispanic Black</w:t>
            </w:r>
          </w:p>
        </w:tc>
        <w:tc>
          <w:tcPr>
            <w:tcW w:w="1123" w:type="dxa"/>
            <w:tcMar>
              <w:top w:w="35" w:type="dxa"/>
              <w:left w:w="45" w:type="dxa"/>
              <w:bottom w:w="35" w:type="dxa"/>
              <w:right w:w="45" w:type="dxa"/>
            </w:tcMar>
            <w:vAlign w:val="center"/>
            <w:tcBorders>
              <w:left w:val="nil"/>
              <w:right w:val="nil"/>
            </w:tcBorders>
          </w:tcPr>
          <w:p w14:paraId="6D04A273" w14:textId="77777777" w:rsidR="003B3005" w:rsidRDefault="00000000">
            <w:pPr>
              <w:spacing w:line="240" w:lineRule="auto"/>
              <w:jc w:val="center"/>
            </w:pPr>
            <w:r>
              <w:rPr>
                <w:sz w:val="15"/>
              </w:rPr>
              <w:t>2018-2020</w:t>
            </w:r>
          </w:p>
        </w:tc>
        <w:tc>
          <w:tcPr>
            <w:tcW w:w="1512" w:type="dxa"/>
            <w:tcMar>
              <w:top w:w="35" w:type="dxa"/>
              <w:left w:w="45" w:type="dxa"/>
              <w:bottom w:w="35" w:type="dxa"/>
              <w:right w:w="45" w:type="dxa"/>
            </w:tcMar>
            <w:vAlign w:val="center"/>
            <w:tcBorders>
              <w:left w:val="nil"/>
              <w:right w:val="nil"/>
            </w:tcBorders>
          </w:tcPr>
          <w:p w14:paraId="65D9166D" w14:textId="77777777" w:rsidR="003B3005" w:rsidRDefault="00000000">
            <w:pPr>
              <w:spacing w:line="240" w:lineRule="auto"/>
              <w:jc w:val="center"/>
            </w:pPr>
            <w:r>
              <w:rPr>
                <w:sz w:val="15"/>
              </w:rPr>
              <w:t>33.0251</w:t>
            </w:r>
          </w:p>
        </w:tc>
        <w:tc>
          <w:tcPr>
            <w:tcW w:w="1036" w:type="dxa"/>
            <w:tcMar>
              <w:top w:w="35" w:type="dxa"/>
              <w:left w:w="45" w:type="dxa"/>
              <w:bottom w:w="35" w:type="dxa"/>
              <w:right w:w="45" w:type="dxa"/>
            </w:tcMar>
            <w:vAlign w:val="center"/>
            <w:tcBorders>
              <w:left w:val="nil"/>
              <w:right w:val="nil"/>
            </w:tcBorders>
          </w:tcPr>
          <w:p w14:paraId="543E4F27" w14:textId="77777777" w:rsidR="003B3005" w:rsidRDefault="00000000">
            <w:pPr>
              <w:spacing w:line="240" w:lineRule="auto"/>
              <w:jc w:val="center"/>
            </w:pPr>
            <w:r>
              <w:rPr>
                <w:sz w:val="15"/>
              </w:rPr>
              <w:t>7.66 to 45.6902</w:t>
            </w:r>
          </w:p>
        </w:tc>
        <w:tc>
          <w:tcPr>
            <w:tcW w:w="2088" w:type="dxa"/>
            <w:tcMar>
              <w:top w:w="35" w:type="dxa"/>
              <w:left w:w="45" w:type="dxa"/>
              <w:bottom w:w="35" w:type="dxa"/>
              <w:right w:w="45" w:type="dxa"/>
            </w:tcMar>
            <w:vAlign w:val="center"/>
            <w:tcBorders>
              <w:left w:val="nil"/>
              <w:right w:val="nil"/>
            </w:tcBorders>
          </w:tcPr>
          <w:p w14:paraId="756F7929"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50880C9C" w14:textId="77777777" w:rsidR="003B3005" w:rsidRDefault="00000000">
            <w:pPr>
              <w:spacing w:line="240" w:lineRule="auto"/>
              <w:jc w:val="center"/>
            </w:pPr>
            <w:r>
              <w:rPr>
                <w:sz w:val="15"/>
              </w:rPr>
              <w:t>Yes</w:t>
            </w:r>
          </w:p>
        </w:tc>
      </w:tr>
      <w:tr w:rsidR="003B3005" w14:paraId="3D1C4E04" w14:textId="77777777">
        <w:trPr>
          <w:cantSplit/>
          <w:jc w:val="center"/>
        </w:trPr>
        <w:tc>
          <w:tcPr>
            <w:tcW w:w="1512" w:type="dxa"/>
            <w:tcMar>
              <w:top w:w="35" w:type="dxa"/>
              <w:left w:w="45" w:type="dxa"/>
              <w:bottom w:w="35" w:type="dxa"/>
              <w:right w:w="45" w:type="dxa"/>
            </w:tcMar>
            <w:vAlign w:val="center"/>
            <w:tcBorders>
              <w:left w:val="nil"/>
              <w:right w:val="nil"/>
            </w:tcBorders>
          </w:tcPr>
          <w:p w14:paraId="781CEB0D" w14:textId="77777777" w:rsidR="003B3005" w:rsidRDefault="00000000">
            <w:pPr>
              <w:spacing w:line="240" w:lineRule="auto"/>
            </w:pPr>
            <w:r>
              <w:rPr>
                <w:sz w:val="15"/>
              </w:rPr>
              <w:t>Historical race</w:t>
            </w:r>
          </w:p>
        </w:tc>
        <w:tc>
          <w:tcPr>
            <w:tcW w:w="1036" w:type="dxa"/>
            <w:tcMar>
              <w:top w:w="35" w:type="dxa"/>
              <w:left w:w="45" w:type="dxa"/>
              <w:bottom w:w="35" w:type="dxa"/>
              <w:right w:w="45" w:type="dxa"/>
            </w:tcMar>
            <w:vAlign w:val="center"/>
            <w:tcBorders>
              <w:left w:val="nil"/>
              <w:right w:val="nil"/>
            </w:tcBorders>
          </w:tcPr>
          <w:p w14:paraId="08724B7C" w14:textId="77777777" w:rsidR="003B3005" w:rsidRDefault="00000000">
            <w:pPr>
              <w:spacing w:line="240" w:lineRule="auto"/>
              <w:jc w:val="center"/>
            </w:pPr>
            <w:r>
              <w:rPr>
                <w:sz w:val="15"/>
              </w:rPr>
              <w:t>Non-Hispanic White</w:t>
            </w:r>
          </w:p>
        </w:tc>
        <w:tc>
          <w:tcPr>
            <w:tcW w:w="1123" w:type="dxa"/>
            <w:tcMar>
              <w:top w:w="35" w:type="dxa"/>
              <w:left w:w="45" w:type="dxa"/>
              <w:bottom w:w="35" w:type="dxa"/>
              <w:right w:w="45" w:type="dxa"/>
            </w:tcMar>
            <w:vAlign w:val="center"/>
            <w:tcBorders>
              <w:left w:val="nil"/>
              <w:right w:val="nil"/>
            </w:tcBorders>
          </w:tcPr>
          <w:p w14:paraId="23C68DF8" w14:textId="77777777" w:rsidR="003B3005" w:rsidRDefault="00000000">
            <w:pPr>
              <w:spacing w:line="240" w:lineRule="auto"/>
              <w:jc w:val="center"/>
            </w:pPr>
            <w:r>
              <w:rPr>
                <w:sz w:val="15"/>
              </w:rPr>
              <w:t>1999-2003</w:t>
            </w:r>
          </w:p>
        </w:tc>
        <w:tc>
          <w:tcPr>
            <w:tcW w:w="1512" w:type="dxa"/>
            <w:tcMar>
              <w:top w:w="35" w:type="dxa"/>
              <w:left w:w="45" w:type="dxa"/>
              <w:bottom w:w="35" w:type="dxa"/>
              <w:right w:w="45" w:type="dxa"/>
            </w:tcMar>
            <w:vAlign w:val="center"/>
            <w:tcBorders>
              <w:left w:val="nil"/>
              <w:right w:val="nil"/>
            </w:tcBorders>
          </w:tcPr>
          <w:p w14:paraId="1341263C" w14:textId="77777777" w:rsidR="003B3005" w:rsidRDefault="00000000">
            <w:pPr>
              <w:spacing w:line="240" w:lineRule="auto"/>
              <w:jc w:val="center"/>
            </w:pPr>
            <w:r>
              <w:rPr>
                <w:sz w:val="15"/>
              </w:rPr>
              <w:t>13.1187</w:t>
            </w:r>
          </w:p>
        </w:tc>
        <w:tc>
          <w:tcPr>
            <w:tcW w:w="1036" w:type="dxa"/>
            <w:tcMar>
              <w:top w:w="35" w:type="dxa"/>
              <w:left w:w="45" w:type="dxa"/>
              <w:bottom w:w="35" w:type="dxa"/>
              <w:right w:w="45" w:type="dxa"/>
            </w:tcMar>
            <w:vAlign w:val="center"/>
            <w:tcBorders>
              <w:left w:val="nil"/>
              <w:right w:val="nil"/>
            </w:tcBorders>
          </w:tcPr>
          <w:p w14:paraId="456475AF" w14:textId="77777777" w:rsidR="003B3005" w:rsidRDefault="00000000">
            <w:pPr>
              <w:spacing w:line="240" w:lineRule="auto"/>
              <w:jc w:val="center"/>
            </w:pPr>
            <w:r>
              <w:rPr>
                <w:sz w:val="15"/>
              </w:rPr>
              <w:t>5.6102 to 47.6901</w:t>
            </w:r>
          </w:p>
        </w:tc>
        <w:tc>
          <w:tcPr>
            <w:tcW w:w="2088" w:type="dxa"/>
            <w:tcMar>
              <w:top w:w="35" w:type="dxa"/>
              <w:left w:w="45" w:type="dxa"/>
              <w:bottom w:w="35" w:type="dxa"/>
              <w:right w:w="45" w:type="dxa"/>
            </w:tcMar>
            <w:vAlign w:val="center"/>
            <w:tcBorders>
              <w:left w:val="nil"/>
              <w:right w:val="nil"/>
            </w:tcBorders>
          </w:tcPr>
          <w:p w14:paraId="3A0382A8" w14:textId="77777777" w:rsidR="003B3005" w:rsidRDefault="00000000">
            <w:pPr>
              <w:spacing w:line="240" w:lineRule="auto"/>
              <w:jc w:val="center"/>
            </w:pPr>
            <w:r>
              <w:rPr>
                <w:sz w:val="15"/>
              </w:rPr>
              <w:t>0.002</w:t>
            </w:r>
          </w:p>
        </w:tc>
        <w:tc>
          <w:tcPr>
            <w:tcW w:w="1123" w:type="dxa"/>
            <w:tcMar>
              <w:top w:w="35" w:type="dxa"/>
              <w:left w:w="45" w:type="dxa"/>
              <w:bottom w:w="35" w:type="dxa"/>
              <w:right w:w="45" w:type="dxa"/>
            </w:tcMar>
            <w:vAlign w:val="center"/>
            <w:tcBorders>
              <w:left w:val="nil"/>
              <w:right w:val="nil"/>
            </w:tcBorders>
          </w:tcPr>
          <w:p w14:paraId="33B836D5" w14:textId="77777777" w:rsidR="003B3005" w:rsidRDefault="00000000">
            <w:pPr>
              <w:spacing w:line="240" w:lineRule="auto"/>
              <w:jc w:val="center"/>
            </w:pPr>
            <w:r>
              <w:rPr>
                <w:sz w:val="15"/>
              </w:rPr>
              <w:t>Yes</w:t>
            </w:r>
          </w:p>
        </w:tc>
      </w:tr>
      <w:tr w:rsidR="003B3005" w14:paraId="1E90F858" w14:textId="77777777">
        <w:trPr>
          <w:cantSplit/>
          <w:jc w:val="center"/>
        </w:trPr>
        <w:tc>
          <w:tcPr>
            <w:tcW w:w="1512" w:type="dxa"/>
            <w:tcMar>
              <w:top w:w="35" w:type="dxa"/>
              <w:left w:w="45" w:type="dxa"/>
              <w:bottom w:w="35" w:type="dxa"/>
              <w:right w:w="45" w:type="dxa"/>
            </w:tcMar>
            <w:vAlign w:val="center"/>
            <w:tcBorders>
              <w:left w:val="nil"/>
              <w:right w:val="nil"/>
            </w:tcBorders>
          </w:tcPr>
          <w:p w14:paraId="01E9B19E" w14:textId="77777777" w:rsidR="003B3005" w:rsidRDefault="00000000">
            <w:pPr>
              <w:spacing w:line="240" w:lineRule="auto"/>
            </w:pPr>
            <w:r>
              <w:rPr>
                <w:sz w:val="15"/>
              </w:rPr>
              <w:t>Historical race</w:t>
            </w:r>
          </w:p>
        </w:tc>
        <w:tc>
          <w:tcPr>
            <w:tcW w:w="1036" w:type="dxa"/>
            <w:tcMar>
              <w:top w:w="35" w:type="dxa"/>
              <w:left w:w="45" w:type="dxa"/>
              <w:bottom w:w="35" w:type="dxa"/>
              <w:right w:w="45" w:type="dxa"/>
            </w:tcMar>
            <w:vAlign w:val="center"/>
            <w:tcBorders>
              <w:left w:val="nil"/>
              <w:right w:val="nil"/>
            </w:tcBorders>
          </w:tcPr>
          <w:p w14:paraId="7D4FBCC8" w14:textId="77777777" w:rsidR="003B3005" w:rsidRDefault="00000000">
            <w:pPr>
              <w:spacing w:line="240" w:lineRule="auto"/>
              <w:jc w:val="center"/>
            </w:pPr>
            <w:r>
              <w:rPr>
                <w:sz w:val="15"/>
              </w:rPr>
              <w:t>Non-Hispanic White</w:t>
            </w:r>
          </w:p>
        </w:tc>
        <w:tc>
          <w:tcPr>
            <w:tcW w:w="1123" w:type="dxa"/>
            <w:tcMar>
              <w:top w:w="35" w:type="dxa"/>
              <w:left w:w="45" w:type="dxa"/>
              <w:bottom w:w="35" w:type="dxa"/>
              <w:right w:w="45" w:type="dxa"/>
            </w:tcMar>
            <w:vAlign w:val="center"/>
            <w:tcBorders>
              <w:left w:val="nil"/>
              <w:right w:val="nil"/>
            </w:tcBorders>
          </w:tcPr>
          <w:p w14:paraId="770A424F" w14:textId="77777777" w:rsidR="003B3005" w:rsidRDefault="00000000">
            <w:pPr>
              <w:spacing w:line="240" w:lineRule="auto"/>
              <w:jc w:val="center"/>
            </w:pPr>
            <w:r>
              <w:rPr>
                <w:sz w:val="15"/>
              </w:rPr>
              <w:t>2003-2018</w:t>
            </w:r>
          </w:p>
        </w:tc>
        <w:tc>
          <w:tcPr>
            <w:tcW w:w="1512" w:type="dxa"/>
            <w:tcMar>
              <w:top w:w="35" w:type="dxa"/>
              <w:left w:w="45" w:type="dxa"/>
              <w:bottom w:w="35" w:type="dxa"/>
              <w:right w:w="45" w:type="dxa"/>
            </w:tcMar>
            <w:vAlign w:val="center"/>
            <w:tcBorders>
              <w:left w:val="nil"/>
              <w:right w:val="nil"/>
            </w:tcBorders>
          </w:tcPr>
          <w:p w14:paraId="5F9ED8FE" w14:textId="77777777" w:rsidR="003B3005" w:rsidRDefault="00000000">
            <w:pPr>
              <w:spacing w:line="240" w:lineRule="auto"/>
              <w:jc w:val="center"/>
            </w:pPr>
            <w:r>
              <w:rPr>
                <w:sz w:val="15"/>
              </w:rPr>
              <w:t>4.3126</w:t>
            </w:r>
          </w:p>
        </w:tc>
        <w:tc>
          <w:tcPr>
            <w:tcW w:w="1036" w:type="dxa"/>
            <w:tcMar>
              <w:top w:w="35" w:type="dxa"/>
              <w:left w:w="45" w:type="dxa"/>
              <w:bottom w:w="35" w:type="dxa"/>
              <w:right w:w="45" w:type="dxa"/>
            </w:tcMar>
            <w:vAlign w:val="center"/>
            <w:tcBorders>
              <w:left w:val="nil"/>
              <w:right w:val="nil"/>
            </w:tcBorders>
          </w:tcPr>
          <w:p w14:paraId="6BF771B2" w14:textId="77777777" w:rsidR="003B3005" w:rsidRDefault="00000000">
            <w:pPr>
              <w:spacing w:line="240" w:lineRule="auto"/>
              <w:jc w:val="center"/>
            </w:pPr>
            <w:r>
              <w:rPr>
                <w:sz w:val="15"/>
              </w:rPr>
              <w:t>-5.3564 to 5.1634</w:t>
            </w:r>
          </w:p>
        </w:tc>
        <w:tc>
          <w:tcPr>
            <w:tcW w:w="2088" w:type="dxa"/>
            <w:tcMar>
              <w:top w:w="35" w:type="dxa"/>
              <w:left w:w="45" w:type="dxa"/>
              <w:bottom w:w="35" w:type="dxa"/>
              <w:right w:w="45" w:type="dxa"/>
            </w:tcMar>
            <w:vAlign w:val="center"/>
            <w:tcBorders>
              <w:left w:val="nil"/>
              <w:right w:val="nil"/>
            </w:tcBorders>
          </w:tcPr>
          <w:p w14:paraId="0ED1A94F" w14:textId="77777777" w:rsidR="003B3005" w:rsidRDefault="00000000">
            <w:pPr>
              <w:spacing w:line="240" w:lineRule="auto"/>
              <w:jc w:val="center"/>
            </w:pPr>
            <w:r>
              <w:rPr>
                <w:sz w:val="15"/>
              </w:rPr>
              <w:t>0.294741</w:t>
            </w:r>
          </w:p>
        </w:tc>
        <w:tc>
          <w:tcPr>
            <w:tcW w:w="1123" w:type="dxa"/>
            <w:tcMar>
              <w:top w:w="35" w:type="dxa"/>
              <w:left w:w="45" w:type="dxa"/>
              <w:bottom w:w="35" w:type="dxa"/>
              <w:right w:w="45" w:type="dxa"/>
            </w:tcMar>
            <w:vAlign w:val="center"/>
            <w:tcBorders>
              <w:left w:val="nil"/>
              <w:right w:val="nil"/>
            </w:tcBorders>
          </w:tcPr>
          <w:p w14:paraId="1C5907E7" w14:textId="77777777" w:rsidR="003B3005" w:rsidRDefault="00000000">
            <w:pPr>
              <w:spacing w:line="240" w:lineRule="auto"/>
              <w:jc w:val="center"/>
            </w:pPr>
            <w:r>
              <w:rPr>
                <w:sz w:val="15"/>
              </w:rPr>
              <w:t>No</w:t>
            </w:r>
          </w:p>
        </w:tc>
      </w:tr>
      <w:tr w:rsidR="003B3005" w14:paraId="3A926A89" w14:textId="77777777">
        <w:trPr>
          <w:cantSplit/>
          <w:jc w:val="center"/>
        </w:trPr>
        <w:tc>
          <w:tcPr>
            <w:tcW w:w="1512" w:type="dxa"/>
            <w:tcMar>
              <w:top w:w="35" w:type="dxa"/>
              <w:left w:w="45" w:type="dxa"/>
              <w:bottom w:w="35" w:type="dxa"/>
              <w:right w:w="45" w:type="dxa"/>
            </w:tcMar>
            <w:vAlign w:val="center"/>
            <w:tcBorders>
              <w:left w:val="nil"/>
              <w:right w:val="nil"/>
            </w:tcBorders>
          </w:tcPr>
          <w:p w14:paraId="3A941020" w14:textId="77777777" w:rsidR="003B3005" w:rsidRDefault="00000000">
            <w:pPr>
              <w:spacing w:line="240" w:lineRule="auto"/>
            </w:pPr>
            <w:r>
              <w:rPr>
                <w:sz w:val="15"/>
              </w:rPr>
              <w:t>Historical race</w:t>
            </w:r>
          </w:p>
        </w:tc>
        <w:tc>
          <w:tcPr>
            <w:tcW w:w="1036" w:type="dxa"/>
            <w:tcMar>
              <w:top w:w="35" w:type="dxa"/>
              <w:left w:w="45" w:type="dxa"/>
              <w:bottom w:w="35" w:type="dxa"/>
              <w:right w:w="45" w:type="dxa"/>
            </w:tcMar>
            <w:vAlign w:val="center"/>
            <w:tcBorders>
              <w:left w:val="nil"/>
              <w:right w:val="nil"/>
            </w:tcBorders>
          </w:tcPr>
          <w:p w14:paraId="5D3B7264" w14:textId="77777777" w:rsidR="003B3005" w:rsidRDefault="00000000">
            <w:pPr>
              <w:spacing w:line="240" w:lineRule="auto"/>
              <w:jc w:val="center"/>
            </w:pPr>
            <w:r>
              <w:rPr>
                <w:sz w:val="15"/>
              </w:rPr>
              <w:t>Non-Hispanic White</w:t>
            </w:r>
          </w:p>
        </w:tc>
        <w:tc>
          <w:tcPr>
            <w:tcW w:w="1123" w:type="dxa"/>
            <w:tcMar>
              <w:top w:w="35" w:type="dxa"/>
              <w:left w:w="45" w:type="dxa"/>
              <w:bottom w:w="35" w:type="dxa"/>
              <w:right w:w="45" w:type="dxa"/>
            </w:tcMar>
            <w:vAlign w:val="center"/>
            <w:tcBorders>
              <w:left w:val="nil"/>
              <w:right w:val="nil"/>
            </w:tcBorders>
          </w:tcPr>
          <w:p w14:paraId="4CA04D34" w14:textId="77777777" w:rsidR="003B3005" w:rsidRDefault="00000000">
            <w:pPr>
              <w:spacing w:line="240" w:lineRule="auto"/>
              <w:jc w:val="center"/>
            </w:pPr>
            <w:r>
              <w:rPr>
                <w:sz w:val="15"/>
              </w:rPr>
              <w:t>2018-2020</w:t>
            </w:r>
          </w:p>
        </w:tc>
        <w:tc>
          <w:tcPr>
            <w:tcW w:w="1512" w:type="dxa"/>
            <w:tcMar>
              <w:top w:w="35" w:type="dxa"/>
              <w:left w:w="45" w:type="dxa"/>
              <w:bottom w:w="35" w:type="dxa"/>
              <w:right w:w="45" w:type="dxa"/>
            </w:tcMar>
            <w:vAlign w:val="center"/>
            <w:tcBorders>
              <w:left w:val="nil"/>
              <w:right w:val="nil"/>
            </w:tcBorders>
          </w:tcPr>
          <w:p w14:paraId="3CBEACCA" w14:textId="77777777" w:rsidR="003B3005" w:rsidRDefault="00000000">
            <w:pPr>
              <w:spacing w:line="240" w:lineRule="auto"/>
              <w:jc w:val="center"/>
            </w:pPr>
            <w:r>
              <w:rPr>
                <w:sz w:val="15"/>
              </w:rPr>
              <w:t>21.4628</w:t>
            </w:r>
          </w:p>
        </w:tc>
        <w:tc>
          <w:tcPr>
            <w:tcW w:w="1036" w:type="dxa"/>
            <w:tcMar>
              <w:top w:w="35" w:type="dxa"/>
              <w:left w:w="45" w:type="dxa"/>
              <w:bottom w:w="35" w:type="dxa"/>
              <w:right w:w="45" w:type="dxa"/>
            </w:tcMar>
            <w:vAlign w:val="center"/>
            <w:tcBorders>
              <w:left w:val="nil"/>
              <w:right w:val="nil"/>
            </w:tcBorders>
          </w:tcPr>
          <w:p w14:paraId="79F7A69C" w14:textId="77777777" w:rsidR="003B3005" w:rsidRDefault="00000000">
            <w:pPr>
              <w:spacing w:line="240" w:lineRule="auto"/>
              <w:jc w:val="center"/>
            </w:pPr>
            <w:r>
              <w:rPr>
                <w:sz w:val="15"/>
              </w:rPr>
              <w:t>7.2132 to 32.1974</w:t>
            </w:r>
          </w:p>
        </w:tc>
        <w:tc>
          <w:tcPr>
            <w:tcW w:w="2088" w:type="dxa"/>
            <w:tcMar>
              <w:top w:w="35" w:type="dxa"/>
              <w:left w:w="45" w:type="dxa"/>
              <w:bottom w:w="35" w:type="dxa"/>
              <w:right w:w="45" w:type="dxa"/>
            </w:tcMar>
            <w:vAlign w:val="center"/>
            <w:tcBorders>
              <w:left w:val="nil"/>
              <w:right w:val="nil"/>
            </w:tcBorders>
          </w:tcPr>
          <w:p w14:paraId="2CBF97B9"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4D2C6102" w14:textId="77777777" w:rsidR="003B3005" w:rsidRDefault="00000000">
            <w:pPr>
              <w:spacing w:line="240" w:lineRule="auto"/>
              <w:jc w:val="center"/>
            </w:pPr>
            <w:r>
              <w:rPr>
                <w:sz w:val="15"/>
              </w:rPr>
              <w:t>Yes</w:t>
            </w:r>
          </w:p>
        </w:tc>
      </w:tr>
      <w:tr w:rsidR="003B3005" w14:paraId="4E4635D0" w14:textId="77777777">
        <w:trPr>
          <w:cantSplit/>
          <w:jc w:val="center"/>
        </w:trPr>
        <w:tc>
          <w:tcPr>
            <w:tcW w:w="1512" w:type="dxa"/>
            <w:tcMar>
              <w:top w:w="35" w:type="dxa"/>
              <w:left w:w="45" w:type="dxa"/>
              <w:bottom w:w="35" w:type="dxa"/>
              <w:right w:w="45" w:type="dxa"/>
            </w:tcMar>
            <w:vAlign w:val="center"/>
            <w:tcBorders>
              <w:left w:val="nil"/>
              <w:right w:val="nil"/>
            </w:tcBorders>
          </w:tcPr>
          <w:p w14:paraId="1E0DD753" w14:textId="77777777" w:rsidR="003B3005" w:rsidRDefault="00000000">
            <w:pPr>
              <w:spacing w:line="240" w:lineRule="auto"/>
            </w:pPr>
            <w:r>
              <w:rPr>
                <w:sz w:val="15"/>
              </w:rPr>
              <w:t>Contemporary race/ethnicity</w:t>
            </w:r>
          </w:p>
        </w:tc>
        <w:tc>
          <w:tcPr>
            <w:tcW w:w="1036" w:type="dxa"/>
            <w:tcMar>
              <w:top w:w="35" w:type="dxa"/>
              <w:left w:w="45" w:type="dxa"/>
              <w:bottom w:w="35" w:type="dxa"/>
              <w:right w:w="45" w:type="dxa"/>
            </w:tcMar>
            <w:vAlign w:val="center"/>
            <w:tcBorders>
              <w:left w:val="nil"/>
              <w:right w:val="nil"/>
            </w:tcBorders>
          </w:tcPr>
          <w:p w14:paraId="140A3E8E" w14:textId="77777777" w:rsidR="003B3005" w:rsidRDefault="00000000">
            <w:pPr>
              <w:spacing w:line="240" w:lineRule="auto"/>
              <w:jc w:val="center"/>
            </w:pPr>
            <w:r>
              <w:rPr>
                <w:sz w:val="15"/>
              </w:rPr>
              <w:t>Non-Hispanic American Indian or Alaska Native</w:t>
            </w:r>
          </w:p>
        </w:tc>
        <w:tc>
          <w:tcPr>
            <w:tcW w:w="1123" w:type="dxa"/>
            <w:tcMar>
              <w:top w:w="35" w:type="dxa"/>
              <w:left w:w="45" w:type="dxa"/>
              <w:bottom w:w="35" w:type="dxa"/>
              <w:right w:w="45" w:type="dxa"/>
            </w:tcMar>
            <w:vAlign w:val="center"/>
            <w:tcBorders>
              <w:left w:val="nil"/>
              <w:right w:val="nil"/>
            </w:tcBorders>
          </w:tcPr>
          <w:p w14:paraId="680E984A" w14:textId="77777777" w:rsidR="003B3005" w:rsidRDefault="00000000">
            <w:pPr>
              <w:spacing w:line="240" w:lineRule="auto"/>
              <w:jc w:val="center"/>
            </w:pPr>
            <w:r>
              <w:rPr>
                <w:sz w:val="15"/>
              </w:rPr>
              <w:t>2018-2021</w:t>
            </w:r>
          </w:p>
        </w:tc>
        <w:tc>
          <w:tcPr>
            <w:tcW w:w="1512" w:type="dxa"/>
            <w:tcMar>
              <w:top w:w="35" w:type="dxa"/>
              <w:left w:w="45" w:type="dxa"/>
              <w:bottom w:w="35" w:type="dxa"/>
              <w:right w:w="45" w:type="dxa"/>
            </w:tcMar>
            <w:vAlign w:val="center"/>
            <w:tcBorders>
              <w:left w:val="nil"/>
              <w:right w:val="nil"/>
            </w:tcBorders>
          </w:tcPr>
          <w:p w14:paraId="12F52C65" w14:textId="77777777" w:rsidR="003B3005" w:rsidRDefault="00000000">
            <w:pPr>
              <w:spacing w:line="240" w:lineRule="auto"/>
              <w:jc w:val="center"/>
            </w:pPr>
            <w:r>
              <w:rPr>
                <w:sz w:val="15"/>
              </w:rPr>
              <w:t>51.8193</w:t>
            </w:r>
          </w:p>
        </w:tc>
        <w:tc>
          <w:tcPr>
            <w:tcW w:w="1036" w:type="dxa"/>
            <w:tcMar>
              <w:top w:w="35" w:type="dxa"/>
              <w:left w:w="45" w:type="dxa"/>
              <w:bottom w:w="35" w:type="dxa"/>
              <w:right w:w="45" w:type="dxa"/>
            </w:tcMar>
            <w:vAlign w:val="center"/>
            <w:tcBorders>
              <w:left w:val="nil"/>
              <w:right w:val="nil"/>
            </w:tcBorders>
          </w:tcPr>
          <w:p w14:paraId="62B4EC8A" w14:textId="77777777" w:rsidR="003B3005" w:rsidRDefault="00000000">
            <w:pPr>
              <w:spacing w:line="240" w:lineRule="auto"/>
              <w:jc w:val="center"/>
            </w:pPr>
            <w:r>
              <w:rPr>
                <w:sz w:val="15"/>
              </w:rPr>
              <w:t>24.9468 to 120.3992</w:t>
            </w:r>
          </w:p>
        </w:tc>
        <w:tc>
          <w:tcPr>
            <w:tcW w:w="2088" w:type="dxa"/>
            <w:tcMar>
              <w:top w:w="35" w:type="dxa"/>
              <w:left w:w="45" w:type="dxa"/>
              <w:bottom w:w="35" w:type="dxa"/>
              <w:right w:w="45" w:type="dxa"/>
            </w:tcMar>
            <w:vAlign w:val="center"/>
            <w:tcBorders>
              <w:left w:val="nil"/>
              <w:right w:val="nil"/>
            </w:tcBorders>
          </w:tcPr>
          <w:p w14:paraId="51E35FC5"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1ADDE927" w14:textId="77777777" w:rsidR="003B3005" w:rsidRDefault="00000000">
            <w:pPr>
              <w:spacing w:line="240" w:lineRule="auto"/>
              <w:jc w:val="center"/>
            </w:pPr>
            <w:r>
              <w:rPr>
                <w:sz w:val="15"/>
              </w:rPr>
              <w:t>Yes</w:t>
            </w:r>
          </w:p>
        </w:tc>
      </w:tr>
      <w:tr w:rsidR="003B3005" w14:paraId="44E7EE22" w14:textId="77777777">
        <w:trPr>
          <w:cantSplit/>
          <w:jc w:val="center"/>
        </w:trPr>
        <w:tc>
          <w:tcPr>
            <w:tcW w:w="1512" w:type="dxa"/>
            <w:tcMar>
              <w:top w:w="35" w:type="dxa"/>
              <w:left w:w="45" w:type="dxa"/>
              <w:bottom w:w="35" w:type="dxa"/>
              <w:right w:w="45" w:type="dxa"/>
            </w:tcMar>
            <w:vAlign w:val="center"/>
            <w:tcBorders>
              <w:left w:val="nil"/>
              <w:right w:val="nil"/>
            </w:tcBorders>
          </w:tcPr>
          <w:p w14:paraId="768B52B0" w14:textId="77777777" w:rsidR="003B3005" w:rsidRDefault="00000000">
            <w:pPr>
              <w:spacing w:line="240" w:lineRule="auto"/>
            </w:pPr>
            <w:r>
              <w:rPr>
                <w:sz w:val="15"/>
              </w:rPr>
              <w:t>Contemporary race/ethnicity</w:t>
            </w:r>
          </w:p>
        </w:tc>
        <w:tc>
          <w:tcPr>
            <w:tcW w:w="1036" w:type="dxa"/>
            <w:tcMar>
              <w:top w:w="35" w:type="dxa"/>
              <w:left w:w="45" w:type="dxa"/>
              <w:bottom w:w="35" w:type="dxa"/>
              <w:right w:w="45" w:type="dxa"/>
            </w:tcMar>
            <w:vAlign w:val="center"/>
            <w:tcBorders>
              <w:left w:val="nil"/>
              <w:right w:val="nil"/>
            </w:tcBorders>
          </w:tcPr>
          <w:p w14:paraId="59F019E1" w14:textId="77777777" w:rsidR="003B3005" w:rsidRDefault="00000000">
            <w:pPr>
              <w:spacing w:line="240" w:lineRule="auto"/>
              <w:jc w:val="center"/>
            </w:pPr>
            <w:r>
              <w:rPr>
                <w:sz w:val="15"/>
              </w:rPr>
              <w:t>Non-Hispanic American Indian or Alaska Native</w:t>
            </w:r>
          </w:p>
        </w:tc>
        <w:tc>
          <w:tcPr>
            <w:tcW w:w="1123" w:type="dxa"/>
            <w:tcMar>
              <w:top w:w="35" w:type="dxa"/>
              <w:left w:w="45" w:type="dxa"/>
              <w:bottom w:w="35" w:type="dxa"/>
              <w:right w:w="45" w:type="dxa"/>
            </w:tcMar>
            <w:vAlign w:val="center"/>
            <w:tcBorders>
              <w:left w:val="nil"/>
              <w:right w:val="nil"/>
            </w:tcBorders>
          </w:tcPr>
          <w:p w14:paraId="6B1DB4D0" w14:textId="77777777" w:rsidR="003B3005" w:rsidRDefault="00000000">
            <w:pPr>
              <w:spacing w:line="240" w:lineRule="auto"/>
              <w:jc w:val="center"/>
            </w:pPr>
            <w:r>
              <w:rPr>
                <w:sz w:val="15"/>
              </w:rPr>
              <w:t>2021-2024</w:t>
            </w:r>
          </w:p>
        </w:tc>
        <w:tc>
          <w:tcPr>
            <w:tcW w:w="1512" w:type="dxa"/>
            <w:tcMar>
              <w:top w:w="35" w:type="dxa"/>
              <w:left w:w="45" w:type="dxa"/>
              <w:bottom w:w="35" w:type="dxa"/>
              <w:right w:w="45" w:type="dxa"/>
            </w:tcMar>
            <w:vAlign w:val="center"/>
            <w:tcBorders>
              <w:left w:val="nil"/>
              <w:right w:val="nil"/>
            </w:tcBorders>
          </w:tcPr>
          <w:p w14:paraId="6DAE74DD" w14:textId="77777777" w:rsidR="003B3005" w:rsidRDefault="00000000">
            <w:pPr>
              <w:spacing w:line="240" w:lineRule="auto"/>
              <w:jc w:val="center"/>
            </w:pPr>
            <w:r>
              <w:rPr>
                <w:sz w:val="15"/>
              </w:rPr>
              <w:t>-26.1374</w:t>
            </w:r>
          </w:p>
        </w:tc>
        <w:tc>
          <w:tcPr>
            <w:tcW w:w="1036" w:type="dxa"/>
            <w:tcMar>
              <w:top w:w="35" w:type="dxa"/>
              <w:left w:w="45" w:type="dxa"/>
              <w:bottom w:w="35" w:type="dxa"/>
              <w:right w:w="45" w:type="dxa"/>
            </w:tcMar>
            <w:vAlign w:val="center"/>
            <w:tcBorders>
              <w:left w:val="nil"/>
              <w:right w:val="nil"/>
            </w:tcBorders>
          </w:tcPr>
          <w:p w14:paraId="58C6324D" w14:textId="77777777" w:rsidR="003B3005" w:rsidRDefault="00000000">
            <w:pPr>
              <w:spacing w:line="240" w:lineRule="auto"/>
              <w:jc w:val="center"/>
            </w:pPr>
            <w:r>
              <w:rPr>
                <w:sz w:val="15"/>
              </w:rPr>
              <w:t>-46.4506 to -11.5822</w:t>
            </w:r>
          </w:p>
        </w:tc>
        <w:tc>
          <w:tcPr>
            <w:tcW w:w="2088" w:type="dxa"/>
            <w:tcMar>
              <w:top w:w="35" w:type="dxa"/>
              <w:left w:w="45" w:type="dxa"/>
              <w:bottom w:w="35" w:type="dxa"/>
              <w:right w:w="45" w:type="dxa"/>
            </w:tcMar>
            <w:vAlign w:val="center"/>
            <w:tcBorders>
              <w:left w:val="nil"/>
              <w:right w:val="nil"/>
            </w:tcBorders>
          </w:tcPr>
          <w:p w14:paraId="4684A317"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69719181" w14:textId="77777777" w:rsidR="003B3005" w:rsidRDefault="00000000">
            <w:pPr>
              <w:spacing w:line="240" w:lineRule="auto"/>
              <w:jc w:val="center"/>
            </w:pPr>
            <w:r>
              <w:rPr>
                <w:sz w:val="15"/>
              </w:rPr>
              <w:t>Yes</w:t>
            </w:r>
          </w:p>
        </w:tc>
      </w:tr>
      <w:tr w:rsidR="003B3005" w14:paraId="3A859F54" w14:textId="77777777">
        <w:trPr>
          <w:cantSplit/>
          <w:jc w:val="center"/>
        </w:trPr>
        <w:tc>
          <w:tcPr>
            <w:tcW w:w="1512" w:type="dxa"/>
            <w:tcMar>
              <w:top w:w="35" w:type="dxa"/>
              <w:left w:w="45" w:type="dxa"/>
              <w:bottom w:w="35" w:type="dxa"/>
              <w:right w:w="45" w:type="dxa"/>
            </w:tcMar>
            <w:vAlign w:val="center"/>
            <w:tcBorders>
              <w:left w:val="nil"/>
              <w:right w:val="nil"/>
            </w:tcBorders>
          </w:tcPr>
          <w:p w14:paraId="10A77A40" w14:textId="77777777" w:rsidR="003B3005" w:rsidRDefault="00000000">
            <w:pPr>
              <w:spacing w:line="240" w:lineRule="auto"/>
            </w:pPr>
            <w:r>
              <w:rPr>
                <w:sz w:val="15"/>
              </w:rPr>
              <w:t>Contemporary race/ethnicity</w:t>
            </w:r>
          </w:p>
        </w:tc>
        <w:tc>
          <w:tcPr>
            <w:tcW w:w="1036" w:type="dxa"/>
            <w:tcMar>
              <w:top w:w="35" w:type="dxa"/>
              <w:left w:w="45" w:type="dxa"/>
              <w:bottom w:w="35" w:type="dxa"/>
              <w:right w:w="45" w:type="dxa"/>
            </w:tcMar>
            <w:vAlign w:val="center"/>
            <w:tcBorders>
              <w:left w:val="nil"/>
              <w:right w:val="nil"/>
            </w:tcBorders>
          </w:tcPr>
          <w:p w14:paraId="0409B24F" w14:textId="77777777" w:rsidR="003B3005" w:rsidRDefault="00000000">
            <w:pPr>
              <w:spacing w:line="240" w:lineRule="auto"/>
              <w:jc w:val="center"/>
            </w:pPr>
            <w:r>
              <w:rPr>
                <w:sz w:val="15"/>
              </w:rPr>
              <w:t>Non-Hispanic Asian</w:t>
            </w:r>
          </w:p>
        </w:tc>
        <w:tc>
          <w:tcPr>
            <w:tcW w:w="1123" w:type="dxa"/>
            <w:tcMar>
              <w:top w:w="35" w:type="dxa"/>
              <w:left w:w="45" w:type="dxa"/>
              <w:bottom w:w="35" w:type="dxa"/>
              <w:right w:w="45" w:type="dxa"/>
            </w:tcMar>
            <w:vAlign w:val="center"/>
            <w:tcBorders>
              <w:left w:val="nil"/>
              <w:right w:val="nil"/>
            </w:tcBorders>
          </w:tcPr>
          <w:p w14:paraId="030A3800" w14:textId="77777777" w:rsidR="003B3005" w:rsidRDefault="00000000">
            <w:pPr>
              <w:spacing w:line="240" w:lineRule="auto"/>
              <w:jc w:val="center"/>
            </w:pPr>
            <w:r>
              <w:rPr>
                <w:sz w:val="15"/>
              </w:rPr>
              <w:t>2018-2021</w:t>
            </w:r>
          </w:p>
        </w:tc>
        <w:tc>
          <w:tcPr>
            <w:tcW w:w="1512" w:type="dxa"/>
            <w:tcMar>
              <w:top w:w="35" w:type="dxa"/>
              <w:left w:w="45" w:type="dxa"/>
              <w:bottom w:w="35" w:type="dxa"/>
              <w:right w:w="45" w:type="dxa"/>
            </w:tcMar>
            <w:vAlign w:val="center"/>
            <w:tcBorders>
              <w:left w:val="nil"/>
              <w:right w:val="nil"/>
            </w:tcBorders>
          </w:tcPr>
          <w:p w14:paraId="3A130D6D" w14:textId="77777777" w:rsidR="003B3005" w:rsidRDefault="00000000">
            <w:pPr>
              <w:spacing w:line="240" w:lineRule="auto"/>
              <w:jc w:val="center"/>
            </w:pPr>
            <w:r>
              <w:rPr>
                <w:sz w:val="15"/>
              </w:rPr>
              <w:t>77.5177</w:t>
            </w:r>
          </w:p>
        </w:tc>
        <w:tc>
          <w:tcPr>
            <w:tcW w:w="1036" w:type="dxa"/>
            <w:tcMar>
              <w:top w:w="35" w:type="dxa"/>
              <w:left w:w="45" w:type="dxa"/>
              <w:bottom w:w="35" w:type="dxa"/>
              <w:right w:w="45" w:type="dxa"/>
            </w:tcMar>
            <w:vAlign w:val="center"/>
            <w:tcBorders>
              <w:left w:val="nil"/>
              <w:right w:val="nil"/>
            </w:tcBorders>
          </w:tcPr>
          <w:p w14:paraId="07F6D5A3" w14:textId="77777777" w:rsidR="003B3005" w:rsidRDefault="00000000">
            <w:pPr>
              <w:spacing w:line="240" w:lineRule="auto"/>
              <w:jc w:val="center"/>
            </w:pPr>
            <w:r>
              <w:rPr>
                <w:sz w:val="15"/>
              </w:rPr>
              <w:t>60.8583 to 108.403</w:t>
            </w:r>
          </w:p>
        </w:tc>
        <w:tc>
          <w:tcPr>
            <w:tcW w:w="2088" w:type="dxa"/>
            <w:tcMar>
              <w:top w:w="35" w:type="dxa"/>
              <w:left w:w="45" w:type="dxa"/>
              <w:bottom w:w="35" w:type="dxa"/>
              <w:right w:w="45" w:type="dxa"/>
            </w:tcMar>
            <w:vAlign w:val="center"/>
            <w:tcBorders>
              <w:left w:val="nil"/>
              <w:right w:val="nil"/>
            </w:tcBorders>
          </w:tcPr>
          <w:p w14:paraId="236E79D3"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6044628D" w14:textId="77777777" w:rsidR="003B3005" w:rsidRDefault="00000000">
            <w:pPr>
              <w:spacing w:line="240" w:lineRule="auto"/>
              <w:jc w:val="center"/>
            </w:pPr>
            <w:r>
              <w:rPr>
                <w:sz w:val="15"/>
              </w:rPr>
              <w:t>Yes</w:t>
            </w:r>
          </w:p>
        </w:tc>
      </w:tr>
      <w:tr w:rsidR="003B3005" w14:paraId="44BAD529" w14:textId="77777777">
        <w:trPr>
          <w:cantSplit/>
          <w:jc w:val="center"/>
        </w:trPr>
        <w:tc>
          <w:tcPr>
            <w:tcW w:w="1512" w:type="dxa"/>
            <w:tcMar>
              <w:top w:w="35" w:type="dxa"/>
              <w:left w:w="45" w:type="dxa"/>
              <w:bottom w:w="35" w:type="dxa"/>
              <w:right w:w="45" w:type="dxa"/>
            </w:tcMar>
            <w:vAlign w:val="center"/>
            <w:tcBorders>
              <w:left w:val="nil"/>
              <w:right w:val="nil"/>
            </w:tcBorders>
          </w:tcPr>
          <w:p w14:paraId="333E26C5" w14:textId="77777777" w:rsidR="003B3005" w:rsidRDefault="00000000">
            <w:pPr>
              <w:spacing w:line="240" w:lineRule="auto"/>
            </w:pPr>
            <w:r>
              <w:rPr>
                <w:sz w:val="15"/>
              </w:rPr>
              <w:t>Contemporary race/ethnicity</w:t>
            </w:r>
          </w:p>
        </w:tc>
        <w:tc>
          <w:tcPr>
            <w:tcW w:w="1036" w:type="dxa"/>
            <w:tcMar>
              <w:top w:w="35" w:type="dxa"/>
              <w:left w:w="45" w:type="dxa"/>
              <w:bottom w:w="35" w:type="dxa"/>
              <w:right w:w="45" w:type="dxa"/>
            </w:tcMar>
            <w:vAlign w:val="center"/>
            <w:tcBorders>
              <w:left w:val="nil"/>
              <w:right w:val="nil"/>
            </w:tcBorders>
          </w:tcPr>
          <w:p w14:paraId="72621174" w14:textId="77777777" w:rsidR="003B3005" w:rsidRDefault="00000000">
            <w:pPr>
              <w:spacing w:line="240" w:lineRule="auto"/>
              <w:jc w:val="center"/>
            </w:pPr>
            <w:r>
              <w:rPr>
                <w:sz w:val="15"/>
              </w:rPr>
              <w:t>Non-Hispanic Asian</w:t>
            </w:r>
          </w:p>
        </w:tc>
        <w:tc>
          <w:tcPr>
            <w:tcW w:w="1123" w:type="dxa"/>
            <w:tcMar>
              <w:top w:w="35" w:type="dxa"/>
              <w:left w:w="45" w:type="dxa"/>
              <w:bottom w:w="35" w:type="dxa"/>
              <w:right w:w="45" w:type="dxa"/>
            </w:tcMar>
            <w:vAlign w:val="center"/>
            <w:tcBorders>
              <w:left w:val="nil"/>
              <w:right w:val="nil"/>
            </w:tcBorders>
          </w:tcPr>
          <w:p w14:paraId="374490B1" w14:textId="77777777" w:rsidR="003B3005" w:rsidRDefault="00000000">
            <w:pPr>
              <w:spacing w:line="240" w:lineRule="auto"/>
              <w:jc w:val="center"/>
            </w:pPr>
            <w:r>
              <w:rPr>
                <w:sz w:val="15"/>
              </w:rPr>
              <w:t>2021-2024</w:t>
            </w:r>
          </w:p>
        </w:tc>
        <w:tc>
          <w:tcPr>
            <w:tcW w:w="1512" w:type="dxa"/>
            <w:tcMar>
              <w:top w:w="35" w:type="dxa"/>
              <w:left w:w="45" w:type="dxa"/>
              <w:bottom w:w="35" w:type="dxa"/>
              <w:right w:w="45" w:type="dxa"/>
            </w:tcMar>
            <w:vAlign w:val="center"/>
            <w:tcBorders>
              <w:left w:val="nil"/>
              <w:right w:val="nil"/>
            </w:tcBorders>
          </w:tcPr>
          <w:p w14:paraId="5C6FB263" w14:textId="77777777" w:rsidR="003B3005" w:rsidRDefault="00000000">
            <w:pPr>
              <w:spacing w:line="240" w:lineRule="auto"/>
              <w:jc w:val="center"/>
            </w:pPr>
            <w:r>
              <w:rPr>
                <w:sz w:val="15"/>
              </w:rPr>
              <w:t>-37.6194</w:t>
            </w:r>
          </w:p>
        </w:tc>
        <w:tc>
          <w:tcPr>
            <w:tcW w:w="1036" w:type="dxa"/>
            <w:tcMar>
              <w:top w:w="35" w:type="dxa"/>
              <w:left w:w="45" w:type="dxa"/>
              <w:bottom w:w="35" w:type="dxa"/>
              <w:right w:w="45" w:type="dxa"/>
            </w:tcMar>
            <w:vAlign w:val="center"/>
            <w:tcBorders>
              <w:left w:val="nil"/>
              <w:right w:val="nil"/>
            </w:tcBorders>
          </w:tcPr>
          <w:p w14:paraId="441B62DF" w14:textId="77777777" w:rsidR="003B3005" w:rsidRDefault="00000000">
            <w:pPr>
              <w:spacing w:line="240" w:lineRule="auto"/>
              <w:jc w:val="center"/>
            </w:pPr>
            <w:r>
              <w:rPr>
                <w:sz w:val="15"/>
              </w:rPr>
              <w:t>-44.8488 to -31.889</w:t>
            </w:r>
          </w:p>
        </w:tc>
        <w:tc>
          <w:tcPr>
            <w:tcW w:w="2088" w:type="dxa"/>
            <w:tcMar>
              <w:top w:w="35" w:type="dxa"/>
              <w:left w:w="45" w:type="dxa"/>
              <w:bottom w:w="35" w:type="dxa"/>
              <w:right w:w="45" w:type="dxa"/>
            </w:tcMar>
            <w:vAlign w:val="center"/>
            <w:tcBorders>
              <w:left w:val="nil"/>
              <w:right w:val="nil"/>
            </w:tcBorders>
          </w:tcPr>
          <w:p w14:paraId="69ACD5DB"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26953263" w14:textId="77777777" w:rsidR="003B3005" w:rsidRDefault="00000000">
            <w:pPr>
              <w:spacing w:line="240" w:lineRule="auto"/>
              <w:jc w:val="center"/>
            </w:pPr>
            <w:r>
              <w:rPr>
                <w:sz w:val="15"/>
              </w:rPr>
              <w:t>Yes</w:t>
            </w:r>
          </w:p>
        </w:tc>
      </w:tr>
      <w:tr w:rsidR="003B3005" w14:paraId="1371E784" w14:textId="77777777">
        <w:trPr>
          <w:cantSplit/>
          <w:jc w:val="center"/>
        </w:trPr>
        <w:tc>
          <w:tcPr>
            <w:tcW w:w="1512" w:type="dxa"/>
            <w:tcMar>
              <w:top w:w="35" w:type="dxa"/>
              <w:left w:w="45" w:type="dxa"/>
              <w:bottom w:w="35" w:type="dxa"/>
              <w:right w:w="45" w:type="dxa"/>
            </w:tcMar>
            <w:vAlign w:val="center"/>
            <w:tcBorders>
              <w:left w:val="nil"/>
              <w:right w:val="nil"/>
            </w:tcBorders>
          </w:tcPr>
          <w:p w14:paraId="4E904D87" w14:textId="77777777" w:rsidR="003B3005" w:rsidRDefault="00000000">
            <w:pPr>
              <w:spacing w:line="240" w:lineRule="auto"/>
            </w:pPr>
            <w:r>
              <w:rPr>
                <w:sz w:val="15"/>
              </w:rPr>
              <w:t>Contemporary race/ethnicity</w:t>
            </w:r>
          </w:p>
        </w:tc>
        <w:tc>
          <w:tcPr>
            <w:tcW w:w="1036" w:type="dxa"/>
            <w:tcMar>
              <w:top w:w="35" w:type="dxa"/>
              <w:left w:w="45" w:type="dxa"/>
              <w:bottom w:w="35" w:type="dxa"/>
              <w:right w:w="45" w:type="dxa"/>
            </w:tcMar>
            <w:vAlign w:val="center"/>
            <w:tcBorders>
              <w:left w:val="nil"/>
              <w:right w:val="nil"/>
            </w:tcBorders>
          </w:tcPr>
          <w:p w14:paraId="10FB0066" w14:textId="77777777" w:rsidR="003B3005" w:rsidRDefault="00000000">
            <w:pPr>
              <w:spacing w:line="240" w:lineRule="auto"/>
              <w:jc w:val="center"/>
            </w:pPr>
            <w:r>
              <w:rPr>
                <w:sz w:val="15"/>
              </w:rPr>
              <w:t>Non-Hispanic Black</w:t>
            </w:r>
          </w:p>
        </w:tc>
        <w:tc>
          <w:tcPr>
            <w:tcW w:w="1123" w:type="dxa"/>
            <w:tcMar>
              <w:top w:w="35" w:type="dxa"/>
              <w:left w:w="45" w:type="dxa"/>
              <w:bottom w:w="35" w:type="dxa"/>
              <w:right w:w="45" w:type="dxa"/>
            </w:tcMar>
            <w:vAlign w:val="center"/>
            <w:tcBorders>
              <w:left w:val="nil"/>
              <w:right w:val="nil"/>
            </w:tcBorders>
          </w:tcPr>
          <w:p w14:paraId="084B000E" w14:textId="77777777" w:rsidR="003B3005" w:rsidRDefault="00000000">
            <w:pPr>
              <w:spacing w:line="240" w:lineRule="auto"/>
              <w:jc w:val="center"/>
            </w:pPr>
            <w:r>
              <w:rPr>
                <w:sz w:val="15"/>
              </w:rPr>
              <w:t>2018-2021</w:t>
            </w:r>
          </w:p>
        </w:tc>
        <w:tc>
          <w:tcPr>
            <w:tcW w:w="1512" w:type="dxa"/>
            <w:tcMar>
              <w:top w:w="35" w:type="dxa"/>
              <w:left w:w="45" w:type="dxa"/>
              <w:bottom w:w="35" w:type="dxa"/>
              <w:right w:w="45" w:type="dxa"/>
            </w:tcMar>
            <w:vAlign w:val="center"/>
            <w:tcBorders>
              <w:left w:val="nil"/>
              <w:right w:val="nil"/>
            </w:tcBorders>
          </w:tcPr>
          <w:p w14:paraId="404DD900" w14:textId="77777777" w:rsidR="003B3005" w:rsidRDefault="00000000">
            <w:pPr>
              <w:spacing w:line="240" w:lineRule="auto"/>
              <w:jc w:val="center"/>
            </w:pPr>
            <w:r>
              <w:rPr>
                <w:sz w:val="15"/>
              </w:rPr>
              <w:t>38.2607</w:t>
            </w:r>
          </w:p>
        </w:tc>
        <w:tc>
          <w:tcPr>
            <w:tcW w:w="1036" w:type="dxa"/>
            <w:tcMar>
              <w:top w:w="35" w:type="dxa"/>
              <w:left w:w="45" w:type="dxa"/>
              <w:bottom w:w="35" w:type="dxa"/>
              <w:right w:w="45" w:type="dxa"/>
            </w:tcMar>
            <w:vAlign w:val="center"/>
            <w:tcBorders>
              <w:left w:val="nil"/>
              <w:right w:val="nil"/>
            </w:tcBorders>
          </w:tcPr>
          <w:p w14:paraId="058AAC85" w14:textId="77777777" w:rsidR="003B3005" w:rsidRDefault="00000000">
            <w:pPr>
              <w:spacing w:line="240" w:lineRule="auto"/>
              <w:jc w:val="center"/>
            </w:pPr>
            <w:r>
              <w:rPr>
                <w:sz w:val="15"/>
              </w:rPr>
              <w:t>20.1908 to 81.6278</w:t>
            </w:r>
          </w:p>
        </w:tc>
        <w:tc>
          <w:tcPr>
            <w:tcW w:w="2088" w:type="dxa"/>
            <w:tcMar>
              <w:top w:w="35" w:type="dxa"/>
              <w:left w:w="45" w:type="dxa"/>
              <w:bottom w:w="35" w:type="dxa"/>
              <w:right w:w="45" w:type="dxa"/>
            </w:tcMar>
            <w:vAlign w:val="center"/>
            <w:tcBorders>
              <w:left w:val="nil"/>
              <w:right w:val="nil"/>
            </w:tcBorders>
          </w:tcPr>
          <w:p w14:paraId="340923CA"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5DAEBC12" w14:textId="77777777" w:rsidR="003B3005" w:rsidRDefault="00000000">
            <w:pPr>
              <w:spacing w:line="240" w:lineRule="auto"/>
              <w:jc w:val="center"/>
            </w:pPr>
            <w:r>
              <w:rPr>
                <w:sz w:val="15"/>
              </w:rPr>
              <w:t>Yes</w:t>
            </w:r>
          </w:p>
        </w:tc>
      </w:tr>
      <w:tr w:rsidR="003B3005" w14:paraId="693C0496" w14:textId="77777777">
        <w:trPr>
          <w:cantSplit/>
          <w:jc w:val="center"/>
        </w:trPr>
        <w:tc>
          <w:tcPr>
            <w:tcW w:w="1512" w:type="dxa"/>
            <w:tcMar>
              <w:top w:w="35" w:type="dxa"/>
              <w:left w:w="45" w:type="dxa"/>
              <w:bottom w:w="35" w:type="dxa"/>
              <w:right w:w="45" w:type="dxa"/>
            </w:tcMar>
            <w:vAlign w:val="center"/>
            <w:tcBorders>
              <w:left w:val="nil"/>
              <w:right w:val="nil"/>
            </w:tcBorders>
          </w:tcPr>
          <w:p w14:paraId="13CB78CA" w14:textId="77777777" w:rsidR="003B3005" w:rsidRDefault="00000000">
            <w:pPr>
              <w:spacing w:line="240" w:lineRule="auto"/>
            </w:pPr>
            <w:r>
              <w:rPr>
                <w:sz w:val="15"/>
              </w:rPr>
              <w:t>Contemporary race/ethnicity</w:t>
            </w:r>
          </w:p>
        </w:tc>
        <w:tc>
          <w:tcPr>
            <w:tcW w:w="1036" w:type="dxa"/>
            <w:tcMar>
              <w:top w:w="35" w:type="dxa"/>
              <w:left w:w="45" w:type="dxa"/>
              <w:bottom w:w="35" w:type="dxa"/>
              <w:right w:w="45" w:type="dxa"/>
            </w:tcMar>
            <w:vAlign w:val="center"/>
            <w:tcBorders>
              <w:left w:val="nil"/>
              <w:right w:val="nil"/>
            </w:tcBorders>
          </w:tcPr>
          <w:p w14:paraId="7FE59BF2" w14:textId="77777777" w:rsidR="003B3005" w:rsidRDefault="00000000">
            <w:pPr>
              <w:spacing w:line="240" w:lineRule="auto"/>
              <w:jc w:val="center"/>
            </w:pPr>
            <w:r>
              <w:rPr>
                <w:sz w:val="15"/>
              </w:rPr>
              <w:t>Non-Hispanic Black</w:t>
            </w:r>
          </w:p>
        </w:tc>
        <w:tc>
          <w:tcPr>
            <w:tcW w:w="1123" w:type="dxa"/>
            <w:tcMar>
              <w:top w:w="35" w:type="dxa"/>
              <w:left w:w="45" w:type="dxa"/>
              <w:bottom w:w="35" w:type="dxa"/>
              <w:right w:w="45" w:type="dxa"/>
            </w:tcMar>
            <w:vAlign w:val="center"/>
            <w:tcBorders>
              <w:left w:val="nil"/>
              <w:right w:val="nil"/>
            </w:tcBorders>
          </w:tcPr>
          <w:p w14:paraId="269C8675" w14:textId="77777777" w:rsidR="003B3005" w:rsidRDefault="00000000">
            <w:pPr>
              <w:spacing w:line="240" w:lineRule="auto"/>
              <w:jc w:val="center"/>
            </w:pPr>
            <w:r>
              <w:rPr>
                <w:sz w:val="15"/>
              </w:rPr>
              <w:t>2021-2024</w:t>
            </w:r>
          </w:p>
        </w:tc>
        <w:tc>
          <w:tcPr>
            <w:tcW w:w="1512" w:type="dxa"/>
            <w:tcMar>
              <w:top w:w="35" w:type="dxa"/>
              <w:left w:w="45" w:type="dxa"/>
              <w:bottom w:w="35" w:type="dxa"/>
              <w:right w:w="45" w:type="dxa"/>
            </w:tcMar>
            <w:vAlign w:val="center"/>
            <w:tcBorders>
              <w:left w:val="nil"/>
              <w:right w:val="nil"/>
            </w:tcBorders>
          </w:tcPr>
          <w:p w14:paraId="5DDEED6D" w14:textId="77777777" w:rsidR="003B3005" w:rsidRDefault="00000000">
            <w:pPr>
              <w:spacing w:line="240" w:lineRule="auto"/>
              <w:jc w:val="center"/>
            </w:pPr>
            <w:r>
              <w:rPr>
                <w:sz w:val="15"/>
              </w:rPr>
              <w:t>-18.7755</w:t>
            </w:r>
          </w:p>
        </w:tc>
        <w:tc>
          <w:tcPr>
            <w:tcW w:w="1036" w:type="dxa"/>
            <w:tcMar>
              <w:top w:w="35" w:type="dxa"/>
              <w:left w:w="45" w:type="dxa"/>
              <w:bottom w:w="35" w:type="dxa"/>
              <w:right w:w="45" w:type="dxa"/>
            </w:tcMar>
            <w:vAlign w:val="center"/>
            <w:tcBorders>
              <w:left w:val="nil"/>
              <w:right w:val="nil"/>
            </w:tcBorders>
          </w:tcPr>
          <w:p w14:paraId="4C474DE8" w14:textId="77777777" w:rsidR="003B3005" w:rsidRDefault="00000000">
            <w:pPr>
              <w:spacing w:line="240" w:lineRule="auto"/>
              <w:jc w:val="center"/>
            </w:pPr>
            <w:r>
              <w:rPr>
                <w:sz w:val="15"/>
              </w:rPr>
              <w:t>-35.643 to -7.1571</w:t>
            </w:r>
          </w:p>
        </w:tc>
        <w:tc>
          <w:tcPr>
            <w:tcW w:w="2088" w:type="dxa"/>
            <w:tcMar>
              <w:top w:w="35" w:type="dxa"/>
              <w:left w:w="45" w:type="dxa"/>
              <w:bottom w:w="35" w:type="dxa"/>
              <w:right w:w="45" w:type="dxa"/>
            </w:tcMar>
            <w:vAlign w:val="center"/>
            <w:tcBorders>
              <w:left w:val="nil"/>
              <w:right w:val="nil"/>
            </w:tcBorders>
          </w:tcPr>
          <w:p w14:paraId="668498EB"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07EB4ED5" w14:textId="77777777" w:rsidR="003B3005" w:rsidRDefault="00000000">
            <w:pPr>
              <w:spacing w:line="240" w:lineRule="auto"/>
              <w:jc w:val="center"/>
            </w:pPr>
            <w:r>
              <w:rPr>
                <w:sz w:val="15"/>
              </w:rPr>
              <w:t>Yes</w:t>
            </w:r>
          </w:p>
        </w:tc>
      </w:tr>
      <w:tr w:rsidR="003B3005" w14:paraId="54B00BB3" w14:textId="77777777">
        <w:trPr>
          <w:cantSplit/>
          <w:jc w:val="center"/>
        </w:trPr>
        <w:tc>
          <w:tcPr>
            <w:tcW w:w="1512" w:type="dxa"/>
            <w:tcMar>
              <w:top w:w="35" w:type="dxa"/>
              <w:left w:w="45" w:type="dxa"/>
              <w:bottom w:w="35" w:type="dxa"/>
              <w:right w:w="45" w:type="dxa"/>
            </w:tcMar>
            <w:vAlign w:val="center"/>
            <w:tcBorders>
              <w:left w:val="nil"/>
              <w:right w:val="nil"/>
            </w:tcBorders>
          </w:tcPr>
          <w:p w14:paraId="3E88EC13" w14:textId="77777777" w:rsidR="003B3005" w:rsidRDefault="00000000">
            <w:pPr>
              <w:spacing w:line="240" w:lineRule="auto"/>
            </w:pPr>
            <w:r>
              <w:rPr>
                <w:sz w:val="15"/>
              </w:rPr>
              <w:t>Contemporary race/ethnicity</w:t>
            </w:r>
          </w:p>
        </w:tc>
        <w:tc>
          <w:tcPr>
            <w:tcW w:w="1036" w:type="dxa"/>
            <w:tcMar>
              <w:top w:w="35" w:type="dxa"/>
              <w:left w:w="45" w:type="dxa"/>
              <w:bottom w:w="35" w:type="dxa"/>
              <w:right w:w="45" w:type="dxa"/>
            </w:tcMar>
            <w:vAlign w:val="center"/>
            <w:tcBorders>
              <w:left w:val="nil"/>
              <w:right w:val="nil"/>
            </w:tcBorders>
          </w:tcPr>
          <w:p w14:paraId="25D558DD" w14:textId="77777777" w:rsidR="003B3005" w:rsidRDefault="00000000">
            <w:pPr>
              <w:spacing w:line="240" w:lineRule="auto"/>
              <w:jc w:val="center"/>
            </w:pPr>
            <w:r>
              <w:rPr>
                <w:sz w:val="15"/>
              </w:rPr>
              <w:t>Non-Hispanic Native Hawaiian or Other Pacific Islander</w:t>
            </w:r>
          </w:p>
        </w:tc>
        <w:tc>
          <w:tcPr>
            <w:tcW w:w="1123" w:type="dxa"/>
            <w:tcMar>
              <w:top w:w="35" w:type="dxa"/>
              <w:left w:w="45" w:type="dxa"/>
              <w:bottom w:w="35" w:type="dxa"/>
              <w:right w:w="45" w:type="dxa"/>
            </w:tcMar>
            <w:vAlign w:val="center"/>
            <w:tcBorders>
              <w:left w:val="nil"/>
              <w:right w:val="nil"/>
            </w:tcBorders>
          </w:tcPr>
          <w:p w14:paraId="04BEE676" w14:textId="77777777" w:rsidR="003B3005" w:rsidRDefault="00000000">
            <w:pPr>
              <w:spacing w:line="240" w:lineRule="auto"/>
              <w:jc w:val="center"/>
            </w:pPr>
            <w:r>
              <w:rPr>
                <w:sz w:val="15"/>
              </w:rPr>
              <w:t>2018-2021</w:t>
            </w:r>
          </w:p>
        </w:tc>
        <w:tc>
          <w:tcPr>
            <w:tcW w:w="1512" w:type="dxa"/>
            <w:tcMar>
              <w:top w:w="35" w:type="dxa"/>
              <w:left w:w="45" w:type="dxa"/>
              <w:bottom w:w="35" w:type="dxa"/>
              <w:right w:w="45" w:type="dxa"/>
            </w:tcMar>
            <w:vAlign w:val="center"/>
            <w:tcBorders>
              <w:left w:val="nil"/>
              <w:right w:val="nil"/>
            </w:tcBorders>
          </w:tcPr>
          <w:p w14:paraId="2A9BFDFB" w14:textId="77777777" w:rsidR="003B3005" w:rsidRDefault="00000000">
            <w:pPr>
              <w:spacing w:line="240" w:lineRule="auto"/>
              <w:jc w:val="center"/>
            </w:pPr>
            <w:r>
              <w:rPr>
                <w:sz w:val="15"/>
              </w:rPr>
              <w:t>69.3608</w:t>
            </w:r>
          </w:p>
        </w:tc>
        <w:tc>
          <w:tcPr>
            <w:tcW w:w="1036" w:type="dxa"/>
            <w:tcMar>
              <w:top w:w="35" w:type="dxa"/>
              <w:left w:w="45" w:type="dxa"/>
              <w:bottom w:w="35" w:type="dxa"/>
              <w:right w:w="45" w:type="dxa"/>
            </w:tcMar>
            <w:vAlign w:val="center"/>
            <w:tcBorders>
              <w:left w:val="nil"/>
              <w:right w:val="nil"/>
            </w:tcBorders>
          </w:tcPr>
          <w:p w14:paraId="3D6B5A1B" w14:textId="77777777" w:rsidR="003B3005" w:rsidRDefault="00000000">
            <w:pPr>
              <w:spacing w:line="240" w:lineRule="auto"/>
              <w:jc w:val="center"/>
            </w:pPr>
            <w:r>
              <w:rPr>
                <w:sz w:val="15"/>
              </w:rPr>
              <w:t>24.2645 to 558.3848</w:t>
            </w:r>
          </w:p>
        </w:tc>
        <w:tc>
          <w:tcPr>
            <w:tcW w:w="2088" w:type="dxa"/>
            <w:tcMar>
              <w:top w:w="35" w:type="dxa"/>
              <w:left w:w="45" w:type="dxa"/>
              <w:bottom w:w="35" w:type="dxa"/>
              <w:right w:w="45" w:type="dxa"/>
            </w:tcMar>
            <w:vAlign w:val="center"/>
            <w:tcBorders>
              <w:left w:val="nil"/>
              <w:right w:val="nil"/>
            </w:tcBorders>
          </w:tcPr>
          <w:p w14:paraId="5A6C8211" w14:textId="77777777" w:rsidR="003B3005" w:rsidRDefault="00000000">
            <w:pPr>
              <w:spacing w:line="240" w:lineRule="auto"/>
              <w:jc w:val="center"/>
            </w:pPr>
            <w:r>
              <w:rPr>
                <w:sz w:val="15"/>
              </w:rPr>
              <w:t>0.006399</w:t>
            </w:r>
          </w:p>
        </w:tc>
        <w:tc>
          <w:tcPr>
            <w:tcW w:w="1123" w:type="dxa"/>
            <w:tcMar>
              <w:top w:w="35" w:type="dxa"/>
              <w:left w:w="45" w:type="dxa"/>
              <w:bottom w:w="35" w:type="dxa"/>
              <w:right w:w="45" w:type="dxa"/>
            </w:tcMar>
            <w:vAlign w:val="center"/>
            <w:tcBorders>
              <w:left w:val="nil"/>
              <w:right w:val="nil"/>
            </w:tcBorders>
          </w:tcPr>
          <w:p w14:paraId="0FC6B23A" w14:textId="77777777" w:rsidR="003B3005" w:rsidRDefault="00000000">
            <w:pPr>
              <w:spacing w:line="240" w:lineRule="auto"/>
              <w:jc w:val="center"/>
            </w:pPr>
            <w:r>
              <w:rPr>
                <w:sz w:val="15"/>
              </w:rPr>
              <w:t>Yes</w:t>
            </w:r>
          </w:p>
        </w:tc>
      </w:tr>
      <w:tr w:rsidR="003B3005" w14:paraId="5280463D" w14:textId="77777777">
        <w:trPr>
          <w:cantSplit/>
          <w:jc w:val="center"/>
        </w:trPr>
        <w:tc>
          <w:tcPr>
            <w:tcW w:w="1512" w:type="dxa"/>
            <w:tcMar>
              <w:top w:w="35" w:type="dxa"/>
              <w:left w:w="45" w:type="dxa"/>
              <w:bottom w:w="35" w:type="dxa"/>
              <w:right w:w="45" w:type="dxa"/>
            </w:tcMar>
            <w:vAlign w:val="center"/>
            <w:tcBorders>
              <w:left w:val="nil"/>
              <w:right w:val="nil"/>
            </w:tcBorders>
          </w:tcPr>
          <w:p w14:paraId="00BDA773" w14:textId="77777777" w:rsidR="003B3005" w:rsidRDefault="00000000">
            <w:pPr>
              <w:spacing w:line="240" w:lineRule="auto"/>
            </w:pPr>
            <w:r>
              <w:rPr>
                <w:sz w:val="15"/>
              </w:rPr>
              <w:t>Contemporary race/ethnicity</w:t>
            </w:r>
          </w:p>
        </w:tc>
        <w:tc>
          <w:tcPr>
            <w:tcW w:w="1036" w:type="dxa"/>
            <w:tcMar>
              <w:top w:w="35" w:type="dxa"/>
              <w:left w:w="45" w:type="dxa"/>
              <w:bottom w:w="35" w:type="dxa"/>
              <w:right w:w="45" w:type="dxa"/>
            </w:tcMar>
            <w:vAlign w:val="center"/>
            <w:tcBorders>
              <w:left w:val="nil"/>
              <w:right w:val="nil"/>
            </w:tcBorders>
          </w:tcPr>
          <w:p w14:paraId="06CD9CF4" w14:textId="77777777" w:rsidR="003B3005" w:rsidRDefault="00000000">
            <w:pPr>
              <w:spacing w:line="240" w:lineRule="auto"/>
              <w:jc w:val="center"/>
            </w:pPr>
            <w:r>
              <w:rPr>
                <w:sz w:val="15"/>
              </w:rPr>
              <w:t>Non-Hispanic Native Hawaiian or Other Pacific Islander</w:t>
            </w:r>
          </w:p>
        </w:tc>
        <w:tc>
          <w:tcPr>
            <w:tcW w:w="1123" w:type="dxa"/>
            <w:tcMar>
              <w:top w:w="35" w:type="dxa"/>
              <w:left w:w="45" w:type="dxa"/>
              <w:bottom w:w="35" w:type="dxa"/>
              <w:right w:w="45" w:type="dxa"/>
            </w:tcMar>
            <w:vAlign w:val="center"/>
            <w:tcBorders>
              <w:left w:val="nil"/>
              <w:right w:val="nil"/>
            </w:tcBorders>
          </w:tcPr>
          <w:p w14:paraId="190AFCA2" w14:textId="77777777" w:rsidR="003B3005" w:rsidRDefault="00000000">
            <w:pPr>
              <w:spacing w:line="240" w:lineRule="auto"/>
              <w:jc w:val="center"/>
            </w:pPr>
            <w:r>
              <w:rPr>
                <w:sz w:val="15"/>
              </w:rPr>
              <w:t>2021-2024</w:t>
            </w:r>
          </w:p>
        </w:tc>
        <w:tc>
          <w:tcPr>
            <w:tcW w:w="1512" w:type="dxa"/>
            <w:tcMar>
              <w:top w:w="35" w:type="dxa"/>
              <w:left w:w="45" w:type="dxa"/>
              <w:bottom w:w="35" w:type="dxa"/>
              <w:right w:w="45" w:type="dxa"/>
            </w:tcMar>
            <w:vAlign w:val="center"/>
            <w:tcBorders>
              <w:left w:val="nil"/>
              <w:right w:val="nil"/>
            </w:tcBorders>
          </w:tcPr>
          <w:p w14:paraId="558A9679" w14:textId="77777777" w:rsidR="003B3005" w:rsidRDefault="00000000">
            <w:pPr>
              <w:spacing w:line="240" w:lineRule="auto"/>
              <w:jc w:val="center"/>
            </w:pPr>
            <w:r>
              <w:rPr>
                <w:sz w:val="15"/>
              </w:rPr>
              <w:t>-35.0355</w:t>
            </w:r>
          </w:p>
        </w:tc>
        <w:tc>
          <w:tcPr>
            <w:tcW w:w="1036" w:type="dxa"/>
            <w:tcMar>
              <w:top w:w="35" w:type="dxa"/>
              <w:left w:w="45" w:type="dxa"/>
              <w:bottom w:w="35" w:type="dxa"/>
              <w:right w:w="45" w:type="dxa"/>
            </w:tcMar>
            <w:vAlign w:val="center"/>
            <w:tcBorders>
              <w:left w:val="nil"/>
              <w:right w:val="nil"/>
            </w:tcBorders>
          </w:tcPr>
          <w:p w14:paraId="40BB8A51" w14:textId="77777777" w:rsidR="003B3005" w:rsidRDefault="00000000">
            <w:pPr>
              <w:spacing w:line="240" w:lineRule="auto"/>
              <w:jc w:val="center"/>
            </w:pPr>
            <w:r>
              <w:rPr>
                <w:sz w:val="15"/>
              </w:rPr>
              <w:t>-80.0181 to -11.4047</w:t>
            </w:r>
          </w:p>
        </w:tc>
        <w:tc>
          <w:tcPr>
            <w:tcW w:w="2088" w:type="dxa"/>
            <w:tcMar>
              <w:top w:w="35" w:type="dxa"/>
              <w:left w:w="45" w:type="dxa"/>
              <w:bottom w:w="35" w:type="dxa"/>
              <w:right w:w="45" w:type="dxa"/>
            </w:tcMar>
            <w:vAlign w:val="center"/>
            <w:tcBorders>
              <w:left w:val="nil"/>
              <w:right w:val="nil"/>
            </w:tcBorders>
          </w:tcPr>
          <w:p w14:paraId="75B62C4D" w14:textId="77777777" w:rsidR="003B3005" w:rsidRDefault="00000000">
            <w:pPr>
              <w:spacing w:line="240" w:lineRule="auto"/>
              <w:jc w:val="center"/>
            </w:pPr>
            <w:r>
              <w:rPr>
                <w:sz w:val="15"/>
              </w:rPr>
              <w:t>0.010798</w:t>
            </w:r>
          </w:p>
        </w:tc>
        <w:tc>
          <w:tcPr>
            <w:tcW w:w="1123" w:type="dxa"/>
            <w:tcMar>
              <w:top w:w="35" w:type="dxa"/>
              <w:left w:w="45" w:type="dxa"/>
              <w:bottom w:w="35" w:type="dxa"/>
              <w:right w:w="45" w:type="dxa"/>
            </w:tcMar>
            <w:vAlign w:val="center"/>
            <w:tcBorders>
              <w:left w:val="nil"/>
              <w:right w:val="nil"/>
            </w:tcBorders>
          </w:tcPr>
          <w:p w14:paraId="68CE6EDF" w14:textId="77777777" w:rsidR="003B3005" w:rsidRDefault="00000000">
            <w:pPr>
              <w:spacing w:line="240" w:lineRule="auto"/>
              <w:jc w:val="center"/>
            </w:pPr>
            <w:r>
              <w:rPr>
                <w:sz w:val="15"/>
              </w:rPr>
              <w:t>Yes</w:t>
            </w:r>
          </w:p>
        </w:tc>
      </w:tr>
      <w:tr w:rsidR="003B3005" w14:paraId="554A28CB" w14:textId="77777777">
        <w:trPr>
          <w:cantSplit/>
          <w:jc w:val="center"/>
        </w:trPr>
        <w:tc>
          <w:tcPr>
            <w:tcW w:w="1512" w:type="dxa"/>
            <w:tcMar>
              <w:top w:w="35" w:type="dxa"/>
              <w:left w:w="45" w:type="dxa"/>
              <w:bottom w:w="35" w:type="dxa"/>
              <w:right w:w="45" w:type="dxa"/>
            </w:tcMar>
            <w:vAlign w:val="center"/>
            <w:tcBorders>
              <w:left w:val="nil"/>
              <w:right w:val="nil"/>
            </w:tcBorders>
          </w:tcPr>
          <w:p w14:paraId="1E137B36" w14:textId="77777777" w:rsidR="003B3005" w:rsidRDefault="00000000">
            <w:pPr>
              <w:spacing w:line="240" w:lineRule="auto"/>
            </w:pPr>
            <w:r>
              <w:rPr>
                <w:sz w:val="15"/>
              </w:rPr>
              <w:t>Contemporary race/ethnicity</w:t>
            </w:r>
          </w:p>
        </w:tc>
        <w:tc>
          <w:tcPr>
            <w:tcW w:w="1036" w:type="dxa"/>
            <w:tcMar>
              <w:top w:w="35" w:type="dxa"/>
              <w:left w:w="45" w:type="dxa"/>
              <w:bottom w:w="35" w:type="dxa"/>
              <w:right w:w="45" w:type="dxa"/>
            </w:tcMar>
            <w:vAlign w:val="center"/>
            <w:tcBorders>
              <w:left w:val="nil"/>
              <w:right w:val="nil"/>
            </w:tcBorders>
          </w:tcPr>
          <w:p w14:paraId="6C6A936B" w14:textId="77777777" w:rsidR="003B3005" w:rsidRDefault="00000000">
            <w:pPr>
              <w:spacing w:line="240" w:lineRule="auto"/>
              <w:jc w:val="center"/>
            </w:pPr>
            <w:r>
              <w:rPr>
                <w:sz w:val="15"/>
              </w:rPr>
              <w:t>Non-Hispanic White</w:t>
            </w:r>
          </w:p>
        </w:tc>
        <w:tc>
          <w:tcPr>
            <w:tcW w:w="1123" w:type="dxa"/>
            <w:tcMar>
              <w:top w:w="35" w:type="dxa"/>
              <w:left w:w="45" w:type="dxa"/>
              <w:bottom w:w="35" w:type="dxa"/>
              <w:right w:w="45" w:type="dxa"/>
            </w:tcMar>
            <w:vAlign w:val="center"/>
            <w:tcBorders>
              <w:left w:val="nil"/>
              <w:right w:val="nil"/>
            </w:tcBorders>
          </w:tcPr>
          <w:p w14:paraId="4FA650AE" w14:textId="77777777" w:rsidR="003B3005" w:rsidRDefault="00000000">
            <w:pPr>
              <w:spacing w:line="240" w:lineRule="auto"/>
              <w:jc w:val="center"/>
            </w:pPr>
            <w:r>
              <w:rPr>
                <w:sz w:val="15"/>
              </w:rPr>
              <w:t>2018-2021</w:t>
            </w:r>
          </w:p>
        </w:tc>
        <w:tc>
          <w:tcPr>
            <w:tcW w:w="1512" w:type="dxa"/>
            <w:tcMar>
              <w:top w:w="35" w:type="dxa"/>
              <w:left w:w="45" w:type="dxa"/>
              <w:bottom w:w="35" w:type="dxa"/>
              <w:right w:w="45" w:type="dxa"/>
            </w:tcMar>
            <w:vAlign w:val="center"/>
            <w:tcBorders>
              <w:left w:val="nil"/>
              <w:right w:val="nil"/>
            </w:tcBorders>
          </w:tcPr>
          <w:p w14:paraId="3A71F0C3" w14:textId="77777777" w:rsidR="003B3005" w:rsidRDefault="00000000">
            <w:pPr>
              <w:spacing w:line="240" w:lineRule="auto"/>
              <w:jc w:val="center"/>
            </w:pPr>
            <w:r>
              <w:rPr>
                <w:sz w:val="15"/>
              </w:rPr>
              <w:t>37.1008</w:t>
            </w:r>
          </w:p>
        </w:tc>
        <w:tc>
          <w:tcPr>
            <w:tcW w:w="1036" w:type="dxa"/>
            <w:tcMar>
              <w:top w:w="35" w:type="dxa"/>
              <w:left w:w="45" w:type="dxa"/>
              <w:bottom w:w="35" w:type="dxa"/>
              <w:right w:w="45" w:type="dxa"/>
            </w:tcMar>
            <w:vAlign w:val="center"/>
            <w:tcBorders>
              <w:left w:val="nil"/>
              <w:right w:val="nil"/>
            </w:tcBorders>
          </w:tcPr>
          <w:p w14:paraId="402E429B" w14:textId="77777777" w:rsidR="003B3005" w:rsidRDefault="00000000">
            <w:pPr>
              <w:spacing w:line="240" w:lineRule="auto"/>
              <w:jc w:val="center"/>
            </w:pPr>
            <w:r>
              <w:rPr>
                <w:sz w:val="15"/>
              </w:rPr>
              <w:t>19.313 to 72.0592</w:t>
            </w:r>
          </w:p>
        </w:tc>
        <w:tc>
          <w:tcPr>
            <w:tcW w:w="2088" w:type="dxa"/>
            <w:tcMar>
              <w:top w:w="35" w:type="dxa"/>
              <w:left w:w="45" w:type="dxa"/>
              <w:bottom w:w="35" w:type="dxa"/>
              <w:right w:w="45" w:type="dxa"/>
            </w:tcMar>
            <w:vAlign w:val="center"/>
            <w:tcBorders>
              <w:left w:val="nil"/>
              <w:right w:val="nil"/>
            </w:tcBorders>
          </w:tcPr>
          <w:p w14:paraId="49BDFF03"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18ECF39A" w14:textId="77777777" w:rsidR="003B3005" w:rsidRDefault="00000000">
            <w:pPr>
              <w:spacing w:line="240" w:lineRule="auto"/>
              <w:jc w:val="center"/>
            </w:pPr>
            <w:r>
              <w:rPr>
                <w:sz w:val="15"/>
              </w:rPr>
              <w:t>Yes</w:t>
            </w:r>
          </w:p>
        </w:tc>
      </w:tr>
      <w:tr w:rsidR="003B3005" w14:paraId="2513CF21" w14:textId="77777777">
        <w:trPr>
          <w:cantSplit/>
          <w:jc w:val="center"/>
        </w:trPr>
        <w:tc>
          <w:tcPr>
            <w:tcW w:w="1512" w:type="dxa"/>
            <w:tcMar>
              <w:top w:w="35" w:type="dxa"/>
              <w:left w:w="45" w:type="dxa"/>
              <w:bottom w:w="35" w:type="dxa"/>
              <w:right w:w="45" w:type="dxa"/>
            </w:tcMar>
            <w:vAlign w:val="center"/>
            <w:tcBorders>
              <w:left w:val="nil"/>
              <w:right w:val="nil"/>
            </w:tcBorders>
          </w:tcPr>
          <w:p w14:paraId="190BE963" w14:textId="77777777" w:rsidR="003B3005" w:rsidRDefault="00000000">
            <w:pPr>
              <w:spacing w:line="240" w:lineRule="auto"/>
            </w:pPr>
            <w:r>
              <w:rPr>
                <w:sz w:val="15"/>
              </w:rPr>
              <w:t>Contemporary race/ethnicity</w:t>
            </w:r>
          </w:p>
        </w:tc>
        <w:tc>
          <w:tcPr>
            <w:tcW w:w="1036" w:type="dxa"/>
            <w:tcMar>
              <w:top w:w="35" w:type="dxa"/>
              <w:left w:w="45" w:type="dxa"/>
              <w:bottom w:w="35" w:type="dxa"/>
              <w:right w:w="45" w:type="dxa"/>
            </w:tcMar>
            <w:vAlign w:val="center"/>
            <w:tcBorders>
              <w:left w:val="nil"/>
              <w:right w:val="nil"/>
            </w:tcBorders>
          </w:tcPr>
          <w:p w14:paraId="7905352E" w14:textId="77777777" w:rsidR="003B3005" w:rsidRDefault="00000000">
            <w:pPr>
              <w:spacing w:line="240" w:lineRule="auto"/>
              <w:jc w:val="center"/>
            </w:pPr>
            <w:r>
              <w:rPr>
                <w:sz w:val="15"/>
              </w:rPr>
              <w:t>Non-Hispanic White</w:t>
            </w:r>
          </w:p>
        </w:tc>
        <w:tc>
          <w:tcPr>
            <w:tcW w:w="1123" w:type="dxa"/>
            <w:tcMar>
              <w:top w:w="35" w:type="dxa"/>
              <w:left w:w="45" w:type="dxa"/>
              <w:bottom w:w="35" w:type="dxa"/>
              <w:right w:w="45" w:type="dxa"/>
            </w:tcMar>
            <w:vAlign w:val="center"/>
            <w:tcBorders>
              <w:left w:val="nil"/>
              <w:right w:val="nil"/>
            </w:tcBorders>
          </w:tcPr>
          <w:p w14:paraId="57D62B15" w14:textId="77777777" w:rsidR="003B3005" w:rsidRDefault="00000000">
            <w:pPr>
              <w:spacing w:line="240" w:lineRule="auto"/>
              <w:jc w:val="center"/>
            </w:pPr>
            <w:r>
              <w:rPr>
                <w:sz w:val="15"/>
              </w:rPr>
              <w:t>2021-2024</w:t>
            </w:r>
          </w:p>
        </w:tc>
        <w:tc>
          <w:tcPr>
            <w:tcW w:w="1512" w:type="dxa"/>
            <w:tcMar>
              <w:top w:w="35" w:type="dxa"/>
              <w:left w:w="45" w:type="dxa"/>
              <w:bottom w:w="35" w:type="dxa"/>
              <w:right w:w="45" w:type="dxa"/>
            </w:tcMar>
            <w:vAlign w:val="center"/>
            <w:tcBorders>
              <w:left w:val="nil"/>
              <w:right w:val="nil"/>
            </w:tcBorders>
          </w:tcPr>
          <w:p w14:paraId="4E3FAAC1" w14:textId="77777777" w:rsidR="003B3005" w:rsidRDefault="00000000">
            <w:pPr>
              <w:spacing w:line="240" w:lineRule="auto"/>
              <w:jc w:val="center"/>
            </w:pPr>
            <w:r>
              <w:rPr>
                <w:sz w:val="15"/>
              </w:rPr>
              <w:t>-17.9067</w:t>
            </w:r>
          </w:p>
        </w:tc>
        <w:tc>
          <w:tcPr>
            <w:tcW w:w="1036" w:type="dxa"/>
            <w:tcMar>
              <w:top w:w="35" w:type="dxa"/>
              <w:left w:w="45" w:type="dxa"/>
              <w:bottom w:w="35" w:type="dxa"/>
              <w:right w:w="45" w:type="dxa"/>
            </w:tcMar>
            <w:vAlign w:val="center"/>
            <w:tcBorders>
              <w:left w:val="nil"/>
              <w:right w:val="nil"/>
            </w:tcBorders>
          </w:tcPr>
          <w:p w14:paraId="7B869E0E" w14:textId="77777777" w:rsidR="003B3005" w:rsidRDefault="00000000">
            <w:pPr>
              <w:spacing w:line="240" w:lineRule="auto"/>
              <w:jc w:val="center"/>
            </w:pPr>
            <w:r>
              <w:rPr>
                <w:sz w:val="15"/>
              </w:rPr>
              <w:t>-32.1702 to -6.4713</w:t>
            </w:r>
          </w:p>
        </w:tc>
        <w:tc>
          <w:tcPr>
            <w:tcW w:w="2088" w:type="dxa"/>
            <w:tcMar>
              <w:top w:w="35" w:type="dxa"/>
              <w:left w:w="45" w:type="dxa"/>
              <w:bottom w:w="35" w:type="dxa"/>
              <w:right w:w="45" w:type="dxa"/>
            </w:tcMar>
            <w:vAlign w:val="center"/>
            <w:tcBorders>
              <w:left w:val="nil"/>
              <w:right w:val="nil"/>
            </w:tcBorders>
          </w:tcPr>
          <w:p w14:paraId="766A6729"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6B047545" w14:textId="77777777" w:rsidR="003B3005" w:rsidRDefault="00000000">
            <w:pPr>
              <w:spacing w:line="240" w:lineRule="auto"/>
              <w:jc w:val="center"/>
            </w:pPr>
            <w:r>
              <w:rPr>
                <w:sz w:val="15"/>
              </w:rPr>
              <w:t>Yes</w:t>
            </w:r>
          </w:p>
        </w:tc>
      </w:tr>
      <w:tr w:rsidR="003B3005" w14:paraId="37C72968" w14:textId="77777777">
        <w:trPr>
          <w:cantSplit/>
          <w:jc w:val="center"/>
        </w:trPr>
        <w:tc>
          <w:tcPr>
            <w:tcW w:w="1512" w:type="dxa"/>
            <w:tcMar>
              <w:top w:w="35" w:type="dxa"/>
              <w:left w:w="45" w:type="dxa"/>
              <w:bottom w:w="35" w:type="dxa"/>
              <w:right w:w="45" w:type="dxa"/>
            </w:tcMar>
            <w:vAlign w:val="center"/>
            <w:tcBorders>
              <w:left w:val="nil"/>
              <w:right w:val="nil"/>
            </w:tcBorders>
          </w:tcPr>
          <w:p w14:paraId="03FDF098" w14:textId="77777777" w:rsidR="003B3005" w:rsidRDefault="00000000">
            <w:pPr>
              <w:spacing w:line="240" w:lineRule="auto"/>
            </w:pPr>
            <w:r>
              <w:rPr>
                <w:sz w:val="15"/>
              </w:rPr>
              <w:t>Contemporary race/ethnicity</w:t>
            </w:r>
          </w:p>
        </w:tc>
        <w:tc>
          <w:tcPr>
            <w:tcW w:w="1036" w:type="dxa"/>
            <w:tcMar>
              <w:top w:w="35" w:type="dxa"/>
              <w:left w:w="45" w:type="dxa"/>
              <w:bottom w:w="35" w:type="dxa"/>
              <w:right w:w="45" w:type="dxa"/>
            </w:tcMar>
            <w:vAlign w:val="center"/>
            <w:tcBorders>
              <w:left w:val="nil"/>
              <w:right w:val="nil"/>
            </w:tcBorders>
          </w:tcPr>
          <w:p w14:paraId="4003B542" w14:textId="77777777" w:rsidR="003B3005" w:rsidRDefault="00000000">
            <w:pPr>
              <w:spacing w:line="240" w:lineRule="auto"/>
              <w:jc w:val="center"/>
            </w:pPr>
            <w:r>
              <w:rPr>
                <w:sz w:val="15"/>
              </w:rPr>
              <w:t>Non-Hispanic More than one race</w:t>
            </w:r>
          </w:p>
        </w:tc>
        <w:tc>
          <w:tcPr>
            <w:tcW w:w="1123" w:type="dxa"/>
            <w:tcMar>
              <w:top w:w="35" w:type="dxa"/>
              <w:left w:w="45" w:type="dxa"/>
              <w:bottom w:w="35" w:type="dxa"/>
              <w:right w:w="45" w:type="dxa"/>
            </w:tcMar>
            <w:vAlign w:val="center"/>
            <w:tcBorders>
              <w:left w:val="nil"/>
              <w:right w:val="nil"/>
            </w:tcBorders>
          </w:tcPr>
          <w:p w14:paraId="694D8E19" w14:textId="77777777" w:rsidR="003B3005" w:rsidRDefault="00000000">
            <w:pPr>
              <w:spacing w:line="240" w:lineRule="auto"/>
              <w:jc w:val="center"/>
            </w:pPr>
            <w:r>
              <w:rPr>
                <w:sz w:val="15"/>
              </w:rPr>
              <w:t>2018-2021</w:t>
            </w:r>
          </w:p>
        </w:tc>
        <w:tc>
          <w:tcPr>
            <w:tcW w:w="1512" w:type="dxa"/>
            <w:tcMar>
              <w:top w:w="35" w:type="dxa"/>
              <w:left w:w="45" w:type="dxa"/>
              <w:bottom w:w="35" w:type="dxa"/>
              <w:right w:w="45" w:type="dxa"/>
            </w:tcMar>
            <w:vAlign w:val="center"/>
            <w:tcBorders>
              <w:left w:val="nil"/>
              <w:right w:val="nil"/>
            </w:tcBorders>
          </w:tcPr>
          <w:p w14:paraId="5F514F37" w14:textId="77777777" w:rsidR="003B3005" w:rsidRDefault="00000000">
            <w:pPr>
              <w:spacing w:line="240" w:lineRule="auto"/>
              <w:jc w:val="center"/>
            </w:pPr>
            <w:r>
              <w:rPr>
                <w:sz w:val="15"/>
              </w:rPr>
              <w:t>50.732</w:t>
            </w:r>
          </w:p>
        </w:tc>
        <w:tc>
          <w:tcPr>
            <w:tcW w:w="1036" w:type="dxa"/>
            <w:tcMar>
              <w:top w:w="35" w:type="dxa"/>
              <w:left w:w="45" w:type="dxa"/>
              <w:bottom w:w="35" w:type="dxa"/>
              <w:right w:w="45" w:type="dxa"/>
            </w:tcMar>
            <w:vAlign w:val="center"/>
            <w:tcBorders>
              <w:left w:val="nil"/>
              <w:right w:val="nil"/>
            </w:tcBorders>
          </w:tcPr>
          <w:p w14:paraId="4D58CDAB" w14:textId="77777777" w:rsidR="003B3005" w:rsidRDefault="00000000">
            <w:pPr>
              <w:spacing w:line="240" w:lineRule="auto"/>
              <w:jc w:val="center"/>
            </w:pPr>
            <w:r>
              <w:rPr>
                <w:sz w:val="15"/>
              </w:rPr>
              <w:t>25.185 to 121.9743</w:t>
            </w:r>
          </w:p>
        </w:tc>
        <w:tc>
          <w:tcPr>
            <w:tcW w:w="2088" w:type="dxa"/>
            <w:tcMar>
              <w:top w:w="35" w:type="dxa"/>
              <w:left w:w="45" w:type="dxa"/>
              <w:bottom w:w="35" w:type="dxa"/>
              <w:right w:w="45" w:type="dxa"/>
            </w:tcMar>
            <w:vAlign w:val="center"/>
            <w:tcBorders>
              <w:left w:val="nil"/>
              <w:right w:val="nil"/>
            </w:tcBorders>
          </w:tcPr>
          <w:p w14:paraId="62D6E70B"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696A8D9A" w14:textId="77777777" w:rsidR="003B3005" w:rsidRDefault="00000000">
            <w:pPr>
              <w:spacing w:line="240" w:lineRule="auto"/>
              <w:jc w:val="center"/>
            </w:pPr>
            <w:r>
              <w:rPr>
                <w:sz w:val="15"/>
              </w:rPr>
              <w:t>Yes</w:t>
            </w:r>
          </w:p>
        </w:tc>
      </w:tr>
      <w:tr w:rsidR="003B3005" w14:paraId="32982BC2" w14:textId="77777777">
        <w:trPr>
          <w:cantSplit/>
          <w:jc w:val="center"/>
        </w:trPr>
        <w:tc>
          <w:tcPr>
            <w:tcW w:w="1512" w:type="dxa"/>
            <w:tcMar>
              <w:top w:w="35" w:type="dxa"/>
              <w:left w:w="45" w:type="dxa"/>
              <w:bottom w:w="35" w:type="dxa"/>
              <w:right w:w="45" w:type="dxa"/>
            </w:tcMar>
            <w:vAlign w:val="center"/>
            <w:tcBorders>
              <w:left w:val="nil"/>
              <w:right w:val="nil"/>
            </w:tcBorders>
          </w:tcPr>
          <w:p w14:paraId="6E8C5A2A" w14:textId="77777777" w:rsidR="003B3005" w:rsidRDefault="00000000">
            <w:pPr>
              <w:spacing w:line="240" w:lineRule="auto"/>
            </w:pPr>
            <w:r>
              <w:rPr>
                <w:sz w:val="15"/>
              </w:rPr>
              <w:lastRenderedPageBreak/>
              <w:t>Contemporary race/ethnicity</w:t>
            </w:r>
          </w:p>
        </w:tc>
        <w:tc>
          <w:tcPr>
            <w:tcW w:w="1036" w:type="dxa"/>
            <w:tcMar>
              <w:top w:w="35" w:type="dxa"/>
              <w:left w:w="45" w:type="dxa"/>
              <w:bottom w:w="35" w:type="dxa"/>
              <w:right w:w="45" w:type="dxa"/>
            </w:tcMar>
            <w:vAlign w:val="center"/>
            <w:tcBorders>
              <w:left w:val="nil"/>
              <w:right w:val="nil"/>
            </w:tcBorders>
          </w:tcPr>
          <w:p w14:paraId="196BDFDE" w14:textId="77777777" w:rsidR="003B3005" w:rsidRDefault="00000000">
            <w:pPr>
              <w:spacing w:line="240" w:lineRule="auto"/>
              <w:jc w:val="center"/>
            </w:pPr>
            <w:r>
              <w:rPr>
                <w:sz w:val="15"/>
              </w:rPr>
              <w:t>Non-Hispanic More than one race</w:t>
            </w:r>
          </w:p>
        </w:tc>
        <w:tc>
          <w:tcPr>
            <w:tcW w:w="1123" w:type="dxa"/>
            <w:tcMar>
              <w:top w:w="35" w:type="dxa"/>
              <w:left w:w="45" w:type="dxa"/>
              <w:bottom w:w="35" w:type="dxa"/>
              <w:right w:w="45" w:type="dxa"/>
            </w:tcMar>
            <w:vAlign w:val="center"/>
            <w:tcBorders>
              <w:left w:val="nil"/>
              <w:right w:val="nil"/>
            </w:tcBorders>
          </w:tcPr>
          <w:p w14:paraId="5A77FC9F" w14:textId="77777777" w:rsidR="003B3005" w:rsidRDefault="00000000">
            <w:pPr>
              <w:spacing w:line="240" w:lineRule="auto"/>
              <w:jc w:val="center"/>
            </w:pPr>
            <w:r>
              <w:rPr>
                <w:sz w:val="15"/>
              </w:rPr>
              <w:t>2021-2024</w:t>
            </w:r>
          </w:p>
        </w:tc>
        <w:tc>
          <w:tcPr>
            <w:tcW w:w="1512" w:type="dxa"/>
            <w:tcMar>
              <w:top w:w="35" w:type="dxa"/>
              <w:left w:w="45" w:type="dxa"/>
              <w:bottom w:w="35" w:type="dxa"/>
              <w:right w:w="45" w:type="dxa"/>
            </w:tcMar>
            <w:vAlign w:val="center"/>
            <w:tcBorders>
              <w:left w:val="nil"/>
              <w:right w:val="nil"/>
            </w:tcBorders>
          </w:tcPr>
          <w:p w14:paraId="482349B6" w14:textId="77777777" w:rsidR="003B3005" w:rsidRDefault="00000000">
            <w:pPr>
              <w:spacing w:line="240" w:lineRule="auto"/>
              <w:jc w:val="center"/>
            </w:pPr>
            <w:r>
              <w:rPr>
                <w:sz w:val="15"/>
              </w:rPr>
              <w:t>-19.417</w:t>
            </w:r>
          </w:p>
        </w:tc>
        <w:tc>
          <w:tcPr>
            <w:tcW w:w="1036" w:type="dxa"/>
            <w:tcMar>
              <w:top w:w="35" w:type="dxa"/>
              <w:left w:w="45" w:type="dxa"/>
              <w:bottom w:w="35" w:type="dxa"/>
              <w:right w:w="45" w:type="dxa"/>
            </w:tcMar>
            <w:vAlign w:val="center"/>
            <w:tcBorders>
              <w:left w:val="nil"/>
              <w:right w:val="nil"/>
            </w:tcBorders>
          </w:tcPr>
          <w:p w14:paraId="0CCF9ED1" w14:textId="77777777" w:rsidR="003B3005" w:rsidRDefault="00000000">
            <w:pPr>
              <w:spacing w:line="240" w:lineRule="auto"/>
              <w:jc w:val="center"/>
            </w:pPr>
            <w:r>
              <w:rPr>
                <w:sz w:val="15"/>
              </w:rPr>
              <w:t>-37.8853 to -4.521</w:t>
            </w:r>
          </w:p>
        </w:tc>
        <w:tc>
          <w:tcPr>
            <w:tcW w:w="2088" w:type="dxa"/>
            <w:tcMar>
              <w:top w:w="35" w:type="dxa"/>
              <w:left w:w="45" w:type="dxa"/>
              <w:bottom w:w="35" w:type="dxa"/>
              <w:right w:w="45" w:type="dxa"/>
            </w:tcMar>
            <w:vAlign w:val="center"/>
            <w:tcBorders>
              <w:left w:val="nil"/>
              <w:right w:val="nil"/>
            </w:tcBorders>
          </w:tcPr>
          <w:p w14:paraId="140C6749" w14:textId="77777777" w:rsidR="003B3005" w:rsidRDefault="00000000">
            <w:pPr>
              <w:spacing w:line="240" w:lineRule="auto"/>
              <w:jc w:val="center"/>
            </w:pPr>
            <w:r>
              <w:rPr>
                <w:sz w:val="15"/>
              </w:rPr>
              <w:t>0.007998</w:t>
            </w:r>
          </w:p>
        </w:tc>
        <w:tc>
          <w:tcPr>
            <w:tcW w:w="1123" w:type="dxa"/>
            <w:tcMar>
              <w:top w:w="35" w:type="dxa"/>
              <w:left w:w="45" w:type="dxa"/>
              <w:bottom w:w="35" w:type="dxa"/>
              <w:right w:w="45" w:type="dxa"/>
            </w:tcMar>
            <w:vAlign w:val="center"/>
            <w:tcBorders>
              <w:left w:val="nil"/>
              <w:right w:val="nil"/>
            </w:tcBorders>
          </w:tcPr>
          <w:p w14:paraId="3AE30734" w14:textId="77777777" w:rsidR="003B3005" w:rsidRDefault="00000000">
            <w:pPr>
              <w:spacing w:line="240" w:lineRule="auto"/>
              <w:jc w:val="center"/>
            </w:pPr>
            <w:r>
              <w:rPr>
                <w:sz w:val="15"/>
              </w:rPr>
              <w:t>Yes</w:t>
            </w:r>
          </w:p>
        </w:tc>
      </w:tr>
      <w:tr w:rsidR="003B3005" w14:paraId="59CDFDBE" w14:textId="77777777">
        <w:trPr>
          <w:cantSplit/>
          <w:jc w:val="center"/>
        </w:trPr>
        <w:tc>
          <w:tcPr>
            <w:tcW w:w="1512" w:type="dxa"/>
            <w:tcMar>
              <w:top w:w="35" w:type="dxa"/>
              <w:left w:w="45" w:type="dxa"/>
              <w:bottom w:w="35" w:type="dxa"/>
              <w:right w:w="45" w:type="dxa"/>
            </w:tcMar>
            <w:vAlign w:val="center"/>
            <w:tcBorders>
              <w:left w:val="nil"/>
              <w:right w:val="nil"/>
            </w:tcBorders>
          </w:tcPr>
          <w:p w14:paraId="12D39176" w14:textId="77777777" w:rsidR="003B3005" w:rsidRDefault="00000000">
            <w:pPr>
              <w:spacing w:line="240" w:lineRule="auto"/>
            </w:pPr>
            <w:r>
              <w:rPr>
                <w:sz w:val="15"/>
              </w:rPr>
              <w:t>Contemporary race/ethnicity</w:t>
            </w:r>
          </w:p>
        </w:tc>
        <w:tc>
          <w:tcPr>
            <w:tcW w:w="1036" w:type="dxa"/>
            <w:tcMar>
              <w:top w:w="35" w:type="dxa"/>
              <w:left w:w="45" w:type="dxa"/>
              <w:bottom w:w="35" w:type="dxa"/>
              <w:right w:w="45" w:type="dxa"/>
            </w:tcMar>
            <w:vAlign w:val="center"/>
            <w:tcBorders>
              <w:left w:val="nil"/>
              <w:right w:val="nil"/>
            </w:tcBorders>
          </w:tcPr>
          <w:p w14:paraId="5980297E" w14:textId="77777777" w:rsidR="003B3005" w:rsidRDefault="00000000">
            <w:pPr>
              <w:spacing w:line="240" w:lineRule="auto"/>
              <w:jc w:val="center"/>
            </w:pPr>
            <w:r>
              <w:rPr>
                <w:sz w:val="15"/>
              </w:rPr>
              <w:t>Hispanic or Latino, any race</w:t>
            </w:r>
          </w:p>
        </w:tc>
        <w:tc>
          <w:tcPr>
            <w:tcW w:w="1123" w:type="dxa"/>
            <w:tcMar>
              <w:top w:w="35" w:type="dxa"/>
              <w:left w:w="45" w:type="dxa"/>
              <w:bottom w:w="35" w:type="dxa"/>
              <w:right w:w="45" w:type="dxa"/>
            </w:tcMar>
            <w:vAlign w:val="center"/>
            <w:tcBorders>
              <w:left w:val="nil"/>
              <w:right w:val="nil"/>
            </w:tcBorders>
          </w:tcPr>
          <w:p w14:paraId="24C4A782" w14:textId="77777777" w:rsidR="003B3005" w:rsidRDefault="00000000">
            <w:pPr>
              <w:spacing w:line="240" w:lineRule="auto"/>
              <w:jc w:val="center"/>
            </w:pPr>
            <w:r>
              <w:rPr>
                <w:sz w:val="15"/>
              </w:rPr>
              <w:t>2018-2021</w:t>
            </w:r>
          </w:p>
        </w:tc>
        <w:tc>
          <w:tcPr>
            <w:tcW w:w="1512" w:type="dxa"/>
            <w:tcMar>
              <w:top w:w="35" w:type="dxa"/>
              <w:left w:w="45" w:type="dxa"/>
              <w:bottom w:w="35" w:type="dxa"/>
              <w:right w:w="45" w:type="dxa"/>
            </w:tcMar>
            <w:vAlign w:val="center"/>
            <w:tcBorders>
              <w:left w:val="nil"/>
              <w:right w:val="nil"/>
            </w:tcBorders>
          </w:tcPr>
          <w:p w14:paraId="275AECD0" w14:textId="77777777" w:rsidR="003B3005" w:rsidRDefault="00000000">
            <w:pPr>
              <w:spacing w:line="240" w:lineRule="auto"/>
              <w:jc w:val="center"/>
            </w:pPr>
            <w:r>
              <w:rPr>
                <w:sz w:val="15"/>
              </w:rPr>
              <w:t>58.9113</w:t>
            </w:r>
          </w:p>
        </w:tc>
        <w:tc>
          <w:tcPr>
            <w:tcW w:w="1036" w:type="dxa"/>
            <w:tcMar>
              <w:top w:w="35" w:type="dxa"/>
              <w:left w:w="45" w:type="dxa"/>
              <w:bottom w:w="35" w:type="dxa"/>
              <w:right w:w="45" w:type="dxa"/>
            </w:tcMar>
            <w:vAlign w:val="center"/>
            <w:tcBorders>
              <w:left w:val="nil"/>
              <w:right w:val="nil"/>
            </w:tcBorders>
          </w:tcPr>
          <w:p w14:paraId="663B9F15" w14:textId="77777777" w:rsidR="003B3005" w:rsidRDefault="00000000">
            <w:pPr>
              <w:spacing w:line="240" w:lineRule="auto"/>
              <w:jc w:val="center"/>
            </w:pPr>
            <w:r>
              <w:rPr>
                <w:sz w:val="15"/>
              </w:rPr>
              <w:t>24.7439 to 209.437</w:t>
            </w:r>
          </w:p>
        </w:tc>
        <w:tc>
          <w:tcPr>
            <w:tcW w:w="2088" w:type="dxa"/>
            <w:tcMar>
              <w:top w:w="35" w:type="dxa"/>
              <w:left w:w="45" w:type="dxa"/>
              <w:bottom w:w="35" w:type="dxa"/>
              <w:right w:w="45" w:type="dxa"/>
            </w:tcMar>
            <w:vAlign w:val="center"/>
            <w:tcBorders>
              <w:left w:val="nil"/>
              <w:right w:val="nil"/>
            </w:tcBorders>
          </w:tcPr>
          <w:p w14:paraId="1852D953"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3D67FFD2" w14:textId="77777777" w:rsidR="003B3005" w:rsidRDefault="00000000">
            <w:pPr>
              <w:spacing w:line="240" w:lineRule="auto"/>
              <w:jc w:val="center"/>
            </w:pPr>
            <w:r>
              <w:rPr>
                <w:sz w:val="15"/>
              </w:rPr>
              <w:t>Yes</w:t>
            </w:r>
          </w:p>
        </w:tc>
      </w:tr>
      <w:tr w:rsidR="003B3005" w14:paraId="5F3AD84C" w14:textId="77777777">
        <w:trPr>
          <w:cantSplit/>
          <w:jc w:val="center"/>
        </w:trPr>
        <w:tc>
          <w:tcPr>
            <w:tcW w:w="1512" w:type="dxa"/>
            <w:tcMar>
              <w:top w:w="35" w:type="dxa"/>
              <w:left w:w="45" w:type="dxa"/>
              <w:bottom w:w="35" w:type="dxa"/>
              <w:right w:w="45" w:type="dxa"/>
            </w:tcMar>
            <w:vAlign w:val="center"/>
            <w:tcBorders>
              <w:left w:val="nil"/>
              <w:right w:val="nil"/>
            </w:tcBorders>
          </w:tcPr>
          <w:p w14:paraId="4E8C55C9" w14:textId="77777777" w:rsidR="003B3005" w:rsidRDefault="00000000">
            <w:pPr>
              <w:spacing w:line="240" w:lineRule="auto"/>
            </w:pPr>
            <w:r>
              <w:rPr>
                <w:sz w:val="15"/>
              </w:rPr>
              <w:t>Contemporary race/ethnicity</w:t>
            </w:r>
          </w:p>
        </w:tc>
        <w:tc>
          <w:tcPr>
            <w:tcW w:w="1036" w:type="dxa"/>
            <w:tcMar>
              <w:top w:w="35" w:type="dxa"/>
              <w:left w:w="45" w:type="dxa"/>
              <w:bottom w:w="35" w:type="dxa"/>
              <w:right w:w="45" w:type="dxa"/>
            </w:tcMar>
            <w:vAlign w:val="center"/>
            <w:tcBorders>
              <w:left w:val="nil"/>
              <w:right w:val="nil"/>
            </w:tcBorders>
          </w:tcPr>
          <w:p w14:paraId="78C3F235" w14:textId="77777777" w:rsidR="003B3005" w:rsidRDefault="00000000">
            <w:pPr>
              <w:spacing w:line="240" w:lineRule="auto"/>
              <w:jc w:val="center"/>
            </w:pPr>
            <w:r>
              <w:rPr>
                <w:sz w:val="15"/>
              </w:rPr>
              <w:t>Hispanic or Latino, any race</w:t>
            </w:r>
          </w:p>
        </w:tc>
        <w:tc>
          <w:tcPr>
            <w:tcW w:w="1123" w:type="dxa"/>
            <w:tcMar>
              <w:top w:w="35" w:type="dxa"/>
              <w:left w:w="45" w:type="dxa"/>
              <w:bottom w:w="35" w:type="dxa"/>
              <w:right w:w="45" w:type="dxa"/>
            </w:tcMar>
            <w:vAlign w:val="center"/>
            <w:tcBorders>
              <w:left w:val="nil"/>
              <w:right w:val="nil"/>
            </w:tcBorders>
          </w:tcPr>
          <w:p w14:paraId="102FD491" w14:textId="77777777" w:rsidR="003B3005" w:rsidRDefault="00000000">
            <w:pPr>
              <w:spacing w:line="240" w:lineRule="auto"/>
              <w:jc w:val="center"/>
            </w:pPr>
            <w:r>
              <w:rPr>
                <w:sz w:val="15"/>
              </w:rPr>
              <w:t>2021-2024</w:t>
            </w:r>
          </w:p>
        </w:tc>
        <w:tc>
          <w:tcPr>
            <w:tcW w:w="1512" w:type="dxa"/>
            <w:tcMar>
              <w:top w:w="35" w:type="dxa"/>
              <w:left w:w="45" w:type="dxa"/>
              <w:bottom w:w="35" w:type="dxa"/>
              <w:right w:w="45" w:type="dxa"/>
            </w:tcMar>
            <w:vAlign w:val="center"/>
            <w:tcBorders>
              <w:left w:val="nil"/>
              <w:right w:val="nil"/>
            </w:tcBorders>
          </w:tcPr>
          <w:p w14:paraId="15FA7527" w14:textId="77777777" w:rsidR="003B3005" w:rsidRDefault="00000000">
            <w:pPr>
              <w:spacing w:line="240" w:lineRule="auto"/>
              <w:jc w:val="center"/>
            </w:pPr>
            <w:r>
              <w:rPr>
                <w:sz w:val="15"/>
              </w:rPr>
              <w:t>-34.518</w:t>
            </w:r>
          </w:p>
        </w:tc>
        <w:tc>
          <w:tcPr>
            <w:tcW w:w="1036" w:type="dxa"/>
            <w:tcMar>
              <w:top w:w="35" w:type="dxa"/>
              <w:left w:w="45" w:type="dxa"/>
              <w:bottom w:w="35" w:type="dxa"/>
              <w:right w:w="45" w:type="dxa"/>
            </w:tcMar>
            <w:vAlign w:val="center"/>
            <w:tcBorders>
              <w:left w:val="nil"/>
              <w:right w:val="nil"/>
            </w:tcBorders>
          </w:tcPr>
          <w:p w14:paraId="446D0EAB" w14:textId="77777777" w:rsidR="003B3005" w:rsidRDefault="00000000">
            <w:pPr>
              <w:spacing w:line="240" w:lineRule="auto"/>
              <w:jc w:val="center"/>
            </w:pPr>
            <w:r>
              <w:rPr>
                <w:sz w:val="15"/>
              </w:rPr>
              <w:t>-60.5435 to -16.2811</w:t>
            </w:r>
          </w:p>
        </w:tc>
        <w:tc>
          <w:tcPr>
            <w:tcW w:w="2088" w:type="dxa"/>
            <w:tcMar>
              <w:top w:w="35" w:type="dxa"/>
              <w:left w:w="45" w:type="dxa"/>
              <w:bottom w:w="35" w:type="dxa"/>
              <w:right w:w="45" w:type="dxa"/>
            </w:tcMar>
            <w:vAlign w:val="center"/>
            <w:tcBorders>
              <w:left w:val="nil"/>
              <w:right w:val="nil"/>
            </w:tcBorders>
          </w:tcPr>
          <w:p w14:paraId="26D88420"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5B517679" w14:textId="77777777" w:rsidR="003B3005" w:rsidRDefault="00000000">
            <w:pPr>
              <w:spacing w:line="240" w:lineRule="auto"/>
              <w:jc w:val="center"/>
            </w:pPr>
            <w:r>
              <w:rPr>
                <w:sz w:val="15"/>
              </w:rPr>
              <w:t>Yes</w:t>
            </w:r>
          </w:p>
        </w:tc>
      </w:tr>
      <w:tr w:rsidR="003B3005" w14:paraId="50CF543E" w14:textId="77777777">
        <w:trPr>
          <w:cantSplit/>
          <w:jc w:val="center"/>
        </w:trPr>
        <w:tc>
          <w:tcPr>
            <w:tcW w:w="1512" w:type="dxa"/>
            <w:tcMar>
              <w:top w:w="35" w:type="dxa"/>
              <w:left w:w="45" w:type="dxa"/>
              <w:bottom w:w="35" w:type="dxa"/>
              <w:right w:w="45" w:type="dxa"/>
            </w:tcMar>
            <w:vAlign w:val="center"/>
            <w:tcBorders>
              <w:left w:val="nil"/>
              <w:right w:val="nil"/>
            </w:tcBorders>
          </w:tcPr>
          <w:p w14:paraId="6F88BB5D" w14:textId="77777777" w:rsidR="003B3005" w:rsidRDefault="00000000">
            <w:pPr>
              <w:spacing w:line="240" w:lineRule="auto"/>
            </w:pPr>
            <w:r>
              <w:rPr>
                <w:sz w:val="15"/>
              </w:rPr>
              <w:t>Urbanization</w:t>
            </w:r>
          </w:p>
        </w:tc>
        <w:tc>
          <w:tcPr>
            <w:tcW w:w="1036" w:type="dxa"/>
            <w:tcMar>
              <w:top w:w="35" w:type="dxa"/>
              <w:left w:w="45" w:type="dxa"/>
              <w:bottom w:w="35" w:type="dxa"/>
              <w:right w:w="45" w:type="dxa"/>
            </w:tcMar>
            <w:vAlign w:val="center"/>
            <w:tcBorders>
              <w:left w:val="nil"/>
              <w:right w:val="nil"/>
            </w:tcBorders>
          </w:tcPr>
          <w:p w14:paraId="6B88E43B" w14:textId="77777777" w:rsidR="003B3005" w:rsidRDefault="00000000">
            <w:pPr>
              <w:spacing w:line="240" w:lineRule="auto"/>
              <w:jc w:val="center"/>
            </w:pPr>
            <w:r>
              <w:rPr>
                <w:sz w:val="15"/>
              </w:rPr>
              <w:t>Large Central Metro</w:t>
            </w:r>
          </w:p>
        </w:tc>
        <w:tc>
          <w:tcPr>
            <w:tcW w:w="1123" w:type="dxa"/>
            <w:tcMar>
              <w:top w:w="35" w:type="dxa"/>
              <w:left w:w="45" w:type="dxa"/>
              <w:bottom w:w="35" w:type="dxa"/>
              <w:right w:w="45" w:type="dxa"/>
            </w:tcMar>
            <w:vAlign w:val="center"/>
            <w:tcBorders>
              <w:left w:val="nil"/>
              <w:right w:val="nil"/>
            </w:tcBorders>
          </w:tcPr>
          <w:p w14:paraId="7DA8989A" w14:textId="77777777" w:rsidR="003B3005" w:rsidRDefault="00000000">
            <w:pPr>
              <w:spacing w:line="240" w:lineRule="auto"/>
              <w:jc w:val="center"/>
            </w:pPr>
            <w:r>
              <w:rPr>
                <w:sz w:val="15"/>
              </w:rPr>
              <w:t>1999-2015</w:t>
            </w:r>
          </w:p>
        </w:tc>
        <w:tc>
          <w:tcPr>
            <w:tcW w:w="1512" w:type="dxa"/>
            <w:tcMar>
              <w:top w:w="35" w:type="dxa"/>
              <w:left w:w="45" w:type="dxa"/>
              <w:bottom w:w="35" w:type="dxa"/>
              <w:right w:w="45" w:type="dxa"/>
            </w:tcMar>
            <w:vAlign w:val="center"/>
            <w:tcBorders>
              <w:left w:val="nil"/>
              <w:right w:val="nil"/>
            </w:tcBorders>
          </w:tcPr>
          <w:p w14:paraId="47F33ECF" w14:textId="77777777" w:rsidR="003B3005" w:rsidRDefault="00000000">
            <w:pPr>
              <w:spacing w:line="240" w:lineRule="auto"/>
              <w:jc w:val="center"/>
            </w:pPr>
            <w:r>
              <w:rPr>
                <w:sz w:val="15"/>
              </w:rPr>
              <w:t>4.689</w:t>
            </w:r>
          </w:p>
        </w:tc>
        <w:tc>
          <w:tcPr>
            <w:tcW w:w="1036" w:type="dxa"/>
            <w:tcMar>
              <w:top w:w="35" w:type="dxa"/>
              <w:left w:w="45" w:type="dxa"/>
              <w:bottom w:w="35" w:type="dxa"/>
              <w:right w:w="45" w:type="dxa"/>
            </w:tcMar>
            <w:vAlign w:val="center"/>
            <w:tcBorders>
              <w:left w:val="nil"/>
              <w:right w:val="nil"/>
            </w:tcBorders>
          </w:tcPr>
          <w:p w14:paraId="59BD7692" w14:textId="77777777" w:rsidR="003B3005" w:rsidRDefault="00000000">
            <w:pPr>
              <w:spacing w:line="240" w:lineRule="auto"/>
              <w:jc w:val="center"/>
            </w:pPr>
            <w:r>
              <w:rPr>
                <w:sz w:val="15"/>
              </w:rPr>
              <w:t>3.7764 to 31.8238</w:t>
            </w:r>
          </w:p>
        </w:tc>
        <w:tc>
          <w:tcPr>
            <w:tcW w:w="2088" w:type="dxa"/>
            <w:tcMar>
              <w:top w:w="35" w:type="dxa"/>
              <w:left w:w="45" w:type="dxa"/>
              <w:bottom w:w="35" w:type="dxa"/>
              <w:right w:w="45" w:type="dxa"/>
            </w:tcMar>
            <w:vAlign w:val="center"/>
            <w:tcBorders>
              <w:left w:val="nil"/>
              <w:right w:val="nil"/>
            </w:tcBorders>
          </w:tcPr>
          <w:p w14:paraId="547AA40B" w14:textId="77777777" w:rsidR="003B3005" w:rsidRDefault="00000000">
            <w:pPr>
              <w:spacing w:line="240" w:lineRule="auto"/>
              <w:jc w:val="center"/>
            </w:pPr>
            <w:r>
              <w:rPr>
                <w:sz w:val="15"/>
              </w:rPr>
              <w:t>0.009998</w:t>
            </w:r>
          </w:p>
        </w:tc>
        <w:tc>
          <w:tcPr>
            <w:tcW w:w="1123" w:type="dxa"/>
            <w:tcMar>
              <w:top w:w="35" w:type="dxa"/>
              <w:left w:w="45" w:type="dxa"/>
              <w:bottom w:w="35" w:type="dxa"/>
              <w:right w:w="45" w:type="dxa"/>
            </w:tcMar>
            <w:vAlign w:val="center"/>
            <w:tcBorders>
              <w:left w:val="nil"/>
              <w:right w:val="nil"/>
            </w:tcBorders>
          </w:tcPr>
          <w:p w14:paraId="7FF40E23" w14:textId="77777777" w:rsidR="003B3005" w:rsidRDefault="00000000">
            <w:pPr>
              <w:spacing w:line="240" w:lineRule="auto"/>
              <w:jc w:val="center"/>
            </w:pPr>
            <w:r>
              <w:rPr>
                <w:sz w:val="15"/>
              </w:rPr>
              <w:t>Yes</w:t>
            </w:r>
          </w:p>
        </w:tc>
      </w:tr>
      <w:tr w:rsidR="003B3005" w14:paraId="56253768" w14:textId="77777777">
        <w:trPr>
          <w:cantSplit/>
          <w:jc w:val="center"/>
        </w:trPr>
        <w:tc>
          <w:tcPr>
            <w:tcW w:w="1512" w:type="dxa"/>
            <w:tcMar>
              <w:top w:w="35" w:type="dxa"/>
              <w:left w:w="45" w:type="dxa"/>
              <w:bottom w:w="35" w:type="dxa"/>
              <w:right w:w="45" w:type="dxa"/>
            </w:tcMar>
            <w:vAlign w:val="center"/>
            <w:tcBorders>
              <w:left w:val="nil"/>
              <w:right w:val="nil"/>
            </w:tcBorders>
          </w:tcPr>
          <w:p w14:paraId="3CDFAE35" w14:textId="77777777" w:rsidR="003B3005" w:rsidRDefault="00000000">
            <w:pPr>
              <w:spacing w:line="240" w:lineRule="auto"/>
            </w:pPr>
            <w:r>
              <w:rPr>
                <w:sz w:val="15"/>
              </w:rPr>
              <w:t>Urbanization</w:t>
            </w:r>
          </w:p>
        </w:tc>
        <w:tc>
          <w:tcPr>
            <w:tcW w:w="1036" w:type="dxa"/>
            <w:tcMar>
              <w:top w:w="35" w:type="dxa"/>
              <w:left w:w="45" w:type="dxa"/>
              <w:bottom w:w="35" w:type="dxa"/>
              <w:right w:w="45" w:type="dxa"/>
            </w:tcMar>
            <w:vAlign w:val="center"/>
            <w:tcBorders>
              <w:left w:val="nil"/>
              <w:right w:val="nil"/>
            </w:tcBorders>
          </w:tcPr>
          <w:p w14:paraId="6C2AFF5E" w14:textId="77777777" w:rsidR="003B3005" w:rsidRDefault="00000000">
            <w:pPr>
              <w:spacing w:line="240" w:lineRule="auto"/>
              <w:jc w:val="center"/>
            </w:pPr>
            <w:r>
              <w:rPr>
                <w:sz w:val="15"/>
              </w:rPr>
              <w:t>Large Central Metro</w:t>
            </w:r>
          </w:p>
        </w:tc>
        <w:tc>
          <w:tcPr>
            <w:tcW w:w="1123" w:type="dxa"/>
            <w:tcMar>
              <w:top w:w="35" w:type="dxa"/>
              <w:left w:w="45" w:type="dxa"/>
              <w:bottom w:w="35" w:type="dxa"/>
              <w:right w:w="45" w:type="dxa"/>
            </w:tcMar>
            <w:vAlign w:val="center"/>
            <w:tcBorders>
              <w:left w:val="nil"/>
              <w:right w:val="nil"/>
            </w:tcBorders>
          </w:tcPr>
          <w:p w14:paraId="4893AA5D" w14:textId="77777777" w:rsidR="003B3005" w:rsidRDefault="00000000">
            <w:pPr>
              <w:spacing w:line="240" w:lineRule="auto"/>
              <w:jc w:val="center"/>
            </w:pPr>
            <w:r>
              <w:rPr>
                <w:sz w:val="15"/>
              </w:rPr>
              <w:t>2015-2018</w:t>
            </w:r>
          </w:p>
        </w:tc>
        <w:tc>
          <w:tcPr>
            <w:tcW w:w="1512" w:type="dxa"/>
            <w:tcMar>
              <w:top w:w="35" w:type="dxa"/>
              <w:left w:w="45" w:type="dxa"/>
              <w:bottom w:w="35" w:type="dxa"/>
              <w:right w:w="45" w:type="dxa"/>
            </w:tcMar>
            <w:vAlign w:val="center"/>
            <w:tcBorders>
              <w:left w:val="nil"/>
              <w:right w:val="nil"/>
            </w:tcBorders>
          </w:tcPr>
          <w:p w14:paraId="63FB9D4E" w14:textId="77777777" w:rsidR="003B3005" w:rsidRDefault="00000000">
            <w:pPr>
              <w:spacing w:line="240" w:lineRule="auto"/>
              <w:jc w:val="center"/>
            </w:pPr>
            <w:r>
              <w:rPr>
                <w:sz w:val="15"/>
              </w:rPr>
              <w:t>-4.3157</w:t>
            </w:r>
          </w:p>
        </w:tc>
        <w:tc>
          <w:tcPr>
            <w:tcW w:w="1036" w:type="dxa"/>
            <w:tcMar>
              <w:top w:w="35" w:type="dxa"/>
              <w:left w:w="45" w:type="dxa"/>
              <w:bottom w:w="35" w:type="dxa"/>
              <w:right w:w="45" w:type="dxa"/>
            </w:tcMar>
            <w:vAlign w:val="center"/>
            <w:tcBorders>
              <w:left w:val="nil"/>
              <w:right w:val="nil"/>
            </w:tcBorders>
          </w:tcPr>
          <w:p w14:paraId="46CEAC47" w14:textId="77777777" w:rsidR="003B3005" w:rsidRDefault="00000000">
            <w:pPr>
              <w:spacing w:line="240" w:lineRule="auto"/>
              <w:jc w:val="center"/>
            </w:pPr>
            <w:r>
              <w:rPr>
                <w:sz w:val="15"/>
              </w:rPr>
              <w:t>-11.7875 to 3.5286</w:t>
            </w:r>
          </w:p>
        </w:tc>
        <w:tc>
          <w:tcPr>
            <w:tcW w:w="2088" w:type="dxa"/>
            <w:tcMar>
              <w:top w:w="35" w:type="dxa"/>
              <w:left w:w="45" w:type="dxa"/>
              <w:bottom w:w="35" w:type="dxa"/>
              <w:right w:w="45" w:type="dxa"/>
            </w:tcMar>
            <w:vAlign w:val="center"/>
            <w:tcBorders>
              <w:left w:val="nil"/>
              <w:right w:val="nil"/>
            </w:tcBorders>
          </w:tcPr>
          <w:p w14:paraId="01B3EBB3" w14:textId="77777777" w:rsidR="003B3005" w:rsidRDefault="00000000">
            <w:pPr>
              <w:spacing w:line="240" w:lineRule="auto"/>
              <w:jc w:val="center"/>
            </w:pPr>
            <w:r>
              <w:rPr>
                <w:sz w:val="15"/>
              </w:rPr>
              <w:t>0.337932</w:t>
            </w:r>
          </w:p>
        </w:tc>
        <w:tc>
          <w:tcPr>
            <w:tcW w:w="1123" w:type="dxa"/>
            <w:tcMar>
              <w:top w:w="35" w:type="dxa"/>
              <w:left w:w="45" w:type="dxa"/>
              <w:bottom w:w="35" w:type="dxa"/>
              <w:right w:w="45" w:type="dxa"/>
            </w:tcMar>
            <w:vAlign w:val="center"/>
            <w:tcBorders>
              <w:left w:val="nil"/>
              <w:right w:val="nil"/>
            </w:tcBorders>
          </w:tcPr>
          <w:p w14:paraId="6E65E593" w14:textId="77777777" w:rsidR="003B3005" w:rsidRDefault="00000000">
            <w:pPr>
              <w:spacing w:line="240" w:lineRule="auto"/>
              <w:jc w:val="center"/>
            </w:pPr>
            <w:r>
              <w:rPr>
                <w:sz w:val="15"/>
              </w:rPr>
              <w:t>No</w:t>
            </w:r>
          </w:p>
        </w:tc>
      </w:tr>
      <w:tr w:rsidR="003B3005" w14:paraId="74172888" w14:textId="77777777">
        <w:trPr>
          <w:cantSplit/>
          <w:jc w:val="center"/>
        </w:trPr>
        <w:tc>
          <w:tcPr>
            <w:tcW w:w="1512" w:type="dxa"/>
            <w:tcMar>
              <w:top w:w="35" w:type="dxa"/>
              <w:left w:w="45" w:type="dxa"/>
              <w:bottom w:w="35" w:type="dxa"/>
              <w:right w:w="45" w:type="dxa"/>
            </w:tcMar>
            <w:vAlign w:val="center"/>
            <w:tcBorders>
              <w:left w:val="nil"/>
              <w:right w:val="nil"/>
            </w:tcBorders>
          </w:tcPr>
          <w:p w14:paraId="6CCB7D0D" w14:textId="77777777" w:rsidR="003B3005" w:rsidRDefault="00000000">
            <w:pPr>
              <w:spacing w:line="240" w:lineRule="auto"/>
            </w:pPr>
            <w:r>
              <w:rPr>
                <w:sz w:val="15"/>
              </w:rPr>
              <w:t>Urbanization</w:t>
            </w:r>
          </w:p>
        </w:tc>
        <w:tc>
          <w:tcPr>
            <w:tcW w:w="1036" w:type="dxa"/>
            <w:tcMar>
              <w:top w:w="35" w:type="dxa"/>
              <w:left w:w="45" w:type="dxa"/>
              <w:bottom w:w="35" w:type="dxa"/>
              <w:right w:w="45" w:type="dxa"/>
            </w:tcMar>
            <w:vAlign w:val="center"/>
            <w:tcBorders>
              <w:left w:val="nil"/>
              <w:right w:val="nil"/>
            </w:tcBorders>
          </w:tcPr>
          <w:p w14:paraId="5589479E" w14:textId="77777777" w:rsidR="003B3005" w:rsidRDefault="00000000">
            <w:pPr>
              <w:spacing w:line="240" w:lineRule="auto"/>
              <w:jc w:val="center"/>
            </w:pPr>
            <w:r>
              <w:rPr>
                <w:sz w:val="15"/>
              </w:rPr>
              <w:t>Large Central Metro</w:t>
            </w:r>
          </w:p>
        </w:tc>
        <w:tc>
          <w:tcPr>
            <w:tcW w:w="1123" w:type="dxa"/>
            <w:tcMar>
              <w:top w:w="35" w:type="dxa"/>
              <w:left w:w="45" w:type="dxa"/>
              <w:bottom w:w="35" w:type="dxa"/>
              <w:right w:w="45" w:type="dxa"/>
            </w:tcMar>
            <w:vAlign w:val="center"/>
            <w:tcBorders>
              <w:left w:val="nil"/>
              <w:right w:val="nil"/>
            </w:tcBorders>
          </w:tcPr>
          <w:p w14:paraId="0E8D67D2" w14:textId="77777777" w:rsidR="003B3005" w:rsidRDefault="00000000">
            <w:pPr>
              <w:spacing w:line="240" w:lineRule="auto"/>
              <w:jc w:val="center"/>
            </w:pPr>
            <w:r>
              <w:rPr>
                <w:sz w:val="15"/>
              </w:rPr>
              <w:t>2018-2020</w:t>
            </w:r>
          </w:p>
        </w:tc>
        <w:tc>
          <w:tcPr>
            <w:tcW w:w="1512" w:type="dxa"/>
            <w:tcMar>
              <w:top w:w="35" w:type="dxa"/>
              <w:left w:w="45" w:type="dxa"/>
              <w:bottom w:w="35" w:type="dxa"/>
              <w:right w:w="45" w:type="dxa"/>
            </w:tcMar>
            <w:vAlign w:val="center"/>
            <w:tcBorders>
              <w:left w:val="nil"/>
              <w:right w:val="nil"/>
            </w:tcBorders>
          </w:tcPr>
          <w:p w14:paraId="61D49A96" w14:textId="77777777" w:rsidR="003B3005" w:rsidRDefault="00000000">
            <w:pPr>
              <w:spacing w:line="240" w:lineRule="auto"/>
              <w:jc w:val="center"/>
            </w:pPr>
            <w:r>
              <w:rPr>
                <w:sz w:val="15"/>
              </w:rPr>
              <w:t>34.452</w:t>
            </w:r>
          </w:p>
        </w:tc>
        <w:tc>
          <w:tcPr>
            <w:tcW w:w="1036" w:type="dxa"/>
            <w:tcMar>
              <w:top w:w="35" w:type="dxa"/>
              <w:left w:w="45" w:type="dxa"/>
              <w:bottom w:w="35" w:type="dxa"/>
              <w:right w:w="45" w:type="dxa"/>
            </w:tcMar>
            <w:vAlign w:val="center"/>
            <w:tcBorders>
              <w:left w:val="nil"/>
              <w:right w:val="nil"/>
            </w:tcBorders>
          </w:tcPr>
          <w:p w14:paraId="343B4848" w14:textId="77777777" w:rsidR="003B3005" w:rsidRDefault="00000000">
            <w:pPr>
              <w:spacing w:line="240" w:lineRule="auto"/>
              <w:jc w:val="center"/>
            </w:pPr>
            <w:r>
              <w:rPr>
                <w:sz w:val="15"/>
              </w:rPr>
              <w:t>16.1278 to 51.2994</w:t>
            </w:r>
          </w:p>
        </w:tc>
        <w:tc>
          <w:tcPr>
            <w:tcW w:w="2088" w:type="dxa"/>
            <w:tcMar>
              <w:top w:w="35" w:type="dxa"/>
              <w:left w:w="45" w:type="dxa"/>
              <w:bottom w:w="35" w:type="dxa"/>
              <w:right w:w="45" w:type="dxa"/>
            </w:tcMar>
            <w:vAlign w:val="center"/>
            <w:tcBorders>
              <w:left w:val="nil"/>
              <w:right w:val="nil"/>
            </w:tcBorders>
          </w:tcPr>
          <w:p w14:paraId="6150B930"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70DD47C4" w14:textId="77777777" w:rsidR="003B3005" w:rsidRDefault="00000000">
            <w:pPr>
              <w:spacing w:line="240" w:lineRule="auto"/>
              <w:jc w:val="center"/>
            </w:pPr>
            <w:r>
              <w:rPr>
                <w:sz w:val="15"/>
              </w:rPr>
              <w:t>Yes</w:t>
            </w:r>
          </w:p>
        </w:tc>
      </w:tr>
      <w:tr w:rsidR="003B3005" w14:paraId="6C8E7F09" w14:textId="77777777">
        <w:trPr>
          <w:cantSplit/>
          <w:jc w:val="center"/>
        </w:trPr>
        <w:tc>
          <w:tcPr>
            <w:tcW w:w="1512" w:type="dxa"/>
            <w:tcMar>
              <w:top w:w="35" w:type="dxa"/>
              <w:left w:w="45" w:type="dxa"/>
              <w:bottom w:w="35" w:type="dxa"/>
              <w:right w:w="45" w:type="dxa"/>
            </w:tcMar>
            <w:vAlign w:val="center"/>
            <w:tcBorders>
              <w:left w:val="nil"/>
              <w:right w:val="nil"/>
            </w:tcBorders>
          </w:tcPr>
          <w:p w14:paraId="377ACCB0" w14:textId="77777777" w:rsidR="003B3005" w:rsidRDefault="00000000">
            <w:pPr>
              <w:spacing w:line="240" w:lineRule="auto"/>
            </w:pPr>
            <w:r>
              <w:rPr>
                <w:sz w:val="15"/>
              </w:rPr>
              <w:t>Urbanization</w:t>
            </w:r>
          </w:p>
        </w:tc>
        <w:tc>
          <w:tcPr>
            <w:tcW w:w="1036" w:type="dxa"/>
            <w:tcMar>
              <w:top w:w="35" w:type="dxa"/>
              <w:left w:w="45" w:type="dxa"/>
              <w:bottom w:w="35" w:type="dxa"/>
              <w:right w:w="45" w:type="dxa"/>
            </w:tcMar>
            <w:vAlign w:val="center"/>
            <w:tcBorders>
              <w:left w:val="nil"/>
              <w:right w:val="nil"/>
            </w:tcBorders>
          </w:tcPr>
          <w:p w14:paraId="7D0B4956" w14:textId="77777777" w:rsidR="003B3005" w:rsidRDefault="00000000">
            <w:pPr>
              <w:spacing w:line="240" w:lineRule="auto"/>
              <w:jc w:val="center"/>
            </w:pPr>
            <w:r>
              <w:rPr>
                <w:sz w:val="15"/>
              </w:rPr>
              <w:t>Large Fringe Metro</w:t>
            </w:r>
          </w:p>
        </w:tc>
        <w:tc>
          <w:tcPr>
            <w:tcW w:w="1123" w:type="dxa"/>
            <w:tcMar>
              <w:top w:w="35" w:type="dxa"/>
              <w:left w:w="45" w:type="dxa"/>
              <w:bottom w:w="35" w:type="dxa"/>
              <w:right w:w="45" w:type="dxa"/>
            </w:tcMar>
            <w:vAlign w:val="center"/>
            <w:tcBorders>
              <w:left w:val="nil"/>
              <w:right w:val="nil"/>
            </w:tcBorders>
          </w:tcPr>
          <w:p w14:paraId="35095A6F" w14:textId="77777777" w:rsidR="003B3005" w:rsidRDefault="00000000">
            <w:pPr>
              <w:spacing w:line="240" w:lineRule="auto"/>
              <w:jc w:val="center"/>
            </w:pPr>
            <w:r>
              <w:rPr>
                <w:sz w:val="15"/>
              </w:rPr>
              <w:t>1999-2018</w:t>
            </w:r>
          </w:p>
        </w:tc>
        <w:tc>
          <w:tcPr>
            <w:tcW w:w="1512" w:type="dxa"/>
            <w:tcMar>
              <w:top w:w="35" w:type="dxa"/>
              <w:left w:w="45" w:type="dxa"/>
              <w:bottom w:w="35" w:type="dxa"/>
              <w:right w:w="45" w:type="dxa"/>
            </w:tcMar>
            <w:vAlign w:val="center"/>
            <w:tcBorders>
              <w:left w:val="nil"/>
              <w:right w:val="nil"/>
            </w:tcBorders>
          </w:tcPr>
          <w:p w14:paraId="42DF2745" w14:textId="77777777" w:rsidR="003B3005" w:rsidRDefault="00000000">
            <w:pPr>
              <w:spacing w:line="240" w:lineRule="auto"/>
              <w:jc w:val="center"/>
            </w:pPr>
            <w:r>
              <w:rPr>
                <w:sz w:val="15"/>
              </w:rPr>
              <w:t>3.3571</w:t>
            </w:r>
          </w:p>
        </w:tc>
        <w:tc>
          <w:tcPr>
            <w:tcW w:w="1036" w:type="dxa"/>
            <w:tcMar>
              <w:top w:w="35" w:type="dxa"/>
              <w:left w:w="45" w:type="dxa"/>
              <w:bottom w:w="35" w:type="dxa"/>
              <w:right w:w="45" w:type="dxa"/>
            </w:tcMar>
            <w:vAlign w:val="center"/>
            <w:tcBorders>
              <w:left w:val="nil"/>
              <w:right w:val="nil"/>
            </w:tcBorders>
          </w:tcPr>
          <w:p w14:paraId="05F25ED5" w14:textId="77777777" w:rsidR="003B3005" w:rsidRDefault="00000000">
            <w:pPr>
              <w:spacing w:line="240" w:lineRule="auto"/>
              <w:jc w:val="center"/>
            </w:pPr>
            <w:r>
              <w:rPr>
                <w:sz w:val="15"/>
              </w:rPr>
              <w:t>1.5896 to 4.6319</w:t>
            </w:r>
          </w:p>
        </w:tc>
        <w:tc>
          <w:tcPr>
            <w:tcW w:w="2088" w:type="dxa"/>
            <w:tcMar>
              <w:top w:w="35" w:type="dxa"/>
              <w:left w:w="45" w:type="dxa"/>
              <w:bottom w:w="35" w:type="dxa"/>
              <w:right w:w="45" w:type="dxa"/>
            </w:tcMar>
            <w:vAlign w:val="center"/>
            <w:tcBorders>
              <w:left w:val="nil"/>
              <w:right w:val="nil"/>
            </w:tcBorders>
          </w:tcPr>
          <w:p w14:paraId="3E2CBFE9" w14:textId="77777777" w:rsidR="003B3005" w:rsidRDefault="00000000">
            <w:pPr>
              <w:spacing w:line="240" w:lineRule="auto"/>
              <w:jc w:val="center"/>
            </w:pPr>
            <w:r>
              <w:rPr>
                <w:sz w:val="15"/>
              </w:rPr>
              <w:t>0.016397</w:t>
            </w:r>
          </w:p>
        </w:tc>
        <w:tc>
          <w:tcPr>
            <w:tcW w:w="1123" w:type="dxa"/>
            <w:tcMar>
              <w:top w:w="35" w:type="dxa"/>
              <w:left w:w="45" w:type="dxa"/>
              <w:bottom w:w="35" w:type="dxa"/>
              <w:right w:w="45" w:type="dxa"/>
            </w:tcMar>
            <w:vAlign w:val="center"/>
            <w:tcBorders>
              <w:left w:val="nil"/>
              <w:right w:val="nil"/>
            </w:tcBorders>
          </w:tcPr>
          <w:p w14:paraId="55CB1FC4" w14:textId="77777777" w:rsidR="003B3005" w:rsidRDefault="00000000">
            <w:pPr>
              <w:spacing w:line="240" w:lineRule="auto"/>
              <w:jc w:val="center"/>
            </w:pPr>
            <w:r>
              <w:rPr>
                <w:sz w:val="15"/>
              </w:rPr>
              <w:t>Yes</w:t>
            </w:r>
          </w:p>
        </w:tc>
      </w:tr>
      <w:tr w:rsidR="003B3005" w14:paraId="2FA9D734" w14:textId="77777777">
        <w:trPr>
          <w:cantSplit/>
          <w:jc w:val="center"/>
        </w:trPr>
        <w:tc>
          <w:tcPr>
            <w:tcW w:w="1512" w:type="dxa"/>
            <w:tcMar>
              <w:top w:w="35" w:type="dxa"/>
              <w:left w:w="45" w:type="dxa"/>
              <w:bottom w:w="35" w:type="dxa"/>
              <w:right w:w="45" w:type="dxa"/>
            </w:tcMar>
            <w:vAlign w:val="center"/>
            <w:tcBorders>
              <w:left w:val="nil"/>
              <w:right w:val="nil"/>
            </w:tcBorders>
          </w:tcPr>
          <w:p w14:paraId="31AC7E7F" w14:textId="77777777" w:rsidR="003B3005" w:rsidRDefault="00000000">
            <w:pPr>
              <w:spacing w:line="240" w:lineRule="auto"/>
            </w:pPr>
            <w:r>
              <w:rPr>
                <w:sz w:val="15"/>
              </w:rPr>
              <w:t>Urbanization</w:t>
            </w:r>
          </w:p>
        </w:tc>
        <w:tc>
          <w:tcPr>
            <w:tcW w:w="1036" w:type="dxa"/>
            <w:tcMar>
              <w:top w:w="35" w:type="dxa"/>
              <w:left w:w="45" w:type="dxa"/>
              <w:bottom w:w="35" w:type="dxa"/>
              <w:right w:w="45" w:type="dxa"/>
            </w:tcMar>
            <w:vAlign w:val="center"/>
            <w:tcBorders>
              <w:left w:val="nil"/>
              <w:right w:val="nil"/>
            </w:tcBorders>
          </w:tcPr>
          <w:p w14:paraId="417D9C23" w14:textId="77777777" w:rsidR="003B3005" w:rsidRDefault="00000000">
            <w:pPr>
              <w:spacing w:line="240" w:lineRule="auto"/>
              <w:jc w:val="center"/>
            </w:pPr>
            <w:r>
              <w:rPr>
                <w:sz w:val="15"/>
              </w:rPr>
              <w:t>Large Fringe Metro</w:t>
            </w:r>
          </w:p>
        </w:tc>
        <w:tc>
          <w:tcPr>
            <w:tcW w:w="1123" w:type="dxa"/>
            <w:tcMar>
              <w:top w:w="35" w:type="dxa"/>
              <w:left w:w="45" w:type="dxa"/>
              <w:bottom w:w="35" w:type="dxa"/>
              <w:right w:w="45" w:type="dxa"/>
            </w:tcMar>
            <w:vAlign w:val="center"/>
            <w:tcBorders>
              <w:left w:val="nil"/>
              <w:right w:val="nil"/>
            </w:tcBorders>
          </w:tcPr>
          <w:p w14:paraId="0ADBC7EE" w14:textId="77777777" w:rsidR="003B3005" w:rsidRDefault="00000000">
            <w:pPr>
              <w:spacing w:line="240" w:lineRule="auto"/>
              <w:jc w:val="center"/>
            </w:pPr>
            <w:r>
              <w:rPr>
                <w:sz w:val="15"/>
              </w:rPr>
              <w:t>2018-2020</w:t>
            </w:r>
          </w:p>
        </w:tc>
        <w:tc>
          <w:tcPr>
            <w:tcW w:w="1512" w:type="dxa"/>
            <w:tcMar>
              <w:top w:w="35" w:type="dxa"/>
              <w:left w:w="45" w:type="dxa"/>
              <w:bottom w:w="35" w:type="dxa"/>
              <w:right w:w="45" w:type="dxa"/>
            </w:tcMar>
            <w:vAlign w:val="center"/>
            <w:tcBorders>
              <w:left w:val="nil"/>
              <w:right w:val="nil"/>
            </w:tcBorders>
          </w:tcPr>
          <w:p w14:paraId="2C91A771" w14:textId="77777777" w:rsidR="003B3005" w:rsidRDefault="00000000">
            <w:pPr>
              <w:spacing w:line="240" w:lineRule="auto"/>
              <w:jc w:val="center"/>
            </w:pPr>
            <w:r>
              <w:rPr>
                <w:sz w:val="15"/>
              </w:rPr>
              <w:t>27.8095</w:t>
            </w:r>
          </w:p>
        </w:tc>
        <w:tc>
          <w:tcPr>
            <w:tcW w:w="1036" w:type="dxa"/>
            <w:tcMar>
              <w:top w:w="35" w:type="dxa"/>
              <w:left w:w="45" w:type="dxa"/>
              <w:bottom w:w="35" w:type="dxa"/>
              <w:right w:w="45" w:type="dxa"/>
            </w:tcMar>
            <w:vAlign w:val="center"/>
            <w:tcBorders>
              <w:left w:val="nil"/>
              <w:right w:val="nil"/>
            </w:tcBorders>
          </w:tcPr>
          <w:p w14:paraId="6AD15372" w14:textId="77777777" w:rsidR="003B3005" w:rsidRDefault="00000000">
            <w:pPr>
              <w:spacing w:line="240" w:lineRule="auto"/>
              <w:jc w:val="center"/>
            </w:pPr>
            <w:r>
              <w:rPr>
                <w:sz w:val="15"/>
              </w:rPr>
              <w:t>8.4415 to 37.708</w:t>
            </w:r>
          </w:p>
        </w:tc>
        <w:tc>
          <w:tcPr>
            <w:tcW w:w="2088" w:type="dxa"/>
            <w:tcMar>
              <w:top w:w="35" w:type="dxa"/>
              <w:left w:w="45" w:type="dxa"/>
              <w:bottom w:w="35" w:type="dxa"/>
              <w:right w:w="45" w:type="dxa"/>
            </w:tcMar>
            <w:vAlign w:val="center"/>
            <w:tcBorders>
              <w:left w:val="nil"/>
              <w:right w:val="nil"/>
            </w:tcBorders>
          </w:tcPr>
          <w:p w14:paraId="7B7B1B7F"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3CDAC44F" w14:textId="77777777" w:rsidR="003B3005" w:rsidRDefault="00000000">
            <w:pPr>
              <w:spacing w:line="240" w:lineRule="auto"/>
              <w:jc w:val="center"/>
            </w:pPr>
            <w:r>
              <w:rPr>
                <w:sz w:val="15"/>
              </w:rPr>
              <w:t>Yes</w:t>
            </w:r>
          </w:p>
        </w:tc>
      </w:tr>
      <w:tr w:rsidR="003B3005" w14:paraId="7A1A2732" w14:textId="77777777">
        <w:trPr>
          <w:cantSplit/>
          <w:jc w:val="center"/>
        </w:trPr>
        <w:tc>
          <w:tcPr>
            <w:tcW w:w="1512" w:type="dxa"/>
            <w:tcMar>
              <w:top w:w="35" w:type="dxa"/>
              <w:left w:w="45" w:type="dxa"/>
              <w:bottom w:w="35" w:type="dxa"/>
              <w:right w:w="45" w:type="dxa"/>
            </w:tcMar>
            <w:vAlign w:val="center"/>
            <w:tcBorders>
              <w:left w:val="nil"/>
              <w:right w:val="nil"/>
            </w:tcBorders>
          </w:tcPr>
          <w:p w14:paraId="21B1AAD4" w14:textId="77777777" w:rsidR="003B3005" w:rsidRDefault="00000000">
            <w:pPr>
              <w:spacing w:line="240" w:lineRule="auto"/>
            </w:pPr>
            <w:r>
              <w:rPr>
                <w:sz w:val="15"/>
              </w:rPr>
              <w:t>Urbanization</w:t>
            </w:r>
          </w:p>
        </w:tc>
        <w:tc>
          <w:tcPr>
            <w:tcW w:w="1036" w:type="dxa"/>
            <w:tcMar>
              <w:top w:w="35" w:type="dxa"/>
              <w:left w:w="45" w:type="dxa"/>
              <w:bottom w:w="35" w:type="dxa"/>
              <w:right w:w="45" w:type="dxa"/>
            </w:tcMar>
            <w:vAlign w:val="center"/>
            <w:tcBorders>
              <w:left w:val="nil"/>
              <w:right w:val="nil"/>
            </w:tcBorders>
          </w:tcPr>
          <w:p w14:paraId="37F33EB0" w14:textId="77777777" w:rsidR="003B3005" w:rsidRDefault="00000000">
            <w:pPr>
              <w:spacing w:line="240" w:lineRule="auto"/>
              <w:jc w:val="center"/>
            </w:pPr>
            <w:r>
              <w:rPr>
                <w:sz w:val="15"/>
              </w:rPr>
              <w:t>Medium Metro</w:t>
            </w:r>
          </w:p>
        </w:tc>
        <w:tc>
          <w:tcPr>
            <w:tcW w:w="1123" w:type="dxa"/>
            <w:tcMar>
              <w:top w:w="35" w:type="dxa"/>
              <w:left w:w="45" w:type="dxa"/>
              <w:bottom w:w="35" w:type="dxa"/>
              <w:right w:w="45" w:type="dxa"/>
            </w:tcMar>
            <w:vAlign w:val="center"/>
            <w:tcBorders>
              <w:left w:val="nil"/>
              <w:right w:val="nil"/>
            </w:tcBorders>
          </w:tcPr>
          <w:p w14:paraId="09B8BE35" w14:textId="77777777" w:rsidR="003B3005" w:rsidRDefault="00000000">
            <w:pPr>
              <w:spacing w:line="240" w:lineRule="auto"/>
              <w:jc w:val="center"/>
            </w:pPr>
            <w:r>
              <w:rPr>
                <w:sz w:val="15"/>
              </w:rPr>
              <w:t>1999-2018</w:t>
            </w:r>
          </w:p>
        </w:tc>
        <w:tc>
          <w:tcPr>
            <w:tcW w:w="1512" w:type="dxa"/>
            <w:tcMar>
              <w:top w:w="35" w:type="dxa"/>
              <w:left w:w="45" w:type="dxa"/>
              <w:bottom w:w="35" w:type="dxa"/>
              <w:right w:w="45" w:type="dxa"/>
            </w:tcMar>
            <w:vAlign w:val="center"/>
            <w:tcBorders>
              <w:left w:val="nil"/>
              <w:right w:val="nil"/>
            </w:tcBorders>
          </w:tcPr>
          <w:p w14:paraId="0F65A9AF" w14:textId="77777777" w:rsidR="003B3005" w:rsidRDefault="00000000">
            <w:pPr>
              <w:spacing w:line="240" w:lineRule="auto"/>
              <w:jc w:val="center"/>
            </w:pPr>
            <w:r>
              <w:rPr>
                <w:sz w:val="15"/>
              </w:rPr>
              <w:t>4.8469</w:t>
            </w:r>
          </w:p>
        </w:tc>
        <w:tc>
          <w:tcPr>
            <w:tcW w:w="1036" w:type="dxa"/>
            <w:tcMar>
              <w:top w:w="35" w:type="dxa"/>
              <w:left w:w="45" w:type="dxa"/>
              <w:bottom w:w="35" w:type="dxa"/>
              <w:right w:w="45" w:type="dxa"/>
            </w:tcMar>
            <w:vAlign w:val="center"/>
            <w:tcBorders>
              <w:left w:val="nil"/>
              <w:right w:val="nil"/>
            </w:tcBorders>
          </w:tcPr>
          <w:p w14:paraId="4A2B5B6A" w14:textId="77777777" w:rsidR="003B3005" w:rsidRDefault="00000000">
            <w:pPr>
              <w:spacing w:line="240" w:lineRule="auto"/>
              <w:jc w:val="center"/>
            </w:pPr>
            <w:r>
              <w:rPr>
                <w:sz w:val="15"/>
              </w:rPr>
              <w:t>2.0683 to 6.4585</w:t>
            </w:r>
          </w:p>
        </w:tc>
        <w:tc>
          <w:tcPr>
            <w:tcW w:w="2088" w:type="dxa"/>
            <w:tcMar>
              <w:top w:w="35" w:type="dxa"/>
              <w:left w:w="45" w:type="dxa"/>
              <w:bottom w:w="35" w:type="dxa"/>
              <w:right w:w="45" w:type="dxa"/>
            </w:tcMar>
            <w:vAlign w:val="center"/>
            <w:tcBorders>
              <w:left w:val="nil"/>
              <w:right w:val="nil"/>
            </w:tcBorders>
          </w:tcPr>
          <w:p w14:paraId="7C5EDE3A" w14:textId="77777777" w:rsidR="003B3005" w:rsidRDefault="00000000">
            <w:pPr>
              <w:spacing w:line="240" w:lineRule="auto"/>
              <w:jc w:val="center"/>
            </w:pPr>
            <w:r>
              <w:rPr>
                <w:sz w:val="15"/>
              </w:rPr>
              <w:t>0.019596</w:t>
            </w:r>
          </w:p>
        </w:tc>
        <w:tc>
          <w:tcPr>
            <w:tcW w:w="1123" w:type="dxa"/>
            <w:tcMar>
              <w:top w:w="35" w:type="dxa"/>
              <w:left w:w="45" w:type="dxa"/>
              <w:bottom w:w="35" w:type="dxa"/>
              <w:right w:w="45" w:type="dxa"/>
            </w:tcMar>
            <w:vAlign w:val="center"/>
            <w:tcBorders>
              <w:left w:val="nil"/>
              <w:right w:val="nil"/>
            </w:tcBorders>
          </w:tcPr>
          <w:p w14:paraId="5E80466A" w14:textId="77777777" w:rsidR="003B3005" w:rsidRDefault="00000000">
            <w:pPr>
              <w:spacing w:line="240" w:lineRule="auto"/>
              <w:jc w:val="center"/>
            </w:pPr>
            <w:r>
              <w:rPr>
                <w:sz w:val="15"/>
              </w:rPr>
              <w:t>Yes</w:t>
            </w:r>
          </w:p>
        </w:tc>
      </w:tr>
      <w:tr w:rsidR="003B3005" w14:paraId="4CEDCAE3" w14:textId="77777777">
        <w:trPr>
          <w:cantSplit/>
          <w:jc w:val="center"/>
        </w:trPr>
        <w:tc>
          <w:tcPr>
            <w:tcW w:w="1512" w:type="dxa"/>
            <w:tcMar>
              <w:top w:w="35" w:type="dxa"/>
              <w:left w:w="45" w:type="dxa"/>
              <w:bottom w:w="35" w:type="dxa"/>
              <w:right w:w="45" w:type="dxa"/>
            </w:tcMar>
            <w:vAlign w:val="center"/>
            <w:tcBorders>
              <w:left w:val="nil"/>
              <w:right w:val="nil"/>
            </w:tcBorders>
          </w:tcPr>
          <w:p w14:paraId="585EAF6F" w14:textId="77777777" w:rsidR="003B3005" w:rsidRDefault="00000000">
            <w:pPr>
              <w:spacing w:line="240" w:lineRule="auto"/>
            </w:pPr>
            <w:r>
              <w:rPr>
                <w:sz w:val="15"/>
              </w:rPr>
              <w:t>Urbanization</w:t>
            </w:r>
          </w:p>
        </w:tc>
        <w:tc>
          <w:tcPr>
            <w:tcW w:w="1036" w:type="dxa"/>
            <w:tcMar>
              <w:top w:w="35" w:type="dxa"/>
              <w:left w:w="45" w:type="dxa"/>
              <w:bottom w:w="35" w:type="dxa"/>
              <w:right w:w="45" w:type="dxa"/>
            </w:tcMar>
            <w:vAlign w:val="center"/>
            <w:tcBorders>
              <w:left w:val="nil"/>
              <w:right w:val="nil"/>
            </w:tcBorders>
          </w:tcPr>
          <w:p w14:paraId="437D2258" w14:textId="77777777" w:rsidR="003B3005" w:rsidRDefault="00000000">
            <w:pPr>
              <w:spacing w:line="240" w:lineRule="auto"/>
              <w:jc w:val="center"/>
            </w:pPr>
            <w:r>
              <w:rPr>
                <w:sz w:val="15"/>
              </w:rPr>
              <w:t>Medium Metro</w:t>
            </w:r>
          </w:p>
        </w:tc>
        <w:tc>
          <w:tcPr>
            <w:tcW w:w="1123" w:type="dxa"/>
            <w:tcMar>
              <w:top w:w="35" w:type="dxa"/>
              <w:left w:w="45" w:type="dxa"/>
              <w:bottom w:w="35" w:type="dxa"/>
              <w:right w:w="45" w:type="dxa"/>
            </w:tcMar>
            <w:vAlign w:val="center"/>
            <w:tcBorders>
              <w:left w:val="nil"/>
              <w:right w:val="nil"/>
            </w:tcBorders>
          </w:tcPr>
          <w:p w14:paraId="329B6ED3" w14:textId="77777777" w:rsidR="003B3005" w:rsidRDefault="00000000">
            <w:pPr>
              <w:spacing w:line="240" w:lineRule="auto"/>
              <w:jc w:val="center"/>
            </w:pPr>
            <w:r>
              <w:rPr>
                <w:sz w:val="15"/>
              </w:rPr>
              <w:t>2018-2020</w:t>
            </w:r>
          </w:p>
        </w:tc>
        <w:tc>
          <w:tcPr>
            <w:tcW w:w="1512" w:type="dxa"/>
            <w:tcMar>
              <w:top w:w="35" w:type="dxa"/>
              <w:left w:w="45" w:type="dxa"/>
              <w:bottom w:w="35" w:type="dxa"/>
              <w:right w:w="45" w:type="dxa"/>
            </w:tcMar>
            <w:vAlign w:val="center"/>
            <w:tcBorders>
              <w:left w:val="nil"/>
              <w:right w:val="nil"/>
            </w:tcBorders>
          </w:tcPr>
          <w:p w14:paraId="0FF75ADD" w14:textId="77777777" w:rsidR="003B3005" w:rsidRDefault="00000000">
            <w:pPr>
              <w:spacing w:line="240" w:lineRule="auto"/>
              <w:jc w:val="center"/>
            </w:pPr>
            <w:r>
              <w:rPr>
                <w:sz w:val="15"/>
              </w:rPr>
              <w:t>31.0359</w:t>
            </w:r>
          </w:p>
        </w:tc>
        <w:tc>
          <w:tcPr>
            <w:tcW w:w="1036" w:type="dxa"/>
            <w:tcMar>
              <w:top w:w="35" w:type="dxa"/>
              <w:left w:w="45" w:type="dxa"/>
              <w:bottom w:w="35" w:type="dxa"/>
              <w:right w:w="45" w:type="dxa"/>
            </w:tcMar>
            <w:vAlign w:val="center"/>
            <w:tcBorders>
              <w:left w:val="nil"/>
              <w:right w:val="nil"/>
            </w:tcBorders>
          </w:tcPr>
          <w:p w14:paraId="1F658B55" w14:textId="77777777" w:rsidR="003B3005" w:rsidRDefault="00000000">
            <w:pPr>
              <w:spacing w:line="240" w:lineRule="auto"/>
              <w:jc w:val="center"/>
            </w:pPr>
            <w:r>
              <w:rPr>
                <w:sz w:val="15"/>
              </w:rPr>
              <w:t>8.0776 to 41.8132</w:t>
            </w:r>
          </w:p>
        </w:tc>
        <w:tc>
          <w:tcPr>
            <w:tcW w:w="2088" w:type="dxa"/>
            <w:tcMar>
              <w:top w:w="35" w:type="dxa"/>
              <w:left w:w="45" w:type="dxa"/>
              <w:bottom w:w="35" w:type="dxa"/>
              <w:right w:w="45" w:type="dxa"/>
            </w:tcMar>
            <w:vAlign w:val="center"/>
            <w:tcBorders>
              <w:left w:val="nil"/>
              <w:right w:val="nil"/>
            </w:tcBorders>
          </w:tcPr>
          <w:p w14:paraId="159EF474"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0E14BEF1" w14:textId="77777777" w:rsidR="003B3005" w:rsidRDefault="00000000">
            <w:pPr>
              <w:spacing w:line="240" w:lineRule="auto"/>
              <w:jc w:val="center"/>
            </w:pPr>
            <w:r>
              <w:rPr>
                <w:sz w:val="15"/>
              </w:rPr>
              <w:t>Yes</w:t>
            </w:r>
          </w:p>
        </w:tc>
      </w:tr>
      <w:tr w:rsidR="003B3005" w14:paraId="2CB27C94" w14:textId="77777777">
        <w:trPr>
          <w:cantSplit/>
          <w:jc w:val="center"/>
        </w:trPr>
        <w:tc>
          <w:tcPr>
            <w:tcW w:w="1512" w:type="dxa"/>
            <w:tcMar>
              <w:top w:w="35" w:type="dxa"/>
              <w:left w:w="45" w:type="dxa"/>
              <w:bottom w:w="35" w:type="dxa"/>
              <w:right w:w="45" w:type="dxa"/>
            </w:tcMar>
            <w:vAlign w:val="center"/>
            <w:tcBorders>
              <w:left w:val="nil"/>
              <w:right w:val="nil"/>
            </w:tcBorders>
          </w:tcPr>
          <w:p w14:paraId="598D4E2A" w14:textId="77777777" w:rsidR="003B3005" w:rsidRDefault="00000000">
            <w:pPr>
              <w:spacing w:line="240" w:lineRule="auto"/>
            </w:pPr>
            <w:r>
              <w:rPr>
                <w:sz w:val="15"/>
              </w:rPr>
              <w:t>Urbanization</w:t>
            </w:r>
          </w:p>
        </w:tc>
        <w:tc>
          <w:tcPr>
            <w:tcW w:w="1036" w:type="dxa"/>
            <w:tcMar>
              <w:top w:w="35" w:type="dxa"/>
              <w:left w:w="45" w:type="dxa"/>
              <w:bottom w:w="35" w:type="dxa"/>
              <w:right w:w="45" w:type="dxa"/>
            </w:tcMar>
            <w:vAlign w:val="center"/>
            <w:tcBorders>
              <w:left w:val="nil"/>
              <w:right w:val="nil"/>
            </w:tcBorders>
          </w:tcPr>
          <w:p w14:paraId="1CFC8A16" w14:textId="77777777" w:rsidR="003B3005" w:rsidRDefault="00000000">
            <w:pPr>
              <w:spacing w:line="240" w:lineRule="auto"/>
              <w:jc w:val="center"/>
            </w:pPr>
            <w:r>
              <w:rPr>
                <w:sz w:val="15"/>
              </w:rPr>
              <w:t>Micropolitan (Nonmetro)</w:t>
            </w:r>
          </w:p>
        </w:tc>
        <w:tc>
          <w:tcPr>
            <w:tcW w:w="1123" w:type="dxa"/>
            <w:tcMar>
              <w:top w:w="35" w:type="dxa"/>
              <w:left w:w="45" w:type="dxa"/>
              <w:bottom w:w="35" w:type="dxa"/>
              <w:right w:w="45" w:type="dxa"/>
            </w:tcMar>
            <w:vAlign w:val="center"/>
            <w:tcBorders>
              <w:left w:val="nil"/>
              <w:right w:val="nil"/>
            </w:tcBorders>
          </w:tcPr>
          <w:p w14:paraId="1F4A25E4" w14:textId="77777777" w:rsidR="003B3005" w:rsidRDefault="00000000">
            <w:pPr>
              <w:spacing w:line="240" w:lineRule="auto"/>
              <w:jc w:val="center"/>
            </w:pPr>
            <w:r>
              <w:rPr>
                <w:sz w:val="15"/>
              </w:rPr>
              <w:t>1999-2018</w:t>
            </w:r>
          </w:p>
        </w:tc>
        <w:tc>
          <w:tcPr>
            <w:tcW w:w="1512" w:type="dxa"/>
            <w:tcMar>
              <w:top w:w="35" w:type="dxa"/>
              <w:left w:w="45" w:type="dxa"/>
              <w:bottom w:w="35" w:type="dxa"/>
              <w:right w:w="45" w:type="dxa"/>
            </w:tcMar>
            <w:vAlign w:val="center"/>
            <w:tcBorders>
              <w:left w:val="nil"/>
              <w:right w:val="nil"/>
            </w:tcBorders>
          </w:tcPr>
          <w:p w14:paraId="7A9C62A2" w14:textId="77777777" w:rsidR="003B3005" w:rsidRDefault="00000000">
            <w:pPr>
              <w:spacing w:line="240" w:lineRule="auto"/>
              <w:jc w:val="center"/>
            </w:pPr>
            <w:r>
              <w:rPr>
                <w:sz w:val="15"/>
              </w:rPr>
              <w:t>5.8881</w:t>
            </w:r>
          </w:p>
        </w:tc>
        <w:tc>
          <w:tcPr>
            <w:tcW w:w="1036" w:type="dxa"/>
            <w:tcMar>
              <w:top w:w="35" w:type="dxa"/>
              <w:left w:w="45" w:type="dxa"/>
              <w:bottom w:w="35" w:type="dxa"/>
              <w:right w:w="45" w:type="dxa"/>
            </w:tcMar>
            <w:vAlign w:val="center"/>
            <w:tcBorders>
              <w:left w:val="nil"/>
              <w:right w:val="nil"/>
            </w:tcBorders>
          </w:tcPr>
          <w:p w14:paraId="5C80D3A4" w14:textId="77777777" w:rsidR="003B3005" w:rsidRDefault="00000000">
            <w:pPr>
              <w:spacing w:line="240" w:lineRule="auto"/>
              <w:jc w:val="center"/>
            </w:pPr>
            <w:r>
              <w:rPr>
                <w:sz w:val="15"/>
              </w:rPr>
              <w:t>0.9863 to 8.8474</w:t>
            </w:r>
          </w:p>
        </w:tc>
        <w:tc>
          <w:tcPr>
            <w:tcW w:w="2088" w:type="dxa"/>
            <w:tcMar>
              <w:top w:w="35" w:type="dxa"/>
              <w:left w:w="45" w:type="dxa"/>
              <w:bottom w:w="35" w:type="dxa"/>
              <w:right w:w="45" w:type="dxa"/>
            </w:tcMar>
            <w:vAlign w:val="center"/>
            <w:tcBorders>
              <w:left w:val="nil"/>
              <w:right w:val="nil"/>
            </w:tcBorders>
          </w:tcPr>
          <w:p w14:paraId="55441EE8" w14:textId="77777777" w:rsidR="003B3005" w:rsidRDefault="00000000">
            <w:pPr>
              <w:spacing w:line="240" w:lineRule="auto"/>
              <w:jc w:val="center"/>
            </w:pPr>
            <w:r>
              <w:rPr>
                <w:sz w:val="15"/>
              </w:rPr>
              <w:t>0.035993</w:t>
            </w:r>
          </w:p>
        </w:tc>
        <w:tc>
          <w:tcPr>
            <w:tcW w:w="1123" w:type="dxa"/>
            <w:tcMar>
              <w:top w:w="35" w:type="dxa"/>
              <w:left w:w="45" w:type="dxa"/>
              <w:bottom w:w="35" w:type="dxa"/>
              <w:right w:w="45" w:type="dxa"/>
            </w:tcMar>
            <w:vAlign w:val="center"/>
            <w:tcBorders>
              <w:left w:val="nil"/>
              <w:right w:val="nil"/>
            </w:tcBorders>
          </w:tcPr>
          <w:p w14:paraId="31628C70" w14:textId="77777777" w:rsidR="003B3005" w:rsidRDefault="00000000">
            <w:pPr>
              <w:spacing w:line="240" w:lineRule="auto"/>
              <w:jc w:val="center"/>
            </w:pPr>
            <w:r>
              <w:rPr>
                <w:sz w:val="15"/>
              </w:rPr>
              <w:t>Yes</w:t>
            </w:r>
          </w:p>
        </w:tc>
      </w:tr>
      <w:tr w:rsidR="003B3005" w14:paraId="7320A2AC" w14:textId="77777777">
        <w:trPr>
          <w:cantSplit/>
          <w:jc w:val="center"/>
        </w:trPr>
        <w:tc>
          <w:tcPr>
            <w:tcW w:w="1512" w:type="dxa"/>
            <w:tcMar>
              <w:top w:w="35" w:type="dxa"/>
              <w:left w:w="45" w:type="dxa"/>
              <w:bottom w:w="35" w:type="dxa"/>
              <w:right w:w="45" w:type="dxa"/>
            </w:tcMar>
            <w:vAlign w:val="center"/>
            <w:tcBorders>
              <w:left w:val="nil"/>
              <w:right w:val="nil"/>
            </w:tcBorders>
          </w:tcPr>
          <w:p w14:paraId="56621614" w14:textId="77777777" w:rsidR="003B3005" w:rsidRDefault="00000000">
            <w:pPr>
              <w:spacing w:line="240" w:lineRule="auto"/>
            </w:pPr>
            <w:r>
              <w:rPr>
                <w:sz w:val="15"/>
              </w:rPr>
              <w:t>Urbanization</w:t>
            </w:r>
          </w:p>
        </w:tc>
        <w:tc>
          <w:tcPr>
            <w:tcW w:w="1036" w:type="dxa"/>
            <w:tcMar>
              <w:top w:w="35" w:type="dxa"/>
              <w:left w:w="45" w:type="dxa"/>
              <w:bottom w:w="35" w:type="dxa"/>
              <w:right w:w="45" w:type="dxa"/>
            </w:tcMar>
            <w:vAlign w:val="center"/>
            <w:tcBorders>
              <w:left w:val="nil"/>
              <w:right w:val="nil"/>
            </w:tcBorders>
          </w:tcPr>
          <w:p w14:paraId="0BF5CEB7" w14:textId="77777777" w:rsidR="003B3005" w:rsidRDefault="00000000">
            <w:pPr>
              <w:spacing w:line="240" w:lineRule="auto"/>
              <w:jc w:val="center"/>
            </w:pPr>
            <w:r>
              <w:rPr>
                <w:sz w:val="15"/>
              </w:rPr>
              <w:t>Micropolitan (Nonmetro)</w:t>
            </w:r>
          </w:p>
        </w:tc>
        <w:tc>
          <w:tcPr>
            <w:tcW w:w="1123" w:type="dxa"/>
            <w:tcMar>
              <w:top w:w="35" w:type="dxa"/>
              <w:left w:w="45" w:type="dxa"/>
              <w:bottom w:w="35" w:type="dxa"/>
              <w:right w:w="45" w:type="dxa"/>
            </w:tcMar>
            <w:vAlign w:val="center"/>
            <w:tcBorders>
              <w:left w:val="nil"/>
              <w:right w:val="nil"/>
            </w:tcBorders>
          </w:tcPr>
          <w:p w14:paraId="700806F6" w14:textId="77777777" w:rsidR="003B3005" w:rsidRDefault="00000000">
            <w:pPr>
              <w:spacing w:line="240" w:lineRule="auto"/>
              <w:jc w:val="center"/>
            </w:pPr>
            <w:r>
              <w:rPr>
                <w:sz w:val="15"/>
              </w:rPr>
              <w:t>2018-2020</w:t>
            </w:r>
          </w:p>
        </w:tc>
        <w:tc>
          <w:tcPr>
            <w:tcW w:w="1512" w:type="dxa"/>
            <w:tcMar>
              <w:top w:w="35" w:type="dxa"/>
              <w:left w:w="45" w:type="dxa"/>
              <w:bottom w:w="35" w:type="dxa"/>
              <w:right w:w="45" w:type="dxa"/>
            </w:tcMar>
            <w:vAlign w:val="center"/>
            <w:tcBorders>
              <w:left w:val="nil"/>
              <w:right w:val="nil"/>
            </w:tcBorders>
          </w:tcPr>
          <w:p w14:paraId="7F000C51" w14:textId="77777777" w:rsidR="003B3005" w:rsidRDefault="00000000">
            <w:pPr>
              <w:spacing w:line="240" w:lineRule="auto"/>
              <w:jc w:val="center"/>
            </w:pPr>
            <w:r>
              <w:rPr>
                <w:sz w:val="15"/>
              </w:rPr>
              <w:t>27.2758</w:t>
            </w:r>
          </w:p>
        </w:tc>
        <w:tc>
          <w:tcPr>
            <w:tcW w:w="1036" w:type="dxa"/>
            <w:tcMar>
              <w:top w:w="35" w:type="dxa"/>
              <w:left w:w="45" w:type="dxa"/>
              <w:bottom w:w="35" w:type="dxa"/>
              <w:right w:w="45" w:type="dxa"/>
            </w:tcMar>
            <w:vAlign w:val="center"/>
            <w:tcBorders>
              <w:left w:val="nil"/>
              <w:right w:val="nil"/>
            </w:tcBorders>
          </w:tcPr>
          <w:p w14:paraId="3FE5707E" w14:textId="77777777" w:rsidR="003B3005" w:rsidRDefault="00000000">
            <w:pPr>
              <w:spacing w:line="240" w:lineRule="auto"/>
              <w:jc w:val="center"/>
            </w:pPr>
            <w:r>
              <w:rPr>
                <w:sz w:val="15"/>
              </w:rPr>
              <w:t>7.1567 to 39.4873</w:t>
            </w:r>
          </w:p>
        </w:tc>
        <w:tc>
          <w:tcPr>
            <w:tcW w:w="2088" w:type="dxa"/>
            <w:tcMar>
              <w:top w:w="35" w:type="dxa"/>
              <w:left w:w="45" w:type="dxa"/>
              <w:bottom w:w="35" w:type="dxa"/>
              <w:right w:w="45" w:type="dxa"/>
            </w:tcMar>
            <w:vAlign w:val="center"/>
            <w:tcBorders>
              <w:left w:val="nil"/>
              <w:right w:val="nil"/>
            </w:tcBorders>
          </w:tcPr>
          <w:p w14:paraId="60196F5B"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4AD1F13E" w14:textId="77777777" w:rsidR="003B3005" w:rsidRDefault="00000000">
            <w:pPr>
              <w:spacing w:line="240" w:lineRule="auto"/>
              <w:jc w:val="center"/>
            </w:pPr>
            <w:r>
              <w:rPr>
                <w:sz w:val="15"/>
              </w:rPr>
              <w:t>Yes</w:t>
            </w:r>
          </w:p>
        </w:tc>
      </w:tr>
      <w:tr w:rsidR="003B3005" w14:paraId="3075D78A" w14:textId="77777777">
        <w:trPr>
          <w:cantSplit/>
          <w:jc w:val="center"/>
        </w:trPr>
        <w:tc>
          <w:tcPr>
            <w:tcW w:w="1512" w:type="dxa"/>
            <w:tcMar>
              <w:top w:w="35" w:type="dxa"/>
              <w:left w:w="45" w:type="dxa"/>
              <w:bottom w:w="35" w:type="dxa"/>
              <w:right w:w="45" w:type="dxa"/>
            </w:tcMar>
            <w:vAlign w:val="center"/>
            <w:tcBorders>
              <w:left w:val="nil"/>
              <w:right w:val="nil"/>
            </w:tcBorders>
          </w:tcPr>
          <w:p w14:paraId="460DA7CE" w14:textId="77777777" w:rsidR="003B3005" w:rsidRDefault="00000000">
            <w:pPr>
              <w:spacing w:line="240" w:lineRule="auto"/>
            </w:pPr>
            <w:r>
              <w:rPr>
                <w:sz w:val="15"/>
              </w:rPr>
              <w:t>Urbanization</w:t>
            </w:r>
          </w:p>
        </w:tc>
        <w:tc>
          <w:tcPr>
            <w:tcW w:w="1036" w:type="dxa"/>
            <w:tcMar>
              <w:top w:w="35" w:type="dxa"/>
              <w:left w:w="45" w:type="dxa"/>
              <w:bottom w:w="35" w:type="dxa"/>
              <w:right w:w="45" w:type="dxa"/>
            </w:tcMar>
            <w:vAlign w:val="center"/>
            <w:tcBorders>
              <w:left w:val="nil"/>
              <w:right w:val="nil"/>
            </w:tcBorders>
          </w:tcPr>
          <w:p w14:paraId="14EB6554" w14:textId="77777777" w:rsidR="003B3005" w:rsidRDefault="00000000">
            <w:pPr>
              <w:spacing w:line="240" w:lineRule="auto"/>
              <w:jc w:val="center"/>
            </w:pPr>
            <w:r>
              <w:rPr>
                <w:sz w:val="15"/>
              </w:rPr>
              <w:t>NonCore (Nonmetro)</w:t>
            </w:r>
          </w:p>
        </w:tc>
        <w:tc>
          <w:tcPr>
            <w:tcW w:w="1123" w:type="dxa"/>
            <w:tcMar>
              <w:top w:w="35" w:type="dxa"/>
              <w:left w:w="45" w:type="dxa"/>
              <w:bottom w:w="35" w:type="dxa"/>
              <w:right w:w="45" w:type="dxa"/>
            </w:tcMar>
            <w:vAlign w:val="center"/>
            <w:tcBorders>
              <w:left w:val="nil"/>
              <w:right w:val="nil"/>
            </w:tcBorders>
          </w:tcPr>
          <w:p w14:paraId="259AF2AD" w14:textId="77777777" w:rsidR="003B3005" w:rsidRDefault="00000000">
            <w:pPr>
              <w:spacing w:line="240" w:lineRule="auto"/>
              <w:jc w:val="center"/>
            </w:pPr>
            <w:r>
              <w:rPr>
                <w:sz w:val="15"/>
              </w:rPr>
              <w:t>1999-2018</w:t>
            </w:r>
          </w:p>
        </w:tc>
        <w:tc>
          <w:tcPr>
            <w:tcW w:w="1512" w:type="dxa"/>
            <w:tcMar>
              <w:top w:w="35" w:type="dxa"/>
              <w:left w:w="45" w:type="dxa"/>
              <w:bottom w:w="35" w:type="dxa"/>
              <w:right w:w="45" w:type="dxa"/>
            </w:tcMar>
            <w:vAlign w:val="center"/>
            <w:tcBorders>
              <w:left w:val="nil"/>
              <w:right w:val="nil"/>
            </w:tcBorders>
          </w:tcPr>
          <w:p w14:paraId="445CA24D" w14:textId="77777777" w:rsidR="003B3005" w:rsidRDefault="00000000">
            <w:pPr>
              <w:spacing w:line="240" w:lineRule="auto"/>
              <w:jc w:val="center"/>
            </w:pPr>
            <w:r>
              <w:rPr>
                <w:sz w:val="15"/>
              </w:rPr>
              <w:t>5.8772</w:t>
            </w:r>
          </w:p>
        </w:tc>
        <w:tc>
          <w:tcPr>
            <w:tcW w:w="1036" w:type="dxa"/>
            <w:tcMar>
              <w:top w:w="35" w:type="dxa"/>
              <w:left w:w="45" w:type="dxa"/>
              <w:bottom w:w="35" w:type="dxa"/>
              <w:right w:w="45" w:type="dxa"/>
            </w:tcMar>
            <w:vAlign w:val="center"/>
            <w:tcBorders>
              <w:left w:val="nil"/>
              <w:right w:val="nil"/>
            </w:tcBorders>
          </w:tcPr>
          <w:p w14:paraId="30CB3A71" w14:textId="77777777" w:rsidR="003B3005" w:rsidRDefault="00000000">
            <w:pPr>
              <w:spacing w:line="240" w:lineRule="auto"/>
              <w:jc w:val="center"/>
            </w:pPr>
            <w:r>
              <w:rPr>
                <w:sz w:val="15"/>
              </w:rPr>
              <w:t>0.847 to 7.9056</w:t>
            </w:r>
          </w:p>
        </w:tc>
        <w:tc>
          <w:tcPr>
            <w:tcW w:w="2088" w:type="dxa"/>
            <w:tcMar>
              <w:top w:w="35" w:type="dxa"/>
              <w:left w:w="45" w:type="dxa"/>
              <w:bottom w:w="35" w:type="dxa"/>
              <w:right w:w="45" w:type="dxa"/>
            </w:tcMar>
            <w:vAlign w:val="center"/>
            <w:tcBorders>
              <w:left w:val="nil"/>
              <w:right w:val="nil"/>
            </w:tcBorders>
          </w:tcPr>
          <w:p w14:paraId="7F8DCC0D" w14:textId="77777777" w:rsidR="003B3005" w:rsidRDefault="00000000">
            <w:pPr>
              <w:spacing w:line="240" w:lineRule="auto"/>
              <w:jc w:val="center"/>
            </w:pPr>
            <w:r>
              <w:rPr>
                <w:sz w:val="15"/>
              </w:rPr>
              <w:t>0.043591</w:t>
            </w:r>
          </w:p>
        </w:tc>
        <w:tc>
          <w:tcPr>
            <w:tcW w:w="1123" w:type="dxa"/>
            <w:tcMar>
              <w:top w:w="35" w:type="dxa"/>
              <w:left w:w="45" w:type="dxa"/>
              <w:bottom w:w="35" w:type="dxa"/>
              <w:right w:w="45" w:type="dxa"/>
            </w:tcMar>
            <w:vAlign w:val="center"/>
            <w:tcBorders>
              <w:left w:val="nil"/>
              <w:right w:val="nil"/>
            </w:tcBorders>
          </w:tcPr>
          <w:p w14:paraId="7DDA081A" w14:textId="77777777" w:rsidR="003B3005" w:rsidRDefault="00000000">
            <w:pPr>
              <w:spacing w:line="240" w:lineRule="auto"/>
              <w:jc w:val="center"/>
            </w:pPr>
            <w:r>
              <w:rPr>
                <w:sz w:val="15"/>
              </w:rPr>
              <w:t>Yes</w:t>
            </w:r>
          </w:p>
        </w:tc>
      </w:tr>
      <w:tr w:rsidR="003B3005" w14:paraId="41515422" w14:textId="77777777">
        <w:trPr>
          <w:cantSplit/>
          <w:jc w:val="center"/>
        </w:trPr>
        <w:tc>
          <w:tcPr>
            <w:tcW w:w="1512" w:type="dxa"/>
            <w:tcMar>
              <w:top w:w="35" w:type="dxa"/>
              <w:left w:w="45" w:type="dxa"/>
              <w:bottom w:w="35" w:type="dxa"/>
              <w:right w:w="45" w:type="dxa"/>
            </w:tcMar>
            <w:vAlign w:val="center"/>
            <w:tcBorders>
              <w:left w:val="nil"/>
              <w:right w:val="nil"/>
            </w:tcBorders>
          </w:tcPr>
          <w:p w14:paraId="33DA99FB" w14:textId="77777777" w:rsidR="003B3005" w:rsidRDefault="00000000">
            <w:pPr>
              <w:spacing w:line="240" w:lineRule="auto"/>
            </w:pPr>
            <w:r>
              <w:rPr>
                <w:sz w:val="15"/>
              </w:rPr>
              <w:t>Urbanization</w:t>
            </w:r>
          </w:p>
        </w:tc>
        <w:tc>
          <w:tcPr>
            <w:tcW w:w="1036" w:type="dxa"/>
            <w:tcMar>
              <w:top w:w="35" w:type="dxa"/>
              <w:left w:w="45" w:type="dxa"/>
              <w:bottom w:w="35" w:type="dxa"/>
              <w:right w:w="45" w:type="dxa"/>
            </w:tcMar>
            <w:vAlign w:val="center"/>
            <w:tcBorders>
              <w:left w:val="nil"/>
              <w:right w:val="nil"/>
            </w:tcBorders>
          </w:tcPr>
          <w:p w14:paraId="64520BA5" w14:textId="77777777" w:rsidR="003B3005" w:rsidRDefault="00000000">
            <w:pPr>
              <w:spacing w:line="240" w:lineRule="auto"/>
              <w:jc w:val="center"/>
            </w:pPr>
            <w:r>
              <w:rPr>
                <w:sz w:val="15"/>
              </w:rPr>
              <w:t>NonCore (Nonmetro)</w:t>
            </w:r>
          </w:p>
        </w:tc>
        <w:tc>
          <w:tcPr>
            <w:tcW w:w="1123" w:type="dxa"/>
            <w:tcMar>
              <w:top w:w="35" w:type="dxa"/>
              <w:left w:w="45" w:type="dxa"/>
              <w:bottom w:w="35" w:type="dxa"/>
              <w:right w:w="45" w:type="dxa"/>
            </w:tcMar>
            <w:vAlign w:val="center"/>
            <w:tcBorders>
              <w:left w:val="nil"/>
              <w:right w:val="nil"/>
            </w:tcBorders>
          </w:tcPr>
          <w:p w14:paraId="3A95B480" w14:textId="77777777" w:rsidR="003B3005" w:rsidRDefault="00000000">
            <w:pPr>
              <w:spacing w:line="240" w:lineRule="auto"/>
              <w:jc w:val="center"/>
            </w:pPr>
            <w:r>
              <w:rPr>
                <w:sz w:val="15"/>
              </w:rPr>
              <w:t>2018-2020</w:t>
            </w:r>
          </w:p>
        </w:tc>
        <w:tc>
          <w:tcPr>
            <w:tcW w:w="1512" w:type="dxa"/>
            <w:tcMar>
              <w:top w:w="35" w:type="dxa"/>
              <w:left w:w="45" w:type="dxa"/>
              <w:bottom w:w="35" w:type="dxa"/>
              <w:right w:w="45" w:type="dxa"/>
            </w:tcMar>
            <w:vAlign w:val="center"/>
            <w:tcBorders>
              <w:left w:val="nil"/>
              <w:right w:val="nil"/>
            </w:tcBorders>
          </w:tcPr>
          <w:p w14:paraId="1C3A5A22" w14:textId="77777777" w:rsidR="003B3005" w:rsidRDefault="00000000">
            <w:pPr>
              <w:spacing w:line="240" w:lineRule="auto"/>
              <w:jc w:val="center"/>
            </w:pPr>
            <w:r>
              <w:rPr>
                <w:sz w:val="15"/>
              </w:rPr>
              <w:t>27.6882</w:t>
            </w:r>
          </w:p>
        </w:tc>
        <w:tc>
          <w:tcPr>
            <w:tcW w:w="1036" w:type="dxa"/>
            <w:tcMar>
              <w:top w:w="35" w:type="dxa"/>
              <w:left w:w="45" w:type="dxa"/>
              <w:bottom w:w="35" w:type="dxa"/>
              <w:right w:w="45" w:type="dxa"/>
            </w:tcMar>
            <w:vAlign w:val="center"/>
            <w:tcBorders>
              <w:left w:val="nil"/>
              <w:right w:val="nil"/>
            </w:tcBorders>
          </w:tcPr>
          <w:p w14:paraId="05A096B5" w14:textId="77777777" w:rsidR="003B3005" w:rsidRDefault="00000000">
            <w:pPr>
              <w:spacing w:line="240" w:lineRule="auto"/>
              <w:jc w:val="center"/>
            </w:pPr>
            <w:r>
              <w:rPr>
                <w:sz w:val="15"/>
              </w:rPr>
              <w:t>7.2712 to 41.1125</w:t>
            </w:r>
          </w:p>
        </w:tc>
        <w:tc>
          <w:tcPr>
            <w:tcW w:w="2088" w:type="dxa"/>
            <w:tcMar>
              <w:top w:w="35" w:type="dxa"/>
              <w:left w:w="45" w:type="dxa"/>
              <w:bottom w:w="35" w:type="dxa"/>
              <w:right w:w="45" w:type="dxa"/>
            </w:tcMar>
            <w:vAlign w:val="center"/>
            <w:tcBorders>
              <w:left w:val="nil"/>
              <w:right w:val="nil"/>
            </w:tcBorders>
          </w:tcPr>
          <w:p w14:paraId="7CC254BF"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463A3007" w14:textId="77777777" w:rsidR="003B3005" w:rsidRDefault="00000000">
            <w:pPr>
              <w:spacing w:line="240" w:lineRule="auto"/>
              <w:jc w:val="center"/>
            </w:pPr>
            <w:r>
              <w:rPr>
                <w:sz w:val="15"/>
              </w:rPr>
              <w:t>Yes</w:t>
            </w:r>
          </w:p>
        </w:tc>
      </w:tr>
      <w:tr w:rsidR="003B3005" w14:paraId="2E43DA20" w14:textId="77777777">
        <w:trPr>
          <w:cantSplit/>
          <w:jc w:val="center"/>
        </w:trPr>
        <w:tc>
          <w:tcPr>
            <w:tcW w:w="1512" w:type="dxa"/>
            <w:tcMar>
              <w:top w:w="35" w:type="dxa"/>
              <w:left w:w="45" w:type="dxa"/>
              <w:bottom w:w="35" w:type="dxa"/>
              <w:right w:w="45" w:type="dxa"/>
            </w:tcMar>
            <w:vAlign w:val="center"/>
            <w:tcBorders>
              <w:left w:val="nil"/>
              <w:right w:val="nil"/>
            </w:tcBorders>
          </w:tcPr>
          <w:p w14:paraId="68158327" w14:textId="77777777" w:rsidR="003B3005" w:rsidRDefault="00000000">
            <w:pPr>
              <w:spacing w:line="240" w:lineRule="auto"/>
            </w:pPr>
            <w:r>
              <w:rPr>
                <w:sz w:val="15"/>
              </w:rPr>
              <w:t>Urbanization</w:t>
            </w:r>
          </w:p>
        </w:tc>
        <w:tc>
          <w:tcPr>
            <w:tcW w:w="1036" w:type="dxa"/>
            <w:tcMar>
              <w:top w:w="35" w:type="dxa"/>
              <w:left w:w="45" w:type="dxa"/>
              <w:bottom w:w="35" w:type="dxa"/>
              <w:right w:w="45" w:type="dxa"/>
            </w:tcMar>
            <w:vAlign w:val="center"/>
            <w:tcBorders>
              <w:left w:val="nil"/>
              <w:right w:val="nil"/>
            </w:tcBorders>
          </w:tcPr>
          <w:p w14:paraId="1C55511A" w14:textId="77777777" w:rsidR="003B3005" w:rsidRDefault="00000000">
            <w:pPr>
              <w:spacing w:line="240" w:lineRule="auto"/>
              <w:jc w:val="center"/>
            </w:pPr>
            <w:r>
              <w:rPr>
                <w:sz w:val="15"/>
              </w:rPr>
              <w:t>Small Metro</w:t>
            </w:r>
          </w:p>
        </w:tc>
        <w:tc>
          <w:tcPr>
            <w:tcW w:w="1123" w:type="dxa"/>
            <w:tcMar>
              <w:top w:w="35" w:type="dxa"/>
              <w:left w:w="45" w:type="dxa"/>
              <w:bottom w:w="35" w:type="dxa"/>
              <w:right w:w="45" w:type="dxa"/>
            </w:tcMar>
            <w:vAlign w:val="center"/>
            <w:tcBorders>
              <w:left w:val="nil"/>
              <w:right w:val="nil"/>
            </w:tcBorders>
          </w:tcPr>
          <w:p w14:paraId="1015156F" w14:textId="77777777" w:rsidR="003B3005" w:rsidRDefault="00000000">
            <w:pPr>
              <w:spacing w:line="240" w:lineRule="auto"/>
              <w:jc w:val="center"/>
            </w:pPr>
            <w:r>
              <w:rPr>
                <w:sz w:val="15"/>
              </w:rPr>
              <w:t>1999-2018</w:t>
            </w:r>
          </w:p>
        </w:tc>
        <w:tc>
          <w:tcPr>
            <w:tcW w:w="1512" w:type="dxa"/>
            <w:tcMar>
              <w:top w:w="35" w:type="dxa"/>
              <w:left w:w="45" w:type="dxa"/>
              <w:bottom w:w="35" w:type="dxa"/>
              <w:right w:w="45" w:type="dxa"/>
            </w:tcMar>
            <w:vAlign w:val="center"/>
            <w:tcBorders>
              <w:left w:val="nil"/>
              <w:right w:val="nil"/>
            </w:tcBorders>
          </w:tcPr>
          <w:p w14:paraId="13E405A4" w14:textId="77777777" w:rsidR="003B3005" w:rsidRDefault="00000000">
            <w:pPr>
              <w:spacing w:line="240" w:lineRule="auto"/>
              <w:jc w:val="center"/>
            </w:pPr>
            <w:r>
              <w:rPr>
                <w:sz w:val="15"/>
              </w:rPr>
              <w:t>5.3703</w:t>
            </w:r>
          </w:p>
        </w:tc>
        <w:tc>
          <w:tcPr>
            <w:tcW w:w="1036" w:type="dxa"/>
            <w:tcMar>
              <w:top w:w="35" w:type="dxa"/>
              <w:left w:w="45" w:type="dxa"/>
              <w:bottom w:w="35" w:type="dxa"/>
              <w:right w:w="45" w:type="dxa"/>
            </w:tcMar>
            <w:vAlign w:val="center"/>
            <w:tcBorders>
              <w:left w:val="nil"/>
              <w:right w:val="nil"/>
            </w:tcBorders>
          </w:tcPr>
          <w:p w14:paraId="2DB90E8A" w14:textId="77777777" w:rsidR="003B3005" w:rsidRDefault="00000000">
            <w:pPr>
              <w:spacing w:line="240" w:lineRule="auto"/>
              <w:jc w:val="center"/>
            </w:pPr>
            <w:r>
              <w:rPr>
                <w:sz w:val="15"/>
              </w:rPr>
              <w:t>3.176 to 6.7665</w:t>
            </w:r>
          </w:p>
        </w:tc>
        <w:tc>
          <w:tcPr>
            <w:tcW w:w="2088" w:type="dxa"/>
            <w:tcMar>
              <w:top w:w="35" w:type="dxa"/>
              <w:left w:w="45" w:type="dxa"/>
              <w:bottom w:w="35" w:type="dxa"/>
              <w:right w:w="45" w:type="dxa"/>
            </w:tcMar>
            <w:vAlign w:val="center"/>
            <w:tcBorders>
              <w:left w:val="nil"/>
              <w:right w:val="nil"/>
            </w:tcBorders>
          </w:tcPr>
          <w:p w14:paraId="2F6F932F" w14:textId="77777777" w:rsidR="003B3005" w:rsidRDefault="00000000">
            <w:pPr>
              <w:spacing w:line="240" w:lineRule="auto"/>
              <w:jc w:val="center"/>
            </w:pPr>
            <w:r>
              <w:rPr>
                <w:sz w:val="15"/>
              </w:rPr>
              <w:t>0.011598</w:t>
            </w:r>
          </w:p>
        </w:tc>
        <w:tc>
          <w:tcPr>
            <w:tcW w:w="1123" w:type="dxa"/>
            <w:tcMar>
              <w:top w:w="35" w:type="dxa"/>
              <w:left w:w="45" w:type="dxa"/>
              <w:bottom w:w="35" w:type="dxa"/>
              <w:right w:w="45" w:type="dxa"/>
            </w:tcMar>
            <w:vAlign w:val="center"/>
            <w:tcBorders>
              <w:left w:val="nil"/>
              <w:right w:val="nil"/>
            </w:tcBorders>
          </w:tcPr>
          <w:p w14:paraId="666E3DC0" w14:textId="77777777" w:rsidR="003B3005" w:rsidRDefault="00000000">
            <w:pPr>
              <w:spacing w:line="240" w:lineRule="auto"/>
              <w:jc w:val="center"/>
            </w:pPr>
            <w:r>
              <w:rPr>
                <w:sz w:val="15"/>
              </w:rPr>
              <w:t>Yes</w:t>
            </w:r>
          </w:p>
        </w:tc>
      </w:tr>
      <w:tr w:rsidR="003B3005" w14:paraId="4ABAA2FD" w14:textId="77777777">
        <w:trPr>
          <w:cantSplit/>
          <w:jc w:val="center"/>
        </w:trPr>
        <w:tc>
          <w:tcPr>
            <w:tcW w:w="1512" w:type="dxa"/>
            <w:tcMar>
              <w:top w:w="35" w:type="dxa"/>
              <w:left w:w="45" w:type="dxa"/>
              <w:bottom w:w="35" w:type="dxa"/>
              <w:right w:w="45" w:type="dxa"/>
            </w:tcMar>
            <w:vAlign w:val="center"/>
            <w:tcBorders>
              <w:left w:val="nil"/>
              <w:right w:val="nil"/>
            </w:tcBorders>
          </w:tcPr>
          <w:p w14:paraId="7C13BC43" w14:textId="77777777" w:rsidR="003B3005" w:rsidRDefault="00000000">
            <w:pPr>
              <w:spacing w:line="240" w:lineRule="auto"/>
            </w:pPr>
            <w:r>
              <w:rPr>
                <w:sz w:val="15"/>
              </w:rPr>
              <w:t>Urbanization</w:t>
            </w:r>
          </w:p>
        </w:tc>
        <w:tc>
          <w:tcPr>
            <w:tcW w:w="1036" w:type="dxa"/>
            <w:tcMar>
              <w:top w:w="35" w:type="dxa"/>
              <w:left w:w="45" w:type="dxa"/>
              <w:bottom w:w="35" w:type="dxa"/>
              <w:right w:w="45" w:type="dxa"/>
            </w:tcMar>
            <w:vAlign w:val="center"/>
            <w:tcBorders>
              <w:left w:val="nil"/>
              <w:right w:val="nil"/>
            </w:tcBorders>
          </w:tcPr>
          <w:p w14:paraId="1C2A50DA" w14:textId="77777777" w:rsidR="003B3005" w:rsidRDefault="00000000">
            <w:pPr>
              <w:spacing w:line="240" w:lineRule="auto"/>
              <w:jc w:val="center"/>
            </w:pPr>
            <w:r>
              <w:rPr>
                <w:sz w:val="15"/>
              </w:rPr>
              <w:t>Small Metro</w:t>
            </w:r>
          </w:p>
        </w:tc>
        <w:tc>
          <w:tcPr>
            <w:tcW w:w="1123" w:type="dxa"/>
            <w:tcMar>
              <w:top w:w="35" w:type="dxa"/>
              <w:left w:w="45" w:type="dxa"/>
              <w:bottom w:w="35" w:type="dxa"/>
              <w:right w:w="45" w:type="dxa"/>
            </w:tcMar>
            <w:vAlign w:val="center"/>
            <w:tcBorders>
              <w:left w:val="nil"/>
              <w:right w:val="nil"/>
            </w:tcBorders>
          </w:tcPr>
          <w:p w14:paraId="1E6C6E13" w14:textId="77777777" w:rsidR="003B3005" w:rsidRDefault="00000000">
            <w:pPr>
              <w:spacing w:line="240" w:lineRule="auto"/>
              <w:jc w:val="center"/>
            </w:pPr>
            <w:r>
              <w:rPr>
                <w:sz w:val="15"/>
              </w:rPr>
              <w:t>2018-2020</w:t>
            </w:r>
          </w:p>
        </w:tc>
        <w:tc>
          <w:tcPr>
            <w:tcW w:w="1512" w:type="dxa"/>
            <w:tcMar>
              <w:top w:w="35" w:type="dxa"/>
              <w:left w:w="45" w:type="dxa"/>
              <w:bottom w:w="35" w:type="dxa"/>
              <w:right w:w="45" w:type="dxa"/>
            </w:tcMar>
            <w:vAlign w:val="center"/>
            <w:tcBorders>
              <w:left w:val="nil"/>
              <w:right w:val="nil"/>
            </w:tcBorders>
          </w:tcPr>
          <w:p w14:paraId="40C78F31" w14:textId="77777777" w:rsidR="003B3005" w:rsidRDefault="00000000">
            <w:pPr>
              <w:spacing w:line="240" w:lineRule="auto"/>
              <w:jc w:val="center"/>
            </w:pPr>
            <w:r>
              <w:rPr>
                <w:sz w:val="15"/>
              </w:rPr>
              <w:t>27.7065</w:t>
            </w:r>
          </w:p>
        </w:tc>
        <w:tc>
          <w:tcPr>
            <w:tcW w:w="1036" w:type="dxa"/>
            <w:tcMar>
              <w:top w:w="35" w:type="dxa"/>
              <w:left w:w="45" w:type="dxa"/>
              <w:bottom w:w="35" w:type="dxa"/>
              <w:right w:w="45" w:type="dxa"/>
            </w:tcMar>
            <w:vAlign w:val="center"/>
            <w:tcBorders>
              <w:left w:val="nil"/>
              <w:right w:val="nil"/>
            </w:tcBorders>
          </w:tcPr>
          <w:p w14:paraId="42CD1ECC" w14:textId="77777777" w:rsidR="003B3005" w:rsidRDefault="00000000">
            <w:pPr>
              <w:spacing w:line="240" w:lineRule="auto"/>
              <w:jc w:val="center"/>
            </w:pPr>
            <w:r>
              <w:rPr>
                <w:sz w:val="15"/>
              </w:rPr>
              <w:t>9.0141 to 38.1333</w:t>
            </w:r>
          </w:p>
        </w:tc>
        <w:tc>
          <w:tcPr>
            <w:tcW w:w="2088" w:type="dxa"/>
            <w:tcMar>
              <w:top w:w="35" w:type="dxa"/>
              <w:left w:w="45" w:type="dxa"/>
              <w:bottom w:w="35" w:type="dxa"/>
              <w:right w:w="45" w:type="dxa"/>
            </w:tcMar>
            <w:vAlign w:val="center"/>
            <w:tcBorders>
              <w:left w:val="nil"/>
              <w:right w:val="nil"/>
            </w:tcBorders>
          </w:tcPr>
          <w:p w14:paraId="52234356"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2DDB222B" w14:textId="77777777" w:rsidR="003B3005" w:rsidRDefault="00000000">
            <w:pPr>
              <w:spacing w:line="240" w:lineRule="auto"/>
              <w:jc w:val="center"/>
            </w:pPr>
            <w:r>
              <w:rPr>
                <w:sz w:val="15"/>
              </w:rPr>
              <w:t>Yes</w:t>
            </w:r>
          </w:p>
        </w:tc>
      </w:tr>
      <w:tr w:rsidR="003B3005" w14:paraId="1514C44F" w14:textId="77777777">
        <w:trPr>
          <w:cantSplit/>
          <w:jc w:val="center"/>
        </w:trPr>
        <w:tc>
          <w:tcPr>
            <w:tcW w:w="1512" w:type="dxa"/>
            <w:tcMar>
              <w:top w:w="35" w:type="dxa"/>
              <w:left w:w="45" w:type="dxa"/>
              <w:bottom w:w="35" w:type="dxa"/>
              <w:right w:w="45" w:type="dxa"/>
            </w:tcMar>
            <w:vAlign w:val="center"/>
            <w:tcBorders>
              <w:left w:val="nil"/>
              <w:right w:val="nil"/>
            </w:tcBorders>
          </w:tcPr>
          <w:p w14:paraId="750B95CE" w14:textId="77777777" w:rsidR="003B3005" w:rsidRDefault="00000000">
            <w:pPr>
              <w:spacing w:line="240" w:lineRule="auto"/>
            </w:pPr>
            <w:r>
              <w:rPr>
                <w:sz w:val="15"/>
              </w:rPr>
              <w:t>A40-A41 sensitivity</w:t>
            </w:r>
          </w:p>
        </w:tc>
        <w:tc>
          <w:tcPr>
            <w:tcW w:w="1036" w:type="dxa"/>
            <w:tcMar>
              <w:top w:w="35" w:type="dxa"/>
              <w:left w:w="45" w:type="dxa"/>
              <w:bottom w:w="35" w:type="dxa"/>
              <w:right w:w="45" w:type="dxa"/>
            </w:tcMar>
            <w:vAlign w:val="center"/>
            <w:tcBorders>
              <w:left w:val="nil"/>
              <w:right w:val="nil"/>
            </w:tcBorders>
          </w:tcPr>
          <w:p w14:paraId="587EEE21" w14:textId="77777777" w:rsidR="003B3005" w:rsidRDefault="00000000">
            <w:pPr>
              <w:spacing w:line="240" w:lineRule="auto"/>
              <w:jc w:val="center"/>
            </w:pPr>
            <w:r>
              <w:rPr>
                <w:sz w:val="15"/>
              </w:rPr>
              <w:t>Overall</w:t>
            </w:r>
          </w:p>
        </w:tc>
        <w:tc>
          <w:tcPr>
            <w:tcW w:w="1123" w:type="dxa"/>
            <w:tcMar>
              <w:top w:w="35" w:type="dxa"/>
              <w:left w:w="45" w:type="dxa"/>
              <w:bottom w:w="35" w:type="dxa"/>
              <w:right w:w="45" w:type="dxa"/>
            </w:tcMar>
            <w:vAlign w:val="center"/>
            <w:tcBorders>
              <w:left w:val="nil"/>
              <w:right w:val="nil"/>
            </w:tcBorders>
          </w:tcPr>
          <w:p w14:paraId="18825037" w14:textId="77777777" w:rsidR="003B3005" w:rsidRDefault="00000000">
            <w:pPr>
              <w:spacing w:line="240" w:lineRule="auto"/>
              <w:jc w:val="center"/>
            </w:pPr>
            <w:r>
              <w:rPr>
                <w:sz w:val="15"/>
              </w:rPr>
              <w:t>1999-2018</w:t>
            </w:r>
          </w:p>
        </w:tc>
        <w:tc>
          <w:tcPr>
            <w:tcW w:w="1512" w:type="dxa"/>
            <w:tcMar>
              <w:top w:w="35" w:type="dxa"/>
              <w:left w:w="45" w:type="dxa"/>
              <w:bottom w:w="35" w:type="dxa"/>
              <w:right w:w="45" w:type="dxa"/>
            </w:tcMar>
            <w:vAlign w:val="center"/>
            <w:tcBorders>
              <w:left w:val="nil"/>
              <w:right w:val="nil"/>
            </w:tcBorders>
          </w:tcPr>
          <w:p w14:paraId="5A4C1ADB" w14:textId="77777777" w:rsidR="003B3005" w:rsidRDefault="00000000">
            <w:pPr>
              <w:spacing w:line="240" w:lineRule="auto"/>
              <w:jc w:val="center"/>
            </w:pPr>
            <w:r>
              <w:rPr>
                <w:sz w:val="15"/>
              </w:rPr>
              <w:t>4.1814</w:t>
            </w:r>
          </w:p>
        </w:tc>
        <w:tc>
          <w:tcPr>
            <w:tcW w:w="1036" w:type="dxa"/>
            <w:tcMar>
              <w:top w:w="35" w:type="dxa"/>
              <w:left w:w="45" w:type="dxa"/>
              <w:bottom w:w="35" w:type="dxa"/>
              <w:right w:w="45" w:type="dxa"/>
            </w:tcMar>
            <w:vAlign w:val="center"/>
            <w:tcBorders>
              <w:left w:val="nil"/>
              <w:right w:val="nil"/>
            </w:tcBorders>
          </w:tcPr>
          <w:p w14:paraId="34AF2B56" w14:textId="77777777" w:rsidR="003B3005" w:rsidRDefault="00000000">
            <w:pPr>
              <w:spacing w:line="240" w:lineRule="auto"/>
              <w:jc w:val="center"/>
            </w:pPr>
            <w:r>
              <w:rPr>
                <w:sz w:val="15"/>
              </w:rPr>
              <w:t>2.4762 to 5.7177</w:t>
            </w:r>
          </w:p>
        </w:tc>
        <w:tc>
          <w:tcPr>
            <w:tcW w:w="2088" w:type="dxa"/>
            <w:tcMar>
              <w:top w:w="35" w:type="dxa"/>
              <w:left w:w="45" w:type="dxa"/>
              <w:bottom w:w="35" w:type="dxa"/>
              <w:right w:w="45" w:type="dxa"/>
            </w:tcMar>
            <w:vAlign w:val="center"/>
            <w:tcBorders>
              <w:left w:val="nil"/>
              <w:right w:val="nil"/>
            </w:tcBorders>
          </w:tcPr>
          <w:p w14:paraId="3F1E4BAC" w14:textId="77777777" w:rsidR="003B3005" w:rsidRDefault="00000000">
            <w:pPr>
              <w:spacing w:line="240" w:lineRule="auto"/>
              <w:jc w:val="center"/>
            </w:pPr>
            <w:r>
              <w:rPr>
                <w:sz w:val="15"/>
              </w:rPr>
              <w:t>0.002</w:t>
            </w:r>
          </w:p>
        </w:tc>
        <w:tc>
          <w:tcPr>
            <w:tcW w:w="1123" w:type="dxa"/>
            <w:tcMar>
              <w:top w:w="35" w:type="dxa"/>
              <w:left w:w="45" w:type="dxa"/>
              <w:bottom w:w="35" w:type="dxa"/>
              <w:right w:w="45" w:type="dxa"/>
            </w:tcMar>
            <w:vAlign w:val="center"/>
            <w:tcBorders>
              <w:left w:val="nil"/>
              <w:right w:val="nil"/>
            </w:tcBorders>
          </w:tcPr>
          <w:p w14:paraId="0849DFA0" w14:textId="77777777" w:rsidR="003B3005" w:rsidRDefault="00000000">
            <w:pPr>
              <w:spacing w:line="240" w:lineRule="auto"/>
              <w:jc w:val="center"/>
            </w:pPr>
            <w:r>
              <w:rPr>
                <w:sz w:val="15"/>
              </w:rPr>
              <w:t>Yes</w:t>
            </w:r>
          </w:p>
        </w:tc>
      </w:tr>
      <w:tr w:rsidR="003B3005" w14:paraId="3809DA2E" w14:textId="77777777">
        <w:trPr>
          <w:cantSplit/>
          <w:jc w:val="center"/>
        </w:trPr>
        <w:tc>
          <w:tcPr>
            <w:tcW w:w="1512" w:type="dxa"/>
            <w:tcMar>
              <w:top w:w="35" w:type="dxa"/>
              <w:left w:w="45" w:type="dxa"/>
              <w:bottom w:w="35" w:type="dxa"/>
              <w:right w:w="45" w:type="dxa"/>
            </w:tcMar>
            <w:vAlign w:val="center"/>
            <w:tcBorders>
              <w:left w:val="nil"/>
              <w:right w:val="nil"/>
            </w:tcBorders>
          </w:tcPr>
          <w:p w14:paraId="58BBD39A" w14:textId="77777777" w:rsidR="003B3005" w:rsidRDefault="00000000">
            <w:pPr>
              <w:spacing w:line="240" w:lineRule="auto"/>
            </w:pPr>
            <w:r>
              <w:rPr>
                <w:sz w:val="15"/>
              </w:rPr>
              <w:t>A40-A41 sensitivity</w:t>
            </w:r>
          </w:p>
        </w:tc>
        <w:tc>
          <w:tcPr>
            <w:tcW w:w="1036" w:type="dxa"/>
            <w:tcMar>
              <w:top w:w="35" w:type="dxa"/>
              <w:left w:w="45" w:type="dxa"/>
              <w:bottom w:w="35" w:type="dxa"/>
              <w:right w:w="45" w:type="dxa"/>
            </w:tcMar>
            <w:vAlign w:val="center"/>
            <w:tcBorders>
              <w:left w:val="nil"/>
              <w:right w:val="nil"/>
            </w:tcBorders>
          </w:tcPr>
          <w:p w14:paraId="38B1B108" w14:textId="77777777" w:rsidR="003B3005" w:rsidRDefault="00000000">
            <w:pPr>
              <w:spacing w:line="240" w:lineRule="auto"/>
              <w:jc w:val="center"/>
            </w:pPr>
            <w:r>
              <w:rPr>
                <w:sz w:val="15"/>
              </w:rPr>
              <w:t>Overall</w:t>
            </w:r>
          </w:p>
        </w:tc>
        <w:tc>
          <w:tcPr>
            <w:tcW w:w="1123" w:type="dxa"/>
            <w:tcMar>
              <w:top w:w="35" w:type="dxa"/>
              <w:left w:w="45" w:type="dxa"/>
              <w:bottom w:w="35" w:type="dxa"/>
              <w:right w:w="45" w:type="dxa"/>
            </w:tcMar>
            <w:vAlign w:val="center"/>
            <w:tcBorders>
              <w:left w:val="nil"/>
              <w:right w:val="nil"/>
            </w:tcBorders>
          </w:tcPr>
          <w:p w14:paraId="13E163F0" w14:textId="77777777" w:rsidR="003B3005" w:rsidRDefault="00000000">
            <w:pPr>
              <w:spacing w:line="240" w:lineRule="auto"/>
              <w:jc w:val="center"/>
            </w:pPr>
            <w:r>
              <w:rPr>
                <w:sz w:val="15"/>
              </w:rPr>
              <w:t>2018-2021</w:t>
            </w:r>
          </w:p>
        </w:tc>
        <w:tc>
          <w:tcPr>
            <w:tcW w:w="1512" w:type="dxa"/>
            <w:tcMar>
              <w:top w:w="35" w:type="dxa"/>
              <w:left w:w="45" w:type="dxa"/>
              <w:bottom w:w="35" w:type="dxa"/>
              <w:right w:w="45" w:type="dxa"/>
            </w:tcMar>
            <w:vAlign w:val="center"/>
            <w:tcBorders>
              <w:left w:val="nil"/>
              <w:right w:val="nil"/>
            </w:tcBorders>
          </w:tcPr>
          <w:p w14:paraId="48C3B478" w14:textId="77777777" w:rsidR="003B3005" w:rsidRDefault="00000000">
            <w:pPr>
              <w:spacing w:line="240" w:lineRule="auto"/>
              <w:jc w:val="center"/>
            </w:pPr>
            <w:r>
              <w:rPr>
                <w:sz w:val="15"/>
              </w:rPr>
              <w:t>33.1682</w:t>
            </w:r>
          </w:p>
        </w:tc>
        <w:tc>
          <w:tcPr>
            <w:tcW w:w="1036" w:type="dxa"/>
            <w:tcMar>
              <w:top w:w="35" w:type="dxa"/>
              <w:left w:w="45" w:type="dxa"/>
              <w:bottom w:w="35" w:type="dxa"/>
              <w:right w:w="45" w:type="dxa"/>
            </w:tcMar>
            <w:vAlign w:val="center"/>
            <w:tcBorders>
              <w:left w:val="nil"/>
              <w:right w:val="nil"/>
            </w:tcBorders>
          </w:tcPr>
          <w:p w14:paraId="16EF47F9" w14:textId="77777777" w:rsidR="003B3005" w:rsidRDefault="00000000">
            <w:pPr>
              <w:spacing w:line="240" w:lineRule="auto"/>
              <w:jc w:val="center"/>
            </w:pPr>
            <w:r>
              <w:rPr>
                <w:sz w:val="15"/>
              </w:rPr>
              <w:t>16.974 to 40.0291</w:t>
            </w:r>
          </w:p>
        </w:tc>
        <w:tc>
          <w:tcPr>
            <w:tcW w:w="2088" w:type="dxa"/>
            <w:tcMar>
              <w:top w:w="35" w:type="dxa"/>
              <w:left w:w="45" w:type="dxa"/>
              <w:bottom w:w="35" w:type="dxa"/>
              <w:right w:w="45" w:type="dxa"/>
            </w:tcMar>
            <w:vAlign w:val="center"/>
            <w:tcBorders>
              <w:left w:val="nil"/>
              <w:right w:val="nil"/>
            </w:tcBorders>
          </w:tcPr>
          <w:p w14:paraId="74A8CFE7"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0B3CD6D2" w14:textId="77777777" w:rsidR="003B3005" w:rsidRDefault="00000000">
            <w:pPr>
              <w:spacing w:line="240" w:lineRule="auto"/>
              <w:jc w:val="center"/>
            </w:pPr>
            <w:r>
              <w:rPr>
                <w:sz w:val="15"/>
              </w:rPr>
              <w:t>Yes</w:t>
            </w:r>
          </w:p>
        </w:tc>
      </w:tr>
      <w:tr w:rsidR="003B3005" w14:paraId="75DA1F89" w14:textId="77777777">
        <w:trPr>
          <w:cantSplit/>
          <w:jc w:val="center"/>
        </w:trPr>
        <w:tc>
          <w:tcPr>
            <w:tcW w:w="1512" w:type="dxa"/>
            <w:tcMar>
              <w:top w:w="35" w:type="dxa"/>
              <w:left w:w="45" w:type="dxa"/>
              <w:bottom w:w="35" w:type="dxa"/>
              <w:right w:w="45" w:type="dxa"/>
            </w:tcMar>
            <w:vAlign w:val="center"/>
            <w:tcBorders>
              <w:left w:val="nil"/>
              <w:right w:val="nil"/>
            </w:tcBorders>
          </w:tcPr>
          <w:p w14:paraId="6D03F0C6" w14:textId="77777777" w:rsidR="003B3005" w:rsidRDefault="00000000">
            <w:pPr>
              <w:spacing w:line="240" w:lineRule="auto"/>
            </w:pPr>
            <w:r>
              <w:rPr>
                <w:sz w:val="15"/>
              </w:rPr>
              <w:t>A40-A41 sensitivity</w:t>
            </w:r>
          </w:p>
        </w:tc>
        <w:tc>
          <w:tcPr>
            <w:tcW w:w="1036" w:type="dxa"/>
            <w:tcMar>
              <w:top w:w="35" w:type="dxa"/>
              <w:left w:w="45" w:type="dxa"/>
              <w:bottom w:w="35" w:type="dxa"/>
              <w:right w:w="45" w:type="dxa"/>
            </w:tcMar>
            <w:vAlign w:val="center"/>
            <w:tcBorders>
              <w:left w:val="nil"/>
              <w:right w:val="nil"/>
            </w:tcBorders>
          </w:tcPr>
          <w:p w14:paraId="4B38C282" w14:textId="77777777" w:rsidR="003B3005" w:rsidRDefault="00000000">
            <w:pPr>
              <w:spacing w:line="240" w:lineRule="auto"/>
              <w:jc w:val="center"/>
            </w:pPr>
            <w:r>
              <w:rPr>
                <w:sz w:val="15"/>
              </w:rPr>
              <w:t>Overall</w:t>
            </w:r>
          </w:p>
        </w:tc>
        <w:tc>
          <w:tcPr>
            <w:tcW w:w="1123" w:type="dxa"/>
            <w:tcMar>
              <w:top w:w="35" w:type="dxa"/>
              <w:left w:w="45" w:type="dxa"/>
              <w:bottom w:w="35" w:type="dxa"/>
              <w:right w:w="45" w:type="dxa"/>
            </w:tcMar>
            <w:vAlign w:val="center"/>
            <w:tcBorders>
              <w:left w:val="nil"/>
              <w:right w:val="nil"/>
            </w:tcBorders>
          </w:tcPr>
          <w:p w14:paraId="5B8AC254" w14:textId="77777777" w:rsidR="003B3005" w:rsidRDefault="00000000">
            <w:pPr>
              <w:spacing w:line="240" w:lineRule="auto"/>
              <w:jc w:val="center"/>
            </w:pPr>
            <w:r>
              <w:rPr>
                <w:sz w:val="15"/>
              </w:rPr>
              <w:t>2021-2024</w:t>
            </w:r>
          </w:p>
        </w:tc>
        <w:tc>
          <w:tcPr>
            <w:tcW w:w="1512" w:type="dxa"/>
            <w:tcMar>
              <w:top w:w="35" w:type="dxa"/>
              <w:left w:w="45" w:type="dxa"/>
              <w:bottom w:w="35" w:type="dxa"/>
              <w:right w:w="45" w:type="dxa"/>
            </w:tcMar>
            <w:vAlign w:val="center"/>
            <w:tcBorders>
              <w:left w:val="nil"/>
              <w:right w:val="nil"/>
            </w:tcBorders>
          </w:tcPr>
          <w:p w14:paraId="754DE6D5" w14:textId="77777777" w:rsidR="003B3005" w:rsidRDefault="00000000">
            <w:pPr>
              <w:spacing w:line="240" w:lineRule="auto"/>
              <w:jc w:val="center"/>
            </w:pPr>
            <w:r>
              <w:rPr>
                <w:sz w:val="15"/>
              </w:rPr>
              <w:t>-19.5798</w:t>
            </w:r>
          </w:p>
        </w:tc>
        <w:tc>
          <w:tcPr>
            <w:tcW w:w="1036" w:type="dxa"/>
            <w:tcMar>
              <w:top w:w="35" w:type="dxa"/>
              <w:left w:w="45" w:type="dxa"/>
              <w:bottom w:w="35" w:type="dxa"/>
              <w:right w:w="45" w:type="dxa"/>
            </w:tcMar>
            <w:vAlign w:val="center"/>
            <w:tcBorders>
              <w:left w:val="nil"/>
              <w:right w:val="nil"/>
            </w:tcBorders>
          </w:tcPr>
          <w:p w14:paraId="489D5CCF" w14:textId="77777777" w:rsidR="003B3005" w:rsidRDefault="00000000">
            <w:pPr>
              <w:spacing w:line="240" w:lineRule="auto"/>
              <w:jc w:val="center"/>
            </w:pPr>
            <w:r>
              <w:rPr>
                <w:sz w:val="15"/>
              </w:rPr>
              <w:t>-27.5346 to -13.7892</w:t>
            </w:r>
          </w:p>
        </w:tc>
        <w:tc>
          <w:tcPr>
            <w:tcW w:w="2088" w:type="dxa"/>
            <w:tcMar>
              <w:top w:w="35" w:type="dxa"/>
              <w:left w:w="45" w:type="dxa"/>
              <w:bottom w:w="35" w:type="dxa"/>
              <w:right w:w="45" w:type="dxa"/>
            </w:tcMar>
            <w:vAlign w:val="center"/>
            <w:tcBorders>
              <w:left w:val="nil"/>
              <w:right w:val="nil"/>
            </w:tcBorders>
          </w:tcPr>
          <w:p w14:paraId="57FE4C89"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51CB0DB8" w14:textId="77777777" w:rsidR="003B3005" w:rsidRDefault="00000000">
            <w:pPr>
              <w:spacing w:line="240" w:lineRule="auto"/>
              <w:jc w:val="center"/>
            </w:pPr>
            <w:r>
              <w:rPr>
                <w:sz w:val="15"/>
              </w:rPr>
              <w:t>Yes</w:t>
            </w:r>
          </w:p>
        </w:tc>
      </w:tr>
    </w:tbl>
    <w:p w14:paraId="4BF8C6DA" w14:textId="77777777" w:rsidR="003B3005" w:rsidRDefault="00000000">
      <w:pPr>
        <w:spacing w:line="240" w:lineRule="auto"/>
      </w:pPr>
      <w:r>
        <w:t>Note: APC indicates annual percentage change. Significance is based on the 95% confidence interval excluding zero.</w:t>
      </w:r>
    </w:p>
    <w:p w14:paraId="21F16B3E" w14:textId="77777777" w:rsidR="003B3005" w:rsidRDefault="00000000">
      <w:pPr>
        <w:pStyle w:val="Heading2"/>
        <w:spacing w:before="0" w:line="240" w:lineRule="auto"/>
      </w:pPr>
      <w:r>
        <w:rPr>
          <w:rFonts w:ascii="Times New Roman" w:eastAsia="Times New Roman" w:hAnsi="Times New Roman"/>
          <w:sz w:val="24"/>
        </w:rPr>
        <w:t>Supplementary Table S3. Prespecified full-period average annual percent changes</w:t>
      </w:r>
    </w:p>
    <w:tbl>
      <w:tblPr>
        <w:tblW w:w="5000" w:type="pct"/>
        <w:jc w:val="center"/>
        <w:tblLayout w:type="fixed"/>
        <w:tblLook w:val="04A0" w:firstRow="1" w:lastRow="0" w:firstColumn="1" w:lastColumn="0" w:noHBand="0" w:noVBand="1"/>
      </w:tblPr>
      <w:tblGrid>
        <w:gridCol w:w="1516"/>
        <w:gridCol w:w="1039"/>
        <w:gridCol w:w="1125"/>
        <w:gridCol w:w="1515"/>
        <w:gridCol w:w="1038"/>
        <w:gridCol w:w="2092"/>
        <w:gridCol w:w="1125"/>
      </w:tblGrid>
      <w:tr w:rsidR="003B3005" w14:paraId="2F575A1D" w14:textId="77777777">
        <w:trPr>
          <w:cantSplit/>
          <w:tblHeader/>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ABFF64" w14:textId="77777777" w:rsidR="003B3005" w:rsidRDefault="00000000">
            <w:pPr>
              <w:spacing w:line="240" w:lineRule="auto"/>
            </w:pPr>
            <w:r>
              <w:rPr>
                <w:b/>
                <w:sz w:val="15"/>
              </w:rPr>
              <w:t>Domain</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717F4F" w14:textId="77777777" w:rsidR="003B3005" w:rsidRDefault="00000000">
            <w:pPr>
              <w:spacing w:line="240" w:lineRule="auto"/>
              <w:jc w:val="center"/>
            </w:pPr>
            <w:r>
              <w:rPr>
                <w:b/>
                <w:sz w:val="15"/>
              </w:rPr>
              <w:t>Group</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2DEDB1" w14:textId="77777777" w:rsidR="003B3005" w:rsidRDefault="00000000">
            <w:pPr>
              <w:spacing w:line="240" w:lineRule="auto"/>
              <w:jc w:val="center"/>
            </w:pPr>
            <w:r>
              <w:rPr>
                <w:b/>
                <w:sz w:val="15"/>
              </w:rPr>
              <w:t>Interval</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0459AC" w14:textId="77777777" w:rsidR="003B3005" w:rsidRDefault="00000000">
            <w:pPr>
              <w:spacing w:line="240" w:lineRule="auto"/>
              <w:jc w:val="center"/>
            </w:pPr>
            <w:r>
              <w:rPr>
                <w:b/>
                <w:sz w:val="15"/>
              </w:rPr>
              <w:t>AAPC (%)</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F0E212" w14:textId="77777777" w:rsidR="003B3005" w:rsidRDefault="00000000">
            <w:pPr>
              <w:spacing w:line="240" w:lineRule="auto"/>
              <w:jc w:val="center"/>
            </w:pPr>
            <w:r>
              <w:rPr>
                <w:b/>
                <w:sz w:val="15"/>
              </w:rPr>
              <w:t>95% CI</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1D8410" w14:textId="77777777" w:rsidR="003B3005" w:rsidRDefault="00000000">
            <w:pPr>
              <w:spacing w:line="240" w:lineRule="auto"/>
              <w:jc w:val="center"/>
            </w:pPr>
            <w:r>
              <w:rPr>
                <w:b/>
                <w:sz w:val="15"/>
              </w:rPr>
              <w:t>P value</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602425" w14:textId="77777777" w:rsidR="003B3005" w:rsidRDefault="00000000">
            <w:pPr>
              <w:spacing w:line="240" w:lineRule="auto"/>
              <w:jc w:val="center"/>
            </w:pPr>
            <w:r>
              <w:rPr>
                <w:b/>
                <w:sz w:val="15"/>
              </w:rPr>
              <w:t>Significant</w:t>
            </w:r>
          </w:p>
        </w:tc>
      </w:tr>
      <w:tr w:rsidR="003B3005" w14:paraId="4D783EAE" w14:textId="77777777">
        <w:trPr>
          <w:cantSplit/>
          <w:jc w:val="center"/>
        </w:trPr>
        <w:tc>
          <w:tcPr>
            <w:tcW w:w="1512" w:type="dxa"/>
            <w:tcMar>
              <w:top w:w="35" w:type="dxa"/>
              <w:left w:w="45" w:type="dxa"/>
              <w:bottom w:w="35" w:type="dxa"/>
              <w:right w:w="45" w:type="dxa"/>
            </w:tcMar>
            <w:vAlign w:val="center"/>
            <w:tcBorders>
              <w:left w:val="nil"/>
              <w:right w:val="nil"/>
            </w:tcBorders>
          </w:tcPr>
          <w:p w14:paraId="4528C6A1" w14:textId="77777777" w:rsidR="003B3005" w:rsidRDefault="00000000">
            <w:pPr>
              <w:spacing w:line="240" w:lineRule="auto"/>
            </w:pPr>
            <w:r>
              <w:rPr>
                <w:sz w:val="15"/>
              </w:rPr>
              <w:t>Overall</w:t>
            </w:r>
          </w:p>
        </w:tc>
        <w:tc>
          <w:tcPr>
            <w:tcW w:w="1036" w:type="dxa"/>
            <w:tcMar>
              <w:top w:w="35" w:type="dxa"/>
              <w:left w:w="45" w:type="dxa"/>
              <w:bottom w:w="35" w:type="dxa"/>
              <w:right w:w="45" w:type="dxa"/>
            </w:tcMar>
            <w:vAlign w:val="center"/>
            <w:tcBorders>
              <w:left w:val="nil"/>
              <w:right w:val="nil"/>
            </w:tcBorders>
          </w:tcPr>
          <w:p w14:paraId="4858DBE4" w14:textId="77777777" w:rsidR="003B3005" w:rsidRDefault="00000000">
            <w:pPr>
              <w:spacing w:line="240" w:lineRule="auto"/>
              <w:jc w:val="center"/>
            </w:pPr>
            <w:r>
              <w:rPr>
                <w:sz w:val="15"/>
              </w:rPr>
              <w:t>Overall</w:t>
            </w:r>
          </w:p>
        </w:tc>
        <w:tc>
          <w:tcPr>
            <w:tcW w:w="1123" w:type="dxa"/>
            <w:tcMar>
              <w:top w:w="35" w:type="dxa"/>
              <w:left w:w="45" w:type="dxa"/>
              <w:bottom w:w="35" w:type="dxa"/>
              <w:right w:w="45" w:type="dxa"/>
            </w:tcMar>
            <w:vAlign w:val="center"/>
            <w:tcBorders>
              <w:left w:val="nil"/>
              <w:right w:val="nil"/>
            </w:tcBorders>
          </w:tcPr>
          <w:p w14:paraId="13F885A9" w14:textId="77777777" w:rsidR="003B3005" w:rsidRDefault="00000000">
            <w:pPr>
              <w:spacing w:line="240" w:lineRule="auto"/>
              <w:jc w:val="center"/>
            </w:pPr>
            <w:r>
              <w:rPr>
                <w:sz w:val="15"/>
              </w:rPr>
              <w:t>1999-2024</w:t>
            </w:r>
          </w:p>
        </w:tc>
        <w:tc>
          <w:tcPr>
            <w:tcW w:w="1512" w:type="dxa"/>
            <w:tcMar>
              <w:top w:w="35" w:type="dxa"/>
              <w:left w:w="45" w:type="dxa"/>
              <w:bottom w:w="35" w:type="dxa"/>
              <w:right w:w="45" w:type="dxa"/>
            </w:tcMar>
            <w:vAlign w:val="center"/>
            <w:tcBorders>
              <w:left w:val="nil"/>
              <w:right w:val="nil"/>
            </w:tcBorders>
          </w:tcPr>
          <w:p w14:paraId="402C50FA" w14:textId="77777777" w:rsidR="003B3005" w:rsidRDefault="00000000">
            <w:pPr>
              <w:spacing w:line="240" w:lineRule="auto"/>
              <w:jc w:val="center"/>
            </w:pPr>
            <w:r>
              <w:rPr>
                <w:sz w:val="15"/>
              </w:rPr>
              <w:t>4.0248</w:t>
            </w:r>
          </w:p>
        </w:tc>
        <w:tc>
          <w:tcPr>
            <w:tcW w:w="1036" w:type="dxa"/>
            <w:tcMar>
              <w:top w:w="35" w:type="dxa"/>
              <w:left w:w="45" w:type="dxa"/>
              <w:bottom w:w="35" w:type="dxa"/>
              <w:right w:w="45" w:type="dxa"/>
            </w:tcMar>
            <w:vAlign w:val="center"/>
            <w:tcBorders>
              <w:left w:val="nil"/>
              <w:right w:val="nil"/>
            </w:tcBorders>
          </w:tcPr>
          <w:p w14:paraId="7F2B6394" w14:textId="77777777" w:rsidR="003B3005" w:rsidRDefault="00000000">
            <w:pPr>
              <w:spacing w:line="240" w:lineRule="auto"/>
              <w:jc w:val="center"/>
            </w:pPr>
            <w:r>
              <w:rPr>
                <w:sz w:val="15"/>
              </w:rPr>
              <w:t>3.0088 to 4.9571</w:t>
            </w:r>
          </w:p>
        </w:tc>
        <w:tc>
          <w:tcPr>
            <w:tcW w:w="2088" w:type="dxa"/>
            <w:tcMar>
              <w:top w:w="35" w:type="dxa"/>
              <w:left w:w="45" w:type="dxa"/>
              <w:bottom w:w="35" w:type="dxa"/>
              <w:right w:w="45" w:type="dxa"/>
            </w:tcMar>
            <w:vAlign w:val="center"/>
            <w:tcBorders>
              <w:left w:val="nil"/>
              <w:right w:val="nil"/>
            </w:tcBorders>
          </w:tcPr>
          <w:p w14:paraId="3E982006"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6D115860" w14:textId="77777777" w:rsidR="003B3005" w:rsidRDefault="00000000">
            <w:pPr>
              <w:spacing w:line="240" w:lineRule="auto"/>
              <w:jc w:val="center"/>
            </w:pPr>
            <w:r>
              <w:rPr>
                <w:sz w:val="15"/>
              </w:rPr>
              <w:t>Yes</w:t>
            </w:r>
          </w:p>
        </w:tc>
      </w:tr>
      <w:tr w:rsidR="003B3005" w14:paraId="6CD021A1" w14:textId="77777777">
        <w:trPr>
          <w:cantSplit/>
          <w:jc w:val="center"/>
        </w:trPr>
        <w:tc>
          <w:tcPr>
            <w:tcW w:w="1512" w:type="dxa"/>
            <w:tcMar>
              <w:top w:w="35" w:type="dxa"/>
              <w:left w:w="45" w:type="dxa"/>
              <w:bottom w:w="35" w:type="dxa"/>
              <w:right w:w="45" w:type="dxa"/>
            </w:tcMar>
            <w:vAlign w:val="center"/>
            <w:tcBorders>
              <w:left w:val="nil"/>
              <w:right w:val="nil"/>
            </w:tcBorders>
          </w:tcPr>
          <w:p w14:paraId="190970F4" w14:textId="77777777" w:rsidR="003B3005" w:rsidRDefault="00000000">
            <w:pPr>
              <w:spacing w:line="240" w:lineRule="auto"/>
            </w:pPr>
            <w:r>
              <w:rPr>
                <w:sz w:val="15"/>
              </w:rPr>
              <w:t>Sex</w:t>
            </w:r>
          </w:p>
        </w:tc>
        <w:tc>
          <w:tcPr>
            <w:tcW w:w="1036" w:type="dxa"/>
            <w:tcMar>
              <w:top w:w="35" w:type="dxa"/>
              <w:left w:w="45" w:type="dxa"/>
              <w:bottom w:w="35" w:type="dxa"/>
              <w:right w:w="45" w:type="dxa"/>
            </w:tcMar>
            <w:vAlign w:val="center"/>
            <w:tcBorders>
              <w:left w:val="nil"/>
              <w:right w:val="nil"/>
            </w:tcBorders>
          </w:tcPr>
          <w:p w14:paraId="1A3F0F05" w14:textId="77777777" w:rsidR="003B3005" w:rsidRDefault="00000000">
            <w:pPr>
              <w:spacing w:line="240" w:lineRule="auto"/>
              <w:jc w:val="center"/>
            </w:pPr>
            <w:r>
              <w:rPr>
                <w:sz w:val="15"/>
              </w:rPr>
              <w:t>Female</w:t>
            </w:r>
          </w:p>
        </w:tc>
        <w:tc>
          <w:tcPr>
            <w:tcW w:w="1123" w:type="dxa"/>
            <w:tcMar>
              <w:top w:w="35" w:type="dxa"/>
              <w:left w:w="45" w:type="dxa"/>
              <w:bottom w:w="35" w:type="dxa"/>
              <w:right w:w="45" w:type="dxa"/>
            </w:tcMar>
            <w:vAlign w:val="center"/>
            <w:tcBorders>
              <w:left w:val="nil"/>
              <w:right w:val="nil"/>
            </w:tcBorders>
          </w:tcPr>
          <w:p w14:paraId="002FE626" w14:textId="77777777" w:rsidR="003B3005" w:rsidRDefault="00000000">
            <w:pPr>
              <w:spacing w:line="240" w:lineRule="auto"/>
              <w:jc w:val="center"/>
            </w:pPr>
            <w:r>
              <w:rPr>
                <w:sz w:val="15"/>
              </w:rPr>
              <w:t>1999-2024</w:t>
            </w:r>
          </w:p>
        </w:tc>
        <w:tc>
          <w:tcPr>
            <w:tcW w:w="1512" w:type="dxa"/>
            <w:tcMar>
              <w:top w:w="35" w:type="dxa"/>
              <w:left w:w="45" w:type="dxa"/>
              <w:bottom w:w="35" w:type="dxa"/>
              <w:right w:w="45" w:type="dxa"/>
            </w:tcMar>
            <w:vAlign w:val="center"/>
            <w:tcBorders>
              <w:left w:val="nil"/>
              <w:right w:val="nil"/>
            </w:tcBorders>
          </w:tcPr>
          <w:p w14:paraId="489CDD2D" w14:textId="77777777" w:rsidR="003B3005" w:rsidRDefault="00000000">
            <w:pPr>
              <w:spacing w:line="240" w:lineRule="auto"/>
              <w:jc w:val="center"/>
            </w:pPr>
            <w:r>
              <w:rPr>
                <w:sz w:val="15"/>
              </w:rPr>
              <w:t>3.5161</w:t>
            </w:r>
          </w:p>
        </w:tc>
        <w:tc>
          <w:tcPr>
            <w:tcW w:w="1036" w:type="dxa"/>
            <w:tcMar>
              <w:top w:w="35" w:type="dxa"/>
              <w:left w:w="45" w:type="dxa"/>
              <w:bottom w:w="35" w:type="dxa"/>
              <w:right w:w="45" w:type="dxa"/>
            </w:tcMar>
            <w:vAlign w:val="center"/>
            <w:tcBorders>
              <w:left w:val="nil"/>
              <w:right w:val="nil"/>
            </w:tcBorders>
          </w:tcPr>
          <w:p w14:paraId="44DDE8FB" w14:textId="77777777" w:rsidR="003B3005" w:rsidRDefault="00000000">
            <w:pPr>
              <w:spacing w:line="240" w:lineRule="auto"/>
              <w:jc w:val="center"/>
            </w:pPr>
            <w:r>
              <w:rPr>
                <w:sz w:val="15"/>
              </w:rPr>
              <w:t>2.4923 to 4.4095</w:t>
            </w:r>
          </w:p>
        </w:tc>
        <w:tc>
          <w:tcPr>
            <w:tcW w:w="2088" w:type="dxa"/>
            <w:tcMar>
              <w:top w:w="35" w:type="dxa"/>
              <w:left w:w="45" w:type="dxa"/>
              <w:bottom w:w="35" w:type="dxa"/>
              <w:right w:w="45" w:type="dxa"/>
            </w:tcMar>
            <w:vAlign w:val="center"/>
            <w:tcBorders>
              <w:left w:val="nil"/>
              <w:right w:val="nil"/>
            </w:tcBorders>
          </w:tcPr>
          <w:p w14:paraId="103FC10D"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78DDB75B" w14:textId="77777777" w:rsidR="003B3005" w:rsidRDefault="00000000">
            <w:pPr>
              <w:spacing w:line="240" w:lineRule="auto"/>
              <w:jc w:val="center"/>
            </w:pPr>
            <w:r>
              <w:rPr>
                <w:sz w:val="15"/>
              </w:rPr>
              <w:t>Yes</w:t>
            </w:r>
          </w:p>
        </w:tc>
      </w:tr>
      <w:tr w:rsidR="003B3005" w14:paraId="5C2A799E" w14:textId="77777777">
        <w:trPr>
          <w:cantSplit/>
          <w:jc w:val="center"/>
        </w:trPr>
        <w:tc>
          <w:tcPr>
            <w:tcW w:w="1512" w:type="dxa"/>
            <w:tcMar>
              <w:top w:w="35" w:type="dxa"/>
              <w:left w:w="45" w:type="dxa"/>
              <w:bottom w:w="35" w:type="dxa"/>
              <w:right w:w="45" w:type="dxa"/>
            </w:tcMar>
            <w:vAlign w:val="center"/>
            <w:tcBorders>
              <w:left w:val="nil"/>
              <w:right w:val="nil"/>
            </w:tcBorders>
          </w:tcPr>
          <w:p w14:paraId="07A71C32" w14:textId="77777777" w:rsidR="003B3005" w:rsidRDefault="00000000">
            <w:pPr>
              <w:spacing w:line="240" w:lineRule="auto"/>
            </w:pPr>
            <w:r>
              <w:rPr>
                <w:sz w:val="15"/>
              </w:rPr>
              <w:t>Sex</w:t>
            </w:r>
          </w:p>
        </w:tc>
        <w:tc>
          <w:tcPr>
            <w:tcW w:w="1036" w:type="dxa"/>
            <w:tcMar>
              <w:top w:w="35" w:type="dxa"/>
              <w:left w:w="45" w:type="dxa"/>
              <w:bottom w:w="35" w:type="dxa"/>
              <w:right w:w="45" w:type="dxa"/>
            </w:tcMar>
            <w:vAlign w:val="center"/>
            <w:tcBorders>
              <w:left w:val="nil"/>
              <w:right w:val="nil"/>
            </w:tcBorders>
          </w:tcPr>
          <w:p w14:paraId="30F163A3" w14:textId="77777777" w:rsidR="003B3005" w:rsidRDefault="00000000">
            <w:pPr>
              <w:spacing w:line="240" w:lineRule="auto"/>
              <w:jc w:val="center"/>
            </w:pPr>
            <w:r>
              <w:rPr>
                <w:sz w:val="15"/>
              </w:rPr>
              <w:t>Male</w:t>
            </w:r>
          </w:p>
        </w:tc>
        <w:tc>
          <w:tcPr>
            <w:tcW w:w="1123" w:type="dxa"/>
            <w:tcMar>
              <w:top w:w="35" w:type="dxa"/>
              <w:left w:w="45" w:type="dxa"/>
              <w:bottom w:w="35" w:type="dxa"/>
              <w:right w:w="45" w:type="dxa"/>
            </w:tcMar>
            <w:vAlign w:val="center"/>
            <w:tcBorders>
              <w:left w:val="nil"/>
              <w:right w:val="nil"/>
            </w:tcBorders>
          </w:tcPr>
          <w:p w14:paraId="378823E8" w14:textId="77777777" w:rsidR="003B3005" w:rsidRDefault="00000000">
            <w:pPr>
              <w:spacing w:line="240" w:lineRule="auto"/>
              <w:jc w:val="center"/>
            </w:pPr>
            <w:r>
              <w:rPr>
                <w:sz w:val="15"/>
              </w:rPr>
              <w:t>1999-2024</w:t>
            </w:r>
          </w:p>
        </w:tc>
        <w:tc>
          <w:tcPr>
            <w:tcW w:w="1512" w:type="dxa"/>
            <w:tcMar>
              <w:top w:w="35" w:type="dxa"/>
              <w:left w:w="45" w:type="dxa"/>
              <w:bottom w:w="35" w:type="dxa"/>
              <w:right w:w="45" w:type="dxa"/>
            </w:tcMar>
            <w:vAlign w:val="center"/>
            <w:tcBorders>
              <w:left w:val="nil"/>
              <w:right w:val="nil"/>
            </w:tcBorders>
          </w:tcPr>
          <w:p w14:paraId="7CD63DE4" w14:textId="77777777" w:rsidR="003B3005" w:rsidRDefault="00000000">
            <w:pPr>
              <w:spacing w:line="240" w:lineRule="auto"/>
              <w:jc w:val="center"/>
            </w:pPr>
            <w:r>
              <w:rPr>
                <w:sz w:val="15"/>
              </w:rPr>
              <w:t>4.8446</w:t>
            </w:r>
          </w:p>
        </w:tc>
        <w:tc>
          <w:tcPr>
            <w:tcW w:w="1036" w:type="dxa"/>
            <w:tcMar>
              <w:top w:w="35" w:type="dxa"/>
              <w:left w:w="45" w:type="dxa"/>
              <w:bottom w:w="35" w:type="dxa"/>
              <w:right w:w="45" w:type="dxa"/>
            </w:tcMar>
            <w:vAlign w:val="center"/>
            <w:tcBorders>
              <w:left w:val="nil"/>
              <w:right w:val="nil"/>
            </w:tcBorders>
          </w:tcPr>
          <w:p w14:paraId="42114006" w14:textId="77777777" w:rsidR="003B3005" w:rsidRDefault="00000000">
            <w:pPr>
              <w:spacing w:line="240" w:lineRule="auto"/>
              <w:jc w:val="center"/>
            </w:pPr>
            <w:r>
              <w:rPr>
                <w:sz w:val="15"/>
              </w:rPr>
              <w:t>3.9407 to 5.7769</w:t>
            </w:r>
          </w:p>
        </w:tc>
        <w:tc>
          <w:tcPr>
            <w:tcW w:w="2088" w:type="dxa"/>
            <w:tcMar>
              <w:top w:w="35" w:type="dxa"/>
              <w:left w:w="45" w:type="dxa"/>
              <w:bottom w:w="35" w:type="dxa"/>
              <w:right w:w="45" w:type="dxa"/>
            </w:tcMar>
            <w:vAlign w:val="center"/>
            <w:tcBorders>
              <w:left w:val="nil"/>
              <w:right w:val="nil"/>
            </w:tcBorders>
          </w:tcPr>
          <w:p w14:paraId="2AD20B1C"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5700FE59" w14:textId="77777777" w:rsidR="003B3005" w:rsidRDefault="00000000">
            <w:pPr>
              <w:spacing w:line="240" w:lineRule="auto"/>
              <w:jc w:val="center"/>
            </w:pPr>
            <w:r>
              <w:rPr>
                <w:sz w:val="15"/>
              </w:rPr>
              <w:t>Yes</w:t>
            </w:r>
          </w:p>
        </w:tc>
      </w:tr>
      <w:tr w:rsidR="003B3005" w14:paraId="027180CD" w14:textId="77777777">
        <w:trPr>
          <w:cantSplit/>
          <w:jc w:val="center"/>
        </w:trPr>
        <w:tc>
          <w:tcPr>
            <w:tcW w:w="1512" w:type="dxa"/>
            <w:tcMar>
              <w:top w:w="35" w:type="dxa"/>
              <w:left w:w="45" w:type="dxa"/>
              <w:bottom w:w="35" w:type="dxa"/>
              <w:right w:w="45" w:type="dxa"/>
            </w:tcMar>
            <w:vAlign w:val="center"/>
            <w:tcBorders>
              <w:left w:val="nil"/>
              <w:right w:val="nil"/>
            </w:tcBorders>
          </w:tcPr>
          <w:p w14:paraId="648881B5" w14:textId="77777777" w:rsidR="003B3005" w:rsidRDefault="00000000">
            <w:pPr>
              <w:spacing w:line="240" w:lineRule="auto"/>
            </w:pPr>
            <w:r>
              <w:rPr>
                <w:sz w:val="15"/>
              </w:rPr>
              <w:t>Hispanic origin</w:t>
            </w:r>
          </w:p>
        </w:tc>
        <w:tc>
          <w:tcPr>
            <w:tcW w:w="1036" w:type="dxa"/>
            <w:tcMar>
              <w:top w:w="35" w:type="dxa"/>
              <w:left w:w="45" w:type="dxa"/>
              <w:bottom w:w="35" w:type="dxa"/>
              <w:right w:w="45" w:type="dxa"/>
            </w:tcMar>
            <w:vAlign w:val="center"/>
            <w:tcBorders>
              <w:left w:val="nil"/>
              <w:right w:val="nil"/>
            </w:tcBorders>
          </w:tcPr>
          <w:p w14:paraId="63E4D864" w14:textId="77777777" w:rsidR="003B3005" w:rsidRDefault="00000000">
            <w:pPr>
              <w:spacing w:line="240" w:lineRule="auto"/>
              <w:jc w:val="center"/>
            </w:pPr>
            <w:r>
              <w:rPr>
                <w:sz w:val="15"/>
              </w:rPr>
              <w:t>Hispanic</w:t>
            </w:r>
          </w:p>
        </w:tc>
        <w:tc>
          <w:tcPr>
            <w:tcW w:w="1123" w:type="dxa"/>
            <w:tcMar>
              <w:top w:w="35" w:type="dxa"/>
              <w:left w:w="45" w:type="dxa"/>
              <w:bottom w:w="35" w:type="dxa"/>
              <w:right w:w="45" w:type="dxa"/>
            </w:tcMar>
            <w:vAlign w:val="center"/>
            <w:tcBorders>
              <w:left w:val="nil"/>
              <w:right w:val="nil"/>
            </w:tcBorders>
          </w:tcPr>
          <w:p w14:paraId="5D4E53C9" w14:textId="77777777" w:rsidR="003B3005" w:rsidRDefault="00000000">
            <w:pPr>
              <w:spacing w:line="240" w:lineRule="auto"/>
              <w:jc w:val="center"/>
            </w:pPr>
            <w:r>
              <w:rPr>
                <w:sz w:val="15"/>
              </w:rPr>
              <w:t>1999-2024</w:t>
            </w:r>
          </w:p>
        </w:tc>
        <w:tc>
          <w:tcPr>
            <w:tcW w:w="1512" w:type="dxa"/>
            <w:tcMar>
              <w:top w:w="35" w:type="dxa"/>
              <w:left w:w="45" w:type="dxa"/>
              <w:bottom w:w="35" w:type="dxa"/>
              <w:right w:w="45" w:type="dxa"/>
            </w:tcMar>
            <w:vAlign w:val="center"/>
            <w:tcBorders>
              <w:left w:val="nil"/>
              <w:right w:val="nil"/>
            </w:tcBorders>
          </w:tcPr>
          <w:p w14:paraId="20F12F99" w14:textId="77777777" w:rsidR="003B3005" w:rsidRDefault="00000000">
            <w:pPr>
              <w:spacing w:line="240" w:lineRule="auto"/>
              <w:jc w:val="center"/>
            </w:pPr>
            <w:r>
              <w:rPr>
                <w:sz w:val="15"/>
              </w:rPr>
              <w:t>3.2468</w:t>
            </w:r>
          </w:p>
        </w:tc>
        <w:tc>
          <w:tcPr>
            <w:tcW w:w="1036" w:type="dxa"/>
            <w:tcMar>
              <w:top w:w="35" w:type="dxa"/>
              <w:left w:w="45" w:type="dxa"/>
              <w:bottom w:w="35" w:type="dxa"/>
              <w:right w:w="45" w:type="dxa"/>
            </w:tcMar>
            <w:vAlign w:val="center"/>
            <w:tcBorders>
              <w:left w:val="nil"/>
              <w:right w:val="nil"/>
            </w:tcBorders>
          </w:tcPr>
          <w:p w14:paraId="5FBBB16F" w14:textId="77777777" w:rsidR="003B3005" w:rsidRDefault="00000000">
            <w:pPr>
              <w:spacing w:line="240" w:lineRule="auto"/>
              <w:jc w:val="center"/>
            </w:pPr>
            <w:r>
              <w:rPr>
                <w:sz w:val="15"/>
              </w:rPr>
              <w:t>1.5951 to 5.1237</w:t>
            </w:r>
          </w:p>
        </w:tc>
        <w:tc>
          <w:tcPr>
            <w:tcW w:w="2088" w:type="dxa"/>
            <w:tcMar>
              <w:top w:w="35" w:type="dxa"/>
              <w:left w:w="45" w:type="dxa"/>
              <w:bottom w:w="35" w:type="dxa"/>
              <w:right w:w="45" w:type="dxa"/>
            </w:tcMar>
            <w:vAlign w:val="center"/>
            <w:tcBorders>
              <w:left w:val="nil"/>
              <w:right w:val="nil"/>
            </w:tcBorders>
          </w:tcPr>
          <w:p w14:paraId="3E92D9A6" w14:textId="77777777" w:rsidR="003B3005" w:rsidRDefault="00000000">
            <w:pPr>
              <w:spacing w:line="240" w:lineRule="auto"/>
              <w:jc w:val="center"/>
            </w:pPr>
            <w:r>
              <w:rPr>
                <w:sz w:val="15"/>
              </w:rPr>
              <w:t>0.0008</w:t>
            </w:r>
          </w:p>
        </w:tc>
        <w:tc>
          <w:tcPr>
            <w:tcW w:w="1123" w:type="dxa"/>
            <w:tcMar>
              <w:top w:w="35" w:type="dxa"/>
              <w:left w:w="45" w:type="dxa"/>
              <w:bottom w:w="35" w:type="dxa"/>
              <w:right w:w="45" w:type="dxa"/>
            </w:tcMar>
            <w:vAlign w:val="center"/>
            <w:tcBorders>
              <w:left w:val="nil"/>
              <w:right w:val="nil"/>
            </w:tcBorders>
          </w:tcPr>
          <w:p w14:paraId="22B4857B" w14:textId="77777777" w:rsidR="003B3005" w:rsidRDefault="00000000">
            <w:pPr>
              <w:spacing w:line="240" w:lineRule="auto"/>
              <w:jc w:val="center"/>
            </w:pPr>
            <w:r>
              <w:rPr>
                <w:sz w:val="15"/>
              </w:rPr>
              <w:t>Yes</w:t>
            </w:r>
          </w:p>
        </w:tc>
      </w:tr>
      <w:tr w:rsidR="003B3005" w14:paraId="557D64B1" w14:textId="77777777">
        <w:trPr>
          <w:cantSplit/>
          <w:jc w:val="center"/>
        </w:trPr>
        <w:tc>
          <w:tcPr>
            <w:tcW w:w="1512" w:type="dxa"/>
            <w:tcMar>
              <w:top w:w="35" w:type="dxa"/>
              <w:left w:w="45" w:type="dxa"/>
              <w:bottom w:w="35" w:type="dxa"/>
              <w:right w:w="45" w:type="dxa"/>
            </w:tcMar>
            <w:vAlign w:val="center"/>
            <w:tcBorders>
              <w:left w:val="nil"/>
              <w:right w:val="nil"/>
            </w:tcBorders>
          </w:tcPr>
          <w:p w14:paraId="5766E607" w14:textId="77777777" w:rsidR="003B3005" w:rsidRDefault="00000000">
            <w:pPr>
              <w:spacing w:line="240" w:lineRule="auto"/>
            </w:pPr>
            <w:r>
              <w:rPr>
                <w:sz w:val="15"/>
              </w:rPr>
              <w:t>Hispanic origin</w:t>
            </w:r>
          </w:p>
        </w:tc>
        <w:tc>
          <w:tcPr>
            <w:tcW w:w="1036" w:type="dxa"/>
            <w:tcMar>
              <w:top w:w="35" w:type="dxa"/>
              <w:left w:w="45" w:type="dxa"/>
              <w:bottom w:w="35" w:type="dxa"/>
              <w:right w:w="45" w:type="dxa"/>
            </w:tcMar>
            <w:vAlign w:val="center"/>
            <w:tcBorders>
              <w:left w:val="nil"/>
              <w:right w:val="nil"/>
            </w:tcBorders>
          </w:tcPr>
          <w:p w14:paraId="2193852C" w14:textId="77777777" w:rsidR="003B3005" w:rsidRDefault="00000000">
            <w:pPr>
              <w:spacing w:line="240" w:lineRule="auto"/>
              <w:jc w:val="center"/>
            </w:pPr>
            <w:r>
              <w:rPr>
                <w:sz w:val="15"/>
              </w:rPr>
              <w:t>Non-Hispanic</w:t>
            </w:r>
          </w:p>
        </w:tc>
        <w:tc>
          <w:tcPr>
            <w:tcW w:w="1123" w:type="dxa"/>
            <w:tcMar>
              <w:top w:w="35" w:type="dxa"/>
              <w:left w:w="45" w:type="dxa"/>
              <w:bottom w:w="35" w:type="dxa"/>
              <w:right w:w="45" w:type="dxa"/>
            </w:tcMar>
            <w:vAlign w:val="center"/>
            <w:tcBorders>
              <w:left w:val="nil"/>
              <w:right w:val="nil"/>
            </w:tcBorders>
          </w:tcPr>
          <w:p w14:paraId="33689F4F" w14:textId="77777777" w:rsidR="003B3005" w:rsidRDefault="00000000">
            <w:pPr>
              <w:spacing w:line="240" w:lineRule="auto"/>
              <w:jc w:val="center"/>
            </w:pPr>
            <w:r>
              <w:rPr>
                <w:sz w:val="15"/>
              </w:rPr>
              <w:t>1999-2024</w:t>
            </w:r>
          </w:p>
        </w:tc>
        <w:tc>
          <w:tcPr>
            <w:tcW w:w="1512" w:type="dxa"/>
            <w:tcMar>
              <w:top w:w="35" w:type="dxa"/>
              <w:left w:w="45" w:type="dxa"/>
              <w:bottom w:w="35" w:type="dxa"/>
              <w:right w:w="45" w:type="dxa"/>
            </w:tcMar>
            <w:vAlign w:val="center"/>
            <w:tcBorders>
              <w:left w:val="nil"/>
              <w:right w:val="nil"/>
            </w:tcBorders>
          </w:tcPr>
          <w:p w14:paraId="4FB467A0" w14:textId="77777777" w:rsidR="003B3005" w:rsidRDefault="00000000">
            <w:pPr>
              <w:spacing w:line="240" w:lineRule="auto"/>
              <w:jc w:val="center"/>
            </w:pPr>
            <w:r>
              <w:rPr>
                <w:sz w:val="15"/>
              </w:rPr>
              <w:t>4.1764</w:t>
            </w:r>
          </w:p>
        </w:tc>
        <w:tc>
          <w:tcPr>
            <w:tcW w:w="1036" w:type="dxa"/>
            <w:tcMar>
              <w:top w:w="35" w:type="dxa"/>
              <w:left w:w="45" w:type="dxa"/>
              <w:bottom w:w="35" w:type="dxa"/>
              <w:right w:w="45" w:type="dxa"/>
            </w:tcMar>
            <w:vAlign w:val="center"/>
            <w:tcBorders>
              <w:left w:val="nil"/>
              <w:right w:val="nil"/>
            </w:tcBorders>
          </w:tcPr>
          <w:p w14:paraId="56F83B5E" w14:textId="77777777" w:rsidR="003B3005" w:rsidRDefault="00000000">
            <w:pPr>
              <w:spacing w:line="240" w:lineRule="auto"/>
              <w:jc w:val="center"/>
            </w:pPr>
            <w:r>
              <w:rPr>
                <w:sz w:val="15"/>
              </w:rPr>
              <w:t>3.188 to 5.0283</w:t>
            </w:r>
          </w:p>
        </w:tc>
        <w:tc>
          <w:tcPr>
            <w:tcW w:w="2088" w:type="dxa"/>
            <w:tcMar>
              <w:top w:w="35" w:type="dxa"/>
              <w:left w:w="45" w:type="dxa"/>
              <w:bottom w:w="35" w:type="dxa"/>
              <w:right w:w="45" w:type="dxa"/>
            </w:tcMar>
            <w:vAlign w:val="center"/>
            <w:tcBorders>
              <w:left w:val="nil"/>
              <w:right w:val="nil"/>
            </w:tcBorders>
          </w:tcPr>
          <w:p w14:paraId="0C0A619D"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054F7D0F" w14:textId="77777777" w:rsidR="003B3005" w:rsidRDefault="00000000">
            <w:pPr>
              <w:spacing w:line="240" w:lineRule="auto"/>
              <w:jc w:val="center"/>
            </w:pPr>
            <w:r>
              <w:rPr>
                <w:sz w:val="15"/>
              </w:rPr>
              <w:t>Yes</w:t>
            </w:r>
          </w:p>
        </w:tc>
      </w:tr>
      <w:tr w:rsidR="003B3005" w14:paraId="424B92D2" w14:textId="77777777">
        <w:trPr>
          <w:cantSplit/>
          <w:jc w:val="center"/>
        </w:trPr>
        <w:tc>
          <w:tcPr>
            <w:tcW w:w="1512" w:type="dxa"/>
            <w:tcMar>
              <w:top w:w="35" w:type="dxa"/>
              <w:left w:w="45" w:type="dxa"/>
              <w:bottom w:w="35" w:type="dxa"/>
              <w:right w:w="45" w:type="dxa"/>
            </w:tcMar>
            <w:vAlign w:val="center"/>
            <w:tcBorders>
              <w:left w:val="nil"/>
              <w:right w:val="nil"/>
            </w:tcBorders>
          </w:tcPr>
          <w:p w14:paraId="468CB5A3" w14:textId="77777777" w:rsidR="003B3005" w:rsidRDefault="00000000">
            <w:pPr>
              <w:spacing w:line="240" w:lineRule="auto"/>
            </w:pPr>
            <w:r>
              <w:rPr>
                <w:sz w:val="15"/>
              </w:rPr>
              <w:t>Census region</w:t>
            </w:r>
          </w:p>
        </w:tc>
        <w:tc>
          <w:tcPr>
            <w:tcW w:w="1036" w:type="dxa"/>
            <w:tcMar>
              <w:top w:w="35" w:type="dxa"/>
              <w:left w:w="45" w:type="dxa"/>
              <w:bottom w:w="35" w:type="dxa"/>
              <w:right w:w="45" w:type="dxa"/>
            </w:tcMar>
            <w:vAlign w:val="center"/>
            <w:tcBorders>
              <w:left w:val="nil"/>
              <w:right w:val="nil"/>
            </w:tcBorders>
          </w:tcPr>
          <w:p w14:paraId="1F21182A" w14:textId="77777777" w:rsidR="003B3005" w:rsidRDefault="00000000">
            <w:pPr>
              <w:spacing w:line="240" w:lineRule="auto"/>
              <w:jc w:val="center"/>
            </w:pPr>
            <w:r>
              <w:rPr>
                <w:sz w:val="15"/>
              </w:rPr>
              <w:t>Midwest</w:t>
            </w:r>
          </w:p>
        </w:tc>
        <w:tc>
          <w:tcPr>
            <w:tcW w:w="1123" w:type="dxa"/>
            <w:tcMar>
              <w:top w:w="35" w:type="dxa"/>
              <w:left w:w="45" w:type="dxa"/>
              <w:bottom w:w="35" w:type="dxa"/>
              <w:right w:w="45" w:type="dxa"/>
            </w:tcMar>
            <w:vAlign w:val="center"/>
            <w:tcBorders>
              <w:left w:val="nil"/>
              <w:right w:val="nil"/>
            </w:tcBorders>
          </w:tcPr>
          <w:p w14:paraId="53A8D6F4" w14:textId="77777777" w:rsidR="003B3005" w:rsidRDefault="00000000">
            <w:pPr>
              <w:spacing w:line="240" w:lineRule="auto"/>
              <w:jc w:val="center"/>
            </w:pPr>
            <w:r>
              <w:rPr>
                <w:sz w:val="15"/>
              </w:rPr>
              <w:t>1999-2024</w:t>
            </w:r>
          </w:p>
        </w:tc>
        <w:tc>
          <w:tcPr>
            <w:tcW w:w="1512" w:type="dxa"/>
            <w:tcMar>
              <w:top w:w="35" w:type="dxa"/>
              <w:left w:w="45" w:type="dxa"/>
              <w:bottom w:w="35" w:type="dxa"/>
              <w:right w:w="45" w:type="dxa"/>
            </w:tcMar>
            <w:vAlign w:val="center"/>
            <w:tcBorders>
              <w:left w:val="nil"/>
              <w:right w:val="nil"/>
            </w:tcBorders>
          </w:tcPr>
          <w:p w14:paraId="0F4B245D" w14:textId="77777777" w:rsidR="003B3005" w:rsidRDefault="00000000">
            <w:pPr>
              <w:spacing w:line="240" w:lineRule="auto"/>
              <w:jc w:val="center"/>
            </w:pPr>
            <w:r>
              <w:rPr>
                <w:sz w:val="15"/>
              </w:rPr>
              <w:t>4.2777</w:t>
            </w:r>
          </w:p>
        </w:tc>
        <w:tc>
          <w:tcPr>
            <w:tcW w:w="1036" w:type="dxa"/>
            <w:tcMar>
              <w:top w:w="35" w:type="dxa"/>
              <w:left w:w="45" w:type="dxa"/>
              <w:bottom w:w="35" w:type="dxa"/>
              <w:right w:w="45" w:type="dxa"/>
            </w:tcMar>
            <w:vAlign w:val="center"/>
            <w:tcBorders>
              <w:left w:val="nil"/>
              <w:right w:val="nil"/>
            </w:tcBorders>
          </w:tcPr>
          <w:p w14:paraId="50BEAF78" w14:textId="77777777" w:rsidR="003B3005" w:rsidRDefault="00000000">
            <w:pPr>
              <w:spacing w:line="240" w:lineRule="auto"/>
              <w:jc w:val="center"/>
            </w:pPr>
            <w:r>
              <w:rPr>
                <w:sz w:val="15"/>
              </w:rPr>
              <w:t>3.4937 to 5.7003</w:t>
            </w:r>
          </w:p>
        </w:tc>
        <w:tc>
          <w:tcPr>
            <w:tcW w:w="2088" w:type="dxa"/>
            <w:tcMar>
              <w:top w:w="35" w:type="dxa"/>
              <w:left w:w="45" w:type="dxa"/>
              <w:bottom w:w="35" w:type="dxa"/>
              <w:right w:w="45" w:type="dxa"/>
            </w:tcMar>
            <w:vAlign w:val="center"/>
            <w:tcBorders>
              <w:left w:val="nil"/>
              <w:right w:val="nil"/>
            </w:tcBorders>
          </w:tcPr>
          <w:p w14:paraId="3E5E6476"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4640E2DA" w14:textId="77777777" w:rsidR="003B3005" w:rsidRDefault="00000000">
            <w:pPr>
              <w:spacing w:line="240" w:lineRule="auto"/>
              <w:jc w:val="center"/>
            </w:pPr>
            <w:r>
              <w:rPr>
                <w:sz w:val="15"/>
              </w:rPr>
              <w:t>Yes</w:t>
            </w:r>
          </w:p>
        </w:tc>
      </w:tr>
      <w:tr w:rsidR="003B3005" w14:paraId="4BC4100A" w14:textId="77777777">
        <w:trPr>
          <w:cantSplit/>
          <w:jc w:val="center"/>
        </w:trPr>
        <w:tc>
          <w:tcPr>
            <w:tcW w:w="1512" w:type="dxa"/>
            <w:tcMar>
              <w:top w:w="35" w:type="dxa"/>
              <w:left w:w="45" w:type="dxa"/>
              <w:bottom w:w="35" w:type="dxa"/>
              <w:right w:w="45" w:type="dxa"/>
            </w:tcMar>
            <w:vAlign w:val="center"/>
            <w:tcBorders>
              <w:left w:val="nil"/>
              <w:right w:val="nil"/>
            </w:tcBorders>
          </w:tcPr>
          <w:p w14:paraId="684C6305" w14:textId="77777777" w:rsidR="003B3005" w:rsidRDefault="00000000">
            <w:pPr>
              <w:spacing w:line="240" w:lineRule="auto"/>
            </w:pPr>
            <w:r>
              <w:rPr>
                <w:sz w:val="15"/>
              </w:rPr>
              <w:t>Census region</w:t>
            </w:r>
          </w:p>
        </w:tc>
        <w:tc>
          <w:tcPr>
            <w:tcW w:w="1036" w:type="dxa"/>
            <w:tcMar>
              <w:top w:w="35" w:type="dxa"/>
              <w:left w:w="45" w:type="dxa"/>
              <w:bottom w:w="35" w:type="dxa"/>
              <w:right w:w="45" w:type="dxa"/>
            </w:tcMar>
            <w:vAlign w:val="center"/>
            <w:tcBorders>
              <w:left w:val="nil"/>
              <w:right w:val="nil"/>
            </w:tcBorders>
          </w:tcPr>
          <w:p w14:paraId="557FA3C3" w14:textId="77777777" w:rsidR="003B3005" w:rsidRDefault="00000000">
            <w:pPr>
              <w:spacing w:line="240" w:lineRule="auto"/>
              <w:jc w:val="center"/>
            </w:pPr>
            <w:r>
              <w:rPr>
                <w:sz w:val="15"/>
              </w:rPr>
              <w:t>Northeast</w:t>
            </w:r>
          </w:p>
        </w:tc>
        <w:tc>
          <w:tcPr>
            <w:tcW w:w="1123" w:type="dxa"/>
            <w:tcMar>
              <w:top w:w="35" w:type="dxa"/>
              <w:left w:w="45" w:type="dxa"/>
              <w:bottom w:w="35" w:type="dxa"/>
              <w:right w:w="45" w:type="dxa"/>
            </w:tcMar>
            <w:vAlign w:val="center"/>
            <w:tcBorders>
              <w:left w:val="nil"/>
              <w:right w:val="nil"/>
            </w:tcBorders>
          </w:tcPr>
          <w:p w14:paraId="1CBA4DBA" w14:textId="77777777" w:rsidR="003B3005" w:rsidRDefault="00000000">
            <w:pPr>
              <w:spacing w:line="240" w:lineRule="auto"/>
              <w:jc w:val="center"/>
            </w:pPr>
            <w:r>
              <w:rPr>
                <w:sz w:val="15"/>
              </w:rPr>
              <w:t>1999-2024</w:t>
            </w:r>
          </w:p>
        </w:tc>
        <w:tc>
          <w:tcPr>
            <w:tcW w:w="1512" w:type="dxa"/>
            <w:tcMar>
              <w:top w:w="35" w:type="dxa"/>
              <w:left w:w="45" w:type="dxa"/>
              <w:bottom w:w="35" w:type="dxa"/>
              <w:right w:w="45" w:type="dxa"/>
            </w:tcMar>
            <w:vAlign w:val="center"/>
            <w:tcBorders>
              <w:left w:val="nil"/>
              <w:right w:val="nil"/>
            </w:tcBorders>
          </w:tcPr>
          <w:p w14:paraId="3244A2E6" w14:textId="77777777" w:rsidR="003B3005" w:rsidRDefault="00000000">
            <w:pPr>
              <w:spacing w:line="240" w:lineRule="auto"/>
              <w:jc w:val="center"/>
            </w:pPr>
            <w:r>
              <w:rPr>
                <w:sz w:val="15"/>
              </w:rPr>
              <w:t>3.1286</w:t>
            </w:r>
          </w:p>
        </w:tc>
        <w:tc>
          <w:tcPr>
            <w:tcW w:w="1036" w:type="dxa"/>
            <w:tcMar>
              <w:top w:w="35" w:type="dxa"/>
              <w:left w:w="45" w:type="dxa"/>
              <w:bottom w:w="35" w:type="dxa"/>
              <w:right w:w="45" w:type="dxa"/>
            </w:tcMar>
            <w:vAlign w:val="center"/>
            <w:tcBorders>
              <w:left w:val="nil"/>
              <w:right w:val="nil"/>
            </w:tcBorders>
          </w:tcPr>
          <w:p w14:paraId="0E2A3297" w14:textId="77777777" w:rsidR="003B3005" w:rsidRDefault="00000000">
            <w:pPr>
              <w:spacing w:line="240" w:lineRule="auto"/>
              <w:jc w:val="center"/>
            </w:pPr>
            <w:r>
              <w:rPr>
                <w:sz w:val="15"/>
              </w:rPr>
              <w:t>2.3393 to 4.2416</w:t>
            </w:r>
          </w:p>
        </w:tc>
        <w:tc>
          <w:tcPr>
            <w:tcW w:w="2088" w:type="dxa"/>
            <w:tcMar>
              <w:top w:w="35" w:type="dxa"/>
              <w:left w:w="45" w:type="dxa"/>
              <w:bottom w:w="35" w:type="dxa"/>
              <w:right w:w="45" w:type="dxa"/>
            </w:tcMar>
            <w:vAlign w:val="center"/>
            <w:tcBorders>
              <w:left w:val="nil"/>
              <w:right w:val="nil"/>
            </w:tcBorders>
          </w:tcPr>
          <w:p w14:paraId="03E386F4"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4ABCE5AE" w14:textId="77777777" w:rsidR="003B3005" w:rsidRDefault="00000000">
            <w:pPr>
              <w:spacing w:line="240" w:lineRule="auto"/>
              <w:jc w:val="center"/>
            </w:pPr>
            <w:r>
              <w:rPr>
                <w:sz w:val="15"/>
              </w:rPr>
              <w:t>Yes</w:t>
            </w:r>
          </w:p>
        </w:tc>
      </w:tr>
      <w:tr w:rsidR="003B3005" w14:paraId="669FB4A2" w14:textId="77777777">
        <w:trPr>
          <w:cantSplit/>
          <w:jc w:val="center"/>
        </w:trPr>
        <w:tc>
          <w:tcPr>
            <w:tcW w:w="1512" w:type="dxa"/>
            <w:tcMar>
              <w:top w:w="35" w:type="dxa"/>
              <w:left w:w="45" w:type="dxa"/>
              <w:bottom w:w="35" w:type="dxa"/>
              <w:right w:w="45" w:type="dxa"/>
            </w:tcMar>
            <w:vAlign w:val="center"/>
            <w:tcBorders>
              <w:left w:val="nil"/>
              <w:right w:val="nil"/>
            </w:tcBorders>
          </w:tcPr>
          <w:p w14:paraId="3BA82294" w14:textId="77777777" w:rsidR="003B3005" w:rsidRDefault="00000000">
            <w:pPr>
              <w:spacing w:line="240" w:lineRule="auto"/>
            </w:pPr>
            <w:r>
              <w:rPr>
                <w:sz w:val="15"/>
              </w:rPr>
              <w:t>Census region</w:t>
            </w:r>
          </w:p>
        </w:tc>
        <w:tc>
          <w:tcPr>
            <w:tcW w:w="1036" w:type="dxa"/>
            <w:tcMar>
              <w:top w:w="35" w:type="dxa"/>
              <w:left w:w="45" w:type="dxa"/>
              <w:bottom w:w="35" w:type="dxa"/>
              <w:right w:w="45" w:type="dxa"/>
            </w:tcMar>
            <w:vAlign w:val="center"/>
            <w:tcBorders>
              <w:left w:val="nil"/>
              <w:right w:val="nil"/>
            </w:tcBorders>
          </w:tcPr>
          <w:p w14:paraId="3C436487" w14:textId="77777777" w:rsidR="003B3005" w:rsidRDefault="00000000">
            <w:pPr>
              <w:spacing w:line="240" w:lineRule="auto"/>
              <w:jc w:val="center"/>
            </w:pPr>
            <w:r>
              <w:rPr>
                <w:sz w:val="15"/>
              </w:rPr>
              <w:t>South</w:t>
            </w:r>
          </w:p>
        </w:tc>
        <w:tc>
          <w:tcPr>
            <w:tcW w:w="1123" w:type="dxa"/>
            <w:tcMar>
              <w:top w:w="35" w:type="dxa"/>
              <w:left w:w="45" w:type="dxa"/>
              <w:bottom w:w="35" w:type="dxa"/>
              <w:right w:w="45" w:type="dxa"/>
            </w:tcMar>
            <w:vAlign w:val="center"/>
            <w:tcBorders>
              <w:left w:val="nil"/>
              <w:right w:val="nil"/>
            </w:tcBorders>
          </w:tcPr>
          <w:p w14:paraId="007463F1" w14:textId="77777777" w:rsidR="003B3005" w:rsidRDefault="00000000">
            <w:pPr>
              <w:spacing w:line="240" w:lineRule="auto"/>
              <w:jc w:val="center"/>
            </w:pPr>
            <w:r>
              <w:rPr>
                <w:sz w:val="15"/>
              </w:rPr>
              <w:t>1999-2024</w:t>
            </w:r>
          </w:p>
        </w:tc>
        <w:tc>
          <w:tcPr>
            <w:tcW w:w="1512" w:type="dxa"/>
            <w:tcMar>
              <w:top w:w="35" w:type="dxa"/>
              <w:left w:w="45" w:type="dxa"/>
              <w:bottom w:w="35" w:type="dxa"/>
              <w:right w:w="45" w:type="dxa"/>
            </w:tcMar>
            <w:vAlign w:val="center"/>
            <w:tcBorders>
              <w:left w:val="nil"/>
              <w:right w:val="nil"/>
            </w:tcBorders>
          </w:tcPr>
          <w:p w14:paraId="0C2AC050" w14:textId="77777777" w:rsidR="003B3005" w:rsidRDefault="00000000">
            <w:pPr>
              <w:spacing w:line="240" w:lineRule="auto"/>
              <w:jc w:val="center"/>
            </w:pPr>
            <w:r>
              <w:rPr>
                <w:sz w:val="15"/>
              </w:rPr>
              <w:t>4.7979</w:t>
            </w:r>
          </w:p>
        </w:tc>
        <w:tc>
          <w:tcPr>
            <w:tcW w:w="1036" w:type="dxa"/>
            <w:tcMar>
              <w:top w:w="35" w:type="dxa"/>
              <w:left w:w="45" w:type="dxa"/>
              <w:bottom w:w="35" w:type="dxa"/>
              <w:right w:w="45" w:type="dxa"/>
            </w:tcMar>
            <w:vAlign w:val="center"/>
            <w:tcBorders>
              <w:left w:val="nil"/>
              <w:right w:val="nil"/>
            </w:tcBorders>
          </w:tcPr>
          <w:p w14:paraId="5F207389" w14:textId="77777777" w:rsidR="003B3005" w:rsidRDefault="00000000">
            <w:pPr>
              <w:spacing w:line="240" w:lineRule="auto"/>
              <w:jc w:val="center"/>
            </w:pPr>
            <w:r>
              <w:rPr>
                <w:sz w:val="15"/>
              </w:rPr>
              <w:t>3.8692 to 5.8091</w:t>
            </w:r>
          </w:p>
        </w:tc>
        <w:tc>
          <w:tcPr>
            <w:tcW w:w="2088" w:type="dxa"/>
            <w:tcMar>
              <w:top w:w="35" w:type="dxa"/>
              <w:left w:w="45" w:type="dxa"/>
              <w:bottom w:w="35" w:type="dxa"/>
              <w:right w:w="45" w:type="dxa"/>
            </w:tcMar>
            <w:vAlign w:val="center"/>
            <w:tcBorders>
              <w:left w:val="nil"/>
              <w:right w:val="nil"/>
            </w:tcBorders>
          </w:tcPr>
          <w:p w14:paraId="7AFD3621"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5F129309" w14:textId="77777777" w:rsidR="003B3005" w:rsidRDefault="00000000">
            <w:pPr>
              <w:spacing w:line="240" w:lineRule="auto"/>
              <w:jc w:val="center"/>
            </w:pPr>
            <w:r>
              <w:rPr>
                <w:sz w:val="15"/>
              </w:rPr>
              <w:t>Yes</w:t>
            </w:r>
          </w:p>
        </w:tc>
      </w:tr>
      <w:tr w:rsidR="003B3005" w14:paraId="4DF064BE" w14:textId="77777777">
        <w:trPr>
          <w:cantSplit/>
          <w:jc w:val="center"/>
        </w:trPr>
        <w:tc>
          <w:tcPr>
            <w:tcW w:w="1512" w:type="dxa"/>
            <w:tcMar>
              <w:top w:w="35" w:type="dxa"/>
              <w:left w:w="45" w:type="dxa"/>
              <w:bottom w:w="35" w:type="dxa"/>
              <w:right w:w="45" w:type="dxa"/>
            </w:tcMar>
            <w:vAlign w:val="center"/>
            <w:tcBorders>
              <w:left w:val="nil"/>
              <w:right w:val="nil"/>
            </w:tcBorders>
          </w:tcPr>
          <w:p w14:paraId="17E18811" w14:textId="77777777" w:rsidR="003B3005" w:rsidRDefault="00000000">
            <w:pPr>
              <w:spacing w:line="240" w:lineRule="auto"/>
            </w:pPr>
            <w:r>
              <w:rPr>
                <w:sz w:val="15"/>
              </w:rPr>
              <w:lastRenderedPageBreak/>
              <w:t>Census region</w:t>
            </w:r>
          </w:p>
        </w:tc>
        <w:tc>
          <w:tcPr>
            <w:tcW w:w="1036" w:type="dxa"/>
            <w:tcMar>
              <w:top w:w="35" w:type="dxa"/>
              <w:left w:w="45" w:type="dxa"/>
              <w:bottom w:w="35" w:type="dxa"/>
              <w:right w:w="45" w:type="dxa"/>
            </w:tcMar>
            <w:vAlign w:val="center"/>
            <w:tcBorders>
              <w:left w:val="nil"/>
              <w:right w:val="nil"/>
            </w:tcBorders>
          </w:tcPr>
          <w:p w14:paraId="422DA627" w14:textId="77777777" w:rsidR="003B3005" w:rsidRDefault="00000000">
            <w:pPr>
              <w:spacing w:line="240" w:lineRule="auto"/>
              <w:jc w:val="center"/>
            </w:pPr>
            <w:r>
              <w:rPr>
                <w:sz w:val="15"/>
              </w:rPr>
              <w:t>West</w:t>
            </w:r>
          </w:p>
        </w:tc>
        <w:tc>
          <w:tcPr>
            <w:tcW w:w="1123" w:type="dxa"/>
            <w:tcMar>
              <w:top w:w="35" w:type="dxa"/>
              <w:left w:w="45" w:type="dxa"/>
              <w:bottom w:w="35" w:type="dxa"/>
              <w:right w:w="45" w:type="dxa"/>
            </w:tcMar>
            <w:vAlign w:val="center"/>
            <w:tcBorders>
              <w:left w:val="nil"/>
              <w:right w:val="nil"/>
            </w:tcBorders>
          </w:tcPr>
          <w:p w14:paraId="6C4C05ED" w14:textId="77777777" w:rsidR="003B3005" w:rsidRDefault="00000000">
            <w:pPr>
              <w:spacing w:line="240" w:lineRule="auto"/>
              <w:jc w:val="center"/>
            </w:pPr>
            <w:r>
              <w:rPr>
                <w:sz w:val="15"/>
              </w:rPr>
              <w:t>1999-2024</w:t>
            </w:r>
          </w:p>
        </w:tc>
        <w:tc>
          <w:tcPr>
            <w:tcW w:w="1512" w:type="dxa"/>
            <w:tcMar>
              <w:top w:w="35" w:type="dxa"/>
              <w:left w:w="45" w:type="dxa"/>
              <w:bottom w:w="35" w:type="dxa"/>
              <w:right w:w="45" w:type="dxa"/>
            </w:tcMar>
            <w:vAlign w:val="center"/>
            <w:tcBorders>
              <w:left w:val="nil"/>
              <w:right w:val="nil"/>
            </w:tcBorders>
          </w:tcPr>
          <w:p w14:paraId="3B8C342F" w14:textId="77777777" w:rsidR="003B3005" w:rsidRDefault="00000000">
            <w:pPr>
              <w:spacing w:line="240" w:lineRule="auto"/>
              <w:jc w:val="center"/>
            </w:pPr>
            <w:r>
              <w:rPr>
                <w:sz w:val="15"/>
              </w:rPr>
              <w:t>3.5047</w:t>
            </w:r>
          </w:p>
        </w:tc>
        <w:tc>
          <w:tcPr>
            <w:tcW w:w="1036" w:type="dxa"/>
            <w:tcMar>
              <w:top w:w="35" w:type="dxa"/>
              <w:left w:w="45" w:type="dxa"/>
              <w:bottom w:w="35" w:type="dxa"/>
              <w:right w:w="45" w:type="dxa"/>
            </w:tcMar>
            <w:vAlign w:val="center"/>
            <w:tcBorders>
              <w:left w:val="nil"/>
              <w:right w:val="nil"/>
            </w:tcBorders>
          </w:tcPr>
          <w:p w14:paraId="0CBAB5E3" w14:textId="77777777" w:rsidR="003B3005" w:rsidRDefault="00000000">
            <w:pPr>
              <w:spacing w:line="240" w:lineRule="auto"/>
              <w:jc w:val="center"/>
            </w:pPr>
            <w:r>
              <w:rPr>
                <w:sz w:val="15"/>
              </w:rPr>
              <w:t>2.3385 to 4.5449</w:t>
            </w:r>
          </w:p>
        </w:tc>
        <w:tc>
          <w:tcPr>
            <w:tcW w:w="2088" w:type="dxa"/>
            <w:tcMar>
              <w:top w:w="35" w:type="dxa"/>
              <w:left w:w="45" w:type="dxa"/>
              <w:bottom w:w="35" w:type="dxa"/>
              <w:right w:w="45" w:type="dxa"/>
            </w:tcMar>
            <w:vAlign w:val="center"/>
            <w:tcBorders>
              <w:left w:val="nil"/>
              <w:right w:val="nil"/>
            </w:tcBorders>
          </w:tcPr>
          <w:p w14:paraId="71E06B87"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4989FE5F" w14:textId="77777777" w:rsidR="003B3005" w:rsidRDefault="00000000">
            <w:pPr>
              <w:spacing w:line="240" w:lineRule="auto"/>
              <w:jc w:val="center"/>
            </w:pPr>
            <w:r>
              <w:rPr>
                <w:sz w:val="15"/>
              </w:rPr>
              <w:t>Yes</w:t>
            </w:r>
          </w:p>
        </w:tc>
      </w:tr>
      <w:tr w:rsidR="003B3005" w14:paraId="6D5BA295" w14:textId="77777777">
        <w:trPr>
          <w:cantSplit/>
          <w:jc w:val="center"/>
        </w:trPr>
        <w:tc>
          <w:tcPr>
            <w:tcW w:w="1512" w:type="dxa"/>
            <w:tcMar>
              <w:top w:w="35" w:type="dxa"/>
              <w:left w:w="45" w:type="dxa"/>
              <w:bottom w:w="35" w:type="dxa"/>
              <w:right w:w="45" w:type="dxa"/>
            </w:tcMar>
            <w:vAlign w:val="center"/>
            <w:tcBorders>
              <w:left w:val="nil"/>
              <w:right w:val="nil"/>
            </w:tcBorders>
          </w:tcPr>
          <w:p w14:paraId="1A55ABE3" w14:textId="77777777" w:rsidR="003B3005" w:rsidRDefault="00000000">
            <w:pPr>
              <w:spacing w:line="240" w:lineRule="auto"/>
            </w:pPr>
            <w:r>
              <w:rPr>
                <w:sz w:val="15"/>
              </w:rPr>
              <w:t>Historical race</w:t>
            </w:r>
          </w:p>
        </w:tc>
        <w:tc>
          <w:tcPr>
            <w:tcW w:w="1036" w:type="dxa"/>
            <w:tcMar>
              <w:top w:w="35" w:type="dxa"/>
              <w:left w:w="45" w:type="dxa"/>
              <w:bottom w:w="35" w:type="dxa"/>
              <w:right w:w="45" w:type="dxa"/>
            </w:tcMar>
            <w:vAlign w:val="center"/>
            <w:tcBorders>
              <w:left w:val="nil"/>
              <w:right w:val="nil"/>
            </w:tcBorders>
          </w:tcPr>
          <w:p w14:paraId="63AFD54A" w14:textId="77777777" w:rsidR="003B3005" w:rsidRDefault="00000000">
            <w:pPr>
              <w:spacing w:line="240" w:lineRule="auto"/>
              <w:jc w:val="center"/>
            </w:pPr>
            <w:r>
              <w:rPr>
                <w:sz w:val="15"/>
              </w:rPr>
              <w:t>Non-Hispanic Black</w:t>
            </w:r>
          </w:p>
        </w:tc>
        <w:tc>
          <w:tcPr>
            <w:tcW w:w="1123" w:type="dxa"/>
            <w:tcMar>
              <w:top w:w="35" w:type="dxa"/>
              <w:left w:w="45" w:type="dxa"/>
              <w:bottom w:w="35" w:type="dxa"/>
              <w:right w:w="45" w:type="dxa"/>
            </w:tcMar>
            <w:vAlign w:val="center"/>
            <w:tcBorders>
              <w:left w:val="nil"/>
              <w:right w:val="nil"/>
            </w:tcBorders>
          </w:tcPr>
          <w:p w14:paraId="6B967011" w14:textId="77777777" w:rsidR="003B3005" w:rsidRDefault="00000000">
            <w:pPr>
              <w:spacing w:line="240" w:lineRule="auto"/>
              <w:jc w:val="center"/>
            </w:pPr>
            <w:r>
              <w:rPr>
                <w:sz w:val="15"/>
              </w:rPr>
              <w:t>1999-2020</w:t>
            </w:r>
          </w:p>
        </w:tc>
        <w:tc>
          <w:tcPr>
            <w:tcW w:w="1512" w:type="dxa"/>
            <w:tcMar>
              <w:top w:w="35" w:type="dxa"/>
              <w:left w:w="45" w:type="dxa"/>
              <w:bottom w:w="35" w:type="dxa"/>
              <w:right w:w="45" w:type="dxa"/>
            </w:tcMar>
            <w:vAlign w:val="center"/>
            <w:tcBorders>
              <w:left w:val="nil"/>
              <w:right w:val="nil"/>
            </w:tcBorders>
          </w:tcPr>
          <w:p w14:paraId="05562381" w14:textId="77777777" w:rsidR="003B3005" w:rsidRDefault="00000000">
            <w:pPr>
              <w:spacing w:line="240" w:lineRule="auto"/>
              <w:jc w:val="center"/>
            </w:pPr>
            <w:r>
              <w:rPr>
                <w:sz w:val="15"/>
              </w:rPr>
              <w:t>4.9582</w:t>
            </w:r>
          </w:p>
        </w:tc>
        <w:tc>
          <w:tcPr>
            <w:tcW w:w="1036" w:type="dxa"/>
            <w:tcMar>
              <w:top w:w="35" w:type="dxa"/>
              <w:left w:w="45" w:type="dxa"/>
              <w:bottom w:w="35" w:type="dxa"/>
              <w:right w:w="45" w:type="dxa"/>
            </w:tcMar>
            <w:vAlign w:val="center"/>
            <w:tcBorders>
              <w:left w:val="nil"/>
              <w:right w:val="nil"/>
            </w:tcBorders>
          </w:tcPr>
          <w:p w14:paraId="549CD1EC" w14:textId="77777777" w:rsidR="003B3005" w:rsidRDefault="00000000">
            <w:pPr>
              <w:spacing w:line="240" w:lineRule="auto"/>
              <w:jc w:val="center"/>
            </w:pPr>
            <w:r>
              <w:rPr>
                <w:sz w:val="15"/>
              </w:rPr>
              <w:t>3.2446 to 6.1544</w:t>
            </w:r>
          </w:p>
        </w:tc>
        <w:tc>
          <w:tcPr>
            <w:tcW w:w="2088" w:type="dxa"/>
            <w:tcMar>
              <w:top w:w="35" w:type="dxa"/>
              <w:left w:w="45" w:type="dxa"/>
              <w:bottom w:w="35" w:type="dxa"/>
              <w:right w:w="45" w:type="dxa"/>
            </w:tcMar>
            <w:vAlign w:val="center"/>
            <w:tcBorders>
              <w:left w:val="nil"/>
              <w:right w:val="nil"/>
            </w:tcBorders>
          </w:tcPr>
          <w:p w14:paraId="1F2E1E35"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47499811" w14:textId="77777777" w:rsidR="003B3005" w:rsidRDefault="00000000">
            <w:pPr>
              <w:spacing w:line="240" w:lineRule="auto"/>
              <w:jc w:val="center"/>
            </w:pPr>
            <w:r>
              <w:rPr>
                <w:sz w:val="15"/>
              </w:rPr>
              <w:t>Yes</w:t>
            </w:r>
          </w:p>
        </w:tc>
      </w:tr>
      <w:tr w:rsidR="003B3005" w14:paraId="7EFE49BD" w14:textId="77777777">
        <w:trPr>
          <w:cantSplit/>
          <w:jc w:val="center"/>
        </w:trPr>
        <w:tc>
          <w:tcPr>
            <w:tcW w:w="1512" w:type="dxa"/>
            <w:tcMar>
              <w:top w:w="35" w:type="dxa"/>
              <w:left w:w="45" w:type="dxa"/>
              <w:bottom w:w="35" w:type="dxa"/>
              <w:right w:w="45" w:type="dxa"/>
            </w:tcMar>
            <w:vAlign w:val="center"/>
            <w:tcBorders>
              <w:left w:val="nil"/>
              <w:right w:val="nil"/>
            </w:tcBorders>
          </w:tcPr>
          <w:p w14:paraId="6F79293C" w14:textId="77777777" w:rsidR="003B3005" w:rsidRDefault="00000000">
            <w:pPr>
              <w:spacing w:line="240" w:lineRule="auto"/>
            </w:pPr>
            <w:r>
              <w:rPr>
                <w:sz w:val="15"/>
              </w:rPr>
              <w:t>Historical race</w:t>
            </w:r>
          </w:p>
        </w:tc>
        <w:tc>
          <w:tcPr>
            <w:tcW w:w="1036" w:type="dxa"/>
            <w:tcMar>
              <w:top w:w="35" w:type="dxa"/>
              <w:left w:w="45" w:type="dxa"/>
              <w:bottom w:w="35" w:type="dxa"/>
              <w:right w:w="45" w:type="dxa"/>
            </w:tcMar>
            <w:vAlign w:val="center"/>
            <w:tcBorders>
              <w:left w:val="nil"/>
              <w:right w:val="nil"/>
            </w:tcBorders>
          </w:tcPr>
          <w:p w14:paraId="162FCD6C" w14:textId="77777777" w:rsidR="003B3005" w:rsidRDefault="00000000">
            <w:pPr>
              <w:spacing w:line="240" w:lineRule="auto"/>
              <w:jc w:val="center"/>
            </w:pPr>
            <w:r>
              <w:rPr>
                <w:sz w:val="15"/>
              </w:rPr>
              <w:t>Non-Hispanic White</w:t>
            </w:r>
          </w:p>
        </w:tc>
        <w:tc>
          <w:tcPr>
            <w:tcW w:w="1123" w:type="dxa"/>
            <w:tcMar>
              <w:top w:w="35" w:type="dxa"/>
              <w:left w:w="45" w:type="dxa"/>
              <w:bottom w:w="35" w:type="dxa"/>
              <w:right w:w="45" w:type="dxa"/>
            </w:tcMar>
            <w:vAlign w:val="center"/>
            <w:tcBorders>
              <w:left w:val="nil"/>
              <w:right w:val="nil"/>
            </w:tcBorders>
          </w:tcPr>
          <w:p w14:paraId="42E86DFE" w14:textId="77777777" w:rsidR="003B3005" w:rsidRDefault="00000000">
            <w:pPr>
              <w:spacing w:line="240" w:lineRule="auto"/>
              <w:jc w:val="center"/>
            </w:pPr>
            <w:r>
              <w:rPr>
                <w:sz w:val="15"/>
              </w:rPr>
              <w:t>1999-2020</w:t>
            </w:r>
          </w:p>
        </w:tc>
        <w:tc>
          <w:tcPr>
            <w:tcW w:w="1512" w:type="dxa"/>
            <w:tcMar>
              <w:top w:w="35" w:type="dxa"/>
              <w:left w:w="45" w:type="dxa"/>
              <w:bottom w:w="35" w:type="dxa"/>
              <w:right w:w="45" w:type="dxa"/>
            </w:tcMar>
            <w:vAlign w:val="center"/>
            <w:tcBorders>
              <w:left w:val="nil"/>
              <w:right w:val="nil"/>
            </w:tcBorders>
          </w:tcPr>
          <w:p w14:paraId="69D0873B" w14:textId="77777777" w:rsidR="003B3005" w:rsidRDefault="00000000">
            <w:pPr>
              <w:spacing w:line="240" w:lineRule="auto"/>
              <w:jc w:val="center"/>
            </w:pPr>
            <w:r>
              <w:rPr>
                <w:sz w:val="15"/>
              </w:rPr>
              <w:t>7.4823</w:t>
            </w:r>
          </w:p>
        </w:tc>
        <w:tc>
          <w:tcPr>
            <w:tcW w:w="1036" w:type="dxa"/>
            <w:tcMar>
              <w:top w:w="35" w:type="dxa"/>
              <w:left w:w="45" w:type="dxa"/>
              <w:bottom w:w="35" w:type="dxa"/>
              <w:right w:w="45" w:type="dxa"/>
            </w:tcMar>
            <w:vAlign w:val="center"/>
            <w:tcBorders>
              <w:left w:val="nil"/>
              <w:right w:val="nil"/>
            </w:tcBorders>
          </w:tcPr>
          <w:p w14:paraId="7FE0DA17" w14:textId="77777777" w:rsidR="003B3005" w:rsidRDefault="00000000">
            <w:pPr>
              <w:spacing w:line="240" w:lineRule="auto"/>
              <w:jc w:val="center"/>
            </w:pPr>
            <w:r>
              <w:rPr>
                <w:sz w:val="15"/>
              </w:rPr>
              <w:t>6.2016 to 9.7101</w:t>
            </w:r>
          </w:p>
        </w:tc>
        <w:tc>
          <w:tcPr>
            <w:tcW w:w="2088" w:type="dxa"/>
            <w:tcMar>
              <w:top w:w="35" w:type="dxa"/>
              <w:left w:w="45" w:type="dxa"/>
              <w:bottom w:w="35" w:type="dxa"/>
              <w:right w:w="45" w:type="dxa"/>
            </w:tcMar>
            <w:vAlign w:val="center"/>
            <w:tcBorders>
              <w:left w:val="nil"/>
              <w:right w:val="nil"/>
            </w:tcBorders>
          </w:tcPr>
          <w:p w14:paraId="701BA7A1"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6FFAAE51" w14:textId="77777777" w:rsidR="003B3005" w:rsidRDefault="00000000">
            <w:pPr>
              <w:spacing w:line="240" w:lineRule="auto"/>
              <w:jc w:val="center"/>
            </w:pPr>
            <w:r>
              <w:rPr>
                <w:sz w:val="15"/>
              </w:rPr>
              <w:t>Yes</w:t>
            </w:r>
          </w:p>
        </w:tc>
      </w:tr>
      <w:tr w:rsidR="003B3005" w14:paraId="71365D98" w14:textId="77777777">
        <w:trPr>
          <w:cantSplit/>
          <w:jc w:val="center"/>
        </w:trPr>
        <w:tc>
          <w:tcPr>
            <w:tcW w:w="1512" w:type="dxa"/>
            <w:tcMar>
              <w:top w:w="35" w:type="dxa"/>
              <w:left w:w="45" w:type="dxa"/>
              <w:bottom w:w="35" w:type="dxa"/>
              <w:right w:w="45" w:type="dxa"/>
            </w:tcMar>
            <w:vAlign w:val="center"/>
            <w:tcBorders>
              <w:left w:val="nil"/>
              <w:right w:val="nil"/>
            </w:tcBorders>
          </w:tcPr>
          <w:p w14:paraId="7C5FE2A6" w14:textId="77777777" w:rsidR="003B3005" w:rsidRDefault="00000000">
            <w:pPr>
              <w:spacing w:line="240" w:lineRule="auto"/>
            </w:pPr>
            <w:r>
              <w:rPr>
                <w:sz w:val="15"/>
              </w:rPr>
              <w:t>Contemporary race/ethnicity</w:t>
            </w:r>
          </w:p>
        </w:tc>
        <w:tc>
          <w:tcPr>
            <w:tcW w:w="1036" w:type="dxa"/>
            <w:tcMar>
              <w:top w:w="35" w:type="dxa"/>
              <w:left w:w="45" w:type="dxa"/>
              <w:bottom w:w="35" w:type="dxa"/>
              <w:right w:w="45" w:type="dxa"/>
            </w:tcMar>
            <w:vAlign w:val="center"/>
            <w:tcBorders>
              <w:left w:val="nil"/>
              <w:right w:val="nil"/>
            </w:tcBorders>
          </w:tcPr>
          <w:p w14:paraId="0586F86A" w14:textId="77777777" w:rsidR="003B3005" w:rsidRDefault="00000000">
            <w:pPr>
              <w:spacing w:line="240" w:lineRule="auto"/>
              <w:jc w:val="center"/>
            </w:pPr>
            <w:r>
              <w:rPr>
                <w:sz w:val="15"/>
              </w:rPr>
              <w:t>Non-Hispanic American Indian or Alaska Native</w:t>
            </w:r>
          </w:p>
        </w:tc>
        <w:tc>
          <w:tcPr>
            <w:tcW w:w="1123" w:type="dxa"/>
            <w:tcMar>
              <w:top w:w="35" w:type="dxa"/>
              <w:left w:w="45" w:type="dxa"/>
              <w:bottom w:w="35" w:type="dxa"/>
              <w:right w:w="45" w:type="dxa"/>
            </w:tcMar>
            <w:vAlign w:val="center"/>
            <w:tcBorders>
              <w:left w:val="nil"/>
              <w:right w:val="nil"/>
            </w:tcBorders>
          </w:tcPr>
          <w:p w14:paraId="25F4A299" w14:textId="77777777" w:rsidR="003B3005" w:rsidRDefault="00000000">
            <w:pPr>
              <w:spacing w:line="240" w:lineRule="auto"/>
              <w:jc w:val="center"/>
            </w:pPr>
            <w:r>
              <w:rPr>
                <w:sz w:val="15"/>
              </w:rPr>
              <w:t>2018-2024</w:t>
            </w:r>
          </w:p>
        </w:tc>
        <w:tc>
          <w:tcPr>
            <w:tcW w:w="1512" w:type="dxa"/>
            <w:tcMar>
              <w:top w:w="35" w:type="dxa"/>
              <w:left w:w="45" w:type="dxa"/>
              <w:bottom w:w="35" w:type="dxa"/>
              <w:right w:w="45" w:type="dxa"/>
            </w:tcMar>
            <w:vAlign w:val="center"/>
            <w:tcBorders>
              <w:left w:val="nil"/>
              <w:right w:val="nil"/>
            </w:tcBorders>
          </w:tcPr>
          <w:p w14:paraId="350E81E1" w14:textId="77777777" w:rsidR="003B3005" w:rsidRDefault="00000000">
            <w:pPr>
              <w:spacing w:line="240" w:lineRule="auto"/>
              <w:jc w:val="center"/>
            </w:pPr>
            <w:r>
              <w:rPr>
                <w:sz w:val="15"/>
              </w:rPr>
              <w:t>5.8951</w:t>
            </w:r>
          </w:p>
        </w:tc>
        <w:tc>
          <w:tcPr>
            <w:tcW w:w="1036" w:type="dxa"/>
            <w:tcMar>
              <w:top w:w="35" w:type="dxa"/>
              <w:left w:w="45" w:type="dxa"/>
              <w:bottom w:w="35" w:type="dxa"/>
              <w:right w:w="45" w:type="dxa"/>
            </w:tcMar>
            <w:vAlign w:val="center"/>
            <w:tcBorders>
              <w:left w:val="nil"/>
              <w:right w:val="nil"/>
            </w:tcBorders>
          </w:tcPr>
          <w:p w14:paraId="0899545B" w14:textId="77777777" w:rsidR="003B3005" w:rsidRDefault="00000000">
            <w:pPr>
              <w:spacing w:line="240" w:lineRule="auto"/>
              <w:jc w:val="center"/>
            </w:pPr>
            <w:r>
              <w:rPr>
                <w:sz w:val="15"/>
              </w:rPr>
              <w:t>-4.7606 to 18.9584</w:t>
            </w:r>
          </w:p>
        </w:tc>
        <w:tc>
          <w:tcPr>
            <w:tcW w:w="2088" w:type="dxa"/>
            <w:tcMar>
              <w:top w:w="35" w:type="dxa"/>
              <w:left w:w="45" w:type="dxa"/>
              <w:bottom w:w="35" w:type="dxa"/>
              <w:right w:w="45" w:type="dxa"/>
            </w:tcMar>
            <w:vAlign w:val="center"/>
            <w:tcBorders>
              <w:left w:val="nil"/>
              <w:right w:val="nil"/>
            </w:tcBorders>
          </w:tcPr>
          <w:p w14:paraId="7D45E2B3" w14:textId="77777777" w:rsidR="003B3005" w:rsidRDefault="00000000">
            <w:pPr>
              <w:spacing w:line="240" w:lineRule="auto"/>
              <w:jc w:val="center"/>
            </w:pPr>
            <w:r>
              <w:rPr>
                <w:sz w:val="15"/>
              </w:rPr>
              <w:t>0.306339</w:t>
            </w:r>
          </w:p>
        </w:tc>
        <w:tc>
          <w:tcPr>
            <w:tcW w:w="1123" w:type="dxa"/>
            <w:tcMar>
              <w:top w:w="35" w:type="dxa"/>
              <w:left w:w="45" w:type="dxa"/>
              <w:bottom w:w="35" w:type="dxa"/>
              <w:right w:w="45" w:type="dxa"/>
            </w:tcMar>
            <w:vAlign w:val="center"/>
            <w:tcBorders>
              <w:left w:val="nil"/>
              <w:right w:val="nil"/>
            </w:tcBorders>
          </w:tcPr>
          <w:p w14:paraId="7D16DD57" w14:textId="77777777" w:rsidR="003B3005" w:rsidRDefault="00000000">
            <w:pPr>
              <w:spacing w:line="240" w:lineRule="auto"/>
              <w:jc w:val="center"/>
            </w:pPr>
            <w:r>
              <w:rPr>
                <w:sz w:val="15"/>
              </w:rPr>
              <w:t>No</w:t>
            </w:r>
          </w:p>
        </w:tc>
      </w:tr>
      <w:tr w:rsidR="003B3005" w14:paraId="4C703093" w14:textId="77777777">
        <w:trPr>
          <w:cantSplit/>
          <w:jc w:val="center"/>
        </w:trPr>
        <w:tc>
          <w:tcPr>
            <w:tcW w:w="1512" w:type="dxa"/>
            <w:tcMar>
              <w:top w:w="35" w:type="dxa"/>
              <w:left w:w="45" w:type="dxa"/>
              <w:bottom w:w="35" w:type="dxa"/>
              <w:right w:w="45" w:type="dxa"/>
            </w:tcMar>
            <w:vAlign w:val="center"/>
            <w:tcBorders>
              <w:left w:val="nil"/>
              <w:right w:val="nil"/>
            </w:tcBorders>
          </w:tcPr>
          <w:p w14:paraId="4DB18E53" w14:textId="77777777" w:rsidR="003B3005" w:rsidRDefault="00000000">
            <w:pPr>
              <w:spacing w:line="240" w:lineRule="auto"/>
            </w:pPr>
            <w:r>
              <w:rPr>
                <w:sz w:val="15"/>
              </w:rPr>
              <w:t>Contemporary race/ethnicity</w:t>
            </w:r>
          </w:p>
        </w:tc>
        <w:tc>
          <w:tcPr>
            <w:tcW w:w="1036" w:type="dxa"/>
            <w:tcMar>
              <w:top w:w="35" w:type="dxa"/>
              <w:left w:w="45" w:type="dxa"/>
              <w:bottom w:w="35" w:type="dxa"/>
              <w:right w:w="45" w:type="dxa"/>
            </w:tcMar>
            <w:vAlign w:val="center"/>
            <w:tcBorders>
              <w:left w:val="nil"/>
              <w:right w:val="nil"/>
            </w:tcBorders>
          </w:tcPr>
          <w:p w14:paraId="2FADD49B" w14:textId="77777777" w:rsidR="003B3005" w:rsidRDefault="00000000">
            <w:pPr>
              <w:spacing w:line="240" w:lineRule="auto"/>
              <w:jc w:val="center"/>
            </w:pPr>
            <w:r>
              <w:rPr>
                <w:sz w:val="15"/>
              </w:rPr>
              <w:t>Non-Hispanic Asian</w:t>
            </w:r>
          </w:p>
        </w:tc>
        <w:tc>
          <w:tcPr>
            <w:tcW w:w="1123" w:type="dxa"/>
            <w:tcMar>
              <w:top w:w="35" w:type="dxa"/>
              <w:left w:w="45" w:type="dxa"/>
              <w:bottom w:w="35" w:type="dxa"/>
              <w:right w:w="45" w:type="dxa"/>
            </w:tcMar>
            <w:vAlign w:val="center"/>
            <w:tcBorders>
              <w:left w:val="nil"/>
              <w:right w:val="nil"/>
            </w:tcBorders>
          </w:tcPr>
          <w:p w14:paraId="3AC1F89A" w14:textId="77777777" w:rsidR="003B3005" w:rsidRDefault="00000000">
            <w:pPr>
              <w:spacing w:line="240" w:lineRule="auto"/>
              <w:jc w:val="center"/>
            </w:pPr>
            <w:r>
              <w:rPr>
                <w:sz w:val="15"/>
              </w:rPr>
              <w:t>2018-2024</w:t>
            </w:r>
          </w:p>
        </w:tc>
        <w:tc>
          <w:tcPr>
            <w:tcW w:w="1512" w:type="dxa"/>
            <w:tcMar>
              <w:top w:w="35" w:type="dxa"/>
              <w:left w:w="45" w:type="dxa"/>
              <w:bottom w:w="35" w:type="dxa"/>
              <w:right w:w="45" w:type="dxa"/>
            </w:tcMar>
            <w:vAlign w:val="center"/>
            <w:tcBorders>
              <w:left w:val="nil"/>
              <w:right w:val="nil"/>
            </w:tcBorders>
          </w:tcPr>
          <w:p w14:paraId="3E6B11EC" w14:textId="77777777" w:rsidR="003B3005" w:rsidRDefault="00000000">
            <w:pPr>
              <w:spacing w:line="240" w:lineRule="auto"/>
              <w:jc w:val="center"/>
            </w:pPr>
            <w:r>
              <w:rPr>
                <w:sz w:val="15"/>
              </w:rPr>
              <w:t>5.2315</w:t>
            </w:r>
          </w:p>
        </w:tc>
        <w:tc>
          <w:tcPr>
            <w:tcW w:w="1036" w:type="dxa"/>
            <w:tcMar>
              <w:top w:w="35" w:type="dxa"/>
              <w:left w:w="45" w:type="dxa"/>
              <w:bottom w:w="35" w:type="dxa"/>
              <w:right w:w="45" w:type="dxa"/>
            </w:tcMar>
            <w:vAlign w:val="center"/>
            <w:tcBorders>
              <w:left w:val="nil"/>
              <w:right w:val="nil"/>
            </w:tcBorders>
          </w:tcPr>
          <w:p w14:paraId="2C9B6CBE" w14:textId="77777777" w:rsidR="003B3005" w:rsidRDefault="00000000">
            <w:pPr>
              <w:spacing w:line="240" w:lineRule="auto"/>
              <w:jc w:val="center"/>
            </w:pPr>
            <w:r>
              <w:rPr>
                <w:sz w:val="15"/>
              </w:rPr>
              <w:t>-0.6423 to 13.1114</w:t>
            </w:r>
          </w:p>
        </w:tc>
        <w:tc>
          <w:tcPr>
            <w:tcW w:w="2088" w:type="dxa"/>
            <w:tcMar>
              <w:top w:w="35" w:type="dxa"/>
              <w:left w:w="45" w:type="dxa"/>
              <w:bottom w:w="35" w:type="dxa"/>
              <w:right w:w="45" w:type="dxa"/>
            </w:tcMar>
            <w:vAlign w:val="center"/>
            <w:tcBorders>
              <w:left w:val="nil"/>
              <w:right w:val="nil"/>
            </w:tcBorders>
          </w:tcPr>
          <w:p w14:paraId="61A77EFA" w14:textId="77777777" w:rsidR="003B3005" w:rsidRDefault="00000000">
            <w:pPr>
              <w:spacing w:line="240" w:lineRule="auto"/>
              <w:jc w:val="center"/>
            </w:pPr>
            <w:r>
              <w:rPr>
                <w:sz w:val="15"/>
              </w:rPr>
              <w:t>0.082783</w:t>
            </w:r>
          </w:p>
        </w:tc>
        <w:tc>
          <w:tcPr>
            <w:tcW w:w="1123" w:type="dxa"/>
            <w:tcMar>
              <w:top w:w="35" w:type="dxa"/>
              <w:left w:w="45" w:type="dxa"/>
              <w:bottom w:w="35" w:type="dxa"/>
              <w:right w:w="45" w:type="dxa"/>
            </w:tcMar>
            <w:vAlign w:val="center"/>
            <w:tcBorders>
              <w:left w:val="nil"/>
              <w:right w:val="nil"/>
            </w:tcBorders>
          </w:tcPr>
          <w:p w14:paraId="71BF215F" w14:textId="77777777" w:rsidR="003B3005" w:rsidRDefault="00000000">
            <w:pPr>
              <w:spacing w:line="240" w:lineRule="auto"/>
              <w:jc w:val="center"/>
            </w:pPr>
            <w:r>
              <w:rPr>
                <w:sz w:val="15"/>
              </w:rPr>
              <w:t>No</w:t>
            </w:r>
          </w:p>
        </w:tc>
      </w:tr>
      <w:tr w:rsidR="003B3005" w14:paraId="582B9E89" w14:textId="77777777">
        <w:trPr>
          <w:cantSplit/>
          <w:jc w:val="center"/>
        </w:trPr>
        <w:tc>
          <w:tcPr>
            <w:tcW w:w="1512" w:type="dxa"/>
            <w:tcMar>
              <w:top w:w="35" w:type="dxa"/>
              <w:left w:w="45" w:type="dxa"/>
              <w:bottom w:w="35" w:type="dxa"/>
              <w:right w:w="45" w:type="dxa"/>
            </w:tcMar>
            <w:vAlign w:val="center"/>
            <w:tcBorders>
              <w:left w:val="nil"/>
              <w:right w:val="nil"/>
            </w:tcBorders>
          </w:tcPr>
          <w:p w14:paraId="07044302" w14:textId="77777777" w:rsidR="003B3005" w:rsidRDefault="00000000">
            <w:pPr>
              <w:spacing w:line="240" w:lineRule="auto"/>
            </w:pPr>
            <w:r>
              <w:rPr>
                <w:sz w:val="15"/>
              </w:rPr>
              <w:t>Contemporary race/ethnicity</w:t>
            </w:r>
          </w:p>
        </w:tc>
        <w:tc>
          <w:tcPr>
            <w:tcW w:w="1036" w:type="dxa"/>
            <w:tcMar>
              <w:top w:w="35" w:type="dxa"/>
              <w:left w:w="45" w:type="dxa"/>
              <w:bottom w:w="35" w:type="dxa"/>
              <w:right w:w="45" w:type="dxa"/>
            </w:tcMar>
            <w:vAlign w:val="center"/>
            <w:tcBorders>
              <w:left w:val="nil"/>
              <w:right w:val="nil"/>
            </w:tcBorders>
          </w:tcPr>
          <w:p w14:paraId="498B61C4" w14:textId="77777777" w:rsidR="003B3005" w:rsidRDefault="00000000">
            <w:pPr>
              <w:spacing w:line="240" w:lineRule="auto"/>
              <w:jc w:val="center"/>
            </w:pPr>
            <w:r>
              <w:rPr>
                <w:sz w:val="15"/>
              </w:rPr>
              <w:t>Non-Hispanic Black</w:t>
            </w:r>
          </w:p>
        </w:tc>
        <w:tc>
          <w:tcPr>
            <w:tcW w:w="1123" w:type="dxa"/>
            <w:tcMar>
              <w:top w:w="35" w:type="dxa"/>
              <w:left w:w="45" w:type="dxa"/>
              <w:bottom w:w="35" w:type="dxa"/>
              <w:right w:w="45" w:type="dxa"/>
            </w:tcMar>
            <w:vAlign w:val="center"/>
            <w:tcBorders>
              <w:left w:val="nil"/>
              <w:right w:val="nil"/>
            </w:tcBorders>
          </w:tcPr>
          <w:p w14:paraId="03328555" w14:textId="77777777" w:rsidR="003B3005" w:rsidRDefault="00000000">
            <w:pPr>
              <w:spacing w:line="240" w:lineRule="auto"/>
              <w:jc w:val="center"/>
            </w:pPr>
            <w:r>
              <w:rPr>
                <w:sz w:val="15"/>
              </w:rPr>
              <w:t>2018-2024</w:t>
            </w:r>
          </w:p>
        </w:tc>
        <w:tc>
          <w:tcPr>
            <w:tcW w:w="1512" w:type="dxa"/>
            <w:tcMar>
              <w:top w:w="35" w:type="dxa"/>
              <w:left w:w="45" w:type="dxa"/>
              <w:bottom w:w="35" w:type="dxa"/>
              <w:right w:w="45" w:type="dxa"/>
            </w:tcMar>
            <w:vAlign w:val="center"/>
            <w:tcBorders>
              <w:left w:val="nil"/>
              <w:right w:val="nil"/>
            </w:tcBorders>
          </w:tcPr>
          <w:p w14:paraId="4431BB49" w14:textId="77777777" w:rsidR="003B3005" w:rsidRDefault="00000000">
            <w:pPr>
              <w:spacing w:line="240" w:lineRule="auto"/>
              <w:jc w:val="center"/>
            </w:pPr>
            <w:r>
              <w:rPr>
                <w:sz w:val="15"/>
              </w:rPr>
              <w:t>5.9724</w:t>
            </w:r>
          </w:p>
        </w:tc>
        <w:tc>
          <w:tcPr>
            <w:tcW w:w="1036" w:type="dxa"/>
            <w:tcMar>
              <w:top w:w="35" w:type="dxa"/>
              <w:left w:w="45" w:type="dxa"/>
              <w:bottom w:w="35" w:type="dxa"/>
              <w:right w:w="45" w:type="dxa"/>
            </w:tcMar>
            <w:vAlign w:val="center"/>
            <w:tcBorders>
              <w:left w:val="nil"/>
              <w:right w:val="nil"/>
            </w:tcBorders>
          </w:tcPr>
          <w:p w14:paraId="42EABC35" w14:textId="77777777" w:rsidR="003B3005" w:rsidRDefault="00000000">
            <w:pPr>
              <w:spacing w:line="240" w:lineRule="auto"/>
              <w:jc w:val="center"/>
            </w:pPr>
            <w:r>
              <w:rPr>
                <w:sz w:val="15"/>
              </w:rPr>
              <w:t>-1.3778 to 15.0339</w:t>
            </w:r>
          </w:p>
        </w:tc>
        <w:tc>
          <w:tcPr>
            <w:tcW w:w="2088" w:type="dxa"/>
            <w:tcMar>
              <w:top w:w="35" w:type="dxa"/>
              <w:left w:w="45" w:type="dxa"/>
              <w:bottom w:w="35" w:type="dxa"/>
              <w:right w:w="45" w:type="dxa"/>
            </w:tcMar>
            <w:vAlign w:val="center"/>
            <w:tcBorders>
              <w:left w:val="nil"/>
              <w:right w:val="nil"/>
            </w:tcBorders>
          </w:tcPr>
          <w:p w14:paraId="4243222F" w14:textId="77777777" w:rsidR="003B3005" w:rsidRDefault="00000000">
            <w:pPr>
              <w:spacing w:line="240" w:lineRule="auto"/>
              <w:jc w:val="center"/>
            </w:pPr>
            <w:r>
              <w:rPr>
                <w:sz w:val="15"/>
              </w:rPr>
              <w:t>0.118376</w:t>
            </w:r>
          </w:p>
        </w:tc>
        <w:tc>
          <w:tcPr>
            <w:tcW w:w="1123" w:type="dxa"/>
            <w:tcMar>
              <w:top w:w="35" w:type="dxa"/>
              <w:left w:w="45" w:type="dxa"/>
              <w:bottom w:w="35" w:type="dxa"/>
              <w:right w:w="45" w:type="dxa"/>
            </w:tcMar>
            <w:vAlign w:val="center"/>
            <w:tcBorders>
              <w:left w:val="nil"/>
              <w:right w:val="nil"/>
            </w:tcBorders>
          </w:tcPr>
          <w:p w14:paraId="24833241" w14:textId="77777777" w:rsidR="003B3005" w:rsidRDefault="00000000">
            <w:pPr>
              <w:spacing w:line="240" w:lineRule="auto"/>
              <w:jc w:val="center"/>
            </w:pPr>
            <w:r>
              <w:rPr>
                <w:sz w:val="15"/>
              </w:rPr>
              <w:t>No</w:t>
            </w:r>
          </w:p>
        </w:tc>
      </w:tr>
      <w:tr w:rsidR="003B3005" w14:paraId="41030097" w14:textId="77777777">
        <w:trPr>
          <w:cantSplit/>
          <w:jc w:val="center"/>
        </w:trPr>
        <w:tc>
          <w:tcPr>
            <w:tcW w:w="1512" w:type="dxa"/>
            <w:tcMar>
              <w:top w:w="35" w:type="dxa"/>
              <w:left w:w="45" w:type="dxa"/>
              <w:bottom w:w="35" w:type="dxa"/>
              <w:right w:w="45" w:type="dxa"/>
            </w:tcMar>
            <w:vAlign w:val="center"/>
            <w:tcBorders>
              <w:left w:val="nil"/>
              <w:right w:val="nil"/>
            </w:tcBorders>
          </w:tcPr>
          <w:p w14:paraId="1C6DCD15" w14:textId="77777777" w:rsidR="003B3005" w:rsidRDefault="00000000">
            <w:pPr>
              <w:spacing w:line="240" w:lineRule="auto"/>
            </w:pPr>
            <w:r>
              <w:rPr>
                <w:sz w:val="15"/>
              </w:rPr>
              <w:t>Contemporary race/ethnicity</w:t>
            </w:r>
          </w:p>
        </w:tc>
        <w:tc>
          <w:tcPr>
            <w:tcW w:w="1036" w:type="dxa"/>
            <w:tcMar>
              <w:top w:w="35" w:type="dxa"/>
              <w:left w:w="45" w:type="dxa"/>
              <w:bottom w:w="35" w:type="dxa"/>
              <w:right w:w="45" w:type="dxa"/>
            </w:tcMar>
            <w:vAlign w:val="center"/>
            <w:tcBorders>
              <w:left w:val="nil"/>
              <w:right w:val="nil"/>
            </w:tcBorders>
          </w:tcPr>
          <w:p w14:paraId="3B6153E7" w14:textId="77777777" w:rsidR="003B3005" w:rsidRDefault="00000000">
            <w:pPr>
              <w:spacing w:line="240" w:lineRule="auto"/>
              <w:jc w:val="center"/>
            </w:pPr>
            <w:r>
              <w:rPr>
                <w:sz w:val="15"/>
              </w:rPr>
              <w:t>Non-Hispanic Native Hawaiian or Other Pacific Islander</w:t>
            </w:r>
          </w:p>
        </w:tc>
        <w:tc>
          <w:tcPr>
            <w:tcW w:w="1123" w:type="dxa"/>
            <w:tcMar>
              <w:top w:w="35" w:type="dxa"/>
              <w:left w:w="45" w:type="dxa"/>
              <w:bottom w:w="35" w:type="dxa"/>
              <w:right w:w="45" w:type="dxa"/>
            </w:tcMar>
            <w:vAlign w:val="center"/>
            <w:tcBorders>
              <w:left w:val="nil"/>
              <w:right w:val="nil"/>
            </w:tcBorders>
          </w:tcPr>
          <w:p w14:paraId="1FDCA461" w14:textId="77777777" w:rsidR="003B3005" w:rsidRDefault="00000000">
            <w:pPr>
              <w:spacing w:line="240" w:lineRule="auto"/>
              <w:jc w:val="center"/>
            </w:pPr>
            <w:r>
              <w:rPr>
                <w:sz w:val="15"/>
              </w:rPr>
              <w:t>2018-2024</w:t>
            </w:r>
          </w:p>
        </w:tc>
        <w:tc>
          <w:tcPr>
            <w:tcW w:w="1512" w:type="dxa"/>
            <w:tcMar>
              <w:top w:w="35" w:type="dxa"/>
              <w:left w:w="45" w:type="dxa"/>
              <w:bottom w:w="35" w:type="dxa"/>
              <w:right w:w="45" w:type="dxa"/>
            </w:tcMar>
            <w:vAlign w:val="center"/>
            <w:tcBorders>
              <w:left w:val="nil"/>
              <w:right w:val="nil"/>
            </w:tcBorders>
          </w:tcPr>
          <w:p w14:paraId="6E9AE072" w14:textId="77777777" w:rsidR="003B3005" w:rsidRDefault="00000000">
            <w:pPr>
              <w:spacing w:line="240" w:lineRule="auto"/>
              <w:jc w:val="center"/>
            </w:pPr>
            <w:r>
              <w:rPr>
                <w:sz w:val="15"/>
              </w:rPr>
              <w:t>4.8925</w:t>
            </w:r>
          </w:p>
        </w:tc>
        <w:tc>
          <w:tcPr>
            <w:tcW w:w="1036" w:type="dxa"/>
            <w:tcMar>
              <w:top w:w="35" w:type="dxa"/>
              <w:left w:w="45" w:type="dxa"/>
              <w:bottom w:w="35" w:type="dxa"/>
              <w:right w:w="45" w:type="dxa"/>
            </w:tcMar>
            <w:vAlign w:val="center"/>
            <w:tcBorders>
              <w:left w:val="nil"/>
              <w:right w:val="nil"/>
            </w:tcBorders>
          </w:tcPr>
          <w:p w14:paraId="46A172FE" w14:textId="77777777" w:rsidR="003B3005" w:rsidRDefault="00000000">
            <w:pPr>
              <w:spacing w:line="240" w:lineRule="auto"/>
              <w:jc w:val="center"/>
            </w:pPr>
            <w:r>
              <w:rPr>
                <w:sz w:val="15"/>
              </w:rPr>
              <w:t>-22.1902 to 54.7917</w:t>
            </w:r>
          </w:p>
        </w:tc>
        <w:tc>
          <w:tcPr>
            <w:tcW w:w="2088" w:type="dxa"/>
            <w:tcMar>
              <w:top w:w="35" w:type="dxa"/>
              <w:left w:w="45" w:type="dxa"/>
              <w:bottom w:w="35" w:type="dxa"/>
              <w:right w:w="45" w:type="dxa"/>
            </w:tcMar>
            <w:vAlign w:val="center"/>
            <w:tcBorders>
              <w:left w:val="nil"/>
              <w:right w:val="nil"/>
            </w:tcBorders>
          </w:tcPr>
          <w:p w14:paraId="3AC56499" w14:textId="77777777" w:rsidR="003B3005" w:rsidRDefault="00000000">
            <w:pPr>
              <w:spacing w:line="240" w:lineRule="auto"/>
              <w:jc w:val="center"/>
            </w:pPr>
            <w:r>
              <w:rPr>
                <w:sz w:val="15"/>
              </w:rPr>
              <w:t>0.624275</w:t>
            </w:r>
          </w:p>
        </w:tc>
        <w:tc>
          <w:tcPr>
            <w:tcW w:w="1123" w:type="dxa"/>
            <w:tcMar>
              <w:top w:w="35" w:type="dxa"/>
              <w:left w:w="45" w:type="dxa"/>
              <w:bottom w:w="35" w:type="dxa"/>
              <w:right w:w="45" w:type="dxa"/>
            </w:tcMar>
            <w:vAlign w:val="center"/>
            <w:tcBorders>
              <w:left w:val="nil"/>
              <w:right w:val="nil"/>
            </w:tcBorders>
          </w:tcPr>
          <w:p w14:paraId="41B111C1" w14:textId="77777777" w:rsidR="003B3005" w:rsidRDefault="00000000">
            <w:pPr>
              <w:spacing w:line="240" w:lineRule="auto"/>
              <w:jc w:val="center"/>
            </w:pPr>
            <w:r>
              <w:rPr>
                <w:sz w:val="15"/>
              </w:rPr>
              <w:t>No</w:t>
            </w:r>
          </w:p>
        </w:tc>
      </w:tr>
      <w:tr w:rsidR="003B3005" w14:paraId="260F1F49" w14:textId="77777777">
        <w:trPr>
          <w:cantSplit/>
          <w:jc w:val="center"/>
        </w:trPr>
        <w:tc>
          <w:tcPr>
            <w:tcW w:w="1512" w:type="dxa"/>
            <w:tcMar>
              <w:top w:w="35" w:type="dxa"/>
              <w:left w:w="45" w:type="dxa"/>
              <w:bottom w:w="35" w:type="dxa"/>
              <w:right w:w="45" w:type="dxa"/>
            </w:tcMar>
            <w:vAlign w:val="center"/>
            <w:tcBorders>
              <w:left w:val="nil"/>
              <w:right w:val="nil"/>
            </w:tcBorders>
          </w:tcPr>
          <w:p w14:paraId="2B3A74C7" w14:textId="77777777" w:rsidR="003B3005" w:rsidRDefault="00000000">
            <w:pPr>
              <w:spacing w:line="240" w:lineRule="auto"/>
            </w:pPr>
            <w:r>
              <w:rPr>
                <w:sz w:val="15"/>
              </w:rPr>
              <w:t>Contemporary race/ethnicity</w:t>
            </w:r>
          </w:p>
        </w:tc>
        <w:tc>
          <w:tcPr>
            <w:tcW w:w="1036" w:type="dxa"/>
            <w:tcMar>
              <w:top w:w="35" w:type="dxa"/>
              <w:left w:w="45" w:type="dxa"/>
              <w:bottom w:w="35" w:type="dxa"/>
              <w:right w:w="45" w:type="dxa"/>
            </w:tcMar>
            <w:vAlign w:val="center"/>
            <w:tcBorders>
              <w:left w:val="nil"/>
              <w:right w:val="nil"/>
            </w:tcBorders>
          </w:tcPr>
          <w:p w14:paraId="7C9EBA8D" w14:textId="77777777" w:rsidR="003B3005" w:rsidRDefault="00000000">
            <w:pPr>
              <w:spacing w:line="240" w:lineRule="auto"/>
              <w:jc w:val="center"/>
            </w:pPr>
            <w:r>
              <w:rPr>
                <w:sz w:val="15"/>
              </w:rPr>
              <w:t>Non-Hispanic White</w:t>
            </w:r>
          </w:p>
        </w:tc>
        <w:tc>
          <w:tcPr>
            <w:tcW w:w="1123" w:type="dxa"/>
            <w:tcMar>
              <w:top w:w="35" w:type="dxa"/>
              <w:left w:w="45" w:type="dxa"/>
              <w:bottom w:w="35" w:type="dxa"/>
              <w:right w:w="45" w:type="dxa"/>
            </w:tcMar>
            <w:vAlign w:val="center"/>
            <w:tcBorders>
              <w:left w:val="nil"/>
              <w:right w:val="nil"/>
            </w:tcBorders>
          </w:tcPr>
          <w:p w14:paraId="70679F44" w14:textId="77777777" w:rsidR="003B3005" w:rsidRDefault="00000000">
            <w:pPr>
              <w:spacing w:line="240" w:lineRule="auto"/>
              <w:jc w:val="center"/>
            </w:pPr>
            <w:r>
              <w:rPr>
                <w:sz w:val="15"/>
              </w:rPr>
              <w:t>2018-2024</w:t>
            </w:r>
          </w:p>
        </w:tc>
        <w:tc>
          <w:tcPr>
            <w:tcW w:w="1512" w:type="dxa"/>
            <w:tcMar>
              <w:top w:w="35" w:type="dxa"/>
              <w:left w:w="45" w:type="dxa"/>
              <w:bottom w:w="35" w:type="dxa"/>
              <w:right w:w="45" w:type="dxa"/>
            </w:tcMar>
            <w:vAlign w:val="center"/>
            <w:tcBorders>
              <w:left w:val="nil"/>
              <w:right w:val="nil"/>
            </w:tcBorders>
          </w:tcPr>
          <w:p w14:paraId="5255F10F" w14:textId="77777777" w:rsidR="003B3005" w:rsidRDefault="00000000">
            <w:pPr>
              <w:spacing w:line="240" w:lineRule="auto"/>
              <w:jc w:val="center"/>
            </w:pPr>
            <w:r>
              <w:rPr>
                <w:sz w:val="15"/>
              </w:rPr>
              <w:t>6.0899</w:t>
            </w:r>
          </w:p>
        </w:tc>
        <w:tc>
          <w:tcPr>
            <w:tcW w:w="1036" w:type="dxa"/>
            <w:tcMar>
              <w:top w:w="35" w:type="dxa"/>
              <w:left w:w="45" w:type="dxa"/>
              <w:bottom w:w="35" w:type="dxa"/>
              <w:right w:w="45" w:type="dxa"/>
            </w:tcMar>
            <w:vAlign w:val="center"/>
            <w:tcBorders>
              <w:left w:val="nil"/>
              <w:right w:val="nil"/>
            </w:tcBorders>
          </w:tcPr>
          <w:p w14:paraId="460DA1F1" w14:textId="77777777" w:rsidR="003B3005" w:rsidRDefault="00000000">
            <w:pPr>
              <w:spacing w:line="240" w:lineRule="auto"/>
              <w:jc w:val="center"/>
            </w:pPr>
            <w:r>
              <w:rPr>
                <w:sz w:val="15"/>
              </w:rPr>
              <w:t>-1.186 to 15.2374</w:t>
            </w:r>
          </w:p>
        </w:tc>
        <w:tc>
          <w:tcPr>
            <w:tcW w:w="2088" w:type="dxa"/>
            <w:tcMar>
              <w:top w:w="35" w:type="dxa"/>
              <w:left w:w="45" w:type="dxa"/>
              <w:bottom w:w="35" w:type="dxa"/>
              <w:right w:w="45" w:type="dxa"/>
            </w:tcMar>
            <w:vAlign w:val="center"/>
            <w:tcBorders>
              <w:left w:val="nil"/>
              <w:right w:val="nil"/>
            </w:tcBorders>
          </w:tcPr>
          <w:p w14:paraId="140A7E0F" w14:textId="77777777" w:rsidR="003B3005" w:rsidRDefault="00000000">
            <w:pPr>
              <w:spacing w:line="240" w:lineRule="auto"/>
              <w:jc w:val="center"/>
            </w:pPr>
            <w:r>
              <w:rPr>
                <w:sz w:val="15"/>
              </w:rPr>
              <w:t>0.080384</w:t>
            </w:r>
          </w:p>
        </w:tc>
        <w:tc>
          <w:tcPr>
            <w:tcW w:w="1123" w:type="dxa"/>
            <w:tcMar>
              <w:top w:w="35" w:type="dxa"/>
              <w:left w:w="45" w:type="dxa"/>
              <w:bottom w:w="35" w:type="dxa"/>
              <w:right w:w="45" w:type="dxa"/>
            </w:tcMar>
            <w:vAlign w:val="center"/>
            <w:tcBorders>
              <w:left w:val="nil"/>
              <w:right w:val="nil"/>
            </w:tcBorders>
          </w:tcPr>
          <w:p w14:paraId="7192C150" w14:textId="77777777" w:rsidR="003B3005" w:rsidRDefault="00000000">
            <w:pPr>
              <w:spacing w:line="240" w:lineRule="auto"/>
              <w:jc w:val="center"/>
            </w:pPr>
            <w:r>
              <w:rPr>
                <w:sz w:val="15"/>
              </w:rPr>
              <w:t>No</w:t>
            </w:r>
          </w:p>
        </w:tc>
      </w:tr>
      <w:tr w:rsidR="003B3005" w14:paraId="59A7CDA5" w14:textId="77777777">
        <w:trPr>
          <w:cantSplit/>
          <w:jc w:val="center"/>
        </w:trPr>
        <w:tc>
          <w:tcPr>
            <w:tcW w:w="1512" w:type="dxa"/>
            <w:tcMar>
              <w:top w:w="35" w:type="dxa"/>
              <w:left w:w="45" w:type="dxa"/>
              <w:bottom w:w="35" w:type="dxa"/>
              <w:right w:w="45" w:type="dxa"/>
            </w:tcMar>
            <w:vAlign w:val="center"/>
            <w:tcBorders>
              <w:left w:val="nil"/>
              <w:right w:val="nil"/>
            </w:tcBorders>
          </w:tcPr>
          <w:p w14:paraId="2D300BB6" w14:textId="77777777" w:rsidR="003B3005" w:rsidRDefault="00000000">
            <w:pPr>
              <w:spacing w:line="240" w:lineRule="auto"/>
            </w:pPr>
            <w:r>
              <w:rPr>
                <w:sz w:val="15"/>
              </w:rPr>
              <w:t>Contemporary race/ethnicity</w:t>
            </w:r>
          </w:p>
        </w:tc>
        <w:tc>
          <w:tcPr>
            <w:tcW w:w="1036" w:type="dxa"/>
            <w:tcMar>
              <w:top w:w="35" w:type="dxa"/>
              <w:left w:w="45" w:type="dxa"/>
              <w:bottom w:w="35" w:type="dxa"/>
              <w:right w:w="45" w:type="dxa"/>
            </w:tcMar>
            <w:vAlign w:val="center"/>
            <w:tcBorders>
              <w:left w:val="nil"/>
              <w:right w:val="nil"/>
            </w:tcBorders>
          </w:tcPr>
          <w:p w14:paraId="273E16F1" w14:textId="77777777" w:rsidR="003B3005" w:rsidRDefault="00000000">
            <w:pPr>
              <w:spacing w:line="240" w:lineRule="auto"/>
              <w:jc w:val="center"/>
            </w:pPr>
            <w:r>
              <w:rPr>
                <w:sz w:val="15"/>
              </w:rPr>
              <w:t>Non-Hispanic More than one race</w:t>
            </w:r>
          </w:p>
        </w:tc>
        <w:tc>
          <w:tcPr>
            <w:tcW w:w="1123" w:type="dxa"/>
            <w:tcMar>
              <w:top w:w="35" w:type="dxa"/>
              <w:left w:w="45" w:type="dxa"/>
              <w:bottom w:w="35" w:type="dxa"/>
              <w:right w:w="45" w:type="dxa"/>
            </w:tcMar>
            <w:vAlign w:val="center"/>
            <w:tcBorders>
              <w:left w:val="nil"/>
              <w:right w:val="nil"/>
            </w:tcBorders>
          </w:tcPr>
          <w:p w14:paraId="1402DC84" w14:textId="77777777" w:rsidR="003B3005" w:rsidRDefault="00000000">
            <w:pPr>
              <w:spacing w:line="240" w:lineRule="auto"/>
              <w:jc w:val="center"/>
            </w:pPr>
            <w:r>
              <w:rPr>
                <w:sz w:val="15"/>
              </w:rPr>
              <w:t>2018-2024</w:t>
            </w:r>
          </w:p>
        </w:tc>
        <w:tc>
          <w:tcPr>
            <w:tcW w:w="1512" w:type="dxa"/>
            <w:tcMar>
              <w:top w:w="35" w:type="dxa"/>
              <w:left w:w="45" w:type="dxa"/>
              <w:bottom w:w="35" w:type="dxa"/>
              <w:right w:w="45" w:type="dxa"/>
            </w:tcMar>
            <w:vAlign w:val="center"/>
            <w:tcBorders>
              <w:left w:val="nil"/>
              <w:right w:val="nil"/>
            </w:tcBorders>
          </w:tcPr>
          <w:p w14:paraId="4CD279F0" w14:textId="77777777" w:rsidR="003B3005" w:rsidRDefault="00000000">
            <w:pPr>
              <w:spacing w:line="240" w:lineRule="auto"/>
              <w:jc w:val="center"/>
            </w:pPr>
            <w:r>
              <w:rPr>
                <w:sz w:val="15"/>
              </w:rPr>
              <w:t>10.2109</w:t>
            </w:r>
          </w:p>
        </w:tc>
        <w:tc>
          <w:tcPr>
            <w:tcW w:w="1036" w:type="dxa"/>
            <w:tcMar>
              <w:top w:w="35" w:type="dxa"/>
              <w:left w:w="45" w:type="dxa"/>
              <w:bottom w:w="35" w:type="dxa"/>
              <w:right w:w="45" w:type="dxa"/>
            </w:tcMar>
            <w:vAlign w:val="center"/>
            <w:tcBorders>
              <w:left w:val="nil"/>
              <w:right w:val="nil"/>
            </w:tcBorders>
          </w:tcPr>
          <w:p w14:paraId="419CB8B1" w14:textId="77777777" w:rsidR="003B3005" w:rsidRDefault="00000000">
            <w:pPr>
              <w:spacing w:line="240" w:lineRule="auto"/>
              <w:jc w:val="center"/>
            </w:pPr>
            <w:r>
              <w:rPr>
                <w:sz w:val="15"/>
              </w:rPr>
              <w:t>0.5009 to 23.9395</w:t>
            </w:r>
          </w:p>
        </w:tc>
        <w:tc>
          <w:tcPr>
            <w:tcW w:w="2088" w:type="dxa"/>
            <w:tcMar>
              <w:top w:w="35" w:type="dxa"/>
              <w:left w:w="45" w:type="dxa"/>
              <w:bottom w:w="35" w:type="dxa"/>
              <w:right w:w="45" w:type="dxa"/>
            </w:tcMar>
            <w:vAlign w:val="center"/>
            <w:tcBorders>
              <w:left w:val="nil"/>
              <w:right w:val="nil"/>
            </w:tcBorders>
          </w:tcPr>
          <w:p w14:paraId="3466233C" w14:textId="77777777" w:rsidR="003B3005" w:rsidRDefault="00000000">
            <w:pPr>
              <w:spacing w:line="240" w:lineRule="auto"/>
              <w:jc w:val="center"/>
            </w:pPr>
            <w:r>
              <w:rPr>
                <w:sz w:val="15"/>
              </w:rPr>
              <w:t>0.039192</w:t>
            </w:r>
          </w:p>
        </w:tc>
        <w:tc>
          <w:tcPr>
            <w:tcW w:w="1123" w:type="dxa"/>
            <w:tcMar>
              <w:top w:w="35" w:type="dxa"/>
              <w:left w:w="45" w:type="dxa"/>
              <w:bottom w:w="35" w:type="dxa"/>
              <w:right w:w="45" w:type="dxa"/>
            </w:tcMar>
            <w:vAlign w:val="center"/>
            <w:tcBorders>
              <w:left w:val="nil"/>
              <w:right w:val="nil"/>
            </w:tcBorders>
          </w:tcPr>
          <w:p w14:paraId="4D6292D5" w14:textId="77777777" w:rsidR="003B3005" w:rsidRDefault="00000000">
            <w:pPr>
              <w:spacing w:line="240" w:lineRule="auto"/>
              <w:jc w:val="center"/>
            </w:pPr>
            <w:r>
              <w:rPr>
                <w:sz w:val="15"/>
              </w:rPr>
              <w:t>Yes</w:t>
            </w:r>
          </w:p>
        </w:tc>
      </w:tr>
      <w:tr w:rsidR="003B3005" w14:paraId="3A447CF7" w14:textId="77777777">
        <w:trPr>
          <w:cantSplit/>
          <w:jc w:val="center"/>
        </w:trPr>
        <w:tc>
          <w:tcPr>
            <w:tcW w:w="1512" w:type="dxa"/>
            <w:tcMar>
              <w:top w:w="35" w:type="dxa"/>
              <w:left w:w="45" w:type="dxa"/>
              <w:bottom w:w="35" w:type="dxa"/>
              <w:right w:w="45" w:type="dxa"/>
            </w:tcMar>
            <w:vAlign w:val="center"/>
            <w:tcBorders>
              <w:left w:val="nil"/>
              <w:right w:val="nil"/>
            </w:tcBorders>
          </w:tcPr>
          <w:p w14:paraId="15890BBC" w14:textId="77777777" w:rsidR="003B3005" w:rsidRDefault="00000000">
            <w:pPr>
              <w:spacing w:line="240" w:lineRule="auto"/>
            </w:pPr>
            <w:r>
              <w:rPr>
                <w:sz w:val="15"/>
              </w:rPr>
              <w:t>Contemporary race/ethnicity</w:t>
            </w:r>
          </w:p>
        </w:tc>
        <w:tc>
          <w:tcPr>
            <w:tcW w:w="1036" w:type="dxa"/>
            <w:tcMar>
              <w:top w:w="35" w:type="dxa"/>
              <w:left w:w="45" w:type="dxa"/>
              <w:bottom w:w="35" w:type="dxa"/>
              <w:right w:w="45" w:type="dxa"/>
            </w:tcMar>
            <w:vAlign w:val="center"/>
            <w:tcBorders>
              <w:left w:val="nil"/>
              <w:right w:val="nil"/>
            </w:tcBorders>
          </w:tcPr>
          <w:p w14:paraId="4593E823" w14:textId="77777777" w:rsidR="003B3005" w:rsidRDefault="00000000">
            <w:pPr>
              <w:spacing w:line="240" w:lineRule="auto"/>
              <w:jc w:val="center"/>
            </w:pPr>
            <w:r>
              <w:rPr>
                <w:sz w:val="15"/>
              </w:rPr>
              <w:t>Hispanic or Latino, any race</w:t>
            </w:r>
          </w:p>
        </w:tc>
        <w:tc>
          <w:tcPr>
            <w:tcW w:w="1123" w:type="dxa"/>
            <w:tcMar>
              <w:top w:w="35" w:type="dxa"/>
              <w:left w:w="45" w:type="dxa"/>
              <w:bottom w:w="35" w:type="dxa"/>
              <w:right w:w="45" w:type="dxa"/>
            </w:tcMar>
            <w:vAlign w:val="center"/>
            <w:tcBorders>
              <w:left w:val="nil"/>
              <w:right w:val="nil"/>
            </w:tcBorders>
          </w:tcPr>
          <w:p w14:paraId="563D736F" w14:textId="77777777" w:rsidR="003B3005" w:rsidRDefault="00000000">
            <w:pPr>
              <w:spacing w:line="240" w:lineRule="auto"/>
              <w:jc w:val="center"/>
            </w:pPr>
            <w:r>
              <w:rPr>
                <w:sz w:val="15"/>
              </w:rPr>
              <w:t>2018-2024</w:t>
            </w:r>
          </w:p>
        </w:tc>
        <w:tc>
          <w:tcPr>
            <w:tcW w:w="1512" w:type="dxa"/>
            <w:tcMar>
              <w:top w:w="35" w:type="dxa"/>
              <w:left w:w="45" w:type="dxa"/>
              <w:bottom w:w="35" w:type="dxa"/>
              <w:right w:w="45" w:type="dxa"/>
            </w:tcMar>
            <w:vAlign w:val="center"/>
            <w:tcBorders>
              <w:left w:val="nil"/>
              <w:right w:val="nil"/>
            </w:tcBorders>
          </w:tcPr>
          <w:p w14:paraId="0E8258AC" w14:textId="77777777" w:rsidR="003B3005" w:rsidRDefault="00000000">
            <w:pPr>
              <w:spacing w:line="240" w:lineRule="auto"/>
              <w:jc w:val="center"/>
            </w:pPr>
            <w:r>
              <w:rPr>
                <w:sz w:val="15"/>
              </w:rPr>
              <w:t>2.009</w:t>
            </w:r>
          </w:p>
        </w:tc>
        <w:tc>
          <w:tcPr>
            <w:tcW w:w="1036" w:type="dxa"/>
            <w:tcMar>
              <w:top w:w="35" w:type="dxa"/>
              <w:left w:w="45" w:type="dxa"/>
              <w:bottom w:w="35" w:type="dxa"/>
              <w:right w:w="45" w:type="dxa"/>
            </w:tcMar>
            <w:vAlign w:val="center"/>
            <w:tcBorders>
              <w:left w:val="nil"/>
              <w:right w:val="nil"/>
            </w:tcBorders>
          </w:tcPr>
          <w:p w14:paraId="39906ED0" w14:textId="77777777" w:rsidR="003B3005" w:rsidRDefault="00000000">
            <w:pPr>
              <w:spacing w:line="240" w:lineRule="auto"/>
              <w:jc w:val="center"/>
            </w:pPr>
            <w:r>
              <w:rPr>
                <w:sz w:val="15"/>
              </w:rPr>
              <w:t>-14.2243 to 27.4257</w:t>
            </w:r>
          </w:p>
        </w:tc>
        <w:tc>
          <w:tcPr>
            <w:tcW w:w="2088" w:type="dxa"/>
            <w:tcMar>
              <w:top w:w="35" w:type="dxa"/>
              <w:left w:w="45" w:type="dxa"/>
              <w:bottom w:w="35" w:type="dxa"/>
              <w:right w:w="45" w:type="dxa"/>
            </w:tcMar>
            <w:vAlign w:val="center"/>
            <w:tcBorders>
              <w:left w:val="nil"/>
              <w:right w:val="nil"/>
            </w:tcBorders>
          </w:tcPr>
          <w:p w14:paraId="74F80178" w14:textId="77777777" w:rsidR="003B3005" w:rsidRDefault="00000000">
            <w:pPr>
              <w:spacing w:line="240" w:lineRule="auto"/>
              <w:jc w:val="center"/>
            </w:pPr>
            <w:r>
              <w:rPr>
                <w:sz w:val="15"/>
              </w:rPr>
              <w:t>0.70066</w:t>
            </w:r>
          </w:p>
        </w:tc>
        <w:tc>
          <w:tcPr>
            <w:tcW w:w="1123" w:type="dxa"/>
            <w:tcMar>
              <w:top w:w="35" w:type="dxa"/>
              <w:left w:w="45" w:type="dxa"/>
              <w:bottom w:w="35" w:type="dxa"/>
              <w:right w:w="45" w:type="dxa"/>
            </w:tcMar>
            <w:vAlign w:val="center"/>
            <w:tcBorders>
              <w:left w:val="nil"/>
              <w:right w:val="nil"/>
            </w:tcBorders>
          </w:tcPr>
          <w:p w14:paraId="695D459D" w14:textId="77777777" w:rsidR="003B3005" w:rsidRDefault="00000000">
            <w:pPr>
              <w:spacing w:line="240" w:lineRule="auto"/>
              <w:jc w:val="center"/>
            </w:pPr>
            <w:r>
              <w:rPr>
                <w:sz w:val="15"/>
              </w:rPr>
              <w:t>No</w:t>
            </w:r>
          </w:p>
        </w:tc>
      </w:tr>
      <w:tr w:rsidR="003B3005" w14:paraId="68267F48" w14:textId="77777777">
        <w:trPr>
          <w:cantSplit/>
          <w:jc w:val="center"/>
        </w:trPr>
        <w:tc>
          <w:tcPr>
            <w:tcW w:w="1512" w:type="dxa"/>
            <w:tcMar>
              <w:top w:w="35" w:type="dxa"/>
              <w:left w:w="45" w:type="dxa"/>
              <w:bottom w:w="35" w:type="dxa"/>
              <w:right w:w="45" w:type="dxa"/>
            </w:tcMar>
            <w:vAlign w:val="center"/>
            <w:tcBorders>
              <w:left w:val="nil"/>
              <w:right w:val="nil"/>
            </w:tcBorders>
          </w:tcPr>
          <w:p w14:paraId="707ADCE7" w14:textId="77777777" w:rsidR="003B3005" w:rsidRDefault="00000000">
            <w:pPr>
              <w:spacing w:line="240" w:lineRule="auto"/>
            </w:pPr>
            <w:r>
              <w:rPr>
                <w:sz w:val="15"/>
              </w:rPr>
              <w:t>Urbanization</w:t>
            </w:r>
          </w:p>
        </w:tc>
        <w:tc>
          <w:tcPr>
            <w:tcW w:w="1036" w:type="dxa"/>
            <w:tcMar>
              <w:top w:w="35" w:type="dxa"/>
              <w:left w:w="45" w:type="dxa"/>
              <w:bottom w:w="35" w:type="dxa"/>
              <w:right w:w="45" w:type="dxa"/>
            </w:tcMar>
            <w:vAlign w:val="center"/>
            <w:tcBorders>
              <w:left w:val="nil"/>
              <w:right w:val="nil"/>
            </w:tcBorders>
          </w:tcPr>
          <w:p w14:paraId="34798D91" w14:textId="77777777" w:rsidR="003B3005" w:rsidRDefault="00000000">
            <w:pPr>
              <w:spacing w:line="240" w:lineRule="auto"/>
              <w:jc w:val="center"/>
            </w:pPr>
            <w:r>
              <w:rPr>
                <w:sz w:val="15"/>
              </w:rPr>
              <w:t>Large Central Metro</w:t>
            </w:r>
          </w:p>
        </w:tc>
        <w:tc>
          <w:tcPr>
            <w:tcW w:w="1123" w:type="dxa"/>
            <w:tcMar>
              <w:top w:w="35" w:type="dxa"/>
              <w:left w:w="45" w:type="dxa"/>
              <w:bottom w:w="35" w:type="dxa"/>
              <w:right w:w="45" w:type="dxa"/>
            </w:tcMar>
            <w:vAlign w:val="center"/>
            <w:tcBorders>
              <w:left w:val="nil"/>
              <w:right w:val="nil"/>
            </w:tcBorders>
          </w:tcPr>
          <w:p w14:paraId="3638D30F" w14:textId="77777777" w:rsidR="003B3005" w:rsidRDefault="00000000">
            <w:pPr>
              <w:spacing w:line="240" w:lineRule="auto"/>
              <w:jc w:val="center"/>
            </w:pPr>
            <w:r>
              <w:rPr>
                <w:sz w:val="15"/>
              </w:rPr>
              <w:t>1999-2020</w:t>
            </w:r>
          </w:p>
        </w:tc>
        <w:tc>
          <w:tcPr>
            <w:tcW w:w="1512" w:type="dxa"/>
            <w:tcMar>
              <w:top w:w="35" w:type="dxa"/>
              <w:left w:w="45" w:type="dxa"/>
              <w:bottom w:w="35" w:type="dxa"/>
              <w:right w:w="45" w:type="dxa"/>
            </w:tcMar>
            <w:vAlign w:val="center"/>
            <w:tcBorders>
              <w:left w:val="nil"/>
              <w:right w:val="nil"/>
            </w:tcBorders>
          </w:tcPr>
          <w:p w14:paraId="3D05C90E" w14:textId="77777777" w:rsidR="003B3005" w:rsidRDefault="00000000">
            <w:pPr>
              <w:spacing w:line="240" w:lineRule="auto"/>
              <w:jc w:val="center"/>
            </w:pPr>
            <w:r>
              <w:rPr>
                <w:sz w:val="15"/>
              </w:rPr>
              <w:t>5.8449</w:t>
            </w:r>
          </w:p>
        </w:tc>
        <w:tc>
          <w:tcPr>
            <w:tcW w:w="1036" w:type="dxa"/>
            <w:tcMar>
              <w:top w:w="35" w:type="dxa"/>
              <w:left w:w="45" w:type="dxa"/>
              <w:bottom w:w="35" w:type="dxa"/>
              <w:right w:w="45" w:type="dxa"/>
            </w:tcMar>
            <w:vAlign w:val="center"/>
            <w:tcBorders>
              <w:left w:val="nil"/>
              <w:right w:val="nil"/>
            </w:tcBorders>
          </w:tcPr>
          <w:p w14:paraId="21FEF96D" w14:textId="77777777" w:rsidR="003B3005" w:rsidRDefault="00000000">
            <w:pPr>
              <w:spacing w:line="240" w:lineRule="auto"/>
              <w:jc w:val="center"/>
            </w:pPr>
            <w:r>
              <w:rPr>
                <w:sz w:val="15"/>
              </w:rPr>
              <w:t>4.8134 to 7.9046</w:t>
            </w:r>
          </w:p>
        </w:tc>
        <w:tc>
          <w:tcPr>
            <w:tcW w:w="2088" w:type="dxa"/>
            <w:tcMar>
              <w:top w:w="35" w:type="dxa"/>
              <w:left w:w="45" w:type="dxa"/>
              <w:bottom w:w="35" w:type="dxa"/>
              <w:right w:w="45" w:type="dxa"/>
            </w:tcMar>
            <w:vAlign w:val="center"/>
            <w:tcBorders>
              <w:left w:val="nil"/>
              <w:right w:val="nil"/>
            </w:tcBorders>
          </w:tcPr>
          <w:p w14:paraId="4DB38E2F"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7C6274C4" w14:textId="77777777" w:rsidR="003B3005" w:rsidRDefault="00000000">
            <w:pPr>
              <w:spacing w:line="240" w:lineRule="auto"/>
              <w:jc w:val="center"/>
            </w:pPr>
            <w:r>
              <w:rPr>
                <w:sz w:val="15"/>
              </w:rPr>
              <w:t>Yes</w:t>
            </w:r>
          </w:p>
        </w:tc>
      </w:tr>
      <w:tr w:rsidR="003B3005" w14:paraId="0242F187" w14:textId="77777777">
        <w:trPr>
          <w:cantSplit/>
          <w:jc w:val="center"/>
        </w:trPr>
        <w:tc>
          <w:tcPr>
            <w:tcW w:w="1512" w:type="dxa"/>
            <w:tcMar>
              <w:top w:w="35" w:type="dxa"/>
              <w:left w:w="45" w:type="dxa"/>
              <w:bottom w:w="35" w:type="dxa"/>
              <w:right w:w="45" w:type="dxa"/>
            </w:tcMar>
            <w:vAlign w:val="center"/>
            <w:tcBorders>
              <w:left w:val="nil"/>
              <w:right w:val="nil"/>
            </w:tcBorders>
          </w:tcPr>
          <w:p w14:paraId="27EDE591" w14:textId="77777777" w:rsidR="003B3005" w:rsidRDefault="00000000">
            <w:pPr>
              <w:spacing w:line="240" w:lineRule="auto"/>
            </w:pPr>
            <w:r>
              <w:rPr>
                <w:sz w:val="15"/>
              </w:rPr>
              <w:t>Urbanization</w:t>
            </w:r>
          </w:p>
        </w:tc>
        <w:tc>
          <w:tcPr>
            <w:tcW w:w="1036" w:type="dxa"/>
            <w:tcMar>
              <w:top w:w="35" w:type="dxa"/>
              <w:left w:w="45" w:type="dxa"/>
              <w:bottom w:w="35" w:type="dxa"/>
              <w:right w:w="45" w:type="dxa"/>
            </w:tcMar>
            <w:vAlign w:val="center"/>
            <w:tcBorders>
              <w:left w:val="nil"/>
              <w:right w:val="nil"/>
            </w:tcBorders>
          </w:tcPr>
          <w:p w14:paraId="6C8CC18B" w14:textId="77777777" w:rsidR="003B3005" w:rsidRDefault="00000000">
            <w:pPr>
              <w:spacing w:line="240" w:lineRule="auto"/>
              <w:jc w:val="center"/>
            </w:pPr>
            <w:r>
              <w:rPr>
                <w:sz w:val="15"/>
              </w:rPr>
              <w:t>Large Fringe Metro</w:t>
            </w:r>
          </w:p>
        </w:tc>
        <w:tc>
          <w:tcPr>
            <w:tcW w:w="1123" w:type="dxa"/>
            <w:tcMar>
              <w:top w:w="35" w:type="dxa"/>
              <w:left w:w="45" w:type="dxa"/>
              <w:bottom w:w="35" w:type="dxa"/>
              <w:right w:w="45" w:type="dxa"/>
            </w:tcMar>
            <w:vAlign w:val="center"/>
            <w:tcBorders>
              <w:left w:val="nil"/>
              <w:right w:val="nil"/>
            </w:tcBorders>
          </w:tcPr>
          <w:p w14:paraId="6EE9D17A" w14:textId="77777777" w:rsidR="003B3005" w:rsidRDefault="00000000">
            <w:pPr>
              <w:spacing w:line="240" w:lineRule="auto"/>
              <w:jc w:val="center"/>
            </w:pPr>
            <w:r>
              <w:rPr>
                <w:sz w:val="15"/>
              </w:rPr>
              <w:t>1999-2020</w:t>
            </w:r>
          </w:p>
        </w:tc>
        <w:tc>
          <w:tcPr>
            <w:tcW w:w="1512" w:type="dxa"/>
            <w:tcMar>
              <w:top w:w="35" w:type="dxa"/>
              <w:left w:w="45" w:type="dxa"/>
              <w:bottom w:w="35" w:type="dxa"/>
              <w:right w:w="45" w:type="dxa"/>
            </w:tcMar>
            <w:vAlign w:val="center"/>
            <w:tcBorders>
              <w:left w:val="nil"/>
              <w:right w:val="nil"/>
            </w:tcBorders>
          </w:tcPr>
          <w:p w14:paraId="1B162963" w14:textId="77777777" w:rsidR="003B3005" w:rsidRDefault="00000000">
            <w:pPr>
              <w:spacing w:line="240" w:lineRule="auto"/>
              <w:jc w:val="center"/>
            </w:pPr>
            <w:r>
              <w:rPr>
                <w:sz w:val="15"/>
              </w:rPr>
              <w:t>5.4687</w:t>
            </w:r>
          </w:p>
        </w:tc>
        <w:tc>
          <w:tcPr>
            <w:tcW w:w="1036" w:type="dxa"/>
            <w:tcMar>
              <w:top w:w="35" w:type="dxa"/>
              <w:left w:w="45" w:type="dxa"/>
              <w:bottom w:w="35" w:type="dxa"/>
              <w:right w:w="45" w:type="dxa"/>
            </w:tcMar>
            <w:vAlign w:val="center"/>
            <w:tcBorders>
              <w:left w:val="nil"/>
              <w:right w:val="nil"/>
            </w:tcBorders>
          </w:tcPr>
          <w:p w14:paraId="3C3E7C61" w14:textId="77777777" w:rsidR="003B3005" w:rsidRDefault="00000000">
            <w:pPr>
              <w:spacing w:line="240" w:lineRule="auto"/>
              <w:jc w:val="center"/>
            </w:pPr>
            <w:r>
              <w:rPr>
                <w:sz w:val="15"/>
              </w:rPr>
              <w:t>4.1572 to 6.4834</w:t>
            </w:r>
          </w:p>
        </w:tc>
        <w:tc>
          <w:tcPr>
            <w:tcW w:w="2088" w:type="dxa"/>
            <w:tcMar>
              <w:top w:w="35" w:type="dxa"/>
              <w:left w:w="45" w:type="dxa"/>
              <w:bottom w:w="35" w:type="dxa"/>
              <w:right w:w="45" w:type="dxa"/>
            </w:tcMar>
            <w:vAlign w:val="center"/>
            <w:tcBorders>
              <w:left w:val="nil"/>
              <w:right w:val="nil"/>
            </w:tcBorders>
          </w:tcPr>
          <w:p w14:paraId="44365EAB"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74DAA042" w14:textId="77777777" w:rsidR="003B3005" w:rsidRDefault="00000000">
            <w:pPr>
              <w:spacing w:line="240" w:lineRule="auto"/>
              <w:jc w:val="center"/>
            </w:pPr>
            <w:r>
              <w:rPr>
                <w:sz w:val="15"/>
              </w:rPr>
              <w:t>Yes</w:t>
            </w:r>
          </w:p>
        </w:tc>
      </w:tr>
      <w:tr w:rsidR="003B3005" w14:paraId="0BFBEDFA" w14:textId="77777777">
        <w:trPr>
          <w:cantSplit/>
          <w:jc w:val="center"/>
        </w:trPr>
        <w:tc>
          <w:tcPr>
            <w:tcW w:w="1512" w:type="dxa"/>
            <w:tcMar>
              <w:top w:w="35" w:type="dxa"/>
              <w:left w:w="45" w:type="dxa"/>
              <w:bottom w:w="35" w:type="dxa"/>
              <w:right w:w="45" w:type="dxa"/>
            </w:tcMar>
            <w:vAlign w:val="center"/>
            <w:tcBorders>
              <w:left w:val="nil"/>
              <w:right w:val="nil"/>
            </w:tcBorders>
          </w:tcPr>
          <w:p w14:paraId="5D386A95" w14:textId="77777777" w:rsidR="003B3005" w:rsidRDefault="00000000">
            <w:pPr>
              <w:spacing w:line="240" w:lineRule="auto"/>
            </w:pPr>
            <w:r>
              <w:rPr>
                <w:sz w:val="15"/>
              </w:rPr>
              <w:t>Urbanization</w:t>
            </w:r>
          </w:p>
        </w:tc>
        <w:tc>
          <w:tcPr>
            <w:tcW w:w="1036" w:type="dxa"/>
            <w:tcMar>
              <w:top w:w="35" w:type="dxa"/>
              <w:left w:w="45" w:type="dxa"/>
              <w:bottom w:w="35" w:type="dxa"/>
              <w:right w:w="45" w:type="dxa"/>
            </w:tcMar>
            <w:vAlign w:val="center"/>
            <w:tcBorders>
              <w:left w:val="nil"/>
              <w:right w:val="nil"/>
            </w:tcBorders>
          </w:tcPr>
          <w:p w14:paraId="585DCC38" w14:textId="77777777" w:rsidR="003B3005" w:rsidRDefault="00000000">
            <w:pPr>
              <w:spacing w:line="240" w:lineRule="auto"/>
              <w:jc w:val="center"/>
            </w:pPr>
            <w:r>
              <w:rPr>
                <w:sz w:val="15"/>
              </w:rPr>
              <w:t>Medium Metro</w:t>
            </w:r>
          </w:p>
        </w:tc>
        <w:tc>
          <w:tcPr>
            <w:tcW w:w="1123" w:type="dxa"/>
            <w:tcMar>
              <w:top w:w="35" w:type="dxa"/>
              <w:left w:w="45" w:type="dxa"/>
              <w:bottom w:w="35" w:type="dxa"/>
              <w:right w:w="45" w:type="dxa"/>
            </w:tcMar>
            <w:vAlign w:val="center"/>
            <w:tcBorders>
              <w:left w:val="nil"/>
              <w:right w:val="nil"/>
            </w:tcBorders>
          </w:tcPr>
          <w:p w14:paraId="21705504" w14:textId="77777777" w:rsidR="003B3005" w:rsidRDefault="00000000">
            <w:pPr>
              <w:spacing w:line="240" w:lineRule="auto"/>
              <w:jc w:val="center"/>
            </w:pPr>
            <w:r>
              <w:rPr>
                <w:sz w:val="15"/>
              </w:rPr>
              <w:t>1999-2020</w:t>
            </w:r>
          </w:p>
        </w:tc>
        <w:tc>
          <w:tcPr>
            <w:tcW w:w="1512" w:type="dxa"/>
            <w:tcMar>
              <w:top w:w="35" w:type="dxa"/>
              <w:left w:w="45" w:type="dxa"/>
              <w:bottom w:w="35" w:type="dxa"/>
              <w:right w:w="45" w:type="dxa"/>
            </w:tcMar>
            <w:vAlign w:val="center"/>
            <w:tcBorders>
              <w:left w:val="nil"/>
              <w:right w:val="nil"/>
            </w:tcBorders>
          </w:tcPr>
          <w:p w14:paraId="6D7A37AB" w14:textId="77777777" w:rsidR="003B3005" w:rsidRDefault="00000000">
            <w:pPr>
              <w:spacing w:line="240" w:lineRule="auto"/>
              <w:jc w:val="center"/>
            </w:pPr>
            <w:r>
              <w:rPr>
                <w:sz w:val="15"/>
              </w:rPr>
              <w:t>7.0971</w:t>
            </w:r>
          </w:p>
        </w:tc>
        <w:tc>
          <w:tcPr>
            <w:tcW w:w="1036" w:type="dxa"/>
            <w:tcMar>
              <w:top w:w="35" w:type="dxa"/>
              <w:left w:w="45" w:type="dxa"/>
              <w:bottom w:w="35" w:type="dxa"/>
              <w:right w:w="45" w:type="dxa"/>
            </w:tcMar>
            <w:vAlign w:val="center"/>
            <w:tcBorders>
              <w:left w:val="nil"/>
              <w:right w:val="nil"/>
            </w:tcBorders>
          </w:tcPr>
          <w:p w14:paraId="04B68453" w14:textId="77777777" w:rsidR="003B3005" w:rsidRDefault="00000000">
            <w:pPr>
              <w:spacing w:line="240" w:lineRule="auto"/>
              <w:jc w:val="center"/>
            </w:pPr>
            <w:r>
              <w:rPr>
                <w:sz w:val="15"/>
              </w:rPr>
              <w:t>5.3964 to 8.3971</w:t>
            </w:r>
          </w:p>
        </w:tc>
        <w:tc>
          <w:tcPr>
            <w:tcW w:w="2088" w:type="dxa"/>
            <w:tcMar>
              <w:top w:w="35" w:type="dxa"/>
              <w:left w:w="45" w:type="dxa"/>
              <w:bottom w:w="35" w:type="dxa"/>
              <w:right w:w="45" w:type="dxa"/>
            </w:tcMar>
            <w:vAlign w:val="center"/>
            <w:tcBorders>
              <w:left w:val="nil"/>
              <w:right w:val="nil"/>
            </w:tcBorders>
          </w:tcPr>
          <w:p w14:paraId="68FF1886"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1D5CCB9C" w14:textId="77777777" w:rsidR="003B3005" w:rsidRDefault="00000000">
            <w:pPr>
              <w:spacing w:line="240" w:lineRule="auto"/>
              <w:jc w:val="center"/>
            </w:pPr>
            <w:r>
              <w:rPr>
                <w:sz w:val="15"/>
              </w:rPr>
              <w:t>Yes</w:t>
            </w:r>
          </w:p>
        </w:tc>
      </w:tr>
      <w:tr w:rsidR="003B3005" w14:paraId="05B1FAF3" w14:textId="77777777">
        <w:trPr>
          <w:cantSplit/>
          <w:jc w:val="center"/>
        </w:trPr>
        <w:tc>
          <w:tcPr>
            <w:tcW w:w="1512" w:type="dxa"/>
            <w:tcMar>
              <w:top w:w="35" w:type="dxa"/>
              <w:left w:w="45" w:type="dxa"/>
              <w:bottom w:w="35" w:type="dxa"/>
              <w:right w:w="45" w:type="dxa"/>
            </w:tcMar>
            <w:vAlign w:val="center"/>
            <w:tcBorders>
              <w:left w:val="nil"/>
              <w:right w:val="nil"/>
            </w:tcBorders>
          </w:tcPr>
          <w:p w14:paraId="5AE53C2D" w14:textId="77777777" w:rsidR="003B3005" w:rsidRDefault="00000000">
            <w:pPr>
              <w:spacing w:line="240" w:lineRule="auto"/>
            </w:pPr>
            <w:r>
              <w:rPr>
                <w:sz w:val="15"/>
              </w:rPr>
              <w:t>Urbanization</w:t>
            </w:r>
          </w:p>
        </w:tc>
        <w:tc>
          <w:tcPr>
            <w:tcW w:w="1036" w:type="dxa"/>
            <w:tcMar>
              <w:top w:w="35" w:type="dxa"/>
              <w:left w:w="45" w:type="dxa"/>
              <w:bottom w:w="35" w:type="dxa"/>
              <w:right w:w="45" w:type="dxa"/>
            </w:tcMar>
            <w:vAlign w:val="center"/>
            <w:tcBorders>
              <w:left w:val="nil"/>
              <w:right w:val="nil"/>
            </w:tcBorders>
          </w:tcPr>
          <w:p w14:paraId="27427892" w14:textId="77777777" w:rsidR="003B3005" w:rsidRDefault="00000000">
            <w:pPr>
              <w:spacing w:line="240" w:lineRule="auto"/>
              <w:jc w:val="center"/>
            </w:pPr>
            <w:r>
              <w:rPr>
                <w:sz w:val="15"/>
              </w:rPr>
              <w:t>Micropolitan (Nonmetro)</w:t>
            </w:r>
          </w:p>
        </w:tc>
        <w:tc>
          <w:tcPr>
            <w:tcW w:w="1123" w:type="dxa"/>
            <w:tcMar>
              <w:top w:w="35" w:type="dxa"/>
              <w:left w:w="45" w:type="dxa"/>
              <w:bottom w:w="35" w:type="dxa"/>
              <w:right w:w="45" w:type="dxa"/>
            </w:tcMar>
            <w:vAlign w:val="center"/>
            <w:tcBorders>
              <w:left w:val="nil"/>
              <w:right w:val="nil"/>
            </w:tcBorders>
          </w:tcPr>
          <w:p w14:paraId="3C1833EF" w14:textId="77777777" w:rsidR="003B3005" w:rsidRDefault="00000000">
            <w:pPr>
              <w:spacing w:line="240" w:lineRule="auto"/>
              <w:jc w:val="center"/>
            </w:pPr>
            <w:r>
              <w:rPr>
                <w:sz w:val="15"/>
              </w:rPr>
              <w:t>1999-2020</w:t>
            </w:r>
          </w:p>
        </w:tc>
        <w:tc>
          <w:tcPr>
            <w:tcW w:w="1512" w:type="dxa"/>
            <w:tcMar>
              <w:top w:w="35" w:type="dxa"/>
              <w:left w:w="45" w:type="dxa"/>
              <w:bottom w:w="35" w:type="dxa"/>
              <w:right w:w="45" w:type="dxa"/>
            </w:tcMar>
            <w:vAlign w:val="center"/>
            <w:tcBorders>
              <w:left w:val="nil"/>
              <w:right w:val="nil"/>
            </w:tcBorders>
          </w:tcPr>
          <w:p w14:paraId="078D28D3" w14:textId="77777777" w:rsidR="003B3005" w:rsidRDefault="00000000">
            <w:pPr>
              <w:spacing w:line="240" w:lineRule="auto"/>
              <w:jc w:val="center"/>
            </w:pPr>
            <w:r>
              <w:rPr>
                <w:sz w:val="15"/>
              </w:rPr>
              <w:t>7.7597</w:t>
            </w:r>
          </w:p>
        </w:tc>
        <w:tc>
          <w:tcPr>
            <w:tcW w:w="1036" w:type="dxa"/>
            <w:tcMar>
              <w:top w:w="35" w:type="dxa"/>
              <w:left w:w="45" w:type="dxa"/>
              <w:bottom w:w="35" w:type="dxa"/>
              <w:right w:w="45" w:type="dxa"/>
            </w:tcMar>
            <w:vAlign w:val="center"/>
            <w:tcBorders>
              <w:left w:val="nil"/>
              <w:right w:val="nil"/>
            </w:tcBorders>
          </w:tcPr>
          <w:p w14:paraId="4D63E7B1" w14:textId="77777777" w:rsidR="003B3005" w:rsidRDefault="00000000">
            <w:pPr>
              <w:spacing w:line="240" w:lineRule="auto"/>
              <w:jc w:val="center"/>
            </w:pPr>
            <w:r>
              <w:rPr>
                <w:sz w:val="15"/>
              </w:rPr>
              <w:t>5.8652 to 9.2864</w:t>
            </w:r>
          </w:p>
        </w:tc>
        <w:tc>
          <w:tcPr>
            <w:tcW w:w="2088" w:type="dxa"/>
            <w:tcMar>
              <w:top w:w="35" w:type="dxa"/>
              <w:left w:w="45" w:type="dxa"/>
              <w:bottom w:w="35" w:type="dxa"/>
              <w:right w:w="45" w:type="dxa"/>
            </w:tcMar>
            <w:vAlign w:val="center"/>
            <w:tcBorders>
              <w:left w:val="nil"/>
              <w:right w:val="nil"/>
            </w:tcBorders>
          </w:tcPr>
          <w:p w14:paraId="0CBC3E41"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2CAD0BFF" w14:textId="77777777" w:rsidR="003B3005" w:rsidRDefault="00000000">
            <w:pPr>
              <w:spacing w:line="240" w:lineRule="auto"/>
              <w:jc w:val="center"/>
            </w:pPr>
            <w:r>
              <w:rPr>
                <w:sz w:val="15"/>
              </w:rPr>
              <w:t>Yes</w:t>
            </w:r>
          </w:p>
        </w:tc>
      </w:tr>
      <w:tr w:rsidR="003B3005" w14:paraId="2A6D2EB6" w14:textId="77777777">
        <w:trPr>
          <w:cantSplit/>
          <w:jc w:val="center"/>
        </w:trPr>
        <w:tc>
          <w:tcPr>
            <w:tcW w:w="1512" w:type="dxa"/>
            <w:tcMar>
              <w:top w:w="35" w:type="dxa"/>
              <w:left w:w="45" w:type="dxa"/>
              <w:bottom w:w="35" w:type="dxa"/>
              <w:right w:w="45" w:type="dxa"/>
            </w:tcMar>
            <w:vAlign w:val="center"/>
            <w:tcBorders>
              <w:left w:val="nil"/>
              <w:right w:val="nil"/>
            </w:tcBorders>
          </w:tcPr>
          <w:p w14:paraId="17F4F06E" w14:textId="77777777" w:rsidR="003B3005" w:rsidRDefault="00000000">
            <w:pPr>
              <w:spacing w:line="240" w:lineRule="auto"/>
            </w:pPr>
            <w:r>
              <w:rPr>
                <w:sz w:val="15"/>
              </w:rPr>
              <w:t>Urbanization</w:t>
            </w:r>
          </w:p>
        </w:tc>
        <w:tc>
          <w:tcPr>
            <w:tcW w:w="1036" w:type="dxa"/>
            <w:tcMar>
              <w:top w:w="35" w:type="dxa"/>
              <w:left w:w="45" w:type="dxa"/>
              <w:bottom w:w="35" w:type="dxa"/>
              <w:right w:w="45" w:type="dxa"/>
            </w:tcMar>
            <w:vAlign w:val="center"/>
            <w:tcBorders>
              <w:left w:val="nil"/>
              <w:right w:val="nil"/>
            </w:tcBorders>
          </w:tcPr>
          <w:p w14:paraId="2AB86F9F" w14:textId="77777777" w:rsidR="003B3005" w:rsidRDefault="00000000">
            <w:pPr>
              <w:spacing w:line="240" w:lineRule="auto"/>
              <w:jc w:val="center"/>
            </w:pPr>
            <w:r>
              <w:rPr>
                <w:sz w:val="15"/>
              </w:rPr>
              <w:t>NonCore (Nonmetro)</w:t>
            </w:r>
          </w:p>
        </w:tc>
        <w:tc>
          <w:tcPr>
            <w:tcW w:w="1123" w:type="dxa"/>
            <w:tcMar>
              <w:top w:w="35" w:type="dxa"/>
              <w:left w:w="45" w:type="dxa"/>
              <w:bottom w:w="35" w:type="dxa"/>
              <w:right w:w="45" w:type="dxa"/>
            </w:tcMar>
            <w:vAlign w:val="center"/>
            <w:tcBorders>
              <w:left w:val="nil"/>
              <w:right w:val="nil"/>
            </w:tcBorders>
          </w:tcPr>
          <w:p w14:paraId="009F016E" w14:textId="77777777" w:rsidR="003B3005" w:rsidRDefault="00000000">
            <w:pPr>
              <w:spacing w:line="240" w:lineRule="auto"/>
              <w:jc w:val="center"/>
            </w:pPr>
            <w:r>
              <w:rPr>
                <w:sz w:val="15"/>
              </w:rPr>
              <w:t>1999-2020</w:t>
            </w:r>
          </w:p>
        </w:tc>
        <w:tc>
          <w:tcPr>
            <w:tcW w:w="1512" w:type="dxa"/>
            <w:tcMar>
              <w:top w:w="35" w:type="dxa"/>
              <w:left w:w="45" w:type="dxa"/>
              <w:bottom w:w="35" w:type="dxa"/>
              <w:right w:w="45" w:type="dxa"/>
            </w:tcMar>
            <w:vAlign w:val="center"/>
            <w:tcBorders>
              <w:left w:val="nil"/>
              <w:right w:val="nil"/>
            </w:tcBorders>
          </w:tcPr>
          <w:p w14:paraId="6F068431" w14:textId="77777777" w:rsidR="003B3005" w:rsidRDefault="00000000">
            <w:pPr>
              <w:spacing w:line="240" w:lineRule="auto"/>
              <w:jc w:val="center"/>
            </w:pPr>
            <w:r>
              <w:rPr>
                <w:sz w:val="15"/>
              </w:rPr>
              <w:t>7.7829</w:t>
            </w:r>
          </w:p>
        </w:tc>
        <w:tc>
          <w:tcPr>
            <w:tcW w:w="1036" w:type="dxa"/>
            <w:tcMar>
              <w:top w:w="35" w:type="dxa"/>
              <w:left w:w="45" w:type="dxa"/>
              <w:bottom w:w="35" w:type="dxa"/>
              <w:right w:w="45" w:type="dxa"/>
            </w:tcMar>
            <w:vAlign w:val="center"/>
            <w:tcBorders>
              <w:left w:val="nil"/>
              <w:right w:val="nil"/>
            </w:tcBorders>
          </w:tcPr>
          <w:p w14:paraId="680A4496" w14:textId="77777777" w:rsidR="003B3005" w:rsidRDefault="00000000">
            <w:pPr>
              <w:spacing w:line="240" w:lineRule="auto"/>
              <w:jc w:val="center"/>
            </w:pPr>
            <w:r>
              <w:rPr>
                <w:sz w:val="15"/>
              </w:rPr>
              <w:t>5.8444 to 9.2632</w:t>
            </w:r>
          </w:p>
        </w:tc>
        <w:tc>
          <w:tcPr>
            <w:tcW w:w="2088" w:type="dxa"/>
            <w:tcMar>
              <w:top w:w="35" w:type="dxa"/>
              <w:left w:w="45" w:type="dxa"/>
              <w:bottom w:w="35" w:type="dxa"/>
              <w:right w:w="45" w:type="dxa"/>
            </w:tcMar>
            <w:vAlign w:val="center"/>
            <w:tcBorders>
              <w:left w:val="nil"/>
              <w:right w:val="nil"/>
            </w:tcBorders>
          </w:tcPr>
          <w:p w14:paraId="6CF60C60"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3645AF91" w14:textId="77777777" w:rsidR="003B3005" w:rsidRDefault="00000000">
            <w:pPr>
              <w:spacing w:line="240" w:lineRule="auto"/>
              <w:jc w:val="center"/>
            </w:pPr>
            <w:r>
              <w:rPr>
                <w:sz w:val="15"/>
              </w:rPr>
              <w:t>Yes</w:t>
            </w:r>
          </w:p>
        </w:tc>
      </w:tr>
      <w:tr w:rsidR="003B3005" w14:paraId="150E7B3D" w14:textId="77777777">
        <w:trPr>
          <w:cantSplit/>
          <w:jc w:val="center"/>
        </w:trPr>
        <w:tc>
          <w:tcPr>
            <w:tcW w:w="1512" w:type="dxa"/>
            <w:tcMar>
              <w:top w:w="35" w:type="dxa"/>
              <w:left w:w="45" w:type="dxa"/>
              <w:bottom w:w="35" w:type="dxa"/>
              <w:right w:w="45" w:type="dxa"/>
            </w:tcMar>
            <w:vAlign w:val="center"/>
            <w:tcBorders>
              <w:left w:val="nil"/>
              <w:right w:val="nil"/>
            </w:tcBorders>
          </w:tcPr>
          <w:p w14:paraId="39A5B836" w14:textId="77777777" w:rsidR="003B3005" w:rsidRDefault="00000000">
            <w:pPr>
              <w:spacing w:line="240" w:lineRule="auto"/>
            </w:pPr>
            <w:r>
              <w:rPr>
                <w:sz w:val="15"/>
              </w:rPr>
              <w:t>Urbanization</w:t>
            </w:r>
          </w:p>
        </w:tc>
        <w:tc>
          <w:tcPr>
            <w:tcW w:w="1036" w:type="dxa"/>
            <w:tcMar>
              <w:top w:w="35" w:type="dxa"/>
              <w:left w:w="45" w:type="dxa"/>
              <w:bottom w:w="35" w:type="dxa"/>
              <w:right w:w="45" w:type="dxa"/>
            </w:tcMar>
            <w:vAlign w:val="center"/>
            <w:tcBorders>
              <w:left w:val="nil"/>
              <w:right w:val="nil"/>
            </w:tcBorders>
          </w:tcPr>
          <w:p w14:paraId="2598BD05" w14:textId="77777777" w:rsidR="003B3005" w:rsidRDefault="00000000">
            <w:pPr>
              <w:spacing w:line="240" w:lineRule="auto"/>
              <w:jc w:val="center"/>
            </w:pPr>
            <w:r>
              <w:rPr>
                <w:sz w:val="15"/>
              </w:rPr>
              <w:t>Small Metro</w:t>
            </w:r>
          </w:p>
        </w:tc>
        <w:tc>
          <w:tcPr>
            <w:tcW w:w="1123" w:type="dxa"/>
            <w:tcMar>
              <w:top w:w="35" w:type="dxa"/>
              <w:left w:w="45" w:type="dxa"/>
              <w:bottom w:w="35" w:type="dxa"/>
              <w:right w:w="45" w:type="dxa"/>
            </w:tcMar>
            <w:vAlign w:val="center"/>
            <w:tcBorders>
              <w:left w:val="nil"/>
              <w:right w:val="nil"/>
            </w:tcBorders>
          </w:tcPr>
          <w:p w14:paraId="6F9834A4" w14:textId="77777777" w:rsidR="003B3005" w:rsidRDefault="00000000">
            <w:pPr>
              <w:spacing w:line="240" w:lineRule="auto"/>
              <w:jc w:val="center"/>
            </w:pPr>
            <w:r>
              <w:rPr>
                <w:sz w:val="15"/>
              </w:rPr>
              <w:t>1999-2020</w:t>
            </w:r>
          </w:p>
        </w:tc>
        <w:tc>
          <w:tcPr>
            <w:tcW w:w="1512" w:type="dxa"/>
            <w:tcMar>
              <w:top w:w="35" w:type="dxa"/>
              <w:left w:w="45" w:type="dxa"/>
              <w:bottom w:w="35" w:type="dxa"/>
              <w:right w:w="45" w:type="dxa"/>
            </w:tcMar>
            <w:vAlign w:val="center"/>
            <w:tcBorders>
              <w:left w:val="nil"/>
              <w:right w:val="nil"/>
            </w:tcBorders>
          </w:tcPr>
          <w:p w14:paraId="3D2870E3" w14:textId="77777777" w:rsidR="003B3005" w:rsidRDefault="00000000">
            <w:pPr>
              <w:spacing w:line="240" w:lineRule="auto"/>
              <w:jc w:val="center"/>
            </w:pPr>
            <w:r>
              <w:rPr>
                <w:sz w:val="15"/>
              </w:rPr>
              <w:t>7.3174</w:t>
            </w:r>
          </w:p>
        </w:tc>
        <w:tc>
          <w:tcPr>
            <w:tcW w:w="1036" w:type="dxa"/>
            <w:tcMar>
              <w:top w:w="35" w:type="dxa"/>
              <w:left w:w="45" w:type="dxa"/>
              <w:bottom w:w="35" w:type="dxa"/>
              <w:right w:w="45" w:type="dxa"/>
            </w:tcMar>
            <w:vAlign w:val="center"/>
            <w:tcBorders>
              <w:left w:val="nil"/>
              <w:right w:val="nil"/>
            </w:tcBorders>
          </w:tcPr>
          <w:p w14:paraId="537F914D" w14:textId="77777777" w:rsidR="003B3005" w:rsidRDefault="00000000">
            <w:pPr>
              <w:spacing w:line="240" w:lineRule="auto"/>
              <w:jc w:val="center"/>
            </w:pPr>
            <w:r>
              <w:rPr>
                <w:sz w:val="15"/>
              </w:rPr>
              <w:t>5.8965 to 8.4489</w:t>
            </w:r>
          </w:p>
        </w:tc>
        <w:tc>
          <w:tcPr>
            <w:tcW w:w="2088" w:type="dxa"/>
            <w:tcMar>
              <w:top w:w="35" w:type="dxa"/>
              <w:left w:w="45" w:type="dxa"/>
              <w:bottom w:w="35" w:type="dxa"/>
              <w:right w:w="45" w:type="dxa"/>
            </w:tcMar>
            <w:vAlign w:val="center"/>
            <w:tcBorders>
              <w:left w:val="nil"/>
              <w:right w:val="nil"/>
            </w:tcBorders>
          </w:tcPr>
          <w:p w14:paraId="5FF612D5"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7E3D69BD" w14:textId="77777777" w:rsidR="003B3005" w:rsidRDefault="00000000">
            <w:pPr>
              <w:spacing w:line="240" w:lineRule="auto"/>
              <w:jc w:val="center"/>
            </w:pPr>
            <w:r>
              <w:rPr>
                <w:sz w:val="15"/>
              </w:rPr>
              <w:t>Yes</w:t>
            </w:r>
          </w:p>
        </w:tc>
      </w:tr>
      <w:tr w:rsidR="003B3005" w14:paraId="06B66D36" w14:textId="77777777">
        <w:trPr>
          <w:cantSplit/>
          <w:jc w:val="center"/>
        </w:trPr>
        <w:tc>
          <w:tcPr>
            <w:tcW w:w="1512" w:type="dxa"/>
            <w:tcMar>
              <w:top w:w="35" w:type="dxa"/>
              <w:left w:w="45" w:type="dxa"/>
              <w:bottom w:w="35" w:type="dxa"/>
              <w:right w:w="45" w:type="dxa"/>
            </w:tcMar>
            <w:vAlign w:val="center"/>
            <w:tcBorders>
              <w:left w:val="nil"/>
              <w:right w:val="nil"/>
            </w:tcBorders>
          </w:tcPr>
          <w:p w14:paraId="679A8523" w14:textId="77777777" w:rsidR="003B3005" w:rsidRDefault="00000000">
            <w:pPr>
              <w:spacing w:line="240" w:lineRule="auto"/>
            </w:pPr>
            <w:r>
              <w:rPr>
                <w:sz w:val="15"/>
              </w:rPr>
              <w:t>A40-A41 sensitivity</w:t>
            </w:r>
          </w:p>
        </w:tc>
        <w:tc>
          <w:tcPr>
            <w:tcW w:w="1036" w:type="dxa"/>
            <w:tcMar>
              <w:top w:w="35" w:type="dxa"/>
              <w:left w:w="45" w:type="dxa"/>
              <w:bottom w:w="35" w:type="dxa"/>
              <w:right w:w="45" w:type="dxa"/>
            </w:tcMar>
            <w:vAlign w:val="center"/>
            <w:tcBorders>
              <w:left w:val="nil"/>
              <w:right w:val="nil"/>
            </w:tcBorders>
          </w:tcPr>
          <w:p w14:paraId="2DF26F7A" w14:textId="77777777" w:rsidR="003B3005" w:rsidRDefault="00000000">
            <w:pPr>
              <w:spacing w:line="240" w:lineRule="auto"/>
              <w:jc w:val="center"/>
            </w:pPr>
            <w:r>
              <w:rPr>
                <w:sz w:val="15"/>
              </w:rPr>
              <w:t>Overall</w:t>
            </w:r>
          </w:p>
        </w:tc>
        <w:tc>
          <w:tcPr>
            <w:tcW w:w="1123" w:type="dxa"/>
            <w:tcMar>
              <w:top w:w="35" w:type="dxa"/>
              <w:left w:w="45" w:type="dxa"/>
              <w:bottom w:w="35" w:type="dxa"/>
              <w:right w:w="45" w:type="dxa"/>
            </w:tcMar>
            <w:vAlign w:val="center"/>
            <w:tcBorders>
              <w:left w:val="nil"/>
              <w:right w:val="nil"/>
            </w:tcBorders>
          </w:tcPr>
          <w:p w14:paraId="48AB540A" w14:textId="77777777" w:rsidR="003B3005" w:rsidRDefault="00000000">
            <w:pPr>
              <w:spacing w:line="240" w:lineRule="auto"/>
              <w:jc w:val="center"/>
            </w:pPr>
            <w:r>
              <w:rPr>
                <w:sz w:val="15"/>
              </w:rPr>
              <w:t>1999-2024</w:t>
            </w:r>
          </w:p>
        </w:tc>
        <w:tc>
          <w:tcPr>
            <w:tcW w:w="1512" w:type="dxa"/>
            <w:tcMar>
              <w:top w:w="35" w:type="dxa"/>
              <w:left w:w="45" w:type="dxa"/>
              <w:bottom w:w="35" w:type="dxa"/>
              <w:right w:w="45" w:type="dxa"/>
            </w:tcMar>
            <w:vAlign w:val="center"/>
            <w:tcBorders>
              <w:left w:val="nil"/>
              <w:right w:val="nil"/>
            </w:tcBorders>
          </w:tcPr>
          <w:p w14:paraId="6FC3F0BA" w14:textId="77777777" w:rsidR="003B3005" w:rsidRDefault="00000000">
            <w:pPr>
              <w:spacing w:line="240" w:lineRule="auto"/>
              <w:jc w:val="center"/>
            </w:pPr>
            <w:r>
              <w:rPr>
                <w:sz w:val="15"/>
              </w:rPr>
              <w:t>4.0141</w:t>
            </w:r>
          </w:p>
        </w:tc>
        <w:tc>
          <w:tcPr>
            <w:tcW w:w="1036" w:type="dxa"/>
            <w:tcMar>
              <w:top w:w="35" w:type="dxa"/>
              <w:left w:w="45" w:type="dxa"/>
              <w:bottom w:w="35" w:type="dxa"/>
              <w:right w:w="45" w:type="dxa"/>
            </w:tcMar>
            <w:vAlign w:val="center"/>
            <w:tcBorders>
              <w:left w:val="nil"/>
              <w:right w:val="nil"/>
            </w:tcBorders>
          </w:tcPr>
          <w:p w14:paraId="4AF6FB64" w14:textId="77777777" w:rsidR="003B3005" w:rsidRDefault="00000000">
            <w:pPr>
              <w:spacing w:line="240" w:lineRule="auto"/>
              <w:jc w:val="center"/>
            </w:pPr>
            <w:r>
              <w:rPr>
                <w:sz w:val="15"/>
              </w:rPr>
              <w:t>3.0125 to 5.0565</w:t>
            </w:r>
          </w:p>
        </w:tc>
        <w:tc>
          <w:tcPr>
            <w:tcW w:w="2088" w:type="dxa"/>
            <w:tcMar>
              <w:top w:w="35" w:type="dxa"/>
              <w:left w:w="45" w:type="dxa"/>
              <w:bottom w:w="35" w:type="dxa"/>
              <w:right w:w="45" w:type="dxa"/>
            </w:tcMar>
            <w:vAlign w:val="center"/>
            <w:tcBorders>
              <w:left w:val="nil"/>
              <w:right w:val="nil"/>
            </w:tcBorders>
          </w:tcPr>
          <w:p w14:paraId="001713DB" w14:textId="77777777" w:rsidR="003B3005" w:rsidRDefault="00000000">
            <w:pPr>
              <w:spacing w:line="240" w:lineRule="auto"/>
              <w:jc w:val="center"/>
            </w:pPr>
            <w:r>
              <w:rPr>
                <w:sz w:val="15"/>
              </w:rPr>
              <w:t>&lt;0.000001</w:t>
            </w:r>
          </w:p>
        </w:tc>
        <w:tc>
          <w:tcPr>
            <w:tcW w:w="1123" w:type="dxa"/>
            <w:tcMar>
              <w:top w:w="35" w:type="dxa"/>
              <w:left w:w="45" w:type="dxa"/>
              <w:bottom w:w="35" w:type="dxa"/>
              <w:right w:w="45" w:type="dxa"/>
            </w:tcMar>
            <w:vAlign w:val="center"/>
            <w:tcBorders>
              <w:left w:val="nil"/>
              <w:right w:val="nil"/>
            </w:tcBorders>
          </w:tcPr>
          <w:p w14:paraId="10617AF3" w14:textId="77777777" w:rsidR="003B3005" w:rsidRDefault="00000000">
            <w:pPr>
              <w:spacing w:line="240" w:lineRule="auto"/>
              <w:jc w:val="center"/>
            </w:pPr>
            <w:r>
              <w:rPr>
                <w:sz w:val="15"/>
              </w:rPr>
              <w:t>Yes</w:t>
            </w:r>
          </w:p>
        </w:tc>
      </w:tr>
    </w:tbl>
    <w:p w14:paraId="1F8862D7" w14:textId="77777777" w:rsidR="003B3005" w:rsidRDefault="00000000">
      <w:pPr>
        <w:spacing w:line="240" w:lineRule="auto"/>
      </w:pPr>
      <w:r>
        <w:rPr>
          <w:i/>
          <w:sz w:val="16"/>
        </w:rPr>
        <w:t>Note: AAPC indicates average annual percent change. Only the prespecified full-period AAPCs are shown.</w:t>
      </w:r>
    </w:p>
    <w:p w14:paraId="4E44988E" w14:textId="77777777" w:rsidR="003B3005" w:rsidRDefault="00000000">
      <w:pPr>
        <w:pStyle w:val="Heading2"/>
        <w:spacing w:before="0" w:line="240" w:lineRule="auto"/>
      </w:pPr>
      <w:r>
        <w:rPr>
          <w:rFonts w:ascii="Times New Roman" w:eastAsia="Times New Roman" w:hAnsi="Times New Roman"/>
          <w:sz w:val="24"/>
        </w:rPr>
        <w:t>Supplementary Table S4. Annual overall mortality, 1999-2024</w:t>
      </w:r>
    </w:p>
    <w:tbl>
      <w:tblPr>
        <w:tblW w:w="5000" w:type="pct"/>
        <w:jc w:val="center"/>
        <w:tblLayout w:type="fixed"/>
        <w:tblLook w:val="04A0" w:firstRow="1" w:lastRow="0" w:firstColumn="1" w:lastColumn="0" w:noHBand="0" w:noVBand="1"/>
      </w:tblPr>
      <w:tblGrid>
        <w:gridCol w:w="1227"/>
        <w:gridCol w:w="1298"/>
        <w:gridCol w:w="1803"/>
        <w:gridCol w:w="1226"/>
        <w:gridCol w:w="2525"/>
        <w:gridCol w:w="1371"/>
      </w:tblGrid>
      <w:tr w:rsidR="003B3005" w14:paraId="76823FE5" w14:textId="77777777">
        <w:trPr>
          <w:cantSplit/>
          <w:tblHeader/>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9D6E12" w14:textId="77777777" w:rsidR="003B3005" w:rsidRDefault="00000000">
            <w:pPr>
              <w:spacing w:line="240" w:lineRule="auto"/>
            </w:pPr>
            <w:r>
              <w:rPr>
                <w:b/>
                <w:sz w:val="15"/>
              </w:rPr>
              <w:t>Year</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9468AE" w14:textId="77777777" w:rsidR="003B3005" w:rsidRDefault="00000000">
            <w:pPr>
              <w:spacing w:line="240" w:lineRule="auto"/>
              <w:jc w:val="center"/>
            </w:pPr>
            <w:r>
              <w:rPr>
                <w:b/>
                <w:sz w:val="15"/>
              </w:rPr>
              <w:t>Deaths</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80A144" w14:textId="77777777" w:rsidR="003B3005" w:rsidRDefault="00000000">
            <w:pPr>
              <w:spacing w:line="240" w:lineRule="auto"/>
              <w:jc w:val="center"/>
            </w:pPr>
            <w:r>
              <w:rPr>
                <w:b/>
                <w:sz w:val="15"/>
              </w:rPr>
              <w:t>Population</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B7A78A" w14:textId="77777777" w:rsidR="003B3005" w:rsidRDefault="00000000">
            <w:pPr>
              <w:spacing w:line="240" w:lineRule="auto"/>
              <w:jc w:val="center"/>
            </w:pPr>
            <w:r>
              <w:rPr>
                <w:b/>
                <w:sz w:val="15"/>
              </w:rPr>
              <w:t>AAMR</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A319F3" w14:textId="77777777" w:rsidR="003B3005" w:rsidRDefault="00000000">
            <w:pPr>
              <w:spacing w:line="240" w:lineRule="auto"/>
              <w:jc w:val="center"/>
            </w:pPr>
            <w:r>
              <w:rPr>
                <w:b/>
                <w:sz w:val="15"/>
              </w:rPr>
              <w:t>95% CI</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273753" w14:textId="77777777" w:rsidR="003B3005" w:rsidRDefault="00000000">
            <w:pPr>
              <w:spacing w:line="240" w:lineRule="auto"/>
              <w:jc w:val="center"/>
            </w:pPr>
            <w:r>
              <w:rPr>
                <w:b/>
                <w:sz w:val="15"/>
              </w:rPr>
              <w:t>SE</w:t>
            </w:r>
          </w:p>
        </w:tc>
      </w:tr>
      <w:tr w:rsidR="003B3005" w14:paraId="096400B7"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DA1EBC" w14:textId="77777777" w:rsidR="003B3005" w:rsidRDefault="00000000">
            <w:pPr>
              <w:spacing w:line="240" w:lineRule="auto"/>
            </w:pPr>
            <w:r>
              <w:rPr>
                <w:sz w:val="15"/>
              </w:rPr>
              <w:t>1999</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DA1DBD" w14:textId="77777777" w:rsidR="003B3005" w:rsidRDefault="00000000">
            <w:pPr>
              <w:spacing w:line="240" w:lineRule="auto"/>
              <w:jc w:val="center"/>
            </w:pPr>
            <w:r>
              <w:rPr>
                <w:sz w:val="15"/>
              </w:rPr>
              <w:t>734</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B3B6D9" w14:textId="77777777" w:rsidR="003B3005" w:rsidRDefault="00000000">
            <w:pPr>
              <w:spacing w:line="240" w:lineRule="auto"/>
              <w:jc w:val="center"/>
            </w:pPr>
            <w:r>
              <w:rPr>
                <w:sz w:val="15"/>
              </w:rPr>
              <w:t>180408769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7A7ED7" w14:textId="77777777" w:rsidR="003B3005" w:rsidRDefault="00000000">
            <w:pPr>
              <w:spacing w:line="240" w:lineRule="auto"/>
              <w:jc w:val="center"/>
            </w:pPr>
            <w:r>
              <w:rPr>
                <w:sz w:val="15"/>
              </w:rPr>
              <w:t>0.4061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610068" w14:textId="77777777" w:rsidR="003B3005" w:rsidRDefault="00000000">
            <w:pPr>
              <w:spacing w:line="240" w:lineRule="auto"/>
              <w:jc w:val="center"/>
            </w:pPr>
            <w:r>
              <w:rPr>
                <w:sz w:val="15"/>
              </w:rPr>
              <w:t>0.3767 to 0.4355</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596AD4" w14:textId="77777777" w:rsidR="003B3005" w:rsidRDefault="00000000">
            <w:pPr>
              <w:spacing w:line="240" w:lineRule="auto"/>
              <w:jc w:val="center"/>
            </w:pPr>
            <w:r>
              <w:rPr>
                <w:sz w:val="15"/>
              </w:rPr>
              <w:t>0.0150</w:t>
            </w:r>
          </w:p>
        </w:tc>
      </w:tr>
      <w:tr w:rsidR="003B3005" w14:paraId="3C85AC5C"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7C1AB6" w14:textId="77777777" w:rsidR="003B3005" w:rsidRDefault="00000000">
            <w:pPr>
              <w:spacing w:line="240" w:lineRule="auto"/>
            </w:pPr>
            <w:r>
              <w:rPr>
                <w:sz w:val="15"/>
              </w:rPr>
              <w:t>2000</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1994BB" w14:textId="77777777" w:rsidR="003B3005" w:rsidRDefault="00000000">
            <w:pPr>
              <w:spacing w:line="240" w:lineRule="auto"/>
              <w:jc w:val="center"/>
            </w:pPr>
            <w:r>
              <w:rPr>
                <w:sz w:val="15"/>
              </w:rPr>
              <w:t>828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6B90E5" w14:textId="77777777" w:rsidR="003B3005" w:rsidRDefault="00000000">
            <w:pPr>
              <w:spacing w:line="240" w:lineRule="auto"/>
              <w:jc w:val="center"/>
            </w:pPr>
            <w:r>
              <w:rPr>
                <w:sz w:val="15"/>
              </w:rPr>
              <w:t>181984640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A25532" w14:textId="77777777" w:rsidR="003B3005" w:rsidRDefault="00000000">
            <w:pPr>
              <w:spacing w:line="240" w:lineRule="auto"/>
              <w:jc w:val="center"/>
            </w:pPr>
            <w:r>
              <w:rPr>
                <w:sz w:val="15"/>
              </w:rPr>
              <w:t>0.4620</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AB14E4" w14:textId="77777777" w:rsidR="003B3005" w:rsidRDefault="00000000">
            <w:pPr>
              <w:spacing w:line="240" w:lineRule="auto"/>
              <w:jc w:val="center"/>
            </w:pPr>
            <w:r>
              <w:rPr>
                <w:sz w:val="15"/>
              </w:rPr>
              <w:t>0.4305 to 0.4935</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4D2B5F" w14:textId="77777777" w:rsidR="003B3005" w:rsidRDefault="00000000">
            <w:pPr>
              <w:spacing w:line="240" w:lineRule="auto"/>
              <w:jc w:val="center"/>
            </w:pPr>
            <w:r>
              <w:rPr>
                <w:sz w:val="15"/>
              </w:rPr>
              <w:t>0.0161</w:t>
            </w:r>
          </w:p>
        </w:tc>
      </w:tr>
      <w:tr w:rsidR="003B3005" w14:paraId="05730398"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321EE2" w14:textId="77777777" w:rsidR="003B3005" w:rsidRDefault="00000000">
            <w:pPr>
              <w:spacing w:line="240" w:lineRule="auto"/>
            </w:pPr>
            <w:r>
              <w:rPr>
                <w:sz w:val="15"/>
              </w:rPr>
              <w:t>2001</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D7BFA8" w14:textId="77777777" w:rsidR="003B3005" w:rsidRDefault="00000000">
            <w:pPr>
              <w:spacing w:line="240" w:lineRule="auto"/>
              <w:jc w:val="center"/>
            </w:pPr>
            <w:r>
              <w:rPr>
                <w:sz w:val="15"/>
              </w:rPr>
              <w:t>901</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E07E1A" w14:textId="77777777" w:rsidR="003B3005" w:rsidRDefault="00000000">
            <w:pPr>
              <w:spacing w:line="240" w:lineRule="auto"/>
              <w:jc w:val="center"/>
            </w:pPr>
            <w:r>
              <w:rPr>
                <w:sz w:val="15"/>
              </w:rPr>
              <w:t>184305128</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527ED8" w14:textId="77777777" w:rsidR="003B3005" w:rsidRDefault="00000000">
            <w:pPr>
              <w:spacing w:line="240" w:lineRule="auto"/>
              <w:jc w:val="center"/>
            </w:pPr>
            <w:r>
              <w:rPr>
                <w:sz w:val="15"/>
              </w:rPr>
              <w:t>0.4850</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D8DE51" w14:textId="77777777" w:rsidR="003B3005" w:rsidRDefault="00000000">
            <w:pPr>
              <w:spacing w:line="240" w:lineRule="auto"/>
              <w:jc w:val="center"/>
            </w:pPr>
            <w:r>
              <w:rPr>
                <w:sz w:val="15"/>
              </w:rPr>
              <w:t>0.4533 to 0.5167</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D58598" w14:textId="77777777" w:rsidR="003B3005" w:rsidRDefault="00000000">
            <w:pPr>
              <w:spacing w:line="240" w:lineRule="auto"/>
              <w:jc w:val="center"/>
            </w:pPr>
            <w:r>
              <w:rPr>
                <w:sz w:val="15"/>
              </w:rPr>
              <w:t>0.0162</w:t>
            </w:r>
          </w:p>
        </w:tc>
      </w:tr>
      <w:tr w:rsidR="003B3005" w14:paraId="3E2B2389"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5D9CDC" w14:textId="77777777" w:rsidR="003B3005" w:rsidRDefault="00000000">
            <w:pPr>
              <w:spacing w:line="240" w:lineRule="auto"/>
            </w:pPr>
            <w:r>
              <w:rPr>
                <w:sz w:val="15"/>
              </w:rPr>
              <w:t>2002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577811" w14:textId="77777777" w:rsidR="003B3005" w:rsidRDefault="00000000">
            <w:pPr>
              <w:spacing w:line="240" w:lineRule="auto"/>
              <w:jc w:val="center"/>
            </w:pPr>
            <w:r>
              <w:rPr>
                <w:sz w:val="15"/>
              </w:rPr>
              <w:t>1056</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A5FD56" w14:textId="77777777" w:rsidR="003B3005" w:rsidRDefault="00000000">
            <w:pPr>
              <w:spacing w:line="240" w:lineRule="auto"/>
              <w:jc w:val="center"/>
            </w:pPr>
            <w:r>
              <w:rPr>
                <w:sz w:val="15"/>
              </w:rPr>
              <w:t>186208028</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F4D24B" w14:textId="77777777" w:rsidR="003B3005" w:rsidRDefault="00000000">
            <w:pPr>
              <w:spacing w:line="240" w:lineRule="auto"/>
              <w:jc w:val="center"/>
            </w:pPr>
            <w:r>
              <w:rPr>
                <w:sz w:val="15"/>
              </w:rPr>
              <w:t>0.5453</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343913" w14:textId="77777777" w:rsidR="003B3005" w:rsidRDefault="00000000">
            <w:pPr>
              <w:spacing w:line="240" w:lineRule="auto"/>
              <w:jc w:val="center"/>
            </w:pPr>
            <w:r>
              <w:rPr>
                <w:sz w:val="15"/>
              </w:rPr>
              <w:t>0.5123 to 0.5783</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7E5FB9" w14:textId="77777777" w:rsidR="003B3005" w:rsidRDefault="00000000">
            <w:pPr>
              <w:spacing w:line="240" w:lineRule="auto"/>
              <w:jc w:val="center"/>
            </w:pPr>
            <w:r>
              <w:rPr>
                <w:sz w:val="15"/>
              </w:rPr>
              <w:t>0.0168</w:t>
            </w:r>
          </w:p>
        </w:tc>
      </w:tr>
      <w:tr w:rsidR="003B3005" w14:paraId="784C469F"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FF04C1" w14:textId="77777777" w:rsidR="003B3005" w:rsidRDefault="00000000">
            <w:pPr>
              <w:spacing w:line="240" w:lineRule="auto"/>
            </w:pPr>
            <w:r>
              <w:rPr>
                <w:sz w:val="15"/>
              </w:rPr>
              <w:t>2003</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662C9E" w14:textId="77777777" w:rsidR="003B3005" w:rsidRDefault="00000000">
            <w:pPr>
              <w:spacing w:line="240" w:lineRule="auto"/>
              <w:jc w:val="center"/>
            </w:pPr>
            <w:r>
              <w:rPr>
                <w:sz w:val="15"/>
              </w:rPr>
              <w:t>1231</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CA6E55" w14:textId="77777777" w:rsidR="003B3005" w:rsidRDefault="00000000">
            <w:pPr>
              <w:spacing w:line="240" w:lineRule="auto"/>
              <w:jc w:val="center"/>
            </w:pPr>
            <w:r>
              <w:rPr>
                <w:sz w:val="15"/>
              </w:rPr>
              <w:t>188090429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F790EA" w14:textId="77777777" w:rsidR="003B3005" w:rsidRDefault="00000000">
            <w:pPr>
              <w:spacing w:line="240" w:lineRule="auto"/>
              <w:jc w:val="center"/>
            </w:pPr>
            <w:r>
              <w:rPr>
                <w:sz w:val="15"/>
              </w:rPr>
              <w:t>0.6334</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7F3945" w14:textId="77777777" w:rsidR="003B3005" w:rsidRDefault="00000000">
            <w:pPr>
              <w:spacing w:line="240" w:lineRule="auto"/>
              <w:jc w:val="center"/>
            </w:pPr>
            <w:r>
              <w:rPr>
                <w:sz w:val="15"/>
              </w:rPr>
              <w:t>0.5979 to 0.6688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C50B38" w14:textId="77777777" w:rsidR="003B3005" w:rsidRDefault="00000000">
            <w:pPr>
              <w:spacing w:line="240" w:lineRule="auto"/>
              <w:jc w:val="center"/>
            </w:pPr>
            <w:r>
              <w:rPr>
                <w:sz w:val="15"/>
              </w:rPr>
              <w:t>0.0181</w:t>
            </w:r>
          </w:p>
        </w:tc>
      </w:tr>
      <w:tr w:rsidR="003B3005" w14:paraId="51047BA8"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3E3574" w14:textId="77777777" w:rsidR="003B3005" w:rsidRDefault="00000000">
            <w:pPr>
              <w:spacing w:line="240" w:lineRule="auto"/>
            </w:pPr>
            <w:r>
              <w:rPr>
                <w:sz w:val="15"/>
              </w:rPr>
              <w:t>2004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9567FF" w14:textId="77777777" w:rsidR="003B3005" w:rsidRDefault="00000000">
            <w:pPr>
              <w:spacing w:line="240" w:lineRule="auto"/>
              <w:jc w:val="center"/>
            </w:pPr>
            <w:r>
              <w:rPr>
                <w:sz w:val="15"/>
              </w:rPr>
              <w:t>1250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C39F12" w14:textId="77777777" w:rsidR="003B3005" w:rsidRDefault="00000000">
            <w:pPr>
              <w:spacing w:line="240" w:lineRule="auto"/>
              <w:jc w:val="center"/>
            </w:pPr>
            <w:r>
              <w:rPr>
                <w:sz w:val="15"/>
              </w:rPr>
              <w:t>190205384</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BA2B8F" w14:textId="77777777" w:rsidR="003B3005" w:rsidRDefault="00000000">
            <w:pPr>
              <w:spacing w:line="240" w:lineRule="auto"/>
              <w:jc w:val="center"/>
            </w:pPr>
            <w:r>
              <w:rPr>
                <w:sz w:val="15"/>
              </w:rPr>
              <w:t>0.6484</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260BBA" w14:textId="77777777" w:rsidR="003B3005" w:rsidRDefault="00000000">
            <w:pPr>
              <w:spacing w:line="240" w:lineRule="auto"/>
              <w:jc w:val="center"/>
            </w:pPr>
            <w:r>
              <w:rPr>
                <w:sz w:val="15"/>
              </w:rPr>
              <w:t>0.6122 to 0.6845</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9CD0D6" w14:textId="77777777" w:rsidR="003B3005" w:rsidRDefault="00000000">
            <w:pPr>
              <w:spacing w:line="240" w:lineRule="auto"/>
              <w:jc w:val="center"/>
            </w:pPr>
            <w:r>
              <w:rPr>
                <w:sz w:val="15"/>
              </w:rPr>
              <w:t>0.0185</w:t>
            </w:r>
          </w:p>
        </w:tc>
      </w:tr>
      <w:tr w:rsidR="003B3005" w14:paraId="5400F88D"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08B4AC" w14:textId="77777777" w:rsidR="003B3005" w:rsidRDefault="00000000">
            <w:pPr>
              <w:spacing w:line="240" w:lineRule="auto"/>
            </w:pPr>
            <w:r>
              <w:rPr>
                <w:sz w:val="15"/>
              </w:rPr>
              <w:t>2005</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07FFC1" w14:textId="77777777" w:rsidR="003B3005" w:rsidRDefault="00000000">
            <w:pPr>
              <w:spacing w:line="240" w:lineRule="auto"/>
              <w:jc w:val="center"/>
            </w:pPr>
            <w:r>
              <w:rPr>
                <w:sz w:val="15"/>
              </w:rPr>
              <w:t>1403</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EB5DB7" w14:textId="77777777" w:rsidR="003B3005" w:rsidRDefault="00000000">
            <w:pPr>
              <w:spacing w:line="240" w:lineRule="auto"/>
              <w:jc w:val="center"/>
            </w:pPr>
            <w:r>
              <w:rPr>
                <w:sz w:val="15"/>
              </w:rPr>
              <w:t>192551384</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76FDB6" w14:textId="77777777" w:rsidR="003B3005" w:rsidRDefault="00000000">
            <w:pPr>
              <w:spacing w:line="240" w:lineRule="auto"/>
              <w:jc w:val="center"/>
            </w:pPr>
            <w:r>
              <w:rPr>
                <w:sz w:val="15"/>
              </w:rPr>
              <w:t>0.6917</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F00CDA" w14:textId="77777777" w:rsidR="003B3005" w:rsidRDefault="00000000">
            <w:pPr>
              <w:spacing w:line="240" w:lineRule="auto"/>
              <w:jc w:val="center"/>
            </w:pPr>
            <w:r>
              <w:rPr>
                <w:sz w:val="15"/>
              </w:rPr>
              <w:t>0.6553 to 0.7282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29E9F4" w14:textId="77777777" w:rsidR="003B3005" w:rsidRDefault="00000000">
            <w:pPr>
              <w:spacing w:line="240" w:lineRule="auto"/>
              <w:jc w:val="center"/>
            </w:pPr>
            <w:r>
              <w:rPr>
                <w:sz w:val="15"/>
              </w:rPr>
              <w:t>0.0186</w:t>
            </w:r>
          </w:p>
        </w:tc>
      </w:tr>
      <w:tr w:rsidR="003B3005" w14:paraId="4990B507"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4C1AEE" w14:textId="77777777" w:rsidR="003B3005" w:rsidRDefault="00000000">
            <w:pPr>
              <w:spacing w:line="240" w:lineRule="auto"/>
            </w:pPr>
            <w:r>
              <w:rPr>
                <w:sz w:val="15"/>
              </w:rPr>
              <w:t>2006</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B1F0E8" w14:textId="77777777" w:rsidR="003B3005" w:rsidRDefault="00000000">
            <w:pPr>
              <w:spacing w:line="240" w:lineRule="auto"/>
              <w:jc w:val="center"/>
            </w:pPr>
            <w:r>
              <w:rPr>
                <w:sz w:val="15"/>
              </w:rPr>
              <w:t>1486</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73C2F4" w14:textId="77777777" w:rsidR="003B3005" w:rsidRDefault="00000000">
            <w:pPr>
              <w:spacing w:line="240" w:lineRule="auto"/>
              <w:jc w:val="center"/>
            </w:pPr>
            <w:r>
              <w:rPr>
                <w:sz w:val="15"/>
              </w:rPr>
              <w:t>195019359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0B0033" w14:textId="77777777" w:rsidR="003B3005" w:rsidRDefault="00000000">
            <w:pPr>
              <w:spacing w:line="240" w:lineRule="auto"/>
              <w:jc w:val="center"/>
            </w:pPr>
            <w:r>
              <w:rPr>
                <w:sz w:val="15"/>
              </w:rPr>
              <w:t>0.7335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13A482" w14:textId="77777777" w:rsidR="003B3005" w:rsidRDefault="00000000">
            <w:pPr>
              <w:spacing w:line="240" w:lineRule="auto"/>
              <w:jc w:val="center"/>
            </w:pPr>
            <w:r>
              <w:rPr>
                <w:sz w:val="15"/>
              </w:rPr>
              <w:t>0.6961 to 0.7709</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9ACBFF" w14:textId="77777777" w:rsidR="003B3005" w:rsidRDefault="00000000">
            <w:pPr>
              <w:spacing w:line="240" w:lineRule="auto"/>
              <w:jc w:val="center"/>
            </w:pPr>
            <w:r>
              <w:rPr>
                <w:sz w:val="15"/>
              </w:rPr>
              <w:t>0.0191</w:t>
            </w:r>
          </w:p>
        </w:tc>
      </w:tr>
      <w:tr w:rsidR="003B3005" w14:paraId="593D4681"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7D9AA5" w14:textId="77777777" w:rsidR="003B3005" w:rsidRDefault="00000000">
            <w:pPr>
              <w:spacing w:line="240" w:lineRule="auto"/>
            </w:pPr>
            <w:r>
              <w:rPr>
                <w:sz w:val="15"/>
              </w:rPr>
              <w:t>2007</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A28243" w14:textId="77777777" w:rsidR="003B3005" w:rsidRDefault="00000000">
            <w:pPr>
              <w:spacing w:line="240" w:lineRule="auto"/>
              <w:jc w:val="center"/>
            </w:pPr>
            <w:r>
              <w:rPr>
                <w:sz w:val="15"/>
              </w:rPr>
              <w:t>1573</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6C0169" w14:textId="77777777" w:rsidR="003B3005" w:rsidRDefault="00000000">
            <w:pPr>
              <w:spacing w:line="240" w:lineRule="auto"/>
              <w:jc w:val="center"/>
            </w:pPr>
            <w:r>
              <w:rPr>
                <w:sz w:val="15"/>
              </w:rPr>
              <w:t>197403777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7ECE0B" w14:textId="77777777" w:rsidR="003B3005" w:rsidRDefault="00000000">
            <w:pPr>
              <w:spacing w:line="240" w:lineRule="auto"/>
              <w:jc w:val="center"/>
            </w:pPr>
            <w:r>
              <w:rPr>
                <w:sz w:val="15"/>
              </w:rPr>
              <w:t>0.7481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B35EF9" w14:textId="77777777" w:rsidR="003B3005" w:rsidRDefault="00000000">
            <w:pPr>
              <w:spacing w:line="240" w:lineRule="auto"/>
              <w:jc w:val="center"/>
            </w:pPr>
            <w:r>
              <w:rPr>
                <w:sz w:val="15"/>
              </w:rPr>
              <w:t>0.7108 to 0.7854</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4F74B6" w14:textId="77777777" w:rsidR="003B3005" w:rsidRDefault="00000000">
            <w:pPr>
              <w:spacing w:line="240" w:lineRule="auto"/>
              <w:jc w:val="center"/>
            </w:pPr>
            <w:r>
              <w:rPr>
                <w:sz w:val="15"/>
              </w:rPr>
              <w:t>0.0190</w:t>
            </w:r>
          </w:p>
        </w:tc>
      </w:tr>
      <w:tr w:rsidR="003B3005" w14:paraId="438452F7"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C69B48" w14:textId="77777777" w:rsidR="003B3005" w:rsidRDefault="00000000">
            <w:pPr>
              <w:spacing w:line="240" w:lineRule="auto"/>
            </w:pPr>
            <w:r>
              <w:rPr>
                <w:sz w:val="15"/>
              </w:rPr>
              <w:t>2008</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3FD985" w14:textId="77777777" w:rsidR="003B3005" w:rsidRDefault="00000000">
            <w:pPr>
              <w:spacing w:line="240" w:lineRule="auto"/>
              <w:jc w:val="center"/>
            </w:pPr>
            <w:r>
              <w:rPr>
                <w:sz w:val="15"/>
              </w:rPr>
              <w:t>1576</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889E47" w14:textId="77777777" w:rsidR="003B3005" w:rsidRDefault="00000000">
            <w:pPr>
              <w:spacing w:line="240" w:lineRule="auto"/>
              <w:jc w:val="center"/>
            </w:pPr>
            <w:r>
              <w:rPr>
                <w:sz w:val="15"/>
              </w:rPr>
              <w:t>199795090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2CF743" w14:textId="77777777" w:rsidR="003B3005" w:rsidRDefault="00000000">
            <w:pPr>
              <w:spacing w:line="240" w:lineRule="auto"/>
              <w:jc w:val="center"/>
            </w:pPr>
            <w:r>
              <w:rPr>
                <w:sz w:val="15"/>
              </w:rPr>
              <w:t>0.7478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16ADA3" w14:textId="77777777" w:rsidR="003B3005" w:rsidRDefault="00000000">
            <w:pPr>
              <w:spacing w:line="240" w:lineRule="auto"/>
              <w:jc w:val="center"/>
            </w:pPr>
            <w:r>
              <w:rPr>
                <w:sz w:val="15"/>
              </w:rPr>
              <w:t>0.7105 to 0.7850</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10406D" w14:textId="77777777" w:rsidR="003B3005" w:rsidRDefault="00000000">
            <w:pPr>
              <w:spacing w:line="240" w:lineRule="auto"/>
              <w:jc w:val="center"/>
            </w:pPr>
            <w:r>
              <w:rPr>
                <w:sz w:val="15"/>
              </w:rPr>
              <w:t>0.0190</w:t>
            </w:r>
          </w:p>
        </w:tc>
      </w:tr>
      <w:tr w:rsidR="003B3005" w14:paraId="7EEC32D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6F9E81" w14:textId="77777777" w:rsidR="003B3005" w:rsidRDefault="00000000">
            <w:pPr>
              <w:spacing w:line="240" w:lineRule="auto"/>
            </w:pPr>
            <w:r>
              <w:rPr>
                <w:sz w:val="15"/>
              </w:rPr>
              <w:t>2009</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208D5C" w14:textId="77777777" w:rsidR="003B3005" w:rsidRDefault="00000000">
            <w:pPr>
              <w:spacing w:line="240" w:lineRule="auto"/>
              <w:jc w:val="center"/>
            </w:pPr>
            <w:r>
              <w:rPr>
                <w:sz w:val="15"/>
              </w:rPr>
              <w:t>1725</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DBDBBC" w14:textId="77777777" w:rsidR="003B3005" w:rsidRDefault="00000000">
            <w:pPr>
              <w:spacing w:line="240" w:lineRule="auto"/>
              <w:jc w:val="center"/>
            </w:pPr>
            <w:r>
              <w:rPr>
                <w:sz w:val="15"/>
              </w:rPr>
              <w:t>202107016</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89A8EA" w14:textId="77777777" w:rsidR="003B3005" w:rsidRDefault="00000000">
            <w:pPr>
              <w:spacing w:line="240" w:lineRule="auto"/>
              <w:jc w:val="center"/>
            </w:pPr>
            <w:r>
              <w:rPr>
                <w:sz w:val="15"/>
              </w:rPr>
              <w:t>0.7855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220F3E" w14:textId="77777777" w:rsidR="003B3005" w:rsidRDefault="00000000">
            <w:pPr>
              <w:spacing w:line="240" w:lineRule="auto"/>
              <w:jc w:val="center"/>
            </w:pPr>
            <w:r>
              <w:rPr>
                <w:sz w:val="15"/>
              </w:rPr>
              <w:t>0.7480 to 0.8230</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AFAF7D" w14:textId="77777777" w:rsidR="003B3005" w:rsidRDefault="00000000">
            <w:pPr>
              <w:spacing w:line="240" w:lineRule="auto"/>
              <w:jc w:val="center"/>
            </w:pPr>
            <w:r>
              <w:rPr>
                <w:sz w:val="15"/>
              </w:rPr>
              <w:t>0.0191</w:t>
            </w:r>
          </w:p>
        </w:tc>
      </w:tr>
      <w:tr w:rsidR="003B3005" w14:paraId="23C3CA1C"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663EB0" w14:textId="77777777" w:rsidR="003B3005" w:rsidRDefault="00000000">
            <w:pPr>
              <w:spacing w:line="240" w:lineRule="auto"/>
            </w:pPr>
            <w:r>
              <w:rPr>
                <w:sz w:val="15"/>
              </w:rPr>
              <w:t>2010</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7FB9C8" w14:textId="77777777" w:rsidR="003B3005" w:rsidRDefault="00000000">
            <w:pPr>
              <w:spacing w:line="240" w:lineRule="auto"/>
              <w:jc w:val="center"/>
            </w:pPr>
            <w:r>
              <w:rPr>
                <w:sz w:val="15"/>
              </w:rPr>
              <w:t>1857</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07114F" w14:textId="77777777" w:rsidR="003B3005" w:rsidRDefault="00000000">
            <w:pPr>
              <w:spacing w:line="240" w:lineRule="auto"/>
              <w:jc w:val="center"/>
            </w:pPr>
            <w:r>
              <w:rPr>
                <w:sz w:val="15"/>
              </w:rPr>
              <w:t>203891983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2FF3DF" w14:textId="77777777" w:rsidR="003B3005" w:rsidRDefault="00000000">
            <w:pPr>
              <w:spacing w:line="240" w:lineRule="auto"/>
              <w:jc w:val="center"/>
            </w:pPr>
            <w:r>
              <w:rPr>
                <w:sz w:val="15"/>
              </w:rPr>
              <w:t>0.8659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AB6244" w14:textId="77777777" w:rsidR="003B3005" w:rsidRDefault="00000000">
            <w:pPr>
              <w:spacing w:line="240" w:lineRule="auto"/>
              <w:jc w:val="center"/>
            </w:pPr>
            <w:r>
              <w:rPr>
                <w:sz w:val="15"/>
              </w:rPr>
              <w:t>0.8260 to 0.9058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E5A3A5" w14:textId="77777777" w:rsidR="003B3005" w:rsidRDefault="00000000">
            <w:pPr>
              <w:spacing w:line="240" w:lineRule="auto"/>
              <w:jc w:val="center"/>
            </w:pPr>
            <w:r>
              <w:rPr>
                <w:sz w:val="15"/>
              </w:rPr>
              <w:t>0.0204</w:t>
            </w:r>
          </w:p>
        </w:tc>
      </w:tr>
      <w:tr w:rsidR="003B3005" w14:paraId="7D06738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2D4D7E" w14:textId="77777777" w:rsidR="003B3005" w:rsidRDefault="00000000">
            <w:pPr>
              <w:spacing w:line="240" w:lineRule="auto"/>
            </w:pPr>
            <w:r>
              <w:rPr>
                <w:sz w:val="15"/>
              </w:rPr>
              <w:t>2011</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02B2E4" w14:textId="77777777" w:rsidR="003B3005" w:rsidRDefault="00000000">
            <w:pPr>
              <w:spacing w:line="240" w:lineRule="auto"/>
              <w:jc w:val="center"/>
            </w:pPr>
            <w:r>
              <w:rPr>
                <w:sz w:val="15"/>
              </w:rPr>
              <w:t>2053</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959FAE" w14:textId="77777777" w:rsidR="003B3005" w:rsidRDefault="00000000">
            <w:pPr>
              <w:spacing w:line="240" w:lineRule="auto"/>
              <w:jc w:val="center"/>
            </w:pPr>
            <w:r>
              <w:rPr>
                <w:sz w:val="15"/>
              </w:rPr>
              <w:t>206592936</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1BC1A8" w14:textId="77777777" w:rsidR="003B3005" w:rsidRDefault="00000000">
            <w:pPr>
              <w:spacing w:line="240" w:lineRule="auto"/>
              <w:jc w:val="center"/>
            </w:pPr>
            <w:r>
              <w:rPr>
                <w:sz w:val="15"/>
              </w:rPr>
              <w:t>0.9301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E13601" w14:textId="77777777" w:rsidR="003B3005" w:rsidRDefault="00000000">
            <w:pPr>
              <w:spacing w:line="240" w:lineRule="auto"/>
              <w:jc w:val="center"/>
            </w:pPr>
            <w:r>
              <w:rPr>
                <w:sz w:val="15"/>
              </w:rPr>
              <w:t>0.8892 to 0.9710</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E19464" w14:textId="77777777" w:rsidR="003B3005" w:rsidRDefault="00000000">
            <w:pPr>
              <w:spacing w:line="240" w:lineRule="auto"/>
              <w:jc w:val="center"/>
            </w:pPr>
            <w:r>
              <w:rPr>
                <w:sz w:val="15"/>
              </w:rPr>
              <w:t>0.0209</w:t>
            </w:r>
          </w:p>
        </w:tc>
      </w:tr>
      <w:tr w:rsidR="003B3005" w14:paraId="5BE2B32F"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89F806" w14:textId="77777777" w:rsidR="003B3005" w:rsidRDefault="00000000">
            <w:pPr>
              <w:spacing w:line="240" w:lineRule="auto"/>
            </w:pPr>
            <w:r>
              <w:rPr>
                <w:sz w:val="15"/>
              </w:rPr>
              <w:t>2012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FCE80D" w14:textId="77777777" w:rsidR="003B3005" w:rsidRDefault="00000000">
            <w:pPr>
              <w:spacing w:line="240" w:lineRule="auto"/>
              <w:jc w:val="center"/>
            </w:pPr>
            <w:r>
              <w:rPr>
                <w:sz w:val="15"/>
              </w:rPr>
              <w:t>2010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5F2DE3" w14:textId="77777777" w:rsidR="003B3005" w:rsidRDefault="00000000">
            <w:pPr>
              <w:spacing w:line="240" w:lineRule="auto"/>
              <w:jc w:val="center"/>
            </w:pPr>
            <w:r>
              <w:rPr>
                <w:sz w:val="15"/>
              </w:rPr>
              <w:t>208826037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703E58" w14:textId="77777777" w:rsidR="003B3005" w:rsidRDefault="00000000">
            <w:pPr>
              <w:spacing w:line="240" w:lineRule="auto"/>
              <w:jc w:val="center"/>
            </w:pPr>
            <w:r>
              <w:rPr>
                <w:sz w:val="15"/>
              </w:rPr>
              <w:t>0.8735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14B0DA" w14:textId="77777777" w:rsidR="003B3005" w:rsidRDefault="00000000">
            <w:pPr>
              <w:spacing w:line="240" w:lineRule="auto"/>
              <w:jc w:val="center"/>
            </w:pPr>
            <w:r>
              <w:rPr>
                <w:sz w:val="15"/>
              </w:rPr>
              <w:t>0.8346 to 0.9125</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D170D6" w14:textId="77777777" w:rsidR="003B3005" w:rsidRDefault="00000000">
            <w:pPr>
              <w:spacing w:line="240" w:lineRule="auto"/>
              <w:jc w:val="center"/>
            </w:pPr>
            <w:r>
              <w:rPr>
                <w:sz w:val="15"/>
              </w:rPr>
              <w:t>0.0199</w:t>
            </w:r>
          </w:p>
        </w:tc>
      </w:tr>
      <w:tr w:rsidR="003B3005" w14:paraId="46E66C8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00EC11" w14:textId="77777777" w:rsidR="003B3005" w:rsidRDefault="00000000">
            <w:pPr>
              <w:spacing w:line="240" w:lineRule="auto"/>
            </w:pPr>
            <w:r>
              <w:rPr>
                <w:sz w:val="15"/>
              </w:rPr>
              <w:lastRenderedPageBreak/>
              <w:t>2013</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6D016B" w14:textId="77777777" w:rsidR="003B3005" w:rsidRDefault="00000000">
            <w:pPr>
              <w:spacing w:line="240" w:lineRule="auto"/>
              <w:jc w:val="center"/>
            </w:pPr>
            <w:r>
              <w:rPr>
                <w:sz w:val="15"/>
              </w:rPr>
              <w:t>2230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DC5D61" w14:textId="77777777" w:rsidR="003B3005" w:rsidRDefault="00000000">
            <w:pPr>
              <w:spacing w:line="240" w:lineRule="auto"/>
              <w:jc w:val="center"/>
            </w:pPr>
            <w:r>
              <w:rPr>
                <w:sz w:val="15"/>
              </w:rPr>
              <w:t>211085314</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F747A7" w14:textId="77777777" w:rsidR="003B3005" w:rsidRDefault="00000000">
            <w:pPr>
              <w:spacing w:line="240" w:lineRule="auto"/>
              <w:jc w:val="center"/>
            </w:pPr>
            <w:r>
              <w:rPr>
                <w:sz w:val="15"/>
              </w:rPr>
              <w:t>0.9536</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849D6D" w14:textId="77777777" w:rsidR="003B3005" w:rsidRDefault="00000000">
            <w:pPr>
              <w:spacing w:line="240" w:lineRule="auto"/>
              <w:jc w:val="center"/>
            </w:pPr>
            <w:r>
              <w:rPr>
                <w:sz w:val="15"/>
              </w:rPr>
              <w:t>0.9134 to 0.9938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980436" w14:textId="77777777" w:rsidR="003B3005" w:rsidRDefault="00000000">
            <w:pPr>
              <w:spacing w:line="240" w:lineRule="auto"/>
              <w:jc w:val="center"/>
            </w:pPr>
            <w:r>
              <w:rPr>
                <w:sz w:val="15"/>
              </w:rPr>
              <w:t>0.0205</w:t>
            </w:r>
          </w:p>
        </w:tc>
      </w:tr>
      <w:tr w:rsidR="003B3005" w14:paraId="654C691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DD5606" w14:textId="77777777" w:rsidR="003B3005" w:rsidRDefault="00000000">
            <w:pPr>
              <w:spacing w:line="240" w:lineRule="auto"/>
            </w:pPr>
            <w:r>
              <w:rPr>
                <w:sz w:val="15"/>
              </w:rPr>
              <w:t>2014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39F0C2" w14:textId="77777777" w:rsidR="003B3005" w:rsidRDefault="00000000">
            <w:pPr>
              <w:spacing w:line="240" w:lineRule="auto"/>
              <w:jc w:val="center"/>
            </w:pPr>
            <w:r>
              <w:rPr>
                <w:sz w:val="15"/>
              </w:rPr>
              <w:t>2416</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D60E61" w14:textId="77777777" w:rsidR="003B3005" w:rsidRDefault="00000000">
            <w:pPr>
              <w:spacing w:line="240" w:lineRule="auto"/>
              <w:jc w:val="center"/>
            </w:pPr>
            <w:r>
              <w:rPr>
                <w:sz w:val="15"/>
              </w:rPr>
              <w:t>213809280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F27926" w14:textId="77777777" w:rsidR="003B3005" w:rsidRDefault="00000000">
            <w:pPr>
              <w:spacing w:line="240" w:lineRule="auto"/>
              <w:jc w:val="center"/>
            </w:pPr>
            <w:r>
              <w:rPr>
                <w:sz w:val="15"/>
              </w:rPr>
              <w:t>1.0121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1EA5CE" w14:textId="77777777" w:rsidR="003B3005" w:rsidRDefault="00000000">
            <w:pPr>
              <w:spacing w:line="240" w:lineRule="auto"/>
              <w:jc w:val="center"/>
            </w:pPr>
            <w:r>
              <w:rPr>
                <w:sz w:val="15"/>
              </w:rPr>
              <w:t>0.9711 to 1.0531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CBCB8B" w14:textId="77777777" w:rsidR="003B3005" w:rsidRDefault="00000000">
            <w:pPr>
              <w:spacing w:line="240" w:lineRule="auto"/>
              <w:jc w:val="center"/>
            </w:pPr>
            <w:r>
              <w:rPr>
                <w:sz w:val="15"/>
              </w:rPr>
              <w:t>0.0209</w:t>
            </w:r>
          </w:p>
        </w:tc>
      </w:tr>
      <w:tr w:rsidR="003B3005" w14:paraId="6B0AC8CE"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677549" w14:textId="77777777" w:rsidR="003B3005" w:rsidRDefault="00000000">
            <w:pPr>
              <w:spacing w:line="240" w:lineRule="auto"/>
            </w:pPr>
            <w:r>
              <w:rPr>
                <w:sz w:val="15"/>
              </w:rPr>
              <w:t>2015</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0B4FA0" w14:textId="77777777" w:rsidR="003B3005" w:rsidRDefault="00000000">
            <w:pPr>
              <w:spacing w:line="240" w:lineRule="auto"/>
              <w:jc w:val="center"/>
            </w:pPr>
            <w:r>
              <w:rPr>
                <w:sz w:val="15"/>
              </w:rPr>
              <w:t>2538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FAB2B8" w14:textId="77777777" w:rsidR="003B3005" w:rsidRDefault="00000000">
            <w:pPr>
              <w:spacing w:line="240" w:lineRule="auto"/>
              <w:jc w:val="center"/>
            </w:pPr>
            <w:r>
              <w:rPr>
                <w:sz w:val="15"/>
              </w:rPr>
              <w:t>216553817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A737F3" w14:textId="77777777" w:rsidR="003B3005" w:rsidRDefault="00000000">
            <w:pPr>
              <w:spacing w:line="240" w:lineRule="auto"/>
              <w:jc w:val="center"/>
            </w:pPr>
            <w:r>
              <w:rPr>
                <w:sz w:val="15"/>
              </w:rPr>
              <w:t>1.0678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1A4FE6" w14:textId="77777777" w:rsidR="003B3005" w:rsidRDefault="00000000">
            <w:pPr>
              <w:spacing w:line="240" w:lineRule="auto"/>
              <w:jc w:val="center"/>
            </w:pPr>
            <w:r>
              <w:rPr>
                <w:sz w:val="15"/>
              </w:rPr>
              <w:t>1.0250 to 1.1105</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7816AE" w14:textId="77777777" w:rsidR="003B3005" w:rsidRDefault="00000000">
            <w:pPr>
              <w:spacing w:line="240" w:lineRule="auto"/>
              <w:jc w:val="center"/>
            </w:pPr>
            <w:r>
              <w:rPr>
                <w:sz w:val="15"/>
              </w:rPr>
              <w:t>0.0218</w:t>
            </w:r>
          </w:p>
        </w:tc>
      </w:tr>
      <w:tr w:rsidR="003B3005" w14:paraId="65490985"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C67E80" w14:textId="77777777" w:rsidR="003B3005" w:rsidRDefault="00000000">
            <w:pPr>
              <w:spacing w:line="240" w:lineRule="auto"/>
            </w:pPr>
            <w:r>
              <w:rPr>
                <w:sz w:val="15"/>
              </w:rPr>
              <w:t>2016</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EFAB20" w14:textId="77777777" w:rsidR="003B3005" w:rsidRDefault="00000000">
            <w:pPr>
              <w:spacing w:line="240" w:lineRule="auto"/>
              <w:jc w:val="center"/>
            </w:pPr>
            <w:r>
              <w:rPr>
                <w:sz w:val="15"/>
              </w:rPr>
              <w:t>2709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84AE0F" w14:textId="77777777" w:rsidR="003B3005" w:rsidRDefault="00000000">
            <w:pPr>
              <w:spacing w:line="240" w:lineRule="auto"/>
              <w:jc w:val="center"/>
            </w:pPr>
            <w:r>
              <w:rPr>
                <w:sz w:val="15"/>
              </w:rPr>
              <w:t>218641417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166193" w14:textId="77777777" w:rsidR="003B3005" w:rsidRDefault="00000000">
            <w:pPr>
              <w:spacing w:line="240" w:lineRule="auto"/>
              <w:jc w:val="center"/>
            </w:pPr>
            <w:r>
              <w:rPr>
                <w:sz w:val="15"/>
              </w:rPr>
              <w:t>1.1132</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A9FC00" w14:textId="77777777" w:rsidR="003B3005" w:rsidRDefault="00000000">
            <w:pPr>
              <w:spacing w:line="240" w:lineRule="auto"/>
              <w:jc w:val="center"/>
            </w:pPr>
            <w:r>
              <w:rPr>
                <w:sz w:val="15"/>
              </w:rPr>
              <w:t>1.0701 to 1.1562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355D4C" w14:textId="77777777" w:rsidR="003B3005" w:rsidRDefault="00000000">
            <w:pPr>
              <w:spacing w:line="240" w:lineRule="auto"/>
              <w:jc w:val="center"/>
            </w:pPr>
            <w:r>
              <w:rPr>
                <w:sz w:val="15"/>
              </w:rPr>
              <w:t>0.0220</w:t>
            </w:r>
          </w:p>
        </w:tc>
      </w:tr>
      <w:tr w:rsidR="003B3005" w14:paraId="5F3A33F6"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FF1626" w14:textId="77777777" w:rsidR="003B3005" w:rsidRDefault="00000000">
            <w:pPr>
              <w:spacing w:line="240" w:lineRule="auto"/>
            </w:pPr>
            <w:r>
              <w:rPr>
                <w:sz w:val="15"/>
              </w:rPr>
              <w:t>2017</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0179AE" w14:textId="77777777" w:rsidR="003B3005" w:rsidRDefault="00000000">
            <w:pPr>
              <w:spacing w:line="240" w:lineRule="auto"/>
              <w:jc w:val="center"/>
            </w:pPr>
            <w:r>
              <w:rPr>
                <w:sz w:val="15"/>
              </w:rPr>
              <w:t>2669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A60C2A" w14:textId="77777777" w:rsidR="003B3005" w:rsidRDefault="00000000">
            <w:pPr>
              <w:spacing w:line="240" w:lineRule="auto"/>
              <w:jc w:val="center"/>
            </w:pPr>
            <w:r>
              <w:rPr>
                <w:sz w:val="15"/>
              </w:rPr>
              <w:t>221447331</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2D55CB" w14:textId="77777777" w:rsidR="003B3005" w:rsidRDefault="00000000">
            <w:pPr>
              <w:spacing w:line="240" w:lineRule="auto"/>
              <w:jc w:val="center"/>
            </w:pPr>
            <w:r>
              <w:rPr>
                <w:sz w:val="15"/>
              </w:rPr>
              <w:t>1.0781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40F880" w14:textId="77777777" w:rsidR="003B3005" w:rsidRDefault="00000000">
            <w:pPr>
              <w:spacing w:line="240" w:lineRule="auto"/>
              <w:jc w:val="center"/>
            </w:pPr>
            <w:r>
              <w:rPr>
                <w:sz w:val="15"/>
              </w:rPr>
              <w:t>1.0362 to 1.1199</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8A49B4" w14:textId="77777777" w:rsidR="003B3005" w:rsidRDefault="00000000">
            <w:pPr>
              <w:spacing w:line="240" w:lineRule="auto"/>
              <w:jc w:val="center"/>
            </w:pPr>
            <w:r>
              <w:rPr>
                <w:sz w:val="15"/>
              </w:rPr>
              <w:t>0.0214</w:t>
            </w:r>
          </w:p>
        </w:tc>
      </w:tr>
      <w:tr w:rsidR="003B3005" w14:paraId="51D0B08A"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E85FB3" w14:textId="77777777" w:rsidR="003B3005" w:rsidRDefault="00000000">
            <w:pPr>
              <w:spacing w:line="240" w:lineRule="auto"/>
            </w:pPr>
            <w:r>
              <w:rPr>
                <w:sz w:val="15"/>
              </w:rPr>
              <w:t>2018</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AC2F1E" w14:textId="77777777" w:rsidR="003B3005" w:rsidRDefault="00000000">
            <w:pPr>
              <w:spacing w:line="240" w:lineRule="auto"/>
              <w:jc w:val="center"/>
            </w:pPr>
            <w:r>
              <w:rPr>
                <w:sz w:val="15"/>
              </w:rPr>
              <w:t>2836</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986A9E" w14:textId="77777777" w:rsidR="003B3005" w:rsidRDefault="00000000">
            <w:pPr>
              <w:spacing w:line="240" w:lineRule="auto"/>
              <w:jc w:val="center"/>
            </w:pPr>
            <w:r>
              <w:rPr>
                <w:sz w:val="15"/>
              </w:rPr>
              <w:t>223311190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3EE545" w14:textId="77777777" w:rsidR="003B3005" w:rsidRDefault="00000000">
            <w:pPr>
              <w:spacing w:line="240" w:lineRule="auto"/>
              <w:jc w:val="center"/>
            </w:pPr>
            <w:r>
              <w:rPr>
                <w:sz w:val="15"/>
              </w:rPr>
              <w:t>1.1273</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EE78E8" w14:textId="77777777" w:rsidR="003B3005" w:rsidRDefault="00000000">
            <w:pPr>
              <w:spacing w:line="240" w:lineRule="auto"/>
              <w:jc w:val="center"/>
            </w:pPr>
            <w:r>
              <w:rPr>
                <w:sz w:val="15"/>
              </w:rPr>
              <w:t>1.0848 to 1.1698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A14B41" w14:textId="77777777" w:rsidR="003B3005" w:rsidRDefault="00000000">
            <w:pPr>
              <w:spacing w:line="240" w:lineRule="auto"/>
              <w:jc w:val="center"/>
            </w:pPr>
            <w:r>
              <w:rPr>
                <w:sz w:val="15"/>
              </w:rPr>
              <w:t>0.0217</w:t>
            </w:r>
          </w:p>
        </w:tc>
      </w:tr>
      <w:tr w:rsidR="003B3005" w14:paraId="7343C5D4"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117340" w14:textId="77777777" w:rsidR="003B3005" w:rsidRDefault="00000000">
            <w:pPr>
              <w:spacing w:line="240" w:lineRule="auto"/>
            </w:pPr>
            <w:r>
              <w:rPr>
                <w:sz w:val="15"/>
              </w:rPr>
              <w:t>2019</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7F4548" w14:textId="77777777" w:rsidR="003B3005" w:rsidRDefault="00000000">
            <w:pPr>
              <w:spacing w:line="240" w:lineRule="auto"/>
              <w:jc w:val="center"/>
            </w:pPr>
            <w:r>
              <w:rPr>
                <w:sz w:val="15"/>
              </w:rPr>
              <w:t>2807</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918544" w14:textId="77777777" w:rsidR="003B3005" w:rsidRDefault="00000000">
            <w:pPr>
              <w:spacing w:line="240" w:lineRule="auto"/>
              <w:jc w:val="center"/>
            </w:pPr>
            <w:r>
              <w:rPr>
                <w:sz w:val="15"/>
              </w:rPr>
              <w:t>224981167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B25EB0" w14:textId="77777777" w:rsidR="003B3005" w:rsidRDefault="00000000">
            <w:pPr>
              <w:spacing w:line="240" w:lineRule="auto"/>
              <w:jc w:val="center"/>
            </w:pPr>
            <w:r>
              <w:rPr>
                <w:sz w:val="15"/>
              </w:rPr>
              <w:t>1.0892</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E76FBD" w14:textId="77777777" w:rsidR="003B3005" w:rsidRDefault="00000000">
            <w:pPr>
              <w:spacing w:line="240" w:lineRule="auto"/>
              <w:jc w:val="center"/>
            </w:pPr>
            <w:r>
              <w:rPr>
                <w:sz w:val="15"/>
              </w:rPr>
              <w:t>1.0476 to 1.1307</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B66B6B" w14:textId="77777777" w:rsidR="003B3005" w:rsidRDefault="00000000">
            <w:pPr>
              <w:spacing w:line="240" w:lineRule="auto"/>
              <w:jc w:val="center"/>
            </w:pPr>
            <w:r>
              <w:rPr>
                <w:sz w:val="15"/>
              </w:rPr>
              <w:t>0.0212</w:t>
            </w:r>
          </w:p>
        </w:tc>
      </w:tr>
      <w:tr w:rsidR="003B3005" w14:paraId="0F53EEC7"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094DAE" w14:textId="77777777" w:rsidR="003B3005" w:rsidRDefault="00000000">
            <w:pPr>
              <w:spacing w:line="240" w:lineRule="auto"/>
            </w:pPr>
            <w:r>
              <w:rPr>
                <w:sz w:val="15"/>
              </w:rPr>
              <w:t>2020</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F5C2D6" w14:textId="77777777" w:rsidR="003B3005" w:rsidRDefault="00000000">
            <w:pPr>
              <w:spacing w:line="240" w:lineRule="auto"/>
              <w:jc w:val="center"/>
            </w:pPr>
            <w:r>
              <w:rPr>
                <w:sz w:val="15"/>
              </w:rPr>
              <w:t>5228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404F2D" w14:textId="77777777" w:rsidR="003B3005" w:rsidRDefault="00000000">
            <w:pPr>
              <w:spacing w:line="240" w:lineRule="auto"/>
              <w:jc w:val="center"/>
            </w:pPr>
            <w:r>
              <w:rPr>
                <w:sz w:val="15"/>
              </w:rPr>
              <w:t>226635013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2A5D77" w14:textId="77777777" w:rsidR="003B3005" w:rsidRDefault="00000000">
            <w:pPr>
              <w:spacing w:line="240" w:lineRule="auto"/>
              <w:jc w:val="center"/>
            </w:pPr>
            <w:r>
              <w:rPr>
                <w:sz w:val="15"/>
              </w:rPr>
              <w:t>2.0312</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50A2A1" w14:textId="77777777" w:rsidR="003B3005" w:rsidRDefault="00000000">
            <w:pPr>
              <w:spacing w:line="240" w:lineRule="auto"/>
              <w:jc w:val="center"/>
            </w:pPr>
            <w:r>
              <w:rPr>
                <w:sz w:val="15"/>
              </w:rPr>
              <w:t>1.9747 to 2.0877</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7BD2D5" w14:textId="77777777" w:rsidR="003B3005" w:rsidRDefault="00000000">
            <w:pPr>
              <w:spacing w:line="240" w:lineRule="auto"/>
              <w:jc w:val="center"/>
            </w:pPr>
            <w:r>
              <w:rPr>
                <w:sz w:val="15"/>
              </w:rPr>
              <w:t>0.0288</w:t>
            </w:r>
          </w:p>
        </w:tc>
      </w:tr>
      <w:tr w:rsidR="003B3005" w14:paraId="2B04504D"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FC0104" w14:textId="77777777" w:rsidR="003B3005" w:rsidRDefault="00000000">
            <w:pPr>
              <w:spacing w:line="240" w:lineRule="auto"/>
            </w:pPr>
            <w:r>
              <w:rPr>
                <w:sz w:val="15"/>
              </w:rPr>
              <w:t>2021</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BFBD2F" w14:textId="77777777" w:rsidR="003B3005" w:rsidRDefault="00000000">
            <w:pPr>
              <w:spacing w:line="240" w:lineRule="auto"/>
              <w:jc w:val="center"/>
            </w:pPr>
            <w:r>
              <w:rPr>
                <w:sz w:val="15"/>
              </w:rPr>
              <w:t>7460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C99FE5" w14:textId="77777777" w:rsidR="003B3005" w:rsidRDefault="00000000">
            <w:pPr>
              <w:spacing w:line="240" w:lineRule="auto"/>
              <w:jc w:val="center"/>
            </w:pPr>
            <w:r>
              <w:rPr>
                <w:sz w:val="15"/>
              </w:rPr>
              <w:t>228238412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07FCA5" w14:textId="77777777" w:rsidR="003B3005" w:rsidRDefault="00000000">
            <w:pPr>
              <w:spacing w:line="240" w:lineRule="auto"/>
              <w:jc w:val="center"/>
            </w:pPr>
            <w:r>
              <w:rPr>
                <w:sz w:val="15"/>
              </w:rPr>
              <w:t>2.9500</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74015C" w14:textId="77777777" w:rsidR="003B3005" w:rsidRDefault="00000000">
            <w:pPr>
              <w:spacing w:line="240" w:lineRule="auto"/>
              <w:jc w:val="center"/>
            </w:pPr>
            <w:r>
              <w:rPr>
                <w:sz w:val="15"/>
              </w:rPr>
              <w:t>2.8814 to 3.0200</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6501D6" w14:textId="77777777" w:rsidR="003B3005" w:rsidRDefault="00000000">
            <w:pPr>
              <w:spacing w:line="240" w:lineRule="auto"/>
              <w:jc w:val="center"/>
            </w:pPr>
            <w:r>
              <w:rPr>
                <w:sz w:val="15"/>
              </w:rPr>
              <w:t>0.0352</w:t>
            </w:r>
          </w:p>
        </w:tc>
      </w:tr>
      <w:tr w:rsidR="003B3005" w14:paraId="0E818F95"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89607B" w14:textId="77777777" w:rsidR="003B3005" w:rsidRDefault="00000000">
            <w:pPr>
              <w:spacing w:line="240" w:lineRule="auto"/>
            </w:pPr>
            <w:r>
              <w:rPr>
                <w:sz w:val="15"/>
              </w:rPr>
              <w:t>2022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47259A" w14:textId="77777777" w:rsidR="003B3005" w:rsidRDefault="00000000">
            <w:pPr>
              <w:spacing w:line="240" w:lineRule="auto"/>
              <w:jc w:val="center"/>
            </w:pPr>
            <w:r>
              <w:rPr>
                <w:sz w:val="15"/>
              </w:rPr>
              <w:t>5345</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7A5366" w14:textId="77777777" w:rsidR="003B3005" w:rsidRDefault="00000000">
            <w:pPr>
              <w:spacing w:line="240" w:lineRule="auto"/>
              <w:jc w:val="center"/>
            </w:pPr>
            <w:r>
              <w:rPr>
                <w:sz w:val="15"/>
              </w:rPr>
              <w:t>229508599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DE2A59" w14:textId="77777777" w:rsidR="003B3005" w:rsidRDefault="00000000">
            <w:pPr>
              <w:spacing w:line="240" w:lineRule="auto"/>
              <w:jc w:val="center"/>
            </w:pPr>
            <w:r>
              <w:rPr>
                <w:sz w:val="15"/>
              </w:rPr>
              <w:t>2.0587</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0B7E50" w14:textId="77777777" w:rsidR="003B3005" w:rsidRDefault="00000000">
            <w:pPr>
              <w:spacing w:line="240" w:lineRule="auto"/>
              <w:jc w:val="center"/>
            </w:pPr>
            <w:r>
              <w:rPr>
                <w:sz w:val="15"/>
              </w:rPr>
              <w:t>2.0028 to 2.1161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F97EC8" w14:textId="77777777" w:rsidR="003B3005" w:rsidRDefault="00000000">
            <w:pPr>
              <w:spacing w:line="240" w:lineRule="auto"/>
              <w:jc w:val="center"/>
            </w:pPr>
            <w:r>
              <w:rPr>
                <w:sz w:val="15"/>
              </w:rPr>
              <w:t>0.0288</w:t>
            </w:r>
          </w:p>
        </w:tc>
      </w:tr>
      <w:tr w:rsidR="003B3005" w14:paraId="3AD77EFA"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6E0133" w14:textId="77777777" w:rsidR="003B3005" w:rsidRDefault="00000000">
            <w:pPr>
              <w:spacing w:line="240" w:lineRule="auto"/>
            </w:pPr>
            <w:r>
              <w:rPr>
                <w:sz w:val="15"/>
              </w:rPr>
              <w:t>2023</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30D299" w14:textId="77777777" w:rsidR="003B3005" w:rsidRDefault="00000000">
            <w:pPr>
              <w:spacing w:line="240" w:lineRule="auto"/>
              <w:jc w:val="center"/>
            </w:pPr>
            <w:r>
              <w:rPr>
                <w:sz w:val="15"/>
              </w:rPr>
              <w:t>4253</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0C25F3" w14:textId="77777777" w:rsidR="003B3005" w:rsidRDefault="00000000">
            <w:pPr>
              <w:spacing w:line="240" w:lineRule="auto"/>
              <w:jc w:val="center"/>
            </w:pPr>
            <w:r>
              <w:rPr>
                <w:sz w:val="15"/>
              </w:rPr>
              <w:t>231529762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18CA79" w14:textId="77777777" w:rsidR="003B3005" w:rsidRDefault="00000000">
            <w:pPr>
              <w:spacing w:line="240" w:lineRule="auto"/>
              <w:jc w:val="center"/>
            </w:pPr>
            <w:r>
              <w:rPr>
                <w:sz w:val="15"/>
              </w:rPr>
              <w:t>1.6080</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1C4CB7" w14:textId="77777777" w:rsidR="003B3005" w:rsidRDefault="00000000">
            <w:pPr>
              <w:spacing w:line="240" w:lineRule="auto"/>
              <w:jc w:val="center"/>
            </w:pPr>
            <w:r>
              <w:rPr>
                <w:sz w:val="15"/>
              </w:rPr>
              <w:t>1.5592 to 1.6582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B7CA45" w14:textId="77777777" w:rsidR="003B3005" w:rsidRDefault="00000000">
            <w:pPr>
              <w:spacing w:line="240" w:lineRule="auto"/>
              <w:jc w:val="center"/>
            </w:pPr>
            <w:r>
              <w:rPr>
                <w:sz w:val="15"/>
              </w:rPr>
              <w:t>0.0251</w:t>
            </w:r>
          </w:p>
        </w:tc>
      </w:tr>
      <w:tr w:rsidR="003B3005" w14:paraId="584BFC42"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2F025A" w14:textId="77777777" w:rsidR="003B3005" w:rsidRDefault="00000000">
            <w:pPr>
              <w:spacing w:line="240" w:lineRule="auto"/>
            </w:pPr>
            <w:r>
              <w:rPr>
                <w:sz w:val="15"/>
              </w:rPr>
              <w:t>2024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7A261D" w14:textId="77777777" w:rsidR="003B3005" w:rsidRDefault="00000000">
            <w:pPr>
              <w:spacing w:line="240" w:lineRule="auto"/>
              <w:jc w:val="center"/>
            </w:pPr>
            <w:r>
              <w:rPr>
                <w:sz w:val="15"/>
              </w:rPr>
              <w:t>3989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150445" w14:textId="77777777" w:rsidR="003B3005" w:rsidRDefault="00000000">
            <w:pPr>
              <w:spacing w:line="240" w:lineRule="auto"/>
              <w:jc w:val="center"/>
            </w:pPr>
            <w:r>
              <w:rPr>
                <w:sz w:val="15"/>
              </w:rPr>
              <w:t>235615087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51ADD3" w14:textId="77777777" w:rsidR="003B3005" w:rsidRDefault="00000000">
            <w:pPr>
              <w:spacing w:line="240" w:lineRule="auto"/>
              <w:jc w:val="center"/>
            </w:pPr>
            <w:r>
              <w:rPr>
                <w:sz w:val="15"/>
              </w:rPr>
              <w:t>1.4631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863A91" w14:textId="77777777" w:rsidR="003B3005" w:rsidRDefault="00000000">
            <w:pPr>
              <w:spacing w:line="240" w:lineRule="auto"/>
              <w:jc w:val="center"/>
            </w:pPr>
            <w:r>
              <w:rPr>
                <w:sz w:val="15"/>
              </w:rPr>
              <w:t>1.4165 to 1.5109</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818804" w14:textId="77777777" w:rsidR="003B3005" w:rsidRDefault="00000000">
            <w:pPr>
              <w:spacing w:line="240" w:lineRule="auto"/>
              <w:jc w:val="center"/>
            </w:pPr>
            <w:r>
              <w:rPr>
                <w:sz w:val="15"/>
              </w:rPr>
              <w:t>0.0240</w:t>
            </w:r>
          </w:p>
        </w:tc>
      </w:tr>
    </w:tbl>
    <w:p w14:paraId="76196503" w14:textId="77777777" w:rsidR="003B3005" w:rsidRDefault="00000000">
      <w:pPr>
        <w:spacing w:line="240" w:lineRule="auto"/>
      </w:pPr>
      <w:r>
        <w:rPr>
          <w:i/>
          <w:sz w:val="16"/>
        </w:rPr>
        <w:t>Note: AAMR per 100000 population.</w:t>
      </w:r>
    </w:p>
    <w:p w14:paraId="474519A7" w14:textId="77777777" w:rsidR="003B3005" w:rsidRDefault="00000000">
      <w:pPr>
        <w:pStyle w:val="Heading2"/>
        <w:spacing w:before="0" w:line="240" w:lineRule="auto"/>
      </w:pPr>
      <w:r>
        <w:rPr>
          <w:rFonts w:ascii="Times New Roman" w:eastAsia="Times New Roman" w:hAnsi="Times New Roman"/>
          <w:sz w:val="24"/>
        </w:rPr>
        <w:t>Supplementary Table S5. Annual sex-specific mortality, 1999-2024</w:t>
      </w:r>
    </w:p>
    <w:tbl>
      <w:tblPr>
        <w:tblW w:w="5000" w:type="pct"/>
        <w:jc w:val="center"/>
        <w:tblLayout w:type="fixed"/>
        <w:tblLook w:val="04A0" w:firstRow="1" w:lastRow="0" w:firstColumn="1" w:lastColumn="0" w:noHBand="0" w:noVBand="1"/>
      </w:tblPr>
      <w:tblGrid>
        <w:gridCol w:w="1516"/>
        <w:gridCol w:w="1039"/>
        <w:gridCol w:w="1125"/>
        <w:gridCol w:w="1515"/>
        <w:gridCol w:w="1038"/>
        <w:gridCol w:w="2092"/>
        <w:gridCol w:w="1125"/>
      </w:tblGrid>
      <w:tr w:rsidR="003B3005" w14:paraId="11C1154D" w14:textId="77777777">
        <w:trPr>
          <w:cantSplit/>
          <w:tblHeader/>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F5F55B" w14:textId="77777777" w:rsidR="003B3005" w:rsidRDefault="00000000">
            <w:pPr>
              <w:spacing w:line="240" w:lineRule="auto"/>
            </w:pPr>
            <w:r>
              <w:rPr>
                <w:b/>
                <w:sz w:val="15"/>
              </w:rPr>
              <w:t>Sex</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D28E28" w14:textId="77777777" w:rsidR="003B3005" w:rsidRDefault="00000000">
            <w:pPr>
              <w:spacing w:line="240" w:lineRule="auto"/>
              <w:jc w:val="center"/>
            </w:pPr>
            <w:r>
              <w:rPr>
                <w:b/>
                <w:sz w:val="15"/>
              </w:rPr>
              <w:t>Year</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A4762A" w14:textId="77777777" w:rsidR="003B3005" w:rsidRDefault="00000000">
            <w:pPr>
              <w:spacing w:line="240" w:lineRule="auto"/>
              <w:jc w:val="center"/>
            </w:pPr>
            <w:r>
              <w:rPr>
                <w:b/>
                <w:sz w:val="15"/>
              </w:rPr>
              <w:t>Deaths</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55F6BC" w14:textId="77777777" w:rsidR="003B3005" w:rsidRDefault="00000000">
            <w:pPr>
              <w:spacing w:line="240" w:lineRule="auto"/>
              <w:jc w:val="center"/>
            </w:pPr>
            <w:r>
              <w:rPr>
                <w:b/>
                <w:sz w:val="15"/>
              </w:rPr>
              <w:t>Population</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E75D18" w14:textId="77777777" w:rsidR="003B3005" w:rsidRDefault="00000000">
            <w:pPr>
              <w:spacing w:line="240" w:lineRule="auto"/>
              <w:jc w:val="center"/>
            </w:pPr>
            <w:r>
              <w:rPr>
                <w:b/>
                <w:sz w:val="15"/>
              </w:rPr>
              <w:t>AAMR</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EB308A" w14:textId="77777777" w:rsidR="003B3005" w:rsidRDefault="00000000">
            <w:pPr>
              <w:spacing w:line="240" w:lineRule="auto"/>
              <w:jc w:val="center"/>
            </w:pPr>
            <w:r>
              <w:rPr>
                <w:b/>
                <w:sz w:val="15"/>
              </w:rPr>
              <w:t>95% CI</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B221A3" w14:textId="77777777" w:rsidR="003B3005" w:rsidRDefault="00000000">
            <w:pPr>
              <w:spacing w:line="240" w:lineRule="auto"/>
              <w:jc w:val="center"/>
            </w:pPr>
            <w:r>
              <w:rPr>
                <w:b/>
                <w:sz w:val="15"/>
              </w:rPr>
              <w:t>SE</w:t>
            </w:r>
          </w:p>
        </w:tc>
      </w:tr>
      <w:tr w:rsidR="003B3005" w14:paraId="22703F6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5AEF75"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A13618" w14:textId="77777777" w:rsidR="003B3005" w:rsidRDefault="00000000">
            <w:pPr>
              <w:spacing w:line="240" w:lineRule="auto"/>
              <w:jc w:val="center"/>
            </w:pPr>
            <w:r>
              <w:rPr>
                <w:sz w:val="15"/>
              </w:rPr>
              <w:t>1999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A50158" w14:textId="77777777" w:rsidR="003B3005" w:rsidRDefault="00000000">
            <w:pPr>
              <w:spacing w:line="240" w:lineRule="auto"/>
              <w:jc w:val="center"/>
            </w:pPr>
            <w:r>
              <w:rPr>
                <w:sz w:val="15"/>
              </w:rPr>
              <w:t>469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3189E1" w14:textId="77777777" w:rsidR="003B3005" w:rsidRDefault="00000000">
            <w:pPr>
              <w:spacing w:line="240" w:lineRule="auto"/>
              <w:jc w:val="center"/>
            </w:pPr>
            <w:r>
              <w:rPr>
                <w:sz w:val="15"/>
              </w:rPr>
              <w:t>94123092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83285A" w14:textId="77777777" w:rsidR="003B3005" w:rsidRDefault="00000000">
            <w:pPr>
              <w:spacing w:line="240" w:lineRule="auto"/>
              <w:jc w:val="center"/>
            </w:pPr>
            <w:r>
              <w:rPr>
                <w:sz w:val="15"/>
              </w:rPr>
              <w:t>0.4906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AFAD3B" w14:textId="77777777" w:rsidR="003B3005" w:rsidRDefault="00000000">
            <w:pPr>
              <w:spacing w:line="240" w:lineRule="auto"/>
              <w:jc w:val="center"/>
            </w:pPr>
            <w:r>
              <w:rPr>
                <w:sz w:val="15"/>
              </w:rPr>
              <w:t>0.4460 to 0.5352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95948A" w14:textId="77777777" w:rsidR="003B3005" w:rsidRDefault="00000000">
            <w:pPr>
              <w:spacing w:line="240" w:lineRule="auto"/>
              <w:jc w:val="center"/>
            </w:pPr>
            <w:r>
              <w:rPr>
                <w:sz w:val="15"/>
              </w:rPr>
              <w:t>0.0228</w:t>
            </w:r>
          </w:p>
        </w:tc>
      </w:tr>
      <w:tr w:rsidR="003B3005" w14:paraId="6A5ED5F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3C76DB"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A88ABE" w14:textId="77777777" w:rsidR="003B3005" w:rsidRDefault="00000000">
            <w:pPr>
              <w:spacing w:line="240" w:lineRule="auto"/>
              <w:jc w:val="center"/>
            </w:pPr>
            <w:r>
              <w:rPr>
                <w:sz w:val="15"/>
              </w:rPr>
              <w:t>2000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DF9D66" w14:textId="77777777" w:rsidR="003B3005" w:rsidRDefault="00000000">
            <w:pPr>
              <w:spacing w:line="240" w:lineRule="auto"/>
              <w:jc w:val="center"/>
            </w:pPr>
            <w:r>
              <w:rPr>
                <w:sz w:val="15"/>
              </w:rPr>
              <w:t>534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A62DFD" w14:textId="77777777" w:rsidR="003B3005" w:rsidRDefault="00000000">
            <w:pPr>
              <w:spacing w:line="240" w:lineRule="auto"/>
              <w:jc w:val="center"/>
            </w:pPr>
            <w:r>
              <w:rPr>
                <w:sz w:val="15"/>
              </w:rPr>
              <w:t>94864102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3F3E3F" w14:textId="77777777" w:rsidR="003B3005" w:rsidRDefault="00000000">
            <w:pPr>
              <w:spacing w:line="240" w:lineRule="auto"/>
              <w:jc w:val="center"/>
            </w:pPr>
            <w:r>
              <w:rPr>
                <w:sz w:val="15"/>
              </w:rPr>
              <w:t>0.5567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43A99C" w14:textId="77777777" w:rsidR="003B3005" w:rsidRDefault="00000000">
            <w:pPr>
              <w:spacing w:line="240" w:lineRule="auto"/>
              <w:jc w:val="center"/>
            </w:pPr>
            <w:r>
              <w:rPr>
                <w:sz w:val="15"/>
              </w:rPr>
              <w:t>0.5093 to 0.6041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CEC4BF" w14:textId="77777777" w:rsidR="003B3005" w:rsidRDefault="00000000">
            <w:pPr>
              <w:spacing w:line="240" w:lineRule="auto"/>
              <w:jc w:val="center"/>
            </w:pPr>
            <w:r>
              <w:rPr>
                <w:sz w:val="15"/>
              </w:rPr>
              <w:t>0.0242</w:t>
            </w:r>
          </w:p>
        </w:tc>
      </w:tr>
      <w:tr w:rsidR="003B3005" w14:paraId="0C017C3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441577"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F845CD" w14:textId="77777777" w:rsidR="003B3005" w:rsidRDefault="00000000">
            <w:pPr>
              <w:spacing w:line="240" w:lineRule="auto"/>
              <w:jc w:val="center"/>
            </w:pPr>
            <w:r>
              <w:rPr>
                <w:sz w:val="15"/>
              </w:rPr>
              <w:t>2001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9AC5EE" w14:textId="77777777" w:rsidR="003B3005" w:rsidRDefault="00000000">
            <w:pPr>
              <w:spacing w:line="240" w:lineRule="auto"/>
              <w:jc w:val="center"/>
            </w:pPr>
            <w:r>
              <w:rPr>
                <w:sz w:val="15"/>
              </w:rPr>
              <w:t>569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A80A0F" w14:textId="77777777" w:rsidR="003B3005" w:rsidRDefault="00000000">
            <w:pPr>
              <w:spacing w:line="240" w:lineRule="auto"/>
              <w:jc w:val="center"/>
            </w:pPr>
            <w:r>
              <w:rPr>
                <w:sz w:val="15"/>
              </w:rPr>
              <w:t>95984408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96D00B" w14:textId="77777777" w:rsidR="003B3005" w:rsidRDefault="00000000">
            <w:pPr>
              <w:spacing w:line="240" w:lineRule="auto"/>
              <w:jc w:val="center"/>
            </w:pPr>
            <w:r>
              <w:rPr>
                <w:sz w:val="15"/>
              </w:rPr>
              <w:t>0.5654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B813BA" w14:textId="77777777" w:rsidR="003B3005" w:rsidRDefault="00000000">
            <w:pPr>
              <w:spacing w:line="240" w:lineRule="auto"/>
              <w:jc w:val="center"/>
            </w:pPr>
            <w:r>
              <w:rPr>
                <w:sz w:val="15"/>
              </w:rPr>
              <w:t>0.5189 to 0.6119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D9CFB1" w14:textId="77777777" w:rsidR="003B3005" w:rsidRDefault="00000000">
            <w:pPr>
              <w:spacing w:line="240" w:lineRule="auto"/>
              <w:jc w:val="center"/>
            </w:pPr>
            <w:r>
              <w:rPr>
                <w:sz w:val="15"/>
              </w:rPr>
              <w:t>0.0237</w:t>
            </w:r>
          </w:p>
        </w:tc>
      </w:tr>
      <w:tr w:rsidR="003B3005" w14:paraId="33A7FFE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070553"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641599" w14:textId="77777777" w:rsidR="003B3005" w:rsidRDefault="00000000">
            <w:pPr>
              <w:spacing w:line="240" w:lineRule="auto"/>
              <w:jc w:val="center"/>
            </w:pPr>
            <w:r>
              <w:rPr>
                <w:sz w:val="15"/>
              </w:rPr>
              <w:t>2002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9D5D42" w14:textId="77777777" w:rsidR="003B3005" w:rsidRDefault="00000000">
            <w:pPr>
              <w:spacing w:line="240" w:lineRule="auto"/>
              <w:jc w:val="center"/>
            </w:pPr>
            <w:r>
              <w:rPr>
                <w:sz w:val="15"/>
              </w:rPr>
              <w:t>665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0F7C2C" w14:textId="77777777" w:rsidR="003B3005" w:rsidRDefault="00000000">
            <w:pPr>
              <w:spacing w:line="240" w:lineRule="auto"/>
              <w:jc w:val="center"/>
            </w:pPr>
            <w:r>
              <w:rPr>
                <w:sz w:val="15"/>
              </w:rPr>
              <w:t>96927703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1BA3F6" w14:textId="77777777" w:rsidR="003B3005" w:rsidRDefault="00000000">
            <w:pPr>
              <w:spacing w:line="240" w:lineRule="auto"/>
              <w:jc w:val="center"/>
            </w:pPr>
            <w:r>
              <w:rPr>
                <w:sz w:val="15"/>
              </w:rPr>
              <w:t>0.6494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6DF780" w14:textId="77777777" w:rsidR="003B3005" w:rsidRDefault="00000000">
            <w:pPr>
              <w:spacing w:line="240" w:lineRule="auto"/>
              <w:jc w:val="center"/>
            </w:pPr>
            <w:r>
              <w:rPr>
                <w:sz w:val="15"/>
              </w:rPr>
              <w:t>0.5999 to 0.6988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BCA8E3" w14:textId="77777777" w:rsidR="003B3005" w:rsidRDefault="00000000">
            <w:pPr>
              <w:spacing w:line="240" w:lineRule="auto"/>
              <w:jc w:val="center"/>
            </w:pPr>
            <w:r>
              <w:rPr>
                <w:sz w:val="15"/>
              </w:rPr>
              <w:t>0.0252</w:t>
            </w:r>
          </w:p>
        </w:tc>
      </w:tr>
      <w:tr w:rsidR="003B3005" w14:paraId="5D83812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1223DA"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F64C99" w14:textId="77777777" w:rsidR="003B3005" w:rsidRDefault="00000000">
            <w:pPr>
              <w:spacing w:line="240" w:lineRule="auto"/>
              <w:jc w:val="center"/>
            </w:pPr>
            <w:r>
              <w:rPr>
                <w:sz w:val="15"/>
              </w:rPr>
              <w:t>2003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E53A5C" w14:textId="77777777" w:rsidR="003B3005" w:rsidRDefault="00000000">
            <w:pPr>
              <w:spacing w:line="240" w:lineRule="auto"/>
              <w:jc w:val="center"/>
            </w:pPr>
            <w:r>
              <w:rPr>
                <w:sz w:val="15"/>
              </w:rPr>
              <w:t>801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FCBEC6" w14:textId="77777777" w:rsidR="003B3005" w:rsidRDefault="00000000">
            <w:pPr>
              <w:spacing w:line="240" w:lineRule="auto"/>
              <w:jc w:val="center"/>
            </w:pPr>
            <w:r>
              <w:rPr>
                <w:sz w:val="15"/>
              </w:rPr>
              <w:t>97893297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2FAC97" w14:textId="77777777" w:rsidR="003B3005" w:rsidRDefault="00000000">
            <w:pPr>
              <w:spacing w:line="240" w:lineRule="auto"/>
              <w:jc w:val="center"/>
            </w:pPr>
            <w:r>
              <w:rPr>
                <w:sz w:val="15"/>
              </w:rPr>
              <w:t>0.7583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FCDDAC" w14:textId="77777777" w:rsidR="003B3005" w:rsidRDefault="00000000">
            <w:pPr>
              <w:spacing w:line="240" w:lineRule="auto"/>
              <w:jc w:val="center"/>
            </w:pPr>
            <w:r>
              <w:rPr>
                <w:sz w:val="15"/>
              </w:rPr>
              <w:t>0.7057 to 0.8109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D0C788" w14:textId="77777777" w:rsidR="003B3005" w:rsidRDefault="00000000">
            <w:pPr>
              <w:spacing w:line="240" w:lineRule="auto"/>
              <w:jc w:val="center"/>
            </w:pPr>
            <w:r>
              <w:rPr>
                <w:sz w:val="15"/>
              </w:rPr>
              <w:t>0.0268</w:t>
            </w:r>
          </w:p>
        </w:tc>
      </w:tr>
      <w:tr w:rsidR="003B3005" w14:paraId="0B414FC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FE795B"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8256C5" w14:textId="77777777" w:rsidR="003B3005" w:rsidRDefault="00000000">
            <w:pPr>
              <w:spacing w:line="240" w:lineRule="auto"/>
              <w:jc w:val="center"/>
            </w:pPr>
            <w:r>
              <w:rPr>
                <w:sz w:val="15"/>
              </w:rPr>
              <w:t>2004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47C50B" w14:textId="77777777" w:rsidR="003B3005" w:rsidRDefault="00000000">
            <w:pPr>
              <w:spacing w:line="240" w:lineRule="auto"/>
              <w:jc w:val="center"/>
            </w:pPr>
            <w:r>
              <w:rPr>
                <w:sz w:val="15"/>
              </w:rPr>
              <w:t>842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5F0C09" w14:textId="77777777" w:rsidR="003B3005" w:rsidRDefault="00000000">
            <w:pPr>
              <w:spacing w:line="240" w:lineRule="auto"/>
              <w:jc w:val="center"/>
            </w:pPr>
            <w:r>
              <w:rPr>
                <w:sz w:val="15"/>
              </w:rPr>
              <w:t>98921524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5DBBB2" w14:textId="77777777" w:rsidR="003B3005" w:rsidRDefault="00000000">
            <w:pPr>
              <w:spacing w:line="240" w:lineRule="auto"/>
              <w:jc w:val="center"/>
            </w:pPr>
            <w:r>
              <w:rPr>
                <w:sz w:val="15"/>
              </w:rPr>
              <w:t>0.8184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F649E4" w14:textId="77777777" w:rsidR="003B3005" w:rsidRDefault="00000000">
            <w:pPr>
              <w:spacing w:line="240" w:lineRule="auto"/>
              <w:jc w:val="center"/>
            </w:pPr>
            <w:r>
              <w:rPr>
                <w:sz w:val="15"/>
              </w:rPr>
              <w:t>0.7626 to 0.8742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7DB2CD" w14:textId="77777777" w:rsidR="003B3005" w:rsidRDefault="00000000">
            <w:pPr>
              <w:spacing w:line="240" w:lineRule="auto"/>
              <w:jc w:val="center"/>
            </w:pPr>
            <w:r>
              <w:rPr>
                <w:sz w:val="15"/>
              </w:rPr>
              <w:t>0.0285</w:t>
            </w:r>
          </w:p>
        </w:tc>
      </w:tr>
      <w:tr w:rsidR="003B3005" w14:paraId="731E962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9EF91C"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C78342" w14:textId="77777777" w:rsidR="003B3005" w:rsidRDefault="00000000">
            <w:pPr>
              <w:spacing w:line="240" w:lineRule="auto"/>
              <w:jc w:val="center"/>
            </w:pPr>
            <w:r>
              <w:rPr>
                <w:sz w:val="15"/>
              </w:rPr>
              <w:t>2005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035DE2" w14:textId="77777777" w:rsidR="003B3005" w:rsidRDefault="00000000">
            <w:pPr>
              <w:spacing w:line="240" w:lineRule="auto"/>
              <w:jc w:val="center"/>
            </w:pPr>
            <w:r>
              <w:rPr>
                <w:sz w:val="15"/>
              </w:rPr>
              <w:t>916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3577F2" w14:textId="77777777" w:rsidR="003B3005" w:rsidRDefault="00000000">
            <w:pPr>
              <w:spacing w:line="240" w:lineRule="auto"/>
              <w:jc w:val="center"/>
            </w:pPr>
            <w:r>
              <w:rPr>
                <w:sz w:val="15"/>
              </w:rPr>
              <w:t>100097839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477EBF" w14:textId="77777777" w:rsidR="003B3005" w:rsidRDefault="00000000">
            <w:pPr>
              <w:spacing w:line="240" w:lineRule="auto"/>
              <w:jc w:val="center"/>
            </w:pPr>
            <w:r>
              <w:rPr>
                <w:sz w:val="15"/>
              </w:rPr>
              <w:t>0.8788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D61437" w14:textId="77777777" w:rsidR="003B3005" w:rsidRDefault="00000000">
            <w:pPr>
              <w:spacing w:line="240" w:lineRule="auto"/>
              <w:jc w:val="center"/>
            </w:pPr>
            <w:r>
              <w:rPr>
                <w:sz w:val="15"/>
              </w:rPr>
              <w:t>0.8217 to 0.9360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D26FFA" w14:textId="77777777" w:rsidR="003B3005" w:rsidRDefault="00000000">
            <w:pPr>
              <w:spacing w:line="240" w:lineRule="auto"/>
              <w:jc w:val="center"/>
            </w:pPr>
            <w:r>
              <w:rPr>
                <w:sz w:val="15"/>
              </w:rPr>
              <w:t>0.0292</w:t>
            </w:r>
          </w:p>
        </w:tc>
      </w:tr>
      <w:tr w:rsidR="003B3005" w14:paraId="323BF91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73F358"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4B5D3F" w14:textId="77777777" w:rsidR="003B3005" w:rsidRDefault="00000000">
            <w:pPr>
              <w:spacing w:line="240" w:lineRule="auto"/>
              <w:jc w:val="center"/>
            </w:pPr>
            <w:r>
              <w:rPr>
                <w:sz w:val="15"/>
              </w:rPr>
              <w:t>2006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45117B" w14:textId="77777777" w:rsidR="003B3005" w:rsidRDefault="00000000">
            <w:pPr>
              <w:spacing w:line="240" w:lineRule="auto"/>
              <w:jc w:val="center"/>
            </w:pPr>
            <w:r>
              <w:rPr>
                <w:sz w:val="15"/>
              </w:rPr>
              <w:t>911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BC5C1F" w14:textId="77777777" w:rsidR="003B3005" w:rsidRDefault="00000000">
            <w:pPr>
              <w:spacing w:line="240" w:lineRule="auto"/>
              <w:jc w:val="center"/>
            </w:pPr>
            <w:r>
              <w:rPr>
                <w:sz w:val="15"/>
              </w:rPr>
              <w:t>101328442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26F332" w14:textId="77777777" w:rsidR="003B3005" w:rsidRDefault="00000000">
            <w:pPr>
              <w:spacing w:line="240" w:lineRule="auto"/>
              <w:jc w:val="center"/>
            </w:pPr>
            <w:r>
              <w:rPr>
                <w:sz w:val="15"/>
              </w:rPr>
              <w:t>0.8497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4C8826" w14:textId="77777777" w:rsidR="003B3005" w:rsidRDefault="00000000">
            <w:pPr>
              <w:spacing w:line="240" w:lineRule="auto"/>
              <w:jc w:val="center"/>
            </w:pPr>
            <w:r>
              <w:rPr>
                <w:sz w:val="15"/>
              </w:rPr>
              <w:t>0.7939 to 0.9055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10027A" w14:textId="77777777" w:rsidR="003B3005" w:rsidRDefault="00000000">
            <w:pPr>
              <w:spacing w:line="240" w:lineRule="auto"/>
              <w:jc w:val="center"/>
            </w:pPr>
            <w:r>
              <w:rPr>
                <w:sz w:val="15"/>
              </w:rPr>
              <w:t>0.0285</w:t>
            </w:r>
          </w:p>
        </w:tc>
      </w:tr>
      <w:tr w:rsidR="003B3005" w14:paraId="4812A06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CF70A6"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2157DC" w14:textId="77777777" w:rsidR="003B3005" w:rsidRDefault="00000000">
            <w:pPr>
              <w:spacing w:line="240" w:lineRule="auto"/>
              <w:jc w:val="center"/>
            </w:pPr>
            <w:r>
              <w:rPr>
                <w:sz w:val="15"/>
              </w:rPr>
              <w:t>2007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347EAB" w14:textId="77777777" w:rsidR="003B3005" w:rsidRDefault="00000000">
            <w:pPr>
              <w:spacing w:line="240" w:lineRule="auto"/>
              <w:jc w:val="center"/>
            </w:pPr>
            <w:r>
              <w:rPr>
                <w:sz w:val="15"/>
              </w:rPr>
              <w:t>978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EC479B" w14:textId="77777777" w:rsidR="003B3005" w:rsidRDefault="00000000">
            <w:pPr>
              <w:spacing w:line="240" w:lineRule="auto"/>
              <w:jc w:val="center"/>
            </w:pPr>
            <w:r>
              <w:rPr>
                <w:sz w:val="15"/>
              </w:rPr>
              <w:t>102513830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83C4ED" w14:textId="77777777" w:rsidR="003B3005" w:rsidRDefault="00000000">
            <w:pPr>
              <w:spacing w:line="240" w:lineRule="auto"/>
              <w:jc w:val="center"/>
            </w:pPr>
            <w:r>
              <w:rPr>
                <w:sz w:val="15"/>
              </w:rPr>
              <w:t>0.8702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2673BD" w14:textId="77777777" w:rsidR="003B3005" w:rsidRDefault="00000000">
            <w:pPr>
              <w:spacing w:line="240" w:lineRule="auto"/>
              <w:jc w:val="center"/>
            </w:pPr>
            <w:r>
              <w:rPr>
                <w:sz w:val="15"/>
              </w:rPr>
              <w:t>0.8152 to 0.9252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3309FB" w14:textId="77777777" w:rsidR="003B3005" w:rsidRDefault="00000000">
            <w:pPr>
              <w:spacing w:line="240" w:lineRule="auto"/>
              <w:jc w:val="center"/>
            </w:pPr>
            <w:r>
              <w:rPr>
                <w:sz w:val="15"/>
              </w:rPr>
              <w:t>0.0281</w:t>
            </w:r>
          </w:p>
        </w:tc>
      </w:tr>
      <w:tr w:rsidR="003B3005" w14:paraId="0AA6D8E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9F5394"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55F9EE" w14:textId="77777777" w:rsidR="003B3005" w:rsidRDefault="00000000">
            <w:pPr>
              <w:spacing w:line="240" w:lineRule="auto"/>
              <w:jc w:val="center"/>
            </w:pPr>
            <w:r>
              <w:rPr>
                <w:sz w:val="15"/>
              </w:rPr>
              <w:t>2008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61FCE5" w14:textId="77777777" w:rsidR="003B3005" w:rsidRDefault="00000000">
            <w:pPr>
              <w:spacing w:line="240" w:lineRule="auto"/>
              <w:jc w:val="center"/>
            </w:pPr>
            <w:r>
              <w:rPr>
                <w:sz w:val="15"/>
              </w:rPr>
              <w:t>960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2FCA71" w14:textId="77777777" w:rsidR="003B3005" w:rsidRDefault="00000000">
            <w:pPr>
              <w:spacing w:line="240" w:lineRule="auto"/>
              <w:jc w:val="center"/>
            </w:pPr>
            <w:r>
              <w:rPr>
                <w:sz w:val="15"/>
              </w:rPr>
              <w:t>103688156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75FE15" w14:textId="77777777" w:rsidR="003B3005" w:rsidRDefault="00000000">
            <w:pPr>
              <w:spacing w:line="240" w:lineRule="auto"/>
              <w:jc w:val="center"/>
            </w:pPr>
            <w:r>
              <w:rPr>
                <w:sz w:val="15"/>
              </w:rPr>
              <w:t>0.8378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A14BD5" w14:textId="77777777" w:rsidR="003B3005" w:rsidRDefault="00000000">
            <w:pPr>
              <w:spacing w:line="240" w:lineRule="auto"/>
              <w:jc w:val="center"/>
            </w:pPr>
            <w:r>
              <w:rPr>
                <w:sz w:val="15"/>
              </w:rPr>
              <w:t>0.7845 to 0.8911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E73346" w14:textId="77777777" w:rsidR="003B3005" w:rsidRDefault="00000000">
            <w:pPr>
              <w:spacing w:line="240" w:lineRule="auto"/>
              <w:jc w:val="center"/>
            </w:pPr>
            <w:r>
              <w:rPr>
                <w:sz w:val="15"/>
              </w:rPr>
              <w:t>0.0272</w:t>
            </w:r>
          </w:p>
        </w:tc>
      </w:tr>
      <w:tr w:rsidR="003B3005" w14:paraId="336332C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DAD80D"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9F39ED" w14:textId="77777777" w:rsidR="003B3005" w:rsidRDefault="00000000">
            <w:pPr>
              <w:spacing w:line="240" w:lineRule="auto"/>
              <w:jc w:val="center"/>
            </w:pPr>
            <w:r>
              <w:rPr>
                <w:sz w:val="15"/>
              </w:rPr>
              <w:t>2009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7DEC59" w14:textId="77777777" w:rsidR="003B3005" w:rsidRDefault="00000000">
            <w:pPr>
              <w:spacing w:line="240" w:lineRule="auto"/>
              <w:jc w:val="center"/>
            </w:pPr>
            <w:r>
              <w:rPr>
                <w:sz w:val="15"/>
              </w:rPr>
              <w:t>1035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E0F575" w14:textId="77777777" w:rsidR="003B3005" w:rsidRDefault="00000000">
            <w:pPr>
              <w:spacing w:line="240" w:lineRule="auto"/>
              <w:jc w:val="center"/>
            </w:pPr>
            <w:r>
              <w:rPr>
                <w:sz w:val="15"/>
              </w:rPr>
              <w:t>104834186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3595A0" w14:textId="77777777" w:rsidR="003B3005" w:rsidRDefault="00000000">
            <w:pPr>
              <w:spacing w:line="240" w:lineRule="auto"/>
              <w:jc w:val="center"/>
            </w:pPr>
            <w:r>
              <w:rPr>
                <w:sz w:val="15"/>
              </w:rPr>
              <w:t>0.9109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B9C1DD" w14:textId="77777777" w:rsidR="003B3005" w:rsidRDefault="00000000">
            <w:pPr>
              <w:spacing w:line="240" w:lineRule="auto"/>
              <w:jc w:val="center"/>
            </w:pPr>
            <w:r>
              <w:rPr>
                <w:sz w:val="15"/>
              </w:rPr>
              <w:t>0.8547 to 0.9671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4F119B" w14:textId="77777777" w:rsidR="003B3005" w:rsidRDefault="00000000">
            <w:pPr>
              <w:spacing w:line="240" w:lineRule="auto"/>
              <w:jc w:val="center"/>
            </w:pPr>
            <w:r>
              <w:rPr>
                <w:sz w:val="15"/>
              </w:rPr>
              <w:t>0.0287</w:t>
            </w:r>
          </w:p>
        </w:tc>
      </w:tr>
      <w:tr w:rsidR="003B3005" w14:paraId="415EB70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9F394E"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6656B4" w14:textId="77777777" w:rsidR="003B3005" w:rsidRDefault="00000000">
            <w:pPr>
              <w:spacing w:line="240" w:lineRule="auto"/>
              <w:jc w:val="center"/>
            </w:pPr>
            <w:r>
              <w:rPr>
                <w:sz w:val="15"/>
              </w:rPr>
              <w:t>2010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190A7C" w14:textId="77777777" w:rsidR="003B3005" w:rsidRDefault="00000000">
            <w:pPr>
              <w:spacing w:line="240" w:lineRule="auto"/>
              <w:jc w:val="center"/>
            </w:pPr>
            <w:r>
              <w:rPr>
                <w:sz w:val="15"/>
              </w:rPr>
              <w:t>1087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B421BE" w14:textId="77777777" w:rsidR="003B3005" w:rsidRDefault="00000000">
            <w:pPr>
              <w:spacing w:line="240" w:lineRule="auto"/>
              <w:jc w:val="center"/>
            </w:pPr>
            <w:r>
              <w:rPr>
                <w:sz w:val="15"/>
              </w:rPr>
              <w:t>105717426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7F6909" w14:textId="77777777" w:rsidR="003B3005" w:rsidRDefault="00000000">
            <w:pPr>
              <w:spacing w:line="240" w:lineRule="auto"/>
              <w:jc w:val="center"/>
            </w:pPr>
            <w:r>
              <w:rPr>
                <w:sz w:val="15"/>
              </w:rPr>
              <w:t>0.9360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ED7781" w14:textId="77777777" w:rsidR="003B3005" w:rsidRDefault="00000000">
            <w:pPr>
              <w:spacing w:line="240" w:lineRule="auto"/>
              <w:jc w:val="center"/>
            </w:pPr>
            <w:r>
              <w:rPr>
                <w:sz w:val="15"/>
              </w:rPr>
              <w:t>0.8796 to 0.9924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0E65A9" w14:textId="77777777" w:rsidR="003B3005" w:rsidRDefault="00000000">
            <w:pPr>
              <w:spacing w:line="240" w:lineRule="auto"/>
              <w:jc w:val="center"/>
            </w:pPr>
            <w:r>
              <w:rPr>
                <w:sz w:val="15"/>
              </w:rPr>
              <w:t>0.0288</w:t>
            </w:r>
          </w:p>
        </w:tc>
      </w:tr>
      <w:tr w:rsidR="003B3005" w14:paraId="5749AFF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A1191B"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4D012A" w14:textId="77777777" w:rsidR="003B3005" w:rsidRDefault="00000000">
            <w:pPr>
              <w:spacing w:line="240" w:lineRule="auto"/>
              <w:jc w:val="center"/>
            </w:pPr>
            <w:r>
              <w:rPr>
                <w:sz w:val="15"/>
              </w:rPr>
              <w:t>2011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3298B9" w14:textId="77777777" w:rsidR="003B3005" w:rsidRDefault="00000000">
            <w:pPr>
              <w:spacing w:line="240" w:lineRule="auto"/>
              <w:jc w:val="center"/>
            </w:pPr>
            <w:r>
              <w:rPr>
                <w:sz w:val="15"/>
              </w:rPr>
              <w:t>1281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19E3B3" w14:textId="77777777" w:rsidR="003B3005" w:rsidRDefault="00000000">
            <w:pPr>
              <w:spacing w:line="240" w:lineRule="auto"/>
              <w:jc w:val="center"/>
            </w:pPr>
            <w:r>
              <w:rPr>
                <w:sz w:val="15"/>
              </w:rPr>
              <w:t>107004480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41127B" w14:textId="77777777" w:rsidR="003B3005" w:rsidRDefault="00000000">
            <w:pPr>
              <w:spacing w:line="240" w:lineRule="auto"/>
              <w:jc w:val="center"/>
            </w:pPr>
            <w:r>
              <w:rPr>
                <w:sz w:val="15"/>
              </w:rPr>
              <w:t>1.0799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6EEB52" w14:textId="77777777" w:rsidR="003B3005" w:rsidRDefault="00000000">
            <w:pPr>
              <w:spacing w:line="240" w:lineRule="auto"/>
              <w:jc w:val="center"/>
            </w:pPr>
            <w:r>
              <w:rPr>
                <w:sz w:val="15"/>
              </w:rPr>
              <w:t>1.0199 to 1.1399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46A58B" w14:textId="77777777" w:rsidR="003B3005" w:rsidRDefault="00000000">
            <w:pPr>
              <w:spacing w:line="240" w:lineRule="auto"/>
              <w:jc w:val="center"/>
            </w:pPr>
            <w:r>
              <w:rPr>
                <w:sz w:val="15"/>
              </w:rPr>
              <w:t>0.0306</w:t>
            </w:r>
          </w:p>
        </w:tc>
      </w:tr>
      <w:tr w:rsidR="003B3005" w14:paraId="613DD0A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F09B34"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7EF91F" w14:textId="77777777" w:rsidR="003B3005" w:rsidRDefault="00000000">
            <w:pPr>
              <w:spacing w:line="240" w:lineRule="auto"/>
              <w:jc w:val="center"/>
            </w:pPr>
            <w:r>
              <w:rPr>
                <w:sz w:val="15"/>
              </w:rPr>
              <w:t>2012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28154B" w14:textId="77777777" w:rsidR="003B3005" w:rsidRDefault="00000000">
            <w:pPr>
              <w:spacing w:line="240" w:lineRule="auto"/>
              <w:jc w:val="center"/>
            </w:pPr>
            <w:r>
              <w:rPr>
                <w:sz w:val="15"/>
              </w:rPr>
              <w:t>1195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C5C1D3" w14:textId="77777777" w:rsidR="003B3005" w:rsidRDefault="00000000">
            <w:pPr>
              <w:spacing w:line="240" w:lineRule="auto"/>
              <w:jc w:val="center"/>
            </w:pPr>
            <w:r>
              <w:rPr>
                <w:sz w:val="15"/>
              </w:rPr>
              <w:t>108088829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A9A4DA" w14:textId="77777777" w:rsidR="003B3005" w:rsidRDefault="00000000">
            <w:pPr>
              <w:spacing w:line="240" w:lineRule="auto"/>
              <w:jc w:val="center"/>
            </w:pPr>
            <w:r>
              <w:rPr>
                <w:sz w:val="15"/>
              </w:rPr>
              <w:t>0.9887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2619F0" w14:textId="77777777" w:rsidR="003B3005" w:rsidRDefault="00000000">
            <w:pPr>
              <w:spacing w:line="240" w:lineRule="auto"/>
              <w:jc w:val="center"/>
            </w:pPr>
            <w:r>
              <w:rPr>
                <w:sz w:val="15"/>
              </w:rPr>
              <w:t>0.9315 to 1.0459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BDBE64" w14:textId="77777777" w:rsidR="003B3005" w:rsidRDefault="00000000">
            <w:pPr>
              <w:spacing w:line="240" w:lineRule="auto"/>
              <w:jc w:val="center"/>
            </w:pPr>
            <w:r>
              <w:rPr>
                <w:sz w:val="15"/>
              </w:rPr>
              <w:t>0.0292</w:t>
            </w:r>
          </w:p>
        </w:tc>
      </w:tr>
      <w:tr w:rsidR="003B3005" w14:paraId="5FC7469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798336"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AB767A" w14:textId="77777777" w:rsidR="003B3005" w:rsidRDefault="00000000">
            <w:pPr>
              <w:spacing w:line="240" w:lineRule="auto"/>
              <w:jc w:val="center"/>
            </w:pPr>
            <w:r>
              <w:rPr>
                <w:sz w:val="15"/>
              </w:rPr>
              <w:t>2013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ECE138" w14:textId="77777777" w:rsidR="003B3005" w:rsidRDefault="00000000">
            <w:pPr>
              <w:spacing w:line="240" w:lineRule="auto"/>
              <w:jc w:val="center"/>
            </w:pPr>
            <w:r>
              <w:rPr>
                <w:sz w:val="15"/>
              </w:rPr>
              <w:t>1329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88CBFB" w14:textId="77777777" w:rsidR="003B3005" w:rsidRDefault="00000000">
            <w:pPr>
              <w:spacing w:line="240" w:lineRule="auto"/>
              <w:jc w:val="center"/>
            </w:pPr>
            <w:r>
              <w:rPr>
                <w:sz w:val="15"/>
              </w:rPr>
              <w:t>109172782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061D38" w14:textId="77777777" w:rsidR="003B3005" w:rsidRDefault="00000000">
            <w:pPr>
              <w:spacing w:line="240" w:lineRule="auto"/>
              <w:jc w:val="center"/>
            </w:pPr>
            <w:r>
              <w:rPr>
                <w:sz w:val="15"/>
              </w:rPr>
              <w:t>1.0848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9BE0A9" w14:textId="77777777" w:rsidR="003B3005" w:rsidRDefault="00000000">
            <w:pPr>
              <w:spacing w:line="240" w:lineRule="auto"/>
              <w:jc w:val="center"/>
            </w:pPr>
            <w:r>
              <w:rPr>
                <w:sz w:val="15"/>
              </w:rPr>
              <w:t>1.0251 to 1.1446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067BC7" w14:textId="77777777" w:rsidR="003B3005" w:rsidRDefault="00000000">
            <w:pPr>
              <w:spacing w:line="240" w:lineRule="auto"/>
              <w:jc w:val="center"/>
            </w:pPr>
            <w:r>
              <w:rPr>
                <w:sz w:val="15"/>
              </w:rPr>
              <w:t>0.0305</w:t>
            </w:r>
          </w:p>
        </w:tc>
      </w:tr>
      <w:tr w:rsidR="003B3005" w14:paraId="611A131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EC5C75"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A3DE87" w14:textId="77777777" w:rsidR="003B3005" w:rsidRDefault="00000000">
            <w:pPr>
              <w:spacing w:line="240" w:lineRule="auto"/>
              <w:jc w:val="center"/>
            </w:pPr>
            <w:r>
              <w:rPr>
                <w:sz w:val="15"/>
              </w:rPr>
              <w:t>2014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9CBBC9" w14:textId="77777777" w:rsidR="003B3005" w:rsidRDefault="00000000">
            <w:pPr>
              <w:spacing w:line="240" w:lineRule="auto"/>
              <w:jc w:val="center"/>
            </w:pPr>
            <w:r>
              <w:rPr>
                <w:sz w:val="15"/>
              </w:rPr>
              <w:t>1429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DCC039" w14:textId="77777777" w:rsidR="003B3005" w:rsidRDefault="00000000">
            <w:pPr>
              <w:spacing w:line="240" w:lineRule="auto"/>
              <w:jc w:val="center"/>
            </w:pPr>
            <w:r>
              <w:rPr>
                <w:sz w:val="15"/>
              </w:rPr>
              <w:t>110581619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C71901" w14:textId="77777777" w:rsidR="003B3005" w:rsidRDefault="00000000">
            <w:pPr>
              <w:spacing w:line="240" w:lineRule="auto"/>
              <w:jc w:val="center"/>
            </w:pPr>
            <w:r>
              <w:rPr>
                <w:sz w:val="15"/>
              </w:rPr>
              <w:t>1.1413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173473" w14:textId="77777777" w:rsidR="003B3005" w:rsidRDefault="00000000">
            <w:pPr>
              <w:spacing w:line="240" w:lineRule="auto"/>
              <w:jc w:val="center"/>
            </w:pPr>
            <w:r>
              <w:rPr>
                <w:sz w:val="15"/>
              </w:rPr>
              <w:t>1.0805 to 1.2022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43E7A2" w14:textId="77777777" w:rsidR="003B3005" w:rsidRDefault="00000000">
            <w:pPr>
              <w:spacing w:line="240" w:lineRule="auto"/>
              <w:jc w:val="center"/>
            </w:pPr>
            <w:r>
              <w:rPr>
                <w:sz w:val="15"/>
              </w:rPr>
              <w:t>0.0310</w:t>
            </w:r>
          </w:p>
        </w:tc>
      </w:tr>
      <w:tr w:rsidR="003B3005" w14:paraId="64BF54B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5BEA2B"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335B06" w14:textId="77777777" w:rsidR="003B3005" w:rsidRDefault="00000000">
            <w:pPr>
              <w:spacing w:line="240" w:lineRule="auto"/>
              <w:jc w:val="center"/>
            </w:pPr>
            <w:r>
              <w:rPr>
                <w:sz w:val="15"/>
              </w:rPr>
              <w:t>2015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37C221" w14:textId="77777777" w:rsidR="003B3005" w:rsidRDefault="00000000">
            <w:pPr>
              <w:spacing w:line="240" w:lineRule="auto"/>
              <w:jc w:val="center"/>
            </w:pPr>
            <w:r>
              <w:rPr>
                <w:sz w:val="15"/>
              </w:rPr>
              <w:t>1472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1F5ABB" w14:textId="77777777" w:rsidR="003B3005" w:rsidRDefault="00000000">
            <w:pPr>
              <w:spacing w:line="240" w:lineRule="auto"/>
              <w:jc w:val="center"/>
            </w:pPr>
            <w:r>
              <w:rPr>
                <w:sz w:val="15"/>
              </w:rPr>
              <w:t>111947362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E8A39B" w14:textId="77777777" w:rsidR="003B3005" w:rsidRDefault="00000000">
            <w:pPr>
              <w:spacing w:line="240" w:lineRule="auto"/>
              <w:jc w:val="center"/>
            </w:pPr>
            <w:r>
              <w:rPr>
                <w:sz w:val="15"/>
              </w:rPr>
              <w:t>1.1355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D94BD3" w14:textId="77777777" w:rsidR="003B3005" w:rsidRDefault="00000000">
            <w:pPr>
              <w:spacing w:line="240" w:lineRule="auto"/>
              <w:jc w:val="center"/>
            </w:pPr>
            <w:r>
              <w:rPr>
                <w:sz w:val="15"/>
              </w:rPr>
              <w:t>1.0760 to 1.1951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3EA151" w14:textId="77777777" w:rsidR="003B3005" w:rsidRDefault="00000000">
            <w:pPr>
              <w:spacing w:line="240" w:lineRule="auto"/>
              <w:jc w:val="center"/>
            </w:pPr>
            <w:r>
              <w:rPr>
                <w:sz w:val="15"/>
              </w:rPr>
              <w:t>0.0304</w:t>
            </w:r>
          </w:p>
        </w:tc>
      </w:tr>
      <w:tr w:rsidR="003B3005" w14:paraId="6976508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22352B"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5E850C" w14:textId="77777777" w:rsidR="003B3005" w:rsidRDefault="00000000">
            <w:pPr>
              <w:spacing w:line="240" w:lineRule="auto"/>
              <w:jc w:val="center"/>
            </w:pPr>
            <w:r>
              <w:rPr>
                <w:sz w:val="15"/>
              </w:rPr>
              <w:t>2016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22C957" w14:textId="77777777" w:rsidR="003B3005" w:rsidRDefault="00000000">
            <w:pPr>
              <w:spacing w:line="240" w:lineRule="auto"/>
              <w:jc w:val="center"/>
            </w:pPr>
            <w:r>
              <w:rPr>
                <w:sz w:val="15"/>
              </w:rPr>
              <w:t>1606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930059" w14:textId="77777777" w:rsidR="003B3005" w:rsidRDefault="00000000">
            <w:pPr>
              <w:spacing w:line="240" w:lineRule="auto"/>
              <w:jc w:val="center"/>
            </w:pPr>
            <w:r>
              <w:rPr>
                <w:sz w:val="15"/>
              </w:rPr>
              <w:t>112990913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8125D4" w14:textId="77777777" w:rsidR="003B3005" w:rsidRDefault="00000000">
            <w:pPr>
              <w:spacing w:line="240" w:lineRule="auto"/>
              <w:jc w:val="center"/>
            </w:pPr>
            <w:r>
              <w:rPr>
                <w:sz w:val="15"/>
              </w:rPr>
              <w:t>1.2479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952B80" w14:textId="77777777" w:rsidR="003B3005" w:rsidRDefault="00000000">
            <w:pPr>
              <w:spacing w:line="240" w:lineRule="auto"/>
              <w:jc w:val="center"/>
            </w:pPr>
            <w:r>
              <w:rPr>
                <w:sz w:val="15"/>
              </w:rPr>
              <w:t>1.1849 to 1.3108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B2C682" w14:textId="77777777" w:rsidR="003B3005" w:rsidRDefault="00000000">
            <w:pPr>
              <w:spacing w:line="240" w:lineRule="auto"/>
              <w:jc w:val="center"/>
            </w:pPr>
            <w:r>
              <w:rPr>
                <w:sz w:val="15"/>
              </w:rPr>
              <w:t>0.0321</w:t>
            </w:r>
          </w:p>
        </w:tc>
      </w:tr>
      <w:tr w:rsidR="003B3005" w14:paraId="41E88A8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FD1D91"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64368A" w14:textId="77777777" w:rsidR="003B3005" w:rsidRDefault="00000000">
            <w:pPr>
              <w:spacing w:line="240" w:lineRule="auto"/>
              <w:jc w:val="center"/>
            </w:pPr>
            <w:r>
              <w:rPr>
                <w:sz w:val="15"/>
              </w:rPr>
              <w:t>2017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8D3782" w14:textId="77777777" w:rsidR="003B3005" w:rsidRDefault="00000000">
            <w:pPr>
              <w:spacing w:line="240" w:lineRule="auto"/>
              <w:jc w:val="center"/>
            </w:pPr>
            <w:r>
              <w:rPr>
                <w:sz w:val="15"/>
              </w:rPr>
              <w:t>1533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9734DD" w14:textId="77777777" w:rsidR="003B3005" w:rsidRDefault="00000000">
            <w:pPr>
              <w:spacing w:line="240" w:lineRule="auto"/>
              <w:jc w:val="center"/>
            </w:pPr>
            <w:r>
              <w:rPr>
                <w:sz w:val="15"/>
              </w:rPr>
              <w:t>114358026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D3FCCC" w14:textId="77777777" w:rsidR="003B3005" w:rsidRDefault="00000000">
            <w:pPr>
              <w:spacing w:line="240" w:lineRule="auto"/>
              <w:jc w:val="center"/>
            </w:pPr>
            <w:r>
              <w:rPr>
                <w:sz w:val="15"/>
              </w:rPr>
              <w:t>1.1390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95D0FD" w14:textId="77777777" w:rsidR="003B3005" w:rsidRDefault="00000000">
            <w:pPr>
              <w:spacing w:line="240" w:lineRule="auto"/>
              <w:jc w:val="center"/>
            </w:pPr>
            <w:r>
              <w:rPr>
                <w:sz w:val="15"/>
              </w:rPr>
              <w:t>1.0808 to 1.1973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7F3A34" w14:textId="77777777" w:rsidR="003B3005" w:rsidRDefault="00000000">
            <w:pPr>
              <w:spacing w:line="240" w:lineRule="auto"/>
              <w:jc w:val="center"/>
            </w:pPr>
            <w:r>
              <w:rPr>
                <w:sz w:val="15"/>
              </w:rPr>
              <w:t>0.0297</w:t>
            </w:r>
          </w:p>
        </w:tc>
      </w:tr>
      <w:tr w:rsidR="003B3005" w14:paraId="40ED6B1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170D6A"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6A4565" w14:textId="77777777" w:rsidR="003B3005" w:rsidRDefault="00000000">
            <w:pPr>
              <w:spacing w:line="240" w:lineRule="auto"/>
              <w:jc w:val="center"/>
            </w:pPr>
            <w:r>
              <w:rPr>
                <w:sz w:val="15"/>
              </w:rPr>
              <w:t>2018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F4FBC6" w14:textId="77777777" w:rsidR="003B3005" w:rsidRDefault="00000000">
            <w:pPr>
              <w:spacing w:line="240" w:lineRule="auto"/>
              <w:jc w:val="center"/>
            </w:pPr>
            <w:r>
              <w:rPr>
                <w:sz w:val="15"/>
              </w:rPr>
              <w:t>1611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6BAABA" w14:textId="77777777" w:rsidR="003B3005" w:rsidRDefault="00000000">
            <w:pPr>
              <w:spacing w:line="240" w:lineRule="auto"/>
              <w:jc w:val="center"/>
            </w:pPr>
            <w:r>
              <w:rPr>
                <w:sz w:val="15"/>
              </w:rPr>
              <w:t>115265998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818C91" w14:textId="77777777" w:rsidR="003B3005" w:rsidRDefault="00000000">
            <w:pPr>
              <w:spacing w:line="240" w:lineRule="auto"/>
              <w:jc w:val="center"/>
            </w:pPr>
            <w:r>
              <w:rPr>
                <w:sz w:val="15"/>
              </w:rPr>
              <w:t>1.2134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FA7F33" w14:textId="77777777" w:rsidR="003B3005" w:rsidRDefault="00000000">
            <w:pPr>
              <w:spacing w:line="240" w:lineRule="auto"/>
              <w:jc w:val="center"/>
            </w:pPr>
            <w:r>
              <w:rPr>
                <w:sz w:val="15"/>
              </w:rPr>
              <w:t>1.1521 to 1.2746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EEB047" w14:textId="77777777" w:rsidR="003B3005" w:rsidRDefault="00000000">
            <w:pPr>
              <w:spacing w:line="240" w:lineRule="auto"/>
              <w:jc w:val="center"/>
            </w:pPr>
            <w:r>
              <w:rPr>
                <w:sz w:val="15"/>
              </w:rPr>
              <w:t>0.0312</w:t>
            </w:r>
          </w:p>
        </w:tc>
      </w:tr>
      <w:tr w:rsidR="003B3005" w14:paraId="4D858EF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31F5EB"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B42AC9" w14:textId="77777777" w:rsidR="003B3005" w:rsidRDefault="00000000">
            <w:pPr>
              <w:spacing w:line="240" w:lineRule="auto"/>
              <w:jc w:val="center"/>
            </w:pPr>
            <w:r>
              <w:rPr>
                <w:sz w:val="15"/>
              </w:rPr>
              <w:t>2019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DA48F3" w14:textId="77777777" w:rsidR="003B3005" w:rsidRDefault="00000000">
            <w:pPr>
              <w:spacing w:line="240" w:lineRule="auto"/>
              <w:jc w:val="center"/>
            </w:pPr>
            <w:r>
              <w:rPr>
                <w:sz w:val="15"/>
              </w:rPr>
              <w:t>1587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2D4347" w14:textId="77777777" w:rsidR="003B3005" w:rsidRDefault="00000000">
            <w:pPr>
              <w:spacing w:line="240" w:lineRule="auto"/>
              <w:jc w:val="center"/>
            </w:pPr>
            <w:r>
              <w:rPr>
                <w:sz w:val="15"/>
              </w:rPr>
              <w:t>116084432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7AF30D" w14:textId="77777777" w:rsidR="003B3005" w:rsidRDefault="00000000">
            <w:pPr>
              <w:spacing w:line="240" w:lineRule="auto"/>
              <w:jc w:val="center"/>
            </w:pPr>
            <w:r>
              <w:rPr>
                <w:sz w:val="15"/>
              </w:rPr>
              <w:t>1.1490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CB2818" w14:textId="77777777" w:rsidR="003B3005" w:rsidRDefault="00000000">
            <w:pPr>
              <w:spacing w:line="240" w:lineRule="auto"/>
              <w:jc w:val="center"/>
            </w:pPr>
            <w:r>
              <w:rPr>
                <w:sz w:val="15"/>
              </w:rPr>
              <w:t>1.0910 to 1.2069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CDE98D" w14:textId="77777777" w:rsidR="003B3005" w:rsidRDefault="00000000">
            <w:pPr>
              <w:spacing w:line="240" w:lineRule="auto"/>
              <w:jc w:val="center"/>
            </w:pPr>
            <w:r>
              <w:rPr>
                <w:sz w:val="15"/>
              </w:rPr>
              <w:t>0.0296</w:t>
            </w:r>
          </w:p>
        </w:tc>
      </w:tr>
      <w:tr w:rsidR="003B3005" w14:paraId="544194C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CAF4F9"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24BA5D" w14:textId="77777777" w:rsidR="003B3005" w:rsidRDefault="00000000">
            <w:pPr>
              <w:spacing w:line="240" w:lineRule="auto"/>
              <w:jc w:val="center"/>
            </w:pPr>
            <w:r>
              <w:rPr>
                <w:sz w:val="15"/>
              </w:rPr>
              <w:t>2020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0E6DAE" w14:textId="77777777" w:rsidR="003B3005" w:rsidRDefault="00000000">
            <w:pPr>
              <w:spacing w:line="240" w:lineRule="auto"/>
              <w:jc w:val="center"/>
            </w:pPr>
            <w:r>
              <w:rPr>
                <w:sz w:val="15"/>
              </w:rPr>
              <w:t>2887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929BA1" w14:textId="77777777" w:rsidR="003B3005" w:rsidRDefault="00000000">
            <w:pPr>
              <w:spacing w:line="240" w:lineRule="auto"/>
              <w:jc w:val="center"/>
            </w:pPr>
            <w:r>
              <w:rPr>
                <w:sz w:val="15"/>
              </w:rPr>
              <w:t>116909132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694D3A" w14:textId="77777777" w:rsidR="003B3005" w:rsidRDefault="00000000">
            <w:pPr>
              <w:spacing w:line="240" w:lineRule="auto"/>
              <w:jc w:val="center"/>
            </w:pPr>
            <w:r>
              <w:rPr>
                <w:sz w:val="15"/>
              </w:rPr>
              <w:t>2.0802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C46677" w14:textId="77777777" w:rsidR="003B3005" w:rsidRDefault="00000000">
            <w:pPr>
              <w:spacing w:line="240" w:lineRule="auto"/>
              <w:jc w:val="center"/>
            </w:pPr>
            <w:r>
              <w:rPr>
                <w:sz w:val="15"/>
              </w:rPr>
              <w:t>2.0020 to 2.1583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9BA625" w14:textId="77777777" w:rsidR="003B3005" w:rsidRDefault="00000000">
            <w:pPr>
              <w:spacing w:line="240" w:lineRule="auto"/>
              <w:jc w:val="center"/>
            </w:pPr>
            <w:r>
              <w:rPr>
                <w:sz w:val="15"/>
              </w:rPr>
              <w:t>0.0399</w:t>
            </w:r>
          </w:p>
        </w:tc>
      </w:tr>
      <w:tr w:rsidR="003B3005" w14:paraId="2AF7ECF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F5B776"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8C1EE7" w14:textId="77777777" w:rsidR="003B3005" w:rsidRDefault="00000000">
            <w:pPr>
              <w:spacing w:line="240" w:lineRule="auto"/>
              <w:jc w:val="center"/>
            </w:pPr>
            <w:r>
              <w:rPr>
                <w:sz w:val="15"/>
              </w:rPr>
              <w:t>2021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8A797B" w14:textId="77777777" w:rsidR="003B3005" w:rsidRDefault="00000000">
            <w:pPr>
              <w:spacing w:line="240" w:lineRule="auto"/>
              <w:jc w:val="center"/>
            </w:pPr>
            <w:r>
              <w:rPr>
                <w:sz w:val="15"/>
              </w:rPr>
              <w:t>3994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633D4D" w14:textId="77777777" w:rsidR="003B3005" w:rsidRDefault="00000000">
            <w:pPr>
              <w:spacing w:line="240" w:lineRule="auto"/>
              <w:jc w:val="center"/>
            </w:pPr>
            <w:r>
              <w:rPr>
                <w:sz w:val="15"/>
              </w:rPr>
              <w:t>116838617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336FBE" w14:textId="77777777" w:rsidR="003B3005" w:rsidRDefault="00000000">
            <w:pPr>
              <w:spacing w:line="240" w:lineRule="auto"/>
              <w:jc w:val="center"/>
            </w:pPr>
            <w:r>
              <w:rPr>
                <w:sz w:val="15"/>
              </w:rPr>
              <w:t>2.9649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528B6A" w14:textId="77777777" w:rsidR="003B3005" w:rsidRDefault="00000000">
            <w:pPr>
              <w:spacing w:line="240" w:lineRule="auto"/>
              <w:jc w:val="center"/>
            </w:pPr>
            <w:r>
              <w:rPr>
                <w:sz w:val="15"/>
              </w:rPr>
              <w:t>2.8700 to 3.0624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BB2E9B" w14:textId="77777777" w:rsidR="003B3005" w:rsidRDefault="00000000">
            <w:pPr>
              <w:spacing w:line="240" w:lineRule="auto"/>
              <w:jc w:val="center"/>
            </w:pPr>
            <w:r>
              <w:rPr>
                <w:sz w:val="15"/>
              </w:rPr>
              <w:t>0.0488</w:t>
            </w:r>
          </w:p>
        </w:tc>
      </w:tr>
      <w:tr w:rsidR="003B3005" w14:paraId="28645E5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4B8958"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E0A9DE" w14:textId="77777777" w:rsidR="003B3005" w:rsidRDefault="00000000">
            <w:pPr>
              <w:spacing w:line="240" w:lineRule="auto"/>
              <w:jc w:val="center"/>
            </w:pPr>
            <w:r>
              <w:rPr>
                <w:sz w:val="15"/>
              </w:rPr>
              <w:t>2022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E18CA1" w14:textId="77777777" w:rsidR="003B3005" w:rsidRDefault="00000000">
            <w:pPr>
              <w:spacing w:line="240" w:lineRule="auto"/>
              <w:jc w:val="center"/>
            </w:pPr>
            <w:r>
              <w:rPr>
                <w:sz w:val="15"/>
              </w:rPr>
              <w:t>3016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DCD44E" w14:textId="77777777" w:rsidR="003B3005" w:rsidRDefault="00000000">
            <w:pPr>
              <w:spacing w:line="240" w:lineRule="auto"/>
              <w:jc w:val="center"/>
            </w:pPr>
            <w:r>
              <w:rPr>
                <w:sz w:val="15"/>
              </w:rPr>
              <w:t>117317971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C989AE" w14:textId="77777777" w:rsidR="003B3005" w:rsidRDefault="00000000">
            <w:pPr>
              <w:spacing w:line="240" w:lineRule="auto"/>
              <w:jc w:val="center"/>
            </w:pPr>
            <w:r>
              <w:rPr>
                <w:sz w:val="15"/>
              </w:rPr>
              <w:t>2.1724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B3ADC8" w14:textId="77777777" w:rsidR="003B3005" w:rsidRDefault="00000000">
            <w:pPr>
              <w:spacing w:line="240" w:lineRule="auto"/>
              <w:jc w:val="center"/>
            </w:pPr>
            <w:r>
              <w:rPr>
                <w:sz w:val="15"/>
              </w:rPr>
              <w:t>2.0932 to 2.2542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1E95C4" w14:textId="77777777" w:rsidR="003B3005" w:rsidRDefault="00000000">
            <w:pPr>
              <w:spacing w:line="240" w:lineRule="auto"/>
              <w:jc w:val="center"/>
            </w:pPr>
            <w:r>
              <w:rPr>
                <w:sz w:val="15"/>
              </w:rPr>
              <w:t>0.0408</w:t>
            </w:r>
          </w:p>
        </w:tc>
      </w:tr>
      <w:tr w:rsidR="003B3005" w14:paraId="10A2D7D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83024C"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FBF248" w14:textId="77777777" w:rsidR="003B3005" w:rsidRDefault="00000000">
            <w:pPr>
              <w:spacing w:line="240" w:lineRule="auto"/>
              <w:jc w:val="center"/>
            </w:pPr>
            <w:r>
              <w:rPr>
                <w:sz w:val="15"/>
              </w:rPr>
              <w:t>2023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8A715F" w14:textId="77777777" w:rsidR="003B3005" w:rsidRDefault="00000000">
            <w:pPr>
              <w:spacing w:line="240" w:lineRule="auto"/>
              <w:jc w:val="center"/>
            </w:pPr>
            <w:r>
              <w:rPr>
                <w:sz w:val="15"/>
              </w:rPr>
              <w:t>2429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2C32B6" w14:textId="77777777" w:rsidR="003B3005" w:rsidRDefault="00000000">
            <w:pPr>
              <w:spacing w:line="240" w:lineRule="auto"/>
              <w:jc w:val="center"/>
            </w:pPr>
            <w:r>
              <w:rPr>
                <w:sz w:val="15"/>
              </w:rPr>
              <w:t>118635845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A24ADC" w14:textId="77777777" w:rsidR="003B3005" w:rsidRDefault="00000000">
            <w:pPr>
              <w:spacing w:line="240" w:lineRule="auto"/>
              <w:jc w:val="center"/>
            </w:pPr>
            <w:r>
              <w:rPr>
                <w:sz w:val="15"/>
              </w:rPr>
              <w:t>1.7152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1E8C20" w14:textId="77777777" w:rsidR="003B3005" w:rsidRDefault="00000000">
            <w:pPr>
              <w:spacing w:line="240" w:lineRule="auto"/>
              <w:jc w:val="center"/>
            </w:pPr>
            <w:r>
              <w:rPr>
                <w:sz w:val="15"/>
              </w:rPr>
              <w:t>1.6461 to 1.7868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F275ED" w14:textId="77777777" w:rsidR="003B3005" w:rsidRDefault="00000000">
            <w:pPr>
              <w:spacing w:line="240" w:lineRule="auto"/>
              <w:jc w:val="center"/>
            </w:pPr>
            <w:r>
              <w:rPr>
                <w:sz w:val="15"/>
              </w:rPr>
              <w:t>0.0356</w:t>
            </w:r>
          </w:p>
        </w:tc>
      </w:tr>
      <w:tr w:rsidR="003B3005" w14:paraId="578A329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3E5B25" w14:textId="77777777" w:rsidR="003B3005" w:rsidRDefault="00000000">
            <w:pPr>
              <w:spacing w:line="240" w:lineRule="auto"/>
            </w:pPr>
            <w:r>
              <w:rPr>
                <w:sz w:val="15"/>
              </w:rPr>
              <w:t>Female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3B7BB3" w14:textId="77777777" w:rsidR="003B3005" w:rsidRDefault="00000000">
            <w:pPr>
              <w:spacing w:line="240" w:lineRule="auto"/>
              <w:jc w:val="center"/>
            </w:pPr>
            <w:r>
              <w:rPr>
                <w:sz w:val="15"/>
              </w:rPr>
              <w:t>2024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055307" w14:textId="77777777" w:rsidR="003B3005" w:rsidRDefault="00000000">
            <w:pPr>
              <w:spacing w:line="240" w:lineRule="auto"/>
              <w:jc w:val="center"/>
            </w:pPr>
            <w:r>
              <w:rPr>
                <w:sz w:val="15"/>
              </w:rPr>
              <w:t>2298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4EF495" w14:textId="77777777" w:rsidR="003B3005" w:rsidRDefault="00000000">
            <w:pPr>
              <w:spacing w:line="240" w:lineRule="auto"/>
              <w:jc w:val="center"/>
            </w:pPr>
            <w:r>
              <w:rPr>
                <w:sz w:val="15"/>
              </w:rPr>
              <w:t>120712622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09C514" w14:textId="77777777" w:rsidR="003B3005" w:rsidRDefault="00000000">
            <w:pPr>
              <w:spacing w:line="240" w:lineRule="auto"/>
              <w:jc w:val="center"/>
            </w:pPr>
            <w:r>
              <w:rPr>
                <w:sz w:val="15"/>
              </w:rPr>
              <w:t>1.5738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DA7F03" w14:textId="77777777" w:rsidR="003B3005" w:rsidRDefault="00000000">
            <w:pPr>
              <w:spacing w:line="240" w:lineRule="auto"/>
              <w:jc w:val="center"/>
            </w:pPr>
            <w:r>
              <w:rPr>
                <w:sz w:val="15"/>
              </w:rPr>
              <w:t>1.5080 to 1.6423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475B67" w14:textId="77777777" w:rsidR="003B3005" w:rsidRDefault="00000000">
            <w:pPr>
              <w:spacing w:line="240" w:lineRule="auto"/>
              <w:jc w:val="center"/>
            </w:pPr>
            <w:r>
              <w:rPr>
                <w:sz w:val="15"/>
              </w:rPr>
              <w:t>0.0340</w:t>
            </w:r>
          </w:p>
        </w:tc>
      </w:tr>
      <w:tr w:rsidR="003B3005" w14:paraId="04EE71A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C2CEB2"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8083B1" w14:textId="77777777" w:rsidR="003B3005" w:rsidRDefault="00000000">
            <w:pPr>
              <w:spacing w:line="240" w:lineRule="auto"/>
              <w:jc w:val="center"/>
            </w:pPr>
            <w:r>
              <w:rPr>
                <w:sz w:val="15"/>
              </w:rPr>
              <w:t>1999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48EEE5" w14:textId="77777777" w:rsidR="003B3005" w:rsidRDefault="00000000">
            <w:pPr>
              <w:spacing w:line="240" w:lineRule="auto"/>
              <w:jc w:val="center"/>
            </w:pPr>
            <w:r>
              <w:rPr>
                <w:sz w:val="15"/>
              </w:rPr>
              <w:t>265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01BFFB" w14:textId="77777777" w:rsidR="003B3005" w:rsidRDefault="00000000">
            <w:pPr>
              <w:spacing w:line="240" w:lineRule="auto"/>
              <w:jc w:val="center"/>
            </w:pPr>
            <w:r>
              <w:rPr>
                <w:sz w:val="15"/>
              </w:rPr>
              <w:t>86285677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2EAC2A" w14:textId="77777777" w:rsidR="003B3005" w:rsidRDefault="00000000">
            <w:pPr>
              <w:spacing w:line="240" w:lineRule="auto"/>
              <w:jc w:val="center"/>
            </w:pPr>
            <w:r>
              <w:rPr>
                <w:sz w:val="15"/>
              </w:rPr>
              <w:t>0.3146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8FB900" w14:textId="77777777" w:rsidR="003B3005" w:rsidRDefault="00000000">
            <w:pPr>
              <w:spacing w:line="240" w:lineRule="auto"/>
              <w:jc w:val="center"/>
            </w:pPr>
            <w:r>
              <w:rPr>
                <w:sz w:val="15"/>
              </w:rPr>
              <w:t>0.2763 to 0.3529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B9047F" w14:textId="77777777" w:rsidR="003B3005" w:rsidRDefault="00000000">
            <w:pPr>
              <w:spacing w:line="240" w:lineRule="auto"/>
              <w:jc w:val="center"/>
            </w:pPr>
            <w:r>
              <w:rPr>
                <w:sz w:val="15"/>
              </w:rPr>
              <w:t>0.0195</w:t>
            </w:r>
          </w:p>
        </w:tc>
      </w:tr>
      <w:tr w:rsidR="003B3005" w14:paraId="684B020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89D9C5"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7441D2" w14:textId="77777777" w:rsidR="003B3005" w:rsidRDefault="00000000">
            <w:pPr>
              <w:spacing w:line="240" w:lineRule="auto"/>
              <w:jc w:val="center"/>
            </w:pPr>
            <w:r>
              <w:rPr>
                <w:sz w:val="15"/>
              </w:rPr>
              <w:t>2000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0DD44D" w14:textId="77777777" w:rsidR="003B3005" w:rsidRDefault="00000000">
            <w:pPr>
              <w:spacing w:line="240" w:lineRule="auto"/>
              <w:jc w:val="center"/>
            </w:pPr>
            <w:r>
              <w:rPr>
                <w:sz w:val="15"/>
              </w:rPr>
              <w:t>294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9684F5" w14:textId="77777777" w:rsidR="003B3005" w:rsidRDefault="00000000">
            <w:pPr>
              <w:spacing w:line="240" w:lineRule="auto"/>
              <w:jc w:val="center"/>
            </w:pPr>
            <w:r>
              <w:rPr>
                <w:sz w:val="15"/>
              </w:rPr>
              <w:t>87120538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7795ED" w14:textId="77777777" w:rsidR="003B3005" w:rsidRDefault="00000000">
            <w:pPr>
              <w:spacing w:line="240" w:lineRule="auto"/>
              <w:jc w:val="center"/>
            </w:pPr>
            <w:r>
              <w:rPr>
                <w:sz w:val="15"/>
              </w:rPr>
              <w:t>0.3388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BF86A8" w14:textId="77777777" w:rsidR="003B3005" w:rsidRDefault="00000000">
            <w:pPr>
              <w:spacing w:line="240" w:lineRule="auto"/>
              <w:jc w:val="center"/>
            </w:pPr>
            <w:r>
              <w:rPr>
                <w:sz w:val="15"/>
              </w:rPr>
              <w:t>0.2997 to 0.3779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9DA18B" w14:textId="77777777" w:rsidR="003B3005" w:rsidRDefault="00000000">
            <w:pPr>
              <w:spacing w:line="240" w:lineRule="auto"/>
              <w:jc w:val="center"/>
            </w:pPr>
            <w:r>
              <w:rPr>
                <w:sz w:val="15"/>
              </w:rPr>
              <w:t>0.0199</w:t>
            </w:r>
          </w:p>
        </w:tc>
      </w:tr>
      <w:tr w:rsidR="003B3005" w14:paraId="7CD4FAE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9A7B2D"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7427A4" w14:textId="77777777" w:rsidR="003B3005" w:rsidRDefault="00000000">
            <w:pPr>
              <w:spacing w:line="240" w:lineRule="auto"/>
              <w:jc w:val="center"/>
            </w:pPr>
            <w:r>
              <w:rPr>
                <w:sz w:val="15"/>
              </w:rPr>
              <w:t>2001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21A48E" w14:textId="77777777" w:rsidR="003B3005" w:rsidRDefault="00000000">
            <w:pPr>
              <w:spacing w:line="240" w:lineRule="auto"/>
              <w:jc w:val="center"/>
            </w:pPr>
            <w:r>
              <w:rPr>
                <w:sz w:val="15"/>
              </w:rPr>
              <w:t>332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B2BD97" w14:textId="77777777" w:rsidR="003B3005" w:rsidRDefault="00000000">
            <w:pPr>
              <w:spacing w:line="240" w:lineRule="auto"/>
              <w:jc w:val="center"/>
            </w:pPr>
            <w:r>
              <w:rPr>
                <w:sz w:val="15"/>
              </w:rPr>
              <w:t>88320720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203A2D" w14:textId="77777777" w:rsidR="003B3005" w:rsidRDefault="00000000">
            <w:pPr>
              <w:spacing w:line="240" w:lineRule="auto"/>
              <w:jc w:val="center"/>
            </w:pPr>
            <w:r>
              <w:rPr>
                <w:sz w:val="15"/>
              </w:rPr>
              <w:t>0.3894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648E8B" w14:textId="77777777" w:rsidR="003B3005" w:rsidRDefault="00000000">
            <w:pPr>
              <w:spacing w:line="240" w:lineRule="auto"/>
              <w:jc w:val="center"/>
            </w:pPr>
            <w:r>
              <w:rPr>
                <w:sz w:val="15"/>
              </w:rPr>
              <w:t>0.3471 to 0.4316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BD14D4" w14:textId="77777777" w:rsidR="003B3005" w:rsidRDefault="00000000">
            <w:pPr>
              <w:spacing w:line="240" w:lineRule="auto"/>
              <w:jc w:val="center"/>
            </w:pPr>
            <w:r>
              <w:rPr>
                <w:sz w:val="15"/>
              </w:rPr>
              <w:t>0.0216</w:t>
            </w:r>
          </w:p>
        </w:tc>
      </w:tr>
      <w:tr w:rsidR="003B3005" w14:paraId="7D566D9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AA73B8"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2620CD" w14:textId="77777777" w:rsidR="003B3005" w:rsidRDefault="00000000">
            <w:pPr>
              <w:spacing w:line="240" w:lineRule="auto"/>
              <w:jc w:val="center"/>
            </w:pPr>
            <w:r>
              <w:rPr>
                <w:sz w:val="15"/>
              </w:rPr>
              <w:t>2002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C532D5" w14:textId="77777777" w:rsidR="003B3005" w:rsidRDefault="00000000">
            <w:pPr>
              <w:spacing w:line="240" w:lineRule="auto"/>
              <w:jc w:val="center"/>
            </w:pPr>
            <w:r>
              <w:rPr>
                <w:sz w:val="15"/>
              </w:rPr>
              <w:t>391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3C17D4" w14:textId="77777777" w:rsidR="003B3005" w:rsidRDefault="00000000">
            <w:pPr>
              <w:spacing w:line="240" w:lineRule="auto"/>
              <w:jc w:val="center"/>
            </w:pPr>
            <w:r>
              <w:rPr>
                <w:sz w:val="15"/>
              </w:rPr>
              <w:t>89280325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6B02FF" w14:textId="77777777" w:rsidR="003B3005" w:rsidRDefault="00000000">
            <w:pPr>
              <w:spacing w:line="240" w:lineRule="auto"/>
              <w:jc w:val="center"/>
            </w:pPr>
            <w:r>
              <w:rPr>
                <w:sz w:val="15"/>
              </w:rPr>
              <w:t>0.4482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5EC875" w14:textId="77777777" w:rsidR="003B3005" w:rsidRDefault="00000000">
            <w:pPr>
              <w:spacing w:line="240" w:lineRule="auto"/>
              <w:jc w:val="center"/>
            </w:pPr>
            <w:r>
              <w:rPr>
                <w:sz w:val="15"/>
              </w:rPr>
              <w:t>0.4034 to 0.4930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3CDF7C" w14:textId="77777777" w:rsidR="003B3005" w:rsidRDefault="00000000">
            <w:pPr>
              <w:spacing w:line="240" w:lineRule="auto"/>
              <w:jc w:val="center"/>
            </w:pPr>
            <w:r>
              <w:rPr>
                <w:sz w:val="15"/>
              </w:rPr>
              <w:t>0.0229</w:t>
            </w:r>
          </w:p>
        </w:tc>
      </w:tr>
      <w:tr w:rsidR="003B3005" w14:paraId="1D36C4C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B80A81"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77FB69" w14:textId="77777777" w:rsidR="003B3005" w:rsidRDefault="00000000">
            <w:pPr>
              <w:spacing w:line="240" w:lineRule="auto"/>
              <w:jc w:val="center"/>
            </w:pPr>
            <w:r>
              <w:rPr>
                <w:sz w:val="15"/>
              </w:rPr>
              <w:t>2003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F4D16D" w14:textId="77777777" w:rsidR="003B3005" w:rsidRDefault="00000000">
            <w:pPr>
              <w:spacing w:line="240" w:lineRule="auto"/>
              <w:jc w:val="center"/>
            </w:pPr>
            <w:r>
              <w:rPr>
                <w:sz w:val="15"/>
              </w:rPr>
              <w:t>430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12F3C1" w14:textId="77777777" w:rsidR="003B3005" w:rsidRDefault="00000000">
            <w:pPr>
              <w:spacing w:line="240" w:lineRule="auto"/>
              <w:jc w:val="center"/>
            </w:pPr>
            <w:r>
              <w:rPr>
                <w:sz w:val="15"/>
              </w:rPr>
              <w:t>90197132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1DEC95" w14:textId="77777777" w:rsidR="003B3005" w:rsidRDefault="00000000">
            <w:pPr>
              <w:spacing w:line="240" w:lineRule="auto"/>
              <w:jc w:val="center"/>
            </w:pPr>
            <w:r>
              <w:rPr>
                <w:sz w:val="15"/>
              </w:rPr>
              <w:t>0.4862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09F62E" w14:textId="77777777" w:rsidR="003B3005" w:rsidRDefault="00000000">
            <w:pPr>
              <w:spacing w:line="240" w:lineRule="auto"/>
              <w:jc w:val="center"/>
            </w:pPr>
            <w:r>
              <w:rPr>
                <w:sz w:val="15"/>
              </w:rPr>
              <w:t>0.4398 to 0.5325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362BB0" w14:textId="77777777" w:rsidR="003B3005" w:rsidRDefault="00000000">
            <w:pPr>
              <w:spacing w:line="240" w:lineRule="auto"/>
              <w:jc w:val="center"/>
            </w:pPr>
            <w:r>
              <w:rPr>
                <w:sz w:val="15"/>
              </w:rPr>
              <w:t>0.0236</w:t>
            </w:r>
          </w:p>
        </w:tc>
      </w:tr>
      <w:tr w:rsidR="003B3005" w14:paraId="21BC55A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279E7E"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F83B50" w14:textId="77777777" w:rsidR="003B3005" w:rsidRDefault="00000000">
            <w:pPr>
              <w:spacing w:line="240" w:lineRule="auto"/>
              <w:jc w:val="center"/>
            </w:pPr>
            <w:r>
              <w:rPr>
                <w:sz w:val="15"/>
              </w:rPr>
              <w:t>2004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084959" w14:textId="77777777" w:rsidR="003B3005" w:rsidRDefault="00000000">
            <w:pPr>
              <w:spacing w:line="240" w:lineRule="auto"/>
              <w:jc w:val="center"/>
            </w:pPr>
            <w:r>
              <w:rPr>
                <w:sz w:val="15"/>
              </w:rPr>
              <w:t>408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F2BAA4" w14:textId="77777777" w:rsidR="003B3005" w:rsidRDefault="00000000">
            <w:pPr>
              <w:spacing w:line="240" w:lineRule="auto"/>
              <w:jc w:val="center"/>
            </w:pPr>
            <w:r>
              <w:rPr>
                <w:sz w:val="15"/>
              </w:rPr>
              <w:t>91283860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EF0138" w14:textId="77777777" w:rsidR="003B3005" w:rsidRDefault="00000000">
            <w:pPr>
              <w:spacing w:line="240" w:lineRule="auto"/>
              <w:jc w:val="center"/>
            </w:pPr>
            <w:r>
              <w:rPr>
                <w:sz w:val="15"/>
              </w:rPr>
              <w:t>0.4281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0E7A70" w14:textId="77777777" w:rsidR="003B3005" w:rsidRDefault="00000000">
            <w:pPr>
              <w:spacing w:line="240" w:lineRule="auto"/>
              <w:jc w:val="center"/>
            </w:pPr>
            <w:r>
              <w:rPr>
                <w:sz w:val="15"/>
              </w:rPr>
              <w:t>0.3860 to 0.4702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7C0443" w14:textId="77777777" w:rsidR="003B3005" w:rsidRDefault="00000000">
            <w:pPr>
              <w:spacing w:line="240" w:lineRule="auto"/>
              <w:jc w:val="center"/>
            </w:pPr>
            <w:r>
              <w:rPr>
                <w:sz w:val="15"/>
              </w:rPr>
              <w:t>0.0215</w:t>
            </w:r>
          </w:p>
        </w:tc>
      </w:tr>
      <w:tr w:rsidR="003B3005" w14:paraId="0D8C843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2DF2C7"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C7AEB5" w14:textId="77777777" w:rsidR="003B3005" w:rsidRDefault="00000000">
            <w:pPr>
              <w:spacing w:line="240" w:lineRule="auto"/>
              <w:jc w:val="center"/>
            </w:pPr>
            <w:r>
              <w:rPr>
                <w:sz w:val="15"/>
              </w:rPr>
              <w:t>2005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863D9C" w14:textId="77777777" w:rsidR="003B3005" w:rsidRDefault="00000000">
            <w:pPr>
              <w:spacing w:line="240" w:lineRule="auto"/>
              <w:jc w:val="center"/>
            </w:pPr>
            <w:r>
              <w:rPr>
                <w:sz w:val="15"/>
              </w:rPr>
              <w:t>487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F633B4" w14:textId="77777777" w:rsidR="003B3005" w:rsidRDefault="00000000">
            <w:pPr>
              <w:spacing w:line="240" w:lineRule="auto"/>
              <w:jc w:val="center"/>
            </w:pPr>
            <w:r>
              <w:rPr>
                <w:sz w:val="15"/>
              </w:rPr>
              <w:t>92453545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2A7CC5" w14:textId="77777777" w:rsidR="003B3005" w:rsidRDefault="00000000">
            <w:pPr>
              <w:spacing w:line="240" w:lineRule="auto"/>
              <w:jc w:val="center"/>
            </w:pPr>
            <w:r>
              <w:rPr>
                <w:sz w:val="15"/>
              </w:rPr>
              <w:t>0.5287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017F7D" w14:textId="77777777" w:rsidR="003B3005" w:rsidRDefault="00000000">
            <w:pPr>
              <w:spacing w:line="240" w:lineRule="auto"/>
              <w:jc w:val="center"/>
            </w:pPr>
            <w:r>
              <w:rPr>
                <w:sz w:val="15"/>
              </w:rPr>
              <w:t>0.4812 to 0.5762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84A3CB" w14:textId="77777777" w:rsidR="003B3005" w:rsidRDefault="00000000">
            <w:pPr>
              <w:spacing w:line="240" w:lineRule="auto"/>
              <w:jc w:val="center"/>
            </w:pPr>
            <w:r>
              <w:rPr>
                <w:sz w:val="15"/>
              </w:rPr>
              <w:t>0.0242</w:t>
            </w:r>
          </w:p>
        </w:tc>
      </w:tr>
      <w:tr w:rsidR="003B3005" w14:paraId="20316C7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B98AF9"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154D80" w14:textId="77777777" w:rsidR="003B3005" w:rsidRDefault="00000000">
            <w:pPr>
              <w:spacing w:line="240" w:lineRule="auto"/>
              <w:jc w:val="center"/>
            </w:pPr>
            <w:r>
              <w:rPr>
                <w:sz w:val="15"/>
              </w:rPr>
              <w:t>2006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4ACF36" w14:textId="77777777" w:rsidR="003B3005" w:rsidRDefault="00000000">
            <w:pPr>
              <w:spacing w:line="240" w:lineRule="auto"/>
              <w:jc w:val="center"/>
            </w:pPr>
            <w:r>
              <w:rPr>
                <w:sz w:val="15"/>
              </w:rPr>
              <w:t>575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FC2ECC" w14:textId="77777777" w:rsidR="003B3005" w:rsidRDefault="00000000">
            <w:pPr>
              <w:spacing w:line="240" w:lineRule="auto"/>
              <w:jc w:val="center"/>
            </w:pPr>
            <w:r>
              <w:rPr>
                <w:sz w:val="15"/>
              </w:rPr>
              <w:t>93690917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9C3355" w14:textId="77777777" w:rsidR="003B3005" w:rsidRDefault="00000000">
            <w:pPr>
              <w:spacing w:line="240" w:lineRule="auto"/>
              <w:jc w:val="center"/>
            </w:pPr>
            <w:r>
              <w:rPr>
                <w:sz w:val="15"/>
              </w:rPr>
              <w:t>0.5775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6A1AF1" w14:textId="77777777" w:rsidR="003B3005" w:rsidRDefault="00000000">
            <w:pPr>
              <w:spacing w:line="240" w:lineRule="auto"/>
              <w:jc w:val="center"/>
            </w:pPr>
            <w:r>
              <w:rPr>
                <w:sz w:val="15"/>
              </w:rPr>
              <w:t>0.5296 to 0.6254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98924D" w14:textId="77777777" w:rsidR="003B3005" w:rsidRDefault="00000000">
            <w:pPr>
              <w:spacing w:line="240" w:lineRule="auto"/>
              <w:jc w:val="center"/>
            </w:pPr>
            <w:r>
              <w:rPr>
                <w:sz w:val="15"/>
              </w:rPr>
              <w:t>0.0244</w:t>
            </w:r>
          </w:p>
        </w:tc>
      </w:tr>
      <w:tr w:rsidR="003B3005" w14:paraId="08902BE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1AD890"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F2E327" w14:textId="77777777" w:rsidR="003B3005" w:rsidRDefault="00000000">
            <w:pPr>
              <w:spacing w:line="240" w:lineRule="auto"/>
              <w:jc w:val="center"/>
            </w:pPr>
            <w:r>
              <w:rPr>
                <w:sz w:val="15"/>
              </w:rPr>
              <w:t>2007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013D04" w14:textId="77777777" w:rsidR="003B3005" w:rsidRDefault="00000000">
            <w:pPr>
              <w:spacing w:line="240" w:lineRule="auto"/>
              <w:jc w:val="center"/>
            </w:pPr>
            <w:r>
              <w:rPr>
                <w:sz w:val="15"/>
              </w:rPr>
              <w:t>595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8E80DE" w14:textId="77777777" w:rsidR="003B3005" w:rsidRDefault="00000000">
            <w:pPr>
              <w:spacing w:line="240" w:lineRule="auto"/>
              <w:jc w:val="center"/>
            </w:pPr>
            <w:r>
              <w:rPr>
                <w:sz w:val="15"/>
              </w:rPr>
              <w:t>94889947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F2AA40" w14:textId="77777777" w:rsidR="003B3005" w:rsidRDefault="00000000">
            <w:pPr>
              <w:spacing w:line="240" w:lineRule="auto"/>
              <w:jc w:val="center"/>
            </w:pPr>
            <w:r>
              <w:rPr>
                <w:sz w:val="15"/>
              </w:rPr>
              <w:t>0.6090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7A3EC8" w14:textId="77777777" w:rsidR="003B3005" w:rsidRDefault="00000000">
            <w:pPr>
              <w:spacing w:line="240" w:lineRule="auto"/>
              <w:jc w:val="center"/>
            </w:pPr>
            <w:r>
              <w:rPr>
                <w:sz w:val="15"/>
              </w:rPr>
              <w:t>0.5594 to 0.6586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C736DB" w14:textId="77777777" w:rsidR="003B3005" w:rsidRDefault="00000000">
            <w:pPr>
              <w:spacing w:line="240" w:lineRule="auto"/>
              <w:jc w:val="center"/>
            </w:pPr>
            <w:r>
              <w:rPr>
                <w:sz w:val="15"/>
              </w:rPr>
              <w:t>0.0253</w:t>
            </w:r>
          </w:p>
        </w:tc>
      </w:tr>
      <w:tr w:rsidR="003B3005" w14:paraId="717FA16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F012AF" w14:textId="77777777" w:rsidR="003B3005" w:rsidRDefault="00000000">
            <w:pPr>
              <w:spacing w:line="240" w:lineRule="auto"/>
            </w:pPr>
            <w:r>
              <w:rPr>
                <w:sz w:val="15"/>
              </w:rPr>
              <w:lastRenderedPageBreak/>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09830A" w14:textId="77777777" w:rsidR="003B3005" w:rsidRDefault="00000000">
            <w:pPr>
              <w:spacing w:line="240" w:lineRule="auto"/>
              <w:jc w:val="center"/>
            </w:pPr>
            <w:r>
              <w:rPr>
                <w:sz w:val="15"/>
              </w:rPr>
              <w:t>2008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F4EAB3" w14:textId="77777777" w:rsidR="003B3005" w:rsidRDefault="00000000">
            <w:pPr>
              <w:spacing w:line="240" w:lineRule="auto"/>
              <w:jc w:val="center"/>
            </w:pPr>
            <w:r>
              <w:rPr>
                <w:sz w:val="15"/>
              </w:rPr>
              <w:t>616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DCCD96" w14:textId="77777777" w:rsidR="003B3005" w:rsidRDefault="00000000">
            <w:pPr>
              <w:spacing w:line="240" w:lineRule="auto"/>
              <w:jc w:val="center"/>
            </w:pPr>
            <w:r>
              <w:rPr>
                <w:sz w:val="15"/>
              </w:rPr>
              <w:t>96106934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C7D760" w14:textId="77777777" w:rsidR="003B3005" w:rsidRDefault="00000000">
            <w:pPr>
              <w:spacing w:line="240" w:lineRule="auto"/>
              <w:jc w:val="center"/>
            </w:pPr>
            <w:r>
              <w:rPr>
                <w:sz w:val="15"/>
              </w:rPr>
              <w:t>0.6046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9E3639" w14:textId="77777777" w:rsidR="003B3005" w:rsidRDefault="00000000">
            <w:pPr>
              <w:spacing w:line="240" w:lineRule="auto"/>
              <w:jc w:val="center"/>
            </w:pPr>
            <w:r>
              <w:rPr>
                <w:sz w:val="15"/>
              </w:rPr>
              <w:t>0.5563 to 0.6529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92F2F7" w14:textId="77777777" w:rsidR="003B3005" w:rsidRDefault="00000000">
            <w:pPr>
              <w:spacing w:line="240" w:lineRule="auto"/>
              <w:jc w:val="center"/>
            </w:pPr>
            <w:r>
              <w:rPr>
                <w:sz w:val="15"/>
              </w:rPr>
              <w:t>0.0246</w:t>
            </w:r>
          </w:p>
        </w:tc>
      </w:tr>
      <w:tr w:rsidR="003B3005" w14:paraId="39EC504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60DF8A"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6C7E3C" w14:textId="77777777" w:rsidR="003B3005" w:rsidRDefault="00000000">
            <w:pPr>
              <w:spacing w:line="240" w:lineRule="auto"/>
              <w:jc w:val="center"/>
            </w:pPr>
            <w:r>
              <w:rPr>
                <w:sz w:val="15"/>
              </w:rPr>
              <w:t>2009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339A1E" w14:textId="77777777" w:rsidR="003B3005" w:rsidRDefault="00000000">
            <w:pPr>
              <w:spacing w:line="240" w:lineRule="auto"/>
              <w:jc w:val="center"/>
            </w:pPr>
            <w:r>
              <w:rPr>
                <w:sz w:val="15"/>
              </w:rPr>
              <w:t>690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AC2DF7" w14:textId="77777777" w:rsidR="003B3005" w:rsidRDefault="00000000">
            <w:pPr>
              <w:spacing w:line="240" w:lineRule="auto"/>
              <w:jc w:val="center"/>
            </w:pPr>
            <w:r>
              <w:rPr>
                <w:sz w:val="15"/>
              </w:rPr>
              <w:t>97272830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6C37FF" w14:textId="77777777" w:rsidR="003B3005" w:rsidRDefault="00000000">
            <w:pPr>
              <w:spacing w:line="240" w:lineRule="auto"/>
              <w:jc w:val="center"/>
            </w:pPr>
            <w:r>
              <w:rPr>
                <w:sz w:val="15"/>
              </w:rPr>
              <w:t>0.7128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ACEE40" w14:textId="77777777" w:rsidR="003B3005" w:rsidRDefault="00000000">
            <w:pPr>
              <w:spacing w:line="240" w:lineRule="auto"/>
              <w:jc w:val="center"/>
            </w:pPr>
            <w:r>
              <w:rPr>
                <w:sz w:val="15"/>
              </w:rPr>
              <w:t>0.6585 to 0.7671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3D0B6E" w14:textId="77777777" w:rsidR="003B3005" w:rsidRDefault="00000000">
            <w:pPr>
              <w:spacing w:line="240" w:lineRule="auto"/>
              <w:jc w:val="center"/>
            </w:pPr>
            <w:r>
              <w:rPr>
                <w:sz w:val="15"/>
              </w:rPr>
              <w:t>0.0277</w:t>
            </w:r>
          </w:p>
        </w:tc>
      </w:tr>
      <w:tr w:rsidR="003B3005" w14:paraId="5BB8357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D195E8"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70A964" w14:textId="77777777" w:rsidR="003B3005" w:rsidRDefault="00000000">
            <w:pPr>
              <w:spacing w:line="240" w:lineRule="auto"/>
              <w:jc w:val="center"/>
            </w:pPr>
            <w:r>
              <w:rPr>
                <w:sz w:val="15"/>
              </w:rPr>
              <w:t>2010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1F3F70" w14:textId="77777777" w:rsidR="003B3005" w:rsidRDefault="00000000">
            <w:pPr>
              <w:spacing w:line="240" w:lineRule="auto"/>
              <w:jc w:val="center"/>
            </w:pPr>
            <w:r>
              <w:rPr>
                <w:sz w:val="15"/>
              </w:rPr>
              <w:t>770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D18AEC" w14:textId="77777777" w:rsidR="003B3005" w:rsidRDefault="00000000">
            <w:pPr>
              <w:spacing w:line="240" w:lineRule="auto"/>
              <w:jc w:val="center"/>
            </w:pPr>
            <w:r>
              <w:rPr>
                <w:sz w:val="15"/>
              </w:rPr>
              <w:t>98174557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CB5467" w14:textId="77777777" w:rsidR="003B3005" w:rsidRDefault="00000000">
            <w:pPr>
              <w:spacing w:line="240" w:lineRule="auto"/>
              <w:jc w:val="center"/>
            </w:pPr>
            <w:r>
              <w:rPr>
                <w:sz w:val="15"/>
              </w:rPr>
              <w:t>0.7529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71D6FF" w14:textId="77777777" w:rsidR="003B3005" w:rsidRDefault="00000000">
            <w:pPr>
              <w:spacing w:line="240" w:lineRule="auto"/>
              <w:jc w:val="center"/>
            </w:pPr>
            <w:r>
              <w:rPr>
                <w:sz w:val="15"/>
              </w:rPr>
              <w:t>0.6989 to 0.8069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51DDD6" w14:textId="77777777" w:rsidR="003B3005" w:rsidRDefault="00000000">
            <w:pPr>
              <w:spacing w:line="240" w:lineRule="auto"/>
              <w:jc w:val="center"/>
            </w:pPr>
            <w:r>
              <w:rPr>
                <w:sz w:val="15"/>
              </w:rPr>
              <w:t>0.0275</w:t>
            </w:r>
          </w:p>
        </w:tc>
      </w:tr>
      <w:tr w:rsidR="003B3005" w14:paraId="006953B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E88840"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BFCD8D" w14:textId="77777777" w:rsidR="003B3005" w:rsidRDefault="00000000">
            <w:pPr>
              <w:spacing w:line="240" w:lineRule="auto"/>
              <w:jc w:val="center"/>
            </w:pPr>
            <w:r>
              <w:rPr>
                <w:sz w:val="15"/>
              </w:rPr>
              <w:t>2011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3D6CF3" w14:textId="77777777" w:rsidR="003B3005" w:rsidRDefault="00000000">
            <w:pPr>
              <w:spacing w:line="240" w:lineRule="auto"/>
              <w:jc w:val="center"/>
            </w:pPr>
            <w:r>
              <w:rPr>
                <w:sz w:val="15"/>
              </w:rPr>
              <w:t>772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8947C5" w14:textId="77777777" w:rsidR="003B3005" w:rsidRDefault="00000000">
            <w:pPr>
              <w:spacing w:line="240" w:lineRule="auto"/>
              <w:jc w:val="center"/>
            </w:pPr>
            <w:r>
              <w:rPr>
                <w:sz w:val="15"/>
              </w:rPr>
              <w:t>99588456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9331D4" w14:textId="77777777" w:rsidR="003B3005" w:rsidRDefault="00000000">
            <w:pPr>
              <w:spacing w:line="240" w:lineRule="auto"/>
              <w:jc w:val="center"/>
            </w:pPr>
            <w:r>
              <w:rPr>
                <w:sz w:val="15"/>
              </w:rPr>
              <w:t>0.7348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EB3CA7" w14:textId="77777777" w:rsidR="003B3005" w:rsidRDefault="00000000">
            <w:pPr>
              <w:spacing w:line="240" w:lineRule="auto"/>
              <w:jc w:val="center"/>
            </w:pPr>
            <w:r>
              <w:rPr>
                <w:sz w:val="15"/>
              </w:rPr>
              <w:t>0.6816 to 0.7879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8293B4" w14:textId="77777777" w:rsidR="003B3005" w:rsidRDefault="00000000">
            <w:pPr>
              <w:spacing w:line="240" w:lineRule="auto"/>
              <w:jc w:val="center"/>
            </w:pPr>
            <w:r>
              <w:rPr>
                <w:sz w:val="15"/>
              </w:rPr>
              <w:t>0.0271</w:t>
            </w:r>
          </w:p>
        </w:tc>
      </w:tr>
      <w:tr w:rsidR="003B3005" w14:paraId="04F36CC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BD0F22"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FA7706" w14:textId="77777777" w:rsidR="003B3005" w:rsidRDefault="00000000">
            <w:pPr>
              <w:spacing w:line="240" w:lineRule="auto"/>
              <w:jc w:val="center"/>
            </w:pPr>
            <w:r>
              <w:rPr>
                <w:sz w:val="15"/>
              </w:rPr>
              <w:t>2012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B50A15" w14:textId="77777777" w:rsidR="003B3005" w:rsidRDefault="00000000">
            <w:pPr>
              <w:spacing w:line="240" w:lineRule="auto"/>
              <w:jc w:val="center"/>
            </w:pPr>
            <w:r>
              <w:rPr>
                <w:sz w:val="15"/>
              </w:rPr>
              <w:t>815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50867F" w14:textId="77777777" w:rsidR="003B3005" w:rsidRDefault="00000000">
            <w:pPr>
              <w:spacing w:line="240" w:lineRule="auto"/>
              <w:jc w:val="center"/>
            </w:pPr>
            <w:r>
              <w:rPr>
                <w:sz w:val="15"/>
              </w:rPr>
              <w:t>100737208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4478D2" w14:textId="77777777" w:rsidR="003B3005" w:rsidRDefault="00000000">
            <w:pPr>
              <w:spacing w:line="240" w:lineRule="auto"/>
              <w:jc w:val="center"/>
            </w:pPr>
            <w:r>
              <w:rPr>
                <w:sz w:val="15"/>
              </w:rPr>
              <w:t>0.7664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DC0374" w14:textId="77777777" w:rsidR="003B3005" w:rsidRDefault="00000000">
            <w:pPr>
              <w:spacing w:line="240" w:lineRule="auto"/>
              <w:jc w:val="center"/>
            </w:pPr>
            <w:r>
              <w:rPr>
                <w:sz w:val="15"/>
              </w:rPr>
              <w:t>0.7127 to 0.8200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7D5A07" w14:textId="77777777" w:rsidR="003B3005" w:rsidRDefault="00000000">
            <w:pPr>
              <w:spacing w:line="240" w:lineRule="auto"/>
              <w:jc w:val="center"/>
            </w:pPr>
            <w:r>
              <w:rPr>
                <w:sz w:val="15"/>
              </w:rPr>
              <w:t>0.0274</w:t>
            </w:r>
          </w:p>
        </w:tc>
      </w:tr>
      <w:tr w:rsidR="003B3005" w14:paraId="0BFC2BE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A0C48B"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A0CF73" w14:textId="77777777" w:rsidR="003B3005" w:rsidRDefault="00000000">
            <w:pPr>
              <w:spacing w:line="240" w:lineRule="auto"/>
              <w:jc w:val="center"/>
            </w:pPr>
            <w:r>
              <w:rPr>
                <w:sz w:val="15"/>
              </w:rPr>
              <w:t>2013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436F80" w14:textId="77777777" w:rsidR="003B3005" w:rsidRDefault="00000000">
            <w:pPr>
              <w:spacing w:line="240" w:lineRule="auto"/>
              <w:jc w:val="center"/>
            </w:pPr>
            <w:r>
              <w:rPr>
                <w:sz w:val="15"/>
              </w:rPr>
              <w:t>901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1983F4" w14:textId="77777777" w:rsidR="003B3005" w:rsidRDefault="00000000">
            <w:pPr>
              <w:spacing w:line="240" w:lineRule="auto"/>
              <w:jc w:val="center"/>
            </w:pPr>
            <w:r>
              <w:rPr>
                <w:sz w:val="15"/>
              </w:rPr>
              <w:t>101912532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E7E442" w14:textId="77777777" w:rsidR="003B3005" w:rsidRDefault="00000000">
            <w:pPr>
              <w:spacing w:line="240" w:lineRule="auto"/>
              <w:jc w:val="center"/>
            </w:pPr>
            <w:r>
              <w:rPr>
                <w:sz w:val="15"/>
              </w:rPr>
              <w:t>0.8187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2C8FCC" w14:textId="77777777" w:rsidR="003B3005" w:rsidRDefault="00000000">
            <w:pPr>
              <w:spacing w:line="240" w:lineRule="auto"/>
              <w:jc w:val="center"/>
            </w:pPr>
            <w:r>
              <w:rPr>
                <w:sz w:val="15"/>
              </w:rPr>
              <w:t>0.7641 to 0.8733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953418" w14:textId="77777777" w:rsidR="003B3005" w:rsidRDefault="00000000">
            <w:pPr>
              <w:spacing w:line="240" w:lineRule="auto"/>
              <w:jc w:val="center"/>
            </w:pPr>
            <w:r>
              <w:rPr>
                <w:sz w:val="15"/>
              </w:rPr>
              <w:t>0.0279</w:t>
            </w:r>
          </w:p>
        </w:tc>
      </w:tr>
      <w:tr w:rsidR="003B3005" w14:paraId="2302196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2DE735"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0BBA5D" w14:textId="77777777" w:rsidR="003B3005" w:rsidRDefault="00000000">
            <w:pPr>
              <w:spacing w:line="240" w:lineRule="auto"/>
              <w:jc w:val="center"/>
            </w:pPr>
            <w:r>
              <w:rPr>
                <w:sz w:val="15"/>
              </w:rPr>
              <w:t>2014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F96104" w14:textId="77777777" w:rsidR="003B3005" w:rsidRDefault="00000000">
            <w:pPr>
              <w:spacing w:line="240" w:lineRule="auto"/>
              <w:jc w:val="center"/>
            </w:pPr>
            <w:r>
              <w:rPr>
                <w:sz w:val="15"/>
              </w:rPr>
              <w:t>987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0BD17C" w14:textId="77777777" w:rsidR="003B3005" w:rsidRDefault="00000000">
            <w:pPr>
              <w:spacing w:line="240" w:lineRule="auto"/>
              <w:jc w:val="center"/>
            </w:pPr>
            <w:r>
              <w:rPr>
                <w:sz w:val="15"/>
              </w:rPr>
              <w:t>103227661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7065A0" w14:textId="77777777" w:rsidR="003B3005" w:rsidRDefault="00000000">
            <w:pPr>
              <w:spacing w:line="240" w:lineRule="auto"/>
              <w:jc w:val="center"/>
            </w:pPr>
            <w:r>
              <w:rPr>
                <w:sz w:val="15"/>
              </w:rPr>
              <w:t>0.9213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F79453" w14:textId="77777777" w:rsidR="003B3005" w:rsidRDefault="00000000">
            <w:pPr>
              <w:spacing w:line="240" w:lineRule="auto"/>
              <w:jc w:val="center"/>
            </w:pPr>
            <w:r>
              <w:rPr>
                <w:sz w:val="15"/>
              </w:rPr>
              <w:t>0.8625 to 0.9801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020EE5" w14:textId="77777777" w:rsidR="003B3005" w:rsidRDefault="00000000">
            <w:pPr>
              <w:spacing w:line="240" w:lineRule="auto"/>
              <w:jc w:val="center"/>
            </w:pPr>
            <w:r>
              <w:rPr>
                <w:sz w:val="15"/>
              </w:rPr>
              <w:t>0.0300</w:t>
            </w:r>
          </w:p>
        </w:tc>
      </w:tr>
      <w:tr w:rsidR="003B3005" w14:paraId="15258F6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9505FE"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13B3FE" w14:textId="77777777" w:rsidR="003B3005" w:rsidRDefault="00000000">
            <w:pPr>
              <w:spacing w:line="240" w:lineRule="auto"/>
              <w:jc w:val="center"/>
            </w:pPr>
            <w:r>
              <w:rPr>
                <w:sz w:val="15"/>
              </w:rPr>
              <w:t>2015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ED057E" w14:textId="77777777" w:rsidR="003B3005" w:rsidRDefault="00000000">
            <w:pPr>
              <w:spacing w:line="240" w:lineRule="auto"/>
              <w:jc w:val="center"/>
            </w:pPr>
            <w:r>
              <w:rPr>
                <w:sz w:val="15"/>
              </w:rPr>
              <w:t>1066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F89408" w14:textId="77777777" w:rsidR="003B3005" w:rsidRDefault="00000000">
            <w:pPr>
              <w:spacing w:line="240" w:lineRule="auto"/>
              <w:jc w:val="center"/>
            </w:pPr>
            <w:r>
              <w:rPr>
                <w:sz w:val="15"/>
              </w:rPr>
              <w:t>104606455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53C7E8" w14:textId="77777777" w:rsidR="003B3005" w:rsidRDefault="00000000">
            <w:pPr>
              <w:spacing w:line="240" w:lineRule="auto"/>
              <w:jc w:val="center"/>
            </w:pPr>
            <w:r>
              <w:rPr>
                <w:sz w:val="15"/>
              </w:rPr>
              <w:t>0.9624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28D052" w14:textId="77777777" w:rsidR="003B3005" w:rsidRDefault="00000000">
            <w:pPr>
              <w:spacing w:line="240" w:lineRule="auto"/>
              <w:jc w:val="center"/>
            </w:pPr>
            <w:r>
              <w:rPr>
                <w:sz w:val="15"/>
              </w:rPr>
              <w:t>0.9032 to 1.0215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CCA6BE" w14:textId="77777777" w:rsidR="003B3005" w:rsidRDefault="00000000">
            <w:pPr>
              <w:spacing w:line="240" w:lineRule="auto"/>
              <w:jc w:val="center"/>
            </w:pPr>
            <w:r>
              <w:rPr>
                <w:sz w:val="15"/>
              </w:rPr>
              <w:t>0.0302</w:t>
            </w:r>
          </w:p>
        </w:tc>
      </w:tr>
      <w:tr w:rsidR="003B3005" w14:paraId="7DB7409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FB4E17"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EFA2DF" w14:textId="77777777" w:rsidR="003B3005" w:rsidRDefault="00000000">
            <w:pPr>
              <w:spacing w:line="240" w:lineRule="auto"/>
              <w:jc w:val="center"/>
            </w:pPr>
            <w:r>
              <w:rPr>
                <w:sz w:val="15"/>
              </w:rPr>
              <w:t>2016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4808AD" w14:textId="77777777" w:rsidR="003B3005" w:rsidRDefault="00000000">
            <w:pPr>
              <w:spacing w:line="240" w:lineRule="auto"/>
              <w:jc w:val="center"/>
            </w:pPr>
            <w:r>
              <w:rPr>
                <w:sz w:val="15"/>
              </w:rPr>
              <w:t>1103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818926" w14:textId="77777777" w:rsidR="003B3005" w:rsidRDefault="00000000">
            <w:pPr>
              <w:spacing w:line="240" w:lineRule="auto"/>
              <w:jc w:val="center"/>
            </w:pPr>
            <w:r>
              <w:rPr>
                <w:sz w:val="15"/>
              </w:rPr>
              <w:t>105650504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774867" w14:textId="77777777" w:rsidR="003B3005" w:rsidRDefault="00000000">
            <w:pPr>
              <w:spacing w:line="240" w:lineRule="auto"/>
              <w:jc w:val="center"/>
            </w:pPr>
            <w:r>
              <w:rPr>
                <w:sz w:val="15"/>
              </w:rPr>
              <w:t>0.9667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2169D6" w14:textId="77777777" w:rsidR="003B3005" w:rsidRDefault="00000000">
            <w:pPr>
              <w:spacing w:line="240" w:lineRule="auto"/>
              <w:jc w:val="center"/>
            </w:pPr>
            <w:r>
              <w:rPr>
                <w:sz w:val="15"/>
              </w:rPr>
              <w:t>0.9082 to 1.0253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E62F74" w14:textId="77777777" w:rsidR="003B3005" w:rsidRDefault="00000000">
            <w:pPr>
              <w:spacing w:line="240" w:lineRule="auto"/>
              <w:jc w:val="center"/>
            </w:pPr>
            <w:r>
              <w:rPr>
                <w:sz w:val="15"/>
              </w:rPr>
              <w:t>0.0299</w:t>
            </w:r>
          </w:p>
        </w:tc>
      </w:tr>
      <w:tr w:rsidR="003B3005" w14:paraId="0C94F96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35DDAF"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8673F0" w14:textId="77777777" w:rsidR="003B3005" w:rsidRDefault="00000000">
            <w:pPr>
              <w:spacing w:line="240" w:lineRule="auto"/>
              <w:jc w:val="center"/>
            </w:pPr>
            <w:r>
              <w:rPr>
                <w:sz w:val="15"/>
              </w:rPr>
              <w:t>2017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1AB7A5" w14:textId="77777777" w:rsidR="003B3005" w:rsidRDefault="00000000">
            <w:pPr>
              <w:spacing w:line="240" w:lineRule="auto"/>
              <w:jc w:val="center"/>
            </w:pPr>
            <w:r>
              <w:rPr>
                <w:sz w:val="15"/>
              </w:rPr>
              <w:t>1136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041FB6" w14:textId="77777777" w:rsidR="003B3005" w:rsidRDefault="00000000">
            <w:pPr>
              <w:spacing w:line="240" w:lineRule="auto"/>
              <w:jc w:val="center"/>
            </w:pPr>
            <w:r>
              <w:rPr>
                <w:sz w:val="15"/>
              </w:rPr>
              <w:t>107089305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418319" w14:textId="77777777" w:rsidR="003B3005" w:rsidRDefault="00000000">
            <w:pPr>
              <w:spacing w:line="240" w:lineRule="auto"/>
              <w:jc w:val="center"/>
            </w:pPr>
            <w:r>
              <w:rPr>
                <w:sz w:val="15"/>
              </w:rPr>
              <w:t>0.9738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4F4B33" w14:textId="77777777" w:rsidR="003B3005" w:rsidRDefault="00000000">
            <w:pPr>
              <w:spacing w:line="240" w:lineRule="auto"/>
              <w:jc w:val="center"/>
            </w:pPr>
            <w:r>
              <w:rPr>
                <w:sz w:val="15"/>
              </w:rPr>
              <w:t>0.9161 to 1.0315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049355" w14:textId="77777777" w:rsidR="003B3005" w:rsidRDefault="00000000">
            <w:pPr>
              <w:spacing w:line="240" w:lineRule="auto"/>
              <w:jc w:val="center"/>
            </w:pPr>
            <w:r>
              <w:rPr>
                <w:sz w:val="15"/>
              </w:rPr>
              <w:t>0.0294</w:t>
            </w:r>
          </w:p>
        </w:tc>
      </w:tr>
      <w:tr w:rsidR="003B3005" w14:paraId="0909D51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2F9504"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749CB0" w14:textId="77777777" w:rsidR="003B3005" w:rsidRDefault="00000000">
            <w:pPr>
              <w:spacing w:line="240" w:lineRule="auto"/>
              <w:jc w:val="center"/>
            </w:pPr>
            <w:r>
              <w:rPr>
                <w:sz w:val="15"/>
              </w:rPr>
              <w:t>2018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ABC46E" w14:textId="77777777" w:rsidR="003B3005" w:rsidRDefault="00000000">
            <w:pPr>
              <w:spacing w:line="240" w:lineRule="auto"/>
              <w:jc w:val="center"/>
            </w:pPr>
            <w:r>
              <w:rPr>
                <w:sz w:val="15"/>
              </w:rPr>
              <w:t>1225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9BAE84" w14:textId="77777777" w:rsidR="003B3005" w:rsidRDefault="00000000">
            <w:pPr>
              <w:spacing w:line="240" w:lineRule="auto"/>
              <w:jc w:val="center"/>
            </w:pPr>
            <w:r>
              <w:rPr>
                <w:sz w:val="15"/>
              </w:rPr>
              <w:t>108045192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82CFDA" w14:textId="77777777" w:rsidR="003B3005" w:rsidRDefault="00000000">
            <w:pPr>
              <w:spacing w:line="240" w:lineRule="auto"/>
              <w:jc w:val="center"/>
            </w:pPr>
            <w:r>
              <w:rPr>
                <w:sz w:val="15"/>
              </w:rPr>
              <w:t>1.0511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6CA621" w14:textId="77777777" w:rsidR="003B3005" w:rsidRDefault="00000000">
            <w:pPr>
              <w:spacing w:line="240" w:lineRule="auto"/>
              <w:jc w:val="center"/>
            </w:pPr>
            <w:r>
              <w:rPr>
                <w:sz w:val="15"/>
              </w:rPr>
              <w:t>0.9909 to 1.1113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2E01DA" w14:textId="77777777" w:rsidR="003B3005" w:rsidRDefault="00000000">
            <w:pPr>
              <w:spacing w:line="240" w:lineRule="auto"/>
              <w:jc w:val="center"/>
            </w:pPr>
            <w:r>
              <w:rPr>
                <w:sz w:val="15"/>
              </w:rPr>
              <w:t>0.0307</w:t>
            </w:r>
          </w:p>
        </w:tc>
      </w:tr>
      <w:tr w:rsidR="003B3005" w14:paraId="306BE8A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401251"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0B9428" w14:textId="77777777" w:rsidR="003B3005" w:rsidRDefault="00000000">
            <w:pPr>
              <w:spacing w:line="240" w:lineRule="auto"/>
              <w:jc w:val="center"/>
            </w:pPr>
            <w:r>
              <w:rPr>
                <w:sz w:val="15"/>
              </w:rPr>
              <w:t>2019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3F7721" w14:textId="77777777" w:rsidR="003B3005" w:rsidRDefault="00000000">
            <w:pPr>
              <w:spacing w:line="240" w:lineRule="auto"/>
              <w:jc w:val="center"/>
            </w:pPr>
            <w:r>
              <w:rPr>
                <w:sz w:val="15"/>
              </w:rPr>
              <w:t>1220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CA1A76" w14:textId="77777777" w:rsidR="003B3005" w:rsidRDefault="00000000">
            <w:pPr>
              <w:spacing w:line="240" w:lineRule="auto"/>
              <w:jc w:val="center"/>
            </w:pPr>
            <w:r>
              <w:rPr>
                <w:sz w:val="15"/>
              </w:rPr>
              <w:t>108896735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65E2E0" w14:textId="77777777" w:rsidR="003B3005" w:rsidRDefault="00000000">
            <w:pPr>
              <w:spacing w:line="240" w:lineRule="auto"/>
              <w:jc w:val="center"/>
            </w:pPr>
            <w:r>
              <w:rPr>
                <w:sz w:val="15"/>
              </w:rPr>
              <w:t>1.0647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BDAC8D" w14:textId="77777777" w:rsidR="003B3005" w:rsidRDefault="00000000">
            <w:pPr>
              <w:spacing w:line="240" w:lineRule="auto"/>
              <w:jc w:val="center"/>
            </w:pPr>
            <w:r>
              <w:rPr>
                <w:sz w:val="15"/>
              </w:rPr>
              <w:t>1.0032 to 1.1262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917CC1" w14:textId="77777777" w:rsidR="003B3005" w:rsidRDefault="00000000">
            <w:pPr>
              <w:spacing w:line="240" w:lineRule="auto"/>
              <w:jc w:val="center"/>
            </w:pPr>
            <w:r>
              <w:rPr>
                <w:sz w:val="15"/>
              </w:rPr>
              <w:t>0.0314</w:t>
            </w:r>
          </w:p>
        </w:tc>
      </w:tr>
      <w:tr w:rsidR="003B3005" w14:paraId="290E158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C94821"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E0DE52" w14:textId="77777777" w:rsidR="003B3005" w:rsidRDefault="00000000">
            <w:pPr>
              <w:spacing w:line="240" w:lineRule="auto"/>
              <w:jc w:val="center"/>
            </w:pPr>
            <w:r>
              <w:rPr>
                <w:sz w:val="15"/>
              </w:rPr>
              <w:t>2020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BDE2CD" w14:textId="77777777" w:rsidR="003B3005" w:rsidRDefault="00000000">
            <w:pPr>
              <w:spacing w:line="240" w:lineRule="auto"/>
              <w:jc w:val="center"/>
            </w:pPr>
            <w:r>
              <w:rPr>
                <w:sz w:val="15"/>
              </w:rPr>
              <w:t>2341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B2CBB4" w14:textId="77777777" w:rsidR="003B3005" w:rsidRDefault="00000000">
            <w:pPr>
              <w:spacing w:line="240" w:lineRule="auto"/>
              <w:jc w:val="center"/>
            </w:pPr>
            <w:r>
              <w:rPr>
                <w:sz w:val="15"/>
              </w:rPr>
              <w:t>109725881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3DB48C" w14:textId="77777777" w:rsidR="003B3005" w:rsidRDefault="00000000">
            <w:pPr>
              <w:spacing w:line="240" w:lineRule="auto"/>
              <w:jc w:val="center"/>
            </w:pPr>
            <w:r>
              <w:rPr>
                <w:sz w:val="15"/>
              </w:rPr>
              <w:t>1.9654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4437F3" w14:textId="77777777" w:rsidR="003B3005" w:rsidRDefault="00000000">
            <w:pPr>
              <w:spacing w:line="240" w:lineRule="auto"/>
              <w:jc w:val="center"/>
            </w:pPr>
            <w:r>
              <w:rPr>
                <w:sz w:val="15"/>
              </w:rPr>
              <w:t>1.8837 to 2.0471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233DFD" w14:textId="77777777" w:rsidR="003B3005" w:rsidRDefault="00000000">
            <w:pPr>
              <w:spacing w:line="240" w:lineRule="auto"/>
              <w:jc w:val="center"/>
            </w:pPr>
            <w:r>
              <w:rPr>
                <w:sz w:val="15"/>
              </w:rPr>
              <w:t>0.0417</w:t>
            </w:r>
          </w:p>
        </w:tc>
      </w:tr>
      <w:tr w:rsidR="003B3005" w14:paraId="1EC6A81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5C0D25"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711405" w14:textId="77777777" w:rsidR="003B3005" w:rsidRDefault="00000000">
            <w:pPr>
              <w:spacing w:line="240" w:lineRule="auto"/>
              <w:jc w:val="center"/>
            </w:pPr>
            <w:r>
              <w:rPr>
                <w:sz w:val="15"/>
              </w:rPr>
              <w:t>2021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19B38C" w14:textId="77777777" w:rsidR="003B3005" w:rsidRDefault="00000000">
            <w:pPr>
              <w:spacing w:line="240" w:lineRule="auto"/>
              <w:jc w:val="center"/>
            </w:pPr>
            <w:r>
              <w:rPr>
                <w:sz w:val="15"/>
              </w:rPr>
              <w:t>3466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09D062" w14:textId="77777777" w:rsidR="003B3005" w:rsidRDefault="00000000">
            <w:pPr>
              <w:spacing w:line="240" w:lineRule="auto"/>
              <w:jc w:val="center"/>
            </w:pPr>
            <w:r>
              <w:rPr>
                <w:sz w:val="15"/>
              </w:rPr>
              <w:t>111399795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8C273B" w14:textId="77777777" w:rsidR="003B3005" w:rsidRDefault="00000000">
            <w:pPr>
              <w:spacing w:line="240" w:lineRule="auto"/>
              <w:jc w:val="center"/>
            </w:pPr>
            <w:r>
              <w:rPr>
                <w:sz w:val="15"/>
              </w:rPr>
              <w:t>2.8747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C9BDED" w14:textId="77777777" w:rsidR="003B3005" w:rsidRDefault="00000000">
            <w:pPr>
              <w:spacing w:line="240" w:lineRule="auto"/>
              <w:jc w:val="center"/>
            </w:pPr>
            <w:r>
              <w:rPr>
                <w:sz w:val="15"/>
              </w:rPr>
              <w:t>2.7762 to 2.9760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880F7B" w14:textId="77777777" w:rsidR="003B3005" w:rsidRDefault="00000000">
            <w:pPr>
              <w:spacing w:line="240" w:lineRule="auto"/>
              <w:jc w:val="center"/>
            </w:pPr>
            <w:r>
              <w:rPr>
                <w:sz w:val="15"/>
              </w:rPr>
              <w:t>0.0507</w:t>
            </w:r>
          </w:p>
        </w:tc>
      </w:tr>
      <w:tr w:rsidR="003B3005" w14:paraId="3CD9461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2C56D9"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0C9568" w14:textId="77777777" w:rsidR="003B3005" w:rsidRDefault="00000000">
            <w:pPr>
              <w:spacing w:line="240" w:lineRule="auto"/>
              <w:jc w:val="center"/>
            </w:pPr>
            <w:r>
              <w:rPr>
                <w:sz w:val="15"/>
              </w:rPr>
              <w:t>2022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CC70B4" w14:textId="77777777" w:rsidR="003B3005" w:rsidRDefault="00000000">
            <w:pPr>
              <w:spacing w:line="240" w:lineRule="auto"/>
              <w:jc w:val="center"/>
            </w:pPr>
            <w:r>
              <w:rPr>
                <w:sz w:val="15"/>
              </w:rPr>
              <w:t>2329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0C6C87" w14:textId="77777777" w:rsidR="003B3005" w:rsidRDefault="00000000">
            <w:pPr>
              <w:spacing w:line="240" w:lineRule="auto"/>
              <w:jc w:val="center"/>
            </w:pPr>
            <w:r>
              <w:rPr>
                <w:sz w:val="15"/>
              </w:rPr>
              <w:t>112190628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AC474B" w14:textId="77777777" w:rsidR="003B3005" w:rsidRDefault="00000000">
            <w:pPr>
              <w:spacing w:line="240" w:lineRule="auto"/>
              <w:jc w:val="center"/>
            </w:pPr>
            <w:r>
              <w:rPr>
                <w:sz w:val="15"/>
              </w:rPr>
              <w:t>1.8795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37D054" w14:textId="77777777" w:rsidR="003B3005" w:rsidRDefault="00000000">
            <w:pPr>
              <w:spacing w:line="240" w:lineRule="auto"/>
              <w:jc w:val="center"/>
            </w:pPr>
            <w:r>
              <w:rPr>
                <w:sz w:val="15"/>
              </w:rPr>
              <w:t>1.8011 to 1.9608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3FF650" w14:textId="77777777" w:rsidR="003B3005" w:rsidRDefault="00000000">
            <w:pPr>
              <w:spacing w:line="240" w:lineRule="auto"/>
              <w:jc w:val="center"/>
            </w:pPr>
            <w:r>
              <w:rPr>
                <w:sz w:val="15"/>
              </w:rPr>
              <w:t>0.0404</w:t>
            </w:r>
          </w:p>
        </w:tc>
      </w:tr>
      <w:tr w:rsidR="003B3005" w14:paraId="1FB0816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6195F9"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C35A36" w14:textId="77777777" w:rsidR="003B3005" w:rsidRDefault="00000000">
            <w:pPr>
              <w:spacing w:line="240" w:lineRule="auto"/>
              <w:jc w:val="center"/>
            </w:pPr>
            <w:r>
              <w:rPr>
                <w:sz w:val="15"/>
              </w:rPr>
              <w:t>2023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687A8C" w14:textId="77777777" w:rsidR="003B3005" w:rsidRDefault="00000000">
            <w:pPr>
              <w:spacing w:line="240" w:lineRule="auto"/>
              <w:jc w:val="center"/>
            </w:pPr>
            <w:r>
              <w:rPr>
                <w:sz w:val="15"/>
              </w:rPr>
              <w:t>1824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3217C9" w14:textId="77777777" w:rsidR="003B3005" w:rsidRDefault="00000000">
            <w:pPr>
              <w:spacing w:line="240" w:lineRule="auto"/>
              <w:jc w:val="center"/>
            </w:pPr>
            <w:r>
              <w:rPr>
                <w:sz w:val="15"/>
              </w:rPr>
              <w:t>112893917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C76C70" w14:textId="77777777" w:rsidR="003B3005" w:rsidRDefault="00000000">
            <w:pPr>
              <w:spacing w:line="240" w:lineRule="auto"/>
              <w:jc w:val="center"/>
            </w:pPr>
            <w:r>
              <w:rPr>
                <w:sz w:val="15"/>
              </w:rPr>
              <w:t>1.4695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97C62D" w14:textId="77777777" w:rsidR="003B3005" w:rsidRDefault="00000000">
            <w:pPr>
              <w:spacing w:line="240" w:lineRule="auto"/>
              <w:jc w:val="center"/>
            </w:pPr>
            <w:r>
              <w:rPr>
                <w:sz w:val="15"/>
              </w:rPr>
              <w:t>1.4014 to 1.5404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9A7CBE" w14:textId="77777777" w:rsidR="003B3005" w:rsidRDefault="00000000">
            <w:pPr>
              <w:spacing w:line="240" w:lineRule="auto"/>
              <w:jc w:val="center"/>
            </w:pPr>
            <w:r>
              <w:rPr>
                <w:sz w:val="15"/>
              </w:rPr>
              <w:t>0.0352</w:t>
            </w:r>
          </w:p>
        </w:tc>
      </w:tr>
      <w:tr w:rsidR="003B3005" w14:paraId="491FB63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613A56" w14:textId="77777777" w:rsidR="003B3005" w:rsidRDefault="00000000">
            <w:pPr>
              <w:spacing w:line="240" w:lineRule="auto"/>
            </w:pPr>
            <w:r>
              <w:rPr>
                <w:sz w:val="15"/>
              </w:rPr>
              <w:t>Male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07E0FE" w14:textId="77777777" w:rsidR="003B3005" w:rsidRDefault="00000000">
            <w:pPr>
              <w:spacing w:line="240" w:lineRule="auto"/>
              <w:jc w:val="center"/>
            </w:pPr>
            <w:r>
              <w:rPr>
                <w:sz w:val="15"/>
              </w:rPr>
              <w:t>2024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4F2B64" w14:textId="77777777" w:rsidR="003B3005" w:rsidRDefault="00000000">
            <w:pPr>
              <w:spacing w:line="240" w:lineRule="auto"/>
              <w:jc w:val="center"/>
            </w:pPr>
            <w:r>
              <w:rPr>
                <w:sz w:val="15"/>
              </w:rPr>
              <w:t>1691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40813B" w14:textId="77777777" w:rsidR="003B3005" w:rsidRDefault="00000000">
            <w:pPr>
              <w:spacing w:line="240" w:lineRule="auto"/>
              <w:jc w:val="center"/>
            </w:pPr>
            <w:r>
              <w:rPr>
                <w:sz w:val="15"/>
              </w:rPr>
              <w:t>114902465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AA8F79" w14:textId="77777777" w:rsidR="003B3005" w:rsidRDefault="00000000">
            <w:pPr>
              <w:spacing w:line="240" w:lineRule="auto"/>
              <w:jc w:val="center"/>
            </w:pPr>
            <w:r>
              <w:rPr>
                <w:sz w:val="15"/>
              </w:rPr>
              <w:t>1.3468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4EE309" w14:textId="77777777" w:rsidR="003B3005" w:rsidRDefault="00000000">
            <w:pPr>
              <w:spacing w:line="240" w:lineRule="auto"/>
              <w:jc w:val="center"/>
            </w:pPr>
            <w:r>
              <w:rPr>
                <w:sz w:val="15"/>
              </w:rPr>
              <w:t>1.2819 to 1.4143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688E15" w14:textId="77777777" w:rsidR="003B3005" w:rsidRDefault="00000000">
            <w:pPr>
              <w:spacing w:line="240" w:lineRule="auto"/>
              <w:jc w:val="center"/>
            </w:pPr>
            <w:r>
              <w:rPr>
                <w:sz w:val="15"/>
              </w:rPr>
              <w:t>0.0335</w:t>
            </w:r>
          </w:p>
        </w:tc>
      </w:tr>
    </w:tbl>
    <w:p w14:paraId="609E15C0" w14:textId="77777777" w:rsidR="003B3005" w:rsidRDefault="00000000">
      <w:pPr>
        <w:spacing w:line="240" w:lineRule="auto"/>
      </w:pPr>
      <w:r>
        <w:rPr>
          <w:i/>
          <w:sz w:val="16"/>
        </w:rPr>
        <w:t>Note: AAMR per 100000 population. Total rows from the grouped CDC export are not duplicated here.</w:t>
      </w:r>
    </w:p>
    <w:p w14:paraId="2BB54250" w14:textId="77777777" w:rsidR="003B3005" w:rsidRDefault="00000000">
      <w:pPr>
        <w:pStyle w:val="Heading2"/>
        <w:spacing w:before="0" w:line="240" w:lineRule="auto"/>
      </w:pPr>
      <w:r>
        <w:rPr>
          <w:rFonts w:ascii="Times New Roman" w:eastAsia="Times New Roman" w:hAnsi="Times New Roman"/>
          <w:sz w:val="24"/>
        </w:rPr>
        <w:t>Supplementary Table S6. Annual mortality by Hispanic origin, 1999-2024</w:t>
      </w:r>
    </w:p>
    <w:tbl>
      <w:tblPr>
        <w:tblW w:w="5000" w:type="pct"/>
        <w:jc w:val="center"/>
        <w:tblLayout w:type="fixed"/>
        <w:tblLook w:val="04A0" w:firstRow="1" w:lastRow="0" w:firstColumn="1" w:lastColumn="0" w:noHBand="0" w:noVBand="1"/>
      </w:tblPr>
      <w:tblGrid>
        <w:gridCol w:w="1516"/>
        <w:gridCol w:w="1039"/>
        <w:gridCol w:w="1125"/>
        <w:gridCol w:w="1515"/>
        <w:gridCol w:w="1038"/>
        <w:gridCol w:w="2092"/>
        <w:gridCol w:w="1125"/>
      </w:tblGrid>
      <w:tr w:rsidR="003B3005" w14:paraId="475F70BD" w14:textId="77777777">
        <w:trPr>
          <w:cantSplit/>
          <w:tblHeader/>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BDCF8D" w14:textId="77777777" w:rsidR="003B3005" w:rsidRDefault="00000000">
            <w:pPr>
              <w:spacing w:line="240" w:lineRule="auto"/>
            </w:pPr>
            <w:r>
              <w:rPr>
                <w:b/>
                <w:sz w:val="15"/>
              </w:rPr>
              <w:t>Hispanic origin</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D041EC" w14:textId="77777777" w:rsidR="003B3005" w:rsidRDefault="00000000">
            <w:pPr>
              <w:spacing w:line="240" w:lineRule="auto"/>
              <w:jc w:val="center"/>
            </w:pPr>
            <w:r>
              <w:rPr>
                <w:b/>
                <w:sz w:val="15"/>
              </w:rPr>
              <w:t>Year</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7DAB36" w14:textId="77777777" w:rsidR="003B3005" w:rsidRDefault="00000000">
            <w:pPr>
              <w:spacing w:line="240" w:lineRule="auto"/>
              <w:jc w:val="center"/>
            </w:pPr>
            <w:r>
              <w:rPr>
                <w:b/>
                <w:sz w:val="15"/>
              </w:rPr>
              <w:t>Deaths</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1E2476" w14:textId="77777777" w:rsidR="003B3005" w:rsidRDefault="00000000">
            <w:pPr>
              <w:spacing w:line="240" w:lineRule="auto"/>
              <w:jc w:val="center"/>
            </w:pPr>
            <w:r>
              <w:rPr>
                <w:b/>
                <w:sz w:val="15"/>
              </w:rPr>
              <w:t>Population</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69A7A6" w14:textId="77777777" w:rsidR="003B3005" w:rsidRDefault="00000000">
            <w:pPr>
              <w:spacing w:line="240" w:lineRule="auto"/>
              <w:jc w:val="center"/>
            </w:pPr>
            <w:r>
              <w:rPr>
                <w:b/>
                <w:sz w:val="15"/>
              </w:rPr>
              <w:t>AAMR</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514A8C" w14:textId="77777777" w:rsidR="003B3005" w:rsidRDefault="00000000">
            <w:pPr>
              <w:spacing w:line="240" w:lineRule="auto"/>
              <w:jc w:val="center"/>
            </w:pPr>
            <w:r>
              <w:rPr>
                <w:b/>
                <w:sz w:val="15"/>
              </w:rPr>
              <w:t>95% CI</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A59C07" w14:textId="77777777" w:rsidR="003B3005" w:rsidRDefault="00000000">
            <w:pPr>
              <w:spacing w:line="240" w:lineRule="auto"/>
              <w:jc w:val="center"/>
            </w:pPr>
            <w:r>
              <w:rPr>
                <w:b/>
                <w:sz w:val="15"/>
              </w:rPr>
              <w:t>SE</w:t>
            </w:r>
          </w:p>
        </w:tc>
      </w:tr>
      <w:tr w:rsidR="003B3005" w14:paraId="7BCB78D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74E558"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8F1CEA" w14:textId="77777777" w:rsidR="003B3005" w:rsidRDefault="00000000">
            <w:pPr>
              <w:spacing w:line="240" w:lineRule="auto"/>
              <w:jc w:val="center"/>
            </w:pPr>
            <w:r>
              <w:rPr>
                <w:sz w:val="15"/>
              </w:rPr>
              <w:t>1999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54FC79" w14:textId="77777777" w:rsidR="003B3005" w:rsidRDefault="00000000">
            <w:pPr>
              <w:spacing w:line="240" w:lineRule="auto"/>
              <w:jc w:val="center"/>
            </w:pPr>
            <w:r>
              <w:rPr>
                <w:sz w:val="15"/>
              </w:rPr>
              <w:t>41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668206" w14:textId="77777777" w:rsidR="003B3005" w:rsidRDefault="00000000">
            <w:pPr>
              <w:spacing w:line="240" w:lineRule="auto"/>
              <w:jc w:val="center"/>
            </w:pPr>
            <w:r>
              <w:rPr>
                <w:sz w:val="15"/>
              </w:rPr>
              <w:t>17503631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9718BE" w14:textId="77777777" w:rsidR="003B3005" w:rsidRDefault="00000000">
            <w:pPr>
              <w:spacing w:line="240" w:lineRule="auto"/>
              <w:jc w:val="center"/>
            </w:pPr>
            <w:r>
              <w:rPr>
                <w:sz w:val="15"/>
              </w:rPr>
              <w:t>0.2605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9CEE78" w14:textId="77777777" w:rsidR="003B3005" w:rsidRDefault="00000000">
            <w:pPr>
              <w:spacing w:line="240" w:lineRule="auto"/>
              <w:jc w:val="center"/>
            </w:pPr>
            <w:r>
              <w:rPr>
                <w:sz w:val="15"/>
              </w:rPr>
              <w:t>0.1793 to 0.3659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7522F8" w14:textId="77777777" w:rsidR="003B3005" w:rsidRDefault="00000000">
            <w:pPr>
              <w:spacing w:line="240" w:lineRule="auto"/>
              <w:jc w:val="center"/>
            </w:pPr>
            <w:r>
              <w:rPr>
                <w:sz w:val="15"/>
              </w:rPr>
              <w:t>0.0451</w:t>
            </w:r>
          </w:p>
        </w:tc>
      </w:tr>
      <w:tr w:rsidR="003B3005" w14:paraId="1EA4814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E75D11"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EA3F5A" w14:textId="77777777" w:rsidR="003B3005" w:rsidRDefault="00000000">
            <w:pPr>
              <w:spacing w:line="240" w:lineRule="auto"/>
              <w:jc w:val="center"/>
            </w:pPr>
            <w:r>
              <w:rPr>
                <w:sz w:val="15"/>
              </w:rPr>
              <w:t>2000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8D21EE" w14:textId="77777777" w:rsidR="003B3005" w:rsidRDefault="00000000">
            <w:pPr>
              <w:spacing w:line="240" w:lineRule="auto"/>
              <w:jc w:val="center"/>
            </w:pPr>
            <w:r>
              <w:rPr>
                <w:sz w:val="15"/>
              </w:rPr>
              <w:t>56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5B972D" w14:textId="77777777" w:rsidR="003B3005" w:rsidRDefault="00000000">
            <w:pPr>
              <w:spacing w:line="240" w:lineRule="auto"/>
              <w:jc w:val="center"/>
            </w:pPr>
            <w:r>
              <w:rPr>
                <w:sz w:val="15"/>
              </w:rPr>
              <w:t>18219679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C392E1" w14:textId="77777777" w:rsidR="003B3005" w:rsidRDefault="00000000">
            <w:pPr>
              <w:spacing w:line="240" w:lineRule="auto"/>
              <w:jc w:val="center"/>
            </w:pPr>
            <w:r>
              <w:rPr>
                <w:sz w:val="15"/>
              </w:rPr>
              <w:t>0.3943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E6B367" w14:textId="77777777" w:rsidR="003B3005" w:rsidRDefault="00000000">
            <w:pPr>
              <w:spacing w:line="240" w:lineRule="auto"/>
              <w:jc w:val="center"/>
            </w:pPr>
            <w:r>
              <w:rPr>
                <w:sz w:val="15"/>
              </w:rPr>
              <w:t>0.2897 to 0.5244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7D6551" w14:textId="77777777" w:rsidR="003B3005" w:rsidRDefault="00000000">
            <w:pPr>
              <w:spacing w:line="240" w:lineRule="auto"/>
              <w:jc w:val="center"/>
            </w:pPr>
            <w:r>
              <w:rPr>
                <w:sz w:val="15"/>
              </w:rPr>
              <w:t>0.0578</w:t>
            </w:r>
          </w:p>
        </w:tc>
      </w:tr>
      <w:tr w:rsidR="003B3005" w14:paraId="5E8F267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0185F9"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7D65DD" w14:textId="77777777" w:rsidR="003B3005" w:rsidRDefault="00000000">
            <w:pPr>
              <w:spacing w:line="240" w:lineRule="auto"/>
              <w:jc w:val="center"/>
            </w:pPr>
            <w:r>
              <w:rPr>
                <w:sz w:val="15"/>
              </w:rPr>
              <w:t>2001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B9C945" w14:textId="77777777" w:rsidR="003B3005" w:rsidRDefault="00000000">
            <w:pPr>
              <w:spacing w:line="240" w:lineRule="auto"/>
              <w:jc w:val="center"/>
            </w:pPr>
            <w:r>
              <w:rPr>
                <w:sz w:val="15"/>
              </w:rPr>
              <w:t>59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6B2AD1" w14:textId="77777777" w:rsidR="003B3005" w:rsidRDefault="00000000">
            <w:pPr>
              <w:spacing w:line="240" w:lineRule="auto"/>
              <w:jc w:val="center"/>
            </w:pPr>
            <w:r>
              <w:rPr>
                <w:sz w:val="15"/>
              </w:rPr>
              <w:t>19290018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566A18" w14:textId="77777777" w:rsidR="003B3005" w:rsidRDefault="00000000">
            <w:pPr>
              <w:spacing w:line="240" w:lineRule="auto"/>
              <w:jc w:val="center"/>
            </w:pPr>
            <w:r>
              <w:rPr>
                <w:sz w:val="15"/>
              </w:rPr>
              <w:t>0.4236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30F036" w14:textId="77777777" w:rsidR="003B3005" w:rsidRDefault="00000000">
            <w:pPr>
              <w:spacing w:line="240" w:lineRule="auto"/>
              <w:jc w:val="center"/>
            </w:pPr>
            <w:r>
              <w:rPr>
                <w:sz w:val="15"/>
              </w:rPr>
              <w:t>0.3182 to 0.5527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7C2B1F" w14:textId="77777777" w:rsidR="003B3005" w:rsidRDefault="00000000">
            <w:pPr>
              <w:spacing w:line="240" w:lineRule="auto"/>
              <w:jc w:val="center"/>
            </w:pPr>
            <w:r>
              <w:rPr>
                <w:sz w:val="15"/>
              </w:rPr>
              <w:t>0.0576</w:t>
            </w:r>
          </w:p>
        </w:tc>
      </w:tr>
      <w:tr w:rsidR="003B3005" w14:paraId="706D7C5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C48EA2"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A0B50A" w14:textId="77777777" w:rsidR="003B3005" w:rsidRDefault="00000000">
            <w:pPr>
              <w:spacing w:line="240" w:lineRule="auto"/>
              <w:jc w:val="center"/>
            </w:pPr>
            <w:r>
              <w:rPr>
                <w:sz w:val="15"/>
              </w:rPr>
              <w:t>2002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4E38D1" w14:textId="77777777" w:rsidR="003B3005" w:rsidRDefault="00000000">
            <w:pPr>
              <w:spacing w:line="240" w:lineRule="auto"/>
              <w:jc w:val="center"/>
            </w:pPr>
            <w:r>
              <w:rPr>
                <w:sz w:val="15"/>
              </w:rPr>
              <w:t>62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E69141" w14:textId="77777777" w:rsidR="003B3005" w:rsidRDefault="00000000">
            <w:pPr>
              <w:spacing w:line="240" w:lineRule="auto"/>
              <w:jc w:val="center"/>
            </w:pPr>
            <w:r>
              <w:rPr>
                <w:sz w:val="15"/>
              </w:rPr>
              <w:t>20159630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5F30AC" w14:textId="77777777" w:rsidR="003B3005" w:rsidRDefault="00000000">
            <w:pPr>
              <w:spacing w:line="240" w:lineRule="auto"/>
              <w:jc w:val="center"/>
            </w:pPr>
            <w:r>
              <w:rPr>
                <w:sz w:val="15"/>
              </w:rPr>
              <w:t>0.4065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DB09F4" w14:textId="77777777" w:rsidR="003B3005" w:rsidRDefault="00000000">
            <w:pPr>
              <w:spacing w:line="240" w:lineRule="auto"/>
              <w:jc w:val="center"/>
            </w:pPr>
            <w:r>
              <w:rPr>
                <w:sz w:val="15"/>
              </w:rPr>
              <w:t>0.3071 to 0.5279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19BCD1" w14:textId="77777777" w:rsidR="003B3005" w:rsidRDefault="00000000">
            <w:pPr>
              <w:spacing w:line="240" w:lineRule="auto"/>
              <w:jc w:val="center"/>
            </w:pPr>
            <w:r>
              <w:rPr>
                <w:sz w:val="15"/>
              </w:rPr>
              <w:t>0.0543</w:t>
            </w:r>
          </w:p>
        </w:tc>
      </w:tr>
      <w:tr w:rsidR="003B3005" w14:paraId="284BF88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47C3FD"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36852B" w14:textId="77777777" w:rsidR="003B3005" w:rsidRDefault="00000000">
            <w:pPr>
              <w:spacing w:line="240" w:lineRule="auto"/>
              <w:jc w:val="center"/>
            </w:pPr>
            <w:r>
              <w:rPr>
                <w:sz w:val="15"/>
              </w:rPr>
              <w:t>2003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9FAEAB" w14:textId="77777777" w:rsidR="003B3005" w:rsidRDefault="00000000">
            <w:pPr>
              <w:spacing w:line="240" w:lineRule="auto"/>
              <w:jc w:val="center"/>
            </w:pPr>
            <w:r>
              <w:rPr>
                <w:sz w:val="15"/>
              </w:rPr>
              <w:t>92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FCAD1D" w14:textId="77777777" w:rsidR="003B3005" w:rsidRDefault="00000000">
            <w:pPr>
              <w:spacing w:line="240" w:lineRule="auto"/>
              <w:jc w:val="center"/>
            </w:pPr>
            <w:r>
              <w:rPr>
                <w:sz w:val="15"/>
              </w:rPr>
              <w:t>21011656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8A06F4" w14:textId="77777777" w:rsidR="003B3005" w:rsidRDefault="00000000">
            <w:pPr>
              <w:spacing w:line="240" w:lineRule="auto"/>
              <w:jc w:val="center"/>
            </w:pPr>
            <w:r>
              <w:rPr>
                <w:sz w:val="15"/>
              </w:rPr>
              <w:t>0.5823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399B2D" w14:textId="77777777" w:rsidR="003B3005" w:rsidRDefault="00000000">
            <w:pPr>
              <w:spacing w:line="240" w:lineRule="auto"/>
              <w:jc w:val="center"/>
            </w:pPr>
            <w:r>
              <w:rPr>
                <w:sz w:val="15"/>
              </w:rPr>
              <w:t>0.4651 to 0.7200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02F3B3" w14:textId="77777777" w:rsidR="003B3005" w:rsidRDefault="00000000">
            <w:pPr>
              <w:spacing w:line="240" w:lineRule="auto"/>
              <w:jc w:val="center"/>
            </w:pPr>
            <w:r>
              <w:rPr>
                <w:sz w:val="15"/>
              </w:rPr>
              <w:t>0.0631</w:t>
            </w:r>
          </w:p>
        </w:tc>
      </w:tr>
      <w:tr w:rsidR="003B3005" w14:paraId="6C401A8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89954E"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319167" w14:textId="77777777" w:rsidR="003B3005" w:rsidRDefault="00000000">
            <w:pPr>
              <w:spacing w:line="240" w:lineRule="auto"/>
              <w:jc w:val="center"/>
            </w:pPr>
            <w:r>
              <w:rPr>
                <w:sz w:val="15"/>
              </w:rPr>
              <w:t>2004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A3DB82" w14:textId="77777777" w:rsidR="003B3005" w:rsidRDefault="00000000">
            <w:pPr>
              <w:spacing w:line="240" w:lineRule="auto"/>
              <w:jc w:val="center"/>
            </w:pPr>
            <w:r>
              <w:rPr>
                <w:sz w:val="15"/>
              </w:rPr>
              <w:t>94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28E1D1" w14:textId="77777777" w:rsidR="003B3005" w:rsidRDefault="00000000">
            <w:pPr>
              <w:spacing w:line="240" w:lineRule="auto"/>
              <w:jc w:val="center"/>
            </w:pPr>
            <w:r>
              <w:rPr>
                <w:sz w:val="15"/>
              </w:rPr>
              <w:t>21877214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6BF5BB" w14:textId="77777777" w:rsidR="003B3005" w:rsidRDefault="00000000">
            <w:pPr>
              <w:spacing w:line="240" w:lineRule="auto"/>
              <w:jc w:val="center"/>
            </w:pPr>
            <w:r>
              <w:rPr>
                <w:sz w:val="15"/>
              </w:rPr>
              <w:t>0.5754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BEC281" w14:textId="77777777" w:rsidR="003B3005" w:rsidRDefault="00000000">
            <w:pPr>
              <w:spacing w:line="240" w:lineRule="auto"/>
              <w:jc w:val="center"/>
            </w:pPr>
            <w:r>
              <w:rPr>
                <w:sz w:val="15"/>
              </w:rPr>
              <w:t>0.4596 to 0.7114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3891D9" w14:textId="77777777" w:rsidR="003B3005" w:rsidRDefault="00000000">
            <w:pPr>
              <w:spacing w:line="240" w:lineRule="auto"/>
              <w:jc w:val="center"/>
            </w:pPr>
            <w:r>
              <w:rPr>
                <w:sz w:val="15"/>
              </w:rPr>
              <w:t>0.0622</w:t>
            </w:r>
          </w:p>
        </w:tc>
      </w:tr>
      <w:tr w:rsidR="003B3005" w14:paraId="15D811D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45BD8C"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859945" w14:textId="77777777" w:rsidR="003B3005" w:rsidRDefault="00000000">
            <w:pPr>
              <w:spacing w:line="240" w:lineRule="auto"/>
              <w:jc w:val="center"/>
            </w:pPr>
            <w:r>
              <w:rPr>
                <w:sz w:val="15"/>
              </w:rPr>
              <w:t>2005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55DE2F" w14:textId="77777777" w:rsidR="003B3005" w:rsidRDefault="00000000">
            <w:pPr>
              <w:spacing w:line="240" w:lineRule="auto"/>
              <w:jc w:val="center"/>
            </w:pPr>
            <w:r>
              <w:rPr>
                <w:sz w:val="15"/>
              </w:rPr>
              <w:t>82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397D20" w14:textId="77777777" w:rsidR="003B3005" w:rsidRDefault="00000000">
            <w:pPr>
              <w:spacing w:line="240" w:lineRule="auto"/>
              <w:jc w:val="center"/>
            </w:pPr>
            <w:r>
              <w:rPr>
                <w:sz w:val="15"/>
              </w:rPr>
              <w:t>22804023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821C7A" w14:textId="77777777" w:rsidR="003B3005" w:rsidRDefault="00000000">
            <w:pPr>
              <w:spacing w:line="240" w:lineRule="auto"/>
              <w:jc w:val="center"/>
            </w:pPr>
            <w:r>
              <w:rPr>
                <w:sz w:val="15"/>
              </w:rPr>
              <w:t>0.4963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8B44B9" w14:textId="77777777" w:rsidR="003B3005" w:rsidRDefault="00000000">
            <w:pPr>
              <w:spacing w:line="240" w:lineRule="auto"/>
              <w:jc w:val="center"/>
            </w:pPr>
            <w:r>
              <w:rPr>
                <w:sz w:val="15"/>
              </w:rPr>
              <w:t>0.3876 to 0.6260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D81CDC" w14:textId="77777777" w:rsidR="003B3005" w:rsidRDefault="00000000">
            <w:pPr>
              <w:spacing w:line="240" w:lineRule="auto"/>
              <w:jc w:val="center"/>
            </w:pPr>
            <w:r>
              <w:rPr>
                <w:sz w:val="15"/>
              </w:rPr>
              <w:t>0.0588</w:t>
            </w:r>
          </w:p>
        </w:tc>
      </w:tr>
      <w:tr w:rsidR="003B3005" w14:paraId="0B1922C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3150EE"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FA7C8D" w14:textId="77777777" w:rsidR="003B3005" w:rsidRDefault="00000000">
            <w:pPr>
              <w:spacing w:line="240" w:lineRule="auto"/>
              <w:jc w:val="center"/>
            </w:pPr>
            <w:r>
              <w:rPr>
                <w:sz w:val="15"/>
              </w:rPr>
              <w:t>2006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88E8A4" w14:textId="77777777" w:rsidR="003B3005" w:rsidRDefault="00000000">
            <w:pPr>
              <w:spacing w:line="240" w:lineRule="auto"/>
              <w:jc w:val="center"/>
            </w:pPr>
            <w:r>
              <w:rPr>
                <w:sz w:val="15"/>
              </w:rPr>
              <w:t>109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51B6FE" w14:textId="77777777" w:rsidR="003B3005" w:rsidRDefault="00000000">
            <w:pPr>
              <w:spacing w:line="240" w:lineRule="auto"/>
              <w:jc w:val="center"/>
            </w:pPr>
            <w:r>
              <w:rPr>
                <w:sz w:val="15"/>
              </w:rPr>
              <w:t>23743864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E5F8D5" w14:textId="77777777" w:rsidR="003B3005" w:rsidRDefault="00000000">
            <w:pPr>
              <w:spacing w:line="240" w:lineRule="auto"/>
              <w:jc w:val="center"/>
            </w:pPr>
            <w:r>
              <w:rPr>
                <w:sz w:val="15"/>
              </w:rPr>
              <w:t>0.5987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87AC97" w14:textId="77777777" w:rsidR="003B3005" w:rsidRDefault="00000000">
            <w:pPr>
              <w:spacing w:line="240" w:lineRule="auto"/>
              <w:jc w:val="center"/>
            </w:pPr>
            <w:r>
              <w:rPr>
                <w:sz w:val="15"/>
              </w:rPr>
              <w:t>0.4803 to 0.7170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F4F2F2" w14:textId="77777777" w:rsidR="003B3005" w:rsidRDefault="00000000">
            <w:pPr>
              <w:spacing w:line="240" w:lineRule="auto"/>
              <w:jc w:val="center"/>
            </w:pPr>
            <w:r>
              <w:rPr>
                <w:sz w:val="15"/>
              </w:rPr>
              <w:t>0.0604</w:t>
            </w:r>
          </w:p>
        </w:tc>
      </w:tr>
      <w:tr w:rsidR="003B3005" w14:paraId="736C89E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58FA19"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7F72F1" w14:textId="77777777" w:rsidR="003B3005" w:rsidRDefault="00000000">
            <w:pPr>
              <w:spacing w:line="240" w:lineRule="auto"/>
              <w:jc w:val="center"/>
            </w:pPr>
            <w:r>
              <w:rPr>
                <w:sz w:val="15"/>
              </w:rPr>
              <w:t>2007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694392" w14:textId="77777777" w:rsidR="003B3005" w:rsidRDefault="00000000">
            <w:pPr>
              <w:spacing w:line="240" w:lineRule="auto"/>
              <w:jc w:val="center"/>
            </w:pPr>
            <w:r>
              <w:rPr>
                <w:sz w:val="15"/>
              </w:rPr>
              <w:t>119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51FE7A" w14:textId="77777777" w:rsidR="003B3005" w:rsidRDefault="00000000">
            <w:pPr>
              <w:spacing w:line="240" w:lineRule="auto"/>
              <w:jc w:val="center"/>
            </w:pPr>
            <w:r>
              <w:rPr>
                <w:sz w:val="15"/>
              </w:rPr>
              <w:t>24673919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9C37E7" w14:textId="77777777" w:rsidR="003B3005" w:rsidRDefault="00000000">
            <w:pPr>
              <w:spacing w:line="240" w:lineRule="auto"/>
              <w:jc w:val="center"/>
            </w:pPr>
            <w:r>
              <w:rPr>
                <w:sz w:val="15"/>
              </w:rPr>
              <w:t>0.6059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1991D9" w14:textId="77777777" w:rsidR="003B3005" w:rsidRDefault="00000000">
            <w:pPr>
              <w:spacing w:line="240" w:lineRule="auto"/>
              <w:jc w:val="center"/>
            </w:pPr>
            <w:r>
              <w:rPr>
                <w:sz w:val="15"/>
              </w:rPr>
              <w:t>0.4900 to 0.7218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FD387B" w14:textId="77777777" w:rsidR="003B3005" w:rsidRDefault="00000000">
            <w:pPr>
              <w:spacing w:line="240" w:lineRule="auto"/>
              <w:jc w:val="center"/>
            </w:pPr>
            <w:r>
              <w:rPr>
                <w:sz w:val="15"/>
              </w:rPr>
              <w:t>0.0591</w:t>
            </w:r>
          </w:p>
        </w:tc>
      </w:tr>
      <w:tr w:rsidR="003B3005" w14:paraId="77CBB1C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F2ED69"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8A991A" w14:textId="77777777" w:rsidR="003B3005" w:rsidRDefault="00000000">
            <w:pPr>
              <w:spacing w:line="240" w:lineRule="auto"/>
              <w:jc w:val="center"/>
            </w:pPr>
            <w:r>
              <w:rPr>
                <w:sz w:val="15"/>
              </w:rPr>
              <w:t>2008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2070FC" w14:textId="77777777" w:rsidR="003B3005" w:rsidRDefault="00000000">
            <w:pPr>
              <w:spacing w:line="240" w:lineRule="auto"/>
              <w:jc w:val="center"/>
            </w:pPr>
            <w:r>
              <w:rPr>
                <w:sz w:val="15"/>
              </w:rPr>
              <w:t>146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9B34A9" w14:textId="77777777" w:rsidR="003B3005" w:rsidRDefault="00000000">
            <w:pPr>
              <w:spacing w:line="240" w:lineRule="auto"/>
              <w:jc w:val="center"/>
            </w:pPr>
            <w:r>
              <w:rPr>
                <w:sz w:val="15"/>
              </w:rPr>
              <w:t>25602850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400B51" w14:textId="77777777" w:rsidR="003B3005" w:rsidRDefault="00000000">
            <w:pPr>
              <w:spacing w:line="240" w:lineRule="auto"/>
              <w:jc w:val="center"/>
            </w:pPr>
            <w:r>
              <w:rPr>
                <w:sz w:val="15"/>
              </w:rPr>
              <w:t>0.7108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FEE6B0" w14:textId="77777777" w:rsidR="003B3005" w:rsidRDefault="00000000">
            <w:pPr>
              <w:spacing w:line="240" w:lineRule="auto"/>
              <w:jc w:val="center"/>
            </w:pPr>
            <w:r>
              <w:rPr>
                <w:sz w:val="15"/>
              </w:rPr>
              <w:t>0.5875 to 0.8340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E4B3A0" w14:textId="77777777" w:rsidR="003B3005" w:rsidRDefault="00000000">
            <w:pPr>
              <w:spacing w:line="240" w:lineRule="auto"/>
              <w:jc w:val="center"/>
            </w:pPr>
            <w:r>
              <w:rPr>
                <w:sz w:val="15"/>
              </w:rPr>
              <w:t>0.0629</w:t>
            </w:r>
          </w:p>
        </w:tc>
      </w:tr>
      <w:tr w:rsidR="003B3005" w14:paraId="774C0CD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6F0E88"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8D53F2" w14:textId="77777777" w:rsidR="003B3005" w:rsidRDefault="00000000">
            <w:pPr>
              <w:spacing w:line="240" w:lineRule="auto"/>
              <w:jc w:val="center"/>
            </w:pPr>
            <w:r>
              <w:rPr>
                <w:sz w:val="15"/>
              </w:rPr>
              <w:t>2009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DA2AE7" w14:textId="77777777" w:rsidR="003B3005" w:rsidRDefault="00000000">
            <w:pPr>
              <w:spacing w:line="240" w:lineRule="auto"/>
              <w:jc w:val="center"/>
            </w:pPr>
            <w:r>
              <w:rPr>
                <w:sz w:val="15"/>
              </w:rPr>
              <w:t>156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ACBE67" w14:textId="77777777" w:rsidR="003B3005" w:rsidRDefault="00000000">
            <w:pPr>
              <w:spacing w:line="240" w:lineRule="auto"/>
              <w:jc w:val="center"/>
            </w:pPr>
            <w:r>
              <w:rPr>
                <w:sz w:val="15"/>
              </w:rPr>
              <w:t>26504021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115121" w14:textId="77777777" w:rsidR="003B3005" w:rsidRDefault="00000000">
            <w:pPr>
              <w:spacing w:line="240" w:lineRule="auto"/>
              <w:jc w:val="center"/>
            </w:pPr>
            <w:r>
              <w:rPr>
                <w:sz w:val="15"/>
              </w:rPr>
              <w:t>0.7297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62456B" w14:textId="77777777" w:rsidR="003B3005" w:rsidRDefault="00000000">
            <w:pPr>
              <w:spacing w:line="240" w:lineRule="auto"/>
              <w:jc w:val="center"/>
            </w:pPr>
            <w:r>
              <w:rPr>
                <w:sz w:val="15"/>
              </w:rPr>
              <w:t>0.6076 to 0.8518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0DD909" w14:textId="77777777" w:rsidR="003B3005" w:rsidRDefault="00000000">
            <w:pPr>
              <w:spacing w:line="240" w:lineRule="auto"/>
              <w:jc w:val="center"/>
            </w:pPr>
            <w:r>
              <w:rPr>
                <w:sz w:val="15"/>
              </w:rPr>
              <w:t>0.0623</w:t>
            </w:r>
          </w:p>
        </w:tc>
      </w:tr>
      <w:tr w:rsidR="003B3005" w14:paraId="4B60CB7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9503B2"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BBA60B" w14:textId="77777777" w:rsidR="003B3005" w:rsidRDefault="00000000">
            <w:pPr>
              <w:spacing w:line="240" w:lineRule="auto"/>
              <w:jc w:val="center"/>
            </w:pPr>
            <w:r>
              <w:rPr>
                <w:sz w:val="15"/>
              </w:rPr>
              <w:t>2010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DDE0CA" w14:textId="77777777" w:rsidR="003B3005" w:rsidRDefault="00000000">
            <w:pPr>
              <w:spacing w:line="240" w:lineRule="auto"/>
              <w:jc w:val="center"/>
            </w:pPr>
            <w:r>
              <w:rPr>
                <w:sz w:val="15"/>
              </w:rPr>
              <w:t>158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059BB1" w14:textId="77777777" w:rsidR="003B3005" w:rsidRDefault="00000000">
            <w:pPr>
              <w:spacing w:line="240" w:lineRule="auto"/>
              <w:jc w:val="center"/>
            </w:pPr>
            <w:r>
              <w:rPr>
                <w:sz w:val="15"/>
              </w:rPr>
              <w:t>27192663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32CE3D" w14:textId="77777777" w:rsidR="003B3005" w:rsidRDefault="00000000">
            <w:pPr>
              <w:spacing w:line="240" w:lineRule="auto"/>
              <w:jc w:val="center"/>
            </w:pPr>
            <w:r>
              <w:rPr>
                <w:sz w:val="15"/>
              </w:rPr>
              <w:t>0.7587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1EB414" w14:textId="77777777" w:rsidR="003B3005" w:rsidRDefault="00000000">
            <w:pPr>
              <w:spacing w:line="240" w:lineRule="auto"/>
              <w:jc w:val="center"/>
            </w:pPr>
            <w:r>
              <w:rPr>
                <w:sz w:val="15"/>
              </w:rPr>
              <w:t>0.6332 to 0.8841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EF4CC3" w14:textId="77777777" w:rsidR="003B3005" w:rsidRDefault="00000000">
            <w:pPr>
              <w:spacing w:line="240" w:lineRule="auto"/>
              <w:jc w:val="center"/>
            </w:pPr>
            <w:r>
              <w:rPr>
                <w:sz w:val="15"/>
              </w:rPr>
              <w:t>0.0640</w:t>
            </w:r>
          </w:p>
        </w:tc>
      </w:tr>
      <w:tr w:rsidR="003B3005" w14:paraId="32A4DC5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69E938"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24FF82" w14:textId="77777777" w:rsidR="003B3005" w:rsidRDefault="00000000">
            <w:pPr>
              <w:spacing w:line="240" w:lineRule="auto"/>
              <w:jc w:val="center"/>
            </w:pPr>
            <w:r>
              <w:rPr>
                <w:sz w:val="15"/>
              </w:rPr>
              <w:t>2011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6AE2DC" w14:textId="77777777" w:rsidR="003B3005" w:rsidRDefault="00000000">
            <w:pPr>
              <w:spacing w:line="240" w:lineRule="auto"/>
              <w:jc w:val="center"/>
            </w:pPr>
            <w:r>
              <w:rPr>
                <w:sz w:val="15"/>
              </w:rPr>
              <w:t>164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8DFA71" w14:textId="77777777" w:rsidR="003B3005" w:rsidRDefault="00000000">
            <w:pPr>
              <w:spacing w:line="240" w:lineRule="auto"/>
              <w:jc w:val="center"/>
            </w:pPr>
            <w:r>
              <w:rPr>
                <w:sz w:val="15"/>
              </w:rPr>
              <w:t>28255675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CDD03E" w14:textId="77777777" w:rsidR="003B3005" w:rsidRDefault="00000000">
            <w:pPr>
              <w:spacing w:line="240" w:lineRule="auto"/>
              <w:jc w:val="center"/>
            </w:pPr>
            <w:r>
              <w:rPr>
                <w:sz w:val="15"/>
              </w:rPr>
              <w:t>0.6878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BA927F" w14:textId="77777777" w:rsidR="003B3005" w:rsidRDefault="00000000">
            <w:pPr>
              <w:spacing w:line="240" w:lineRule="auto"/>
              <w:jc w:val="center"/>
            </w:pPr>
            <w:r>
              <w:rPr>
                <w:sz w:val="15"/>
              </w:rPr>
              <w:t>0.5774 to 0.7982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92DFEA" w14:textId="77777777" w:rsidR="003B3005" w:rsidRDefault="00000000">
            <w:pPr>
              <w:spacing w:line="240" w:lineRule="auto"/>
              <w:jc w:val="center"/>
            </w:pPr>
            <w:r>
              <w:rPr>
                <w:sz w:val="15"/>
              </w:rPr>
              <w:t>0.0563</w:t>
            </w:r>
          </w:p>
        </w:tc>
      </w:tr>
      <w:tr w:rsidR="003B3005" w14:paraId="6B60A81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A4CDC3"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76B6D6" w14:textId="77777777" w:rsidR="003B3005" w:rsidRDefault="00000000">
            <w:pPr>
              <w:spacing w:line="240" w:lineRule="auto"/>
              <w:jc w:val="center"/>
            </w:pPr>
            <w:r>
              <w:rPr>
                <w:sz w:val="15"/>
              </w:rPr>
              <w:t>2012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511977" w14:textId="77777777" w:rsidR="003B3005" w:rsidRDefault="00000000">
            <w:pPr>
              <w:spacing w:line="240" w:lineRule="auto"/>
              <w:jc w:val="center"/>
            </w:pPr>
            <w:r>
              <w:rPr>
                <w:sz w:val="15"/>
              </w:rPr>
              <w:t>188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4ACF62" w14:textId="77777777" w:rsidR="003B3005" w:rsidRDefault="00000000">
            <w:pPr>
              <w:spacing w:line="240" w:lineRule="auto"/>
              <w:jc w:val="center"/>
            </w:pPr>
            <w:r>
              <w:rPr>
                <w:sz w:val="15"/>
              </w:rPr>
              <w:t>28988437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02C4AE" w14:textId="77777777" w:rsidR="003B3005" w:rsidRDefault="00000000">
            <w:pPr>
              <w:spacing w:line="240" w:lineRule="auto"/>
              <w:jc w:val="center"/>
            </w:pPr>
            <w:r>
              <w:rPr>
                <w:sz w:val="15"/>
              </w:rPr>
              <w:t>0.8087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403E80" w14:textId="77777777" w:rsidR="003B3005" w:rsidRDefault="00000000">
            <w:pPr>
              <w:spacing w:line="240" w:lineRule="auto"/>
              <w:jc w:val="center"/>
            </w:pPr>
            <w:r>
              <w:rPr>
                <w:sz w:val="15"/>
              </w:rPr>
              <w:t>0.6861 to 0.9313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AA6E91" w14:textId="77777777" w:rsidR="003B3005" w:rsidRDefault="00000000">
            <w:pPr>
              <w:spacing w:line="240" w:lineRule="auto"/>
              <w:jc w:val="center"/>
            </w:pPr>
            <w:r>
              <w:rPr>
                <w:sz w:val="15"/>
              </w:rPr>
              <w:t>0.0625</w:t>
            </w:r>
          </w:p>
        </w:tc>
      </w:tr>
      <w:tr w:rsidR="003B3005" w14:paraId="6FFA8DE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1E288A"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062566" w14:textId="77777777" w:rsidR="003B3005" w:rsidRDefault="00000000">
            <w:pPr>
              <w:spacing w:line="240" w:lineRule="auto"/>
              <w:jc w:val="center"/>
            </w:pPr>
            <w:r>
              <w:rPr>
                <w:sz w:val="15"/>
              </w:rPr>
              <w:t>2013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D5B037" w14:textId="77777777" w:rsidR="003B3005" w:rsidRDefault="00000000">
            <w:pPr>
              <w:spacing w:line="240" w:lineRule="auto"/>
              <w:jc w:val="center"/>
            </w:pPr>
            <w:r>
              <w:rPr>
                <w:sz w:val="15"/>
              </w:rPr>
              <w:t>215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D6190E" w14:textId="77777777" w:rsidR="003B3005" w:rsidRDefault="00000000">
            <w:pPr>
              <w:spacing w:line="240" w:lineRule="auto"/>
              <w:jc w:val="center"/>
            </w:pPr>
            <w:r>
              <w:rPr>
                <w:sz w:val="15"/>
              </w:rPr>
              <w:t>29784174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8BF736" w14:textId="77777777" w:rsidR="003B3005" w:rsidRDefault="00000000">
            <w:pPr>
              <w:spacing w:line="240" w:lineRule="auto"/>
              <w:jc w:val="center"/>
            </w:pPr>
            <w:r>
              <w:rPr>
                <w:sz w:val="15"/>
              </w:rPr>
              <w:t>0.8950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97DD9D" w14:textId="77777777" w:rsidR="003B3005" w:rsidRDefault="00000000">
            <w:pPr>
              <w:spacing w:line="240" w:lineRule="auto"/>
              <w:jc w:val="center"/>
            </w:pPr>
            <w:r>
              <w:rPr>
                <w:sz w:val="15"/>
              </w:rPr>
              <w:t>0.7691 to 1.0208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1D8169" w14:textId="77777777" w:rsidR="003B3005" w:rsidRDefault="00000000">
            <w:pPr>
              <w:spacing w:line="240" w:lineRule="auto"/>
              <w:jc w:val="center"/>
            </w:pPr>
            <w:r>
              <w:rPr>
                <w:sz w:val="15"/>
              </w:rPr>
              <w:t>0.0642</w:t>
            </w:r>
          </w:p>
        </w:tc>
      </w:tr>
      <w:tr w:rsidR="003B3005" w14:paraId="0B7327A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21F0CA"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1F5F8F" w14:textId="77777777" w:rsidR="003B3005" w:rsidRDefault="00000000">
            <w:pPr>
              <w:spacing w:line="240" w:lineRule="auto"/>
              <w:jc w:val="center"/>
            </w:pPr>
            <w:r>
              <w:rPr>
                <w:sz w:val="15"/>
              </w:rPr>
              <w:t>2014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A1B342" w14:textId="77777777" w:rsidR="003B3005" w:rsidRDefault="00000000">
            <w:pPr>
              <w:spacing w:line="240" w:lineRule="auto"/>
              <w:jc w:val="center"/>
            </w:pPr>
            <w:r>
              <w:rPr>
                <w:sz w:val="15"/>
              </w:rPr>
              <w:t>220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66E1AB" w14:textId="77777777" w:rsidR="003B3005" w:rsidRDefault="00000000">
            <w:pPr>
              <w:spacing w:line="240" w:lineRule="auto"/>
              <w:jc w:val="center"/>
            </w:pPr>
            <w:r>
              <w:rPr>
                <w:sz w:val="15"/>
              </w:rPr>
              <w:t>30809714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EC1CD0" w14:textId="77777777" w:rsidR="003B3005" w:rsidRDefault="00000000">
            <w:pPr>
              <w:spacing w:line="240" w:lineRule="auto"/>
              <w:jc w:val="center"/>
            </w:pPr>
            <w:r>
              <w:rPr>
                <w:sz w:val="15"/>
              </w:rPr>
              <w:t>0.8535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1A1A2C" w14:textId="77777777" w:rsidR="003B3005" w:rsidRDefault="00000000">
            <w:pPr>
              <w:spacing w:line="240" w:lineRule="auto"/>
              <w:jc w:val="center"/>
            </w:pPr>
            <w:r>
              <w:rPr>
                <w:sz w:val="15"/>
              </w:rPr>
              <w:t>0.7372 to 0.9699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6AF62D" w14:textId="77777777" w:rsidR="003B3005" w:rsidRDefault="00000000">
            <w:pPr>
              <w:spacing w:line="240" w:lineRule="auto"/>
              <w:jc w:val="center"/>
            </w:pPr>
            <w:r>
              <w:rPr>
                <w:sz w:val="15"/>
              </w:rPr>
              <w:t>0.0594</w:t>
            </w:r>
          </w:p>
        </w:tc>
      </w:tr>
      <w:tr w:rsidR="003B3005" w14:paraId="2250382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C48BD4"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352846" w14:textId="77777777" w:rsidR="003B3005" w:rsidRDefault="00000000">
            <w:pPr>
              <w:spacing w:line="240" w:lineRule="auto"/>
              <w:jc w:val="center"/>
            </w:pPr>
            <w:r>
              <w:rPr>
                <w:sz w:val="15"/>
              </w:rPr>
              <w:t>2015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56BA40" w14:textId="77777777" w:rsidR="003B3005" w:rsidRDefault="00000000">
            <w:pPr>
              <w:spacing w:line="240" w:lineRule="auto"/>
              <w:jc w:val="center"/>
            </w:pPr>
            <w:r>
              <w:rPr>
                <w:sz w:val="15"/>
              </w:rPr>
              <w:t>246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342BA0" w14:textId="77777777" w:rsidR="003B3005" w:rsidRDefault="00000000">
            <w:pPr>
              <w:spacing w:line="240" w:lineRule="auto"/>
              <w:jc w:val="center"/>
            </w:pPr>
            <w:r>
              <w:rPr>
                <w:sz w:val="15"/>
              </w:rPr>
              <w:t>31761872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7A7511" w14:textId="77777777" w:rsidR="003B3005" w:rsidRDefault="00000000">
            <w:pPr>
              <w:spacing w:line="240" w:lineRule="auto"/>
              <w:jc w:val="center"/>
            </w:pPr>
            <w:r>
              <w:rPr>
                <w:sz w:val="15"/>
              </w:rPr>
              <w:t>0.8933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E9BBC7" w14:textId="77777777" w:rsidR="003B3005" w:rsidRDefault="00000000">
            <w:pPr>
              <w:spacing w:line="240" w:lineRule="auto"/>
              <w:jc w:val="center"/>
            </w:pPr>
            <w:r>
              <w:rPr>
                <w:sz w:val="15"/>
              </w:rPr>
              <w:t>0.7760 to 1.0106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D5C0C0" w14:textId="77777777" w:rsidR="003B3005" w:rsidRDefault="00000000">
            <w:pPr>
              <w:spacing w:line="240" w:lineRule="auto"/>
              <w:jc w:val="center"/>
            </w:pPr>
            <w:r>
              <w:rPr>
                <w:sz w:val="15"/>
              </w:rPr>
              <w:t>0.0598</w:t>
            </w:r>
          </w:p>
        </w:tc>
      </w:tr>
      <w:tr w:rsidR="003B3005" w14:paraId="114363B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87F98D"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7D82F1" w14:textId="77777777" w:rsidR="003B3005" w:rsidRDefault="00000000">
            <w:pPr>
              <w:spacing w:line="240" w:lineRule="auto"/>
              <w:jc w:val="center"/>
            </w:pPr>
            <w:r>
              <w:rPr>
                <w:sz w:val="15"/>
              </w:rPr>
              <w:t>2016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1546F8" w14:textId="77777777" w:rsidR="003B3005" w:rsidRDefault="00000000">
            <w:pPr>
              <w:spacing w:line="240" w:lineRule="auto"/>
              <w:jc w:val="center"/>
            </w:pPr>
            <w:r>
              <w:rPr>
                <w:sz w:val="15"/>
              </w:rPr>
              <w:t>263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5075C1" w14:textId="77777777" w:rsidR="003B3005" w:rsidRDefault="00000000">
            <w:pPr>
              <w:spacing w:line="240" w:lineRule="auto"/>
              <w:jc w:val="center"/>
            </w:pPr>
            <w:r>
              <w:rPr>
                <w:sz w:val="15"/>
              </w:rPr>
              <w:t>32438262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C248E7" w14:textId="77777777" w:rsidR="003B3005" w:rsidRDefault="00000000">
            <w:pPr>
              <w:spacing w:line="240" w:lineRule="auto"/>
              <w:jc w:val="center"/>
            </w:pPr>
            <w:r>
              <w:rPr>
                <w:sz w:val="15"/>
              </w:rPr>
              <w:t>1.0065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738CF3" w14:textId="77777777" w:rsidR="003B3005" w:rsidRDefault="00000000">
            <w:pPr>
              <w:spacing w:line="240" w:lineRule="auto"/>
              <w:jc w:val="center"/>
            </w:pPr>
            <w:r>
              <w:rPr>
                <w:sz w:val="15"/>
              </w:rPr>
              <w:t>0.8806 to 1.1323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F3279C" w14:textId="77777777" w:rsidR="003B3005" w:rsidRDefault="00000000">
            <w:pPr>
              <w:spacing w:line="240" w:lineRule="auto"/>
              <w:jc w:val="center"/>
            </w:pPr>
            <w:r>
              <w:rPr>
                <w:sz w:val="15"/>
              </w:rPr>
              <w:t>0.0642</w:t>
            </w:r>
          </w:p>
        </w:tc>
      </w:tr>
      <w:tr w:rsidR="003B3005" w14:paraId="05E998A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55275D"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D40A5B" w14:textId="77777777" w:rsidR="003B3005" w:rsidRDefault="00000000">
            <w:pPr>
              <w:spacing w:line="240" w:lineRule="auto"/>
              <w:jc w:val="center"/>
            </w:pPr>
            <w:r>
              <w:rPr>
                <w:sz w:val="15"/>
              </w:rPr>
              <w:t>2017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9E0A4B" w14:textId="77777777" w:rsidR="003B3005" w:rsidRDefault="00000000">
            <w:pPr>
              <w:spacing w:line="240" w:lineRule="auto"/>
              <w:jc w:val="center"/>
            </w:pPr>
            <w:r>
              <w:rPr>
                <w:sz w:val="15"/>
              </w:rPr>
              <w:t>243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FDB2CA" w14:textId="77777777" w:rsidR="003B3005" w:rsidRDefault="00000000">
            <w:pPr>
              <w:spacing w:line="240" w:lineRule="auto"/>
              <w:jc w:val="center"/>
            </w:pPr>
            <w:r>
              <w:rPr>
                <w:sz w:val="15"/>
              </w:rPr>
              <w:t>33594503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C0DD87" w14:textId="77777777" w:rsidR="003B3005" w:rsidRDefault="00000000">
            <w:pPr>
              <w:spacing w:line="240" w:lineRule="auto"/>
              <w:jc w:val="center"/>
            </w:pPr>
            <w:r>
              <w:rPr>
                <w:sz w:val="15"/>
              </w:rPr>
              <w:t>0.8519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FF5E55" w14:textId="77777777" w:rsidR="003B3005" w:rsidRDefault="00000000">
            <w:pPr>
              <w:spacing w:line="240" w:lineRule="auto"/>
              <w:jc w:val="center"/>
            </w:pPr>
            <w:r>
              <w:rPr>
                <w:sz w:val="15"/>
              </w:rPr>
              <w:t>0.7402 to 0.9636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D2B7FF" w14:textId="77777777" w:rsidR="003B3005" w:rsidRDefault="00000000">
            <w:pPr>
              <w:spacing w:line="240" w:lineRule="auto"/>
              <w:jc w:val="center"/>
            </w:pPr>
            <w:r>
              <w:rPr>
                <w:sz w:val="15"/>
              </w:rPr>
              <w:t>0.0570</w:t>
            </w:r>
          </w:p>
        </w:tc>
      </w:tr>
      <w:tr w:rsidR="003B3005" w14:paraId="7F48AB7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92823A"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9AEE6C" w14:textId="77777777" w:rsidR="003B3005" w:rsidRDefault="00000000">
            <w:pPr>
              <w:spacing w:line="240" w:lineRule="auto"/>
              <w:jc w:val="center"/>
            </w:pPr>
            <w:r>
              <w:rPr>
                <w:sz w:val="15"/>
              </w:rPr>
              <w:t>2018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B968BE" w14:textId="77777777" w:rsidR="003B3005" w:rsidRDefault="00000000">
            <w:pPr>
              <w:spacing w:line="240" w:lineRule="auto"/>
              <w:jc w:val="center"/>
            </w:pPr>
            <w:r>
              <w:rPr>
                <w:sz w:val="15"/>
              </w:rPr>
              <w:t>256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F4341E" w14:textId="77777777" w:rsidR="003B3005" w:rsidRDefault="00000000">
            <w:pPr>
              <w:spacing w:line="240" w:lineRule="auto"/>
              <w:jc w:val="center"/>
            </w:pPr>
            <w:r>
              <w:rPr>
                <w:sz w:val="15"/>
              </w:rPr>
              <w:t>34350362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801660" w14:textId="77777777" w:rsidR="003B3005" w:rsidRDefault="00000000">
            <w:pPr>
              <w:spacing w:line="240" w:lineRule="auto"/>
              <w:jc w:val="center"/>
            </w:pPr>
            <w:r>
              <w:rPr>
                <w:sz w:val="15"/>
              </w:rPr>
              <w:t>0.8763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E7328C" w14:textId="77777777" w:rsidR="003B3005" w:rsidRDefault="00000000">
            <w:pPr>
              <w:spacing w:line="240" w:lineRule="auto"/>
              <w:jc w:val="center"/>
            </w:pPr>
            <w:r>
              <w:rPr>
                <w:sz w:val="15"/>
              </w:rPr>
              <w:t>0.7649 to 0.9877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8AFE40" w14:textId="77777777" w:rsidR="003B3005" w:rsidRDefault="00000000">
            <w:pPr>
              <w:spacing w:line="240" w:lineRule="auto"/>
              <w:jc w:val="center"/>
            </w:pPr>
            <w:r>
              <w:rPr>
                <w:sz w:val="15"/>
              </w:rPr>
              <w:t>0.0568</w:t>
            </w:r>
          </w:p>
        </w:tc>
      </w:tr>
      <w:tr w:rsidR="003B3005" w14:paraId="0015EF6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E73313"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9F2BF4" w14:textId="77777777" w:rsidR="003B3005" w:rsidRDefault="00000000">
            <w:pPr>
              <w:spacing w:line="240" w:lineRule="auto"/>
              <w:jc w:val="center"/>
            </w:pPr>
            <w:r>
              <w:rPr>
                <w:sz w:val="15"/>
              </w:rPr>
              <w:t>2019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66177E" w14:textId="77777777" w:rsidR="003B3005" w:rsidRDefault="00000000">
            <w:pPr>
              <w:spacing w:line="240" w:lineRule="auto"/>
              <w:jc w:val="center"/>
            </w:pPr>
            <w:r>
              <w:rPr>
                <w:sz w:val="15"/>
              </w:rPr>
              <w:t>248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A00D2C" w14:textId="77777777" w:rsidR="003B3005" w:rsidRDefault="00000000">
            <w:pPr>
              <w:spacing w:line="240" w:lineRule="auto"/>
              <w:jc w:val="center"/>
            </w:pPr>
            <w:r>
              <w:rPr>
                <w:sz w:val="15"/>
              </w:rPr>
              <w:t>35025850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262701" w14:textId="77777777" w:rsidR="003B3005" w:rsidRDefault="00000000">
            <w:pPr>
              <w:spacing w:line="240" w:lineRule="auto"/>
              <w:jc w:val="center"/>
            </w:pPr>
            <w:r>
              <w:rPr>
                <w:sz w:val="15"/>
              </w:rPr>
              <w:t>0.8235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B318EC" w14:textId="77777777" w:rsidR="003B3005" w:rsidRDefault="00000000">
            <w:pPr>
              <w:spacing w:line="240" w:lineRule="auto"/>
              <w:jc w:val="center"/>
            </w:pPr>
            <w:r>
              <w:rPr>
                <w:sz w:val="15"/>
              </w:rPr>
              <w:t>0.7170 to 0.9301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CFDB1E" w14:textId="77777777" w:rsidR="003B3005" w:rsidRDefault="00000000">
            <w:pPr>
              <w:spacing w:line="240" w:lineRule="auto"/>
              <w:jc w:val="center"/>
            </w:pPr>
            <w:r>
              <w:rPr>
                <w:sz w:val="15"/>
              </w:rPr>
              <w:t>0.0544</w:t>
            </w:r>
          </w:p>
        </w:tc>
      </w:tr>
      <w:tr w:rsidR="003B3005" w14:paraId="18C51AA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8D4224"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2F3A1F" w14:textId="77777777" w:rsidR="003B3005" w:rsidRDefault="00000000">
            <w:pPr>
              <w:spacing w:line="240" w:lineRule="auto"/>
              <w:jc w:val="center"/>
            </w:pPr>
            <w:r>
              <w:rPr>
                <w:sz w:val="15"/>
              </w:rPr>
              <w:t>2020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D56C9D" w14:textId="77777777" w:rsidR="003B3005" w:rsidRDefault="00000000">
            <w:pPr>
              <w:spacing w:line="240" w:lineRule="auto"/>
              <w:jc w:val="center"/>
            </w:pPr>
            <w:r>
              <w:rPr>
                <w:sz w:val="15"/>
              </w:rPr>
              <w:t>891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B4831A" w14:textId="77777777" w:rsidR="003B3005" w:rsidRDefault="00000000">
            <w:pPr>
              <w:spacing w:line="240" w:lineRule="auto"/>
              <w:jc w:val="center"/>
            </w:pPr>
            <w:r>
              <w:rPr>
                <w:sz w:val="15"/>
              </w:rPr>
              <w:t>35758193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163B89" w14:textId="77777777" w:rsidR="003B3005" w:rsidRDefault="00000000">
            <w:pPr>
              <w:spacing w:line="240" w:lineRule="auto"/>
              <w:jc w:val="center"/>
            </w:pPr>
            <w:r>
              <w:rPr>
                <w:sz w:val="15"/>
              </w:rPr>
              <w:t>2.7409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F6CE5C" w14:textId="77777777" w:rsidR="003B3005" w:rsidRDefault="00000000">
            <w:pPr>
              <w:spacing w:line="240" w:lineRule="auto"/>
              <w:jc w:val="center"/>
            </w:pPr>
            <w:r>
              <w:rPr>
                <w:sz w:val="15"/>
              </w:rPr>
              <w:t>2.5560 to 2.9259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578639" w14:textId="77777777" w:rsidR="003B3005" w:rsidRDefault="00000000">
            <w:pPr>
              <w:spacing w:line="240" w:lineRule="auto"/>
              <w:jc w:val="center"/>
            </w:pPr>
            <w:r>
              <w:rPr>
                <w:sz w:val="15"/>
              </w:rPr>
              <w:t>0.0944</w:t>
            </w:r>
          </w:p>
        </w:tc>
      </w:tr>
      <w:tr w:rsidR="003B3005" w14:paraId="777E80A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9BC890"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6A24FC" w14:textId="77777777" w:rsidR="003B3005" w:rsidRDefault="00000000">
            <w:pPr>
              <w:spacing w:line="240" w:lineRule="auto"/>
              <w:jc w:val="center"/>
            </w:pPr>
            <w:r>
              <w:rPr>
                <w:sz w:val="15"/>
              </w:rPr>
              <w:t>2021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19CE3D" w14:textId="77777777" w:rsidR="003B3005" w:rsidRDefault="00000000">
            <w:pPr>
              <w:spacing w:line="240" w:lineRule="auto"/>
              <w:jc w:val="center"/>
            </w:pPr>
            <w:r>
              <w:rPr>
                <w:sz w:val="15"/>
              </w:rPr>
              <w:t>1158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09A2D9" w14:textId="77777777" w:rsidR="003B3005" w:rsidRDefault="00000000">
            <w:pPr>
              <w:spacing w:line="240" w:lineRule="auto"/>
              <w:jc w:val="center"/>
            </w:pPr>
            <w:r>
              <w:rPr>
                <w:sz w:val="15"/>
              </w:rPr>
              <w:t>36687942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B92A83" w14:textId="77777777" w:rsidR="003B3005" w:rsidRDefault="00000000">
            <w:pPr>
              <w:spacing w:line="240" w:lineRule="auto"/>
              <w:jc w:val="center"/>
            </w:pPr>
            <w:r>
              <w:rPr>
                <w:sz w:val="15"/>
              </w:rPr>
              <w:t>3.3822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A0A899" w14:textId="77777777" w:rsidR="003B3005" w:rsidRDefault="00000000">
            <w:pPr>
              <w:spacing w:line="240" w:lineRule="auto"/>
              <w:jc w:val="center"/>
            </w:pPr>
            <w:r>
              <w:rPr>
                <w:sz w:val="15"/>
              </w:rPr>
              <w:t>3.1839 to 3.5918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70DA97" w14:textId="77777777" w:rsidR="003B3005" w:rsidRDefault="00000000">
            <w:pPr>
              <w:spacing w:line="240" w:lineRule="auto"/>
              <w:jc w:val="center"/>
            </w:pPr>
            <w:r>
              <w:rPr>
                <w:sz w:val="15"/>
              </w:rPr>
              <w:t>0.1027</w:t>
            </w:r>
          </w:p>
        </w:tc>
      </w:tr>
      <w:tr w:rsidR="003B3005" w14:paraId="18EDBF4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19C661"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DC56EC" w14:textId="77777777" w:rsidR="003B3005" w:rsidRDefault="00000000">
            <w:pPr>
              <w:spacing w:line="240" w:lineRule="auto"/>
              <w:jc w:val="center"/>
            </w:pPr>
            <w:r>
              <w:rPr>
                <w:sz w:val="15"/>
              </w:rPr>
              <w:t>2022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FF73DA" w14:textId="77777777" w:rsidR="003B3005" w:rsidRDefault="00000000">
            <w:pPr>
              <w:spacing w:line="240" w:lineRule="auto"/>
              <w:jc w:val="center"/>
            </w:pPr>
            <w:r>
              <w:rPr>
                <w:sz w:val="15"/>
              </w:rPr>
              <w:t>613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0C3D0D" w14:textId="77777777" w:rsidR="003B3005" w:rsidRDefault="00000000">
            <w:pPr>
              <w:spacing w:line="240" w:lineRule="auto"/>
              <w:jc w:val="center"/>
            </w:pPr>
            <w:r>
              <w:rPr>
                <w:sz w:val="15"/>
              </w:rPr>
              <w:t>37391420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8EE0CE" w14:textId="77777777" w:rsidR="003B3005" w:rsidRDefault="00000000">
            <w:pPr>
              <w:spacing w:line="240" w:lineRule="auto"/>
              <w:jc w:val="center"/>
            </w:pPr>
            <w:r>
              <w:rPr>
                <w:sz w:val="15"/>
              </w:rPr>
              <w:t>1.8223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532ACF" w14:textId="77777777" w:rsidR="003B3005" w:rsidRDefault="00000000">
            <w:pPr>
              <w:spacing w:line="240" w:lineRule="auto"/>
              <w:jc w:val="center"/>
            </w:pPr>
            <w:r>
              <w:rPr>
                <w:sz w:val="15"/>
              </w:rPr>
              <w:t>1.6779 to 1.9776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9E1739" w14:textId="77777777" w:rsidR="003B3005" w:rsidRDefault="00000000">
            <w:pPr>
              <w:spacing w:line="240" w:lineRule="auto"/>
              <w:jc w:val="center"/>
            </w:pPr>
            <w:r>
              <w:rPr>
                <w:sz w:val="15"/>
              </w:rPr>
              <w:t>0.0752</w:t>
            </w:r>
          </w:p>
        </w:tc>
      </w:tr>
      <w:tr w:rsidR="003B3005" w14:paraId="27CD074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CEB00C"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44A63B" w14:textId="77777777" w:rsidR="003B3005" w:rsidRDefault="00000000">
            <w:pPr>
              <w:spacing w:line="240" w:lineRule="auto"/>
              <w:jc w:val="center"/>
            </w:pPr>
            <w:r>
              <w:rPr>
                <w:sz w:val="15"/>
              </w:rPr>
              <w:t>2023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AA1898" w14:textId="77777777" w:rsidR="003B3005" w:rsidRDefault="00000000">
            <w:pPr>
              <w:spacing w:line="240" w:lineRule="auto"/>
              <w:jc w:val="center"/>
            </w:pPr>
            <w:r>
              <w:rPr>
                <w:sz w:val="15"/>
              </w:rPr>
              <w:t>467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7E8663" w14:textId="77777777" w:rsidR="003B3005" w:rsidRDefault="00000000">
            <w:pPr>
              <w:spacing w:line="240" w:lineRule="auto"/>
              <w:jc w:val="center"/>
            </w:pPr>
            <w:r>
              <w:rPr>
                <w:sz w:val="15"/>
              </w:rPr>
              <w:t>38599156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F677E2" w14:textId="77777777" w:rsidR="003B3005" w:rsidRDefault="00000000">
            <w:pPr>
              <w:spacing w:line="240" w:lineRule="auto"/>
              <w:jc w:val="center"/>
            </w:pPr>
            <w:r>
              <w:rPr>
                <w:sz w:val="15"/>
              </w:rPr>
              <w:t>1.3620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61CC80" w14:textId="77777777" w:rsidR="003B3005" w:rsidRDefault="00000000">
            <w:pPr>
              <w:spacing w:line="240" w:lineRule="auto"/>
              <w:jc w:val="center"/>
            </w:pPr>
            <w:r>
              <w:rPr>
                <w:sz w:val="15"/>
              </w:rPr>
              <w:t>1.2380 to 1.4967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EF3B91" w14:textId="77777777" w:rsidR="003B3005" w:rsidRDefault="00000000">
            <w:pPr>
              <w:spacing w:line="240" w:lineRule="auto"/>
              <w:jc w:val="center"/>
            </w:pPr>
            <w:r>
              <w:rPr>
                <w:sz w:val="15"/>
              </w:rPr>
              <w:t>0.0648</w:t>
            </w:r>
          </w:p>
        </w:tc>
      </w:tr>
      <w:tr w:rsidR="003B3005" w14:paraId="6ED17BA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9C6A28" w14:textId="77777777" w:rsidR="003B3005" w:rsidRDefault="00000000">
            <w:pPr>
              <w:spacing w:line="240" w:lineRule="auto"/>
            </w:pPr>
            <w:r>
              <w:rPr>
                <w:sz w:val="15"/>
              </w:rPr>
              <w:t>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A1720D" w14:textId="77777777" w:rsidR="003B3005" w:rsidRDefault="00000000">
            <w:pPr>
              <w:spacing w:line="240" w:lineRule="auto"/>
              <w:jc w:val="center"/>
            </w:pPr>
            <w:r>
              <w:rPr>
                <w:sz w:val="15"/>
              </w:rPr>
              <w:t>2024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A11765" w14:textId="77777777" w:rsidR="003B3005" w:rsidRDefault="00000000">
            <w:pPr>
              <w:spacing w:line="240" w:lineRule="auto"/>
              <w:jc w:val="center"/>
            </w:pPr>
            <w:r>
              <w:rPr>
                <w:sz w:val="15"/>
              </w:rPr>
              <w:t>402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0B39C8" w14:textId="77777777" w:rsidR="003B3005" w:rsidRDefault="00000000">
            <w:pPr>
              <w:spacing w:line="240" w:lineRule="auto"/>
              <w:jc w:val="center"/>
            </w:pPr>
            <w:r>
              <w:rPr>
                <w:sz w:val="15"/>
              </w:rPr>
              <w:t>40491544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B4A16C" w14:textId="77777777" w:rsidR="003B3005" w:rsidRDefault="00000000">
            <w:pPr>
              <w:spacing w:line="240" w:lineRule="auto"/>
              <w:jc w:val="center"/>
            </w:pPr>
            <w:r>
              <w:rPr>
                <w:sz w:val="15"/>
              </w:rPr>
              <w:t>1.1174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A18F11" w14:textId="77777777" w:rsidR="003B3005" w:rsidRDefault="00000000">
            <w:pPr>
              <w:spacing w:line="240" w:lineRule="auto"/>
              <w:jc w:val="center"/>
            </w:pPr>
            <w:r>
              <w:rPr>
                <w:sz w:val="15"/>
              </w:rPr>
              <w:t>1.0095 to 1.2351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FA490D" w14:textId="77777777" w:rsidR="003B3005" w:rsidRDefault="00000000">
            <w:pPr>
              <w:spacing w:line="240" w:lineRule="auto"/>
              <w:jc w:val="center"/>
            </w:pPr>
            <w:r>
              <w:rPr>
                <w:sz w:val="15"/>
              </w:rPr>
              <w:t>0.0564</w:t>
            </w:r>
          </w:p>
        </w:tc>
      </w:tr>
      <w:tr w:rsidR="003B3005" w14:paraId="120BBA5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824A60"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6C3D70" w14:textId="77777777" w:rsidR="003B3005" w:rsidRDefault="00000000">
            <w:pPr>
              <w:spacing w:line="240" w:lineRule="auto"/>
              <w:jc w:val="center"/>
            </w:pPr>
            <w:r>
              <w:rPr>
                <w:sz w:val="15"/>
              </w:rPr>
              <w:t>1999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7DAF35" w14:textId="77777777" w:rsidR="003B3005" w:rsidRDefault="00000000">
            <w:pPr>
              <w:spacing w:line="240" w:lineRule="auto"/>
              <w:jc w:val="center"/>
            </w:pPr>
            <w:r>
              <w:rPr>
                <w:sz w:val="15"/>
              </w:rPr>
              <w:t>691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B73C9A" w14:textId="77777777" w:rsidR="003B3005" w:rsidRDefault="00000000">
            <w:pPr>
              <w:spacing w:line="240" w:lineRule="auto"/>
              <w:jc w:val="center"/>
            </w:pPr>
            <w:r>
              <w:rPr>
                <w:sz w:val="15"/>
              </w:rPr>
              <w:t>162905138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9CAA34" w14:textId="77777777" w:rsidR="003B3005" w:rsidRDefault="00000000">
            <w:pPr>
              <w:spacing w:line="240" w:lineRule="auto"/>
              <w:jc w:val="center"/>
            </w:pPr>
            <w:r>
              <w:rPr>
                <w:sz w:val="15"/>
              </w:rPr>
              <w:t>0.4196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3A4098" w14:textId="77777777" w:rsidR="003B3005" w:rsidRDefault="00000000">
            <w:pPr>
              <w:spacing w:line="240" w:lineRule="auto"/>
              <w:jc w:val="center"/>
            </w:pPr>
            <w:r>
              <w:rPr>
                <w:sz w:val="15"/>
              </w:rPr>
              <w:t>0.3882 to 0.4509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CCC76E" w14:textId="77777777" w:rsidR="003B3005" w:rsidRDefault="00000000">
            <w:pPr>
              <w:spacing w:line="240" w:lineRule="auto"/>
              <w:jc w:val="center"/>
            </w:pPr>
            <w:r>
              <w:rPr>
                <w:sz w:val="15"/>
              </w:rPr>
              <w:t>0.0160</w:t>
            </w:r>
          </w:p>
        </w:tc>
      </w:tr>
      <w:tr w:rsidR="003B3005" w14:paraId="4BABCDC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F8DE0B"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6B338B" w14:textId="77777777" w:rsidR="003B3005" w:rsidRDefault="00000000">
            <w:pPr>
              <w:spacing w:line="240" w:lineRule="auto"/>
              <w:jc w:val="center"/>
            </w:pPr>
            <w:r>
              <w:rPr>
                <w:sz w:val="15"/>
              </w:rPr>
              <w:t>2000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A55CBF" w14:textId="77777777" w:rsidR="003B3005" w:rsidRDefault="00000000">
            <w:pPr>
              <w:spacing w:line="240" w:lineRule="auto"/>
              <w:jc w:val="center"/>
            </w:pPr>
            <w:r>
              <w:rPr>
                <w:sz w:val="15"/>
              </w:rPr>
              <w:t>767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E3F1F7" w14:textId="77777777" w:rsidR="003B3005" w:rsidRDefault="00000000">
            <w:pPr>
              <w:spacing w:line="240" w:lineRule="auto"/>
              <w:jc w:val="center"/>
            </w:pPr>
            <w:r>
              <w:rPr>
                <w:sz w:val="15"/>
              </w:rPr>
              <w:t>163764961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C65DC1" w14:textId="77777777" w:rsidR="003B3005" w:rsidRDefault="00000000">
            <w:pPr>
              <w:spacing w:line="240" w:lineRule="auto"/>
              <w:jc w:val="center"/>
            </w:pPr>
            <w:r>
              <w:rPr>
                <w:sz w:val="15"/>
              </w:rPr>
              <w:t>0.4620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07AAD4" w14:textId="77777777" w:rsidR="003B3005" w:rsidRDefault="00000000">
            <w:pPr>
              <w:spacing w:line="240" w:lineRule="auto"/>
              <w:jc w:val="center"/>
            </w:pPr>
            <w:r>
              <w:rPr>
                <w:sz w:val="15"/>
              </w:rPr>
              <w:t>0.4292 to 0.4948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314835" w14:textId="77777777" w:rsidR="003B3005" w:rsidRDefault="00000000">
            <w:pPr>
              <w:spacing w:line="240" w:lineRule="auto"/>
              <w:jc w:val="center"/>
            </w:pPr>
            <w:r>
              <w:rPr>
                <w:sz w:val="15"/>
              </w:rPr>
              <w:t>0.0167</w:t>
            </w:r>
          </w:p>
        </w:tc>
      </w:tr>
      <w:tr w:rsidR="003B3005" w14:paraId="20EBDF3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0231CC"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3D252C" w14:textId="77777777" w:rsidR="003B3005" w:rsidRDefault="00000000">
            <w:pPr>
              <w:spacing w:line="240" w:lineRule="auto"/>
              <w:jc w:val="center"/>
            </w:pPr>
            <w:r>
              <w:rPr>
                <w:sz w:val="15"/>
              </w:rPr>
              <w:t>2001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C7B618" w14:textId="77777777" w:rsidR="003B3005" w:rsidRDefault="00000000">
            <w:pPr>
              <w:spacing w:line="240" w:lineRule="auto"/>
              <w:jc w:val="center"/>
            </w:pPr>
            <w:r>
              <w:rPr>
                <w:sz w:val="15"/>
              </w:rPr>
              <w:t>841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A17788" w14:textId="77777777" w:rsidR="003B3005" w:rsidRDefault="00000000">
            <w:pPr>
              <w:spacing w:line="240" w:lineRule="auto"/>
              <w:jc w:val="center"/>
            </w:pPr>
            <w:r>
              <w:rPr>
                <w:sz w:val="15"/>
              </w:rPr>
              <w:t>165015110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737AD1" w14:textId="77777777" w:rsidR="003B3005" w:rsidRDefault="00000000">
            <w:pPr>
              <w:spacing w:line="240" w:lineRule="auto"/>
              <w:jc w:val="center"/>
            </w:pPr>
            <w:r>
              <w:rPr>
                <w:sz w:val="15"/>
              </w:rPr>
              <w:t>0.4850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3B78AB" w14:textId="77777777" w:rsidR="003B3005" w:rsidRDefault="00000000">
            <w:pPr>
              <w:spacing w:line="240" w:lineRule="auto"/>
              <w:jc w:val="center"/>
            </w:pPr>
            <w:r>
              <w:rPr>
                <w:sz w:val="15"/>
              </w:rPr>
              <w:t>0.4522 to 0.5178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9122AA" w14:textId="77777777" w:rsidR="003B3005" w:rsidRDefault="00000000">
            <w:pPr>
              <w:spacing w:line="240" w:lineRule="auto"/>
              <w:jc w:val="center"/>
            </w:pPr>
            <w:r>
              <w:rPr>
                <w:sz w:val="15"/>
              </w:rPr>
              <w:t>0.0167</w:t>
            </w:r>
          </w:p>
        </w:tc>
      </w:tr>
      <w:tr w:rsidR="003B3005" w14:paraId="2937003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DE82B8"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49827E" w14:textId="77777777" w:rsidR="003B3005" w:rsidRDefault="00000000">
            <w:pPr>
              <w:spacing w:line="240" w:lineRule="auto"/>
              <w:jc w:val="center"/>
            </w:pPr>
            <w:r>
              <w:rPr>
                <w:sz w:val="15"/>
              </w:rPr>
              <w:t>2002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1FF7B6" w14:textId="77777777" w:rsidR="003B3005" w:rsidRDefault="00000000">
            <w:pPr>
              <w:spacing w:line="240" w:lineRule="auto"/>
              <w:jc w:val="center"/>
            </w:pPr>
            <w:r>
              <w:rPr>
                <w:sz w:val="15"/>
              </w:rPr>
              <w:t>992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6ED616" w14:textId="77777777" w:rsidR="003B3005" w:rsidRDefault="00000000">
            <w:pPr>
              <w:spacing w:line="240" w:lineRule="auto"/>
              <w:jc w:val="center"/>
            </w:pPr>
            <w:r>
              <w:rPr>
                <w:sz w:val="15"/>
              </w:rPr>
              <w:t>166048398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17E316" w14:textId="77777777" w:rsidR="003B3005" w:rsidRDefault="00000000">
            <w:pPr>
              <w:spacing w:line="240" w:lineRule="auto"/>
              <w:jc w:val="center"/>
            </w:pPr>
            <w:r>
              <w:rPr>
                <w:sz w:val="15"/>
              </w:rPr>
              <w:t>0.5612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6F7559" w14:textId="77777777" w:rsidR="003B3005" w:rsidRDefault="00000000">
            <w:pPr>
              <w:spacing w:line="240" w:lineRule="auto"/>
              <w:jc w:val="center"/>
            </w:pPr>
            <w:r>
              <w:rPr>
                <w:sz w:val="15"/>
              </w:rPr>
              <w:t>0.5262 to 0.5961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F58D35" w14:textId="77777777" w:rsidR="003B3005" w:rsidRDefault="00000000">
            <w:pPr>
              <w:spacing w:line="240" w:lineRule="auto"/>
              <w:jc w:val="center"/>
            </w:pPr>
            <w:r>
              <w:rPr>
                <w:sz w:val="15"/>
              </w:rPr>
              <w:t>0.0178</w:t>
            </w:r>
          </w:p>
        </w:tc>
      </w:tr>
      <w:tr w:rsidR="003B3005" w14:paraId="56F37E6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10D50D" w14:textId="77777777" w:rsidR="003B3005" w:rsidRDefault="00000000">
            <w:pPr>
              <w:spacing w:line="240" w:lineRule="auto"/>
            </w:pPr>
            <w:r>
              <w:rPr>
                <w:sz w:val="15"/>
              </w:rPr>
              <w:lastRenderedPageBreak/>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CA2E5A" w14:textId="77777777" w:rsidR="003B3005" w:rsidRDefault="00000000">
            <w:pPr>
              <w:spacing w:line="240" w:lineRule="auto"/>
              <w:jc w:val="center"/>
            </w:pPr>
            <w:r>
              <w:rPr>
                <w:sz w:val="15"/>
              </w:rPr>
              <w:t>2003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60EDAA" w14:textId="77777777" w:rsidR="003B3005" w:rsidRDefault="00000000">
            <w:pPr>
              <w:spacing w:line="240" w:lineRule="auto"/>
              <w:jc w:val="center"/>
            </w:pPr>
            <w:r>
              <w:rPr>
                <w:sz w:val="15"/>
              </w:rPr>
              <w:t>1136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8A6AB9" w14:textId="77777777" w:rsidR="003B3005" w:rsidRDefault="00000000">
            <w:pPr>
              <w:spacing w:line="240" w:lineRule="auto"/>
              <w:jc w:val="center"/>
            </w:pPr>
            <w:r>
              <w:rPr>
                <w:sz w:val="15"/>
              </w:rPr>
              <w:t>167078773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2D1E7C" w14:textId="77777777" w:rsidR="003B3005" w:rsidRDefault="00000000">
            <w:pPr>
              <w:spacing w:line="240" w:lineRule="auto"/>
              <w:jc w:val="center"/>
            </w:pPr>
            <w:r>
              <w:rPr>
                <w:sz w:val="15"/>
              </w:rPr>
              <w:t>0.6325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F76EBD" w14:textId="77777777" w:rsidR="003B3005" w:rsidRDefault="00000000">
            <w:pPr>
              <w:spacing w:line="240" w:lineRule="auto"/>
              <w:jc w:val="center"/>
            </w:pPr>
            <w:r>
              <w:rPr>
                <w:sz w:val="15"/>
              </w:rPr>
              <w:t>0.5956 to 0.6694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600D85" w14:textId="77777777" w:rsidR="003B3005" w:rsidRDefault="00000000">
            <w:pPr>
              <w:spacing w:line="240" w:lineRule="auto"/>
              <w:jc w:val="center"/>
            </w:pPr>
            <w:r>
              <w:rPr>
                <w:sz w:val="15"/>
              </w:rPr>
              <w:t>0.0188</w:t>
            </w:r>
          </w:p>
        </w:tc>
      </w:tr>
      <w:tr w:rsidR="003B3005" w14:paraId="4BA3880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4451FD"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0A2F54" w14:textId="77777777" w:rsidR="003B3005" w:rsidRDefault="00000000">
            <w:pPr>
              <w:spacing w:line="240" w:lineRule="auto"/>
              <w:jc w:val="center"/>
            </w:pPr>
            <w:r>
              <w:rPr>
                <w:sz w:val="15"/>
              </w:rPr>
              <w:t>2004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C669E2" w14:textId="77777777" w:rsidR="003B3005" w:rsidRDefault="00000000">
            <w:pPr>
              <w:spacing w:line="240" w:lineRule="auto"/>
              <w:jc w:val="center"/>
            </w:pPr>
            <w:r>
              <w:rPr>
                <w:sz w:val="15"/>
              </w:rPr>
              <w:t>1153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D8B7B4" w14:textId="77777777" w:rsidR="003B3005" w:rsidRDefault="00000000">
            <w:pPr>
              <w:spacing w:line="240" w:lineRule="auto"/>
              <w:jc w:val="center"/>
            </w:pPr>
            <w:r>
              <w:rPr>
                <w:sz w:val="15"/>
              </w:rPr>
              <w:t>168328170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0C3B80" w14:textId="77777777" w:rsidR="003B3005" w:rsidRDefault="00000000">
            <w:pPr>
              <w:spacing w:line="240" w:lineRule="auto"/>
              <w:jc w:val="center"/>
            </w:pPr>
            <w:r>
              <w:rPr>
                <w:sz w:val="15"/>
              </w:rPr>
              <w:t>0.6553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535F70" w14:textId="77777777" w:rsidR="003B3005" w:rsidRDefault="00000000">
            <w:pPr>
              <w:spacing w:line="240" w:lineRule="auto"/>
              <w:jc w:val="center"/>
            </w:pPr>
            <w:r>
              <w:rPr>
                <w:sz w:val="15"/>
              </w:rPr>
              <w:t>0.6172 to 0.6934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811F88" w14:textId="77777777" w:rsidR="003B3005" w:rsidRDefault="00000000">
            <w:pPr>
              <w:spacing w:line="240" w:lineRule="auto"/>
              <w:jc w:val="center"/>
            </w:pPr>
            <w:r>
              <w:rPr>
                <w:sz w:val="15"/>
              </w:rPr>
              <w:t>0.0194</w:t>
            </w:r>
          </w:p>
        </w:tc>
      </w:tr>
      <w:tr w:rsidR="003B3005" w14:paraId="6ED2E98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A7979E"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705F04" w14:textId="77777777" w:rsidR="003B3005" w:rsidRDefault="00000000">
            <w:pPr>
              <w:spacing w:line="240" w:lineRule="auto"/>
              <w:jc w:val="center"/>
            </w:pPr>
            <w:r>
              <w:rPr>
                <w:sz w:val="15"/>
              </w:rPr>
              <w:t>2005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F9F565" w14:textId="77777777" w:rsidR="003B3005" w:rsidRDefault="00000000">
            <w:pPr>
              <w:spacing w:line="240" w:lineRule="auto"/>
              <w:jc w:val="center"/>
            </w:pPr>
            <w:r>
              <w:rPr>
                <w:sz w:val="15"/>
              </w:rPr>
              <w:t>1320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47EE78" w14:textId="77777777" w:rsidR="003B3005" w:rsidRDefault="00000000">
            <w:pPr>
              <w:spacing w:line="240" w:lineRule="auto"/>
              <w:jc w:val="center"/>
            </w:pPr>
            <w:r>
              <w:rPr>
                <w:sz w:val="15"/>
              </w:rPr>
              <w:t>169747361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945612" w14:textId="77777777" w:rsidR="003B3005" w:rsidRDefault="00000000">
            <w:pPr>
              <w:spacing w:line="240" w:lineRule="auto"/>
              <w:jc w:val="center"/>
            </w:pPr>
            <w:r>
              <w:rPr>
                <w:sz w:val="15"/>
              </w:rPr>
              <w:t>0.7061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B6E0A2" w14:textId="77777777" w:rsidR="003B3005" w:rsidRDefault="00000000">
            <w:pPr>
              <w:spacing w:line="240" w:lineRule="auto"/>
              <w:jc w:val="center"/>
            </w:pPr>
            <w:r>
              <w:rPr>
                <w:sz w:val="15"/>
              </w:rPr>
              <w:t>0.6679 to 0.7443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D47681" w14:textId="77777777" w:rsidR="003B3005" w:rsidRDefault="00000000">
            <w:pPr>
              <w:spacing w:line="240" w:lineRule="auto"/>
              <w:jc w:val="center"/>
            </w:pPr>
            <w:r>
              <w:rPr>
                <w:sz w:val="15"/>
              </w:rPr>
              <w:t>0.0195</w:t>
            </w:r>
          </w:p>
        </w:tc>
      </w:tr>
      <w:tr w:rsidR="003B3005" w14:paraId="42F5629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5703B8"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366B8F" w14:textId="77777777" w:rsidR="003B3005" w:rsidRDefault="00000000">
            <w:pPr>
              <w:spacing w:line="240" w:lineRule="auto"/>
              <w:jc w:val="center"/>
            </w:pPr>
            <w:r>
              <w:rPr>
                <w:sz w:val="15"/>
              </w:rPr>
              <w:t>2006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C90BE4" w14:textId="77777777" w:rsidR="003B3005" w:rsidRDefault="00000000">
            <w:pPr>
              <w:spacing w:line="240" w:lineRule="auto"/>
              <w:jc w:val="center"/>
            </w:pPr>
            <w:r>
              <w:rPr>
                <w:sz w:val="15"/>
              </w:rPr>
              <w:t>1374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D9F37C" w14:textId="77777777" w:rsidR="003B3005" w:rsidRDefault="00000000">
            <w:pPr>
              <w:spacing w:line="240" w:lineRule="auto"/>
              <w:jc w:val="center"/>
            </w:pPr>
            <w:r>
              <w:rPr>
                <w:sz w:val="15"/>
              </w:rPr>
              <w:t>171275495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5EA4BB" w14:textId="77777777" w:rsidR="003B3005" w:rsidRDefault="00000000">
            <w:pPr>
              <w:spacing w:line="240" w:lineRule="auto"/>
              <w:jc w:val="center"/>
            </w:pPr>
            <w:r>
              <w:rPr>
                <w:sz w:val="15"/>
              </w:rPr>
              <w:t>0.7587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E254C1" w14:textId="77777777" w:rsidR="003B3005" w:rsidRDefault="00000000">
            <w:pPr>
              <w:spacing w:line="240" w:lineRule="auto"/>
              <w:jc w:val="center"/>
            </w:pPr>
            <w:r>
              <w:rPr>
                <w:sz w:val="15"/>
              </w:rPr>
              <w:t>0.7182 to 0.7992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DA3A25" w14:textId="77777777" w:rsidR="003B3005" w:rsidRDefault="00000000">
            <w:pPr>
              <w:spacing w:line="240" w:lineRule="auto"/>
              <w:jc w:val="center"/>
            </w:pPr>
            <w:r>
              <w:rPr>
                <w:sz w:val="15"/>
              </w:rPr>
              <w:t>0.0207</w:t>
            </w:r>
          </w:p>
        </w:tc>
      </w:tr>
      <w:tr w:rsidR="003B3005" w14:paraId="12F2A86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D47A85"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6D3296" w14:textId="77777777" w:rsidR="003B3005" w:rsidRDefault="00000000">
            <w:pPr>
              <w:spacing w:line="240" w:lineRule="auto"/>
              <w:jc w:val="center"/>
            </w:pPr>
            <w:r>
              <w:rPr>
                <w:sz w:val="15"/>
              </w:rPr>
              <w:t>2007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3A580C" w14:textId="77777777" w:rsidR="003B3005" w:rsidRDefault="00000000">
            <w:pPr>
              <w:spacing w:line="240" w:lineRule="auto"/>
              <w:jc w:val="center"/>
            </w:pPr>
            <w:r>
              <w:rPr>
                <w:sz w:val="15"/>
              </w:rPr>
              <w:t>1450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5076A3" w14:textId="77777777" w:rsidR="003B3005" w:rsidRDefault="00000000">
            <w:pPr>
              <w:spacing w:line="240" w:lineRule="auto"/>
              <w:jc w:val="center"/>
            </w:pPr>
            <w:r>
              <w:rPr>
                <w:sz w:val="15"/>
              </w:rPr>
              <w:t>172729858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E4207B" w14:textId="77777777" w:rsidR="003B3005" w:rsidRDefault="00000000">
            <w:pPr>
              <w:spacing w:line="240" w:lineRule="auto"/>
              <w:jc w:val="center"/>
            </w:pPr>
            <w:r>
              <w:rPr>
                <w:sz w:val="15"/>
              </w:rPr>
              <w:t>0.7481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BF03A5" w14:textId="77777777" w:rsidR="003B3005" w:rsidRDefault="00000000">
            <w:pPr>
              <w:spacing w:line="240" w:lineRule="auto"/>
              <w:jc w:val="center"/>
            </w:pPr>
            <w:r>
              <w:rPr>
                <w:sz w:val="15"/>
              </w:rPr>
              <w:t>0.7092 to 0.7870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FBBF9C" w14:textId="77777777" w:rsidR="003B3005" w:rsidRDefault="00000000">
            <w:pPr>
              <w:spacing w:line="240" w:lineRule="auto"/>
              <w:jc w:val="center"/>
            </w:pPr>
            <w:r>
              <w:rPr>
                <w:sz w:val="15"/>
              </w:rPr>
              <w:t>0.0198</w:t>
            </w:r>
          </w:p>
        </w:tc>
      </w:tr>
      <w:tr w:rsidR="003B3005" w14:paraId="6C94AAA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324983"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3AE9E0" w14:textId="77777777" w:rsidR="003B3005" w:rsidRDefault="00000000">
            <w:pPr>
              <w:spacing w:line="240" w:lineRule="auto"/>
              <w:jc w:val="center"/>
            </w:pPr>
            <w:r>
              <w:rPr>
                <w:sz w:val="15"/>
              </w:rPr>
              <w:t>2008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2B1491" w14:textId="77777777" w:rsidR="003B3005" w:rsidRDefault="00000000">
            <w:pPr>
              <w:spacing w:line="240" w:lineRule="auto"/>
              <w:jc w:val="center"/>
            </w:pPr>
            <w:r>
              <w:rPr>
                <w:sz w:val="15"/>
              </w:rPr>
              <w:t>1428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C0AF28" w14:textId="77777777" w:rsidR="003B3005" w:rsidRDefault="00000000">
            <w:pPr>
              <w:spacing w:line="240" w:lineRule="auto"/>
              <w:jc w:val="center"/>
            </w:pPr>
            <w:r>
              <w:rPr>
                <w:sz w:val="15"/>
              </w:rPr>
              <w:t>174192240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0C5903" w14:textId="77777777" w:rsidR="003B3005" w:rsidRDefault="00000000">
            <w:pPr>
              <w:spacing w:line="240" w:lineRule="auto"/>
              <w:jc w:val="center"/>
            </w:pPr>
            <w:r>
              <w:rPr>
                <w:sz w:val="15"/>
              </w:rPr>
              <w:t>0.7244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BFACDE" w14:textId="77777777" w:rsidR="003B3005" w:rsidRDefault="00000000">
            <w:pPr>
              <w:spacing w:line="240" w:lineRule="auto"/>
              <w:jc w:val="center"/>
            </w:pPr>
            <w:r>
              <w:rPr>
                <w:sz w:val="15"/>
              </w:rPr>
              <w:t>0.6866 to 0.7622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57A653" w14:textId="77777777" w:rsidR="003B3005" w:rsidRDefault="00000000">
            <w:pPr>
              <w:spacing w:line="240" w:lineRule="auto"/>
              <w:jc w:val="center"/>
            </w:pPr>
            <w:r>
              <w:rPr>
                <w:sz w:val="15"/>
              </w:rPr>
              <w:t>0.0193</w:t>
            </w:r>
          </w:p>
        </w:tc>
      </w:tr>
      <w:tr w:rsidR="003B3005" w14:paraId="61C73F2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637CBF"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B56827" w14:textId="77777777" w:rsidR="003B3005" w:rsidRDefault="00000000">
            <w:pPr>
              <w:spacing w:line="240" w:lineRule="auto"/>
              <w:jc w:val="center"/>
            </w:pPr>
            <w:r>
              <w:rPr>
                <w:sz w:val="15"/>
              </w:rPr>
              <w:t>2009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6985EB" w14:textId="77777777" w:rsidR="003B3005" w:rsidRDefault="00000000">
            <w:pPr>
              <w:spacing w:line="240" w:lineRule="auto"/>
              <w:jc w:val="center"/>
            </w:pPr>
            <w:r>
              <w:rPr>
                <w:sz w:val="15"/>
              </w:rPr>
              <w:t>1562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437BD6" w14:textId="77777777" w:rsidR="003B3005" w:rsidRDefault="00000000">
            <w:pPr>
              <w:spacing w:line="240" w:lineRule="auto"/>
              <w:jc w:val="center"/>
            </w:pPr>
            <w:r>
              <w:rPr>
                <w:sz w:val="15"/>
              </w:rPr>
              <w:t>175602995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F29723" w14:textId="77777777" w:rsidR="003B3005" w:rsidRDefault="00000000">
            <w:pPr>
              <w:spacing w:line="240" w:lineRule="auto"/>
              <w:jc w:val="center"/>
            </w:pPr>
            <w:r>
              <w:rPr>
                <w:sz w:val="15"/>
              </w:rPr>
              <w:t>0.7855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9CDDC1" w14:textId="77777777" w:rsidR="003B3005" w:rsidRDefault="00000000">
            <w:pPr>
              <w:spacing w:line="240" w:lineRule="auto"/>
              <w:jc w:val="center"/>
            </w:pPr>
            <w:r>
              <w:rPr>
                <w:sz w:val="15"/>
              </w:rPr>
              <w:t>0.7461 to 0.8249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F3E5E5" w14:textId="77777777" w:rsidR="003B3005" w:rsidRDefault="00000000">
            <w:pPr>
              <w:spacing w:line="240" w:lineRule="auto"/>
              <w:jc w:val="center"/>
            </w:pPr>
            <w:r>
              <w:rPr>
                <w:sz w:val="15"/>
              </w:rPr>
              <w:t>0.0201</w:t>
            </w:r>
          </w:p>
        </w:tc>
      </w:tr>
      <w:tr w:rsidR="003B3005" w14:paraId="0F0A1C9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CFC25F"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608E41" w14:textId="77777777" w:rsidR="003B3005" w:rsidRDefault="00000000">
            <w:pPr>
              <w:spacing w:line="240" w:lineRule="auto"/>
              <w:jc w:val="center"/>
            </w:pPr>
            <w:r>
              <w:rPr>
                <w:sz w:val="15"/>
              </w:rPr>
              <w:t>2010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3E21FD" w14:textId="77777777" w:rsidR="003B3005" w:rsidRDefault="00000000">
            <w:pPr>
              <w:spacing w:line="240" w:lineRule="auto"/>
              <w:jc w:val="center"/>
            </w:pPr>
            <w:r>
              <w:rPr>
                <w:sz w:val="15"/>
              </w:rPr>
              <w:t>1696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AAC09A" w14:textId="77777777" w:rsidR="003B3005" w:rsidRDefault="00000000">
            <w:pPr>
              <w:spacing w:line="240" w:lineRule="auto"/>
              <w:jc w:val="center"/>
            </w:pPr>
            <w:r>
              <w:rPr>
                <w:sz w:val="15"/>
              </w:rPr>
              <w:t>176699320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AB97AD" w14:textId="77777777" w:rsidR="003B3005" w:rsidRDefault="00000000">
            <w:pPr>
              <w:spacing w:line="240" w:lineRule="auto"/>
              <w:jc w:val="center"/>
            </w:pPr>
            <w:r>
              <w:rPr>
                <w:sz w:val="15"/>
              </w:rPr>
              <w:t>0.8692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E6CFD8" w14:textId="77777777" w:rsidR="003B3005" w:rsidRDefault="00000000">
            <w:pPr>
              <w:spacing w:line="240" w:lineRule="auto"/>
              <w:jc w:val="center"/>
            </w:pPr>
            <w:r>
              <w:rPr>
                <w:sz w:val="15"/>
              </w:rPr>
              <w:t>0.8270 to 0.9113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C05F06" w14:textId="77777777" w:rsidR="003B3005" w:rsidRDefault="00000000">
            <w:pPr>
              <w:spacing w:line="240" w:lineRule="auto"/>
              <w:jc w:val="center"/>
            </w:pPr>
            <w:r>
              <w:rPr>
                <w:sz w:val="15"/>
              </w:rPr>
              <w:t>0.0215</w:t>
            </w:r>
          </w:p>
        </w:tc>
      </w:tr>
      <w:tr w:rsidR="003B3005" w14:paraId="6010A0B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F74AD6"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FEAAE3" w14:textId="77777777" w:rsidR="003B3005" w:rsidRDefault="00000000">
            <w:pPr>
              <w:spacing w:line="240" w:lineRule="auto"/>
              <w:jc w:val="center"/>
            </w:pPr>
            <w:r>
              <w:rPr>
                <w:sz w:val="15"/>
              </w:rPr>
              <w:t>2011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EEBAAF" w14:textId="77777777" w:rsidR="003B3005" w:rsidRDefault="00000000">
            <w:pPr>
              <w:spacing w:line="240" w:lineRule="auto"/>
              <w:jc w:val="center"/>
            </w:pPr>
            <w:r>
              <w:rPr>
                <w:sz w:val="15"/>
              </w:rPr>
              <w:t>1886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7C747D" w14:textId="77777777" w:rsidR="003B3005" w:rsidRDefault="00000000">
            <w:pPr>
              <w:spacing w:line="240" w:lineRule="auto"/>
              <w:jc w:val="center"/>
            </w:pPr>
            <w:r>
              <w:rPr>
                <w:sz w:val="15"/>
              </w:rPr>
              <w:t>178337261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8D99A3" w14:textId="77777777" w:rsidR="003B3005" w:rsidRDefault="00000000">
            <w:pPr>
              <w:spacing w:line="240" w:lineRule="auto"/>
              <w:jc w:val="center"/>
            </w:pPr>
            <w:r>
              <w:rPr>
                <w:sz w:val="15"/>
              </w:rPr>
              <w:t>0.9607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4BAB81" w14:textId="77777777" w:rsidR="003B3005" w:rsidRDefault="00000000">
            <w:pPr>
              <w:spacing w:line="240" w:lineRule="auto"/>
              <w:jc w:val="center"/>
            </w:pPr>
            <w:r>
              <w:rPr>
                <w:sz w:val="15"/>
              </w:rPr>
              <w:t>0.9165 to 1.0050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FF2A90" w14:textId="77777777" w:rsidR="003B3005" w:rsidRDefault="00000000">
            <w:pPr>
              <w:spacing w:line="240" w:lineRule="auto"/>
              <w:jc w:val="center"/>
            </w:pPr>
            <w:r>
              <w:rPr>
                <w:sz w:val="15"/>
              </w:rPr>
              <w:t>0.0226</w:t>
            </w:r>
          </w:p>
        </w:tc>
      </w:tr>
      <w:tr w:rsidR="003B3005" w14:paraId="115ECD8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F2747A"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6B7106" w14:textId="77777777" w:rsidR="003B3005" w:rsidRDefault="00000000">
            <w:pPr>
              <w:spacing w:line="240" w:lineRule="auto"/>
              <w:jc w:val="center"/>
            </w:pPr>
            <w:r>
              <w:rPr>
                <w:sz w:val="15"/>
              </w:rPr>
              <w:t>2012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DB9AAB" w14:textId="77777777" w:rsidR="003B3005" w:rsidRDefault="00000000">
            <w:pPr>
              <w:spacing w:line="240" w:lineRule="auto"/>
              <w:jc w:val="center"/>
            </w:pPr>
            <w:r>
              <w:rPr>
                <w:sz w:val="15"/>
              </w:rPr>
              <w:t>1818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C96166" w14:textId="77777777" w:rsidR="003B3005" w:rsidRDefault="00000000">
            <w:pPr>
              <w:spacing w:line="240" w:lineRule="auto"/>
              <w:jc w:val="center"/>
            </w:pPr>
            <w:r>
              <w:rPr>
                <w:sz w:val="15"/>
              </w:rPr>
              <w:t>179837600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AA4046" w14:textId="77777777" w:rsidR="003B3005" w:rsidRDefault="00000000">
            <w:pPr>
              <w:spacing w:line="240" w:lineRule="auto"/>
              <w:jc w:val="center"/>
            </w:pPr>
            <w:r>
              <w:rPr>
                <w:sz w:val="15"/>
              </w:rPr>
              <w:t>0.8948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709C71" w14:textId="77777777" w:rsidR="003B3005" w:rsidRDefault="00000000">
            <w:pPr>
              <w:spacing w:line="240" w:lineRule="auto"/>
              <w:jc w:val="center"/>
            </w:pPr>
            <w:r>
              <w:rPr>
                <w:sz w:val="15"/>
              </w:rPr>
              <w:t>0.8528 to 0.9368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2E5AD0" w14:textId="77777777" w:rsidR="003B3005" w:rsidRDefault="00000000">
            <w:pPr>
              <w:spacing w:line="240" w:lineRule="auto"/>
              <w:jc w:val="center"/>
            </w:pPr>
            <w:r>
              <w:rPr>
                <w:sz w:val="15"/>
              </w:rPr>
              <w:t>0.0214</w:t>
            </w:r>
          </w:p>
        </w:tc>
      </w:tr>
      <w:tr w:rsidR="003B3005" w14:paraId="1436D29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FEB5EF"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969D7D" w14:textId="77777777" w:rsidR="003B3005" w:rsidRDefault="00000000">
            <w:pPr>
              <w:spacing w:line="240" w:lineRule="auto"/>
              <w:jc w:val="center"/>
            </w:pPr>
            <w:r>
              <w:rPr>
                <w:sz w:val="15"/>
              </w:rPr>
              <w:t>2013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24B46D" w14:textId="77777777" w:rsidR="003B3005" w:rsidRDefault="00000000">
            <w:pPr>
              <w:spacing w:line="240" w:lineRule="auto"/>
              <w:jc w:val="center"/>
            </w:pPr>
            <w:r>
              <w:rPr>
                <w:sz w:val="15"/>
              </w:rPr>
              <w:t>2000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2AA8A4" w14:textId="77777777" w:rsidR="003B3005" w:rsidRDefault="00000000">
            <w:pPr>
              <w:spacing w:line="240" w:lineRule="auto"/>
              <w:jc w:val="center"/>
            </w:pPr>
            <w:r>
              <w:rPr>
                <w:sz w:val="15"/>
              </w:rPr>
              <w:t>181301140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947CC3" w14:textId="77777777" w:rsidR="003B3005" w:rsidRDefault="00000000">
            <w:pPr>
              <w:spacing w:line="240" w:lineRule="auto"/>
              <w:jc w:val="center"/>
            </w:pPr>
            <w:r>
              <w:rPr>
                <w:sz w:val="15"/>
              </w:rPr>
              <w:t>0.9467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830EDF" w14:textId="77777777" w:rsidR="003B3005" w:rsidRDefault="00000000">
            <w:pPr>
              <w:spacing w:line="240" w:lineRule="auto"/>
              <w:jc w:val="center"/>
            </w:pPr>
            <w:r>
              <w:rPr>
                <w:sz w:val="15"/>
              </w:rPr>
              <w:t>0.9045 to 0.9889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DE462C" w14:textId="77777777" w:rsidR="003B3005" w:rsidRDefault="00000000">
            <w:pPr>
              <w:spacing w:line="240" w:lineRule="auto"/>
              <w:jc w:val="center"/>
            </w:pPr>
            <w:r>
              <w:rPr>
                <w:sz w:val="15"/>
              </w:rPr>
              <w:t>0.0215</w:t>
            </w:r>
          </w:p>
        </w:tc>
      </w:tr>
      <w:tr w:rsidR="003B3005" w14:paraId="7687ADE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38AA38"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E6D9E6" w14:textId="77777777" w:rsidR="003B3005" w:rsidRDefault="00000000">
            <w:pPr>
              <w:spacing w:line="240" w:lineRule="auto"/>
              <w:jc w:val="center"/>
            </w:pPr>
            <w:r>
              <w:rPr>
                <w:sz w:val="15"/>
              </w:rPr>
              <w:t>2014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41FED5" w14:textId="77777777" w:rsidR="003B3005" w:rsidRDefault="00000000">
            <w:pPr>
              <w:spacing w:line="240" w:lineRule="auto"/>
              <w:jc w:val="center"/>
            </w:pPr>
            <w:r>
              <w:rPr>
                <w:sz w:val="15"/>
              </w:rPr>
              <w:t>2188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DA06A6" w14:textId="77777777" w:rsidR="003B3005" w:rsidRDefault="00000000">
            <w:pPr>
              <w:spacing w:line="240" w:lineRule="auto"/>
              <w:jc w:val="center"/>
            </w:pPr>
            <w:r>
              <w:rPr>
                <w:sz w:val="15"/>
              </w:rPr>
              <w:t>182999566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3DDCE9" w14:textId="77777777" w:rsidR="003B3005" w:rsidRDefault="00000000">
            <w:pPr>
              <w:spacing w:line="240" w:lineRule="auto"/>
              <w:jc w:val="center"/>
            </w:pPr>
            <w:r>
              <w:rPr>
                <w:sz w:val="15"/>
              </w:rPr>
              <w:t>1.0214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507884" w14:textId="77777777" w:rsidR="003B3005" w:rsidRDefault="00000000">
            <w:pPr>
              <w:spacing w:line="240" w:lineRule="auto"/>
              <w:jc w:val="center"/>
            </w:pPr>
            <w:r>
              <w:rPr>
                <w:sz w:val="15"/>
              </w:rPr>
              <w:t>0.9776 to 1.0652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2C1753" w14:textId="77777777" w:rsidR="003B3005" w:rsidRDefault="00000000">
            <w:pPr>
              <w:spacing w:line="240" w:lineRule="auto"/>
              <w:jc w:val="center"/>
            </w:pPr>
            <w:r>
              <w:rPr>
                <w:sz w:val="15"/>
              </w:rPr>
              <w:t>0.0223</w:t>
            </w:r>
          </w:p>
        </w:tc>
      </w:tr>
      <w:tr w:rsidR="003B3005" w14:paraId="59216A4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27868E"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61D75E" w14:textId="77777777" w:rsidR="003B3005" w:rsidRDefault="00000000">
            <w:pPr>
              <w:spacing w:line="240" w:lineRule="auto"/>
              <w:jc w:val="center"/>
            </w:pPr>
            <w:r>
              <w:rPr>
                <w:sz w:val="15"/>
              </w:rPr>
              <w:t>2015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900C90" w14:textId="77777777" w:rsidR="003B3005" w:rsidRDefault="00000000">
            <w:pPr>
              <w:spacing w:line="240" w:lineRule="auto"/>
              <w:jc w:val="center"/>
            </w:pPr>
            <w:r>
              <w:rPr>
                <w:sz w:val="15"/>
              </w:rPr>
              <w:t>2277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3EBADD" w14:textId="77777777" w:rsidR="003B3005" w:rsidRDefault="00000000">
            <w:pPr>
              <w:spacing w:line="240" w:lineRule="auto"/>
              <w:jc w:val="center"/>
            </w:pPr>
            <w:r>
              <w:rPr>
                <w:sz w:val="15"/>
              </w:rPr>
              <w:t>184791945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93A63A" w14:textId="77777777" w:rsidR="003B3005" w:rsidRDefault="00000000">
            <w:pPr>
              <w:spacing w:line="240" w:lineRule="auto"/>
              <w:jc w:val="center"/>
            </w:pPr>
            <w:r>
              <w:rPr>
                <w:sz w:val="15"/>
              </w:rPr>
              <w:t>1.0678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5CAECD" w14:textId="77777777" w:rsidR="003B3005" w:rsidRDefault="00000000">
            <w:pPr>
              <w:spacing w:line="240" w:lineRule="auto"/>
              <w:jc w:val="center"/>
            </w:pPr>
            <w:r>
              <w:rPr>
                <w:sz w:val="15"/>
              </w:rPr>
              <w:t>1.0224 to 1.1132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AABCFF" w14:textId="77777777" w:rsidR="003B3005" w:rsidRDefault="00000000">
            <w:pPr>
              <w:spacing w:line="240" w:lineRule="auto"/>
              <w:jc w:val="center"/>
            </w:pPr>
            <w:r>
              <w:rPr>
                <w:sz w:val="15"/>
              </w:rPr>
              <w:t>0.0232</w:t>
            </w:r>
          </w:p>
        </w:tc>
      </w:tr>
      <w:tr w:rsidR="003B3005" w14:paraId="59A24AD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F66E32"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EE568C" w14:textId="77777777" w:rsidR="003B3005" w:rsidRDefault="00000000">
            <w:pPr>
              <w:spacing w:line="240" w:lineRule="auto"/>
              <w:jc w:val="center"/>
            </w:pPr>
            <w:r>
              <w:rPr>
                <w:sz w:val="15"/>
              </w:rPr>
              <w:t>2016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7AFF5D" w14:textId="77777777" w:rsidR="003B3005" w:rsidRDefault="00000000">
            <w:pPr>
              <w:spacing w:line="240" w:lineRule="auto"/>
              <w:jc w:val="center"/>
            </w:pPr>
            <w:r>
              <w:rPr>
                <w:sz w:val="15"/>
              </w:rPr>
              <w:t>2435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A39011" w14:textId="77777777" w:rsidR="003B3005" w:rsidRDefault="00000000">
            <w:pPr>
              <w:spacing w:line="240" w:lineRule="auto"/>
              <w:jc w:val="center"/>
            </w:pPr>
            <w:r>
              <w:rPr>
                <w:sz w:val="15"/>
              </w:rPr>
              <w:t>186203155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DAAAA1" w14:textId="77777777" w:rsidR="003B3005" w:rsidRDefault="00000000">
            <w:pPr>
              <w:spacing w:line="240" w:lineRule="auto"/>
              <w:jc w:val="center"/>
            </w:pPr>
            <w:r>
              <w:rPr>
                <w:sz w:val="15"/>
              </w:rPr>
              <w:t>1.1197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D09CC9" w14:textId="77777777" w:rsidR="003B3005" w:rsidRDefault="00000000">
            <w:pPr>
              <w:spacing w:line="240" w:lineRule="auto"/>
              <w:jc w:val="center"/>
            </w:pPr>
            <w:r>
              <w:rPr>
                <w:sz w:val="15"/>
              </w:rPr>
              <w:t>1.0739 to 1.1656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1B8AA2" w14:textId="77777777" w:rsidR="003B3005" w:rsidRDefault="00000000">
            <w:pPr>
              <w:spacing w:line="240" w:lineRule="auto"/>
              <w:jc w:val="center"/>
            </w:pPr>
            <w:r>
              <w:rPr>
                <w:sz w:val="15"/>
              </w:rPr>
              <w:t>0.0234</w:t>
            </w:r>
          </w:p>
        </w:tc>
      </w:tr>
      <w:tr w:rsidR="003B3005" w14:paraId="3372E5B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1EA3E0"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81ACEE" w14:textId="77777777" w:rsidR="003B3005" w:rsidRDefault="00000000">
            <w:pPr>
              <w:spacing w:line="240" w:lineRule="auto"/>
              <w:jc w:val="center"/>
            </w:pPr>
            <w:r>
              <w:rPr>
                <w:sz w:val="15"/>
              </w:rPr>
              <w:t>2017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D3F72A" w14:textId="77777777" w:rsidR="003B3005" w:rsidRDefault="00000000">
            <w:pPr>
              <w:spacing w:line="240" w:lineRule="auto"/>
              <w:jc w:val="center"/>
            </w:pPr>
            <w:r>
              <w:rPr>
                <w:sz w:val="15"/>
              </w:rPr>
              <w:t>2413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BDAB6C" w14:textId="77777777" w:rsidR="003B3005" w:rsidRDefault="00000000">
            <w:pPr>
              <w:spacing w:line="240" w:lineRule="auto"/>
              <w:jc w:val="center"/>
            </w:pPr>
            <w:r>
              <w:rPr>
                <w:sz w:val="15"/>
              </w:rPr>
              <w:t>187852828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662BAC" w14:textId="77777777" w:rsidR="003B3005" w:rsidRDefault="00000000">
            <w:pPr>
              <w:spacing w:line="240" w:lineRule="auto"/>
              <w:jc w:val="center"/>
            </w:pPr>
            <w:r>
              <w:rPr>
                <w:sz w:val="15"/>
              </w:rPr>
              <w:t>1.1134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A62C5D" w14:textId="77777777" w:rsidR="003B3005" w:rsidRDefault="00000000">
            <w:pPr>
              <w:spacing w:line="240" w:lineRule="auto"/>
              <w:jc w:val="center"/>
            </w:pPr>
            <w:r>
              <w:rPr>
                <w:sz w:val="15"/>
              </w:rPr>
              <w:t>1.0671 to 1.1597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00E58B" w14:textId="77777777" w:rsidR="003B3005" w:rsidRDefault="00000000">
            <w:pPr>
              <w:spacing w:line="240" w:lineRule="auto"/>
              <w:jc w:val="center"/>
            </w:pPr>
            <w:r>
              <w:rPr>
                <w:sz w:val="15"/>
              </w:rPr>
              <w:t>0.0236</w:t>
            </w:r>
          </w:p>
        </w:tc>
      </w:tr>
      <w:tr w:rsidR="003B3005" w14:paraId="6218EDB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E30CEC"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738E1A" w14:textId="77777777" w:rsidR="003B3005" w:rsidRDefault="00000000">
            <w:pPr>
              <w:spacing w:line="240" w:lineRule="auto"/>
              <w:jc w:val="center"/>
            </w:pPr>
            <w:r>
              <w:rPr>
                <w:sz w:val="15"/>
              </w:rPr>
              <w:t>2018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1F6984" w14:textId="77777777" w:rsidR="003B3005" w:rsidRDefault="00000000">
            <w:pPr>
              <w:spacing w:line="240" w:lineRule="auto"/>
              <w:jc w:val="center"/>
            </w:pPr>
            <w:r>
              <w:rPr>
                <w:sz w:val="15"/>
              </w:rPr>
              <w:t>2573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1FC059" w14:textId="77777777" w:rsidR="003B3005" w:rsidRDefault="00000000">
            <w:pPr>
              <w:spacing w:line="240" w:lineRule="auto"/>
              <w:jc w:val="center"/>
            </w:pPr>
            <w:r>
              <w:rPr>
                <w:sz w:val="15"/>
              </w:rPr>
              <w:t>188960828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22F68B" w14:textId="77777777" w:rsidR="003B3005" w:rsidRDefault="00000000">
            <w:pPr>
              <w:spacing w:line="240" w:lineRule="auto"/>
              <w:jc w:val="center"/>
            </w:pPr>
            <w:r>
              <w:rPr>
                <w:sz w:val="15"/>
              </w:rPr>
              <w:t>1.1650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58EEA9" w14:textId="77777777" w:rsidR="003B3005" w:rsidRDefault="00000000">
            <w:pPr>
              <w:spacing w:line="240" w:lineRule="auto"/>
              <w:jc w:val="center"/>
            </w:pPr>
            <w:r>
              <w:rPr>
                <w:sz w:val="15"/>
              </w:rPr>
              <w:t>1.1182 to 1.2119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C8C420" w14:textId="77777777" w:rsidR="003B3005" w:rsidRDefault="00000000">
            <w:pPr>
              <w:spacing w:line="240" w:lineRule="auto"/>
              <w:jc w:val="center"/>
            </w:pPr>
            <w:r>
              <w:rPr>
                <w:sz w:val="15"/>
              </w:rPr>
              <w:t>0.0239</w:t>
            </w:r>
          </w:p>
        </w:tc>
      </w:tr>
      <w:tr w:rsidR="003B3005" w14:paraId="14E7909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6398FB"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F0D4CA" w14:textId="77777777" w:rsidR="003B3005" w:rsidRDefault="00000000">
            <w:pPr>
              <w:spacing w:line="240" w:lineRule="auto"/>
              <w:jc w:val="center"/>
            </w:pPr>
            <w:r>
              <w:rPr>
                <w:sz w:val="15"/>
              </w:rPr>
              <w:t>2019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2009BE" w14:textId="77777777" w:rsidR="003B3005" w:rsidRDefault="00000000">
            <w:pPr>
              <w:spacing w:line="240" w:lineRule="auto"/>
              <w:jc w:val="center"/>
            </w:pPr>
            <w:r>
              <w:rPr>
                <w:sz w:val="15"/>
              </w:rPr>
              <w:t>2554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22BF5A" w14:textId="77777777" w:rsidR="003B3005" w:rsidRDefault="00000000">
            <w:pPr>
              <w:spacing w:line="240" w:lineRule="auto"/>
              <w:jc w:val="center"/>
            </w:pPr>
            <w:r>
              <w:rPr>
                <w:sz w:val="15"/>
              </w:rPr>
              <w:t>189955317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13A6CD" w14:textId="77777777" w:rsidR="003B3005" w:rsidRDefault="00000000">
            <w:pPr>
              <w:spacing w:line="240" w:lineRule="auto"/>
              <w:jc w:val="center"/>
            </w:pPr>
            <w:r>
              <w:rPr>
                <w:sz w:val="15"/>
              </w:rPr>
              <w:t>1.1129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F2EEC7" w14:textId="77777777" w:rsidR="003B3005" w:rsidRDefault="00000000">
            <w:pPr>
              <w:spacing w:line="240" w:lineRule="auto"/>
              <w:jc w:val="center"/>
            </w:pPr>
            <w:r>
              <w:rPr>
                <w:sz w:val="15"/>
              </w:rPr>
              <w:t>1.0681 to 1.1577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BEF5C7" w14:textId="77777777" w:rsidR="003B3005" w:rsidRDefault="00000000">
            <w:pPr>
              <w:spacing w:line="240" w:lineRule="auto"/>
              <w:jc w:val="center"/>
            </w:pPr>
            <w:r>
              <w:rPr>
                <w:sz w:val="15"/>
              </w:rPr>
              <w:t>0.0229</w:t>
            </w:r>
          </w:p>
        </w:tc>
      </w:tr>
      <w:tr w:rsidR="003B3005" w14:paraId="0EE7841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A2944D"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1FFE3B" w14:textId="77777777" w:rsidR="003B3005" w:rsidRDefault="00000000">
            <w:pPr>
              <w:spacing w:line="240" w:lineRule="auto"/>
              <w:jc w:val="center"/>
            </w:pPr>
            <w:r>
              <w:rPr>
                <w:sz w:val="15"/>
              </w:rPr>
              <w:t>2020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68D003" w14:textId="77777777" w:rsidR="003B3005" w:rsidRDefault="00000000">
            <w:pPr>
              <w:spacing w:line="240" w:lineRule="auto"/>
              <w:jc w:val="center"/>
            </w:pPr>
            <w:r>
              <w:rPr>
                <w:sz w:val="15"/>
              </w:rPr>
              <w:t>4324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00CDDE" w14:textId="77777777" w:rsidR="003B3005" w:rsidRDefault="00000000">
            <w:pPr>
              <w:spacing w:line="240" w:lineRule="auto"/>
              <w:jc w:val="center"/>
            </w:pPr>
            <w:r>
              <w:rPr>
                <w:sz w:val="15"/>
              </w:rPr>
              <w:t>190876820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E6B921" w14:textId="77777777" w:rsidR="003B3005" w:rsidRDefault="00000000">
            <w:pPr>
              <w:spacing w:line="240" w:lineRule="auto"/>
              <w:jc w:val="center"/>
            </w:pPr>
            <w:r>
              <w:rPr>
                <w:sz w:val="15"/>
              </w:rPr>
              <w:t>1.9193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590E04" w14:textId="77777777" w:rsidR="003B3005" w:rsidRDefault="00000000">
            <w:pPr>
              <w:spacing w:line="240" w:lineRule="auto"/>
              <w:jc w:val="center"/>
            </w:pPr>
            <w:r>
              <w:rPr>
                <w:sz w:val="15"/>
              </w:rPr>
              <w:t>1.8595 to 1.9791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7B7FEE" w14:textId="77777777" w:rsidR="003B3005" w:rsidRDefault="00000000">
            <w:pPr>
              <w:spacing w:line="240" w:lineRule="auto"/>
              <w:jc w:val="center"/>
            </w:pPr>
            <w:r>
              <w:rPr>
                <w:sz w:val="15"/>
              </w:rPr>
              <w:t>0.0305</w:t>
            </w:r>
          </w:p>
        </w:tc>
      </w:tr>
      <w:tr w:rsidR="003B3005" w14:paraId="051B0EE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C3036D"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6758B7" w14:textId="77777777" w:rsidR="003B3005" w:rsidRDefault="00000000">
            <w:pPr>
              <w:spacing w:line="240" w:lineRule="auto"/>
              <w:jc w:val="center"/>
            </w:pPr>
            <w:r>
              <w:rPr>
                <w:sz w:val="15"/>
              </w:rPr>
              <w:t>2021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C368CF" w14:textId="77777777" w:rsidR="003B3005" w:rsidRDefault="00000000">
            <w:pPr>
              <w:spacing w:line="240" w:lineRule="auto"/>
              <w:jc w:val="center"/>
            </w:pPr>
            <w:r>
              <w:rPr>
                <w:sz w:val="15"/>
              </w:rPr>
              <w:t>6288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987823" w14:textId="77777777" w:rsidR="003B3005" w:rsidRDefault="00000000">
            <w:pPr>
              <w:spacing w:line="240" w:lineRule="auto"/>
              <w:jc w:val="center"/>
            </w:pPr>
            <w:r>
              <w:rPr>
                <w:sz w:val="15"/>
              </w:rPr>
              <w:t>191550470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458D44" w14:textId="77777777" w:rsidR="003B3005" w:rsidRDefault="00000000">
            <w:pPr>
              <w:spacing w:line="240" w:lineRule="auto"/>
              <w:jc w:val="center"/>
            </w:pPr>
            <w:r>
              <w:rPr>
                <w:sz w:val="15"/>
              </w:rPr>
              <w:t>2.8316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49262C" w14:textId="77777777" w:rsidR="003B3005" w:rsidRDefault="00000000">
            <w:pPr>
              <w:spacing w:line="240" w:lineRule="auto"/>
              <w:jc w:val="center"/>
            </w:pPr>
            <w:r>
              <w:rPr>
                <w:sz w:val="15"/>
              </w:rPr>
              <w:t>2.7585 to 2.9063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4A2FDD" w14:textId="77777777" w:rsidR="003B3005" w:rsidRDefault="00000000">
            <w:pPr>
              <w:spacing w:line="240" w:lineRule="auto"/>
              <w:jc w:val="center"/>
            </w:pPr>
            <w:r>
              <w:rPr>
                <w:sz w:val="15"/>
              </w:rPr>
              <w:t>0.0375</w:t>
            </w:r>
          </w:p>
        </w:tc>
      </w:tr>
      <w:tr w:rsidR="003B3005" w14:paraId="2C61523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1655D4"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E79788" w14:textId="77777777" w:rsidR="003B3005" w:rsidRDefault="00000000">
            <w:pPr>
              <w:spacing w:line="240" w:lineRule="auto"/>
              <w:jc w:val="center"/>
            </w:pPr>
            <w:r>
              <w:rPr>
                <w:sz w:val="15"/>
              </w:rPr>
              <w:t>2022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AD1D70" w14:textId="77777777" w:rsidR="003B3005" w:rsidRDefault="00000000">
            <w:pPr>
              <w:spacing w:line="240" w:lineRule="auto"/>
              <w:jc w:val="center"/>
            </w:pPr>
            <w:r>
              <w:rPr>
                <w:sz w:val="15"/>
              </w:rPr>
              <w:t>4719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4F3424" w14:textId="77777777" w:rsidR="003B3005" w:rsidRDefault="00000000">
            <w:pPr>
              <w:spacing w:line="240" w:lineRule="auto"/>
              <w:jc w:val="center"/>
            </w:pPr>
            <w:r>
              <w:rPr>
                <w:sz w:val="15"/>
              </w:rPr>
              <w:t>192117179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903CD8" w14:textId="77777777" w:rsidR="003B3005" w:rsidRDefault="00000000">
            <w:pPr>
              <w:spacing w:line="240" w:lineRule="auto"/>
              <w:jc w:val="center"/>
            </w:pPr>
            <w:r>
              <w:rPr>
                <w:sz w:val="15"/>
              </w:rPr>
              <w:t>2.0851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7AF65E" w14:textId="77777777" w:rsidR="003B3005" w:rsidRDefault="00000000">
            <w:pPr>
              <w:spacing w:line="240" w:lineRule="auto"/>
              <w:jc w:val="center"/>
            </w:pPr>
            <w:r>
              <w:rPr>
                <w:sz w:val="15"/>
              </w:rPr>
              <w:t>2.0240 to 2.1478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4A746C" w14:textId="77777777" w:rsidR="003B3005" w:rsidRDefault="00000000">
            <w:pPr>
              <w:spacing w:line="240" w:lineRule="auto"/>
              <w:jc w:val="center"/>
            </w:pPr>
            <w:r>
              <w:rPr>
                <w:sz w:val="15"/>
              </w:rPr>
              <w:t>0.0314</w:t>
            </w:r>
          </w:p>
        </w:tc>
      </w:tr>
      <w:tr w:rsidR="003B3005" w14:paraId="4CD80E0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9CC381"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05016F" w14:textId="77777777" w:rsidR="003B3005" w:rsidRDefault="00000000">
            <w:pPr>
              <w:spacing w:line="240" w:lineRule="auto"/>
              <w:jc w:val="center"/>
            </w:pPr>
            <w:r>
              <w:rPr>
                <w:sz w:val="15"/>
              </w:rPr>
              <w:t>2023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14C36E" w14:textId="77777777" w:rsidR="003B3005" w:rsidRDefault="00000000">
            <w:pPr>
              <w:spacing w:line="240" w:lineRule="auto"/>
              <w:jc w:val="center"/>
            </w:pPr>
            <w:r>
              <w:rPr>
                <w:sz w:val="15"/>
              </w:rPr>
              <w:t>3765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9A576F" w14:textId="77777777" w:rsidR="003B3005" w:rsidRDefault="00000000">
            <w:pPr>
              <w:spacing w:line="240" w:lineRule="auto"/>
              <w:jc w:val="center"/>
            </w:pPr>
            <w:r>
              <w:rPr>
                <w:sz w:val="15"/>
              </w:rPr>
              <w:t>192930606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191C90" w14:textId="77777777" w:rsidR="003B3005" w:rsidRDefault="00000000">
            <w:pPr>
              <w:spacing w:line="240" w:lineRule="auto"/>
              <w:jc w:val="center"/>
            </w:pPr>
            <w:r>
              <w:rPr>
                <w:sz w:val="15"/>
              </w:rPr>
              <w:t>1.6181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696E9E" w14:textId="77777777" w:rsidR="003B3005" w:rsidRDefault="00000000">
            <w:pPr>
              <w:spacing w:line="240" w:lineRule="auto"/>
              <w:jc w:val="center"/>
            </w:pPr>
            <w:r>
              <w:rPr>
                <w:sz w:val="15"/>
              </w:rPr>
              <w:t>1.5647 to 1.6732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C586FA" w14:textId="77777777" w:rsidR="003B3005" w:rsidRDefault="00000000">
            <w:pPr>
              <w:spacing w:line="240" w:lineRule="auto"/>
              <w:jc w:val="center"/>
            </w:pPr>
            <w:r>
              <w:rPr>
                <w:sz w:val="15"/>
              </w:rPr>
              <w:t>0.0275</w:t>
            </w:r>
          </w:p>
        </w:tc>
      </w:tr>
      <w:tr w:rsidR="003B3005" w14:paraId="02E5894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9EB08F" w14:textId="77777777" w:rsidR="003B3005" w:rsidRDefault="00000000">
            <w:pPr>
              <w:spacing w:line="240" w:lineRule="auto"/>
            </w:pPr>
            <w:r>
              <w:rPr>
                <w:sz w:val="15"/>
              </w:rPr>
              <w:t>Non-Hispanic</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E81027" w14:textId="77777777" w:rsidR="003B3005" w:rsidRDefault="00000000">
            <w:pPr>
              <w:spacing w:line="240" w:lineRule="auto"/>
              <w:jc w:val="center"/>
            </w:pPr>
            <w:r>
              <w:rPr>
                <w:sz w:val="15"/>
              </w:rPr>
              <w:t>2024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C07679" w14:textId="77777777" w:rsidR="003B3005" w:rsidRDefault="00000000">
            <w:pPr>
              <w:spacing w:line="240" w:lineRule="auto"/>
              <w:jc w:val="center"/>
            </w:pPr>
            <w:r>
              <w:rPr>
                <w:sz w:val="15"/>
              </w:rPr>
              <w:t>3576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8DAC51" w14:textId="77777777" w:rsidR="003B3005" w:rsidRDefault="00000000">
            <w:pPr>
              <w:spacing w:line="240" w:lineRule="auto"/>
              <w:jc w:val="center"/>
            </w:pPr>
            <w:r>
              <w:rPr>
                <w:sz w:val="15"/>
              </w:rPr>
              <w:t>195123543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186749" w14:textId="77777777" w:rsidR="003B3005" w:rsidRDefault="00000000">
            <w:pPr>
              <w:spacing w:line="240" w:lineRule="auto"/>
              <w:jc w:val="center"/>
            </w:pPr>
            <w:r>
              <w:rPr>
                <w:sz w:val="15"/>
              </w:rPr>
              <w:t>1.5072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3F166A" w14:textId="77777777" w:rsidR="003B3005" w:rsidRDefault="00000000">
            <w:pPr>
              <w:spacing w:line="240" w:lineRule="auto"/>
              <w:jc w:val="center"/>
            </w:pPr>
            <w:r>
              <w:rPr>
                <w:sz w:val="15"/>
              </w:rPr>
              <w:t>1.4556 to 1.5604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4BB181" w14:textId="77777777" w:rsidR="003B3005" w:rsidRDefault="00000000">
            <w:pPr>
              <w:spacing w:line="240" w:lineRule="auto"/>
              <w:jc w:val="center"/>
            </w:pPr>
            <w:r>
              <w:rPr>
                <w:sz w:val="15"/>
              </w:rPr>
              <w:t>0.0265</w:t>
            </w:r>
          </w:p>
        </w:tc>
      </w:tr>
    </w:tbl>
    <w:p w14:paraId="3ACFC2A8" w14:textId="77777777" w:rsidR="003B3005" w:rsidRDefault="00000000">
      <w:pPr>
        <w:spacing w:line="240" w:lineRule="auto"/>
      </w:pPr>
      <w:r>
        <w:rPr>
          <w:i/>
          <w:sz w:val="16"/>
        </w:rPr>
        <w:t>Note: Not Stated records were excluded from rate-based comparisons and are reported separately in the race data-quality assessment.</w:t>
      </w:r>
    </w:p>
    <w:p w14:paraId="4F6B6F6A" w14:textId="77777777" w:rsidR="003B3005" w:rsidRDefault="00000000">
      <w:pPr>
        <w:pStyle w:val="Heading2"/>
        <w:spacing w:before="0" w:line="240" w:lineRule="auto"/>
      </w:pPr>
      <w:r>
        <w:rPr>
          <w:rFonts w:ascii="Times New Roman" w:eastAsia="Times New Roman" w:hAnsi="Times New Roman"/>
          <w:sz w:val="24"/>
        </w:rPr>
        <w:t>Supplementary Table S7. Annual mortality by Census region, 1999-2024</w:t>
      </w:r>
    </w:p>
    <w:tbl>
      <w:tblPr>
        <w:tblW w:w="5000" w:type="pct"/>
        <w:jc w:val="center"/>
        <w:tblLayout w:type="fixed"/>
        <w:tblLook w:val="04A0" w:firstRow="1" w:lastRow="0" w:firstColumn="1" w:lastColumn="0" w:noHBand="0" w:noVBand="1"/>
      </w:tblPr>
      <w:tblGrid>
        <w:gridCol w:w="1516"/>
        <w:gridCol w:w="1039"/>
        <w:gridCol w:w="1125"/>
        <w:gridCol w:w="1515"/>
        <w:gridCol w:w="1038"/>
        <w:gridCol w:w="2092"/>
        <w:gridCol w:w="1125"/>
      </w:tblGrid>
      <w:tr w:rsidR="003B3005" w14:paraId="3B29312B" w14:textId="77777777">
        <w:trPr>
          <w:cantSplit/>
          <w:tblHeader/>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9E11D1" w14:textId="77777777" w:rsidR="003B3005" w:rsidRDefault="00000000">
            <w:pPr>
              <w:spacing w:line="240" w:lineRule="auto"/>
            </w:pPr>
            <w:r>
              <w:rPr>
                <w:b/>
                <w:sz w:val="15"/>
              </w:rPr>
              <w:t>Census region</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1E76BD" w14:textId="77777777" w:rsidR="003B3005" w:rsidRDefault="00000000">
            <w:pPr>
              <w:spacing w:line="240" w:lineRule="auto"/>
              <w:jc w:val="center"/>
            </w:pPr>
            <w:r>
              <w:rPr>
                <w:b/>
                <w:sz w:val="15"/>
              </w:rPr>
              <w:t>Year</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BDF525" w14:textId="77777777" w:rsidR="003B3005" w:rsidRDefault="00000000">
            <w:pPr>
              <w:spacing w:line="240" w:lineRule="auto"/>
              <w:jc w:val="center"/>
            </w:pPr>
            <w:r>
              <w:rPr>
                <w:b/>
                <w:sz w:val="15"/>
              </w:rPr>
              <w:t>Deaths</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726708" w14:textId="77777777" w:rsidR="003B3005" w:rsidRDefault="00000000">
            <w:pPr>
              <w:spacing w:line="240" w:lineRule="auto"/>
              <w:jc w:val="center"/>
            </w:pPr>
            <w:r>
              <w:rPr>
                <w:b/>
                <w:sz w:val="15"/>
              </w:rPr>
              <w:t>Population</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E7688A" w14:textId="77777777" w:rsidR="003B3005" w:rsidRDefault="00000000">
            <w:pPr>
              <w:spacing w:line="240" w:lineRule="auto"/>
              <w:jc w:val="center"/>
            </w:pPr>
            <w:r>
              <w:rPr>
                <w:b/>
                <w:sz w:val="15"/>
              </w:rPr>
              <w:t>AAMR</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A22650" w14:textId="77777777" w:rsidR="003B3005" w:rsidRDefault="00000000">
            <w:pPr>
              <w:spacing w:line="240" w:lineRule="auto"/>
              <w:jc w:val="center"/>
            </w:pPr>
            <w:r>
              <w:rPr>
                <w:b/>
                <w:sz w:val="15"/>
              </w:rPr>
              <w:t>95% CI</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A49D08" w14:textId="77777777" w:rsidR="003B3005" w:rsidRDefault="00000000">
            <w:pPr>
              <w:spacing w:line="240" w:lineRule="auto"/>
              <w:jc w:val="center"/>
            </w:pPr>
            <w:r>
              <w:rPr>
                <w:b/>
                <w:sz w:val="15"/>
              </w:rPr>
              <w:t>SE</w:t>
            </w:r>
          </w:p>
        </w:tc>
      </w:tr>
      <w:tr w:rsidR="003B3005" w14:paraId="0BC83A5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5022CD"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53E6B1" w14:textId="77777777" w:rsidR="003B3005" w:rsidRDefault="00000000">
            <w:pPr>
              <w:spacing w:line="240" w:lineRule="auto"/>
              <w:jc w:val="center"/>
            </w:pPr>
            <w:r>
              <w:rPr>
                <w:sz w:val="15"/>
              </w:rPr>
              <w:t>1999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C5F470" w14:textId="77777777" w:rsidR="003B3005" w:rsidRDefault="00000000">
            <w:pPr>
              <w:spacing w:line="240" w:lineRule="auto"/>
              <w:jc w:val="center"/>
            </w:pPr>
            <w:r>
              <w:rPr>
                <w:sz w:val="15"/>
              </w:rPr>
              <w:t>170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3F21E2" w14:textId="77777777" w:rsidR="003B3005" w:rsidRDefault="00000000">
            <w:pPr>
              <w:spacing w:line="240" w:lineRule="auto"/>
              <w:jc w:val="center"/>
            </w:pPr>
            <w:r>
              <w:rPr>
                <w:sz w:val="15"/>
              </w:rPr>
              <w:t>41293967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03D9F5" w14:textId="77777777" w:rsidR="003B3005" w:rsidRDefault="00000000">
            <w:pPr>
              <w:spacing w:line="240" w:lineRule="auto"/>
              <w:jc w:val="center"/>
            </w:pPr>
            <w:r>
              <w:rPr>
                <w:sz w:val="15"/>
              </w:rPr>
              <w:t>0.4232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CD536A" w14:textId="77777777" w:rsidR="003B3005" w:rsidRDefault="00000000">
            <w:pPr>
              <w:spacing w:line="240" w:lineRule="auto"/>
              <w:jc w:val="center"/>
            </w:pPr>
            <w:r>
              <w:rPr>
                <w:sz w:val="15"/>
              </w:rPr>
              <w:t>0.3591 to 0.4873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05C0F5" w14:textId="77777777" w:rsidR="003B3005" w:rsidRDefault="00000000">
            <w:pPr>
              <w:spacing w:line="240" w:lineRule="auto"/>
              <w:jc w:val="center"/>
            </w:pPr>
            <w:r>
              <w:rPr>
                <w:sz w:val="15"/>
              </w:rPr>
              <w:t>0.0327</w:t>
            </w:r>
          </w:p>
        </w:tc>
      </w:tr>
      <w:tr w:rsidR="003B3005" w14:paraId="14C2E13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73E6F1"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6F6745" w14:textId="77777777" w:rsidR="003B3005" w:rsidRDefault="00000000">
            <w:pPr>
              <w:spacing w:line="240" w:lineRule="auto"/>
              <w:jc w:val="center"/>
            </w:pPr>
            <w:r>
              <w:rPr>
                <w:sz w:val="15"/>
              </w:rPr>
              <w:t>2000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D992FC" w14:textId="77777777" w:rsidR="003B3005" w:rsidRDefault="00000000">
            <w:pPr>
              <w:spacing w:line="240" w:lineRule="auto"/>
              <w:jc w:val="center"/>
            </w:pPr>
            <w:r>
              <w:rPr>
                <w:sz w:val="15"/>
              </w:rPr>
              <w:t>171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E8D457" w14:textId="77777777" w:rsidR="003B3005" w:rsidRDefault="00000000">
            <w:pPr>
              <w:spacing w:line="240" w:lineRule="auto"/>
              <w:jc w:val="center"/>
            </w:pPr>
            <w:r>
              <w:rPr>
                <w:sz w:val="15"/>
              </w:rPr>
              <w:t>41504992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27051D" w14:textId="77777777" w:rsidR="003B3005" w:rsidRDefault="00000000">
            <w:pPr>
              <w:spacing w:line="240" w:lineRule="auto"/>
              <w:jc w:val="center"/>
            </w:pPr>
            <w:r>
              <w:rPr>
                <w:sz w:val="15"/>
              </w:rPr>
              <w:t>0.4256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FC1EDF" w14:textId="77777777" w:rsidR="003B3005" w:rsidRDefault="00000000">
            <w:pPr>
              <w:spacing w:line="240" w:lineRule="auto"/>
              <w:jc w:val="center"/>
            </w:pPr>
            <w:r>
              <w:rPr>
                <w:sz w:val="15"/>
              </w:rPr>
              <w:t>0.3612 to 0.4900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393C16" w14:textId="77777777" w:rsidR="003B3005" w:rsidRDefault="00000000">
            <w:pPr>
              <w:spacing w:line="240" w:lineRule="auto"/>
              <w:jc w:val="center"/>
            </w:pPr>
            <w:r>
              <w:rPr>
                <w:sz w:val="15"/>
              </w:rPr>
              <w:t>0.0329</w:t>
            </w:r>
          </w:p>
        </w:tc>
      </w:tr>
      <w:tr w:rsidR="003B3005" w14:paraId="397A9C7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4626C4"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49DA64" w14:textId="77777777" w:rsidR="003B3005" w:rsidRDefault="00000000">
            <w:pPr>
              <w:spacing w:line="240" w:lineRule="auto"/>
              <w:jc w:val="center"/>
            </w:pPr>
            <w:r>
              <w:rPr>
                <w:sz w:val="15"/>
              </w:rPr>
              <w:t>2001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4BCFBE" w14:textId="77777777" w:rsidR="003B3005" w:rsidRDefault="00000000">
            <w:pPr>
              <w:spacing w:line="240" w:lineRule="auto"/>
              <w:jc w:val="center"/>
            </w:pPr>
            <w:r>
              <w:rPr>
                <w:sz w:val="15"/>
              </w:rPr>
              <w:t>207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6DACAC" w14:textId="77777777" w:rsidR="003B3005" w:rsidRDefault="00000000">
            <w:pPr>
              <w:spacing w:line="240" w:lineRule="auto"/>
              <w:jc w:val="center"/>
            </w:pPr>
            <w:r>
              <w:rPr>
                <w:sz w:val="15"/>
              </w:rPr>
              <w:t>41762990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863E0A" w14:textId="77777777" w:rsidR="003B3005" w:rsidRDefault="00000000">
            <w:pPr>
              <w:spacing w:line="240" w:lineRule="auto"/>
              <w:jc w:val="center"/>
            </w:pPr>
            <w:r>
              <w:rPr>
                <w:sz w:val="15"/>
              </w:rPr>
              <w:t>0.4614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06F3A1" w14:textId="77777777" w:rsidR="003B3005" w:rsidRDefault="00000000">
            <w:pPr>
              <w:spacing w:line="240" w:lineRule="auto"/>
              <w:jc w:val="center"/>
            </w:pPr>
            <w:r>
              <w:rPr>
                <w:sz w:val="15"/>
              </w:rPr>
              <w:t>0.3978 to 0.5250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BD33D8" w14:textId="77777777" w:rsidR="003B3005" w:rsidRDefault="00000000">
            <w:pPr>
              <w:spacing w:line="240" w:lineRule="auto"/>
              <w:jc w:val="center"/>
            </w:pPr>
            <w:r>
              <w:rPr>
                <w:sz w:val="15"/>
              </w:rPr>
              <w:t>0.0324</w:t>
            </w:r>
          </w:p>
        </w:tc>
      </w:tr>
      <w:tr w:rsidR="003B3005" w14:paraId="7861551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D16782"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7CBDBF" w14:textId="77777777" w:rsidR="003B3005" w:rsidRDefault="00000000">
            <w:pPr>
              <w:spacing w:line="240" w:lineRule="auto"/>
              <w:jc w:val="center"/>
            </w:pPr>
            <w:r>
              <w:rPr>
                <w:sz w:val="15"/>
              </w:rPr>
              <w:t>2002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8801DB" w14:textId="77777777" w:rsidR="003B3005" w:rsidRDefault="00000000">
            <w:pPr>
              <w:spacing w:line="240" w:lineRule="auto"/>
              <w:jc w:val="center"/>
            </w:pPr>
            <w:r>
              <w:rPr>
                <w:sz w:val="15"/>
              </w:rPr>
              <w:t>252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BC149C" w14:textId="77777777" w:rsidR="003B3005" w:rsidRDefault="00000000">
            <w:pPr>
              <w:spacing w:line="240" w:lineRule="auto"/>
              <w:jc w:val="center"/>
            </w:pPr>
            <w:r>
              <w:rPr>
                <w:sz w:val="15"/>
              </w:rPr>
              <w:t>41970731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6F8DA5" w14:textId="77777777" w:rsidR="003B3005" w:rsidRDefault="00000000">
            <w:pPr>
              <w:spacing w:line="240" w:lineRule="auto"/>
              <w:jc w:val="center"/>
            </w:pPr>
            <w:r>
              <w:rPr>
                <w:sz w:val="15"/>
              </w:rPr>
              <w:t>0.5979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99DF23" w14:textId="77777777" w:rsidR="003B3005" w:rsidRDefault="00000000">
            <w:pPr>
              <w:spacing w:line="240" w:lineRule="auto"/>
              <w:jc w:val="center"/>
            </w:pPr>
            <w:r>
              <w:rPr>
                <w:sz w:val="15"/>
              </w:rPr>
              <w:t>0.5239 to 0.6719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1226A4" w14:textId="77777777" w:rsidR="003B3005" w:rsidRDefault="00000000">
            <w:pPr>
              <w:spacing w:line="240" w:lineRule="auto"/>
              <w:jc w:val="center"/>
            </w:pPr>
            <w:r>
              <w:rPr>
                <w:sz w:val="15"/>
              </w:rPr>
              <w:t>0.0378</w:t>
            </w:r>
          </w:p>
        </w:tc>
      </w:tr>
      <w:tr w:rsidR="003B3005" w14:paraId="6BCADBD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0B3D2F"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371375" w14:textId="77777777" w:rsidR="003B3005" w:rsidRDefault="00000000">
            <w:pPr>
              <w:spacing w:line="240" w:lineRule="auto"/>
              <w:jc w:val="center"/>
            </w:pPr>
            <w:r>
              <w:rPr>
                <w:sz w:val="15"/>
              </w:rPr>
              <w:t>2003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F2521D" w14:textId="77777777" w:rsidR="003B3005" w:rsidRDefault="00000000">
            <w:pPr>
              <w:spacing w:line="240" w:lineRule="auto"/>
              <w:jc w:val="center"/>
            </w:pPr>
            <w:r>
              <w:rPr>
                <w:sz w:val="15"/>
              </w:rPr>
              <w:t>279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44D783" w14:textId="77777777" w:rsidR="003B3005" w:rsidRDefault="00000000">
            <w:pPr>
              <w:spacing w:line="240" w:lineRule="auto"/>
              <w:jc w:val="center"/>
            </w:pPr>
            <w:r>
              <w:rPr>
                <w:sz w:val="15"/>
              </w:rPr>
              <w:t>42200881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0C802D" w14:textId="77777777" w:rsidR="003B3005" w:rsidRDefault="00000000">
            <w:pPr>
              <w:spacing w:line="240" w:lineRule="auto"/>
              <w:jc w:val="center"/>
            </w:pPr>
            <w:r>
              <w:rPr>
                <w:sz w:val="15"/>
              </w:rPr>
              <w:t>0.6310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9E120A" w14:textId="77777777" w:rsidR="003B3005" w:rsidRDefault="00000000">
            <w:pPr>
              <w:spacing w:line="240" w:lineRule="auto"/>
              <w:jc w:val="center"/>
            </w:pPr>
            <w:r>
              <w:rPr>
                <w:sz w:val="15"/>
              </w:rPr>
              <w:t>0.5568 to 0.7053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27112D" w14:textId="77777777" w:rsidR="003B3005" w:rsidRDefault="00000000">
            <w:pPr>
              <w:spacing w:line="240" w:lineRule="auto"/>
              <w:jc w:val="center"/>
            </w:pPr>
            <w:r>
              <w:rPr>
                <w:sz w:val="15"/>
              </w:rPr>
              <w:t>0.0379</w:t>
            </w:r>
          </w:p>
        </w:tc>
      </w:tr>
      <w:tr w:rsidR="003B3005" w14:paraId="33A91BD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5FAD20"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819A7D" w14:textId="77777777" w:rsidR="003B3005" w:rsidRDefault="00000000">
            <w:pPr>
              <w:spacing w:line="240" w:lineRule="auto"/>
              <w:jc w:val="center"/>
            </w:pPr>
            <w:r>
              <w:rPr>
                <w:sz w:val="15"/>
              </w:rPr>
              <w:t>2004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107C88" w14:textId="77777777" w:rsidR="003B3005" w:rsidRDefault="00000000">
            <w:pPr>
              <w:spacing w:line="240" w:lineRule="auto"/>
              <w:jc w:val="center"/>
            </w:pPr>
            <w:r>
              <w:rPr>
                <w:sz w:val="15"/>
              </w:rPr>
              <w:t>286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86666B" w14:textId="77777777" w:rsidR="003B3005" w:rsidRDefault="00000000">
            <w:pPr>
              <w:spacing w:line="240" w:lineRule="auto"/>
              <w:jc w:val="center"/>
            </w:pPr>
            <w:r>
              <w:rPr>
                <w:sz w:val="15"/>
              </w:rPr>
              <w:t>42455980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13D7D6" w14:textId="77777777" w:rsidR="003B3005" w:rsidRDefault="00000000">
            <w:pPr>
              <w:spacing w:line="240" w:lineRule="auto"/>
              <w:jc w:val="center"/>
            </w:pPr>
            <w:r>
              <w:rPr>
                <w:sz w:val="15"/>
              </w:rPr>
              <w:t>0.6575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4BF2BA" w14:textId="77777777" w:rsidR="003B3005" w:rsidRDefault="00000000">
            <w:pPr>
              <w:spacing w:line="240" w:lineRule="auto"/>
              <w:jc w:val="center"/>
            </w:pPr>
            <w:r>
              <w:rPr>
                <w:sz w:val="15"/>
              </w:rPr>
              <w:t>0.5807 to 0.7343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AB9612" w14:textId="77777777" w:rsidR="003B3005" w:rsidRDefault="00000000">
            <w:pPr>
              <w:spacing w:line="240" w:lineRule="auto"/>
              <w:jc w:val="center"/>
            </w:pPr>
            <w:r>
              <w:rPr>
                <w:sz w:val="15"/>
              </w:rPr>
              <w:t>0.0392</w:t>
            </w:r>
          </w:p>
        </w:tc>
      </w:tr>
      <w:tr w:rsidR="003B3005" w14:paraId="51D346C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9DBEC6"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ACB08F" w14:textId="77777777" w:rsidR="003B3005" w:rsidRDefault="00000000">
            <w:pPr>
              <w:spacing w:line="240" w:lineRule="auto"/>
              <w:jc w:val="center"/>
            </w:pPr>
            <w:r>
              <w:rPr>
                <w:sz w:val="15"/>
              </w:rPr>
              <w:t>2005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FE36BE" w14:textId="77777777" w:rsidR="003B3005" w:rsidRDefault="00000000">
            <w:pPr>
              <w:spacing w:line="240" w:lineRule="auto"/>
              <w:jc w:val="center"/>
            </w:pPr>
            <w:r>
              <w:rPr>
                <w:sz w:val="15"/>
              </w:rPr>
              <w:t>319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86D3DD" w14:textId="77777777" w:rsidR="003B3005" w:rsidRDefault="00000000">
            <w:pPr>
              <w:spacing w:line="240" w:lineRule="auto"/>
              <w:jc w:val="center"/>
            </w:pPr>
            <w:r>
              <w:rPr>
                <w:sz w:val="15"/>
              </w:rPr>
              <w:t>42748579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7AB202" w14:textId="77777777" w:rsidR="003B3005" w:rsidRDefault="00000000">
            <w:pPr>
              <w:spacing w:line="240" w:lineRule="auto"/>
              <w:jc w:val="center"/>
            </w:pPr>
            <w:r>
              <w:rPr>
                <w:sz w:val="15"/>
              </w:rPr>
              <w:t>0.7292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0BD6B6" w14:textId="77777777" w:rsidR="003B3005" w:rsidRDefault="00000000">
            <w:pPr>
              <w:spacing w:line="240" w:lineRule="auto"/>
              <w:jc w:val="center"/>
            </w:pPr>
            <w:r>
              <w:rPr>
                <w:sz w:val="15"/>
              </w:rPr>
              <w:t>0.6487 to 0.8097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38D1BE" w14:textId="77777777" w:rsidR="003B3005" w:rsidRDefault="00000000">
            <w:pPr>
              <w:spacing w:line="240" w:lineRule="auto"/>
              <w:jc w:val="center"/>
            </w:pPr>
            <w:r>
              <w:rPr>
                <w:sz w:val="15"/>
              </w:rPr>
              <w:t>0.0411</w:t>
            </w:r>
          </w:p>
        </w:tc>
      </w:tr>
      <w:tr w:rsidR="003B3005" w14:paraId="59FFFBD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4E470F"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08E856" w14:textId="77777777" w:rsidR="003B3005" w:rsidRDefault="00000000">
            <w:pPr>
              <w:spacing w:line="240" w:lineRule="auto"/>
              <w:jc w:val="center"/>
            </w:pPr>
            <w:r>
              <w:rPr>
                <w:sz w:val="15"/>
              </w:rPr>
              <w:t>2006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C5F593" w14:textId="77777777" w:rsidR="003B3005" w:rsidRDefault="00000000">
            <w:pPr>
              <w:spacing w:line="240" w:lineRule="auto"/>
              <w:jc w:val="center"/>
            </w:pPr>
            <w:r>
              <w:rPr>
                <w:sz w:val="15"/>
              </w:rPr>
              <w:t>327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6AC312" w14:textId="77777777" w:rsidR="003B3005" w:rsidRDefault="00000000">
            <w:pPr>
              <w:spacing w:line="240" w:lineRule="auto"/>
              <w:jc w:val="center"/>
            </w:pPr>
            <w:r>
              <w:rPr>
                <w:sz w:val="15"/>
              </w:rPr>
              <w:t>43084311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CA6BFF" w14:textId="77777777" w:rsidR="003B3005" w:rsidRDefault="00000000">
            <w:pPr>
              <w:spacing w:line="240" w:lineRule="auto"/>
              <w:jc w:val="center"/>
            </w:pPr>
            <w:r>
              <w:rPr>
                <w:sz w:val="15"/>
              </w:rPr>
              <w:t>0.7358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9DE309" w14:textId="77777777" w:rsidR="003B3005" w:rsidRDefault="00000000">
            <w:pPr>
              <w:spacing w:line="240" w:lineRule="auto"/>
              <w:jc w:val="center"/>
            </w:pPr>
            <w:r>
              <w:rPr>
                <w:sz w:val="15"/>
              </w:rPr>
              <w:t>0.6549 to 0.8166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1BC277" w14:textId="77777777" w:rsidR="003B3005" w:rsidRDefault="00000000">
            <w:pPr>
              <w:spacing w:line="240" w:lineRule="auto"/>
              <w:jc w:val="center"/>
            </w:pPr>
            <w:r>
              <w:rPr>
                <w:sz w:val="15"/>
              </w:rPr>
              <w:t>0.0413</w:t>
            </w:r>
          </w:p>
        </w:tc>
      </w:tr>
      <w:tr w:rsidR="003B3005" w14:paraId="24E27AB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6C3753"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93400B" w14:textId="77777777" w:rsidR="003B3005" w:rsidRDefault="00000000">
            <w:pPr>
              <w:spacing w:line="240" w:lineRule="auto"/>
              <w:jc w:val="center"/>
            </w:pPr>
            <w:r>
              <w:rPr>
                <w:sz w:val="15"/>
              </w:rPr>
              <w:t>2007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0CDE7C" w14:textId="77777777" w:rsidR="003B3005" w:rsidRDefault="00000000">
            <w:pPr>
              <w:spacing w:line="240" w:lineRule="auto"/>
              <w:jc w:val="center"/>
            </w:pPr>
            <w:r>
              <w:rPr>
                <w:sz w:val="15"/>
              </w:rPr>
              <w:t>361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BFF185" w14:textId="77777777" w:rsidR="003B3005" w:rsidRDefault="00000000">
            <w:pPr>
              <w:spacing w:line="240" w:lineRule="auto"/>
              <w:jc w:val="center"/>
            </w:pPr>
            <w:r>
              <w:rPr>
                <w:sz w:val="15"/>
              </w:rPr>
              <w:t>43424366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A1572D" w14:textId="77777777" w:rsidR="003B3005" w:rsidRDefault="00000000">
            <w:pPr>
              <w:spacing w:line="240" w:lineRule="auto"/>
              <w:jc w:val="center"/>
            </w:pPr>
            <w:r>
              <w:rPr>
                <w:sz w:val="15"/>
              </w:rPr>
              <w:t>0.7984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9A4DB6" w14:textId="77777777" w:rsidR="003B3005" w:rsidRDefault="00000000">
            <w:pPr>
              <w:spacing w:line="240" w:lineRule="auto"/>
              <w:jc w:val="center"/>
            </w:pPr>
            <w:r>
              <w:rPr>
                <w:sz w:val="15"/>
              </w:rPr>
              <w:t>0.7153 to 0.8815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A41C68" w14:textId="77777777" w:rsidR="003B3005" w:rsidRDefault="00000000">
            <w:pPr>
              <w:spacing w:line="240" w:lineRule="auto"/>
              <w:jc w:val="center"/>
            </w:pPr>
            <w:r>
              <w:rPr>
                <w:sz w:val="15"/>
              </w:rPr>
              <w:t>0.0424</w:t>
            </w:r>
          </w:p>
        </w:tc>
      </w:tr>
      <w:tr w:rsidR="003B3005" w14:paraId="67D5BA2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8B0D36"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8689B7" w14:textId="77777777" w:rsidR="003B3005" w:rsidRDefault="00000000">
            <w:pPr>
              <w:spacing w:line="240" w:lineRule="auto"/>
              <w:jc w:val="center"/>
            </w:pPr>
            <w:r>
              <w:rPr>
                <w:sz w:val="15"/>
              </w:rPr>
              <w:t>2008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5DF4B1" w14:textId="77777777" w:rsidR="003B3005" w:rsidRDefault="00000000">
            <w:pPr>
              <w:spacing w:line="240" w:lineRule="auto"/>
              <w:jc w:val="center"/>
            </w:pPr>
            <w:r>
              <w:rPr>
                <w:sz w:val="15"/>
              </w:rPr>
              <w:t>381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810185" w14:textId="77777777" w:rsidR="003B3005" w:rsidRDefault="00000000">
            <w:pPr>
              <w:spacing w:line="240" w:lineRule="auto"/>
              <w:jc w:val="center"/>
            </w:pPr>
            <w:r>
              <w:rPr>
                <w:sz w:val="15"/>
              </w:rPr>
              <w:t>43718509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240F46" w14:textId="77777777" w:rsidR="003B3005" w:rsidRDefault="00000000">
            <w:pPr>
              <w:spacing w:line="240" w:lineRule="auto"/>
              <w:jc w:val="center"/>
            </w:pPr>
            <w:r>
              <w:rPr>
                <w:sz w:val="15"/>
              </w:rPr>
              <w:t>0.8156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6AE6F7" w14:textId="77777777" w:rsidR="003B3005" w:rsidRDefault="00000000">
            <w:pPr>
              <w:spacing w:line="240" w:lineRule="auto"/>
              <w:jc w:val="center"/>
            </w:pPr>
            <w:r>
              <w:rPr>
                <w:sz w:val="15"/>
              </w:rPr>
              <w:t>0.7330 to 0.8982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2B7934" w14:textId="77777777" w:rsidR="003B3005" w:rsidRDefault="00000000">
            <w:pPr>
              <w:spacing w:line="240" w:lineRule="auto"/>
              <w:jc w:val="center"/>
            </w:pPr>
            <w:r>
              <w:rPr>
                <w:sz w:val="15"/>
              </w:rPr>
              <w:t>0.0421</w:t>
            </w:r>
          </w:p>
        </w:tc>
      </w:tr>
      <w:tr w:rsidR="003B3005" w14:paraId="47DAC0D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54149C"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A76A5A" w14:textId="77777777" w:rsidR="003B3005" w:rsidRDefault="00000000">
            <w:pPr>
              <w:spacing w:line="240" w:lineRule="auto"/>
              <w:jc w:val="center"/>
            </w:pPr>
            <w:r>
              <w:rPr>
                <w:sz w:val="15"/>
              </w:rPr>
              <w:t>2009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A7FC0D" w14:textId="77777777" w:rsidR="003B3005" w:rsidRDefault="00000000">
            <w:pPr>
              <w:spacing w:line="240" w:lineRule="auto"/>
              <w:jc w:val="center"/>
            </w:pPr>
            <w:r>
              <w:rPr>
                <w:sz w:val="15"/>
              </w:rPr>
              <w:t>383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7D5438" w14:textId="77777777" w:rsidR="003B3005" w:rsidRDefault="00000000">
            <w:pPr>
              <w:spacing w:line="240" w:lineRule="auto"/>
              <w:jc w:val="center"/>
            </w:pPr>
            <w:r>
              <w:rPr>
                <w:sz w:val="15"/>
              </w:rPr>
              <w:t>44010460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14A57C" w14:textId="77777777" w:rsidR="003B3005" w:rsidRDefault="00000000">
            <w:pPr>
              <w:spacing w:line="240" w:lineRule="auto"/>
              <w:jc w:val="center"/>
            </w:pPr>
            <w:r>
              <w:rPr>
                <w:sz w:val="15"/>
              </w:rPr>
              <w:t>0.7826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1D6847" w14:textId="77777777" w:rsidR="003B3005" w:rsidRDefault="00000000">
            <w:pPr>
              <w:spacing w:line="240" w:lineRule="auto"/>
              <w:jc w:val="center"/>
            </w:pPr>
            <w:r>
              <w:rPr>
                <w:sz w:val="15"/>
              </w:rPr>
              <w:t>0.7033 to 0.8618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364AA8" w14:textId="77777777" w:rsidR="003B3005" w:rsidRDefault="00000000">
            <w:pPr>
              <w:spacing w:line="240" w:lineRule="auto"/>
              <w:jc w:val="center"/>
            </w:pPr>
            <w:r>
              <w:rPr>
                <w:sz w:val="15"/>
              </w:rPr>
              <w:t>0.0404</w:t>
            </w:r>
          </w:p>
        </w:tc>
      </w:tr>
      <w:tr w:rsidR="003B3005" w14:paraId="77F308A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2589BF"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222559" w14:textId="77777777" w:rsidR="003B3005" w:rsidRDefault="00000000">
            <w:pPr>
              <w:spacing w:line="240" w:lineRule="auto"/>
              <w:jc w:val="center"/>
            </w:pPr>
            <w:r>
              <w:rPr>
                <w:sz w:val="15"/>
              </w:rPr>
              <w:t>2010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FFB3AE" w14:textId="77777777" w:rsidR="003B3005" w:rsidRDefault="00000000">
            <w:pPr>
              <w:spacing w:line="240" w:lineRule="auto"/>
              <w:jc w:val="center"/>
            </w:pPr>
            <w:r>
              <w:rPr>
                <w:sz w:val="15"/>
              </w:rPr>
              <w:t>400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9CE6B6" w14:textId="77777777" w:rsidR="003B3005" w:rsidRDefault="00000000">
            <w:pPr>
              <w:spacing w:line="240" w:lineRule="auto"/>
              <w:jc w:val="center"/>
            </w:pPr>
            <w:r>
              <w:rPr>
                <w:sz w:val="15"/>
              </w:rPr>
              <w:t>44248465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4BBF6B" w14:textId="77777777" w:rsidR="003B3005" w:rsidRDefault="00000000">
            <w:pPr>
              <w:spacing w:line="240" w:lineRule="auto"/>
              <w:jc w:val="center"/>
            </w:pPr>
            <w:r>
              <w:rPr>
                <w:sz w:val="15"/>
              </w:rPr>
              <w:t>0.8355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FB238A" w14:textId="77777777" w:rsidR="003B3005" w:rsidRDefault="00000000">
            <w:pPr>
              <w:spacing w:line="240" w:lineRule="auto"/>
              <w:jc w:val="center"/>
            </w:pPr>
            <w:r>
              <w:rPr>
                <w:sz w:val="15"/>
              </w:rPr>
              <w:t>0.7525 to 0.9186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8F63C3" w14:textId="77777777" w:rsidR="003B3005" w:rsidRDefault="00000000">
            <w:pPr>
              <w:spacing w:line="240" w:lineRule="auto"/>
              <w:jc w:val="center"/>
            </w:pPr>
            <w:r>
              <w:rPr>
                <w:sz w:val="15"/>
              </w:rPr>
              <w:t>0.0424</w:t>
            </w:r>
          </w:p>
        </w:tc>
      </w:tr>
      <w:tr w:rsidR="003B3005" w14:paraId="46E9161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9EEBB2"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C4D207" w14:textId="77777777" w:rsidR="003B3005" w:rsidRDefault="00000000">
            <w:pPr>
              <w:spacing w:line="240" w:lineRule="auto"/>
              <w:jc w:val="center"/>
            </w:pPr>
            <w:r>
              <w:rPr>
                <w:sz w:val="15"/>
              </w:rPr>
              <w:t>2011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B9F92A" w14:textId="77777777" w:rsidR="003B3005" w:rsidRDefault="00000000">
            <w:pPr>
              <w:spacing w:line="240" w:lineRule="auto"/>
              <w:jc w:val="center"/>
            </w:pPr>
            <w:r>
              <w:rPr>
                <w:sz w:val="15"/>
              </w:rPr>
              <w:t>464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987096" w14:textId="77777777" w:rsidR="003B3005" w:rsidRDefault="00000000">
            <w:pPr>
              <w:spacing w:line="240" w:lineRule="auto"/>
              <w:jc w:val="center"/>
            </w:pPr>
            <w:r>
              <w:rPr>
                <w:sz w:val="15"/>
              </w:rPr>
              <w:t>44584105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240A67" w14:textId="77777777" w:rsidR="003B3005" w:rsidRDefault="00000000">
            <w:pPr>
              <w:spacing w:line="240" w:lineRule="auto"/>
              <w:jc w:val="center"/>
            </w:pPr>
            <w:r>
              <w:rPr>
                <w:sz w:val="15"/>
              </w:rPr>
              <w:t>0.9472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AFEF14" w14:textId="77777777" w:rsidR="003B3005" w:rsidRDefault="00000000">
            <w:pPr>
              <w:spacing w:line="240" w:lineRule="auto"/>
              <w:jc w:val="center"/>
            </w:pPr>
            <w:r>
              <w:rPr>
                <w:sz w:val="15"/>
              </w:rPr>
              <w:t>0.8594 to 1.0349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73AE0D" w14:textId="77777777" w:rsidR="003B3005" w:rsidRDefault="00000000">
            <w:pPr>
              <w:spacing w:line="240" w:lineRule="auto"/>
              <w:jc w:val="center"/>
            </w:pPr>
            <w:r>
              <w:rPr>
                <w:sz w:val="15"/>
              </w:rPr>
              <w:t>0.0448</w:t>
            </w:r>
          </w:p>
        </w:tc>
      </w:tr>
      <w:tr w:rsidR="003B3005" w14:paraId="4B852A4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025E3A"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E5D567" w14:textId="77777777" w:rsidR="003B3005" w:rsidRDefault="00000000">
            <w:pPr>
              <w:spacing w:line="240" w:lineRule="auto"/>
              <w:jc w:val="center"/>
            </w:pPr>
            <w:r>
              <w:rPr>
                <w:sz w:val="15"/>
              </w:rPr>
              <w:t>2012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388D55" w14:textId="77777777" w:rsidR="003B3005" w:rsidRDefault="00000000">
            <w:pPr>
              <w:spacing w:line="240" w:lineRule="auto"/>
              <w:jc w:val="center"/>
            </w:pPr>
            <w:r>
              <w:rPr>
                <w:sz w:val="15"/>
              </w:rPr>
              <w:t>441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92E992" w14:textId="77777777" w:rsidR="003B3005" w:rsidRDefault="00000000">
            <w:pPr>
              <w:spacing w:line="240" w:lineRule="auto"/>
              <w:jc w:val="center"/>
            </w:pPr>
            <w:r>
              <w:rPr>
                <w:sz w:val="15"/>
              </w:rPr>
              <w:t>44817227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174AE6" w14:textId="77777777" w:rsidR="003B3005" w:rsidRDefault="00000000">
            <w:pPr>
              <w:spacing w:line="240" w:lineRule="auto"/>
              <w:jc w:val="center"/>
            </w:pPr>
            <w:r>
              <w:rPr>
                <w:sz w:val="15"/>
              </w:rPr>
              <w:t>0.8769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A1309E" w14:textId="77777777" w:rsidR="003B3005" w:rsidRDefault="00000000">
            <w:pPr>
              <w:spacing w:line="240" w:lineRule="auto"/>
              <w:jc w:val="center"/>
            </w:pPr>
            <w:r>
              <w:rPr>
                <w:sz w:val="15"/>
              </w:rPr>
              <w:t>0.7929 to 0.9610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D32025" w14:textId="77777777" w:rsidR="003B3005" w:rsidRDefault="00000000">
            <w:pPr>
              <w:spacing w:line="240" w:lineRule="auto"/>
              <w:jc w:val="center"/>
            </w:pPr>
            <w:r>
              <w:rPr>
                <w:sz w:val="15"/>
              </w:rPr>
              <w:t>0.0429</w:t>
            </w:r>
          </w:p>
        </w:tc>
      </w:tr>
      <w:tr w:rsidR="003B3005" w14:paraId="0C23CB2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B46D04"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C71043" w14:textId="77777777" w:rsidR="003B3005" w:rsidRDefault="00000000">
            <w:pPr>
              <w:spacing w:line="240" w:lineRule="auto"/>
              <w:jc w:val="center"/>
            </w:pPr>
            <w:r>
              <w:rPr>
                <w:sz w:val="15"/>
              </w:rPr>
              <w:t>2013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C7C410" w14:textId="77777777" w:rsidR="003B3005" w:rsidRDefault="00000000">
            <w:pPr>
              <w:spacing w:line="240" w:lineRule="auto"/>
              <w:jc w:val="center"/>
            </w:pPr>
            <w:r>
              <w:rPr>
                <w:sz w:val="15"/>
              </w:rPr>
              <w:t>466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B97F0B" w14:textId="77777777" w:rsidR="003B3005" w:rsidRDefault="00000000">
            <w:pPr>
              <w:spacing w:line="240" w:lineRule="auto"/>
              <w:jc w:val="center"/>
            </w:pPr>
            <w:r>
              <w:rPr>
                <w:sz w:val="15"/>
              </w:rPr>
              <w:t>45090597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4B8BAF" w14:textId="77777777" w:rsidR="003B3005" w:rsidRDefault="00000000">
            <w:pPr>
              <w:spacing w:line="240" w:lineRule="auto"/>
              <w:jc w:val="center"/>
            </w:pPr>
            <w:r>
              <w:rPr>
                <w:sz w:val="15"/>
              </w:rPr>
              <w:t>0.9436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3A855F" w14:textId="77777777" w:rsidR="003B3005" w:rsidRDefault="00000000">
            <w:pPr>
              <w:spacing w:line="240" w:lineRule="auto"/>
              <w:jc w:val="center"/>
            </w:pPr>
            <w:r>
              <w:rPr>
                <w:sz w:val="15"/>
              </w:rPr>
              <w:t>0.8562 to 1.0311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1B94AF" w14:textId="77777777" w:rsidR="003B3005" w:rsidRDefault="00000000">
            <w:pPr>
              <w:spacing w:line="240" w:lineRule="auto"/>
              <w:jc w:val="center"/>
            </w:pPr>
            <w:r>
              <w:rPr>
                <w:sz w:val="15"/>
              </w:rPr>
              <w:t>0.0446</w:t>
            </w:r>
          </w:p>
        </w:tc>
      </w:tr>
      <w:tr w:rsidR="003B3005" w14:paraId="6FF9C77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346463"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FC1B07" w14:textId="77777777" w:rsidR="003B3005" w:rsidRDefault="00000000">
            <w:pPr>
              <w:spacing w:line="240" w:lineRule="auto"/>
              <w:jc w:val="center"/>
            </w:pPr>
            <w:r>
              <w:rPr>
                <w:sz w:val="15"/>
              </w:rPr>
              <w:t>2014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A5DF6A" w14:textId="77777777" w:rsidR="003B3005" w:rsidRDefault="00000000">
            <w:pPr>
              <w:spacing w:line="240" w:lineRule="auto"/>
              <w:jc w:val="center"/>
            </w:pPr>
            <w:r>
              <w:rPr>
                <w:sz w:val="15"/>
              </w:rPr>
              <w:t>538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78D9B9" w14:textId="77777777" w:rsidR="003B3005" w:rsidRDefault="00000000">
            <w:pPr>
              <w:spacing w:line="240" w:lineRule="auto"/>
              <w:jc w:val="center"/>
            </w:pPr>
            <w:r>
              <w:rPr>
                <w:sz w:val="15"/>
              </w:rPr>
              <w:t>45360409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455D8E" w14:textId="77777777" w:rsidR="003B3005" w:rsidRDefault="00000000">
            <w:pPr>
              <w:spacing w:line="240" w:lineRule="auto"/>
              <w:jc w:val="center"/>
            </w:pPr>
            <w:r>
              <w:rPr>
                <w:sz w:val="15"/>
              </w:rPr>
              <w:t>1.0532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22F824" w14:textId="77777777" w:rsidR="003B3005" w:rsidRDefault="00000000">
            <w:pPr>
              <w:spacing w:line="240" w:lineRule="auto"/>
              <w:jc w:val="center"/>
            </w:pPr>
            <w:r>
              <w:rPr>
                <w:sz w:val="15"/>
              </w:rPr>
              <w:t>0.9624 to 1.1440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96319A" w14:textId="77777777" w:rsidR="003B3005" w:rsidRDefault="00000000">
            <w:pPr>
              <w:spacing w:line="240" w:lineRule="auto"/>
              <w:jc w:val="center"/>
            </w:pPr>
            <w:r>
              <w:rPr>
                <w:sz w:val="15"/>
              </w:rPr>
              <w:t>0.0463</w:t>
            </w:r>
          </w:p>
        </w:tc>
      </w:tr>
      <w:tr w:rsidR="003B3005" w14:paraId="23054B7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6563C3"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B119B7" w14:textId="77777777" w:rsidR="003B3005" w:rsidRDefault="00000000">
            <w:pPr>
              <w:spacing w:line="240" w:lineRule="auto"/>
              <w:jc w:val="center"/>
            </w:pPr>
            <w:r>
              <w:rPr>
                <w:sz w:val="15"/>
              </w:rPr>
              <w:t>2015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344E34" w14:textId="77777777" w:rsidR="003B3005" w:rsidRDefault="00000000">
            <w:pPr>
              <w:spacing w:line="240" w:lineRule="auto"/>
              <w:jc w:val="center"/>
            </w:pPr>
            <w:r>
              <w:rPr>
                <w:sz w:val="15"/>
              </w:rPr>
              <w:t>566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A92117" w14:textId="77777777" w:rsidR="003B3005" w:rsidRDefault="00000000">
            <w:pPr>
              <w:spacing w:line="240" w:lineRule="auto"/>
              <w:jc w:val="center"/>
            </w:pPr>
            <w:r>
              <w:rPr>
                <w:sz w:val="15"/>
              </w:rPr>
              <w:t>45628315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676778" w14:textId="77777777" w:rsidR="003B3005" w:rsidRDefault="00000000">
            <w:pPr>
              <w:spacing w:line="240" w:lineRule="auto"/>
              <w:jc w:val="center"/>
            </w:pPr>
            <w:r>
              <w:rPr>
                <w:sz w:val="15"/>
              </w:rPr>
              <w:t>1.0923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F92098" w14:textId="77777777" w:rsidR="003B3005" w:rsidRDefault="00000000">
            <w:pPr>
              <w:spacing w:line="240" w:lineRule="auto"/>
              <w:jc w:val="center"/>
            </w:pPr>
            <w:r>
              <w:rPr>
                <w:sz w:val="15"/>
              </w:rPr>
              <w:t>0.9998 to 1.1848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640AF6" w14:textId="77777777" w:rsidR="003B3005" w:rsidRDefault="00000000">
            <w:pPr>
              <w:spacing w:line="240" w:lineRule="auto"/>
              <w:jc w:val="center"/>
            </w:pPr>
            <w:r>
              <w:rPr>
                <w:sz w:val="15"/>
              </w:rPr>
              <w:t>0.0472</w:t>
            </w:r>
          </w:p>
        </w:tc>
      </w:tr>
      <w:tr w:rsidR="003B3005" w14:paraId="7BB151C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2E0F98"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190680" w14:textId="77777777" w:rsidR="003B3005" w:rsidRDefault="00000000">
            <w:pPr>
              <w:spacing w:line="240" w:lineRule="auto"/>
              <w:jc w:val="center"/>
            </w:pPr>
            <w:r>
              <w:rPr>
                <w:sz w:val="15"/>
              </w:rPr>
              <w:t>2016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1B0C87" w14:textId="77777777" w:rsidR="003B3005" w:rsidRDefault="00000000">
            <w:pPr>
              <w:spacing w:line="240" w:lineRule="auto"/>
              <w:jc w:val="center"/>
            </w:pPr>
            <w:r>
              <w:rPr>
                <w:sz w:val="15"/>
              </w:rPr>
              <w:t>583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BC8171" w14:textId="77777777" w:rsidR="003B3005" w:rsidRDefault="00000000">
            <w:pPr>
              <w:spacing w:line="240" w:lineRule="auto"/>
              <w:jc w:val="center"/>
            </w:pPr>
            <w:r>
              <w:rPr>
                <w:sz w:val="15"/>
              </w:rPr>
              <w:t>45802491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BEA332" w14:textId="77777777" w:rsidR="003B3005" w:rsidRDefault="00000000">
            <w:pPr>
              <w:spacing w:line="240" w:lineRule="auto"/>
              <w:jc w:val="center"/>
            </w:pPr>
            <w:r>
              <w:rPr>
                <w:sz w:val="15"/>
              </w:rPr>
              <w:t>1.1010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877229" w14:textId="77777777" w:rsidR="003B3005" w:rsidRDefault="00000000">
            <w:pPr>
              <w:spacing w:line="240" w:lineRule="auto"/>
              <w:jc w:val="center"/>
            </w:pPr>
            <w:r>
              <w:rPr>
                <w:sz w:val="15"/>
              </w:rPr>
              <w:t>1.0094 to 1.1926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333CD3" w14:textId="77777777" w:rsidR="003B3005" w:rsidRDefault="00000000">
            <w:pPr>
              <w:spacing w:line="240" w:lineRule="auto"/>
              <w:jc w:val="center"/>
            </w:pPr>
            <w:r>
              <w:rPr>
                <w:sz w:val="15"/>
              </w:rPr>
              <w:t>0.0467</w:t>
            </w:r>
          </w:p>
        </w:tc>
      </w:tr>
      <w:tr w:rsidR="003B3005" w14:paraId="2F6ECA0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9A308E"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459087" w14:textId="77777777" w:rsidR="003B3005" w:rsidRDefault="00000000">
            <w:pPr>
              <w:spacing w:line="240" w:lineRule="auto"/>
              <w:jc w:val="center"/>
            </w:pPr>
            <w:r>
              <w:rPr>
                <w:sz w:val="15"/>
              </w:rPr>
              <w:t>2017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C655D2" w14:textId="77777777" w:rsidR="003B3005" w:rsidRDefault="00000000">
            <w:pPr>
              <w:spacing w:line="240" w:lineRule="auto"/>
              <w:jc w:val="center"/>
            </w:pPr>
            <w:r>
              <w:rPr>
                <w:sz w:val="15"/>
              </w:rPr>
              <w:t>569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D73DC5" w14:textId="77777777" w:rsidR="003B3005" w:rsidRDefault="00000000">
            <w:pPr>
              <w:spacing w:line="240" w:lineRule="auto"/>
              <w:jc w:val="center"/>
            </w:pPr>
            <w:r>
              <w:rPr>
                <w:sz w:val="15"/>
              </w:rPr>
              <w:t>46143783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69784C" w14:textId="77777777" w:rsidR="003B3005" w:rsidRDefault="00000000">
            <w:pPr>
              <w:spacing w:line="240" w:lineRule="auto"/>
              <w:jc w:val="center"/>
            </w:pPr>
            <w:r>
              <w:rPr>
                <w:sz w:val="15"/>
              </w:rPr>
              <w:t>1.0709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38CB42" w14:textId="77777777" w:rsidR="003B3005" w:rsidRDefault="00000000">
            <w:pPr>
              <w:spacing w:line="240" w:lineRule="auto"/>
              <w:jc w:val="center"/>
            </w:pPr>
            <w:r>
              <w:rPr>
                <w:sz w:val="15"/>
              </w:rPr>
              <w:t>0.9801 to 1.1617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DA8009" w14:textId="77777777" w:rsidR="003B3005" w:rsidRDefault="00000000">
            <w:pPr>
              <w:spacing w:line="240" w:lineRule="auto"/>
              <w:jc w:val="center"/>
            </w:pPr>
            <w:r>
              <w:rPr>
                <w:sz w:val="15"/>
              </w:rPr>
              <w:t>0.0463</w:t>
            </w:r>
          </w:p>
        </w:tc>
      </w:tr>
      <w:tr w:rsidR="003B3005" w14:paraId="7192970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49A345"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096C67" w14:textId="77777777" w:rsidR="003B3005" w:rsidRDefault="00000000">
            <w:pPr>
              <w:spacing w:line="240" w:lineRule="auto"/>
              <w:jc w:val="center"/>
            </w:pPr>
            <w:r>
              <w:rPr>
                <w:sz w:val="15"/>
              </w:rPr>
              <w:t>2018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907932" w14:textId="77777777" w:rsidR="003B3005" w:rsidRDefault="00000000">
            <w:pPr>
              <w:spacing w:line="240" w:lineRule="auto"/>
              <w:jc w:val="center"/>
            </w:pPr>
            <w:r>
              <w:rPr>
                <w:sz w:val="15"/>
              </w:rPr>
              <w:t>623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863B78" w14:textId="77777777" w:rsidR="003B3005" w:rsidRDefault="00000000">
            <w:pPr>
              <w:spacing w:line="240" w:lineRule="auto"/>
              <w:jc w:val="center"/>
            </w:pPr>
            <w:r>
              <w:rPr>
                <w:sz w:val="15"/>
              </w:rPr>
              <w:t>46405110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A44F4B" w14:textId="77777777" w:rsidR="003B3005" w:rsidRDefault="00000000">
            <w:pPr>
              <w:spacing w:line="240" w:lineRule="auto"/>
              <w:jc w:val="center"/>
            </w:pPr>
            <w:r>
              <w:rPr>
                <w:sz w:val="15"/>
              </w:rPr>
              <w:t>1.1536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82F53F" w14:textId="77777777" w:rsidR="003B3005" w:rsidRDefault="00000000">
            <w:pPr>
              <w:spacing w:line="240" w:lineRule="auto"/>
              <w:jc w:val="center"/>
            </w:pPr>
            <w:r>
              <w:rPr>
                <w:sz w:val="15"/>
              </w:rPr>
              <w:t>1.0603 to 1.2469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073540" w14:textId="77777777" w:rsidR="003B3005" w:rsidRDefault="00000000">
            <w:pPr>
              <w:spacing w:line="240" w:lineRule="auto"/>
              <w:jc w:val="center"/>
            </w:pPr>
            <w:r>
              <w:rPr>
                <w:sz w:val="15"/>
              </w:rPr>
              <w:t>0.0476</w:t>
            </w:r>
          </w:p>
        </w:tc>
      </w:tr>
      <w:tr w:rsidR="003B3005" w14:paraId="74A3E00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B93CB7"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5B097B" w14:textId="77777777" w:rsidR="003B3005" w:rsidRDefault="00000000">
            <w:pPr>
              <w:spacing w:line="240" w:lineRule="auto"/>
              <w:jc w:val="center"/>
            </w:pPr>
            <w:r>
              <w:rPr>
                <w:sz w:val="15"/>
              </w:rPr>
              <w:t>2019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8774B8" w14:textId="77777777" w:rsidR="003B3005" w:rsidRDefault="00000000">
            <w:pPr>
              <w:spacing w:line="240" w:lineRule="auto"/>
              <w:jc w:val="center"/>
            </w:pPr>
            <w:r>
              <w:rPr>
                <w:sz w:val="15"/>
              </w:rPr>
              <w:t>634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95AA28" w14:textId="77777777" w:rsidR="003B3005" w:rsidRDefault="00000000">
            <w:pPr>
              <w:spacing w:line="240" w:lineRule="auto"/>
              <w:jc w:val="center"/>
            </w:pPr>
            <w:r>
              <w:rPr>
                <w:sz w:val="15"/>
              </w:rPr>
              <w:t>46589364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ADAF47" w14:textId="77777777" w:rsidR="003B3005" w:rsidRDefault="00000000">
            <w:pPr>
              <w:spacing w:line="240" w:lineRule="auto"/>
              <w:jc w:val="center"/>
            </w:pPr>
            <w:r>
              <w:rPr>
                <w:sz w:val="15"/>
              </w:rPr>
              <w:t>1.1736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29FC1A" w14:textId="77777777" w:rsidR="003B3005" w:rsidRDefault="00000000">
            <w:pPr>
              <w:spacing w:line="240" w:lineRule="auto"/>
              <w:jc w:val="center"/>
            </w:pPr>
            <w:r>
              <w:rPr>
                <w:sz w:val="15"/>
              </w:rPr>
              <w:t>1.0788 to 1.2684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B94BF6" w14:textId="77777777" w:rsidR="003B3005" w:rsidRDefault="00000000">
            <w:pPr>
              <w:spacing w:line="240" w:lineRule="auto"/>
              <w:jc w:val="center"/>
            </w:pPr>
            <w:r>
              <w:rPr>
                <w:sz w:val="15"/>
              </w:rPr>
              <w:t>0.0484</w:t>
            </w:r>
          </w:p>
        </w:tc>
      </w:tr>
      <w:tr w:rsidR="003B3005" w14:paraId="7AA06BC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D64735"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768DDA" w14:textId="77777777" w:rsidR="003B3005" w:rsidRDefault="00000000">
            <w:pPr>
              <w:spacing w:line="240" w:lineRule="auto"/>
              <w:jc w:val="center"/>
            </w:pPr>
            <w:r>
              <w:rPr>
                <w:sz w:val="15"/>
              </w:rPr>
              <w:t>2020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2CB69E" w14:textId="77777777" w:rsidR="003B3005" w:rsidRDefault="00000000">
            <w:pPr>
              <w:spacing w:line="240" w:lineRule="auto"/>
              <w:jc w:val="center"/>
            </w:pPr>
            <w:r>
              <w:rPr>
                <w:sz w:val="15"/>
              </w:rPr>
              <w:t>1029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669DC0" w14:textId="77777777" w:rsidR="003B3005" w:rsidRDefault="00000000">
            <w:pPr>
              <w:spacing w:line="240" w:lineRule="auto"/>
              <w:jc w:val="center"/>
            </w:pPr>
            <w:r>
              <w:rPr>
                <w:sz w:val="15"/>
              </w:rPr>
              <w:t>46721679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BE73C3" w14:textId="77777777" w:rsidR="003B3005" w:rsidRDefault="00000000">
            <w:pPr>
              <w:spacing w:line="240" w:lineRule="auto"/>
              <w:jc w:val="center"/>
            </w:pPr>
            <w:r>
              <w:rPr>
                <w:sz w:val="15"/>
              </w:rPr>
              <w:t>1.8644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6BF5B5" w14:textId="77777777" w:rsidR="003B3005" w:rsidRDefault="00000000">
            <w:pPr>
              <w:spacing w:line="240" w:lineRule="auto"/>
              <w:jc w:val="center"/>
            </w:pPr>
            <w:r>
              <w:rPr>
                <w:sz w:val="15"/>
              </w:rPr>
              <w:t>1.7469 to 1.9820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BDD4FA" w14:textId="77777777" w:rsidR="003B3005" w:rsidRDefault="00000000">
            <w:pPr>
              <w:spacing w:line="240" w:lineRule="auto"/>
              <w:jc w:val="center"/>
            </w:pPr>
            <w:r>
              <w:rPr>
                <w:sz w:val="15"/>
              </w:rPr>
              <w:t>0.0600</w:t>
            </w:r>
          </w:p>
        </w:tc>
      </w:tr>
      <w:tr w:rsidR="003B3005" w14:paraId="53F5470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54E11A"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4C9ADC" w14:textId="77777777" w:rsidR="003B3005" w:rsidRDefault="00000000">
            <w:pPr>
              <w:spacing w:line="240" w:lineRule="auto"/>
              <w:jc w:val="center"/>
            </w:pPr>
            <w:r>
              <w:rPr>
                <w:sz w:val="15"/>
              </w:rPr>
              <w:t>2021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DD9981" w14:textId="77777777" w:rsidR="003B3005" w:rsidRDefault="00000000">
            <w:pPr>
              <w:spacing w:line="240" w:lineRule="auto"/>
              <w:jc w:val="center"/>
            </w:pPr>
            <w:r>
              <w:rPr>
                <w:sz w:val="15"/>
              </w:rPr>
              <w:t>1296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56AA73" w14:textId="77777777" w:rsidR="003B3005" w:rsidRDefault="00000000">
            <w:pPr>
              <w:spacing w:line="240" w:lineRule="auto"/>
              <w:jc w:val="center"/>
            </w:pPr>
            <w:r>
              <w:rPr>
                <w:sz w:val="15"/>
              </w:rPr>
              <w:t>47032092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D5EDA5" w14:textId="77777777" w:rsidR="003B3005" w:rsidRDefault="00000000">
            <w:pPr>
              <w:spacing w:line="240" w:lineRule="auto"/>
              <w:jc w:val="center"/>
            </w:pPr>
            <w:r>
              <w:rPr>
                <w:sz w:val="15"/>
              </w:rPr>
              <w:t>2.3782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0AB420" w14:textId="77777777" w:rsidR="003B3005" w:rsidRDefault="00000000">
            <w:pPr>
              <w:spacing w:line="240" w:lineRule="auto"/>
              <w:jc w:val="center"/>
            </w:pPr>
            <w:r>
              <w:rPr>
                <w:sz w:val="15"/>
              </w:rPr>
              <w:t>2.2446 to 2.5186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ACF9BB" w14:textId="77777777" w:rsidR="003B3005" w:rsidRDefault="00000000">
            <w:pPr>
              <w:spacing w:line="240" w:lineRule="auto"/>
              <w:jc w:val="center"/>
            </w:pPr>
            <w:r>
              <w:rPr>
                <w:sz w:val="15"/>
              </w:rPr>
              <w:t>0.0691</w:t>
            </w:r>
          </w:p>
        </w:tc>
      </w:tr>
      <w:tr w:rsidR="003B3005" w14:paraId="4349DFF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B3F946"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6E9858" w14:textId="77777777" w:rsidR="003B3005" w:rsidRDefault="00000000">
            <w:pPr>
              <w:spacing w:line="240" w:lineRule="auto"/>
              <w:jc w:val="center"/>
            </w:pPr>
            <w:r>
              <w:rPr>
                <w:sz w:val="15"/>
              </w:rPr>
              <w:t>2022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D73E5C" w14:textId="77777777" w:rsidR="003B3005" w:rsidRDefault="00000000">
            <w:pPr>
              <w:spacing w:line="240" w:lineRule="auto"/>
              <w:jc w:val="center"/>
            </w:pPr>
            <w:r>
              <w:rPr>
                <w:sz w:val="15"/>
              </w:rPr>
              <w:t>977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8039D2" w14:textId="77777777" w:rsidR="003B3005" w:rsidRDefault="00000000">
            <w:pPr>
              <w:spacing w:line="240" w:lineRule="auto"/>
              <w:jc w:val="center"/>
            </w:pPr>
            <w:r>
              <w:rPr>
                <w:sz w:val="15"/>
              </w:rPr>
              <w:t>47087294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37046E" w14:textId="77777777" w:rsidR="003B3005" w:rsidRDefault="00000000">
            <w:pPr>
              <w:spacing w:line="240" w:lineRule="auto"/>
              <w:jc w:val="center"/>
            </w:pPr>
            <w:r>
              <w:rPr>
                <w:sz w:val="15"/>
              </w:rPr>
              <w:t>1.7379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B1D352" w14:textId="77777777" w:rsidR="003B3005" w:rsidRDefault="00000000">
            <w:pPr>
              <w:spacing w:line="240" w:lineRule="auto"/>
              <w:jc w:val="center"/>
            </w:pPr>
            <w:r>
              <w:rPr>
                <w:sz w:val="15"/>
              </w:rPr>
              <w:t>1.6258 to 1.8567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049EB8" w14:textId="77777777" w:rsidR="003B3005" w:rsidRDefault="00000000">
            <w:pPr>
              <w:spacing w:line="240" w:lineRule="auto"/>
              <w:jc w:val="center"/>
            </w:pPr>
            <w:r>
              <w:rPr>
                <w:sz w:val="15"/>
              </w:rPr>
              <w:t>0.0582</w:t>
            </w:r>
          </w:p>
        </w:tc>
      </w:tr>
      <w:tr w:rsidR="003B3005" w14:paraId="3F94389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211E5C" w14:textId="77777777" w:rsidR="003B3005" w:rsidRDefault="00000000">
            <w:pPr>
              <w:spacing w:line="240" w:lineRule="auto"/>
            </w:pPr>
            <w:r>
              <w:rPr>
                <w:sz w:val="15"/>
              </w:rPr>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9661ED" w14:textId="77777777" w:rsidR="003B3005" w:rsidRDefault="00000000">
            <w:pPr>
              <w:spacing w:line="240" w:lineRule="auto"/>
              <w:jc w:val="center"/>
            </w:pPr>
            <w:r>
              <w:rPr>
                <w:sz w:val="15"/>
              </w:rPr>
              <w:t>2023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3784E8" w14:textId="77777777" w:rsidR="003B3005" w:rsidRDefault="00000000">
            <w:pPr>
              <w:spacing w:line="240" w:lineRule="auto"/>
              <w:jc w:val="center"/>
            </w:pPr>
            <w:r>
              <w:rPr>
                <w:sz w:val="15"/>
              </w:rPr>
              <w:t>791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F2A0E1" w14:textId="77777777" w:rsidR="003B3005" w:rsidRDefault="00000000">
            <w:pPr>
              <w:spacing w:line="240" w:lineRule="auto"/>
              <w:jc w:val="center"/>
            </w:pPr>
            <w:r>
              <w:rPr>
                <w:sz w:val="15"/>
              </w:rPr>
              <w:t>47312396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12C776" w14:textId="77777777" w:rsidR="003B3005" w:rsidRDefault="00000000">
            <w:pPr>
              <w:spacing w:line="240" w:lineRule="auto"/>
              <w:jc w:val="center"/>
            </w:pPr>
            <w:r>
              <w:rPr>
                <w:sz w:val="15"/>
              </w:rPr>
              <w:t>1.4376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7AA6C0" w14:textId="77777777" w:rsidR="003B3005" w:rsidRDefault="00000000">
            <w:pPr>
              <w:spacing w:line="240" w:lineRule="auto"/>
              <w:jc w:val="center"/>
            </w:pPr>
            <w:r>
              <w:rPr>
                <w:sz w:val="15"/>
              </w:rPr>
              <w:t>1.3362 to 1.5456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5BE605" w14:textId="77777777" w:rsidR="003B3005" w:rsidRDefault="00000000">
            <w:pPr>
              <w:spacing w:line="240" w:lineRule="auto"/>
              <w:jc w:val="center"/>
            </w:pPr>
            <w:r>
              <w:rPr>
                <w:sz w:val="15"/>
              </w:rPr>
              <w:t>0.0527</w:t>
            </w:r>
          </w:p>
        </w:tc>
      </w:tr>
      <w:tr w:rsidR="003B3005" w14:paraId="5A28005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4BCC8D" w14:textId="77777777" w:rsidR="003B3005" w:rsidRDefault="00000000">
            <w:pPr>
              <w:spacing w:line="240" w:lineRule="auto"/>
            </w:pPr>
            <w:r>
              <w:rPr>
                <w:sz w:val="15"/>
              </w:rPr>
              <w:lastRenderedPageBreak/>
              <w:t>Midwest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F312F0" w14:textId="77777777" w:rsidR="003B3005" w:rsidRDefault="00000000">
            <w:pPr>
              <w:spacing w:line="240" w:lineRule="auto"/>
              <w:jc w:val="center"/>
            </w:pPr>
            <w:r>
              <w:rPr>
                <w:sz w:val="15"/>
              </w:rPr>
              <w:t>2024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2A7999" w14:textId="77777777" w:rsidR="003B3005" w:rsidRDefault="00000000">
            <w:pPr>
              <w:spacing w:line="240" w:lineRule="auto"/>
              <w:jc w:val="center"/>
            </w:pPr>
            <w:r>
              <w:rPr>
                <w:sz w:val="15"/>
              </w:rPr>
              <w:t>697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87B874" w14:textId="77777777" w:rsidR="003B3005" w:rsidRDefault="00000000">
            <w:pPr>
              <w:spacing w:line="240" w:lineRule="auto"/>
              <w:jc w:val="center"/>
            </w:pPr>
            <w:r>
              <w:rPr>
                <w:sz w:val="15"/>
              </w:rPr>
              <w:t>47893529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BBF3C3" w14:textId="77777777" w:rsidR="003B3005" w:rsidRDefault="00000000">
            <w:pPr>
              <w:spacing w:line="240" w:lineRule="auto"/>
              <w:jc w:val="center"/>
            </w:pPr>
            <w:r>
              <w:rPr>
                <w:sz w:val="15"/>
              </w:rPr>
              <w:t>1.2112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834D78" w14:textId="77777777" w:rsidR="003B3005" w:rsidRDefault="00000000">
            <w:pPr>
              <w:spacing w:line="240" w:lineRule="auto"/>
              <w:jc w:val="center"/>
            </w:pPr>
            <w:r>
              <w:rPr>
                <w:sz w:val="15"/>
              </w:rPr>
              <w:t>1.1196 to 1.3094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3FAEF7" w14:textId="77777777" w:rsidR="003B3005" w:rsidRDefault="00000000">
            <w:pPr>
              <w:spacing w:line="240" w:lineRule="auto"/>
              <w:jc w:val="center"/>
            </w:pPr>
            <w:r>
              <w:rPr>
                <w:sz w:val="15"/>
              </w:rPr>
              <w:t>0.0477</w:t>
            </w:r>
          </w:p>
        </w:tc>
      </w:tr>
      <w:tr w:rsidR="003B3005" w14:paraId="7EE5488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A0DAF2"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FC669A" w14:textId="77777777" w:rsidR="003B3005" w:rsidRDefault="00000000">
            <w:pPr>
              <w:spacing w:line="240" w:lineRule="auto"/>
              <w:jc w:val="center"/>
            </w:pPr>
            <w:r>
              <w:rPr>
                <w:sz w:val="15"/>
              </w:rPr>
              <w:t>1999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F92958" w14:textId="77777777" w:rsidR="003B3005" w:rsidRDefault="00000000">
            <w:pPr>
              <w:spacing w:line="240" w:lineRule="auto"/>
              <w:jc w:val="center"/>
            </w:pPr>
            <w:r>
              <w:rPr>
                <w:sz w:val="15"/>
              </w:rPr>
              <w:t>125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B3D123" w14:textId="77777777" w:rsidR="003B3005" w:rsidRDefault="00000000">
            <w:pPr>
              <w:spacing w:line="240" w:lineRule="auto"/>
              <w:jc w:val="center"/>
            </w:pPr>
            <w:r>
              <w:rPr>
                <w:sz w:val="15"/>
              </w:rPr>
              <w:t>35633134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6B0015" w14:textId="77777777" w:rsidR="003B3005" w:rsidRDefault="00000000">
            <w:pPr>
              <w:spacing w:line="240" w:lineRule="auto"/>
              <w:jc w:val="center"/>
            </w:pPr>
            <w:r>
              <w:rPr>
                <w:sz w:val="15"/>
              </w:rPr>
              <w:t>0.3558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EF13B2" w14:textId="77777777" w:rsidR="003B3005" w:rsidRDefault="00000000">
            <w:pPr>
              <w:spacing w:line="240" w:lineRule="auto"/>
              <w:jc w:val="center"/>
            </w:pPr>
            <w:r>
              <w:rPr>
                <w:sz w:val="15"/>
              </w:rPr>
              <w:t>0.2926 to 0.4191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D38D6B" w14:textId="77777777" w:rsidR="003B3005" w:rsidRDefault="00000000">
            <w:pPr>
              <w:spacing w:line="240" w:lineRule="auto"/>
              <w:jc w:val="center"/>
            </w:pPr>
            <w:r>
              <w:rPr>
                <w:sz w:val="15"/>
              </w:rPr>
              <w:t>0.0323</w:t>
            </w:r>
          </w:p>
        </w:tc>
      </w:tr>
      <w:tr w:rsidR="003B3005" w14:paraId="66EDFA1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1BD987"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74E755" w14:textId="77777777" w:rsidR="003B3005" w:rsidRDefault="00000000">
            <w:pPr>
              <w:spacing w:line="240" w:lineRule="auto"/>
              <w:jc w:val="center"/>
            </w:pPr>
            <w:r>
              <w:rPr>
                <w:sz w:val="15"/>
              </w:rPr>
              <w:t>2000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DB992B" w14:textId="77777777" w:rsidR="003B3005" w:rsidRDefault="00000000">
            <w:pPr>
              <w:spacing w:line="240" w:lineRule="auto"/>
              <w:jc w:val="center"/>
            </w:pPr>
            <w:r>
              <w:rPr>
                <w:sz w:val="15"/>
              </w:rPr>
              <w:t>149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8FF90A" w14:textId="77777777" w:rsidR="003B3005" w:rsidRDefault="00000000">
            <w:pPr>
              <w:spacing w:line="240" w:lineRule="auto"/>
              <w:jc w:val="center"/>
            </w:pPr>
            <w:r>
              <w:rPr>
                <w:sz w:val="15"/>
              </w:rPr>
              <w:t>35788687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51B61F" w14:textId="77777777" w:rsidR="003B3005" w:rsidRDefault="00000000">
            <w:pPr>
              <w:spacing w:line="240" w:lineRule="auto"/>
              <w:jc w:val="center"/>
            </w:pPr>
            <w:r>
              <w:rPr>
                <w:sz w:val="15"/>
              </w:rPr>
              <w:t>0.4266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C493A8" w14:textId="77777777" w:rsidR="003B3005" w:rsidRDefault="00000000">
            <w:pPr>
              <w:spacing w:line="240" w:lineRule="auto"/>
              <w:jc w:val="center"/>
            </w:pPr>
            <w:r>
              <w:rPr>
                <w:sz w:val="15"/>
              </w:rPr>
              <w:t>0.3577 to 0.4954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61906A" w14:textId="77777777" w:rsidR="003B3005" w:rsidRDefault="00000000">
            <w:pPr>
              <w:spacing w:line="240" w:lineRule="auto"/>
              <w:jc w:val="center"/>
            </w:pPr>
            <w:r>
              <w:rPr>
                <w:sz w:val="15"/>
              </w:rPr>
              <w:t>0.0351</w:t>
            </w:r>
          </w:p>
        </w:tc>
      </w:tr>
      <w:tr w:rsidR="003B3005" w14:paraId="5D94799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9F238F"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24066E" w14:textId="77777777" w:rsidR="003B3005" w:rsidRDefault="00000000">
            <w:pPr>
              <w:spacing w:line="240" w:lineRule="auto"/>
              <w:jc w:val="center"/>
            </w:pPr>
            <w:r>
              <w:rPr>
                <w:sz w:val="15"/>
              </w:rPr>
              <w:t>2001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178FDE" w14:textId="77777777" w:rsidR="003B3005" w:rsidRDefault="00000000">
            <w:pPr>
              <w:spacing w:line="240" w:lineRule="auto"/>
              <w:jc w:val="center"/>
            </w:pPr>
            <w:r>
              <w:rPr>
                <w:sz w:val="15"/>
              </w:rPr>
              <w:t>162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F6EC53" w14:textId="77777777" w:rsidR="003B3005" w:rsidRDefault="00000000">
            <w:pPr>
              <w:spacing w:line="240" w:lineRule="auto"/>
              <w:jc w:val="center"/>
            </w:pPr>
            <w:r>
              <w:rPr>
                <w:sz w:val="15"/>
              </w:rPr>
              <w:t>36006250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D4FA3A" w14:textId="77777777" w:rsidR="003B3005" w:rsidRDefault="00000000">
            <w:pPr>
              <w:spacing w:line="240" w:lineRule="auto"/>
              <w:jc w:val="center"/>
            </w:pPr>
            <w:r>
              <w:rPr>
                <w:sz w:val="15"/>
              </w:rPr>
              <w:t>0.4108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906740" w14:textId="77777777" w:rsidR="003B3005" w:rsidRDefault="00000000">
            <w:pPr>
              <w:spacing w:line="240" w:lineRule="auto"/>
              <w:jc w:val="center"/>
            </w:pPr>
            <w:r>
              <w:rPr>
                <w:sz w:val="15"/>
              </w:rPr>
              <w:t>0.3472 to 0.4744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D5D68C" w14:textId="77777777" w:rsidR="003B3005" w:rsidRDefault="00000000">
            <w:pPr>
              <w:spacing w:line="240" w:lineRule="auto"/>
              <w:jc w:val="center"/>
            </w:pPr>
            <w:r>
              <w:rPr>
                <w:sz w:val="15"/>
              </w:rPr>
              <w:t>0.0324</w:t>
            </w:r>
          </w:p>
        </w:tc>
      </w:tr>
      <w:tr w:rsidR="003B3005" w14:paraId="6FEC58B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09BA06"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32510C" w14:textId="77777777" w:rsidR="003B3005" w:rsidRDefault="00000000">
            <w:pPr>
              <w:spacing w:line="240" w:lineRule="auto"/>
              <w:jc w:val="center"/>
            </w:pPr>
            <w:r>
              <w:rPr>
                <w:sz w:val="15"/>
              </w:rPr>
              <w:t>2002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5BFD2C" w14:textId="77777777" w:rsidR="003B3005" w:rsidRDefault="00000000">
            <w:pPr>
              <w:spacing w:line="240" w:lineRule="auto"/>
              <w:jc w:val="center"/>
            </w:pPr>
            <w:r>
              <w:rPr>
                <w:sz w:val="15"/>
              </w:rPr>
              <w:t>170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0C4339" w14:textId="77777777" w:rsidR="003B3005" w:rsidRDefault="00000000">
            <w:pPr>
              <w:spacing w:line="240" w:lineRule="auto"/>
              <w:jc w:val="center"/>
            </w:pPr>
            <w:r>
              <w:rPr>
                <w:sz w:val="15"/>
              </w:rPr>
              <w:t>36185082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7BAB11" w14:textId="77777777" w:rsidR="003B3005" w:rsidRDefault="00000000">
            <w:pPr>
              <w:spacing w:line="240" w:lineRule="auto"/>
              <w:jc w:val="center"/>
            </w:pPr>
            <w:r>
              <w:rPr>
                <w:sz w:val="15"/>
              </w:rPr>
              <w:t>0.4547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5E57FB" w14:textId="77777777" w:rsidR="003B3005" w:rsidRDefault="00000000">
            <w:pPr>
              <w:spacing w:line="240" w:lineRule="auto"/>
              <w:jc w:val="center"/>
            </w:pPr>
            <w:r>
              <w:rPr>
                <w:sz w:val="15"/>
              </w:rPr>
              <w:t>0.3860 to 0.5233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6229DA" w14:textId="77777777" w:rsidR="003B3005" w:rsidRDefault="00000000">
            <w:pPr>
              <w:spacing w:line="240" w:lineRule="auto"/>
              <w:jc w:val="center"/>
            </w:pPr>
            <w:r>
              <w:rPr>
                <w:sz w:val="15"/>
              </w:rPr>
              <w:t>0.0350</w:t>
            </w:r>
          </w:p>
        </w:tc>
      </w:tr>
      <w:tr w:rsidR="003B3005" w14:paraId="3E9370F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14AAD0"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E9E647" w14:textId="77777777" w:rsidR="003B3005" w:rsidRDefault="00000000">
            <w:pPr>
              <w:spacing w:line="240" w:lineRule="auto"/>
              <w:jc w:val="center"/>
            </w:pPr>
            <w:r>
              <w:rPr>
                <w:sz w:val="15"/>
              </w:rPr>
              <w:t>2003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33D6D0" w14:textId="77777777" w:rsidR="003B3005" w:rsidRDefault="00000000">
            <w:pPr>
              <w:spacing w:line="240" w:lineRule="auto"/>
              <w:jc w:val="center"/>
            </w:pPr>
            <w:r>
              <w:rPr>
                <w:sz w:val="15"/>
              </w:rPr>
              <w:t>180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C492B3" w14:textId="77777777" w:rsidR="003B3005" w:rsidRDefault="00000000">
            <w:pPr>
              <w:spacing w:line="240" w:lineRule="auto"/>
              <w:jc w:val="center"/>
            </w:pPr>
            <w:r>
              <w:rPr>
                <w:sz w:val="15"/>
              </w:rPr>
              <w:t>36346948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3CAC27" w14:textId="77777777" w:rsidR="003B3005" w:rsidRDefault="00000000">
            <w:pPr>
              <w:spacing w:line="240" w:lineRule="auto"/>
              <w:jc w:val="center"/>
            </w:pPr>
            <w:r>
              <w:rPr>
                <w:sz w:val="15"/>
              </w:rPr>
              <w:t>0.4922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A526D0" w14:textId="77777777" w:rsidR="003B3005" w:rsidRDefault="00000000">
            <w:pPr>
              <w:spacing w:line="240" w:lineRule="auto"/>
              <w:jc w:val="center"/>
            </w:pPr>
            <w:r>
              <w:rPr>
                <w:sz w:val="15"/>
              </w:rPr>
              <w:t>0.4190 to 0.5655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CEE0CF" w14:textId="77777777" w:rsidR="003B3005" w:rsidRDefault="00000000">
            <w:pPr>
              <w:spacing w:line="240" w:lineRule="auto"/>
              <w:jc w:val="center"/>
            </w:pPr>
            <w:r>
              <w:rPr>
                <w:sz w:val="15"/>
              </w:rPr>
              <w:t>0.0374</w:t>
            </w:r>
          </w:p>
        </w:tc>
      </w:tr>
      <w:tr w:rsidR="003B3005" w14:paraId="530D5BF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609E40"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A3C8C7" w14:textId="77777777" w:rsidR="003B3005" w:rsidRDefault="00000000">
            <w:pPr>
              <w:spacing w:line="240" w:lineRule="auto"/>
              <w:jc w:val="center"/>
            </w:pPr>
            <w:r>
              <w:rPr>
                <w:sz w:val="15"/>
              </w:rPr>
              <w:t>2004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5A57BB" w14:textId="77777777" w:rsidR="003B3005" w:rsidRDefault="00000000">
            <w:pPr>
              <w:spacing w:line="240" w:lineRule="auto"/>
              <w:jc w:val="center"/>
            </w:pPr>
            <w:r>
              <w:rPr>
                <w:sz w:val="15"/>
              </w:rPr>
              <w:t>229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E467D2" w14:textId="77777777" w:rsidR="003B3005" w:rsidRDefault="00000000">
            <w:pPr>
              <w:spacing w:line="240" w:lineRule="auto"/>
              <w:jc w:val="center"/>
            </w:pPr>
            <w:r>
              <w:rPr>
                <w:sz w:val="15"/>
              </w:rPr>
              <w:t>36462699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6F9052" w14:textId="77777777" w:rsidR="003B3005" w:rsidRDefault="00000000">
            <w:pPr>
              <w:spacing w:line="240" w:lineRule="auto"/>
              <w:jc w:val="center"/>
            </w:pPr>
            <w:r>
              <w:rPr>
                <w:sz w:val="15"/>
              </w:rPr>
              <w:t>0.5947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007A00" w14:textId="77777777" w:rsidR="003B3005" w:rsidRDefault="00000000">
            <w:pPr>
              <w:spacing w:line="240" w:lineRule="auto"/>
              <w:jc w:val="center"/>
            </w:pPr>
            <w:r>
              <w:rPr>
                <w:sz w:val="15"/>
              </w:rPr>
              <w:t>0.5172 to 0.6722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550E2B" w14:textId="77777777" w:rsidR="003B3005" w:rsidRDefault="00000000">
            <w:pPr>
              <w:spacing w:line="240" w:lineRule="auto"/>
              <w:jc w:val="center"/>
            </w:pPr>
            <w:r>
              <w:rPr>
                <w:sz w:val="15"/>
              </w:rPr>
              <w:t>0.0395</w:t>
            </w:r>
          </w:p>
        </w:tc>
      </w:tr>
      <w:tr w:rsidR="003B3005" w14:paraId="33D9EFC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8EE6FB"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3FFE80" w14:textId="77777777" w:rsidR="003B3005" w:rsidRDefault="00000000">
            <w:pPr>
              <w:spacing w:line="240" w:lineRule="auto"/>
              <w:jc w:val="center"/>
            </w:pPr>
            <w:r>
              <w:rPr>
                <w:sz w:val="15"/>
              </w:rPr>
              <w:t>2005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13741A" w14:textId="77777777" w:rsidR="003B3005" w:rsidRDefault="00000000">
            <w:pPr>
              <w:spacing w:line="240" w:lineRule="auto"/>
              <w:jc w:val="center"/>
            </w:pPr>
            <w:r>
              <w:rPr>
                <w:sz w:val="15"/>
              </w:rPr>
              <w:t>228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59F02C" w14:textId="77777777" w:rsidR="003B3005" w:rsidRDefault="00000000">
            <w:pPr>
              <w:spacing w:line="240" w:lineRule="auto"/>
              <w:jc w:val="center"/>
            </w:pPr>
            <w:r>
              <w:rPr>
                <w:sz w:val="15"/>
              </w:rPr>
              <w:t>36559788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5FA2F3" w14:textId="77777777" w:rsidR="003B3005" w:rsidRDefault="00000000">
            <w:pPr>
              <w:spacing w:line="240" w:lineRule="auto"/>
              <w:jc w:val="center"/>
            </w:pPr>
            <w:r>
              <w:rPr>
                <w:sz w:val="15"/>
              </w:rPr>
              <w:t>0.5765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FB0B63" w14:textId="77777777" w:rsidR="003B3005" w:rsidRDefault="00000000">
            <w:pPr>
              <w:spacing w:line="240" w:lineRule="auto"/>
              <w:jc w:val="center"/>
            </w:pPr>
            <w:r>
              <w:rPr>
                <w:sz w:val="15"/>
              </w:rPr>
              <w:t>0.5010 to 0.6521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F096E8" w14:textId="77777777" w:rsidR="003B3005" w:rsidRDefault="00000000">
            <w:pPr>
              <w:spacing w:line="240" w:lineRule="auto"/>
              <w:jc w:val="center"/>
            </w:pPr>
            <w:r>
              <w:rPr>
                <w:sz w:val="15"/>
              </w:rPr>
              <w:t>0.0385</w:t>
            </w:r>
          </w:p>
        </w:tc>
      </w:tr>
      <w:tr w:rsidR="003B3005" w14:paraId="42E4339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CFEF7E"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23A4F1" w14:textId="77777777" w:rsidR="003B3005" w:rsidRDefault="00000000">
            <w:pPr>
              <w:spacing w:line="240" w:lineRule="auto"/>
              <w:jc w:val="center"/>
            </w:pPr>
            <w:r>
              <w:rPr>
                <w:sz w:val="15"/>
              </w:rPr>
              <w:t>2006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7B882B" w14:textId="77777777" w:rsidR="003B3005" w:rsidRDefault="00000000">
            <w:pPr>
              <w:spacing w:line="240" w:lineRule="auto"/>
              <w:jc w:val="center"/>
            </w:pPr>
            <w:r>
              <w:rPr>
                <w:sz w:val="15"/>
              </w:rPr>
              <w:t>230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23B28F" w14:textId="77777777" w:rsidR="003B3005" w:rsidRDefault="00000000">
            <w:pPr>
              <w:spacing w:line="240" w:lineRule="auto"/>
              <w:jc w:val="center"/>
            </w:pPr>
            <w:r>
              <w:rPr>
                <w:sz w:val="15"/>
              </w:rPr>
              <w:t>36682176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860918" w14:textId="77777777" w:rsidR="003B3005" w:rsidRDefault="00000000">
            <w:pPr>
              <w:spacing w:line="240" w:lineRule="auto"/>
              <w:jc w:val="center"/>
            </w:pPr>
            <w:r>
              <w:rPr>
                <w:sz w:val="15"/>
              </w:rPr>
              <w:t>0.5714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179BD6" w14:textId="77777777" w:rsidR="003B3005" w:rsidRDefault="00000000">
            <w:pPr>
              <w:spacing w:line="240" w:lineRule="auto"/>
              <w:jc w:val="center"/>
            </w:pPr>
            <w:r>
              <w:rPr>
                <w:sz w:val="15"/>
              </w:rPr>
              <w:t>0.4971 to 0.6458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C22A78" w14:textId="77777777" w:rsidR="003B3005" w:rsidRDefault="00000000">
            <w:pPr>
              <w:spacing w:line="240" w:lineRule="auto"/>
              <w:jc w:val="center"/>
            </w:pPr>
            <w:r>
              <w:rPr>
                <w:sz w:val="15"/>
              </w:rPr>
              <w:t>0.0379</w:t>
            </w:r>
          </w:p>
        </w:tc>
      </w:tr>
      <w:tr w:rsidR="003B3005" w14:paraId="524BAD3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9C9E5F"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746CEA" w14:textId="77777777" w:rsidR="003B3005" w:rsidRDefault="00000000">
            <w:pPr>
              <w:spacing w:line="240" w:lineRule="auto"/>
              <w:jc w:val="center"/>
            </w:pPr>
            <w:r>
              <w:rPr>
                <w:sz w:val="15"/>
              </w:rPr>
              <w:t>2007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833502" w14:textId="77777777" w:rsidR="003B3005" w:rsidRDefault="00000000">
            <w:pPr>
              <w:spacing w:line="240" w:lineRule="auto"/>
              <w:jc w:val="center"/>
            </w:pPr>
            <w:r>
              <w:rPr>
                <w:sz w:val="15"/>
              </w:rPr>
              <w:t>251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956C10" w14:textId="77777777" w:rsidR="003B3005" w:rsidRDefault="00000000">
            <w:pPr>
              <w:spacing w:line="240" w:lineRule="auto"/>
              <w:jc w:val="center"/>
            </w:pPr>
            <w:r>
              <w:rPr>
                <w:sz w:val="15"/>
              </w:rPr>
              <w:t>36846338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5F6F97" w14:textId="77777777" w:rsidR="003B3005" w:rsidRDefault="00000000">
            <w:pPr>
              <w:spacing w:line="240" w:lineRule="auto"/>
              <w:jc w:val="center"/>
            </w:pPr>
            <w:r>
              <w:rPr>
                <w:sz w:val="15"/>
              </w:rPr>
              <w:t>0.6414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48BC29" w14:textId="77777777" w:rsidR="003B3005" w:rsidRDefault="00000000">
            <w:pPr>
              <w:spacing w:line="240" w:lineRule="auto"/>
              <w:jc w:val="center"/>
            </w:pPr>
            <w:r>
              <w:rPr>
                <w:sz w:val="15"/>
              </w:rPr>
              <w:t>0.5606 to 0.7223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675598" w14:textId="77777777" w:rsidR="003B3005" w:rsidRDefault="00000000">
            <w:pPr>
              <w:spacing w:line="240" w:lineRule="auto"/>
              <w:jc w:val="center"/>
            </w:pPr>
            <w:r>
              <w:rPr>
                <w:sz w:val="15"/>
              </w:rPr>
              <w:t>0.0413</w:t>
            </w:r>
          </w:p>
        </w:tc>
      </w:tr>
      <w:tr w:rsidR="003B3005" w14:paraId="098FF05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4100B4"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C4DE8C" w14:textId="77777777" w:rsidR="003B3005" w:rsidRDefault="00000000">
            <w:pPr>
              <w:spacing w:line="240" w:lineRule="auto"/>
              <w:jc w:val="center"/>
            </w:pPr>
            <w:r>
              <w:rPr>
                <w:sz w:val="15"/>
              </w:rPr>
              <w:t>2008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9A5C94" w14:textId="77777777" w:rsidR="003B3005" w:rsidRDefault="00000000">
            <w:pPr>
              <w:spacing w:line="240" w:lineRule="auto"/>
              <w:jc w:val="center"/>
            </w:pPr>
            <w:r>
              <w:rPr>
                <w:sz w:val="15"/>
              </w:rPr>
              <w:t>253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DE6AB0" w14:textId="77777777" w:rsidR="003B3005" w:rsidRDefault="00000000">
            <w:pPr>
              <w:spacing w:line="240" w:lineRule="auto"/>
              <w:jc w:val="center"/>
            </w:pPr>
            <w:r>
              <w:rPr>
                <w:sz w:val="15"/>
              </w:rPr>
              <w:t>37084149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AFC25F" w14:textId="77777777" w:rsidR="003B3005" w:rsidRDefault="00000000">
            <w:pPr>
              <w:spacing w:line="240" w:lineRule="auto"/>
              <w:jc w:val="center"/>
            </w:pPr>
            <w:r>
              <w:rPr>
                <w:sz w:val="15"/>
              </w:rPr>
              <w:t>0.6372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C08795" w14:textId="77777777" w:rsidR="003B3005" w:rsidRDefault="00000000">
            <w:pPr>
              <w:spacing w:line="240" w:lineRule="auto"/>
              <w:jc w:val="center"/>
            </w:pPr>
            <w:r>
              <w:rPr>
                <w:sz w:val="15"/>
              </w:rPr>
              <w:t>0.5574 to 0.7170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1E4D80" w14:textId="77777777" w:rsidR="003B3005" w:rsidRDefault="00000000">
            <w:pPr>
              <w:spacing w:line="240" w:lineRule="auto"/>
              <w:jc w:val="center"/>
            </w:pPr>
            <w:r>
              <w:rPr>
                <w:sz w:val="15"/>
              </w:rPr>
              <w:t>0.0407</w:t>
            </w:r>
          </w:p>
        </w:tc>
      </w:tr>
      <w:tr w:rsidR="003B3005" w14:paraId="46E2A9E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03B5A2"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5BF001" w14:textId="77777777" w:rsidR="003B3005" w:rsidRDefault="00000000">
            <w:pPr>
              <w:spacing w:line="240" w:lineRule="auto"/>
              <w:jc w:val="center"/>
            </w:pPr>
            <w:r>
              <w:rPr>
                <w:sz w:val="15"/>
              </w:rPr>
              <w:t>2009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131C45" w14:textId="77777777" w:rsidR="003B3005" w:rsidRDefault="00000000">
            <w:pPr>
              <w:spacing w:line="240" w:lineRule="auto"/>
              <w:jc w:val="center"/>
            </w:pPr>
            <w:r>
              <w:rPr>
                <w:sz w:val="15"/>
              </w:rPr>
              <w:t>254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306EF6" w14:textId="77777777" w:rsidR="003B3005" w:rsidRDefault="00000000">
            <w:pPr>
              <w:spacing w:line="240" w:lineRule="auto"/>
              <w:jc w:val="center"/>
            </w:pPr>
            <w:r>
              <w:rPr>
                <w:sz w:val="15"/>
              </w:rPr>
              <w:t>37339597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1DC2C9" w14:textId="77777777" w:rsidR="003B3005" w:rsidRDefault="00000000">
            <w:pPr>
              <w:spacing w:line="240" w:lineRule="auto"/>
              <w:jc w:val="center"/>
            </w:pPr>
            <w:r>
              <w:rPr>
                <w:sz w:val="15"/>
              </w:rPr>
              <w:t>0.6340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C676C0" w14:textId="77777777" w:rsidR="003B3005" w:rsidRDefault="00000000">
            <w:pPr>
              <w:spacing w:line="240" w:lineRule="auto"/>
              <w:jc w:val="center"/>
            </w:pPr>
            <w:r>
              <w:rPr>
                <w:sz w:val="15"/>
              </w:rPr>
              <w:t>0.5545 to 0.7134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C6ACDF" w14:textId="77777777" w:rsidR="003B3005" w:rsidRDefault="00000000">
            <w:pPr>
              <w:spacing w:line="240" w:lineRule="auto"/>
              <w:jc w:val="center"/>
            </w:pPr>
            <w:r>
              <w:rPr>
                <w:sz w:val="15"/>
              </w:rPr>
              <w:t>0.0405</w:t>
            </w:r>
          </w:p>
        </w:tc>
      </w:tr>
      <w:tr w:rsidR="003B3005" w14:paraId="1E3E06D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9DA472"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BA577F" w14:textId="77777777" w:rsidR="003B3005" w:rsidRDefault="00000000">
            <w:pPr>
              <w:spacing w:line="240" w:lineRule="auto"/>
              <w:jc w:val="center"/>
            </w:pPr>
            <w:r>
              <w:rPr>
                <w:sz w:val="15"/>
              </w:rPr>
              <w:t>2010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BB71D1" w14:textId="77777777" w:rsidR="003B3005" w:rsidRDefault="00000000">
            <w:pPr>
              <w:spacing w:line="240" w:lineRule="auto"/>
              <w:jc w:val="center"/>
            </w:pPr>
            <w:r>
              <w:rPr>
                <w:sz w:val="15"/>
              </w:rPr>
              <w:t>319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0A133A" w14:textId="77777777" w:rsidR="003B3005" w:rsidRDefault="00000000">
            <w:pPr>
              <w:spacing w:line="240" w:lineRule="auto"/>
              <w:jc w:val="center"/>
            </w:pPr>
            <w:r>
              <w:rPr>
                <w:sz w:val="15"/>
              </w:rPr>
              <w:t>37543347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9069AA" w14:textId="77777777" w:rsidR="003B3005" w:rsidRDefault="00000000">
            <w:pPr>
              <w:spacing w:line="240" w:lineRule="auto"/>
              <w:jc w:val="center"/>
            </w:pPr>
            <w:r>
              <w:rPr>
                <w:sz w:val="15"/>
              </w:rPr>
              <w:t>0.7832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32978C" w14:textId="77777777" w:rsidR="003B3005" w:rsidRDefault="00000000">
            <w:pPr>
              <w:spacing w:line="240" w:lineRule="auto"/>
              <w:jc w:val="center"/>
            </w:pPr>
            <w:r>
              <w:rPr>
                <w:sz w:val="15"/>
              </w:rPr>
              <w:t>0.6960 to 0.8705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EC81D8" w14:textId="77777777" w:rsidR="003B3005" w:rsidRDefault="00000000">
            <w:pPr>
              <w:spacing w:line="240" w:lineRule="auto"/>
              <w:jc w:val="center"/>
            </w:pPr>
            <w:r>
              <w:rPr>
                <w:sz w:val="15"/>
              </w:rPr>
              <w:t>0.0445</w:t>
            </w:r>
          </w:p>
        </w:tc>
      </w:tr>
      <w:tr w:rsidR="003B3005" w14:paraId="707E942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998255"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29C601" w14:textId="77777777" w:rsidR="003B3005" w:rsidRDefault="00000000">
            <w:pPr>
              <w:spacing w:line="240" w:lineRule="auto"/>
              <w:jc w:val="center"/>
            </w:pPr>
            <w:r>
              <w:rPr>
                <w:sz w:val="15"/>
              </w:rPr>
              <w:t>2011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9DE703" w14:textId="77777777" w:rsidR="003B3005" w:rsidRDefault="00000000">
            <w:pPr>
              <w:spacing w:line="240" w:lineRule="auto"/>
              <w:jc w:val="center"/>
            </w:pPr>
            <w:r>
              <w:rPr>
                <w:sz w:val="15"/>
              </w:rPr>
              <w:t>302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B41EFB" w14:textId="77777777" w:rsidR="003B3005" w:rsidRDefault="00000000">
            <w:pPr>
              <w:spacing w:line="240" w:lineRule="auto"/>
              <w:jc w:val="center"/>
            </w:pPr>
            <w:r>
              <w:rPr>
                <w:sz w:val="15"/>
              </w:rPr>
              <w:t>37864117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154232" w14:textId="77777777" w:rsidR="003B3005" w:rsidRDefault="00000000">
            <w:pPr>
              <w:spacing w:line="240" w:lineRule="auto"/>
              <w:jc w:val="center"/>
            </w:pPr>
            <w:r>
              <w:rPr>
                <w:sz w:val="15"/>
              </w:rPr>
              <w:t>0.7414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996F26" w14:textId="77777777" w:rsidR="003B3005" w:rsidRDefault="00000000">
            <w:pPr>
              <w:spacing w:line="240" w:lineRule="auto"/>
              <w:jc w:val="center"/>
            </w:pPr>
            <w:r>
              <w:rPr>
                <w:sz w:val="15"/>
              </w:rPr>
              <w:t>0.6565 to 0.8262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49EFBA" w14:textId="77777777" w:rsidR="003B3005" w:rsidRDefault="00000000">
            <w:pPr>
              <w:spacing w:line="240" w:lineRule="auto"/>
              <w:jc w:val="center"/>
            </w:pPr>
            <w:r>
              <w:rPr>
                <w:sz w:val="15"/>
              </w:rPr>
              <w:t>0.0433</w:t>
            </w:r>
          </w:p>
        </w:tc>
      </w:tr>
      <w:tr w:rsidR="003B3005" w14:paraId="440FDFC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057C7F"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85EB21" w14:textId="77777777" w:rsidR="003B3005" w:rsidRDefault="00000000">
            <w:pPr>
              <w:spacing w:line="240" w:lineRule="auto"/>
              <w:jc w:val="center"/>
            </w:pPr>
            <w:r>
              <w:rPr>
                <w:sz w:val="15"/>
              </w:rPr>
              <w:t>2012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9A2668" w14:textId="77777777" w:rsidR="003B3005" w:rsidRDefault="00000000">
            <w:pPr>
              <w:spacing w:line="240" w:lineRule="auto"/>
              <w:jc w:val="center"/>
            </w:pPr>
            <w:r>
              <w:rPr>
                <w:sz w:val="15"/>
              </w:rPr>
              <w:t>303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C04052" w14:textId="77777777" w:rsidR="003B3005" w:rsidRDefault="00000000">
            <w:pPr>
              <w:spacing w:line="240" w:lineRule="auto"/>
              <w:jc w:val="center"/>
            </w:pPr>
            <w:r>
              <w:rPr>
                <w:sz w:val="15"/>
              </w:rPr>
              <w:t>38158527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7049C7" w14:textId="77777777" w:rsidR="003B3005" w:rsidRDefault="00000000">
            <w:pPr>
              <w:spacing w:line="240" w:lineRule="auto"/>
              <w:jc w:val="center"/>
            </w:pPr>
            <w:r>
              <w:rPr>
                <w:sz w:val="15"/>
              </w:rPr>
              <w:t>0.7083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CB35C8" w14:textId="77777777" w:rsidR="003B3005" w:rsidRDefault="00000000">
            <w:pPr>
              <w:spacing w:line="240" w:lineRule="auto"/>
              <w:jc w:val="center"/>
            </w:pPr>
            <w:r>
              <w:rPr>
                <w:sz w:val="15"/>
              </w:rPr>
              <w:t>0.6275 to 0.7890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DAEF02" w14:textId="77777777" w:rsidR="003B3005" w:rsidRDefault="00000000">
            <w:pPr>
              <w:spacing w:line="240" w:lineRule="auto"/>
              <w:jc w:val="center"/>
            </w:pPr>
            <w:r>
              <w:rPr>
                <w:sz w:val="15"/>
              </w:rPr>
              <w:t>0.0412</w:t>
            </w:r>
          </w:p>
        </w:tc>
      </w:tr>
      <w:tr w:rsidR="003B3005" w14:paraId="4C3D462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092DD6"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304255" w14:textId="77777777" w:rsidR="003B3005" w:rsidRDefault="00000000">
            <w:pPr>
              <w:spacing w:line="240" w:lineRule="auto"/>
              <w:jc w:val="center"/>
            </w:pPr>
            <w:r>
              <w:rPr>
                <w:sz w:val="15"/>
              </w:rPr>
              <w:t>2013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6D9DAE" w14:textId="77777777" w:rsidR="003B3005" w:rsidRDefault="00000000">
            <w:pPr>
              <w:spacing w:line="240" w:lineRule="auto"/>
              <w:jc w:val="center"/>
            </w:pPr>
            <w:r>
              <w:rPr>
                <w:sz w:val="15"/>
              </w:rPr>
              <w:t>348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46FE24" w14:textId="77777777" w:rsidR="003B3005" w:rsidRDefault="00000000">
            <w:pPr>
              <w:spacing w:line="240" w:lineRule="auto"/>
              <w:jc w:val="center"/>
            </w:pPr>
            <w:r>
              <w:rPr>
                <w:sz w:val="15"/>
              </w:rPr>
              <w:t>38437194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90946D" w14:textId="77777777" w:rsidR="003B3005" w:rsidRDefault="00000000">
            <w:pPr>
              <w:spacing w:line="240" w:lineRule="auto"/>
              <w:jc w:val="center"/>
            </w:pPr>
            <w:r>
              <w:rPr>
                <w:sz w:val="15"/>
              </w:rPr>
              <w:t>0.8055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9B0246" w14:textId="77777777" w:rsidR="003B3005" w:rsidRDefault="00000000">
            <w:pPr>
              <w:spacing w:line="240" w:lineRule="auto"/>
              <w:jc w:val="center"/>
            </w:pPr>
            <w:r>
              <w:rPr>
                <w:sz w:val="15"/>
              </w:rPr>
              <w:t>0.7200 to 0.8910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B307C2" w14:textId="77777777" w:rsidR="003B3005" w:rsidRDefault="00000000">
            <w:pPr>
              <w:spacing w:line="240" w:lineRule="auto"/>
              <w:jc w:val="center"/>
            </w:pPr>
            <w:r>
              <w:rPr>
                <w:sz w:val="15"/>
              </w:rPr>
              <w:t>0.0436</w:t>
            </w:r>
          </w:p>
        </w:tc>
      </w:tr>
      <w:tr w:rsidR="003B3005" w14:paraId="335DBA6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B984F0"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2DC734" w14:textId="77777777" w:rsidR="003B3005" w:rsidRDefault="00000000">
            <w:pPr>
              <w:spacing w:line="240" w:lineRule="auto"/>
              <w:jc w:val="center"/>
            </w:pPr>
            <w:r>
              <w:rPr>
                <w:sz w:val="15"/>
              </w:rPr>
              <w:t>2014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3FCB78" w14:textId="77777777" w:rsidR="003B3005" w:rsidRDefault="00000000">
            <w:pPr>
              <w:spacing w:line="240" w:lineRule="auto"/>
              <w:jc w:val="center"/>
            </w:pPr>
            <w:r>
              <w:rPr>
                <w:sz w:val="15"/>
              </w:rPr>
              <w:t>369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6D6934" w14:textId="77777777" w:rsidR="003B3005" w:rsidRDefault="00000000">
            <w:pPr>
              <w:spacing w:line="240" w:lineRule="auto"/>
              <w:jc w:val="center"/>
            </w:pPr>
            <w:r>
              <w:rPr>
                <w:sz w:val="15"/>
              </w:rPr>
              <w:t>38710627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69A29E" w14:textId="77777777" w:rsidR="003B3005" w:rsidRDefault="00000000">
            <w:pPr>
              <w:spacing w:line="240" w:lineRule="auto"/>
              <w:jc w:val="center"/>
            </w:pPr>
            <w:r>
              <w:rPr>
                <w:sz w:val="15"/>
              </w:rPr>
              <w:t>0.8444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90601E" w14:textId="77777777" w:rsidR="003B3005" w:rsidRDefault="00000000">
            <w:pPr>
              <w:spacing w:line="240" w:lineRule="auto"/>
              <w:jc w:val="center"/>
            </w:pPr>
            <w:r>
              <w:rPr>
                <w:sz w:val="15"/>
              </w:rPr>
              <w:t>0.7563 to 0.9325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C414C6" w14:textId="77777777" w:rsidR="003B3005" w:rsidRDefault="00000000">
            <w:pPr>
              <w:spacing w:line="240" w:lineRule="auto"/>
              <w:jc w:val="center"/>
            </w:pPr>
            <w:r>
              <w:rPr>
                <w:sz w:val="15"/>
              </w:rPr>
              <w:t>0.0449</w:t>
            </w:r>
          </w:p>
        </w:tc>
      </w:tr>
      <w:tr w:rsidR="003B3005" w14:paraId="216FB09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C516C0"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069DF6" w14:textId="77777777" w:rsidR="003B3005" w:rsidRDefault="00000000">
            <w:pPr>
              <w:spacing w:line="240" w:lineRule="auto"/>
              <w:jc w:val="center"/>
            </w:pPr>
            <w:r>
              <w:rPr>
                <w:sz w:val="15"/>
              </w:rPr>
              <w:t>2015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E6DAE3" w14:textId="77777777" w:rsidR="003B3005" w:rsidRDefault="00000000">
            <w:pPr>
              <w:spacing w:line="240" w:lineRule="auto"/>
              <w:jc w:val="center"/>
            </w:pPr>
            <w:r>
              <w:rPr>
                <w:sz w:val="15"/>
              </w:rPr>
              <w:t>373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67D4F7" w14:textId="77777777" w:rsidR="003B3005" w:rsidRDefault="00000000">
            <w:pPr>
              <w:spacing w:line="240" w:lineRule="auto"/>
              <w:jc w:val="center"/>
            </w:pPr>
            <w:r>
              <w:rPr>
                <w:sz w:val="15"/>
              </w:rPr>
              <w:t>38965872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61B86F" w14:textId="77777777" w:rsidR="003B3005" w:rsidRDefault="00000000">
            <w:pPr>
              <w:spacing w:line="240" w:lineRule="auto"/>
              <w:jc w:val="center"/>
            </w:pPr>
            <w:r>
              <w:rPr>
                <w:sz w:val="15"/>
              </w:rPr>
              <w:t>0.8182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ED6DB8" w14:textId="77777777" w:rsidR="003B3005" w:rsidRDefault="00000000">
            <w:pPr>
              <w:spacing w:line="240" w:lineRule="auto"/>
              <w:jc w:val="center"/>
            </w:pPr>
            <w:r>
              <w:rPr>
                <w:sz w:val="15"/>
              </w:rPr>
              <w:t>0.7331 to 0.9034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96D4D4" w14:textId="77777777" w:rsidR="003B3005" w:rsidRDefault="00000000">
            <w:pPr>
              <w:spacing w:line="240" w:lineRule="auto"/>
              <w:jc w:val="center"/>
            </w:pPr>
            <w:r>
              <w:rPr>
                <w:sz w:val="15"/>
              </w:rPr>
              <w:t>0.0434</w:t>
            </w:r>
          </w:p>
        </w:tc>
      </w:tr>
      <w:tr w:rsidR="003B3005" w14:paraId="34343D2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D58590"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71CBD1" w14:textId="77777777" w:rsidR="003B3005" w:rsidRDefault="00000000">
            <w:pPr>
              <w:spacing w:line="240" w:lineRule="auto"/>
              <w:jc w:val="center"/>
            </w:pPr>
            <w:r>
              <w:rPr>
                <w:sz w:val="15"/>
              </w:rPr>
              <w:t>2016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A4D6FD" w14:textId="77777777" w:rsidR="003B3005" w:rsidRDefault="00000000">
            <w:pPr>
              <w:spacing w:line="240" w:lineRule="auto"/>
              <w:jc w:val="center"/>
            </w:pPr>
            <w:r>
              <w:rPr>
                <w:sz w:val="15"/>
              </w:rPr>
              <w:t>403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D85504" w14:textId="77777777" w:rsidR="003B3005" w:rsidRDefault="00000000">
            <w:pPr>
              <w:spacing w:line="240" w:lineRule="auto"/>
              <w:jc w:val="center"/>
            </w:pPr>
            <w:r>
              <w:rPr>
                <w:sz w:val="15"/>
              </w:rPr>
              <w:t>39040202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4261A1" w14:textId="77777777" w:rsidR="003B3005" w:rsidRDefault="00000000">
            <w:pPr>
              <w:spacing w:line="240" w:lineRule="auto"/>
              <w:jc w:val="center"/>
            </w:pPr>
            <w:r>
              <w:rPr>
                <w:sz w:val="15"/>
              </w:rPr>
              <w:t>0.9155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A83BE6" w14:textId="77777777" w:rsidR="003B3005" w:rsidRDefault="00000000">
            <w:pPr>
              <w:spacing w:line="240" w:lineRule="auto"/>
              <w:jc w:val="center"/>
            </w:pPr>
            <w:r>
              <w:rPr>
                <w:sz w:val="15"/>
              </w:rPr>
              <w:t>0.8231 to 1.0079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0EBB4D" w14:textId="77777777" w:rsidR="003B3005" w:rsidRDefault="00000000">
            <w:pPr>
              <w:spacing w:line="240" w:lineRule="auto"/>
              <w:jc w:val="center"/>
            </w:pPr>
            <w:r>
              <w:rPr>
                <w:sz w:val="15"/>
              </w:rPr>
              <w:t>0.0471</w:t>
            </w:r>
          </w:p>
        </w:tc>
      </w:tr>
      <w:tr w:rsidR="003B3005" w14:paraId="6242EDA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1B0C9C"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BF97C9" w14:textId="77777777" w:rsidR="003B3005" w:rsidRDefault="00000000">
            <w:pPr>
              <w:spacing w:line="240" w:lineRule="auto"/>
              <w:jc w:val="center"/>
            </w:pPr>
            <w:r>
              <w:rPr>
                <w:sz w:val="15"/>
              </w:rPr>
              <w:t>2017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2ECF11" w14:textId="77777777" w:rsidR="003B3005" w:rsidRDefault="00000000">
            <w:pPr>
              <w:spacing w:line="240" w:lineRule="auto"/>
              <w:jc w:val="center"/>
            </w:pPr>
            <w:r>
              <w:rPr>
                <w:sz w:val="15"/>
              </w:rPr>
              <w:t>401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CA78E0" w14:textId="77777777" w:rsidR="003B3005" w:rsidRDefault="00000000">
            <w:pPr>
              <w:spacing w:line="240" w:lineRule="auto"/>
              <w:jc w:val="center"/>
            </w:pPr>
            <w:r>
              <w:rPr>
                <w:sz w:val="15"/>
              </w:rPr>
              <w:t>39417175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8BD79A" w14:textId="77777777" w:rsidR="003B3005" w:rsidRDefault="00000000">
            <w:pPr>
              <w:spacing w:line="240" w:lineRule="auto"/>
              <w:jc w:val="center"/>
            </w:pPr>
            <w:r>
              <w:rPr>
                <w:sz w:val="15"/>
              </w:rPr>
              <w:t>0.8801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DB31EC" w14:textId="77777777" w:rsidR="003B3005" w:rsidRDefault="00000000">
            <w:pPr>
              <w:spacing w:line="240" w:lineRule="auto"/>
              <w:jc w:val="center"/>
            </w:pPr>
            <w:r>
              <w:rPr>
                <w:sz w:val="15"/>
              </w:rPr>
              <w:t>0.7908 to 0.9693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16F1B1" w14:textId="77777777" w:rsidR="003B3005" w:rsidRDefault="00000000">
            <w:pPr>
              <w:spacing w:line="240" w:lineRule="auto"/>
              <w:jc w:val="center"/>
            </w:pPr>
            <w:r>
              <w:rPr>
                <w:sz w:val="15"/>
              </w:rPr>
              <w:t>0.0455</w:t>
            </w:r>
          </w:p>
        </w:tc>
      </w:tr>
      <w:tr w:rsidR="003B3005" w14:paraId="2A4690A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A46ED8"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3D3761" w14:textId="77777777" w:rsidR="003B3005" w:rsidRDefault="00000000">
            <w:pPr>
              <w:spacing w:line="240" w:lineRule="auto"/>
              <w:jc w:val="center"/>
            </w:pPr>
            <w:r>
              <w:rPr>
                <w:sz w:val="15"/>
              </w:rPr>
              <w:t>2018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822EB9" w14:textId="77777777" w:rsidR="003B3005" w:rsidRDefault="00000000">
            <w:pPr>
              <w:spacing w:line="240" w:lineRule="auto"/>
              <w:jc w:val="center"/>
            </w:pPr>
            <w:r>
              <w:rPr>
                <w:sz w:val="15"/>
              </w:rPr>
              <w:t>364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4748AD" w14:textId="77777777" w:rsidR="003B3005" w:rsidRDefault="00000000">
            <w:pPr>
              <w:spacing w:line="240" w:lineRule="auto"/>
              <w:jc w:val="center"/>
            </w:pPr>
            <w:r>
              <w:rPr>
                <w:sz w:val="15"/>
              </w:rPr>
              <w:t>39321978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BBC3AD" w14:textId="77777777" w:rsidR="003B3005" w:rsidRDefault="00000000">
            <w:pPr>
              <w:spacing w:line="240" w:lineRule="auto"/>
              <w:jc w:val="center"/>
            </w:pPr>
            <w:r>
              <w:rPr>
                <w:sz w:val="15"/>
              </w:rPr>
              <w:t>0.8001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4EB1D7" w14:textId="77777777" w:rsidR="003B3005" w:rsidRDefault="00000000">
            <w:pPr>
              <w:spacing w:line="240" w:lineRule="auto"/>
              <w:jc w:val="center"/>
            </w:pPr>
            <w:r>
              <w:rPr>
                <w:sz w:val="15"/>
              </w:rPr>
              <w:t>0.7161 to 0.8841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0977D1" w14:textId="77777777" w:rsidR="003B3005" w:rsidRDefault="00000000">
            <w:pPr>
              <w:spacing w:line="240" w:lineRule="auto"/>
              <w:jc w:val="center"/>
            </w:pPr>
            <w:r>
              <w:rPr>
                <w:sz w:val="15"/>
              </w:rPr>
              <w:t>0.0428</w:t>
            </w:r>
          </w:p>
        </w:tc>
      </w:tr>
      <w:tr w:rsidR="003B3005" w14:paraId="14048EA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281694"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F729A5" w14:textId="77777777" w:rsidR="003B3005" w:rsidRDefault="00000000">
            <w:pPr>
              <w:spacing w:line="240" w:lineRule="auto"/>
              <w:jc w:val="center"/>
            </w:pPr>
            <w:r>
              <w:rPr>
                <w:sz w:val="15"/>
              </w:rPr>
              <w:t>2019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057EC6" w14:textId="77777777" w:rsidR="003B3005" w:rsidRDefault="00000000">
            <w:pPr>
              <w:spacing w:line="240" w:lineRule="auto"/>
              <w:jc w:val="center"/>
            </w:pPr>
            <w:r>
              <w:rPr>
                <w:sz w:val="15"/>
              </w:rPr>
              <w:t>342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DD57FC" w14:textId="77777777" w:rsidR="003B3005" w:rsidRDefault="00000000">
            <w:pPr>
              <w:spacing w:line="240" w:lineRule="auto"/>
              <w:jc w:val="center"/>
            </w:pPr>
            <w:r>
              <w:rPr>
                <w:sz w:val="15"/>
              </w:rPr>
              <w:t>39381333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852128" w14:textId="77777777" w:rsidR="003B3005" w:rsidRDefault="00000000">
            <w:pPr>
              <w:spacing w:line="240" w:lineRule="auto"/>
              <w:jc w:val="center"/>
            </w:pPr>
            <w:r>
              <w:rPr>
                <w:sz w:val="15"/>
              </w:rPr>
              <w:t>0.7343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55E7BA" w14:textId="77777777" w:rsidR="003B3005" w:rsidRDefault="00000000">
            <w:pPr>
              <w:spacing w:line="240" w:lineRule="auto"/>
              <w:jc w:val="center"/>
            </w:pPr>
            <w:r>
              <w:rPr>
                <w:sz w:val="15"/>
              </w:rPr>
              <w:t>0.6529 to 0.8157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A7AF80" w14:textId="77777777" w:rsidR="003B3005" w:rsidRDefault="00000000">
            <w:pPr>
              <w:spacing w:line="240" w:lineRule="auto"/>
              <w:jc w:val="center"/>
            </w:pPr>
            <w:r>
              <w:rPr>
                <w:sz w:val="15"/>
              </w:rPr>
              <w:t>0.0415</w:t>
            </w:r>
          </w:p>
        </w:tc>
      </w:tr>
      <w:tr w:rsidR="003B3005" w14:paraId="5CED2A4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E26023"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8ED7A9" w14:textId="77777777" w:rsidR="003B3005" w:rsidRDefault="00000000">
            <w:pPr>
              <w:spacing w:line="240" w:lineRule="auto"/>
              <w:jc w:val="center"/>
            </w:pPr>
            <w:r>
              <w:rPr>
                <w:sz w:val="15"/>
              </w:rPr>
              <w:t>2020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F44A08" w14:textId="77777777" w:rsidR="003B3005" w:rsidRDefault="00000000">
            <w:pPr>
              <w:spacing w:line="240" w:lineRule="auto"/>
              <w:jc w:val="center"/>
            </w:pPr>
            <w:r>
              <w:rPr>
                <w:sz w:val="15"/>
              </w:rPr>
              <w:t>582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C8F45E" w14:textId="77777777" w:rsidR="003B3005" w:rsidRDefault="00000000">
            <w:pPr>
              <w:spacing w:line="240" w:lineRule="auto"/>
              <w:jc w:val="center"/>
            </w:pPr>
            <w:r>
              <w:rPr>
                <w:sz w:val="15"/>
              </w:rPr>
              <w:t>39418559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537D5C" w14:textId="77777777" w:rsidR="003B3005" w:rsidRDefault="00000000">
            <w:pPr>
              <w:spacing w:line="240" w:lineRule="auto"/>
              <w:jc w:val="center"/>
            </w:pPr>
            <w:r>
              <w:rPr>
                <w:sz w:val="15"/>
              </w:rPr>
              <w:t>1.2631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FD09A4" w14:textId="77777777" w:rsidR="003B3005" w:rsidRDefault="00000000">
            <w:pPr>
              <w:spacing w:line="240" w:lineRule="auto"/>
              <w:jc w:val="center"/>
            </w:pPr>
            <w:r>
              <w:rPr>
                <w:sz w:val="15"/>
              </w:rPr>
              <w:t>1.1567 to 1.3696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679C89" w14:textId="77777777" w:rsidR="003B3005" w:rsidRDefault="00000000">
            <w:pPr>
              <w:spacing w:line="240" w:lineRule="auto"/>
              <w:jc w:val="center"/>
            </w:pPr>
            <w:r>
              <w:rPr>
                <w:sz w:val="15"/>
              </w:rPr>
              <w:t>0.0543</w:t>
            </w:r>
          </w:p>
        </w:tc>
      </w:tr>
      <w:tr w:rsidR="003B3005" w14:paraId="7B74977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7CD9D1"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BCD47B" w14:textId="77777777" w:rsidR="003B3005" w:rsidRDefault="00000000">
            <w:pPr>
              <w:spacing w:line="240" w:lineRule="auto"/>
              <w:jc w:val="center"/>
            </w:pPr>
            <w:r>
              <w:rPr>
                <w:sz w:val="15"/>
              </w:rPr>
              <w:t>2021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305D4E" w14:textId="77777777" w:rsidR="003B3005" w:rsidRDefault="00000000">
            <w:pPr>
              <w:spacing w:line="240" w:lineRule="auto"/>
              <w:jc w:val="center"/>
            </w:pPr>
            <w:r>
              <w:rPr>
                <w:sz w:val="15"/>
              </w:rPr>
              <w:t>722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786575" w14:textId="77777777" w:rsidR="003B3005" w:rsidRDefault="00000000">
            <w:pPr>
              <w:spacing w:line="240" w:lineRule="auto"/>
              <w:jc w:val="center"/>
            </w:pPr>
            <w:r>
              <w:rPr>
                <w:sz w:val="15"/>
              </w:rPr>
              <w:t>40339548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D91777" w14:textId="77777777" w:rsidR="003B3005" w:rsidRDefault="00000000">
            <w:pPr>
              <w:spacing w:line="240" w:lineRule="auto"/>
              <w:jc w:val="center"/>
            </w:pPr>
            <w:r>
              <w:rPr>
                <w:sz w:val="15"/>
              </w:rPr>
              <w:t>1.5457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660187" w14:textId="77777777" w:rsidR="003B3005" w:rsidRDefault="00000000">
            <w:pPr>
              <w:spacing w:line="240" w:lineRule="auto"/>
              <w:jc w:val="center"/>
            </w:pPr>
            <w:r>
              <w:rPr>
                <w:sz w:val="15"/>
              </w:rPr>
              <w:t>1.4309 to 1.6685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5574F4" w14:textId="77777777" w:rsidR="003B3005" w:rsidRDefault="00000000">
            <w:pPr>
              <w:spacing w:line="240" w:lineRule="auto"/>
              <w:jc w:val="center"/>
            </w:pPr>
            <w:r>
              <w:rPr>
                <w:sz w:val="15"/>
              </w:rPr>
              <w:t>0.0597</w:t>
            </w:r>
          </w:p>
        </w:tc>
      </w:tr>
      <w:tr w:rsidR="003B3005" w14:paraId="45EA07F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E3C6D6"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4FDD54" w14:textId="77777777" w:rsidR="003B3005" w:rsidRDefault="00000000">
            <w:pPr>
              <w:spacing w:line="240" w:lineRule="auto"/>
              <w:jc w:val="center"/>
            </w:pPr>
            <w:r>
              <w:rPr>
                <w:sz w:val="15"/>
              </w:rPr>
              <w:t>2022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EAB456" w14:textId="77777777" w:rsidR="003B3005" w:rsidRDefault="00000000">
            <w:pPr>
              <w:spacing w:line="240" w:lineRule="auto"/>
              <w:jc w:val="center"/>
            </w:pPr>
            <w:r>
              <w:rPr>
                <w:sz w:val="15"/>
              </w:rPr>
              <w:t>628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151266" w14:textId="77777777" w:rsidR="003B3005" w:rsidRDefault="00000000">
            <w:pPr>
              <w:spacing w:line="240" w:lineRule="auto"/>
              <w:jc w:val="center"/>
            </w:pPr>
            <w:r>
              <w:rPr>
                <w:sz w:val="15"/>
              </w:rPr>
              <w:t>40289184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6F8DA6" w14:textId="77777777" w:rsidR="003B3005" w:rsidRDefault="00000000">
            <w:pPr>
              <w:spacing w:line="240" w:lineRule="auto"/>
              <w:jc w:val="center"/>
            </w:pPr>
            <w:r>
              <w:rPr>
                <w:sz w:val="15"/>
              </w:rPr>
              <w:t>1.3301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99F4CC" w14:textId="77777777" w:rsidR="003B3005" w:rsidRDefault="00000000">
            <w:pPr>
              <w:spacing w:line="240" w:lineRule="auto"/>
              <w:jc w:val="center"/>
            </w:pPr>
            <w:r>
              <w:rPr>
                <w:sz w:val="15"/>
              </w:rPr>
              <w:t>1.2247 to 1.4434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50EEE8" w14:textId="77777777" w:rsidR="003B3005" w:rsidRDefault="00000000">
            <w:pPr>
              <w:spacing w:line="240" w:lineRule="auto"/>
              <w:jc w:val="center"/>
            </w:pPr>
            <w:r>
              <w:rPr>
                <w:sz w:val="15"/>
              </w:rPr>
              <w:t>0.0549</w:t>
            </w:r>
          </w:p>
        </w:tc>
      </w:tr>
      <w:tr w:rsidR="003B3005" w14:paraId="3C3928A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410FE3"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0B39ED" w14:textId="77777777" w:rsidR="003B3005" w:rsidRDefault="00000000">
            <w:pPr>
              <w:spacing w:line="240" w:lineRule="auto"/>
              <w:jc w:val="center"/>
            </w:pPr>
            <w:r>
              <w:rPr>
                <w:sz w:val="15"/>
              </w:rPr>
              <w:t>2023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BA175C" w14:textId="77777777" w:rsidR="003B3005" w:rsidRDefault="00000000">
            <w:pPr>
              <w:spacing w:line="240" w:lineRule="auto"/>
              <w:jc w:val="center"/>
            </w:pPr>
            <w:r>
              <w:rPr>
                <w:sz w:val="15"/>
              </w:rPr>
              <w:t>487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1EEB3B" w14:textId="77777777" w:rsidR="003B3005" w:rsidRDefault="00000000">
            <w:pPr>
              <w:spacing w:line="240" w:lineRule="auto"/>
              <w:jc w:val="center"/>
            </w:pPr>
            <w:r>
              <w:rPr>
                <w:sz w:val="15"/>
              </w:rPr>
              <w:t>40402747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3302DC" w14:textId="77777777" w:rsidR="003B3005" w:rsidRDefault="00000000">
            <w:pPr>
              <w:spacing w:line="240" w:lineRule="auto"/>
              <w:jc w:val="center"/>
            </w:pPr>
            <w:r>
              <w:rPr>
                <w:sz w:val="15"/>
              </w:rPr>
              <w:t>1.0295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01963F" w14:textId="77777777" w:rsidR="003B3005" w:rsidRDefault="00000000">
            <w:pPr>
              <w:spacing w:line="240" w:lineRule="auto"/>
              <w:jc w:val="center"/>
            </w:pPr>
            <w:r>
              <w:rPr>
                <w:sz w:val="15"/>
              </w:rPr>
              <w:t>0.9375 to 1.1294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EDF768" w14:textId="77777777" w:rsidR="003B3005" w:rsidRDefault="00000000">
            <w:pPr>
              <w:spacing w:line="240" w:lineRule="auto"/>
              <w:jc w:val="center"/>
            </w:pPr>
            <w:r>
              <w:rPr>
                <w:sz w:val="15"/>
              </w:rPr>
              <w:t>0.0480</w:t>
            </w:r>
          </w:p>
        </w:tc>
      </w:tr>
      <w:tr w:rsidR="003B3005" w14:paraId="6B32A69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DA2ACB" w14:textId="77777777" w:rsidR="003B3005" w:rsidRDefault="00000000">
            <w:pPr>
              <w:spacing w:line="240" w:lineRule="auto"/>
            </w:pPr>
            <w:r>
              <w:rPr>
                <w:sz w:val="15"/>
              </w:rPr>
              <w:t>Northeast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A8A58F" w14:textId="77777777" w:rsidR="003B3005" w:rsidRDefault="00000000">
            <w:pPr>
              <w:spacing w:line="240" w:lineRule="auto"/>
              <w:jc w:val="center"/>
            </w:pPr>
            <w:r>
              <w:rPr>
                <w:sz w:val="15"/>
              </w:rPr>
              <w:t>2024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E42382" w14:textId="77777777" w:rsidR="003B3005" w:rsidRDefault="00000000">
            <w:pPr>
              <w:spacing w:line="240" w:lineRule="auto"/>
              <w:jc w:val="center"/>
            </w:pPr>
            <w:r>
              <w:rPr>
                <w:sz w:val="15"/>
              </w:rPr>
              <w:t>437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3313C9" w14:textId="77777777" w:rsidR="003B3005" w:rsidRDefault="00000000">
            <w:pPr>
              <w:spacing w:line="240" w:lineRule="auto"/>
              <w:jc w:val="center"/>
            </w:pPr>
            <w:r>
              <w:rPr>
                <w:sz w:val="15"/>
              </w:rPr>
              <w:t>41034160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8ACC88" w14:textId="77777777" w:rsidR="003B3005" w:rsidRDefault="00000000">
            <w:pPr>
              <w:spacing w:line="240" w:lineRule="auto"/>
              <w:jc w:val="center"/>
            </w:pPr>
            <w:r>
              <w:rPr>
                <w:sz w:val="15"/>
              </w:rPr>
              <w:t>0.8790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D52DF5" w14:textId="77777777" w:rsidR="003B3005" w:rsidRDefault="00000000">
            <w:pPr>
              <w:spacing w:line="240" w:lineRule="auto"/>
              <w:jc w:val="center"/>
            </w:pPr>
            <w:r>
              <w:rPr>
                <w:sz w:val="15"/>
              </w:rPr>
              <w:t>0.7948 to 0.9711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5104D2" w14:textId="77777777" w:rsidR="003B3005" w:rsidRDefault="00000000">
            <w:pPr>
              <w:spacing w:line="240" w:lineRule="auto"/>
              <w:jc w:val="center"/>
            </w:pPr>
            <w:r>
              <w:rPr>
                <w:sz w:val="15"/>
              </w:rPr>
              <w:t>0.0441</w:t>
            </w:r>
          </w:p>
        </w:tc>
      </w:tr>
      <w:tr w:rsidR="003B3005" w14:paraId="7AED0E7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2D881C"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CB55E4" w14:textId="77777777" w:rsidR="003B3005" w:rsidRDefault="00000000">
            <w:pPr>
              <w:spacing w:line="240" w:lineRule="auto"/>
              <w:jc w:val="center"/>
            </w:pPr>
            <w:r>
              <w:rPr>
                <w:sz w:val="15"/>
              </w:rPr>
              <w:t>1999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AADCC1" w14:textId="77777777" w:rsidR="003B3005" w:rsidRDefault="00000000">
            <w:pPr>
              <w:spacing w:line="240" w:lineRule="auto"/>
              <w:jc w:val="center"/>
            </w:pPr>
            <w:r>
              <w:rPr>
                <w:sz w:val="15"/>
              </w:rPr>
              <w:t>262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E39230" w14:textId="77777777" w:rsidR="003B3005" w:rsidRDefault="00000000">
            <w:pPr>
              <w:spacing w:line="240" w:lineRule="auto"/>
              <w:jc w:val="center"/>
            </w:pPr>
            <w:r>
              <w:rPr>
                <w:sz w:val="15"/>
              </w:rPr>
              <w:t>64108630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6BE625" w14:textId="77777777" w:rsidR="003B3005" w:rsidRDefault="00000000">
            <w:pPr>
              <w:spacing w:line="240" w:lineRule="auto"/>
              <w:jc w:val="center"/>
            </w:pPr>
            <w:r>
              <w:rPr>
                <w:sz w:val="15"/>
              </w:rPr>
              <w:t>0.4097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6907D0" w14:textId="77777777" w:rsidR="003B3005" w:rsidRDefault="00000000">
            <w:pPr>
              <w:spacing w:line="240" w:lineRule="auto"/>
              <w:jc w:val="center"/>
            </w:pPr>
            <w:r>
              <w:rPr>
                <w:sz w:val="15"/>
              </w:rPr>
              <w:t>0.3600 to 0.4594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5D7F66" w14:textId="77777777" w:rsidR="003B3005" w:rsidRDefault="00000000">
            <w:pPr>
              <w:spacing w:line="240" w:lineRule="auto"/>
              <w:jc w:val="center"/>
            </w:pPr>
            <w:r>
              <w:rPr>
                <w:sz w:val="15"/>
              </w:rPr>
              <w:t>0.0254</w:t>
            </w:r>
          </w:p>
        </w:tc>
      </w:tr>
      <w:tr w:rsidR="003B3005" w14:paraId="5E3389D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501390"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0B731F" w14:textId="77777777" w:rsidR="003B3005" w:rsidRDefault="00000000">
            <w:pPr>
              <w:spacing w:line="240" w:lineRule="auto"/>
              <w:jc w:val="center"/>
            </w:pPr>
            <w:r>
              <w:rPr>
                <w:sz w:val="15"/>
              </w:rPr>
              <w:t>2000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4C572F" w14:textId="77777777" w:rsidR="003B3005" w:rsidRDefault="00000000">
            <w:pPr>
              <w:spacing w:line="240" w:lineRule="auto"/>
              <w:jc w:val="center"/>
            </w:pPr>
            <w:r>
              <w:rPr>
                <w:sz w:val="15"/>
              </w:rPr>
              <w:t>298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B987A1" w14:textId="77777777" w:rsidR="003B3005" w:rsidRDefault="00000000">
            <w:pPr>
              <w:spacing w:line="240" w:lineRule="auto"/>
              <w:jc w:val="center"/>
            </w:pPr>
            <w:r>
              <w:rPr>
                <w:sz w:val="15"/>
              </w:rPr>
              <w:t>64843390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95185C" w14:textId="77777777" w:rsidR="003B3005" w:rsidRDefault="00000000">
            <w:pPr>
              <w:spacing w:line="240" w:lineRule="auto"/>
              <w:jc w:val="center"/>
            </w:pPr>
            <w:r>
              <w:rPr>
                <w:sz w:val="15"/>
              </w:rPr>
              <w:t>0.4791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D45856" w14:textId="77777777" w:rsidR="003B3005" w:rsidRDefault="00000000">
            <w:pPr>
              <w:spacing w:line="240" w:lineRule="auto"/>
              <w:jc w:val="center"/>
            </w:pPr>
            <w:r>
              <w:rPr>
                <w:sz w:val="15"/>
              </w:rPr>
              <w:t>0.4247 to 0.5336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4DD00E" w14:textId="77777777" w:rsidR="003B3005" w:rsidRDefault="00000000">
            <w:pPr>
              <w:spacing w:line="240" w:lineRule="auto"/>
              <w:jc w:val="center"/>
            </w:pPr>
            <w:r>
              <w:rPr>
                <w:sz w:val="15"/>
              </w:rPr>
              <w:t>0.0278</w:t>
            </w:r>
          </w:p>
        </w:tc>
      </w:tr>
      <w:tr w:rsidR="003B3005" w14:paraId="6415EBC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3B03DE"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105FE6" w14:textId="77777777" w:rsidR="003B3005" w:rsidRDefault="00000000">
            <w:pPr>
              <w:spacing w:line="240" w:lineRule="auto"/>
              <w:jc w:val="center"/>
            </w:pPr>
            <w:r>
              <w:rPr>
                <w:sz w:val="15"/>
              </w:rPr>
              <w:t>2001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3BC4F6" w14:textId="77777777" w:rsidR="003B3005" w:rsidRDefault="00000000">
            <w:pPr>
              <w:spacing w:line="240" w:lineRule="auto"/>
              <w:jc w:val="center"/>
            </w:pPr>
            <w:r>
              <w:rPr>
                <w:sz w:val="15"/>
              </w:rPr>
              <w:t>327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FFD301" w14:textId="77777777" w:rsidR="003B3005" w:rsidRDefault="00000000">
            <w:pPr>
              <w:spacing w:line="240" w:lineRule="auto"/>
              <w:jc w:val="center"/>
            </w:pPr>
            <w:r>
              <w:rPr>
                <w:sz w:val="15"/>
              </w:rPr>
              <w:t>65874012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4EABB4" w14:textId="77777777" w:rsidR="003B3005" w:rsidRDefault="00000000">
            <w:pPr>
              <w:spacing w:line="240" w:lineRule="auto"/>
              <w:jc w:val="center"/>
            </w:pPr>
            <w:r>
              <w:rPr>
                <w:sz w:val="15"/>
              </w:rPr>
              <w:t>0.4715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1DBFCD" w14:textId="77777777" w:rsidR="003B3005" w:rsidRDefault="00000000">
            <w:pPr>
              <w:spacing w:line="240" w:lineRule="auto"/>
              <w:jc w:val="center"/>
            </w:pPr>
            <w:r>
              <w:rPr>
                <w:sz w:val="15"/>
              </w:rPr>
              <w:t>0.4202 to 0.5228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540A24" w14:textId="77777777" w:rsidR="003B3005" w:rsidRDefault="00000000">
            <w:pPr>
              <w:spacing w:line="240" w:lineRule="auto"/>
              <w:jc w:val="center"/>
            </w:pPr>
            <w:r>
              <w:rPr>
                <w:sz w:val="15"/>
              </w:rPr>
              <w:t>0.0262</w:t>
            </w:r>
          </w:p>
        </w:tc>
      </w:tr>
      <w:tr w:rsidR="003B3005" w14:paraId="4F85804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03364B"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469E87" w14:textId="77777777" w:rsidR="003B3005" w:rsidRDefault="00000000">
            <w:pPr>
              <w:spacing w:line="240" w:lineRule="auto"/>
              <w:jc w:val="center"/>
            </w:pPr>
            <w:r>
              <w:rPr>
                <w:sz w:val="15"/>
              </w:rPr>
              <w:t>2002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3CA598" w14:textId="77777777" w:rsidR="003B3005" w:rsidRDefault="00000000">
            <w:pPr>
              <w:spacing w:line="240" w:lineRule="auto"/>
              <w:jc w:val="center"/>
            </w:pPr>
            <w:r>
              <w:rPr>
                <w:sz w:val="15"/>
              </w:rPr>
              <w:t>397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A97821" w14:textId="77777777" w:rsidR="003B3005" w:rsidRDefault="00000000">
            <w:pPr>
              <w:spacing w:line="240" w:lineRule="auto"/>
              <w:jc w:val="center"/>
            </w:pPr>
            <w:r>
              <w:rPr>
                <w:sz w:val="15"/>
              </w:rPr>
              <w:t>66758178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7287DF" w14:textId="77777777" w:rsidR="003B3005" w:rsidRDefault="00000000">
            <w:pPr>
              <w:spacing w:line="240" w:lineRule="auto"/>
              <w:jc w:val="center"/>
            </w:pPr>
            <w:r>
              <w:rPr>
                <w:sz w:val="15"/>
              </w:rPr>
              <w:t>0.5796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D32F7A" w14:textId="77777777" w:rsidR="003B3005" w:rsidRDefault="00000000">
            <w:pPr>
              <w:spacing w:line="240" w:lineRule="auto"/>
              <w:jc w:val="center"/>
            </w:pPr>
            <w:r>
              <w:rPr>
                <w:sz w:val="15"/>
              </w:rPr>
              <w:t>0.5225 to 0.6368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D167BC" w14:textId="77777777" w:rsidR="003B3005" w:rsidRDefault="00000000">
            <w:pPr>
              <w:spacing w:line="240" w:lineRule="auto"/>
              <w:jc w:val="center"/>
            </w:pPr>
            <w:r>
              <w:rPr>
                <w:sz w:val="15"/>
              </w:rPr>
              <w:t>0.0292</w:t>
            </w:r>
          </w:p>
        </w:tc>
      </w:tr>
      <w:tr w:rsidR="003B3005" w14:paraId="0D3DBD5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96C356"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D0A623" w14:textId="77777777" w:rsidR="003B3005" w:rsidRDefault="00000000">
            <w:pPr>
              <w:spacing w:line="240" w:lineRule="auto"/>
              <w:jc w:val="center"/>
            </w:pPr>
            <w:r>
              <w:rPr>
                <w:sz w:val="15"/>
              </w:rPr>
              <w:t>2003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827C23" w14:textId="77777777" w:rsidR="003B3005" w:rsidRDefault="00000000">
            <w:pPr>
              <w:spacing w:line="240" w:lineRule="auto"/>
              <w:jc w:val="center"/>
            </w:pPr>
            <w:r>
              <w:rPr>
                <w:sz w:val="15"/>
              </w:rPr>
              <w:t>475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E10202" w14:textId="77777777" w:rsidR="003B3005" w:rsidRDefault="00000000">
            <w:pPr>
              <w:spacing w:line="240" w:lineRule="auto"/>
              <w:jc w:val="center"/>
            </w:pPr>
            <w:r>
              <w:rPr>
                <w:sz w:val="15"/>
              </w:rPr>
              <w:t>67639133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1708E0" w14:textId="77777777" w:rsidR="003B3005" w:rsidRDefault="00000000">
            <w:pPr>
              <w:spacing w:line="240" w:lineRule="auto"/>
              <w:jc w:val="center"/>
            </w:pPr>
            <w:r>
              <w:rPr>
                <w:sz w:val="15"/>
              </w:rPr>
              <w:t>0.7003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BC66D8" w14:textId="77777777" w:rsidR="003B3005" w:rsidRDefault="00000000">
            <w:pPr>
              <w:spacing w:line="240" w:lineRule="auto"/>
              <w:jc w:val="center"/>
            </w:pPr>
            <w:r>
              <w:rPr>
                <w:sz w:val="15"/>
              </w:rPr>
              <w:t>0.6371 to 0.7634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C254D7" w14:textId="77777777" w:rsidR="003B3005" w:rsidRDefault="00000000">
            <w:pPr>
              <w:spacing w:line="240" w:lineRule="auto"/>
              <w:jc w:val="center"/>
            </w:pPr>
            <w:r>
              <w:rPr>
                <w:sz w:val="15"/>
              </w:rPr>
              <w:t>0.0322</w:t>
            </w:r>
          </w:p>
        </w:tc>
      </w:tr>
      <w:tr w:rsidR="003B3005" w14:paraId="015C184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9632A3"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21643D" w14:textId="77777777" w:rsidR="003B3005" w:rsidRDefault="00000000">
            <w:pPr>
              <w:spacing w:line="240" w:lineRule="auto"/>
              <w:jc w:val="center"/>
            </w:pPr>
            <w:r>
              <w:rPr>
                <w:sz w:val="15"/>
              </w:rPr>
              <w:t>2004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0F6DDF" w14:textId="77777777" w:rsidR="003B3005" w:rsidRDefault="00000000">
            <w:pPr>
              <w:spacing w:line="240" w:lineRule="auto"/>
              <w:jc w:val="center"/>
            </w:pPr>
            <w:r>
              <w:rPr>
                <w:sz w:val="15"/>
              </w:rPr>
              <w:t>448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F6EB90" w14:textId="77777777" w:rsidR="003B3005" w:rsidRDefault="00000000">
            <w:pPr>
              <w:spacing w:line="240" w:lineRule="auto"/>
              <w:jc w:val="center"/>
            </w:pPr>
            <w:r>
              <w:rPr>
                <w:sz w:val="15"/>
              </w:rPr>
              <w:t>68718205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B7CE32" w14:textId="77777777" w:rsidR="003B3005" w:rsidRDefault="00000000">
            <w:pPr>
              <w:spacing w:line="240" w:lineRule="auto"/>
              <w:jc w:val="center"/>
            </w:pPr>
            <w:r>
              <w:rPr>
                <w:sz w:val="15"/>
              </w:rPr>
              <w:t>0.6285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6E6107" w14:textId="77777777" w:rsidR="003B3005" w:rsidRDefault="00000000">
            <w:pPr>
              <w:spacing w:line="240" w:lineRule="auto"/>
              <w:jc w:val="center"/>
            </w:pPr>
            <w:r>
              <w:rPr>
                <w:sz w:val="15"/>
              </w:rPr>
              <w:t>0.5701 to 0.6869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8D35F6" w14:textId="77777777" w:rsidR="003B3005" w:rsidRDefault="00000000">
            <w:pPr>
              <w:spacing w:line="240" w:lineRule="auto"/>
              <w:jc w:val="center"/>
            </w:pPr>
            <w:r>
              <w:rPr>
                <w:sz w:val="15"/>
              </w:rPr>
              <w:t>0.0298</w:t>
            </w:r>
          </w:p>
        </w:tc>
      </w:tr>
      <w:tr w:rsidR="003B3005" w14:paraId="06702DC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1C2393"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8D98B1" w14:textId="77777777" w:rsidR="003B3005" w:rsidRDefault="00000000">
            <w:pPr>
              <w:spacing w:line="240" w:lineRule="auto"/>
              <w:jc w:val="center"/>
            </w:pPr>
            <w:r>
              <w:rPr>
                <w:sz w:val="15"/>
              </w:rPr>
              <w:t>2005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279EE2" w14:textId="77777777" w:rsidR="003B3005" w:rsidRDefault="00000000">
            <w:pPr>
              <w:spacing w:line="240" w:lineRule="auto"/>
              <w:jc w:val="center"/>
            </w:pPr>
            <w:r>
              <w:rPr>
                <w:sz w:val="15"/>
              </w:rPr>
              <w:t>570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07231C" w14:textId="77777777" w:rsidR="003B3005" w:rsidRDefault="00000000">
            <w:pPr>
              <w:spacing w:line="240" w:lineRule="auto"/>
              <w:jc w:val="center"/>
            </w:pPr>
            <w:r>
              <w:rPr>
                <w:sz w:val="15"/>
              </w:rPr>
              <w:t>69951038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DACF4D" w14:textId="77777777" w:rsidR="003B3005" w:rsidRDefault="00000000">
            <w:pPr>
              <w:spacing w:line="240" w:lineRule="auto"/>
              <w:jc w:val="center"/>
            </w:pPr>
            <w:r>
              <w:rPr>
                <w:sz w:val="15"/>
              </w:rPr>
              <w:t>0.7698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4F86A0" w14:textId="77777777" w:rsidR="003B3005" w:rsidRDefault="00000000">
            <w:pPr>
              <w:spacing w:line="240" w:lineRule="auto"/>
              <w:jc w:val="center"/>
            </w:pPr>
            <w:r>
              <w:rPr>
                <w:sz w:val="15"/>
              </w:rPr>
              <w:t>0.7064 to 0.8331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EC972B" w14:textId="77777777" w:rsidR="003B3005" w:rsidRDefault="00000000">
            <w:pPr>
              <w:spacing w:line="240" w:lineRule="auto"/>
              <w:jc w:val="center"/>
            </w:pPr>
            <w:r>
              <w:rPr>
                <w:sz w:val="15"/>
              </w:rPr>
              <w:t>0.0323</w:t>
            </w:r>
          </w:p>
        </w:tc>
      </w:tr>
      <w:tr w:rsidR="003B3005" w14:paraId="179C885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9A01DE"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4666CE" w14:textId="77777777" w:rsidR="003B3005" w:rsidRDefault="00000000">
            <w:pPr>
              <w:spacing w:line="240" w:lineRule="auto"/>
              <w:jc w:val="center"/>
            </w:pPr>
            <w:r>
              <w:rPr>
                <w:sz w:val="15"/>
              </w:rPr>
              <w:t>2006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E2DFC7" w14:textId="77777777" w:rsidR="003B3005" w:rsidRDefault="00000000">
            <w:pPr>
              <w:spacing w:line="240" w:lineRule="auto"/>
              <w:jc w:val="center"/>
            </w:pPr>
            <w:r>
              <w:rPr>
                <w:sz w:val="15"/>
              </w:rPr>
              <w:t>582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AFA133" w14:textId="77777777" w:rsidR="003B3005" w:rsidRDefault="00000000">
            <w:pPr>
              <w:spacing w:line="240" w:lineRule="auto"/>
              <w:jc w:val="center"/>
            </w:pPr>
            <w:r>
              <w:rPr>
                <w:sz w:val="15"/>
              </w:rPr>
              <w:t>71198336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C7D515" w14:textId="77777777" w:rsidR="003B3005" w:rsidRDefault="00000000">
            <w:pPr>
              <w:spacing w:line="240" w:lineRule="auto"/>
              <w:jc w:val="center"/>
            </w:pPr>
            <w:r>
              <w:rPr>
                <w:sz w:val="15"/>
              </w:rPr>
              <w:t>0.7502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4638E9" w14:textId="77777777" w:rsidR="003B3005" w:rsidRDefault="00000000">
            <w:pPr>
              <w:spacing w:line="240" w:lineRule="auto"/>
              <w:jc w:val="center"/>
            </w:pPr>
            <w:r>
              <w:rPr>
                <w:sz w:val="15"/>
              </w:rPr>
              <w:t>0.6889 to 0.8115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01F18D" w14:textId="77777777" w:rsidR="003B3005" w:rsidRDefault="00000000">
            <w:pPr>
              <w:spacing w:line="240" w:lineRule="auto"/>
              <w:jc w:val="center"/>
            </w:pPr>
            <w:r>
              <w:rPr>
                <w:sz w:val="15"/>
              </w:rPr>
              <w:t>0.0313</w:t>
            </w:r>
          </w:p>
        </w:tc>
      </w:tr>
      <w:tr w:rsidR="003B3005" w14:paraId="1B0D143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26AF11"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1713FD" w14:textId="77777777" w:rsidR="003B3005" w:rsidRDefault="00000000">
            <w:pPr>
              <w:spacing w:line="240" w:lineRule="auto"/>
              <w:jc w:val="center"/>
            </w:pPr>
            <w:r>
              <w:rPr>
                <w:sz w:val="15"/>
              </w:rPr>
              <w:t>2007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66B1A4" w14:textId="77777777" w:rsidR="003B3005" w:rsidRDefault="00000000">
            <w:pPr>
              <w:spacing w:line="240" w:lineRule="auto"/>
              <w:jc w:val="center"/>
            </w:pPr>
            <w:r>
              <w:rPr>
                <w:sz w:val="15"/>
              </w:rPr>
              <w:t>596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B9CD86" w14:textId="77777777" w:rsidR="003B3005" w:rsidRDefault="00000000">
            <w:pPr>
              <w:spacing w:line="240" w:lineRule="auto"/>
              <w:jc w:val="center"/>
            </w:pPr>
            <w:r>
              <w:rPr>
                <w:sz w:val="15"/>
              </w:rPr>
              <w:t>72387467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0E6B91" w14:textId="77777777" w:rsidR="003B3005" w:rsidRDefault="00000000">
            <w:pPr>
              <w:spacing w:line="240" w:lineRule="auto"/>
              <w:jc w:val="center"/>
            </w:pPr>
            <w:r>
              <w:rPr>
                <w:sz w:val="15"/>
              </w:rPr>
              <w:t>0.7609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416401" w14:textId="77777777" w:rsidR="003B3005" w:rsidRDefault="00000000">
            <w:pPr>
              <w:spacing w:line="240" w:lineRule="auto"/>
              <w:jc w:val="center"/>
            </w:pPr>
            <w:r>
              <w:rPr>
                <w:sz w:val="15"/>
              </w:rPr>
              <w:t>0.6994 to 0.8223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A65B65" w14:textId="77777777" w:rsidR="003B3005" w:rsidRDefault="00000000">
            <w:pPr>
              <w:spacing w:line="240" w:lineRule="auto"/>
              <w:jc w:val="center"/>
            </w:pPr>
            <w:r>
              <w:rPr>
                <w:sz w:val="15"/>
              </w:rPr>
              <w:t>0.0313</w:t>
            </w:r>
          </w:p>
        </w:tc>
      </w:tr>
      <w:tr w:rsidR="003B3005" w14:paraId="68EC9F9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CDA313"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F5FDF8" w14:textId="77777777" w:rsidR="003B3005" w:rsidRDefault="00000000">
            <w:pPr>
              <w:spacing w:line="240" w:lineRule="auto"/>
              <w:jc w:val="center"/>
            </w:pPr>
            <w:r>
              <w:rPr>
                <w:sz w:val="15"/>
              </w:rPr>
              <w:t>2008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1D0CC6" w14:textId="77777777" w:rsidR="003B3005" w:rsidRDefault="00000000">
            <w:pPr>
              <w:spacing w:line="240" w:lineRule="auto"/>
              <w:jc w:val="center"/>
            </w:pPr>
            <w:r>
              <w:rPr>
                <w:sz w:val="15"/>
              </w:rPr>
              <w:t>557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800788" w14:textId="77777777" w:rsidR="003B3005" w:rsidRDefault="00000000">
            <w:pPr>
              <w:spacing w:line="240" w:lineRule="auto"/>
              <w:jc w:val="center"/>
            </w:pPr>
            <w:r>
              <w:rPr>
                <w:sz w:val="15"/>
              </w:rPr>
              <w:t>73529724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ADD322" w14:textId="77777777" w:rsidR="003B3005" w:rsidRDefault="00000000">
            <w:pPr>
              <w:spacing w:line="240" w:lineRule="auto"/>
              <w:jc w:val="center"/>
            </w:pPr>
            <w:r>
              <w:rPr>
                <w:sz w:val="15"/>
              </w:rPr>
              <w:t>0.7364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899A65" w14:textId="77777777" w:rsidR="003B3005" w:rsidRDefault="00000000">
            <w:pPr>
              <w:spacing w:line="240" w:lineRule="auto"/>
              <w:jc w:val="center"/>
            </w:pPr>
            <w:r>
              <w:rPr>
                <w:sz w:val="15"/>
              </w:rPr>
              <w:t>0.6747 to 0.7981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F4BC68" w14:textId="77777777" w:rsidR="003B3005" w:rsidRDefault="00000000">
            <w:pPr>
              <w:spacing w:line="240" w:lineRule="auto"/>
              <w:jc w:val="center"/>
            </w:pPr>
            <w:r>
              <w:rPr>
                <w:sz w:val="15"/>
              </w:rPr>
              <w:t>0.0315</w:t>
            </w:r>
          </w:p>
        </w:tc>
      </w:tr>
      <w:tr w:rsidR="003B3005" w14:paraId="0CCD12E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B384CD"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FA8C9A" w14:textId="77777777" w:rsidR="003B3005" w:rsidRDefault="00000000">
            <w:pPr>
              <w:spacing w:line="240" w:lineRule="auto"/>
              <w:jc w:val="center"/>
            </w:pPr>
            <w:r>
              <w:rPr>
                <w:sz w:val="15"/>
              </w:rPr>
              <w:t>2009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F0F1E0" w14:textId="77777777" w:rsidR="003B3005" w:rsidRDefault="00000000">
            <w:pPr>
              <w:spacing w:line="240" w:lineRule="auto"/>
              <w:jc w:val="center"/>
            </w:pPr>
            <w:r>
              <w:rPr>
                <w:sz w:val="15"/>
              </w:rPr>
              <w:t>668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7BD082" w14:textId="77777777" w:rsidR="003B3005" w:rsidRDefault="00000000">
            <w:pPr>
              <w:spacing w:line="240" w:lineRule="auto"/>
              <w:jc w:val="center"/>
            </w:pPr>
            <w:r>
              <w:rPr>
                <w:sz w:val="15"/>
              </w:rPr>
              <w:t>74596130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FAAC31" w14:textId="77777777" w:rsidR="003B3005" w:rsidRDefault="00000000">
            <w:pPr>
              <w:spacing w:line="240" w:lineRule="auto"/>
              <w:jc w:val="center"/>
            </w:pPr>
            <w:r>
              <w:rPr>
                <w:sz w:val="15"/>
              </w:rPr>
              <w:t>0.8488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ACD102" w14:textId="77777777" w:rsidR="003B3005" w:rsidRDefault="00000000">
            <w:pPr>
              <w:spacing w:line="240" w:lineRule="auto"/>
              <w:jc w:val="center"/>
            </w:pPr>
            <w:r>
              <w:rPr>
                <w:sz w:val="15"/>
              </w:rPr>
              <w:t>0.7837 to 0.9139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DB0149" w14:textId="77777777" w:rsidR="003B3005" w:rsidRDefault="00000000">
            <w:pPr>
              <w:spacing w:line="240" w:lineRule="auto"/>
              <w:jc w:val="center"/>
            </w:pPr>
            <w:r>
              <w:rPr>
                <w:sz w:val="15"/>
              </w:rPr>
              <w:t>0.0332</w:t>
            </w:r>
          </w:p>
        </w:tc>
      </w:tr>
      <w:tr w:rsidR="003B3005" w14:paraId="6C31167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5B0967"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8473F4" w14:textId="77777777" w:rsidR="003B3005" w:rsidRDefault="00000000">
            <w:pPr>
              <w:spacing w:line="240" w:lineRule="auto"/>
              <w:jc w:val="center"/>
            </w:pPr>
            <w:r>
              <w:rPr>
                <w:sz w:val="15"/>
              </w:rPr>
              <w:t>2010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61590B" w14:textId="77777777" w:rsidR="003B3005" w:rsidRDefault="00000000">
            <w:pPr>
              <w:spacing w:line="240" w:lineRule="auto"/>
              <w:jc w:val="center"/>
            </w:pPr>
            <w:r>
              <w:rPr>
                <w:sz w:val="15"/>
              </w:rPr>
              <w:t>676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A1C912" w14:textId="77777777" w:rsidR="003B3005" w:rsidRDefault="00000000">
            <w:pPr>
              <w:spacing w:line="240" w:lineRule="auto"/>
              <w:jc w:val="center"/>
            </w:pPr>
            <w:r>
              <w:rPr>
                <w:sz w:val="15"/>
              </w:rPr>
              <w:t>75419767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AB9BB8" w14:textId="77777777" w:rsidR="003B3005" w:rsidRDefault="00000000">
            <w:pPr>
              <w:spacing w:line="240" w:lineRule="auto"/>
              <w:jc w:val="center"/>
            </w:pPr>
            <w:r>
              <w:rPr>
                <w:sz w:val="15"/>
              </w:rPr>
              <w:t>0.8382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81B611" w14:textId="77777777" w:rsidR="003B3005" w:rsidRDefault="00000000">
            <w:pPr>
              <w:spacing w:line="240" w:lineRule="auto"/>
              <w:jc w:val="center"/>
            </w:pPr>
            <w:r>
              <w:rPr>
                <w:sz w:val="15"/>
              </w:rPr>
              <w:t>0.7740 to 0.9023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3263F3" w14:textId="77777777" w:rsidR="003B3005" w:rsidRDefault="00000000">
            <w:pPr>
              <w:spacing w:line="240" w:lineRule="auto"/>
              <w:jc w:val="center"/>
            </w:pPr>
            <w:r>
              <w:rPr>
                <w:sz w:val="15"/>
              </w:rPr>
              <w:t>0.0327</w:t>
            </w:r>
          </w:p>
        </w:tc>
      </w:tr>
      <w:tr w:rsidR="003B3005" w14:paraId="23F20F4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381ED0"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02D8F8" w14:textId="77777777" w:rsidR="003B3005" w:rsidRDefault="00000000">
            <w:pPr>
              <w:spacing w:line="240" w:lineRule="auto"/>
              <w:jc w:val="center"/>
            </w:pPr>
            <w:r>
              <w:rPr>
                <w:sz w:val="15"/>
              </w:rPr>
              <w:t>2011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4A7FE8" w14:textId="77777777" w:rsidR="003B3005" w:rsidRDefault="00000000">
            <w:pPr>
              <w:spacing w:line="240" w:lineRule="auto"/>
              <w:jc w:val="center"/>
            </w:pPr>
            <w:r>
              <w:rPr>
                <w:sz w:val="15"/>
              </w:rPr>
              <w:t>748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19AAA4" w14:textId="77777777" w:rsidR="003B3005" w:rsidRDefault="00000000">
            <w:pPr>
              <w:spacing w:line="240" w:lineRule="auto"/>
              <w:jc w:val="center"/>
            </w:pPr>
            <w:r>
              <w:rPr>
                <w:sz w:val="15"/>
              </w:rPr>
              <w:t>76650163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B43ABC" w14:textId="77777777" w:rsidR="003B3005" w:rsidRDefault="00000000">
            <w:pPr>
              <w:spacing w:line="240" w:lineRule="auto"/>
              <w:jc w:val="center"/>
            </w:pPr>
            <w:r>
              <w:rPr>
                <w:sz w:val="15"/>
              </w:rPr>
              <w:t>0.9027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3DFA04" w14:textId="77777777" w:rsidR="003B3005" w:rsidRDefault="00000000">
            <w:pPr>
              <w:spacing w:line="240" w:lineRule="auto"/>
              <w:jc w:val="center"/>
            </w:pPr>
            <w:r>
              <w:rPr>
                <w:sz w:val="15"/>
              </w:rPr>
              <w:t>0.8372 to 0.9683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AD3C61" w14:textId="77777777" w:rsidR="003B3005" w:rsidRDefault="00000000">
            <w:pPr>
              <w:spacing w:line="240" w:lineRule="auto"/>
              <w:jc w:val="center"/>
            </w:pPr>
            <w:r>
              <w:rPr>
                <w:sz w:val="15"/>
              </w:rPr>
              <w:t>0.0334</w:t>
            </w:r>
          </w:p>
        </w:tc>
      </w:tr>
      <w:tr w:rsidR="003B3005" w14:paraId="512AA5B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421AC6"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09E5F0" w14:textId="77777777" w:rsidR="003B3005" w:rsidRDefault="00000000">
            <w:pPr>
              <w:spacing w:line="240" w:lineRule="auto"/>
              <w:jc w:val="center"/>
            </w:pPr>
            <w:r>
              <w:rPr>
                <w:sz w:val="15"/>
              </w:rPr>
              <w:t>2012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C6F106" w14:textId="77777777" w:rsidR="003B3005" w:rsidRDefault="00000000">
            <w:pPr>
              <w:spacing w:line="240" w:lineRule="auto"/>
              <w:jc w:val="center"/>
            </w:pPr>
            <w:r>
              <w:rPr>
                <w:sz w:val="15"/>
              </w:rPr>
              <w:t>781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191593" w14:textId="77777777" w:rsidR="003B3005" w:rsidRDefault="00000000">
            <w:pPr>
              <w:spacing w:line="240" w:lineRule="auto"/>
              <w:jc w:val="center"/>
            </w:pPr>
            <w:r>
              <w:rPr>
                <w:sz w:val="15"/>
              </w:rPr>
              <w:t>77681893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5D6A31" w14:textId="77777777" w:rsidR="003B3005" w:rsidRDefault="00000000">
            <w:pPr>
              <w:spacing w:line="240" w:lineRule="auto"/>
              <w:jc w:val="center"/>
            </w:pPr>
            <w:r>
              <w:rPr>
                <w:sz w:val="15"/>
              </w:rPr>
              <w:t>0.9208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BF9FB5" w14:textId="77777777" w:rsidR="003B3005" w:rsidRDefault="00000000">
            <w:pPr>
              <w:spacing w:line="240" w:lineRule="auto"/>
              <w:jc w:val="center"/>
            </w:pPr>
            <w:r>
              <w:rPr>
                <w:sz w:val="15"/>
              </w:rPr>
              <w:t>0.8553 to 0.9863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5ECEA6" w14:textId="77777777" w:rsidR="003B3005" w:rsidRDefault="00000000">
            <w:pPr>
              <w:spacing w:line="240" w:lineRule="auto"/>
              <w:jc w:val="center"/>
            </w:pPr>
            <w:r>
              <w:rPr>
                <w:sz w:val="15"/>
              </w:rPr>
              <w:t>0.0334</w:t>
            </w:r>
          </w:p>
        </w:tc>
      </w:tr>
      <w:tr w:rsidR="003B3005" w14:paraId="2EDDD66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2487F1"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800B4E" w14:textId="77777777" w:rsidR="003B3005" w:rsidRDefault="00000000">
            <w:pPr>
              <w:spacing w:line="240" w:lineRule="auto"/>
              <w:jc w:val="center"/>
            </w:pPr>
            <w:r>
              <w:rPr>
                <w:sz w:val="15"/>
              </w:rPr>
              <w:t>2013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3E989C" w14:textId="77777777" w:rsidR="003B3005" w:rsidRDefault="00000000">
            <w:pPr>
              <w:spacing w:line="240" w:lineRule="auto"/>
              <w:jc w:val="center"/>
            </w:pPr>
            <w:r>
              <w:rPr>
                <w:sz w:val="15"/>
              </w:rPr>
              <w:t>894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717A62" w14:textId="77777777" w:rsidR="003B3005" w:rsidRDefault="00000000">
            <w:pPr>
              <w:spacing w:line="240" w:lineRule="auto"/>
              <w:jc w:val="center"/>
            </w:pPr>
            <w:r>
              <w:rPr>
                <w:sz w:val="15"/>
              </w:rPr>
              <w:t>78693557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70AFAF" w14:textId="77777777" w:rsidR="003B3005" w:rsidRDefault="00000000">
            <w:pPr>
              <w:spacing w:line="240" w:lineRule="auto"/>
              <w:jc w:val="center"/>
            </w:pPr>
            <w:r>
              <w:rPr>
                <w:sz w:val="15"/>
              </w:rPr>
              <w:t>1.0367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109B40" w14:textId="77777777" w:rsidR="003B3005" w:rsidRDefault="00000000">
            <w:pPr>
              <w:spacing w:line="240" w:lineRule="auto"/>
              <w:jc w:val="center"/>
            </w:pPr>
            <w:r>
              <w:rPr>
                <w:sz w:val="15"/>
              </w:rPr>
              <w:t>0.9675 to 1.1058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20B574" w14:textId="77777777" w:rsidR="003B3005" w:rsidRDefault="00000000">
            <w:pPr>
              <w:spacing w:line="240" w:lineRule="auto"/>
              <w:jc w:val="center"/>
            </w:pPr>
            <w:r>
              <w:rPr>
                <w:sz w:val="15"/>
              </w:rPr>
              <w:t>0.0353</w:t>
            </w:r>
          </w:p>
        </w:tc>
      </w:tr>
      <w:tr w:rsidR="003B3005" w14:paraId="0A7B5C7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769D76"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837741" w14:textId="77777777" w:rsidR="003B3005" w:rsidRDefault="00000000">
            <w:pPr>
              <w:spacing w:line="240" w:lineRule="auto"/>
              <w:jc w:val="center"/>
            </w:pPr>
            <w:r>
              <w:rPr>
                <w:sz w:val="15"/>
              </w:rPr>
              <w:t>2014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82EC14" w14:textId="77777777" w:rsidR="003B3005" w:rsidRDefault="00000000">
            <w:pPr>
              <w:spacing w:line="240" w:lineRule="auto"/>
              <w:jc w:val="center"/>
            </w:pPr>
            <w:r>
              <w:rPr>
                <w:sz w:val="15"/>
              </w:rPr>
              <w:t>934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A79196" w14:textId="77777777" w:rsidR="003B3005" w:rsidRDefault="00000000">
            <w:pPr>
              <w:spacing w:line="240" w:lineRule="auto"/>
              <w:jc w:val="center"/>
            </w:pPr>
            <w:r>
              <w:rPr>
                <w:sz w:val="15"/>
              </w:rPr>
              <w:t>79945474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88E48F" w14:textId="77777777" w:rsidR="003B3005" w:rsidRDefault="00000000">
            <w:pPr>
              <w:spacing w:line="240" w:lineRule="auto"/>
              <w:jc w:val="center"/>
            </w:pPr>
            <w:r>
              <w:rPr>
                <w:sz w:val="15"/>
              </w:rPr>
              <w:t>1.0834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B51D36" w14:textId="77777777" w:rsidR="003B3005" w:rsidRDefault="00000000">
            <w:pPr>
              <w:spacing w:line="240" w:lineRule="auto"/>
              <w:jc w:val="center"/>
            </w:pPr>
            <w:r>
              <w:rPr>
                <w:sz w:val="15"/>
              </w:rPr>
              <w:t>1.0122 to 1.1546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2E8398" w14:textId="77777777" w:rsidR="003B3005" w:rsidRDefault="00000000">
            <w:pPr>
              <w:spacing w:line="240" w:lineRule="auto"/>
              <w:jc w:val="center"/>
            </w:pPr>
            <w:r>
              <w:rPr>
                <w:sz w:val="15"/>
              </w:rPr>
              <w:t>0.0363</w:t>
            </w:r>
          </w:p>
        </w:tc>
      </w:tr>
      <w:tr w:rsidR="003B3005" w14:paraId="0404DEA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976A45"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D4AA85" w14:textId="77777777" w:rsidR="003B3005" w:rsidRDefault="00000000">
            <w:pPr>
              <w:spacing w:line="240" w:lineRule="auto"/>
              <w:jc w:val="center"/>
            </w:pPr>
            <w:r>
              <w:rPr>
                <w:sz w:val="15"/>
              </w:rPr>
              <w:t>2015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9E4E6F" w14:textId="77777777" w:rsidR="003B3005" w:rsidRDefault="00000000">
            <w:pPr>
              <w:spacing w:line="240" w:lineRule="auto"/>
              <w:jc w:val="center"/>
            </w:pPr>
            <w:r>
              <w:rPr>
                <w:sz w:val="15"/>
              </w:rPr>
              <w:t>951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33F947" w14:textId="77777777" w:rsidR="003B3005" w:rsidRDefault="00000000">
            <w:pPr>
              <w:spacing w:line="240" w:lineRule="auto"/>
              <w:jc w:val="center"/>
            </w:pPr>
            <w:r>
              <w:rPr>
                <w:sz w:val="15"/>
              </w:rPr>
              <w:t>81260812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EEEEE2" w14:textId="77777777" w:rsidR="003B3005" w:rsidRDefault="00000000">
            <w:pPr>
              <w:spacing w:line="240" w:lineRule="auto"/>
              <w:jc w:val="center"/>
            </w:pPr>
            <w:r>
              <w:rPr>
                <w:sz w:val="15"/>
              </w:rPr>
              <w:t>1.0754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4F48FE" w14:textId="77777777" w:rsidR="003B3005" w:rsidRDefault="00000000">
            <w:pPr>
              <w:spacing w:line="240" w:lineRule="auto"/>
              <w:jc w:val="center"/>
            </w:pPr>
            <w:r>
              <w:rPr>
                <w:sz w:val="15"/>
              </w:rPr>
              <w:t>1.0057 to 1.1451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AFF98A" w14:textId="77777777" w:rsidR="003B3005" w:rsidRDefault="00000000">
            <w:pPr>
              <w:spacing w:line="240" w:lineRule="auto"/>
              <w:jc w:val="center"/>
            </w:pPr>
            <w:r>
              <w:rPr>
                <w:sz w:val="15"/>
              </w:rPr>
              <w:t>0.0356</w:t>
            </w:r>
          </w:p>
        </w:tc>
      </w:tr>
      <w:tr w:rsidR="003B3005" w14:paraId="393968E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DD8281"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E47BA9" w14:textId="77777777" w:rsidR="003B3005" w:rsidRDefault="00000000">
            <w:pPr>
              <w:spacing w:line="240" w:lineRule="auto"/>
              <w:jc w:val="center"/>
            </w:pPr>
            <w:r>
              <w:rPr>
                <w:sz w:val="15"/>
              </w:rPr>
              <w:t>2016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68D258" w14:textId="77777777" w:rsidR="003B3005" w:rsidRDefault="00000000">
            <w:pPr>
              <w:spacing w:line="240" w:lineRule="auto"/>
              <w:jc w:val="center"/>
            </w:pPr>
            <w:r>
              <w:rPr>
                <w:sz w:val="15"/>
              </w:rPr>
              <w:t>1035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5A4C8A" w14:textId="77777777" w:rsidR="003B3005" w:rsidRDefault="00000000">
            <w:pPr>
              <w:spacing w:line="240" w:lineRule="auto"/>
              <w:jc w:val="center"/>
            </w:pPr>
            <w:r>
              <w:rPr>
                <w:sz w:val="15"/>
              </w:rPr>
              <w:t>82405493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372A6A" w14:textId="77777777" w:rsidR="003B3005" w:rsidRDefault="00000000">
            <w:pPr>
              <w:spacing w:line="240" w:lineRule="auto"/>
              <w:jc w:val="center"/>
            </w:pPr>
            <w:r>
              <w:rPr>
                <w:sz w:val="15"/>
              </w:rPr>
              <w:t>1.1530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630E02" w14:textId="77777777" w:rsidR="003B3005" w:rsidRDefault="00000000">
            <w:pPr>
              <w:spacing w:line="240" w:lineRule="auto"/>
              <w:jc w:val="center"/>
            </w:pPr>
            <w:r>
              <w:rPr>
                <w:sz w:val="15"/>
              </w:rPr>
              <w:t>1.0809 to 1.2251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1D32F9" w14:textId="77777777" w:rsidR="003B3005" w:rsidRDefault="00000000">
            <w:pPr>
              <w:spacing w:line="240" w:lineRule="auto"/>
              <w:jc w:val="center"/>
            </w:pPr>
            <w:r>
              <w:rPr>
                <w:sz w:val="15"/>
              </w:rPr>
              <w:t>0.0368</w:t>
            </w:r>
          </w:p>
        </w:tc>
      </w:tr>
      <w:tr w:rsidR="003B3005" w14:paraId="7F1099F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7A35B7"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6B987A" w14:textId="77777777" w:rsidR="003B3005" w:rsidRDefault="00000000">
            <w:pPr>
              <w:spacing w:line="240" w:lineRule="auto"/>
              <w:jc w:val="center"/>
            </w:pPr>
            <w:r>
              <w:rPr>
                <w:sz w:val="15"/>
              </w:rPr>
              <w:t>2017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C568D8" w14:textId="77777777" w:rsidR="003B3005" w:rsidRDefault="00000000">
            <w:pPr>
              <w:spacing w:line="240" w:lineRule="auto"/>
              <w:jc w:val="center"/>
            </w:pPr>
            <w:r>
              <w:rPr>
                <w:sz w:val="15"/>
              </w:rPr>
              <w:t>1022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540F4B" w14:textId="77777777" w:rsidR="003B3005" w:rsidRDefault="00000000">
            <w:pPr>
              <w:spacing w:line="240" w:lineRule="auto"/>
              <w:jc w:val="center"/>
            </w:pPr>
            <w:r>
              <w:rPr>
                <w:sz w:val="15"/>
              </w:rPr>
              <w:t>83659214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DB8E81" w14:textId="77777777" w:rsidR="003B3005" w:rsidRDefault="00000000">
            <w:pPr>
              <w:spacing w:line="240" w:lineRule="auto"/>
              <w:jc w:val="center"/>
            </w:pPr>
            <w:r>
              <w:rPr>
                <w:sz w:val="15"/>
              </w:rPr>
              <w:t>1.0810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F6D808" w14:textId="77777777" w:rsidR="003B3005" w:rsidRDefault="00000000">
            <w:pPr>
              <w:spacing w:line="240" w:lineRule="auto"/>
              <w:jc w:val="center"/>
            </w:pPr>
            <w:r>
              <w:rPr>
                <w:sz w:val="15"/>
              </w:rPr>
              <w:t>1.0134 to 1.1486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CA9DB3" w14:textId="77777777" w:rsidR="003B3005" w:rsidRDefault="00000000">
            <w:pPr>
              <w:spacing w:line="240" w:lineRule="auto"/>
              <w:jc w:val="center"/>
            </w:pPr>
            <w:r>
              <w:rPr>
                <w:sz w:val="15"/>
              </w:rPr>
              <w:t>0.0345</w:t>
            </w:r>
          </w:p>
        </w:tc>
      </w:tr>
      <w:tr w:rsidR="003B3005" w14:paraId="2630884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F0876E"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885EDA" w14:textId="77777777" w:rsidR="003B3005" w:rsidRDefault="00000000">
            <w:pPr>
              <w:spacing w:line="240" w:lineRule="auto"/>
              <w:jc w:val="center"/>
            </w:pPr>
            <w:r>
              <w:rPr>
                <w:sz w:val="15"/>
              </w:rPr>
              <w:t>2018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ABAD81" w14:textId="77777777" w:rsidR="003B3005" w:rsidRDefault="00000000">
            <w:pPr>
              <w:spacing w:line="240" w:lineRule="auto"/>
              <w:jc w:val="center"/>
            </w:pPr>
            <w:r>
              <w:rPr>
                <w:sz w:val="15"/>
              </w:rPr>
              <w:t>1161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2C25AC" w14:textId="77777777" w:rsidR="003B3005" w:rsidRDefault="00000000">
            <w:pPr>
              <w:spacing w:line="240" w:lineRule="auto"/>
              <w:jc w:val="center"/>
            </w:pPr>
            <w:r>
              <w:rPr>
                <w:sz w:val="15"/>
              </w:rPr>
              <w:t>84717024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AE2256" w14:textId="77777777" w:rsidR="003B3005" w:rsidRDefault="00000000">
            <w:pPr>
              <w:spacing w:line="240" w:lineRule="auto"/>
              <w:jc w:val="center"/>
            </w:pPr>
            <w:r>
              <w:rPr>
                <w:sz w:val="15"/>
              </w:rPr>
              <w:t>1.2411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67F178" w14:textId="77777777" w:rsidR="003B3005" w:rsidRDefault="00000000">
            <w:pPr>
              <w:spacing w:line="240" w:lineRule="auto"/>
              <w:jc w:val="center"/>
            </w:pPr>
            <w:r>
              <w:rPr>
                <w:sz w:val="15"/>
              </w:rPr>
              <w:t>1.1676 to 1.3146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A75339" w14:textId="77777777" w:rsidR="003B3005" w:rsidRDefault="00000000">
            <w:pPr>
              <w:spacing w:line="240" w:lineRule="auto"/>
              <w:jc w:val="center"/>
            </w:pPr>
            <w:r>
              <w:rPr>
                <w:sz w:val="15"/>
              </w:rPr>
              <w:t>0.0375</w:t>
            </w:r>
          </w:p>
        </w:tc>
      </w:tr>
      <w:tr w:rsidR="003B3005" w14:paraId="3005285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E7D139"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52469C" w14:textId="77777777" w:rsidR="003B3005" w:rsidRDefault="00000000">
            <w:pPr>
              <w:spacing w:line="240" w:lineRule="auto"/>
              <w:jc w:val="center"/>
            </w:pPr>
            <w:r>
              <w:rPr>
                <w:sz w:val="15"/>
              </w:rPr>
              <w:t>2019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6B8C6B" w14:textId="77777777" w:rsidR="003B3005" w:rsidRDefault="00000000">
            <w:pPr>
              <w:spacing w:line="240" w:lineRule="auto"/>
              <w:jc w:val="center"/>
            </w:pPr>
            <w:r>
              <w:rPr>
                <w:sz w:val="15"/>
              </w:rPr>
              <w:t>1171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F68BC3" w14:textId="77777777" w:rsidR="003B3005" w:rsidRDefault="00000000">
            <w:pPr>
              <w:spacing w:line="240" w:lineRule="auto"/>
              <w:jc w:val="center"/>
            </w:pPr>
            <w:r>
              <w:rPr>
                <w:sz w:val="15"/>
              </w:rPr>
              <w:t>85606773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5C75BB" w14:textId="77777777" w:rsidR="003B3005" w:rsidRDefault="00000000">
            <w:pPr>
              <w:spacing w:line="240" w:lineRule="auto"/>
              <w:jc w:val="center"/>
            </w:pPr>
            <w:r>
              <w:rPr>
                <w:sz w:val="15"/>
              </w:rPr>
              <w:t>1.2169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1D621F" w14:textId="77777777" w:rsidR="003B3005" w:rsidRDefault="00000000">
            <w:pPr>
              <w:spacing w:line="240" w:lineRule="auto"/>
              <w:jc w:val="center"/>
            </w:pPr>
            <w:r>
              <w:rPr>
                <w:sz w:val="15"/>
              </w:rPr>
              <w:t>1.1451 to 1.2888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4A1B46" w14:textId="77777777" w:rsidR="003B3005" w:rsidRDefault="00000000">
            <w:pPr>
              <w:spacing w:line="240" w:lineRule="auto"/>
              <w:jc w:val="center"/>
            </w:pPr>
            <w:r>
              <w:rPr>
                <w:sz w:val="15"/>
              </w:rPr>
              <w:t>0.0366</w:t>
            </w:r>
          </w:p>
        </w:tc>
      </w:tr>
      <w:tr w:rsidR="003B3005" w14:paraId="5004805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EA731E"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4F1EFD" w14:textId="77777777" w:rsidR="003B3005" w:rsidRDefault="00000000">
            <w:pPr>
              <w:spacing w:line="240" w:lineRule="auto"/>
              <w:jc w:val="center"/>
            </w:pPr>
            <w:r>
              <w:rPr>
                <w:sz w:val="15"/>
              </w:rPr>
              <w:t>2020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64A89F" w14:textId="77777777" w:rsidR="003B3005" w:rsidRDefault="00000000">
            <w:pPr>
              <w:spacing w:line="240" w:lineRule="auto"/>
              <w:jc w:val="center"/>
            </w:pPr>
            <w:r>
              <w:rPr>
                <w:sz w:val="15"/>
              </w:rPr>
              <w:t>2316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A5DE5E" w14:textId="77777777" w:rsidR="003B3005" w:rsidRDefault="00000000">
            <w:pPr>
              <w:spacing w:line="240" w:lineRule="auto"/>
              <w:jc w:val="center"/>
            </w:pPr>
            <w:r>
              <w:rPr>
                <w:sz w:val="15"/>
              </w:rPr>
              <w:t>86611804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506058" w14:textId="77777777" w:rsidR="003B3005" w:rsidRDefault="00000000">
            <w:pPr>
              <w:spacing w:line="240" w:lineRule="auto"/>
              <w:jc w:val="center"/>
            </w:pPr>
            <w:r>
              <w:rPr>
                <w:sz w:val="15"/>
              </w:rPr>
              <w:t>2.3771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8CB92D" w14:textId="77777777" w:rsidR="003B3005" w:rsidRDefault="00000000">
            <w:pPr>
              <w:spacing w:line="240" w:lineRule="auto"/>
              <w:jc w:val="center"/>
            </w:pPr>
            <w:r>
              <w:rPr>
                <w:sz w:val="15"/>
              </w:rPr>
              <w:t>2.2774 to 2.4769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A8EFCE" w14:textId="77777777" w:rsidR="003B3005" w:rsidRDefault="00000000">
            <w:pPr>
              <w:spacing w:line="240" w:lineRule="auto"/>
              <w:jc w:val="center"/>
            </w:pPr>
            <w:r>
              <w:rPr>
                <w:sz w:val="15"/>
              </w:rPr>
              <w:t>0.0509</w:t>
            </w:r>
          </w:p>
        </w:tc>
      </w:tr>
      <w:tr w:rsidR="003B3005" w14:paraId="3A1A08C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BD310C"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0F7B38" w14:textId="77777777" w:rsidR="003B3005" w:rsidRDefault="00000000">
            <w:pPr>
              <w:spacing w:line="240" w:lineRule="auto"/>
              <w:jc w:val="center"/>
            </w:pPr>
            <w:r>
              <w:rPr>
                <w:sz w:val="15"/>
              </w:rPr>
              <w:t>2021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F6CF5D" w14:textId="77777777" w:rsidR="003B3005" w:rsidRDefault="00000000">
            <w:pPr>
              <w:spacing w:line="240" w:lineRule="auto"/>
              <w:jc w:val="center"/>
            </w:pPr>
            <w:r>
              <w:rPr>
                <w:sz w:val="15"/>
              </w:rPr>
              <w:t>3564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7DE937" w14:textId="77777777" w:rsidR="003B3005" w:rsidRDefault="00000000">
            <w:pPr>
              <w:spacing w:line="240" w:lineRule="auto"/>
              <w:jc w:val="center"/>
            </w:pPr>
            <w:r>
              <w:rPr>
                <w:sz w:val="15"/>
              </w:rPr>
              <w:t>86926028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68D94A" w14:textId="77777777" w:rsidR="003B3005" w:rsidRDefault="00000000">
            <w:pPr>
              <w:spacing w:line="240" w:lineRule="auto"/>
              <w:jc w:val="center"/>
            </w:pPr>
            <w:r>
              <w:rPr>
                <w:sz w:val="15"/>
              </w:rPr>
              <w:t>3.7300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64E4D2" w14:textId="77777777" w:rsidR="003B3005" w:rsidRDefault="00000000">
            <w:pPr>
              <w:spacing w:line="240" w:lineRule="auto"/>
              <w:jc w:val="center"/>
            </w:pPr>
            <w:r>
              <w:rPr>
                <w:sz w:val="15"/>
              </w:rPr>
              <w:t>3.6054 to 3.8581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AB0636" w14:textId="77777777" w:rsidR="003B3005" w:rsidRDefault="00000000">
            <w:pPr>
              <w:spacing w:line="240" w:lineRule="auto"/>
              <w:jc w:val="center"/>
            </w:pPr>
            <w:r>
              <w:rPr>
                <w:sz w:val="15"/>
              </w:rPr>
              <w:t>0.0641</w:t>
            </w:r>
          </w:p>
        </w:tc>
      </w:tr>
      <w:tr w:rsidR="003B3005" w14:paraId="0C3EABD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CEAFDE" w14:textId="77777777" w:rsidR="003B3005" w:rsidRDefault="00000000">
            <w:pPr>
              <w:spacing w:line="240" w:lineRule="auto"/>
            </w:pPr>
            <w:r>
              <w:rPr>
                <w:sz w:val="15"/>
              </w:rPr>
              <w:lastRenderedPageBreak/>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3D880D" w14:textId="77777777" w:rsidR="003B3005" w:rsidRDefault="00000000">
            <w:pPr>
              <w:spacing w:line="240" w:lineRule="auto"/>
              <w:jc w:val="center"/>
            </w:pPr>
            <w:r>
              <w:rPr>
                <w:sz w:val="15"/>
              </w:rPr>
              <w:t>2022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99419A" w14:textId="77777777" w:rsidR="003B3005" w:rsidRDefault="00000000">
            <w:pPr>
              <w:spacing w:line="240" w:lineRule="auto"/>
              <w:jc w:val="center"/>
            </w:pPr>
            <w:r>
              <w:rPr>
                <w:sz w:val="15"/>
              </w:rPr>
              <w:t>2409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76738E" w14:textId="77777777" w:rsidR="003B3005" w:rsidRDefault="00000000">
            <w:pPr>
              <w:spacing w:line="240" w:lineRule="auto"/>
              <w:jc w:val="center"/>
            </w:pPr>
            <w:r>
              <w:rPr>
                <w:sz w:val="15"/>
              </w:rPr>
              <w:t>87978320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3BFAC8" w14:textId="77777777" w:rsidR="003B3005" w:rsidRDefault="00000000">
            <w:pPr>
              <w:spacing w:line="240" w:lineRule="auto"/>
              <w:jc w:val="center"/>
            </w:pPr>
            <w:r>
              <w:rPr>
                <w:sz w:val="15"/>
              </w:rPr>
              <w:t>2.4213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10C696" w14:textId="77777777" w:rsidR="003B3005" w:rsidRDefault="00000000">
            <w:pPr>
              <w:spacing w:line="240" w:lineRule="auto"/>
              <w:jc w:val="center"/>
            </w:pPr>
            <w:r>
              <w:rPr>
                <w:sz w:val="15"/>
              </w:rPr>
              <w:t>2.3232 to 2.5230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9F52F7" w14:textId="77777777" w:rsidR="003B3005" w:rsidRDefault="00000000">
            <w:pPr>
              <w:spacing w:line="240" w:lineRule="auto"/>
              <w:jc w:val="center"/>
            </w:pPr>
            <w:r>
              <w:rPr>
                <w:sz w:val="15"/>
              </w:rPr>
              <w:t>0.0506</w:t>
            </w:r>
          </w:p>
        </w:tc>
      </w:tr>
      <w:tr w:rsidR="003B3005" w14:paraId="5B4681B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533657"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587C47" w14:textId="77777777" w:rsidR="003B3005" w:rsidRDefault="00000000">
            <w:pPr>
              <w:spacing w:line="240" w:lineRule="auto"/>
              <w:jc w:val="center"/>
            </w:pPr>
            <w:r>
              <w:rPr>
                <w:sz w:val="15"/>
              </w:rPr>
              <w:t>2023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A46D03" w14:textId="77777777" w:rsidR="003B3005" w:rsidRDefault="00000000">
            <w:pPr>
              <w:spacing w:line="240" w:lineRule="auto"/>
              <w:jc w:val="center"/>
            </w:pPr>
            <w:r>
              <w:rPr>
                <w:sz w:val="15"/>
              </w:rPr>
              <w:t>1988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F6CEED" w14:textId="77777777" w:rsidR="003B3005" w:rsidRDefault="00000000">
            <w:pPr>
              <w:spacing w:line="240" w:lineRule="auto"/>
              <w:jc w:val="center"/>
            </w:pPr>
            <w:r>
              <w:rPr>
                <w:sz w:val="15"/>
              </w:rPr>
              <w:t>89219544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6D34D6" w14:textId="77777777" w:rsidR="003B3005" w:rsidRDefault="00000000">
            <w:pPr>
              <w:spacing w:line="240" w:lineRule="auto"/>
              <w:jc w:val="center"/>
            </w:pPr>
            <w:r>
              <w:rPr>
                <w:sz w:val="15"/>
              </w:rPr>
              <w:t>1.9339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90CE4F" w14:textId="77777777" w:rsidR="003B3005" w:rsidRDefault="00000000">
            <w:pPr>
              <w:spacing w:line="240" w:lineRule="auto"/>
              <w:jc w:val="center"/>
            </w:pPr>
            <w:r>
              <w:rPr>
                <w:sz w:val="15"/>
              </w:rPr>
              <w:t>1.8478 to 2.0235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477B01" w14:textId="77777777" w:rsidR="003B3005" w:rsidRDefault="00000000">
            <w:pPr>
              <w:spacing w:line="240" w:lineRule="auto"/>
              <w:jc w:val="center"/>
            </w:pPr>
            <w:r>
              <w:rPr>
                <w:sz w:val="15"/>
              </w:rPr>
              <w:t>0.0444</w:t>
            </w:r>
          </w:p>
        </w:tc>
      </w:tr>
      <w:tr w:rsidR="003B3005" w14:paraId="70C2CC3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EB5E10" w14:textId="77777777" w:rsidR="003B3005" w:rsidRDefault="00000000">
            <w:pPr>
              <w:spacing w:line="240" w:lineRule="auto"/>
            </w:pPr>
            <w:r>
              <w:rPr>
                <w:sz w:val="15"/>
              </w:rPr>
              <w:t>South</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846D11" w14:textId="77777777" w:rsidR="003B3005" w:rsidRDefault="00000000">
            <w:pPr>
              <w:spacing w:line="240" w:lineRule="auto"/>
              <w:jc w:val="center"/>
            </w:pPr>
            <w:r>
              <w:rPr>
                <w:sz w:val="15"/>
              </w:rPr>
              <w:t>2024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591C89" w14:textId="77777777" w:rsidR="003B3005" w:rsidRDefault="00000000">
            <w:pPr>
              <w:spacing w:line="240" w:lineRule="auto"/>
              <w:jc w:val="center"/>
            </w:pPr>
            <w:r>
              <w:rPr>
                <w:sz w:val="15"/>
              </w:rPr>
              <w:t>1964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A89B3F" w14:textId="77777777" w:rsidR="003B3005" w:rsidRDefault="00000000">
            <w:pPr>
              <w:spacing w:line="240" w:lineRule="auto"/>
              <w:jc w:val="center"/>
            </w:pPr>
            <w:r>
              <w:rPr>
                <w:sz w:val="15"/>
              </w:rPr>
              <w:t>91136871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5893CE" w14:textId="77777777" w:rsidR="003B3005" w:rsidRDefault="00000000">
            <w:pPr>
              <w:spacing w:line="240" w:lineRule="auto"/>
              <w:jc w:val="center"/>
            </w:pPr>
            <w:r>
              <w:rPr>
                <w:sz w:val="15"/>
              </w:rPr>
              <w:t>1.8768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2B3076" w14:textId="77777777" w:rsidR="003B3005" w:rsidRDefault="00000000">
            <w:pPr>
              <w:spacing w:line="240" w:lineRule="auto"/>
              <w:jc w:val="center"/>
            </w:pPr>
            <w:r>
              <w:rPr>
                <w:sz w:val="15"/>
              </w:rPr>
              <w:t>1.7928 to 1.9642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EEE48E" w14:textId="77777777" w:rsidR="003B3005" w:rsidRDefault="00000000">
            <w:pPr>
              <w:spacing w:line="240" w:lineRule="auto"/>
              <w:jc w:val="center"/>
            </w:pPr>
            <w:r>
              <w:rPr>
                <w:sz w:val="15"/>
              </w:rPr>
              <w:t>0.0433</w:t>
            </w:r>
          </w:p>
        </w:tc>
      </w:tr>
      <w:tr w:rsidR="003B3005" w14:paraId="3CB70DF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212F65"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243898" w14:textId="77777777" w:rsidR="003B3005" w:rsidRDefault="00000000">
            <w:pPr>
              <w:spacing w:line="240" w:lineRule="auto"/>
              <w:jc w:val="center"/>
            </w:pPr>
            <w:r>
              <w:rPr>
                <w:sz w:val="15"/>
              </w:rPr>
              <w:t>1999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9BDF49" w14:textId="77777777" w:rsidR="003B3005" w:rsidRDefault="00000000">
            <w:pPr>
              <w:spacing w:line="240" w:lineRule="auto"/>
              <w:jc w:val="center"/>
            </w:pPr>
            <w:r>
              <w:rPr>
                <w:sz w:val="15"/>
              </w:rPr>
              <w:t>177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D1B29B" w14:textId="77777777" w:rsidR="003B3005" w:rsidRDefault="00000000">
            <w:pPr>
              <w:spacing w:line="240" w:lineRule="auto"/>
              <w:jc w:val="center"/>
            </w:pPr>
            <w:r>
              <w:rPr>
                <w:sz w:val="15"/>
              </w:rPr>
              <w:t>39373038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BDE243" w14:textId="77777777" w:rsidR="003B3005" w:rsidRDefault="00000000">
            <w:pPr>
              <w:spacing w:line="240" w:lineRule="auto"/>
              <w:jc w:val="center"/>
            </w:pPr>
            <w:r>
              <w:rPr>
                <w:sz w:val="15"/>
              </w:rPr>
              <w:t>0.4868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9E0B38" w14:textId="77777777" w:rsidR="003B3005" w:rsidRDefault="00000000">
            <w:pPr>
              <w:spacing w:line="240" w:lineRule="auto"/>
              <w:jc w:val="center"/>
            </w:pPr>
            <w:r>
              <w:rPr>
                <w:sz w:val="15"/>
              </w:rPr>
              <w:t>0.4150 to 0.5586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2125E2" w14:textId="77777777" w:rsidR="003B3005" w:rsidRDefault="00000000">
            <w:pPr>
              <w:spacing w:line="240" w:lineRule="auto"/>
              <w:jc w:val="center"/>
            </w:pPr>
            <w:r>
              <w:rPr>
                <w:sz w:val="15"/>
              </w:rPr>
              <w:t>0.0366</w:t>
            </w:r>
          </w:p>
        </w:tc>
      </w:tr>
      <w:tr w:rsidR="003B3005" w14:paraId="4FECB4C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9FA5C7"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A7B675" w14:textId="77777777" w:rsidR="003B3005" w:rsidRDefault="00000000">
            <w:pPr>
              <w:spacing w:line="240" w:lineRule="auto"/>
              <w:jc w:val="center"/>
            </w:pPr>
            <w:r>
              <w:rPr>
                <w:sz w:val="15"/>
              </w:rPr>
              <w:t>2000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0F8751" w14:textId="77777777" w:rsidR="003B3005" w:rsidRDefault="00000000">
            <w:pPr>
              <w:spacing w:line="240" w:lineRule="auto"/>
              <w:jc w:val="center"/>
            </w:pPr>
            <w:r>
              <w:rPr>
                <w:sz w:val="15"/>
              </w:rPr>
              <w:t>210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C6D59D" w14:textId="77777777" w:rsidR="003B3005" w:rsidRDefault="00000000">
            <w:pPr>
              <w:spacing w:line="240" w:lineRule="auto"/>
              <w:jc w:val="center"/>
            </w:pPr>
            <w:r>
              <w:rPr>
                <w:sz w:val="15"/>
              </w:rPr>
              <w:t>39847571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FDC1CD" w14:textId="77777777" w:rsidR="003B3005" w:rsidRDefault="00000000">
            <w:pPr>
              <w:spacing w:line="240" w:lineRule="auto"/>
              <w:jc w:val="center"/>
            </w:pPr>
            <w:r>
              <w:rPr>
                <w:sz w:val="15"/>
              </w:rPr>
              <w:t>0.5647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00A02E" w14:textId="77777777" w:rsidR="003B3005" w:rsidRDefault="00000000">
            <w:pPr>
              <w:spacing w:line="240" w:lineRule="auto"/>
              <w:jc w:val="center"/>
            </w:pPr>
            <w:r>
              <w:rPr>
                <w:sz w:val="15"/>
              </w:rPr>
              <w:t>0.4882 to 0.6413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0DBBDB" w14:textId="77777777" w:rsidR="003B3005" w:rsidRDefault="00000000">
            <w:pPr>
              <w:spacing w:line="240" w:lineRule="auto"/>
              <w:jc w:val="center"/>
            </w:pPr>
            <w:r>
              <w:rPr>
                <w:sz w:val="15"/>
              </w:rPr>
              <w:t>0.0391</w:t>
            </w:r>
          </w:p>
        </w:tc>
      </w:tr>
      <w:tr w:rsidR="003B3005" w14:paraId="5B4FF2F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DFDF34"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82AE7A" w14:textId="77777777" w:rsidR="003B3005" w:rsidRDefault="00000000">
            <w:pPr>
              <w:spacing w:line="240" w:lineRule="auto"/>
              <w:jc w:val="center"/>
            </w:pPr>
            <w:r>
              <w:rPr>
                <w:sz w:val="15"/>
              </w:rPr>
              <w:t>2001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6C36F7" w14:textId="77777777" w:rsidR="003B3005" w:rsidRDefault="00000000">
            <w:pPr>
              <w:spacing w:line="240" w:lineRule="auto"/>
              <w:jc w:val="center"/>
            </w:pPr>
            <w:r>
              <w:rPr>
                <w:sz w:val="15"/>
              </w:rPr>
              <w:t>205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8587DC" w14:textId="77777777" w:rsidR="003B3005" w:rsidRDefault="00000000">
            <w:pPr>
              <w:spacing w:line="240" w:lineRule="auto"/>
              <w:jc w:val="center"/>
            </w:pPr>
            <w:r>
              <w:rPr>
                <w:sz w:val="15"/>
              </w:rPr>
              <w:t>40661876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B9CC81" w14:textId="77777777" w:rsidR="003B3005" w:rsidRDefault="00000000">
            <w:pPr>
              <w:spacing w:line="240" w:lineRule="auto"/>
              <w:jc w:val="center"/>
            </w:pPr>
            <w:r>
              <w:rPr>
                <w:sz w:val="15"/>
              </w:rPr>
              <w:t>0.5200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E73293" w14:textId="77777777" w:rsidR="003B3005" w:rsidRDefault="00000000">
            <w:pPr>
              <w:spacing w:line="240" w:lineRule="auto"/>
              <w:jc w:val="center"/>
            </w:pPr>
            <w:r>
              <w:rPr>
                <w:sz w:val="15"/>
              </w:rPr>
              <w:t>0.4485 to 0.5915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8C16B5" w14:textId="77777777" w:rsidR="003B3005" w:rsidRDefault="00000000">
            <w:pPr>
              <w:spacing w:line="240" w:lineRule="auto"/>
              <w:jc w:val="center"/>
            </w:pPr>
            <w:r>
              <w:rPr>
                <w:sz w:val="15"/>
              </w:rPr>
              <w:t>0.0365</w:t>
            </w:r>
          </w:p>
        </w:tc>
      </w:tr>
      <w:tr w:rsidR="003B3005" w14:paraId="6CE263C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281BE9"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C38600" w14:textId="77777777" w:rsidR="003B3005" w:rsidRDefault="00000000">
            <w:pPr>
              <w:spacing w:line="240" w:lineRule="auto"/>
              <w:jc w:val="center"/>
            </w:pPr>
            <w:r>
              <w:rPr>
                <w:sz w:val="15"/>
              </w:rPr>
              <w:t>2002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F864FE" w14:textId="77777777" w:rsidR="003B3005" w:rsidRDefault="00000000">
            <w:pPr>
              <w:spacing w:line="240" w:lineRule="auto"/>
              <w:jc w:val="center"/>
            </w:pPr>
            <w:r>
              <w:rPr>
                <w:sz w:val="15"/>
              </w:rPr>
              <w:t>237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4770EA" w14:textId="77777777" w:rsidR="003B3005" w:rsidRDefault="00000000">
            <w:pPr>
              <w:spacing w:line="240" w:lineRule="auto"/>
              <w:jc w:val="center"/>
            </w:pPr>
            <w:r>
              <w:rPr>
                <w:sz w:val="15"/>
              </w:rPr>
              <w:t>41294037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C39899" w14:textId="77777777" w:rsidR="003B3005" w:rsidRDefault="00000000">
            <w:pPr>
              <w:spacing w:line="240" w:lineRule="auto"/>
              <w:jc w:val="center"/>
            </w:pPr>
            <w:r>
              <w:rPr>
                <w:sz w:val="15"/>
              </w:rPr>
              <w:t>0.6085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C20C63" w14:textId="77777777" w:rsidR="003B3005" w:rsidRDefault="00000000">
            <w:pPr>
              <w:spacing w:line="240" w:lineRule="auto"/>
              <w:jc w:val="center"/>
            </w:pPr>
            <w:r>
              <w:rPr>
                <w:sz w:val="15"/>
              </w:rPr>
              <w:t>0.5309 to 0.6862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61ED88" w14:textId="77777777" w:rsidR="003B3005" w:rsidRDefault="00000000">
            <w:pPr>
              <w:spacing w:line="240" w:lineRule="auto"/>
              <w:jc w:val="center"/>
            </w:pPr>
            <w:r>
              <w:rPr>
                <w:sz w:val="15"/>
              </w:rPr>
              <w:t>0.0396</w:t>
            </w:r>
          </w:p>
        </w:tc>
      </w:tr>
      <w:tr w:rsidR="003B3005" w14:paraId="0148179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19E2CB"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1E4D01" w14:textId="77777777" w:rsidR="003B3005" w:rsidRDefault="00000000">
            <w:pPr>
              <w:spacing w:line="240" w:lineRule="auto"/>
              <w:jc w:val="center"/>
            </w:pPr>
            <w:r>
              <w:rPr>
                <w:sz w:val="15"/>
              </w:rPr>
              <w:t>2003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7CEF3D" w14:textId="77777777" w:rsidR="003B3005" w:rsidRDefault="00000000">
            <w:pPr>
              <w:spacing w:line="240" w:lineRule="auto"/>
              <w:jc w:val="center"/>
            </w:pPr>
            <w:r>
              <w:rPr>
                <w:sz w:val="15"/>
              </w:rPr>
              <w:t>297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F2C2C3" w14:textId="77777777" w:rsidR="003B3005" w:rsidRDefault="00000000">
            <w:pPr>
              <w:spacing w:line="240" w:lineRule="auto"/>
              <w:jc w:val="center"/>
            </w:pPr>
            <w:r>
              <w:rPr>
                <w:sz w:val="15"/>
              </w:rPr>
              <w:t>41903467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26973F" w14:textId="77777777" w:rsidR="003B3005" w:rsidRDefault="00000000">
            <w:pPr>
              <w:spacing w:line="240" w:lineRule="auto"/>
              <w:jc w:val="center"/>
            </w:pPr>
            <w:r>
              <w:rPr>
                <w:sz w:val="15"/>
              </w:rPr>
              <w:t>0.7045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850EA7" w14:textId="77777777" w:rsidR="003B3005" w:rsidRDefault="00000000">
            <w:pPr>
              <w:spacing w:line="240" w:lineRule="auto"/>
              <w:jc w:val="center"/>
            </w:pPr>
            <w:r>
              <w:rPr>
                <w:sz w:val="15"/>
              </w:rPr>
              <w:t>0.6241 to 0.7850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8FCA14" w14:textId="77777777" w:rsidR="003B3005" w:rsidRDefault="00000000">
            <w:pPr>
              <w:spacing w:line="240" w:lineRule="auto"/>
              <w:jc w:val="center"/>
            </w:pPr>
            <w:r>
              <w:rPr>
                <w:sz w:val="15"/>
              </w:rPr>
              <w:t>0.0411</w:t>
            </w:r>
          </w:p>
        </w:tc>
      </w:tr>
      <w:tr w:rsidR="003B3005" w14:paraId="171F82A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BDC9C8"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F2D3E7" w14:textId="77777777" w:rsidR="003B3005" w:rsidRDefault="00000000">
            <w:pPr>
              <w:spacing w:line="240" w:lineRule="auto"/>
              <w:jc w:val="center"/>
            </w:pPr>
            <w:r>
              <w:rPr>
                <w:sz w:val="15"/>
              </w:rPr>
              <w:t>2004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B8067B" w14:textId="77777777" w:rsidR="003B3005" w:rsidRDefault="00000000">
            <w:pPr>
              <w:spacing w:line="240" w:lineRule="auto"/>
              <w:jc w:val="center"/>
            </w:pPr>
            <w:r>
              <w:rPr>
                <w:sz w:val="15"/>
              </w:rPr>
              <w:t>287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DD740C" w14:textId="77777777" w:rsidR="003B3005" w:rsidRDefault="00000000">
            <w:pPr>
              <w:spacing w:line="240" w:lineRule="auto"/>
              <w:jc w:val="center"/>
            </w:pPr>
            <w:r>
              <w:rPr>
                <w:sz w:val="15"/>
              </w:rPr>
              <w:t>42568500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B9E89E" w14:textId="77777777" w:rsidR="003B3005" w:rsidRDefault="00000000">
            <w:pPr>
              <w:spacing w:line="240" w:lineRule="auto"/>
              <w:jc w:val="center"/>
            </w:pPr>
            <w:r>
              <w:rPr>
                <w:sz w:val="15"/>
              </w:rPr>
              <w:t>0.6659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1DE3C5" w14:textId="77777777" w:rsidR="003B3005" w:rsidRDefault="00000000">
            <w:pPr>
              <w:spacing w:line="240" w:lineRule="auto"/>
              <w:jc w:val="center"/>
            </w:pPr>
            <w:r>
              <w:rPr>
                <w:sz w:val="15"/>
              </w:rPr>
              <w:t>0.5885 to 0.7432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B7C579" w14:textId="77777777" w:rsidR="003B3005" w:rsidRDefault="00000000">
            <w:pPr>
              <w:spacing w:line="240" w:lineRule="auto"/>
              <w:jc w:val="center"/>
            </w:pPr>
            <w:r>
              <w:rPr>
                <w:sz w:val="15"/>
              </w:rPr>
              <w:t>0.0394</w:t>
            </w:r>
          </w:p>
        </w:tc>
      </w:tr>
      <w:tr w:rsidR="003B3005" w14:paraId="659D420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E5313E"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9EDDCF" w14:textId="77777777" w:rsidR="003B3005" w:rsidRDefault="00000000">
            <w:pPr>
              <w:spacing w:line="240" w:lineRule="auto"/>
              <w:jc w:val="center"/>
            </w:pPr>
            <w:r>
              <w:rPr>
                <w:sz w:val="15"/>
              </w:rPr>
              <w:t>2005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B01036" w14:textId="77777777" w:rsidR="003B3005" w:rsidRDefault="00000000">
            <w:pPr>
              <w:spacing w:line="240" w:lineRule="auto"/>
              <w:jc w:val="center"/>
            </w:pPr>
            <w:r>
              <w:rPr>
                <w:sz w:val="15"/>
              </w:rPr>
              <w:t>286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6AC26E" w14:textId="77777777" w:rsidR="003B3005" w:rsidRDefault="00000000">
            <w:pPr>
              <w:spacing w:line="240" w:lineRule="auto"/>
              <w:jc w:val="center"/>
            </w:pPr>
            <w:r>
              <w:rPr>
                <w:sz w:val="15"/>
              </w:rPr>
              <w:t>43291979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B1D57F" w14:textId="77777777" w:rsidR="003B3005" w:rsidRDefault="00000000">
            <w:pPr>
              <w:spacing w:line="240" w:lineRule="auto"/>
              <w:jc w:val="center"/>
            </w:pPr>
            <w:r>
              <w:rPr>
                <w:sz w:val="15"/>
              </w:rPr>
              <w:t>0.6566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583350" w14:textId="77777777" w:rsidR="003B3005" w:rsidRDefault="00000000">
            <w:pPr>
              <w:spacing w:line="240" w:lineRule="auto"/>
              <w:jc w:val="center"/>
            </w:pPr>
            <w:r>
              <w:rPr>
                <w:sz w:val="15"/>
              </w:rPr>
              <w:t>0.5802 to 0.7330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B57D85" w14:textId="77777777" w:rsidR="003B3005" w:rsidRDefault="00000000">
            <w:pPr>
              <w:spacing w:line="240" w:lineRule="auto"/>
              <w:jc w:val="center"/>
            </w:pPr>
            <w:r>
              <w:rPr>
                <w:sz w:val="15"/>
              </w:rPr>
              <w:t>0.0390</w:t>
            </w:r>
          </w:p>
        </w:tc>
      </w:tr>
      <w:tr w:rsidR="003B3005" w14:paraId="4FEE671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FA601A"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45BEAF" w14:textId="77777777" w:rsidR="003B3005" w:rsidRDefault="00000000">
            <w:pPr>
              <w:spacing w:line="240" w:lineRule="auto"/>
              <w:jc w:val="center"/>
            </w:pPr>
            <w:r>
              <w:rPr>
                <w:sz w:val="15"/>
              </w:rPr>
              <w:t>2006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B0EF00" w14:textId="77777777" w:rsidR="003B3005" w:rsidRDefault="00000000">
            <w:pPr>
              <w:spacing w:line="240" w:lineRule="auto"/>
              <w:jc w:val="center"/>
            </w:pPr>
            <w:r>
              <w:rPr>
                <w:sz w:val="15"/>
              </w:rPr>
              <w:t>347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CDD261" w14:textId="77777777" w:rsidR="003B3005" w:rsidRDefault="00000000">
            <w:pPr>
              <w:spacing w:line="240" w:lineRule="auto"/>
              <w:jc w:val="center"/>
            </w:pPr>
            <w:r>
              <w:rPr>
                <w:sz w:val="15"/>
              </w:rPr>
              <w:t>44054536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0CA4FD" w14:textId="77777777" w:rsidR="003B3005" w:rsidRDefault="00000000">
            <w:pPr>
              <w:spacing w:line="240" w:lineRule="auto"/>
              <w:jc w:val="center"/>
            </w:pPr>
            <w:r>
              <w:rPr>
                <w:sz w:val="15"/>
              </w:rPr>
              <w:t>0.8025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2237E7" w14:textId="77777777" w:rsidR="003B3005" w:rsidRDefault="00000000">
            <w:pPr>
              <w:spacing w:line="240" w:lineRule="auto"/>
              <w:jc w:val="center"/>
            </w:pPr>
            <w:r>
              <w:rPr>
                <w:sz w:val="15"/>
              </w:rPr>
              <w:t>0.7175 to 0.8874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C78963" w14:textId="77777777" w:rsidR="003B3005" w:rsidRDefault="00000000">
            <w:pPr>
              <w:spacing w:line="240" w:lineRule="auto"/>
              <w:jc w:val="center"/>
            </w:pPr>
            <w:r>
              <w:rPr>
                <w:sz w:val="15"/>
              </w:rPr>
              <w:t>0.0433</w:t>
            </w:r>
          </w:p>
        </w:tc>
      </w:tr>
      <w:tr w:rsidR="003B3005" w14:paraId="0F697C3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F5CC2E"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A6A69F" w14:textId="77777777" w:rsidR="003B3005" w:rsidRDefault="00000000">
            <w:pPr>
              <w:spacing w:line="240" w:lineRule="auto"/>
              <w:jc w:val="center"/>
            </w:pPr>
            <w:r>
              <w:rPr>
                <w:sz w:val="15"/>
              </w:rPr>
              <w:t>2007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531E84" w14:textId="77777777" w:rsidR="003B3005" w:rsidRDefault="00000000">
            <w:pPr>
              <w:spacing w:line="240" w:lineRule="auto"/>
              <w:jc w:val="center"/>
            </w:pPr>
            <w:r>
              <w:rPr>
                <w:sz w:val="15"/>
              </w:rPr>
              <w:t>365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C6986D" w14:textId="77777777" w:rsidR="003B3005" w:rsidRDefault="00000000">
            <w:pPr>
              <w:spacing w:line="240" w:lineRule="auto"/>
              <w:jc w:val="center"/>
            </w:pPr>
            <w:r>
              <w:rPr>
                <w:sz w:val="15"/>
              </w:rPr>
              <w:t>44745606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D26BB5" w14:textId="77777777" w:rsidR="003B3005" w:rsidRDefault="00000000">
            <w:pPr>
              <w:spacing w:line="240" w:lineRule="auto"/>
              <w:jc w:val="center"/>
            </w:pPr>
            <w:r>
              <w:rPr>
                <w:sz w:val="15"/>
              </w:rPr>
              <w:t>0.7845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7ADDFE" w14:textId="77777777" w:rsidR="003B3005" w:rsidRDefault="00000000">
            <w:pPr>
              <w:spacing w:line="240" w:lineRule="auto"/>
              <w:jc w:val="center"/>
            </w:pPr>
            <w:r>
              <w:rPr>
                <w:sz w:val="15"/>
              </w:rPr>
              <w:t>0.7033 to 0.8657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A307A8" w14:textId="77777777" w:rsidR="003B3005" w:rsidRDefault="00000000">
            <w:pPr>
              <w:spacing w:line="240" w:lineRule="auto"/>
              <w:jc w:val="center"/>
            </w:pPr>
            <w:r>
              <w:rPr>
                <w:sz w:val="15"/>
              </w:rPr>
              <w:t>0.0414</w:t>
            </w:r>
          </w:p>
        </w:tc>
      </w:tr>
      <w:tr w:rsidR="003B3005" w14:paraId="6CF79D7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CF460F"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BFA5DD" w14:textId="77777777" w:rsidR="003B3005" w:rsidRDefault="00000000">
            <w:pPr>
              <w:spacing w:line="240" w:lineRule="auto"/>
              <w:jc w:val="center"/>
            </w:pPr>
            <w:r>
              <w:rPr>
                <w:sz w:val="15"/>
              </w:rPr>
              <w:t>2008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4ABECA" w14:textId="77777777" w:rsidR="003B3005" w:rsidRDefault="00000000">
            <w:pPr>
              <w:spacing w:line="240" w:lineRule="auto"/>
              <w:jc w:val="center"/>
            </w:pPr>
            <w:r>
              <w:rPr>
                <w:sz w:val="15"/>
              </w:rPr>
              <w:t>385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862B5E" w14:textId="77777777" w:rsidR="003B3005" w:rsidRDefault="00000000">
            <w:pPr>
              <w:spacing w:line="240" w:lineRule="auto"/>
              <w:jc w:val="center"/>
            </w:pPr>
            <w:r>
              <w:rPr>
                <w:sz w:val="15"/>
              </w:rPr>
              <w:t>45462708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3A82C7" w14:textId="77777777" w:rsidR="003B3005" w:rsidRDefault="00000000">
            <w:pPr>
              <w:spacing w:line="240" w:lineRule="auto"/>
              <w:jc w:val="center"/>
            </w:pPr>
            <w:r>
              <w:rPr>
                <w:sz w:val="15"/>
              </w:rPr>
              <w:t>0.8249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B7C6A9" w14:textId="77777777" w:rsidR="003B3005" w:rsidRDefault="00000000">
            <w:pPr>
              <w:spacing w:line="240" w:lineRule="auto"/>
              <w:jc w:val="center"/>
            </w:pPr>
            <w:r>
              <w:rPr>
                <w:sz w:val="15"/>
              </w:rPr>
              <w:t>0.7419 to 0.9080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4D2E57" w14:textId="77777777" w:rsidR="003B3005" w:rsidRDefault="00000000">
            <w:pPr>
              <w:spacing w:line="240" w:lineRule="auto"/>
              <w:jc w:val="center"/>
            </w:pPr>
            <w:r>
              <w:rPr>
                <w:sz w:val="15"/>
              </w:rPr>
              <w:t>0.0424</w:t>
            </w:r>
          </w:p>
        </w:tc>
      </w:tr>
      <w:tr w:rsidR="003B3005" w14:paraId="71DB311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61B519"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6D877B" w14:textId="77777777" w:rsidR="003B3005" w:rsidRDefault="00000000">
            <w:pPr>
              <w:spacing w:line="240" w:lineRule="auto"/>
              <w:jc w:val="center"/>
            </w:pPr>
            <w:r>
              <w:rPr>
                <w:sz w:val="15"/>
              </w:rPr>
              <w:t>2009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F335D9" w14:textId="77777777" w:rsidR="003B3005" w:rsidRDefault="00000000">
            <w:pPr>
              <w:spacing w:line="240" w:lineRule="auto"/>
              <w:jc w:val="center"/>
            </w:pPr>
            <w:r>
              <w:rPr>
                <w:sz w:val="15"/>
              </w:rPr>
              <w:t>420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65C091" w14:textId="77777777" w:rsidR="003B3005" w:rsidRDefault="00000000">
            <w:pPr>
              <w:spacing w:line="240" w:lineRule="auto"/>
              <w:jc w:val="center"/>
            </w:pPr>
            <w:r>
              <w:rPr>
                <w:sz w:val="15"/>
              </w:rPr>
              <w:t>46160829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994263" w14:textId="77777777" w:rsidR="003B3005" w:rsidRDefault="00000000">
            <w:pPr>
              <w:spacing w:line="240" w:lineRule="auto"/>
              <w:jc w:val="center"/>
            </w:pPr>
            <w:r>
              <w:rPr>
                <w:sz w:val="15"/>
              </w:rPr>
              <w:t>0.9103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947CED" w14:textId="77777777" w:rsidR="003B3005" w:rsidRDefault="00000000">
            <w:pPr>
              <w:spacing w:line="240" w:lineRule="auto"/>
              <w:jc w:val="center"/>
            </w:pPr>
            <w:r>
              <w:rPr>
                <w:sz w:val="15"/>
              </w:rPr>
              <w:t>0.8221 to 0.9985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8942FA" w14:textId="77777777" w:rsidR="003B3005" w:rsidRDefault="00000000">
            <w:pPr>
              <w:spacing w:line="240" w:lineRule="auto"/>
              <w:jc w:val="center"/>
            </w:pPr>
            <w:r>
              <w:rPr>
                <w:sz w:val="15"/>
              </w:rPr>
              <w:t>0.0450</w:t>
            </w:r>
          </w:p>
        </w:tc>
      </w:tr>
      <w:tr w:rsidR="003B3005" w14:paraId="6772192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F7D32C"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6CE3ED" w14:textId="77777777" w:rsidR="003B3005" w:rsidRDefault="00000000">
            <w:pPr>
              <w:spacing w:line="240" w:lineRule="auto"/>
              <w:jc w:val="center"/>
            </w:pPr>
            <w:r>
              <w:rPr>
                <w:sz w:val="15"/>
              </w:rPr>
              <w:t>2010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70C3A0" w14:textId="77777777" w:rsidR="003B3005" w:rsidRDefault="00000000">
            <w:pPr>
              <w:spacing w:line="240" w:lineRule="auto"/>
              <w:jc w:val="center"/>
            </w:pPr>
            <w:r>
              <w:rPr>
                <w:sz w:val="15"/>
              </w:rPr>
              <w:t>462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0DD632" w14:textId="77777777" w:rsidR="003B3005" w:rsidRDefault="00000000">
            <w:pPr>
              <w:spacing w:line="240" w:lineRule="auto"/>
              <w:jc w:val="center"/>
            </w:pPr>
            <w:r>
              <w:rPr>
                <w:sz w:val="15"/>
              </w:rPr>
              <w:t>46680404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DF2CC9" w14:textId="77777777" w:rsidR="003B3005" w:rsidRDefault="00000000">
            <w:pPr>
              <w:spacing w:line="240" w:lineRule="auto"/>
              <w:jc w:val="center"/>
            </w:pPr>
            <w:r>
              <w:rPr>
                <w:sz w:val="15"/>
              </w:rPr>
              <w:t>0.9787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C5CECB" w14:textId="77777777" w:rsidR="003B3005" w:rsidRDefault="00000000">
            <w:pPr>
              <w:spacing w:line="240" w:lineRule="auto"/>
              <w:jc w:val="center"/>
            </w:pPr>
            <w:r>
              <w:rPr>
                <w:sz w:val="15"/>
              </w:rPr>
              <w:t>0.8881 to 1.0693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9B2F4C" w14:textId="77777777" w:rsidR="003B3005" w:rsidRDefault="00000000">
            <w:pPr>
              <w:spacing w:line="240" w:lineRule="auto"/>
              <w:jc w:val="center"/>
            </w:pPr>
            <w:r>
              <w:rPr>
                <w:sz w:val="15"/>
              </w:rPr>
              <w:t>0.0462</w:t>
            </w:r>
          </w:p>
        </w:tc>
      </w:tr>
      <w:tr w:rsidR="003B3005" w14:paraId="19FCEDF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3BBCE5"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CA5ADB" w14:textId="77777777" w:rsidR="003B3005" w:rsidRDefault="00000000">
            <w:pPr>
              <w:spacing w:line="240" w:lineRule="auto"/>
              <w:jc w:val="center"/>
            </w:pPr>
            <w:r>
              <w:rPr>
                <w:sz w:val="15"/>
              </w:rPr>
              <w:t>2011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0C7034" w14:textId="77777777" w:rsidR="003B3005" w:rsidRDefault="00000000">
            <w:pPr>
              <w:spacing w:line="240" w:lineRule="auto"/>
              <w:jc w:val="center"/>
            </w:pPr>
            <w:r>
              <w:rPr>
                <w:sz w:val="15"/>
              </w:rPr>
              <w:t>539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396345" w14:textId="77777777" w:rsidR="003B3005" w:rsidRDefault="00000000">
            <w:pPr>
              <w:spacing w:line="240" w:lineRule="auto"/>
              <w:jc w:val="center"/>
            </w:pPr>
            <w:r>
              <w:rPr>
                <w:sz w:val="15"/>
              </w:rPr>
              <w:t>47494551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A20284" w14:textId="77777777" w:rsidR="003B3005" w:rsidRDefault="00000000">
            <w:pPr>
              <w:spacing w:line="240" w:lineRule="auto"/>
              <w:jc w:val="center"/>
            </w:pPr>
            <w:r>
              <w:rPr>
                <w:sz w:val="15"/>
              </w:rPr>
              <w:t>1.0697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47617D" w14:textId="77777777" w:rsidR="003B3005" w:rsidRDefault="00000000">
            <w:pPr>
              <w:spacing w:line="240" w:lineRule="auto"/>
              <w:jc w:val="center"/>
            </w:pPr>
            <w:r>
              <w:rPr>
                <w:sz w:val="15"/>
              </w:rPr>
              <w:t>0.9780 to 1.1614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73C296" w14:textId="77777777" w:rsidR="003B3005" w:rsidRDefault="00000000">
            <w:pPr>
              <w:spacing w:line="240" w:lineRule="auto"/>
              <w:jc w:val="center"/>
            </w:pPr>
            <w:r>
              <w:rPr>
                <w:sz w:val="15"/>
              </w:rPr>
              <w:t>0.0468</w:t>
            </w:r>
          </w:p>
        </w:tc>
      </w:tr>
      <w:tr w:rsidR="003B3005" w14:paraId="43D00E9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416DFA"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24DC79" w14:textId="77777777" w:rsidR="003B3005" w:rsidRDefault="00000000">
            <w:pPr>
              <w:spacing w:line="240" w:lineRule="auto"/>
              <w:jc w:val="center"/>
            </w:pPr>
            <w:r>
              <w:rPr>
                <w:sz w:val="15"/>
              </w:rPr>
              <w:t>2012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2AE0D4" w14:textId="77777777" w:rsidR="003B3005" w:rsidRDefault="00000000">
            <w:pPr>
              <w:spacing w:line="240" w:lineRule="auto"/>
              <w:jc w:val="center"/>
            </w:pPr>
            <w:r>
              <w:rPr>
                <w:sz w:val="15"/>
              </w:rPr>
              <w:t>485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FFFACE" w14:textId="77777777" w:rsidR="003B3005" w:rsidRDefault="00000000">
            <w:pPr>
              <w:spacing w:line="240" w:lineRule="auto"/>
              <w:jc w:val="center"/>
            </w:pPr>
            <w:r>
              <w:rPr>
                <w:sz w:val="15"/>
              </w:rPr>
              <w:t>48168390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45B037" w14:textId="77777777" w:rsidR="003B3005" w:rsidRDefault="00000000">
            <w:pPr>
              <w:spacing w:line="240" w:lineRule="auto"/>
              <w:jc w:val="center"/>
            </w:pPr>
            <w:r>
              <w:rPr>
                <w:sz w:val="15"/>
              </w:rPr>
              <w:t>0.9423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85FFBA" w14:textId="77777777" w:rsidR="003B3005" w:rsidRDefault="00000000">
            <w:pPr>
              <w:spacing w:line="240" w:lineRule="auto"/>
              <w:jc w:val="center"/>
            </w:pPr>
            <w:r>
              <w:rPr>
                <w:sz w:val="15"/>
              </w:rPr>
              <w:t>0.8573 to 1.0273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B062EF" w14:textId="77777777" w:rsidR="003B3005" w:rsidRDefault="00000000">
            <w:pPr>
              <w:spacing w:line="240" w:lineRule="auto"/>
              <w:jc w:val="center"/>
            </w:pPr>
            <w:r>
              <w:rPr>
                <w:sz w:val="15"/>
              </w:rPr>
              <w:t>0.0434</w:t>
            </w:r>
          </w:p>
        </w:tc>
      </w:tr>
      <w:tr w:rsidR="003B3005" w14:paraId="26F1B8C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CB9CCF"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4B6A4B" w14:textId="77777777" w:rsidR="003B3005" w:rsidRDefault="00000000">
            <w:pPr>
              <w:spacing w:line="240" w:lineRule="auto"/>
              <w:jc w:val="center"/>
            </w:pPr>
            <w:r>
              <w:rPr>
                <w:sz w:val="15"/>
              </w:rPr>
              <w:t>2013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39A8D2" w14:textId="77777777" w:rsidR="003B3005" w:rsidRDefault="00000000">
            <w:pPr>
              <w:spacing w:line="240" w:lineRule="auto"/>
              <w:jc w:val="center"/>
            </w:pPr>
            <w:r>
              <w:rPr>
                <w:sz w:val="15"/>
              </w:rPr>
              <w:t>522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0E5782" w14:textId="77777777" w:rsidR="003B3005" w:rsidRDefault="00000000">
            <w:pPr>
              <w:spacing w:line="240" w:lineRule="auto"/>
              <w:jc w:val="center"/>
            </w:pPr>
            <w:r>
              <w:rPr>
                <w:sz w:val="15"/>
              </w:rPr>
              <w:t>48863966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3FDA30" w14:textId="77777777" w:rsidR="003B3005" w:rsidRDefault="00000000">
            <w:pPr>
              <w:spacing w:line="240" w:lineRule="auto"/>
              <w:jc w:val="center"/>
            </w:pPr>
            <w:r>
              <w:rPr>
                <w:sz w:val="15"/>
              </w:rPr>
              <w:t>1.0024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A2339C" w14:textId="77777777" w:rsidR="003B3005" w:rsidRDefault="00000000">
            <w:pPr>
              <w:spacing w:line="240" w:lineRule="auto"/>
              <w:jc w:val="center"/>
            </w:pPr>
            <w:r>
              <w:rPr>
                <w:sz w:val="15"/>
              </w:rPr>
              <w:t>0.9150 to 1.0898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A2CF25" w14:textId="77777777" w:rsidR="003B3005" w:rsidRDefault="00000000">
            <w:pPr>
              <w:spacing w:line="240" w:lineRule="auto"/>
              <w:jc w:val="center"/>
            </w:pPr>
            <w:r>
              <w:rPr>
                <w:sz w:val="15"/>
              </w:rPr>
              <w:t>0.0446</w:t>
            </w:r>
          </w:p>
        </w:tc>
      </w:tr>
      <w:tr w:rsidR="003B3005" w14:paraId="3AFDDDF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4B5BB4"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09C9F4" w14:textId="77777777" w:rsidR="003B3005" w:rsidRDefault="00000000">
            <w:pPr>
              <w:spacing w:line="240" w:lineRule="auto"/>
              <w:jc w:val="center"/>
            </w:pPr>
            <w:r>
              <w:rPr>
                <w:sz w:val="15"/>
              </w:rPr>
              <w:t>2014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956D02" w14:textId="77777777" w:rsidR="003B3005" w:rsidRDefault="00000000">
            <w:pPr>
              <w:spacing w:line="240" w:lineRule="auto"/>
              <w:jc w:val="center"/>
            </w:pPr>
            <w:r>
              <w:rPr>
                <w:sz w:val="15"/>
              </w:rPr>
              <w:t>575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83B79F" w14:textId="77777777" w:rsidR="003B3005" w:rsidRDefault="00000000">
            <w:pPr>
              <w:spacing w:line="240" w:lineRule="auto"/>
              <w:jc w:val="center"/>
            </w:pPr>
            <w:r>
              <w:rPr>
                <w:sz w:val="15"/>
              </w:rPr>
              <w:t>49792770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283D0E" w14:textId="77777777" w:rsidR="003B3005" w:rsidRDefault="00000000">
            <w:pPr>
              <w:spacing w:line="240" w:lineRule="auto"/>
              <w:jc w:val="center"/>
            </w:pPr>
            <w:r>
              <w:rPr>
                <w:sz w:val="15"/>
              </w:rPr>
              <w:t>1.0743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BB2A4F" w14:textId="77777777" w:rsidR="003B3005" w:rsidRDefault="00000000">
            <w:pPr>
              <w:spacing w:line="240" w:lineRule="auto"/>
              <w:jc w:val="center"/>
            </w:pPr>
            <w:r>
              <w:rPr>
                <w:sz w:val="15"/>
              </w:rPr>
              <w:t>0.9851 to 1.1636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530BF1" w14:textId="77777777" w:rsidR="003B3005" w:rsidRDefault="00000000">
            <w:pPr>
              <w:spacing w:line="240" w:lineRule="auto"/>
              <w:jc w:val="center"/>
            </w:pPr>
            <w:r>
              <w:rPr>
                <w:sz w:val="15"/>
              </w:rPr>
              <w:t>0.0455</w:t>
            </w:r>
          </w:p>
        </w:tc>
      </w:tr>
      <w:tr w:rsidR="003B3005" w14:paraId="06BA664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391629"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13FD0A" w14:textId="77777777" w:rsidR="003B3005" w:rsidRDefault="00000000">
            <w:pPr>
              <w:spacing w:line="240" w:lineRule="auto"/>
              <w:jc w:val="center"/>
            </w:pPr>
            <w:r>
              <w:rPr>
                <w:sz w:val="15"/>
              </w:rPr>
              <w:t>2015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DF0973" w14:textId="77777777" w:rsidR="003B3005" w:rsidRDefault="00000000">
            <w:pPr>
              <w:spacing w:line="240" w:lineRule="auto"/>
              <w:jc w:val="center"/>
            </w:pPr>
            <w:r>
              <w:rPr>
                <w:sz w:val="15"/>
              </w:rPr>
              <w:t>648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7A700C" w14:textId="77777777" w:rsidR="003B3005" w:rsidRDefault="00000000">
            <w:pPr>
              <w:spacing w:line="240" w:lineRule="auto"/>
              <w:jc w:val="center"/>
            </w:pPr>
            <w:r>
              <w:rPr>
                <w:sz w:val="15"/>
              </w:rPr>
              <w:t>50698818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29578D" w14:textId="77777777" w:rsidR="003B3005" w:rsidRDefault="00000000">
            <w:pPr>
              <w:spacing w:line="240" w:lineRule="auto"/>
              <w:jc w:val="center"/>
            </w:pPr>
            <w:r>
              <w:rPr>
                <w:sz w:val="15"/>
              </w:rPr>
              <w:t>1.2054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1071DF" w14:textId="77777777" w:rsidR="003B3005" w:rsidRDefault="00000000">
            <w:pPr>
              <w:spacing w:line="240" w:lineRule="auto"/>
              <w:jc w:val="center"/>
            </w:pPr>
            <w:r>
              <w:rPr>
                <w:sz w:val="15"/>
              </w:rPr>
              <w:t>1.1106 to 1.3002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ED53F4" w14:textId="77777777" w:rsidR="003B3005" w:rsidRDefault="00000000">
            <w:pPr>
              <w:spacing w:line="240" w:lineRule="auto"/>
              <w:jc w:val="center"/>
            </w:pPr>
            <w:r>
              <w:rPr>
                <w:sz w:val="15"/>
              </w:rPr>
              <w:t>0.0484</w:t>
            </w:r>
          </w:p>
        </w:tc>
      </w:tr>
      <w:tr w:rsidR="003B3005" w14:paraId="2381196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F157FA"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C8EA89" w14:textId="77777777" w:rsidR="003B3005" w:rsidRDefault="00000000">
            <w:pPr>
              <w:spacing w:line="240" w:lineRule="auto"/>
              <w:jc w:val="center"/>
            </w:pPr>
            <w:r>
              <w:rPr>
                <w:sz w:val="15"/>
              </w:rPr>
              <w:t>2016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DA6601" w14:textId="77777777" w:rsidR="003B3005" w:rsidRDefault="00000000">
            <w:pPr>
              <w:spacing w:line="240" w:lineRule="auto"/>
              <w:jc w:val="center"/>
            </w:pPr>
            <w:r>
              <w:rPr>
                <w:sz w:val="15"/>
              </w:rPr>
              <w:t>688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882535" w14:textId="77777777" w:rsidR="003B3005" w:rsidRDefault="00000000">
            <w:pPr>
              <w:spacing w:line="240" w:lineRule="auto"/>
              <w:jc w:val="center"/>
            </w:pPr>
            <w:r>
              <w:rPr>
                <w:sz w:val="15"/>
              </w:rPr>
              <w:t>51393231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082ADD" w14:textId="77777777" w:rsidR="003B3005" w:rsidRDefault="00000000">
            <w:pPr>
              <w:spacing w:line="240" w:lineRule="auto"/>
              <w:jc w:val="center"/>
            </w:pPr>
            <w:r>
              <w:rPr>
                <w:sz w:val="15"/>
              </w:rPr>
              <w:t>1.2140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611423" w14:textId="77777777" w:rsidR="003B3005" w:rsidRDefault="00000000">
            <w:pPr>
              <w:spacing w:line="240" w:lineRule="auto"/>
              <w:jc w:val="center"/>
            </w:pPr>
            <w:r>
              <w:rPr>
                <w:sz w:val="15"/>
              </w:rPr>
              <w:t>1.1218 to 1.3061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4E50DE" w14:textId="77777777" w:rsidR="003B3005" w:rsidRDefault="00000000">
            <w:pPr>
              <w:spacing w:line="240" w:lineRule="auto"/>
              <w:jc w:val="center"/>
            </w:pPr>
            <w:r>
              <w:rPr>
                <w:sz w:val="15"/>
              </w:rPr>
              <w:t>0.0470</w:t>
            </w:r>
          </w:p>
        </w:tc>
      </w:tr>
      <w:tr w:rsidR="003B3005" w14:paraId="0E73182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B9876D"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8D1ABE" w14:textId="77777777" w:rsidR="003B3005" w:rsidRDefault="00000000">
            <w:pPr>
              <w:spacing w:line="240" w:lineRule="auto"/>
              <w:jc w:val="center"/>
            </w:pPr>
            <w:r>
              <w:rPr>
                <w:sz w:val="15"/>
              </w:rPr>
              <w:t>2017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47C311" w14:textId="77777777" w:rsidR="003B3005" w:rsidRDefault="00000000">
            <w:pPr>
              <w:spacing w:line="240" w:lineRule="auto"/>
              <w:jc w:val="center"/>
            </w:pPr>
            <w:r>
              <w:rPr>
                <w:sz w:val="15"/>
              </w:rPr>
              <w:t>677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132710" w14:textId="77777777" w:rsidR="003B3005" w:rsidRDefault="00000000">
            <w:pPr>
              <w:spacing w:line="240" w:lineRule="auto"/>
              <w:jc w:val="center"/>
            </w:pPr>
            <w:r>
              <w:rPr>
                <w:sz w:val="15"/>
              </w:rPr>
              <w:t>52227159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CE5A04" w14:textId="77777777" w:rsidR="003B3005" w:rsidRDefault="00000000">
            <w:pPr>
              <w:spacing w:line="240" w:lineRule="auto"/>
              <w:jc w:val="center"/>
            </w:pPr>
            <w:r>
              <w:rPr>
                <w:sz w:val="15"/>
              </w:rPr>
              <w:t>1.1710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604E0E" w14:textId="77777777" w:rsidR="003B3005" w:rsidRDefault="00000000">
            <w:pPr>
              <w:spacing w:line="240" w:lineRule="auto"/>
              <w:jc w:val="center"/>
            </w:pPr>
            <w:r>
              <w:rPr>
                <w:sz w:val="15"/>
              </w:rPr>
              <w:t>1.0809 to 1.2612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9F39A5" w14:textId="77777777" w:rsidR="003B3005" w:rsidRDefault="00000000">
            <w:pPr>
              <w:spacing w:line="240" w:lineRule="auto"/>
              <w:jc w:val="center"/>
            </w:pPr>
            <w:r>
              <w:rPr>
                <w:sz w:val="15"/>
              </w:rPr>
              <w:t>0.0460</w:t>
            </w:r>
          </w:p>
        </w:tc>
      </w:tr>
      <w:tr w:rsidR="003B3005" w14:paraId="129A8EC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726642"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C9E6DD" w14:textId="77777777" w:rsidR="003B3005" w:rsidRDefault="00000000">
            <w:pPr>
              <w:spacing w:line="240" w:lineRule="auto"/>
              <w:jc w:val="center"/>
            </w:pPr>
            <w:r>
              <w:rPr>
                <w:sz w:val="15"/>
              </w:rPr>
              <w:t>2018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AA93EA" w14:textId="77777777" w:rsidR="003B3005" w:rsidRDefault="00000000">
            <w:pPr>
              <w:spacing w:line="240" w:lineRule="auto"/>
              <w:jc w:val="center"/>
            </w:pPr>
            <w:r>
              <w:rPr>
                <w:sz w:val="15"/>
              </w:rPr>
              <w:t>688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F93394" w14:textId="77777777" w:rsidR="003B3005" w:rsidRDefault="00000000">
            <w:pPr>
              <w:spacing w:line="240" w:lineRule="auto"/>
              <w:jc w:val="center"/>
            </w:pPr>
            <w:r>
              <w:rPr>
                <w:sz w:val="15"/>
              </w:rPr>
              <w:t>52867078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3C77C1" w14:textId="77777777" w:rsidR="003B3005" w:rsidRDefault="00000000">
            <w:pPr>
              <w:spacing w:line="240" w:lineRule="auto"/>
              <w:jc w:val="center"/>
            </w:pPr>
            <w:r>
              <w:rPr>
                <w:sz w:val="15"/>
              </w:rPr>
              <w:t>1.2043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CAE96C" w14:textId="77777777" w:rsidR="003B3005" w:rsidRDefault="00000000">
            <w:pPr>
              <w:spacing w:line="240" w:lineRule="auto"/>
              <w:jc w:val="center"/>
            </w:pPr>
            <w:r>
              <w:rPr>
                <w:sz w:val="15"/>
              </w:rPr>
              <w:t>1.1127 to 1.2960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69CAEC" w14:textId="77777777" w:rsidR="003B3005" w:rsidRDefault="00000000">
            <w:pPr>
              <w:spacing w:line="240" w:lineRule="auto"/>
              <w:jc w:val="center"/>
            </w:pPr>
            <w:r>
              <w:rPr>
                <w:sz w:val="15"/>
              </w:rPr>
              <w:t>0.0467</w:t>
            </w:r>
          </w:p>
        </w:tc>
      </w:tr>
      <w:tr w:rsidR="003B3005" w14:paraId="49F5362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6480B2"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AA180A" w14:textId="77777777" w:rsidR="003B3005" w:rsidRDefault="00000000">
            <w:pPr>
              <w:spacing w:line="240" w:lineRule="auto"/>
              <w:jc w:val="center"/>
            </w:pPr>
            <w:r>
              <w:rPr>
                <w:sz w:val="15"/>
              </w:rPr>
              <w:t>2019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68F647" w14:textId="77777777" w:rsidR="003B3005" w:rsidRDefault="00000000">
            <w:pPr>
              <w:spacing w:line="240" w:lineRule="auto"/>
              <w:jc w:val="center"/>
            </w:pPr>
            <w:r>
              <w:rPr>
                <w:sz w:val="15"/>
              </w:rPr>
              <w:t>660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BCAF94" w14:textId="77777777" w:rsidR="003B3005" w:rsidRDefault="00000000">
            <w:pPr>
              <w:spacing w:line="240" w:lineRule="auto"/>
              <w:jc w:val="center"/>
            </w:pPr>
            <w:r>
              <w:rPr>
                <w:sz w:val="15"/>
              </w:rPr>
              <w:t>53403697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A87F12" w14:textId="77777777" w:rsidR="003B3005" w:rsidRDefault="00000000">
            <w:pPr>
              <w:spacing w:line="240" w:lineRule="auto"/>
              <w:jc w:val="center"/>
            </w:pPr>
            <w:r>
              <w:rPr>
                <w:sz w:val="15"/>
              </w:rPr>
              <w:t>1.1377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1F9D82" w14:textId="77777777" w:rsidR="003B3005" w:rsidRDefault="00000000">
            <w:pPr>
              <w:spacing w:line="240" w:lineRule="auto"/>
              <w:jc w:val="center"/>
            </w:pPr>
            <w:r>
              <w:rPr>
                <w:sz w:val="15"/>
              </w:rPr>
              <w:t>1.0488 to 1.2266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EA5CC1" w14:textId="77777777" w:rsidR="003B3005" w:rsidRDefault="00000000">
            <w:pPr>
              <w:spacing w:line="240" w:lineRule="auto"/>
              <w:jc w:val="center"/>
            </w:pPr>
            <w:r>
              <w:rPr>
                <w:sz w:val="15"/>
              </w:rPr>
              <w:t>0.0454</w:t>
            </w:r>
          </w:p>
        </w:tc>
      </w:tr>
      <w:tr w:rsidR="003B3005" w14:paraId="118B538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2B2812"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AD1355" w14:textId="77777777" w:rsidR="003B3005" w:rsidRDefault="00000000">
            <w:pPr>
              <w:spacing w:line="240" w:lineRule="auto"/>
              <w:jc w:val="center"/>
            </w:pPr>
            <w:r>
              <w:rPr>
                <w:sz w:val="15"/>
              </w:rPr>
              <w:t>2020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CB60B9" w14:textId="77777777" w:rsidR="003B3005" w:rsidRDefault="00000000">
            <w:pPr>
              <w:spacing w:line="240" w:lineRule="auto"/>
              <w:jc w:val="center"/>
            </w:pPr>
            <w:r>
              <w:rPr>
                <w:sz w:val="15"/>
              </w:rPr>
              <w:t>1301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4A5F91" w14:textId="77777777" w:rsidR="003B3005" w:rsidRDefault="00000000">
            <w:pPr>
              <w:spacing w:line="240" w:lineRule="auto"/>
              <w:jc w:val="center"/>
            </w:pPr>
            <w:r>
              <w:rPr>
                <w:sz w:val="15"/>
              </w:rPr>
              <w:t>53882971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4106A8" w14:textId="77777777" w:rsidR="003B3005" w:rsidRDefault="00000000">
            <w:pPr>
              <w:spacing w:line="240" w:lineRule="auto"/>
              <w:jc w:val="center"/>
            </w:pPr>
            <w:r>
              <w:rPr>
                <w:sz w:val="15"/>
              </w:rPr>
              <w:t>2.2299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A931B9" w14:textId="77777777" w:rsidR="003B3005" w:rsidRDefault="00000000">
            <w:pPr>
              <w:spacing w:line="240" w:lineRule="auto"/>
              <w:jc w:val="center"/>
            </w:pPr>
            <w:r>
              <w:rPr>
                <w:sz w:val="15"/>
              </w:rPr>
              <w:t>2.1059 to 2.3539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E5661E" w14:textId="77777777" w:rsidR="003B3005" w:rsidRDefault="00000000">
            <w:pPr>
              <w:spacing w:line="240" w:lineRule="auto"/>
              <w:jc w:val="center"/>
            </w:pPr>
            <w:r>
              <w:rPr>
                <w:sz w:val="15"/>
              </w:rPr>
              <w:t>0.0633</w:t>
            </w:r>
          </w:p>
        </w:tc>
      </w:tr>
      <w:tr w:rsidR="003B3005" w14:paraId="53350D0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115371"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BADC43" w14:textId="77777777" w:rsidR="003B3005" w:rsidRDefault="00000000">
            <w:pPr>
              <w:spacing w:line="240" w:lineRule="auto"/>
              <w:jc w:val="center"/>
            </w:pPr>
            <w:r>
              <w:rPr>
                <w:sz w:val="15"/>
              </w:rPr>
              <w:t>2021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A0B162" w14:textId="77777777" w:rsidR="003B3005" w:rsidRDefault="00000000">
            <w:pPr>
              <w:spacing w:line="240" w:lineRule="auto"/>
              <w:jc w:val="center"/>
            </w:pPr>
            <w:r>
              <w:rPr>
                <w:sz w:val="15"/>
              </w:rPr>
              <w:t>1878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C1DB89" w14:textId="77777777" w:rsidR="003B3005" w:rsidRDefault="00000000">
            <w:pPr>
              <w:spacing w:line="240" w:lineRule="auto"/>
              <w:jc w:val="center"/>
            </w:pPr>
            <w:r>
              <w:rPr>
                <w:sz w:val="15"/>
              </w:rPr>
              <w:t>53940744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0FF5ED" w14:textId="77777777" w:rsidR="003B3005" w:rsidRDefault="00000000">
            <w:pPr>
              <w:spacing w:line="240" w:lineRule="auto"/>
              <w:jc w:val="center"/>
            </w:pPr>
            <w:r>
              <w:rPr>
                <w:sz w:val="15"/>
              </w:rPr>
              <w:t>3.2440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5A792A" w14:textId="77777777" w:rsidR="003B3005" w:rsidRDefault="00000000">
            <w:pPr>
              <w:spacing w:line="240" w:lineRule="auto"/>
              <w:jc w:val="center"/>
            </w:pPr>
            <w:r>
              <w:rPr>
                <w:sz w:val="15"/>
              </w:rPr>
              <w:t>3.0955 to 3.3984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E70198" w14:textId="77777777" w:rsidR="003B3005" w:rsidRDefault="00000000">
            <w:pPr>
              <w:spacing w:line="240" w:lineRule="auto"/>
              <w:jc w:val="center"/>
            </w:pPr>
            <w:r>
              <w:rPr>
                <w:sz w:val="15"/>
              </w:rPr>
              <w:t>0.0767</w:t>
            </w:r>
          </w:p>
        </w:tc>
      </w:tr>
      <w:tr w:rsidR="003B3005" w14:paraId="2585BB6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423D42"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34D3C9" w14:textId="77777777" w:rsidR="003B3005" w:rsidRDefault="00000000">
            <w:pPr>
              <w:spacing w:line="240" w:lineRule="auto"/>
              <w:jc w:val="center"/>
            </w:pPr>
            <w:r>
              <w:rPr>
                <w:sz w:val="15"/>
              </w:rPr>
              <w:t>2022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AD9273" w14:textId="77777777" w:rsidR="003B3005" w:rsidRDefault="00000000">
            <w:pPr>
              <w:spacing w:line="240" w:lineRule="auto"/>
              <w:jc w:val="center"/>
            </w:pPr>
            <w:r>
              <w:rPr>
                <w:sz w:val="15"/>
              </w:rPr>
              <w:t>1331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D803BE" w14:textId="77777777" w:rsidR="003B3005" w:rsidRDefault="00000000">
            <w:pPr>
              <w:spacing w:line="240" w:lineRule="auto"/>
              <w:jc w:val="center"/>
            </w:pPr>
            <w:r>
              <w:rPr>
                <w:sz w:val="15"/>
              </w:rPr>
              <w:t>54153801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14722E" w14:textId="77777777" w:rsidR="003B3005" w:rsidRDefault="00000000">
            <w:pPr>
              <w:spacing w:line="240" w:lineRule="auto"/>
              <w:jc w:val="center"/>
            </w:pPr>
            <w:r>
              <w:rPr>
                <w:sz w:val="15"/>
              </w:rPr>
              <w:t>2.2058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6D2699" w14:textId="77777777" w:rsidR="003B3005" w:rsidRDefault="00000000">
            <w:pPr>
              <w:spacing w:line="240" w:lineRule="auto"/>
              <w:jc w:val="center"/>
            </w:pPr>
            <w:r>
              <w:rPr>
                <w:sz w:val="15"/>
              </w:rPr>
              <w:t>2.0848 to 2.3325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6EBE42" w14:textId="77777777" w:rsidR="003B3005" w:rsidRDefault="00000000">
            <w:pPr>
              <w:spacing w:line="240" w:lineRule="auto"/>
              <w:jc w:val="center"/>
            </w:pPr>
            <w:r>
              <w:rPr>
                <w:sz w:val="15"/>
              </w:rPr>
              <w:t>0.0626</w:t>
            </w:r>
          </w:p>
        </w:tc>
      </w:tr>
      <w:tr w:rsidR="003B3005" w14:paraId="1E67B98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740916"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8D4537" w14:textId="77777777" w:rsidR="003B3005" w:rsidRDefault="00000000">
            <w:pPr>
              <w:spacing w:line="240" w:lineRule="auto"/>
              <w:jc w:val="center"/>
            </w:pPr>
            <w:r>
              <w:rPr>
                <w:sz w:val="15"/>
              </w:rPr>
              <w:t>2023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A53FF9" w14:textId="77777777" w:rsidR="003B3005" w:rsidRDefault="00000000">
            <w:pPr>
              <w:spacing w:line="240" w:lineRule="auto"/>
              <w:jc w:val="center"/>
            </w:pPr>
            <w:r>
              <w:rPr>
                <w:sz w:val="15"/>
              </w:rPr>
              <w:t>987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940A00" w14:textId="77777777" w:rsidR="003B3005" w:rsidRDefault="00000000">
            <w:pPr>
              <w:spacing w:line="240" w:lineRule="auto"/>
              <w:jc w:val="center"/>
            </w:pPr>
            <w:r>
              <w:rPr>
                <w:sz w:val="15"/>
              </w:rPr>
              <w:t>54595075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5073F9" w14:textId="77777777" w:rsidR="003B3005" w:rsidRDefault="00000000">
            <w:pPr>
              <w:spacing w:line="240" w:lineRule="auto"/>
              <w:jc w:val="center"/>
            </w:pPr>
            <w:r>
              <w:rPr>
                <w:sz w:val="15"/>
              </w:rPr>
              <w:t>1.6073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7DE65B" w14:textId="77777777" w:rsidR="003B3005" w:rsidRDefault="00000000">
            <w:pPr>
              <w:spacing w:line="240" w:lineRule="auto"/>
              <w:jc w:val="center"/>
            </w:pPr>
            <w:r>
              <w:rPr>
                <w:sz w:val="15"/>
              </w:rPr>
              <w:t>1.5058 to 1.7145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FB152A" w14:textId="77777777" w:rsidR="003B3005" w:rsidRDefault="00000000">
            <w:pPr>
              <w:spacing w:line="240" w:lineRule="auto"/>
              <w:jc w:val="center"/>
            </w:pPr>
            <w:r>
              <w:rPr>
                <w:sz w:val="15"/>
              </w:rPr>
              <w:t>0.0526</w:t>
            </w:r>
          </w:p>
        </w:tc>
      </w:tr>
      <w:tr w:rsidR="003B3005" w14:paraId="08A01C6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44947C" w14:textId="77777777" w:rsidR="003B3005" w:rsidRDefault="00000000">
            <w:pPr>
              <w:spacing w:line="240" w:lineRule="auto"/>
            </w:pPr>
            <w:r>
              <w:rPr>
                <w:sz w:val="15"/>
              </w:rPr>
              <w:t>West</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010DDF" w14:textId="77777777" w:rsidR="003B3005" w:rsidRDefault="00000000">
            <w:pPr>
              <w:spacing w:line="240" w:lineRule="auto"/>
              <w:jc w:val="center"/>
            </w:pPr>
            <w:r>
              <w:rPr>
                <w:sz w:val="15"/>
              </w:rPr>
              <w:t>2024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7E0006" w14:textId="77777777" w:rsidR="003B3005" w:rsidRDefault="00000000">
            <w:pPr>
              <w:spacing w:line="240" w:lineRule="auto"/>
              <w:jc w:val="center"/>
            </w:pPr>
            <w:r>
              <w:rPr>
                <w:sz w:val="15"/>
              </w:rPr>
              <w:t>891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D3C21F" w14:textId="77777777" w:rsidR="003B3005" w:rsidRDefault="00000000">
            <w:pPr>
              <w:spacing w:line="240" w:lineRule="auto"/>
              <w:jc w:val="center"/>
            </w:pPr>
            <w:r>
              <w:rPr>
                <w:sz w:val="15"/>
              </w:rPr>
              <w:t>55550527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CACDDE" w14:textId="77777777" w:rsidR="003B3005" w:rsidRDefault="00000000">
            <w:pPr>
              <w:spacing w:line="240" w:lineRule="auto"/>
              <w:jc w:val="center"/>
            </w:pPr>
            <w:r>
              <w:rPr>
                <w:sz w:val="15"/>
              </w:rPr>
              <w:t>1.4519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4896BF" w14:textId="77777777" w:rsidR="003B3005" w:rsidRDefault="00000000">
            <w:pPr>
              <w:spacing w:line="240" w:lineRule="auto"/>
              <w:jc w:val="center"/>
            </w:pPr>
            <w:r>
              <w:rPr>
                <w:sz w:val="15"/>
              </w:rPr>
              <w:t>1.3553 to 1.5541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CBC061" w14:textId="77777777" w:rsidR="003B3005" w:rsidRDefault="00000000">
            <w:pPr>
              <w:spacing w:line="240" w:lineRule="auto"/>
              <w:jc w:val="center"/>
            </w:pPr>
            <w:r>
              <w:rPr>
                <w:sz w:val="15"/>
              </w:rPr>
              <w:t>0.0501</w:t>
            </w:r>
          </w:p>
        </w:tc>
      </w:tr>
    </w:tbl>
    <w:p w14:paraId="016EB374" w14:textId="77777777" w:rsidR="003B3005" w:rsidRDefault="00000000">
      <w:pPr>
        <w:spacing w:line="240" w:lineRule="auto"/>
      </w:pPr>
      <w:r>
        <w:rPr>
          <w:i/>
          <w:sz w:val="16"/>
        </w:rPr>
        <w:t>Note: AAMR per 100000 population. Regional slopes were not formally compared with one another.</w:t>
      </w:r>
    </w:p>
    <w:p w14:paraId="0EE70B50" w14:textId="77777777" w:rsidR="003B3005" w:rsidRDefault="00000000">
      <w:pPr>
        <w:pStyle w:val="Heading2"/>
        <w:spacing w:before="0" w:line="240" w:lineRule="auto"/>
      </w:pPr>
      <w:r>
        <w:rPr>
          <w:rFonts w:ascii="Times New Roman" w:eastAsia="Times New Roman" w:hAnsi="Times New Roman"/>
          <w:sz w:val="24"/>
        </w:rPr>
        <w:t>Supplementary Table S8. Annual mortality by urbanization, 1999-2020</w:t>
      </w:r>
    </w:p>
    <w:tbl>
      <w:tblPr>
        <w:tblW w:w="5000" w:type="pct"/>
        <w:jc w:val="center"/>
        <w:tblLayout w:type="fixed"/>
        <w:tblLook w:val="04A0" w:firstRow="1" w:lastRow="0" w:firstColumn="1" w:lastColumn="0" w:noHBand="0" w:noVBand="1"/>
      </w:tblPr>
      <w:tblGrid>
        <w:gridCol w:w="1516"/>
        <w:gridCol w:w="1039"/>
        <w:gridCol w:w="1125"/>
        <w:gridCol w:w="1515"/>
        <w:gridCol w:w="1038"/>
        <w:gridCol w:w="2092"/>
        <w:gridCol w:w="1125"/>
      </w:tblGrid>
      <w:tr w:rsidR="003B3005" w14:paraId="57C811A8" w14:textId="77777777">
        <w:trPr>
          <w:cantSplit/>
          <w:tblHeader/>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A9A8F2" w14:textId="77777777" w:rsidR="003B3005" w:rsidRDefault="00000000">
            <w:pPr>
              <w:spacing w:line="240" w:lineRule="auto"/>
            </w:pPr>
            <w:r>
              <w:rPr>
                <w:b/>
                <w:sz w:val="15"/>
              </w:rPr>
              <w:t>Urbanization</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C329B1" w14:textId="77777777" w:rsidR="003B3005" w:rsidRDefault="00000000">
            <w:pPr>
              <w:spacing w:line="240" w:lineRule="auto"/>
              <w:jc w:val="center"/>
            </w:pPr>
            <w:r>
              <w:rPr>
                <w:b/>
                <w:sz w:val="15"/>
              </w:rPr>
              <w:t>Year</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231809" w14:textId="77777777" w:rsidR="003B3005" w:rsidRDefault="00000000">
            <w:pPr>
              <w:spacing w:line="240" w:lineRule="auto"/>
              <w:jc w:val="center"/>
            </w:pPr>
            <w:r>
              <w:rPr>
                <w:b/>
                <w:sz w:val="15"/>
              </w:rPr>
              <w:t>Deaths</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5DD59B" w14:textId="77777777" w:rsidR="003B3005" w:rsidRDefault="00000000">
            <w:pPr>
              <w:spacing w:line="240" w:lineRule="auto"/>
              <w:jc w:val="center"/>
            </w:pPr>
            <w:r>
              <w:rPr>
                <w:b/>
                <w:sz w:val="15"/>
              </w:rPr>
              <w:t>Population</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D867F7" w14:textId="77777777" w:rsidR="003B3005" w:rsidRDefault="00000000">
            <w:pPr>
              <w:spacing w:line="240" w:lineRule="auto"/>
              <w:jc w:val="center"/>
            </w:pPr>
            <w:r>
              <w:rPr>
                <w:b/>
                <w:sz w:val="15"/>
              </w:rPr>
              <w:t>AAMR</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191B3D" w14:textId="77777777" w:rsidR="003B3005" w:rsidRDefault="00000000">
            <w:pPr>
              <w:spacing w:line="240" w:lineRule="auto"/>
              <w:jc w:val="center"/>
            </w:pPr>
            <w:r>
              <w:rPr>
                <w:b/>
                <w:sz w:val="15"/>
              </w:rPr>
              <w:t>95% CI</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36C8F4" w14:textId="77777777" w:rsidR="003B3005" w:rsidRDefault="00000000">
            <w:pPr>
              <w:spacing w:line="240" w:lineRule="auto"/>
              <w:jc w:val="center"/>
            </w:pPr>
            <w:r>
              <w:rPr>
                <w:b/>
                <w:sz w:val="15"/>
              </w:rPr>
              <w:t>SE</w:t>
            </w:r>
          </w:p>
        </w:tc>
      </w:tr>
      <w:tr w:rsidR="003B3005" w14:paraId="3EDC235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5A2BC7"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4E51A6" w14:textId="77777777" w:rsidR="003B3005" w:rsidRDefault="00000000">
            <w:pPr>
              <w:spacing w:line="240" w:lineRule="auto"/>
              <w:jc w:val="center"/>
            </w:pPr>
            <w:r>
              <w:rPr>
                <w:sz w:val="15"/>
              </w:rPr>
              <w:t>1999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9F3DC6" w14:textId="77777777" w:rsidR="003B3005" w:rsidRDefault="00000000">
            <w:pPr>
              <w:spacing w:line="240" w:lineRule="auto"/>
              <w:jc w:val="center"/>
            </w:pPr>
            <w:r>
              <w:rPr>
                <w:sz w:val="15"/>
              </w:rPr>
              <w:t>235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11A122" w14:textId="77777777" w:rsidR="003B3005" w:rsidRDefault="00000000">
            <w:pPr>
              <w:spacing w:line="240" w:lineRule="auto"/>
              <w:jc w:val="center"/>
            </w:pPr>
            <w:r>
              <w:rPr>
                <w:sz w:val="15"/>
              </w:rPr>
              <w:t>55158210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5F64C7" w14:textId="77777777" w:rsidR="003B3005" w:rsidRDefault="00000000">
            <w:pPr>
              <w:spacing w:line="240" w:lineRule="auto"/>
              <w:jc w:val="center"/>
            </w:pPr>
            <w:r>
              <w:rPr>
                <w:sz w:val="15"/>
              </w:rPr>
              <w:t>0.4404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A9EE74" w14:textId="77777777" w:rsidR="003B3005" w:rsidRDefault="00000000">
            <w:pPr>
              <w:spacing w:line="240" w:lineRule="auto"/>
              <w:jc w:val="center"/>
            </w:pPr>
            <w:r>
              <w:rPr>
                <w:sz w:val="15"/>
              </w:rPr>
              <w:t>0.3835 to 0.4974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2D888C" w14:textId="77777777" w:rsidR="003B3005" w:rsidRDefault="00000000">
            <w:pPr>
              <w:spacing w:line="240" w:lineRule="auto"/>
              <w:jc w:val="center"/>
            </w:pPr>
            <w:r>
              <w:rPr>
                <w:sz w:val="15"/>
              </w:rPr>
              <w:t>0.0291</w:t>
            </w:r>
          </w:p>
        </w:tc>
      </w:tr>
      <w:tr w:rsidR="003B3005" w14:paraId="6657915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45DC6A"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258D5F" w14:textId="77777777" w:rsidR="003B3005" w:rsidRDefault="00000000">
            <w:pPr>
              <w:spacing w:line="240" w:lineRule="auto"/>
              <w:jc w:val="center"/>
            </w:pPr>
            <w:r>
              <w:rPr>
                <w:sz w:val="15"/>
              </w:rPr>
              <w:t>2000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AD5E90" w14:textId="77777777" w:rsidR="003B3005" w:rsidRDefault="00000000">
            <w:pPr>
              <w:spacing w:line="240" w:lineRule="auto"/>
              <w:jc w:val="center"/>
            </w:pPr>
            <w:r>
              <w:rPr>
                <w:sz w:val="15"/>
              </w:rPr>
              <w:t>270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11871E" w14:textId="77777777" w:rsidR="003B3005" w:rsidRDefault="00000000">
            <w:pPr>
              <w:spacing w:line="240" w:lineRule="auto"/>
              <w:jc w:val="center"/>
            </w:pPr>
            <w:r>
              <w:rPr>
                <w:sz w:val="15"/>
              </w:rPr>
              <w:t>55591115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794457" w14:textId="77777777" w:rsidR="003B3005" w:rsidRDefault="00000000">
            <w:pPr>
              <w:spacing w:line="240" w:lineRule="auto"/>
              <w:jc w:val="center"/>
            </w:pPr>
            <w:r>
              <w:rPr>
                <w:sz w:val="15"/>
              </w:rPr>
              <w:t>0.4950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3FB184" w14:textId="77777777" w:rsidR="003B3005" w:rsidRDefault="00000000">
            <w:pPr>
              <w:spacing w:line="240" w:lineRule="auto"/>
              <w:jc w:val="center"/>
            </w:pPr>
            <w:r>
              <w:rPr>
                <w:sz w:val="15"/>
              </w:rPr>
              <w:t>0.4354 to 0.5547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8A1514" w14:textId="77777777" w:rsidR="003B3005" w:rsidRDefault="00000000">
            <w:pPr>
              <w:spacing w:line="240" w:lineRule="auto"/>
              <w:jc w:val="center"/>
            </w:pPr>
            <w:r>
              <w:rPr>
                <w:sz w:val="15"/>
              </w:rPr>
              <w:t>0.0304</w:t>
            </w:r>
          </w:p>
        </w:tc>
      </w:tr>
      <w:tr w:rsidR="003B3005" w14:paraId="52F69CB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6F4764"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12952D" w14:textId="77777777" w:rsidR="003B3005" w:rsidRDefault="00000000">
            <w:pPr>
              <w:spacing w:line="240" w:lineRule="auto"/>
              <w:jc w:val="center"/>
            </w:pPr>
            <w:r>
              <w:rPr>
                <w:sz w:val="15"/>
              </w:rPr>
              <w:t>2001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F1D4FD" w14:textId="77777777" w:rsidR="003B3005" w:rsidRDefault="00000000">
            <w:pPr>
              <w:spacing w:line="240" w:lineRule="auto"/>
              <w:jc w:val="center"/>
            </w:pPr>
            <w:r>
              <w:rPr>
                <w:sz w:val="15"/>
              </w:rPr>
              <w:t>269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84A821" w14:textId="77777777" w:rsidR="003B3005" w:rsidRDefault="00000000">
            <w:pPr>
              <w:spacing w:line="240" w:lineRule="auto"/>
              <w:jc w:val="center"/>
            </w:pPr>
            <w:r>
              <w:rPr>
                <w:sz w:val="15"/>
              </w:rPr>
              <w:t>56328966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32D8FF" w14:textId="77777777" w:rsidR="003B3005" w:rsidRDefault="00000000">
            <w:pPr>
              <w:spacing w:line="240" w:lineRule="auto"/>
              <w:jc w:val="center"/>
            </w:pPr>
            <w:r>
              <w:rPr>
                <w:sz w:val="15"/>
              </w:rPr>
              <w:t>0.5101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BB94C4" w14:textId="77777777" w:rsidR="003B3005" w:rsidRDefault="00000000">
            <w:pPr>
              <w:spacing w:line="240" w:lineRule="auto"/>
              <w:jc w:val="center"/>
            </w:pPr>
            <w:r>
              <w:rPr>
                <w:sz w:val="15"/>
              </w:rPr>
              <w:t>0.4490 to 0.5712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46ECC9" w14:textId="77777777" w:rsidR="003B3005" w:rsidRDefault="00000000">
            <w:pPr>
              <w:spacing w:line="240" w:lineRule="auto"/>
              <w:jc w:val="center"/>
            </w:pPr>
            <w:r>
              <w:rPr>
                <w:sz w:val="15"/>
              </w:rPr>
              <w:t>0.0312</w:t>
            </w:r>
          </w:p>
        </w:tc>
      </w:tr>
      <w:tr w:rsidR="003B3005" w14:paraId="3D51874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E7973D"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A1DFD2" w14:textId="77777777" w:rsidR="003B3005" w:rsidRDefault="00000000">
            <w:pPr>
              <w:spacing w:line="240" w:lineRule="auto"/>
              <w:jc w:val="center"/>
            </w:pPr>
            <w:r>
              <w:rPr>
                <w:sz w:val="15"/>
              </w:rPr>
              <w:t>2002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143AE7" w14:textId="77777777" w:rsidR="003B3005" w:rsidRDefault="00000000">
            <w:pPr>
              <w:spacing w:line="240" w:lineRule="auto"/>
              <w:jc w:val="center"/>
            </w:pPr>
            <w:r>
              <w:rPr>
                <w:sz w:val="15"/>
              </w:rPr>
              <w:t>304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2491ED" w14:textId="77777777" w:rsidR="003B3005" w:rsidRDefault="00000000">
            <w:pPr>
              <w:spacing w:line="240" w:lineRule="auto"/>
              <w:jc w:val="center"/>
            </w:pPr>
            <w:r>
              <w:rPr>
                <w:sz w:val="15"/>
              </w:rPr>
              <w:t>56817793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FEFB0E" w14:textId="77777777" w:rsidR="003B3005" w:rsidRDefault="00000000">
            <w:pPr>
              <w:spacing w:line="240" w:lineRule="auto"/>
              <w:jc w:val="center"/>
            </w:pPr>
            <w:r>
              <w:rPr>
                <w:sz w:val="15"/>
              </w:rPr>
              <w:t>0.5682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F20647" w14:textId="77777777" w:rsidR="003B3005" w:rsidRDefault="00000000">
            <w:pPr>
              <w:spacing w:line="240" w:lineRule="auto"/>
              <w:jc w:val="center"/>
            </w:pPr>
            <w:r>
              <w:rPr>
                <w:sz w:val="15"/>
              </w:rPr>
              <w:t>0.5042 to 0.6322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E7A27D" w14:textId="77777777" w:rsidR="003B3005" w:rsidRDefault="00000000">
            <w:pPr>
              <w:spacing w:line="240" w:lineRule="auto"/>
              <w:jc w:val="center"/>
            </w:pPr>
            <w:r>
              <w:rPr>
                <w:sz w:val="15"/>
              </w:rPr>
              <w:t>0.0326</w:t>
            </w:r>
          </w:p>
        </w:tc>
      </w:tr>
      <w:tr w:rsidR="003B3005" w14:paraId="2DDBE0D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C07268"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F1ED07" w14:textId="77777777" w:rsidR="003B3005" w:rsidRDefault="00000000">
            <w:pPr>
              <w:spacing w:line="240" w:lineRule="auto"/>
              <w:jc w:val="center"/>
            </w:pPr>
            <w:r>
              <w:rPr>
                <w:sz w:val="15"/>
              </w:rPr>
              <w:t>2003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1EF8EF" w14:textId="77777777" w:rsidR="003B3005" w:rsidRDefault="00000000">
            <w:pPr>
              <w:spacing w:line="240" w:lineRule="auto"/>
              <w:jc w:val="center"/>
            </w:pPr>
            <w:r>
              <w:rPr>
                <w:sz w:val="15"/>
              </w:rPr>
              <w:t>339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40EF65" w14:textId="77777777" w:rsidR="003B3005" w:rsidRDefault="00000000">
            <w:pPr>
              <w:spacing w:line="240" w:lineRule="auto"/>
              <w:jc w:val="center"/>
            </w:pPr>
            <w:r>
              <w:rPr>
                <w:sz w:val="15"/>
              </w:rPr>
              <w:t>57256612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2CD83A" w14:textId="77777777" w:rsidR="003B3005" w:rsidRDefault="00000000">
            <w:pPr>
              <w:spacing w:line="240" w:lineRule="auto"/>
              <w:jc w:val="center"/>
            </w:pPr>
            <w:r>
              <w:rPr>
                <w:sz w:val="15"/>
              </w:rPr>
              <w:t>0.6174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6FD713" w14:textId="77777777" w:rsidR="003B3005" w:rsidRDefault="00000000">
            <w:pPr>
              <w:spacing w:line="240" w:lineRule="auto"/>
              <w:jc w:val="center"/>
            </w:pPr>
            <w:r>
              <w:rPr>
                <w:sz w:val="15"/>
              </w:rPr>
              <w:t>0.5515 to 0.6832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9AE1FA" w14:textId="77777777" w:rsidR="003B3005" w:rsidRDefault="00000000">
            <w:pPr>
              <w:spacing w:line="240" w:lineRule="auto"/>
              <w:jc w:val="center"/>
            </w:pPr>
            <w:r>
              <w:rPr>
                <w:sz w:val="15"/>
              </w:rPr>
              <w:t>0.0336</w:t>
            </w:r>
          </w:p>
        </w:tc>
      </w:tr>
      <w:tr w:rsidR="003B3005" w14:paraId="2FDD61B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4DEB67"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4CBC74" w14:textId="77777777" w:rsidR="003B3005" w:rsidRDefault="00000000">
            <w:pPr>
              <w:spacing w:line="240" w:lineRule="auto"/>
              <w:jc w:val="center"/>
            </w:pPr>
            <w:r>
              <w:rPr>
                <w:sz w:val="15"/>
              </w:rPr>
              <w:t>2004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E66AD6" w14:textId="77777777" w:rsidR="003B3005" w:rsidRDefault="00000000">
            <w:pPr>
              <w:spacing w:line="240" w:lineRule="auto"/>
              <w:jc w:val="center"/>
            </w:pPr>
            <w:r>
              <w:rPr>
                <w:sz w:val="15"/>
              </w:rPr>
              <w:t>364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9D4C2A" w14:textId="77777777" w:rsidR="003B3005" w:rsidRDefault="00000000">
            <w:pPr>
              <w:spacing w:line="240" w:lineRule="auto"/>
              <w:jc w:val="center"/>
            </w:pPr>
            <w:r>
              <w:rPr>
                <w:sz w:val="15"/>
              </w:rPr>
              <w:t>57705739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7FB87A" w14:textId="77777777" w:rsidR="003B3005" w:rsidRDefault="00000000">
            <w:pPr>
              <w:spacing w:line="240" w:lineRule="auto"/>
              <w:jc w:val="center"/>
            </w:pPr>
            <w:r>
              <w:rPr>
                <w:sz w:val="15"/>
              </w:rPr>
              <w:t>0.6670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D51CA0" w14:textId="77777777" w:rsidR="003B3005" w:rsidRDefault="00000000">
            <w:pPr>
              <w:spacing w:line="240" w:lineRule="auto"/>
              <w:jc w:val="center"/>
            </w:pPr>
            <w:r>
              <w:rPr>
                <w:sz w:val="15"/>
              </w:rPr>
              <w:t>0.5982 to 0.7359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B80D28" w14:textId="77777777" w:rsidR="003B3005" w:rsidRDefault="00000000">
            <w:pPr>
              <w:spacing w:line="240" w:lineRule="auto"/>
              <w:jc w:val="center"/>
            </w:pPr>
            <w:r>
              <w:rPr>
                <w:sz w:val="15"/>
              </w:rPr>
              <w:t>0.0351</w:t>
            </w:r>
          </w:p>
        </w:tc>
      </w:tr>
      <w:tr w:rsidR="003B3005" w14:paraId="73B81B1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FA8D6F"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10CC81" w14:textId="77777777" w:rsidR="003B3005" w:rsidRDefault="00000000">
            <w:pPr>
              <w:spacing w:line="240" w:lineRule="auto"/>
              <w:jc w:val="center"/>
            </w:pPr>
            <w:r>
              <w:rPr>
                <w:sz w:val="15"/>
              </w:rPr>
              <w:t>2005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8245AE" w14:textId="77777777" w:rsidR="003B3005" w:rsidRDefault="00000000">
            <w:pPr>
              <w:spacing w:line="240" w:lineRule="auto"/>
              <w:jc w:val="center"/>
            </w:pPr>
            <w:r>
              <w:rPr>
                <w:sz w:val="15"/>
              </w:rPr>
              <w:t>402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B815BA" w14:textId="77777777" w:rsidR="003B3005" w:rsidRDefault="00000000">
            <w:pPr>
              <w:spacing w:line="240" w:lineRule="auto"/>
              <w:jc w:val="center"/>
            </w:pPr>
            <w:r>
              <w:rPr>
                <w:sz w:val="15"/>
              </w:rPr>
              <w:t>58229392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26619A" w14:textId="77777777" w:rsidR="003B3005" w:rsidRDefault="00000000">
            <w:pPr>
              <w:spacing w:line="240" w:lineRule="auto"/>
              <w:jc w:val="center"/>
            </w:pPr>
            <w:r>
              <w:rPr>
                <w:sz w:val="15"/>
              </w:rPr>
              <w:t>0.7093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7B3368" w14:textId="77777777" w:rsidR="003B3005" w:rsidRDefault="00000000">
            <w:pPr>
              <w:spacing w:line="240" w:lineRule="auto"/>
              <w:jc w:val="center"/>
            </w:pPr>
            <w:r>
              <w:rPr>
                <w:sz w:val="15"/>
              </w:rPr>
              <w:t>0.6394 to 0.7792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6FC3D1" w14:textId="77777777" w:rsidR="003B3005" w:rsidRDefault="00000000">
            <w:pPr>
              <w:spacing w:line="240" w:lineRule="auto"/>
              <w:jc w:val="center"/>
            </w:pPr>
            <w:r>
              <w:rPr>
                <w:sz w:val="15"/>
              </w:rPr>
              <w:t>0.0357</w:t>
            </w:r>
          </w:p>
        </w:tc>
      </w:tr>
      <w:tr w:rsidR="003B3005" w14:paraId="1FBA74D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F520D7"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F9DB4D" w14:textId="77777777" w:rsidR="003B3005" w:rsidRDefault="00000000">
            <w:pPr>
              <w:spacing w:line="240" w:lineRule="auto"/>
              <w:jc w:val="center"/>
            </w:pPr>
            <w:r>
              <w:rPr>
                <w:sz w:val="15"/>
              </w:rPr>
              <w:t>2006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5F1B47" w14:textId="77777777" w:rsidR="003B3005" w:rsidRDefault="00000000">
            <w:pPr>
              <w:spacing w:line="240" w:lineRule="auto"/>
              <w:jc w:val="center"/>
            </w:pPr>
            <w:r>
              <w:rPr>
                <w:sz w:val="15"/>
              </w:rPr>
              <w:t>439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A6217A" w14:textId="77777777" w:rsidR="003B3005" w:rsidRDefault="00000000">
            <w:pPr>
              <w:spacing w:line="240" w:lineRule="auto"/>
              <w:jc w:val="center"/>
            </w:pPr>
            <w:r>
              <w:rPr>
                <w:sz w:val="15"/>
              </w:rPr>
              <w:t>58668221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5EFF05" w14:textId="77777777" w:rsidR="003B3005" w:rsidRDefault="00000000">
            <w:pPr>
              <w:spacing w:line="240" w:lineRule="auto"/>
              <w:jc w:val="center"/>
            </w:pPr>
            <w:r>
              <w:rPr>
                <w:sz w:val="15"/>
              </w:rPr>
              <w:t>0.7587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6A280D" w14:textId="77777777" w:rsidR="003B3005" w:rsidRDefault="00000000">
            <w:pPr>
              <w:spacing w:line="240" w:lineRule="auto"/>
              <w:jc w:val="center"/>
            </w:pPr>
            <w:r>
              <w:rPr>
                <w:sz w:val="15"/>
              </w:rPr>
              <w:t>0.6873 to 0.8300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8F4E45" w14:textId="77777777" w:rsidR="003B3005" w:rsidRDefault="00000000">
            <w:pPr>
              <w:spacing w:line="240" w:lineRule="auto"/>
              <w:jc w:val="center"/>
            </w:pPr>
            <w:r>
              <w:rPr>
                <w:sz w:val="15"/>
              </w:rPr>
              <w:t>0.0364</w:t>
            </w:r>
          </w:p>
        </w:tc>
      </w:tr>
      <w:tr w:rsidR="003B3005" w14:paraId="5361070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21831F"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B01161" w14:textId="77777777" w:rsidR="003B3005" w:rsidRDefault="00000000">
            <w:pPr>
              <w:spacing w:line="240" w:lineRule="auto"/>
              <w:jc w:val="center"/>
            </w:pPr>
            <w:r>
              <w:rPr>
                <w:sz w:val="15"/>
              </w:rPr>
              <w:t>2007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979D44" w14:textId="77777777" w:rsidR="003B3005" w:rsidRDefault="00000000">
            <w:pPr>
              <w:spacing w:line="240" w:lineRule="auto"/>
              <w:jc w:val="center"/>
            </w:pPr>
            <w:r>
              <w:rPr>
                <w:sz w:val="15"/>
              </w:rPr>
              <w:t>425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790A2D" w14:textId="77777777" w:rsidR="003B3005" w:rsidRDefault="00000000">
            <w:pPr>
              <w:spacing w:line="240" w:lineRule="auto"/>
              <w:jc w:val="center"/>
            </w:pPr>
            <w:r>
              <w:rPr>
                <w:sz w:val="15"/>
              </w:rPr>
              <w:t>59267664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883D56" w14:textId="77777777" w:rsidR="003B3005" w:rsidRDefault="00000000">
            <w:pPr>
              <w:spacing w:line="240" w:lineRule="auto"/>
              <w:jc w:val="center"/>
            </w:pPr>
            <w:r>
              <w:rPr>
                <w:sz w:val="15"/>
              </w:rPr>
              <w:t>0.7386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A5CFAD" w14:textId="77777777" w:rsidR="003B3005" w:rsidRDefault="00000000">
            <w:pPr>
              <w:spacing w:line="240" w:lineRule="auto"/>
              <w:jc w:val="center"/>
            </w:pPr>
            <w:r>
              <w:rPr>
                <w:sz w:val="15"/>
              </w:rPr>
              <w:t>0.6678 to 0.8094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1D0BF7" w14:textId="77777777" w:rsidR="003B3005" w:rsidRDefault="00000000">
            <w:pPr>
              <w:spacing w:line="240" w:lineRule="auto"/>
              <w:jc w:val="center"/>
            </w:pPr>
            <w:r>
              <w:rPr>
                <w:sz w:val="15"/>
              </w:rPr>
              <w:t>0.0361</w:t>
            </w:r>
          </w:p>
        </w:tc>
      </w:tr>
      <w:tr w:rsidR="003B3005" w14:paraId="71347AF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587562"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9C0D82" w14:textId="77777777" w:rsidR="003B3005" w:rsidRDefault="00000000">
            <w:pPr>
              <w:spacing w:line="240" w:lineRule="auto"/>
              <w:jc w:val="center"/>
            </w:pPr>
            <w:r>
              <w:rPr>
                <w:sz w:val="15"/>
              </w:rPr>
              <w:t>2008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BF3D6C" w14:textId="77777777" w:rsidR="003B3005" w:rsidRDefault="00000000">
            <w:pPr>
              <w:spacing w:line="240" w:lineRule="auto"/>
              <w:jc w:val="center"/>
            </w:pPr>
            <w:r>
              <w:rPr>
                <w:sz w:val="15"/>
              </w:rPr>
              <w:t>464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A42230" w14:textId="77777777" w:rsidR="003B3005" w:rsidRDefault="00000000">
            <w:pPr>
              <w:spacing w:line="240" w:lineRule="auto"/>
              <w:jc w:val="center"/>
            </w:pPr>
            <w:r>
              <w:rPr>
                <w:sz w:val="15"/>
              </w:rPr>
              <w:t>59967549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C06FFF" w14:textId="77777777" w:rsidR="003B3005" w:rsidRDefault="00000000">
            <w:pPr>
              <w:spacing w:line="240" w:lineRule="auto"/>
              <w:jc w:val="center"/>
            </w:pPr>
            <w:r>
              <w:rPr>
                <w:sz w:val="15"/>
              </w:rPr>
              <w:t>0.7847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9533F8" w14:textId="77777777" w:rsidR="003B3005" w:rsidRDefault="00000000">
            <w:pPr>
              <w:spacing w:line="240" w:lineRule="auto"/>
              <w:jc w:val="center"/>
            </w:pPr>
            <w:r>
              <w:rPr>
                <w:sz w:val="15"/>
              </w:rPr>
              <w:t>0.7126 to 0.8567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F7A2FD" w14:textId="77777777" w:rsidR="003B3005" w:rsidRDefault="00000000">
            <w:pPr>
              <w:spacing w:line="240" w:lineRule="auto"/>
              <w:jc w:val="center"/>
            </w:pPr>
            <w:r>
              <w:rPr>
                <w:sz w:val="15"/>
              </w:rPr>
              <w:t>0.0368</w:t>
            </w:r>
          </w:p>
        </w:tc>
      </w:tr>
      <w:tr w:rsidR="003B3005" w14:paraId="136C071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5EDC6F"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3B5249" w14:textId="77777777" w:rsidR="003B3005" w:rsidRDefault="00000000">
            <w:pPr>
              <w:spacing w:line="240" w:lineRule="auto"/>
              <w:jc w:val="center"/>
            </w:pPr>
            <w:r>
              <w:rPr>
                <w:sz w:val="15"/>
              </w:rPr>
              <w:t>2009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D08AB2" w14:textId="77777777" w:rsidR="003B3005" w:rsidRDefault="00000000">
            <w:pPr>
              <w:spacing w:line="240" w:lineRule="auto"/>
              <w:jc w:val="center"/>
            </w:pPr>
            <w:r>
              <w:rPr>
                <w:sz w:val="15"/>
              </w:rPr>
              <w:t>491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658FC7" w14:textId="77777777" w:rsidR="003B3005" w:rsidRDefault="00000000">
            <w:pPr>
              <w:spacing w:line="240" w:lineRule="auto"/>
              <w:jc w:val="center"/>
            </w:pPr>
            <w:r>
              <w:rPr>
                <w:sz w:val="15"/>
              </w:rPr>
              <w:t>60752217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499936" w14:textId="77777777" w:rsidR="003B3005" w:rsidRDefault="00000000">
            <w:pPr>
              <w:spacing w:line="240" w:lineRule="auto"/>
              <w:jc w:val="center"/>
            </w:pPr>
            <w:r>
              <w:rPr>
                <w:sz w:val="15"/>
              </w:rPr>
              <w:t>0.8038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87973D" w14:textId="77777777" w:rsidR="003B3005" w:rsidRDefault="00000000">
            <w:pPr>
              <w:spacing w:line="240" w:lineRule="auto"/>
              <w:jc w:val="center"/>
            </w:pPr>
            <w:r>
              <w:rPr>
                <w:sz w:val="15"/>
              </w:rPr>
              <w:t>0.7317 to 0.8759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C1EB47" w14:textId="77777777" w:rsidR="003B3005" w:rsidRDefault="00000000">
            <w:pPr>
              <w:spacing w:line="240" w:lineRule="auto"/>
              <w:jc w:val="center"/>
            </w:pPr>
            <w:r>
              <w:rPr>
                <w:sz w:val="15"/>
              </w:rPr>
              <w:t>0.0368</w:t>
            </w:r>
          </w:p>
        </w:tc>
      </w:tr>
      <w:tr w:rsidR="003B3005" w14:paraId="6F1C392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59DB32"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3AEA13" w14:textId="77777777" w:rsidR="003B3005" w:rsidRDefault="00000000">
            <w:pPr>
              <w:spacing w:line="240" w:lineRule="auto"/>
              <w:jc w:val="center"/>
            </w:pPr>
            <w:r>
              <w:rPr>
                <w:sz w:val="15"/>
              </w:rPr>
              <w:t>2010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32BDBC" w14:textId="77777777" w:rsidR="003B3005" w:rsidRDefault="00000000">
            <w:pPr>
              <w:spacing w:line="240" w:lineRule="auto"/>
              <w:jc w:val="center"/>
            </w:pPr>
            <w:r>
              <w:rPr>
                <w:sz w:val="15"/>
              </w:rPr>
              <w:t>518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A59F2E" w14:textId="77777777" w:rsidR="003B3005" w:rsidRDefault="00000000">
            <w:pPr>
              <w:spacing w:line="240" w:lineRule="auto"/>
              <w:jc w:val="center"/>
            </w:pPr>
            <w:r>
              <w:rPr>
                <w:sz w:val="15"/>
              </w:rPr>
              <w:t>61313153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D85EF0" w14:textId="77777777" w:rsidR="003B3005" w:rsidRDefault="00000000">
            <w:pPr>
              <w:spacing w:line="240" w:lineRule="auto"/>
              <w:jc w:val="center"/>
            </w:pPr>
            <w:r>
              <w:rPr>
                <w:sz w:val="15"/>
              </w:rPr>
              <w:t>0.8504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BECBA6" w14:textId="77777777" w:rsidR="003B3005" w:rsidRDefault="00000000">
            <w:pPr>
              <w:spacing w:line="240" w:lineRule="auto"/>
              <w:jc w:val="center"/>
            </w:pPr>
            <w:r>
              <w:rPr>
                <w:sz w:val="15"/>
              </w:rPr>
              <w:t>0.7764 to 0.9243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974419" w14:textId="77777777" w:rsidR="003B3005" w:rsidRDefault="00000000">
            <w:pPr>
              <w:spacing w:line="240" w:lineRule="auto"/>
              <w:jc w:val="center"/>
            </w:pPr>
            <w:r>
              <w:rPr>
                <w:sz w:val="15"/>
              </w:rPr>
              <w:t>0.0377</w:t>
            </w:r>
          </w:p>
        </w:tc>
      </w:tr>
      <w:tr w:rsidR="003B3005" w14:paraId="4EC853B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CA5D86"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729FFD" w14:textId="77777777" w:rsidR="003B3005" w:rsidRDefault="00000000">
            <w:pPr>
              <w:spacing w:line="240" w:lineRule="auto"/>
              <w:jc w:val="center"/>
            </w:pPr>
            <w:r>
              <w:rPr>
                <w:sz w:val="15"/>
              </w:rPr>
              <w:t>2011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70A399" w14:textId="77777777" w:rsidR="003B3005" w:rsidRDefault="00000000">
            <w:pPr>
              <w:spacing w:line="240" w:lineRule="auto"/>
              <w:jc w:val="center"/>
            </w:pPr>
            <w:r>
              <w:rPr>
                <w:sz w:val="15"/>
              </w:rPr>
              <w:t>549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40F3A2" w14:textId="77777777" w:rsidR="003B3005" w:rsidRDefault="00000000">
            <w:pPr>
              <w:spacing w:line="240" w:lineRule="auto"/>
              <w:jc w:val="center"/>
            </w:pPr>
            <w:r>
              <w:rPr>
                <w:sz w:val="15"/>
              </w:rPr>
              <w:t>62459599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CF5988" w14:textId="77777777" w:rsidR="003B3005" w:rsidRDefault="00000000">
            <w:pPr>
              <w:spacing w:line="240" w:lineRule="auto"/>
              <w:jc w:val="center"/>
            </w:pPr>
            <w:r>
              <w:rPr>
                <w:sz w:val="15"/>
              </w:rPr>
              <w:t>0.8973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AA7B6B" w14:textId="77777777" w:rsidR="003B3005" w:rsidRDefault="00000000">
            <w:pPr>
              <w:spacing w:line="240" w:lineRule="auto"/>
              <w:jc w:val="center"/>
            </w:pPr>
            <w:r>
              <w:rPr>
                <w:sz w:val="15"/>
              </w:rPr>
              <w:t>0.8211 to 0.9736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4D7682" w14:textId="77777777" w:rsidR="003B3005" w:rsidRDefault="00000000">
            <w:pPr>
              <w:spacing w:line="240" w:lineRule="auto"/>
              <w:jc w:val="center"/>
            </w:pPr>
            <w:r>
              <w:rPr>
                <w:sz w:val="15"/>
              </w:rPr>
              <w:t>0.0389</w:t>
            </w:r>
          </w:p>
        </w:tc>
      </w:tr>
      <w:tr w:rsidR="003B3005" w14:paraId="7E3946E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412C89"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566A6C" w14:textId="77777777" w:rsidR="003B3005" w:rsidRDefault="00000000">
            <w:pPr>
              <w:spacing w:line="240" w:lineRule="auto"/>
              <w:jc w:val="center"/>
            </w:pPr>
            <w:r>
              <w:rPr>
                <w:sz w:val="15"/>
              </w:rPr>
              <w:t>2012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3D853B" w14:textId="77777777" w:rsidR="003B3005" w:rsidRDefault="00000000">
            <w:pPr>
              <w:spacing w:line="240" w:lineRule="auto"/>
              <w:jc w:val="center"/>
            </w:pPr>
            <w:r>
              <w:rPr>
                <w:sz w:val="15"/>
              </w:rPr>
              <w:t>570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2CF3A9" w14:textId="77777777" w:rsidR="003B3005" w:rsidRDefault="00000000">
            <w:pPr>
              <w:spacing w:line="240" w:lineRule="auto"/>
              <w:jc w:val="center"/>
            </w:pPr>
            <w:r>
              <w:rPr>
                <w:sz w:val="15"/>
              </w:rPr>
              <w:t>63452027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8C8252" w14:textId="77777777" w:rsidR="003B3005" w:rsidRDefault="00000000">
            <w:pPr>
              <w:spacing w:line="240" w:lineRule="auto"/>
              <w:jc w:val="center"/>
            </w:pPr>
            <w:r>
              <w:rPr>
                <w:sz w:val="15"/>
              </w:rPr>
              <w:t>0.8849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705B29" w14:textId="77777777" w:rsidR="003B3005" w:rsidRDefault="00000000">
            <w:pPr>
              <w:spacing w:line="240" w:lineRule="auto"/>
              <w:jc w:val="center"/>
            </w:pPr>
            <w:r>
              <w:rPr>
                <w:sz w:val="15"/>
              </w:rPr>
              <w:t>0.8115 to 0.9583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65DF6E" w14:textId="77777777" w:rsidR="003B3005" w:rsidRDefault="00000000">
            <w:pPr>
              <w:spacing w:line="240" w:lineRule="auto"/>
              <w:jc w:val="center"/>
            </w:pPr>
            <w:r>
              <w:rPr>
                <w:sz w:val="15"/>
              </w:rPr>
              <w:t>0.0374</w:t>
            </w:r>
          </w:p>
        </w:tc>
      </w:tr>
      <w:tr w:rsidR="003B3005" w14:paraId="72C5ADF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61980E"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133B43" w14:textId="77777777" w:rsidR="003B3005" w:rsidRDefault="00000000">
            <w:pPr>
              <w:spacing w:line="240" w:lineRule="auto"/>
              <w:jc w:val="center"/>
            </w:pPr>
            <w:r>
              <w:rPr>
                <w:sz w:val="15"/>
              </w:rPr>
              <w:t>2013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D53BA8" w14:textId="77777777" w:rsidR="003B3005" w:rsidRDefault="00000000">
            <w:pPr>
              <w:spacing w:line="240" w:lineRule="auto"/>
              <w:jc w:val="center"/>
            </w:pPr>
            <w:r>
              <w:rPr>
                <w:sz w:val="15"/>
              </w:rPr>
              <w:t>582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5E45FE" w14:textId="77777777" w:rsidR="003B3005" w:rsidRDefault="00000000">
            <w:pPr>
              <w:spacing w:line="240" w:lineRule="auto"/>
              <w:jc w:val="center"/>
            </w:pPr>
            <w:r>
              <w:rPr>
                <w:sz w:val="15"/>
              </w:rPr>
              <w:t>64526705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AFF054" w14:textId="77777777" w:rsidR="003B3005" w:rsidRDefault="00000000">
            <w:pPr>
              <w:spacing w:line="240" w:lineRule="auto"/>
              <w:jc w:val="center"/>
            </w:pPr>
            <w:r>
              <w:rPr>
                <w:sz w:val="15"/>
              </w:rPr>
              <w:t>0.9087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A36BD5" w14:textId="77777777" w:rsidR="003B3005" w:rsidRDefault="00000000">
            <w:pPr>
              <w:spacing w:line="240" w:lineRule="auto"/>
              <w:jc w:val="center"/>
            </w:pPr>
            <w:r>
              <w:rPr>
                <w:sz w:val="15"/>
              </w:rPr>
              <w:t>0.8339 to 0.9835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6C8F64" w14:textId="77777777" w:rsidR="003B3005" w:rsidRDefault="00000000">
            <w:pPr>
              <w:spacing w:line="240" w:lineRule="auto"/>
              <w:jc w:val="center"/>
            </w:pPr>
            <w:r>
              <w:rPr>
                <w:sz w:val="15"/>
              </w:rPr>
              <w:t>0.0382</w:t>
            </w:r>
          </w:p>
        </w:tc>
      </w:tr>
      <w:tr w:rsidR="003B3005" w14:paraId="1278780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AFD73D"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E11867" w14:textId="77777777" w:rsidR="003B3005" w:rsidRDefault="00000000">
            <w:pPr>
              <w:spacing w:line="240" w:lineRule="auto"/>
              <w:jc w:val="center"/>
            </w:pPr>
            <w:r>
              <w:rPr>
                <w:sz w:val="15"/>
              </w:rPr>
              <w:t>2014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71E7B5" w14:textId="77777777" w:rsidR="003B3005" w:rsidRDefault="00000000">
            <w:pPr>
              <w:spacing w:line="240" w:lineRule="auto"/>
              <w:jc w:val="center"/>
            </w:pPr>
            <w:r>
              <w:rPr>
                <w:sz w:val="15"/>
              </w:rPr>
              <w:t>660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D2DEC0" w14:textId="77777777" w:rsidR="003B3005" w:rsidRDefault="00000000">
            <w:pPr>
              <w:spacing w:line="240" w:lineRule="auto"/>
              <w:jc w:val="center"/>
            </w:pPr>
            <w:r>
              <w:rPr>
                <w:sz w:val="15"/>
              </w:rPr>
              <w:t>65705514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B836FA" w14:textId="77777777" w:rsidR="003B3005" w:rsidRDefault="00000000">
            <w:pPr>
              <w:spacing w:line="240" w:lineRule="auto"/>
              <w:jc w:val="center"/>
            </w:pPr>
            <w:r>
              <w:rPr>
                <w:sz w:val="15"/>
              </w:rPr>
              <w:t>0.9892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21FCBF" w14:textId="77777777" w:rsidR="003B3005" w:rsidRDefault="00000000">
            <w:pPr>
              <w:spacing w:line="240" w:lineRule="auto"/>
              <w:jc w:val="center"/>
            </w:pPr>
            <w:r>
              <w:rPr>
                <w:sz w:val="15"/>
              </w:rPr>
              <w:t>0.9125 to 1.0658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EA02C1" w14:textId="77777777" w:rsidR="003B3005" w:rsidRDefault="00000000">
            <w:pPr>
              <w:spacing w:line="240" w:lineRule="auto"/>
              <w:jc w:val="center"/>
            </w:pPr>
            <w:r>
              <w:rPr>
                <w:sz w:val="15"/>
              </w:rPr>
              <w:t>0.0391</w:t>
            </w:r>
          </w:p>
        </w:tc>
      </w:tr>
      <w:tr w:rsidR="003B3005" w14:paraId="2925F64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A0D306"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CC4F0A" w14:textId="77777777" w:rsidR="003B3005" w:rsidRDefault="00000000">
            <w:pPr>
              <w:spacing w:line="240" w:lineRule="auto"/>
              <w:jc w:val="center"/>
            </w:pPr>
            <w:r>
              <w:rPr>
                <w:sz w:val="15"/>
              </w:rPr>
              <w:t>2015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0125DF" w14:textId="77777777" w:rsidR="003B3005" w:rsidRDefault="00000000">
            <w:pPr>
              <w:spacing w:line="240" w:lineRule="auto"/>
              <w:jc w:val="center"/>
            </w:pPr>
            <w:r>
              <w:rPr>
                <w:sz w:val="15"/>
              </w:rPr>
              <w:t>688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16C3CA" w14:textId="77777777" w:rsidR="003B3005" w:rsidRDefault="00000000">
            <w:pPr>
              <w:spacing w:line="240" w:lineRule="auto"/>
              <w:jc w:val="center"/>
            </w:pPr>
            <w:r>
              <w:rPr>
                <w:sz w:val="15"/>
              </w:rPr>
              <w:t>66832493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61E5CF" w14:textId="77777777" w:rsidR="003B3005" w:rsidRDefault="00000000">
            <w:pPr>
              <w:spacing w:line="240" w:lineRule="auto"/>
              <w:jc w:val="center"/>
            </w:pPr>
            <w:r>
              <w:rPr>
                <w:sz w:val="15"/>
              </w:rPr>
              <w:t>1.0124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BA36B3" w14:textId="77777777" w:rsidR="003B3005" w:rsidRDefault="00000000">
            <w:pPr>
              <w:spacing w:line="240" w:lineRule="auto"/>
              <w:jc w:val="center"/>
            </w:pPr>
            <w:r>
              <w:rPr>
                <w:sz w:val="15"/>
              </w:rPr>
              <w:t>0.9353 to 1.0895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D15E94" w14:textId="77777777" w:rsidR="003B3005" w:rsidRDefault="00000000">
            <w:pPr>
              <w:spacing w:line="240" w:lineRule="auto"/>
              <w:jc w:val="center"/>
            </w:pPr>
            <w:r>
              <w:rPr>
                <w:sz w:val="15"/>
              </w:rPr>
              <w:t>0.0393</w:t>
            </w:r>
          </w:p>
        </w:tc>
      </w:tr>
      <w:tr w:rsidR="003B3005" w14:paraId="6D0F3C6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67046D"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218743" w14:textId="77777777" w:rsidR="003B3005" w:rsidRDefault="00000000">
            <w:pPr>
              <w:spacing w:line="240" w:lineRule="auto"/>
              <w:jc w:val="center"/>
            </w:pPr>
            <w:r>
              <w:rPr>
                <w:sz w:val="15"/>
              </w:rPr>
              <w:t>2016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4F01FC" w14:textId="77777777" w:rsidR="003B3005" w:rsidRDefault="00000000">
            <w:pPr>
              <w:spacing w:line="240" w:lineRule="auto"/>
              <w:jc w:val="center"/>
            </w:pPr>
            <w:r>
              <w:rPr>
                <w:sz w:val="15"/>
              </w:rPr>
              <w:t>714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0C08ED" w14:textId="77777777" w:rsidR="003B3005" w:rsidRDefault="00000000">
            <w:pPr>
              <w:spacing w:line="240" w:lineRule="auto"/>
              <w:jc w:val="center"/>
            </w:pPr>
            <w:r>
              <w:rPr>
                <w:sz w:val="15"/>
              </w:rPr>
              <w:t>67507468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BF208D" w14:textId="77777777" w:rsidR="003B3005" w:rsidRDefault="00000000">
            <w:pPr>
              <w:spacing w:line="240" w:lineRule="auto"/>
              <w:jc w:val="center"/>
            </w:pPr>
            <w:r>
              <w:rPr>
                <w:sz w:val="15"/>
              </w:rPr>
              <w:t>1.0004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507A66" w14:textId="77777777" w:rsidR="003B3005" w:rsidRDefault="00000000">
            <w:pPr>
              <w:spacing w:line="240" w:lineRule="auto"/>
              <w:jc w:val="center"/>
            </w:pPr>
            <w:r>
              <w:rPr>
                <w:sz w:val="15"/>
              </w:rPr>
              <w:t>0.9259 to 1.0750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7455E0" w14:textId="77777777" w:rsidR="003B3005" w:rsidRDefault="00000000">
            <w:pPr>
              <w:spacing w:line="240" w:lineRule="auto"/>
              <w:jc w:val="center"/>
            </w:pPr>
            <w:r>
              <w:rPr>
                <w:sz w:val="15"/>
              </w:rPr>
              <w:t>0.0380</w:t>
            </w:r>
          </w:p>
        </w:tc>
      </w:tr>
      <w:tr w:rsidR="003B3005" w14:paraId="4400B6B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8D26F0" w14:textId="77777777" w:rsidR="003B3005" w:rsidRDefault="00000000">
            <w:pPr>
              <w:spacing w:line="240" w:lineRule="auto"/>
            </w:pPr>
            <w:r>
              <w:rPr>
                <w:sz w:val="15"/>
              </w:rPr>
              <w:lastRenderedPageBreak/>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1BB834" w14:textId="77777777" w:rsidR="003B3005" w:rsidRDefault="00000000">
            <w:pPr>
              <w:spacing w:line="240" w:lineRule="auto"/>
              <w:jc w:val="center"/>
            </w:pPr>
            <w:r>
              <w:rPr>
                <w:sz w:val="15"/>
              </w:rPr>
              <w:t>2017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7675D7" w14:textId="77777777" w:rsidR="003B3005" w:rsidRDefault="00000000">
            <w:pPr>
              <w:spacing w:line="240" w:lineRule="auto"/>
              <w:jc w:val="center"/>
            </w:pPr>
            <w:r>
              <w:rPr>
                <w:sz w:val="15"/>
              </w:rPr>
              <w:t>696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936F82" w14:textId="77777777" w:rsidR="003B3005" w:rsidRDefault="00000000">
            <w:pPr>
              <w:spacing w:line="240" w:lineRule="auto"/>
              <w:jc w:val="center"/>
            </w:pPr>
            <w:r>
              <w:rPr>
                <w:sz w:val="15"/>
              </w:rPr>
              <w:t>68657865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297CC2" w14:textId="77777777" w:rsidR="003B3005" w:rsidRDefault="00000000">
            <w:pPr>
              <w:spacing w:line="240" w:lineRule="auto"/>
              <w:jc w:val="center"/>
            </w:pPr>
            <w:r>
              <w:rPr>
                <w:sz w:val="15"/>
              </w:rPr>
              <w:t>0.9890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A3F099" w14:textId="77777777" w:rsidR="003B3005" w:rsidRDefault="00000000">
            <w:pPr>
              <w:spacing w:line="240" w:lineRule="auto"/>
              <w:jc w:val="center"/>
            </w:pPr>
            <w:r>
              <w:rPr>
                <w:sz w:val="15"/>
              </w:rPr>
              <w:t>0.9138 to 1.0642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51FA6B" w14:textId="77777777" w:rsidR="003B3005" w:rsidRDefault="00000000">
            <w:pPr>
              <w:spacing w:line="240" w:lineRule="auto"/>
              <w:jc w:val="center"/>
            </w:pPr>
            <w:r>
              <w:rPr>
                <w:sz w:val="15"/>
              </w:rPr>
              <w:t>0.0384</w:t>
            </w:r>
          </w:p>
        </w:tc>
      </w:tr>
      <w:tr w:rsidR="003B3005" w14:paraId="3A084E6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6F184C"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03F8D2" w14:textId="77777777" w:rsidR="003B3005" w:rsidRDefault="00000000">
            <w:pPr>
              <w:spacing w:line="240" w:lineRule="auto"/>
              <w:jc w:val="center"/>
            </w:pPr>
            <w:r>
              <w:rPr>
                <w:sz w:val="15"/>
              </w:rPr>
              <w:t>2018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6D68A2" w14:textId="77777777" w:rsidR="003B3005" w:rsidRDefault="00000000">
            <w:pPr>
              <w:spacing w:line="240" w:lineRule="auto"/>
              <w:jc w:val="center"/>
            </w:pPr>
            <w:r>
              <w:rPr>
                <w:sz w:val="15"/>
              </w:rPr>
              <w:t>736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53C840" w14:textId="77777777" w:rsidR="003B3005" w:rsidRDefault="00000000">
            <w:pPr>
              <w:spacing w:line="240" w:lineRule="auto"/>
              <w:jc w:val="center"/>
            </w:pPr>
            <w:r>
              <w:rPr>
                <w:sz w:val="15"/>
              </w:rPr>
              <w:t>69113529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35F7FA" w14:textId="77777777" w:rsidR="003B3005" w:rsidRDefault="00000000">
            <w:pPr>
              <w:spacing w:line="240" w:lineRule="auto"/>
              <w:jc w:val="center"/>
            </w:pPr>
            <w:r>
              <w:rPr>
                <w:sz w:val="15"/>
              </w:rPr>
              <w:t>1.0183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76D230" w14:textId="77777777" w:rsidR="003B3005" w:rsidRDefault="00000000">
            <w:pPr>
              <w:spacing w:line="240" w:lineRule="auto"/>
              <w:jc w:val="center"/>
            </w:pPr>
            <w:r>
              <w:rPr>
                <w:sz w:val="15"/>
              </w:rPr>
              <w:t>0.9435 to 1.0930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6A6744" w14:textId="77777777" w:rsidR="003B3005" w:rsidRDefault="00000000">
            <w:pPr>
              <w:spacing w:line="240" w:lineRule="auto"/>
              <w:jc w:val="center"/>
            </w:pPr>
            <w:r>
              <w:rPr>
                <w:sz w:val="15"/>
              </w:rPr>
              <w:t>0.0381</w:t>
            </w:r>
          </w:p>
        </w:tc>
      </w:tr>
      <w:tr w:rsidR="003B3005" w14:paraId="5DD6A94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B5AAAC"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618B16" w14:textId="77777777" w:rsidR="003B3005" w:rsidRDefault="00000000">
            <w:pPr>
              <w:spacing w:line="240" w:lineRule="auto"/>
              <w:jc w:val="center"/>
            </w:pPr>
            <w:r>
              <w:rPr>
                <w:sz w:val="15"/>
              </w:rPr>
              <w:t>2019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21958C" w14:textId="77777777" w:rsidR="003B3005" w:rsidRDefault="00000000">
            <w:pPr>
              <w:spacing w:line="240" w:lineRule="auto"/>
              <w:jc w:val="center"/>
            </w:pPr>
            <w:r>
              <w:rPr>
                <w:sz w:val="15"/>
              </w:rPr>
              <w:t>699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72EB6E" w14:textId="77777777" w:rsidR="003B3005" w:rsidRDefault="00000000">
            <w:pPr>
              <w:spacing w:line="240" w:lineRule="auto"/>
              <w:jc w:val="center"/>
            </w:pPr>
            <w:r>
              <w:rPr>
                <w:sz w:val="15"/>
              </w:rPr>
              <w:t>69547234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BED76B" w14:textId="77777777" w:rsidR="003B3005" w:rsidRDefault="00000000">
            <w:pPr>
              <w:spacing w:line="240" w:lineRule="auto"/>
              <w:jc w:val="center"/>
            </w:pPr>
            <w:r>
              <w:rPr>
                <w:sz w:val="15"/>
              </w:rPr>
              <w:t>0.9524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5AF266" w14:textId="77777777" w:rsidR="003B3005" w:rsidRDefault="00000000">
            <w:pPr>
              <w:spacing w:line="240" w:lineRule="auto"/>
              <w:jc w:val="center"/>
            </w:pPr>
            <w:r>
              <w:rPr>
                <w:sz w:val="15"/>
              </w:rPr>
              <w:t>0.8805 to 1.0243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11F451" w14:textId="77777777" w:rsidR="003B3005" w:rsidRDefault="00000000">
            <w:pPr>
              <w:spacing w:line="240" w:lineRule="auto"/>
              <w:jc w:val="center"/>
            </w:pPr>
            <w:r>
              <w:rPr>
                <w:sz w:val="15"/>
              </w:rPr>
              <w:t>0.0367</w:t>
            </w:r>
          </w:p>
        </w:tc>
      </w:tr>
      <w:tr w:rsidR="003B3005" w14:paraId="058F9C9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29118A" w14:textId="77777777" w:rsidR="003B3005" w:rsidRDefault="00000000">
            <w:pPr>
              <w:spacing w:line="240" w:lineRule="auto"/>
            </w:pPr>
            <w:r>
              <w:rPr>
                <w:sz w:val="15"/>
              </w:rPr>
              <w:t>Large Central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92A191" w14:textId="77777777" w:rsidR="003B3005" w:rsidRDefault="00000000">
            <w:pPr>
              <w:spacing w:line="240" w:lineRule="auto"/>
              <w:jc w:val="center"/>
            </w:pPr>
            <w:r>
              <w:rPr>
                <w:sz w:val="15"/>
              </w:rPr>
              <w:t>2020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4D07A0" w14:textId="77777777" w:rsidR="003B3005" w:rsidRDefault="00000000">
            <w:pPr>
              <w:spacing w:line="240" w:lineRule="auto"/>
              <w:jc w:val="center"/>
            </w:pPr>
            <w:r>
              <w:rPr>
                <w:sz w:val="15"/>
              </w:rPr>
              <w:t>1302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2A57B3" w14:textId="77777777" w:rsidR="003B3005" w:rsidRDefault="00000000">
            <w:pPr>
              <w:spacing w:line="240" w:lineRule="auto"/>
              <w:jc w:val="center"/>
            </w:pPr>
            <w:r>
              <w:rPr>
                <w:sz w:val="15"/>
              </w:rPr>
              <w:t>69923712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7327F2" w14:textId="77777777" w:rsidR="003B3005" w:rsidRDefault="00000000">
            <w:pPr>
              <w:spacing w:line="240" w:lineRule="auto"/>
              <w:jc w:val="center"/>
            </w:pPr>
            <w:r>
              <w:rPr>
                <w:sz w:val="15"/>
              </w:rPr>
              <w:t>1.7786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D0586A" w14:textId="77777777" w:rsidR="003B3005" w:rsidRDefault="00000000">
            <w:pPr>
              <w:spacing w:line="240" w:lineRule="auto"/>
              <w:jc w:val="center"/>
            </w:pPr>
            <w:r>
              <w:rPr>
                <w:sz w:val="15"/>
              </w:rPr>
              <w:t>1.6802 to 1.8771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DCAAC2" w14:textId="77777777" w:rsidR="003B3005" w:rsidRDefault="00000000">
            <w:pPr>
              <w:spacing w:line="240" w:lineRule="auto"/>
              <w:jc w:val="center"/>
            </w:pPr>
            <w:r>
              <w:rPr>
                <w:sz w:val="15"/>
              </w:rPr>
              <w:t>0.0502</w:t>
            </w:r>
          </w:p>
        </w:tc>
      </w:tr>
      <w:tr w:rsidR="003B3005" w14:paraId="03A3FF4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75E9BF"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952F62" w14:textId="77777777" w:rsidR="003B3005" w:rsidRDefault="00000000">
            <w:pPr>
              <w:spacing w:line="240" w:lineRule="auto"/>
              <w:jc w:val="center"/>
            </w:pPr>
            <w:r>
              <w:rPr>
                <w:sz w:val="15"/>
              </w:rPr>
              <w:t>1999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47AB21" w14:textId="77777777" w:rsidR="003B3005" w:rsidRDefault="00000000">
            <w:pPr>
              <w:spacing w:line="240" w:lineRule="auto"/>
              <w:jc w:val="center"/>
            </w:pPr>
            <w:r>
              <w:rPr>
                <w:sz w:val="15"/>
              </w:rPr>
              <w:t>148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7CD35F" w14:textId="77777777" w:rsidR="003B3005" w:rsidRDefault="00000000">
            <w:pPr>
              <w:spacing w:line="240" w:lineRule="auto"/>
              <w:jc w:val="center"/>
            </w:pPr>
            <w:r>
              <w:rPr>
                <w:sz w:val="15"/>
              </w:rPr>
              <w:t>43153790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C5E12B" w14:textId="77777777" w:rsidR="003B3005" w:rsidRDefault="00000000">
            <w:pPr>
              <w:spacing w:line="240" w:lineRule="auto"/>
              <w:jc w:val="center"/>
            </w:pPr>
            <w:r>
              <w:rPr>
                <w:sz w:val="15"/>
              </w:rPr>
              <w:t>0.3612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5BF98D" w14:textId="77777777" w:rsidR="003B3005" w:rsidRDefault="00000000">
            <w:pPr>
              <w:spacing w:line="240" w:lineRule="auto"/>
              <w:jc w:val="center"/>
            </w:pPr>
            <w:r>
              <w:rPr>
                <w:sz w:val="15"/>
              </w:rPr>
              <w:t>0.3028 to 0.4195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816246" w14:textId="77777777" w:rsidR="003B3005" w:rsidRDefault="00000000">
            <w:pPr>
              <w:spacing w:line="240" w:lineRule="auto"/>
              <w:jc w:val="center"/>
            </w:pPr>
            <w:r>
              <w:rPr>
                <w:sz w:val="15"/>
              </w:rPr>
              <w:t>0.0298</w:t>
            </w:r>
          </w:p>
        </w:tc>
      </w:tr>
      <w:tr w:rsidR="003B3005" w14:paraId="1390951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853D8E"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97469B" w14:textId="77777777" w:rsidR="003B3005" w:rsidRDefault="00000000">
            <w:pPr>
              <w:spacing w:line="240" w:lineRule="auto"/>
              <w:jc w:val="center"/>
            </w:pPr>
            <w:r>
              <w:rPr>
                <w:sz w:val="15"/>
              </w:rPr>
              <w:t>2000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7C6FDD" w14:textId="77777777" w:rsidR="003B3005" w:rsidRDefault="00000000">
            <w:pPr>
              <w:spacing w:line="240" w:lineRule="auto"/>
              <w:jc w:val="center"/>
            </w:pPr>
            <w:r>
              <w:rPr>
                <w:sz w:val="15"/>
              </w:rPr>
              <w:t>182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DC5D09" w14:textId="77777777" w:rsidR="003B3005" w:rsidRDefault="00000000">
            <w:pPr>
              <w:spacing w:line="240" w:lineRule="auto"/>
              <w:jc w:val="center"/>
            </w:pPr>
            <w:r>
              <w:rPr>
                <w:sz w:val="15"/>
              </w:rPr>
              <w:t>43700200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E9DD64" w14:textId="77777777" w:rsidR="003B3005" w:rsidRDefault="00000000">
            <w:pPr>
              <w:spacing w:line="240" w:lineRule="auto"/>
              <w:jc w:val="center"/>
            </w:pPr>
            <w:r>
              <w:rPr>
                <w:sz w:val="15"/>
              </w:rPr>
              <w:t>0.4392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DF04DD" w14:textId="77777777" w:rsidR="003B3005" w:rsidRDefault="00000000">
            <w:pPr>
              <w:spacing w:line="240" w:lineRule="auto"/>
              <w:jc w:val="center"/>
            </w:pPr>
            <w:r>
              <w:rPr>
                <w:sz w:val="15"/>
              </w:rPr>
              <w:t>0.3751 to 0.5033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CA93B0" w14:textId="77777777" w:rsidR="003B3005" w:rsidRDefault="00000000">
            <w:pPr>
              <w:spacing w:line="240" w:lineRule="auto"/>
              <w:jc w:val="center"/>
            </w:pPr>
            <w:r>
              <w:rPr>
                <w:sz w:val="15"/>
              </w:rPr>
              <w:t>0.0327</w:t>
            </w:r>
          </w:p>
        </w:tc>
      </w:tr>
      <w:tr w:rsidR="003B3005" w14:paraId="693AC11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B45824"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A62D2E" w14:textId="77777777" w:rsidR="003B3005" w:rsidRDefault="00000000">
            <w:pPr>
              <w:spacing w:line="240" w:lineRule="auto"/>
              <w:jc w:val="center"/>
            </w:pPr>
            <w:r>
              <w:rPr>
                <w:sz w:val="15"/>
              </w:rPr>
              <w:t>2001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1FF7DC" w14:textId="77777777" w:rsidR="003B3005" w:rsidRDefault="00000000">
            <w:pPr>
              <w:spacing w:line="240" w:lineRule="auto"/>
              <w:jc w:val="center"/>
            </w:pPr>
            <w:r>
              <w:rPr>
                <w:sz w:val="15"/>
              </w:rPr>
              <w:t>157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746499" w14:textId="77777777" w:rsidR="003B3005" w:rsidRDefault="00000000">
            <w:pPr>
              <w:spacing w:line="240" w:lineRule="auto"/>
              <w:jc w:val="center"/>
            </w:pPr>
            <w:r>
              <w:rPr>
                <w:sz w:val="15"/>
              </w:rPr>
              <w:t>44588342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442BD4" w14:textId="77777777" w:rsidR="003B3005" w:rsidRDefault="00000000">
            <w:pPr>
              <w:spacing w:line="240" w:lineRule="auto"/>
              <w:jc w:val="center"/>
            </w:pPr>
            <w:r>
              <w:rPr>
                <w:sz w:val="15"/>
              </w:rPr>
              <w:t>0.3787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525396" w14:textId="77777777" w:rsidR="003B3005" w:rsidRDefault="00000000">
            <w:pPr>
              <w:spacing w:line="240" w:lineRule="auto"/>
              <w:jc w:val="center"/>
            </w:pPr>
            <w:r>
              <w:rPr>
                <w:sz w:val="15"/>
              </w:rPr>
              <w:t>0.3192 to 0.4383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5D66BA" w14:textId="77777777" w:rsidR="003B3005" w:rsidRDefault="00000000">
            <w:pPr>
              <w:spacing w:line="240" w:lineRule="auto"/>
              <w:jc w:val="center"/>
            </w:pPr>
            <w:r>
              <w:rPr>
                <w:sz w:val="15"/>
              </w:rPr>
              <w:t>0.0304</w:t>
            </w:r>
          </w:p>
        </w:tc>
      </w:tr>
      <w:tr w:rsidR="003B3005" w14:paraId="1072F0F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0F63AF"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6FE47F" w14:textId="77777777" w:rsidR="003B3005" w:rsidRDefault="00000000">
            <w:pPr>
              <w:spacing w:line="240" w:lineRule="auto"/>
              <w:jc w:val="center"/>
            </w:pPr>
            <w:r>
              <w:rPr>
                <w:sz w:val="15"/>
              </w:rPr>
              <w:t>2002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9DD79F" w14:textId="77777777" w:rsidR="003B3005" w:rsidRDefault="00000000">
            <w:pPr>
              <w:spacing w:line="240" w:lineRule="auto"/>
              <w:jc w:val="center"/>
            </w:pPr>
            <w:r>
              <w:rPr>
                <w:sz w:val="15"/>
              </w:rPr>
              <w:t>223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65AF6C" w14:textId="77777777" w:rsidR="003B3005" w:rsidRDefault="00000000">
            <w:pPr>
              <w:spacing w:line="240" w:lineRule="auto"/>
              <w:jc w:val="center"/>
            </w:pPr>
            <w:r>
              <w:rPr>
                <w:sz w:val="15"/>
              </w:rPr>
              <w:t>45270335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07B912" w14:textId="77777777" w:rsidR="003B3005" w:rsidRDefault="00000000">
            <w:pPr>
              <w:spacing w:line="240" w:lineRule="auto"/>
              <w:jc w:val="center"/>
            </w:pPr>
            <w:r>
              <w:rPr>
                <w:sz w:val="15"/>
              </w:rPr>
              <w:t>0.4928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53DB75" w14:textId="77777777" w:rsidR="003B3005" w:rsidRDefault="00000000">
            <w:pPr>
              <w:spacing w:line="240" w:lineRule="auto"/>
              <w:jc w:val="center"/>
            </w:pPr>
            <w:r>
              <w:rPr>
                <w:sz w:val="15"/>
              </w:rPr>
              <w:t>0.4279 to 0.5577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16CAE9" w14:textId="77777777" w:rsidR="003B3005" w:rsidRDefault="00000000">
            <w:pPr>
              <w:spacing w:line="240" w:lineRule="auto"/>
              <w:jc w:val="center"/>
            </w:pPr>
            <w:r>
              <w:rPr>
                <w:sz w:val="15"/>
              </w:rPr>
              <w:t>0.0331</w:t>
            </w:r>
          </w:p>
        </w:tc>
      </w:tr>
      <w:tr w:rsidR="003B3005" w14:paraId="643DFCF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93D10F"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C7FA4C" w14:textId="77777777" w:rsidR="003B3005" w:rsidRDefault="00000000">
            <w:pPr>
              <w:spacing w:line="240" w:lineRule="auto"/>
              <w:jc w:val="center"/>
            </w:pPr>
            <w:r>
              <w:rPr>
                <w:sz w:val="15"/>
              </w:rPr>
              <w:t>2003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DA2B3E" w14:textId="77777777" w:rsidR="003B3005" w:rsidRDefault="00000000">
            <w:pPr>
              <w:spacing w:line="240" w:lineRule="auto"/>
              <w:jc w:val="center"/>
            </w:pPr>
            <w:r>
              <w:rPr>
                <w:sz w:val="15"/>
              </w:rPr>
              <w:t>261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B9F079" w14:textId="77777777" w:rsidR="003B3005" w:rsidRDefault="00000000">
            <w:pPr>
              <w:spacing w:line="240" w:lineRule="auto"/>
              <w:jc w:val="center"/>
            </w:pPr>
            <w:r>
              <w:rPr>
                <w:sz w:val="15"/>
              </w:rPr>
              <w:t>45928816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4B0AAD" w14:textId="77777777" w:rsidR="003B3005" w:rsidRDefault="00000000">
            <w:pPr>
              <w:spacing w:line="240" w:lineRule="auto"/>
              <w:jc w:val="center"/>
            </w:pPr>
            <w:r>
              <w:rPr>
                <w:sz w:val="15"/>
              </w:rPr>
              <w:t>0.5610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E57BF1" w14:textId="77777777" w:rsidR="003B3005" w:rsidRDefault="00000000">
            <w:pPr>
              <w:spacing w:line="240" w:lineRule="auto"/>
              <w:jc w:val="center"/>
            </w:pPr>
            <w:r>
              <w:rPr>
                <w:sz w:val="15"/>
              </w:rPr>
              <w:t>0.4925 to 0.6294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D0B85F" w14:textId="77777777" w:rsidR="003B3005" w:rsidRDefault="00000000">
            <w:pPr>
              <w:spacing w:line="240" w:lineRule="auto"/>
              <w:jc w:val="center"/>
            </w:pPr>
            <w:r>
              <w:rPr>
                <w:sz w:val="15"/>
              </w:rPr>
              <w:t>0.0349</w:t>
            </w:r>
          </w:p>
        </w:tc>
      </w:tr>
      <w:tr w:rsidR="003B3005" w14:paraId="0C26A59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1E4B26"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35CC37" w14:textId="77777777" w:rsidR="003B3005" w:rsidRDefault="00000000">
            <w:pPr>
              <w:spacing w:line="240" w:lineRule="auto"/>
              <w:jc w:val="center"/>
            </w:pPr>
            <w:r>
              <w:rPr>
                <w:sz w:val="15"/>
              </w:rPr>
              <w:t>2004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E84AE5" w14:textId="77777777" w:rsidR="003B3005" w:rsidRDefault="00000000">
            <w:pPr>
              <w:spacing w:line="240" w:lineRule="auto"/>
              <w:jc w:val="center"/>
            </w:pPr>
            <w:r>
              <w:rPr>
                <w:sz w:val="15"/>
              </w:rPr>
              <w:t>257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8E2921" w14:textId="77777777" w:rsidR="003B3005" w:rsidRDefault="00000000">
            <w:pPr>
              <w:spacing w:line="240" w:lineRule="auto"/>
              <w:jc w:val="center"/>
            </w:pPr>
            <w:r>
              <w:rPr>
                <w:sz w:val="15"/>
              </w:rPr>
              <w:t>46609071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CCAD15" w14:textId="77777777" w:rsidR="003B3005" w:rsidRDefault="00000000">
            <w:pPr>
              <w:spacing w:line="240" w:lineRule="auto"/>
              <w:jc w:val="center"/>
            </w:pPr>
            <w:r>
              <w:rPr>
                <w:sz w:val="15"/>
              </w:rPr>
              <w:t>0.5554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18CD28" w14:textId="77777777" w:rsidR="003B3005" w:rsidRDefault="00000000">
            <w:pPr>
              <w:spacing w:line="240" w:lineRule="auto"/>
              <w:jc w:val="center"/>
            </w:pPr>
            <w:r>
              <w:rPr>
                <w:sz w:val="15"/>
              </w:rPr>
              <w:t>0.4865 to 0.6244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8338CA" w14:textId="77777777" w:rsidR="003B3005" w:rsidRDefault="00000000">
            <w:pPr>
              <w:spacing w:line="240" w:lineRule="auto"/>
              <w:jc w:val="center"/>
            </w:pPr>
            <w:r>
              <w:rPr>
                <w:sz w:val="15"/>
              </w:rPr>
              <w:t>0.0352</w:t>
            </w:r>
          </w:p>
        </w:tc>
      </w:tr>
      <w:tr w:rsidR="003B3005" w14:paraId="4FE8335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ABE754"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D647F2" w14:textId="77777777" w:rsidR="003B3005" w:rsidRDefault="00000000">
            <w:pPr>
              <w:spacing w:line="240" w:lineRule="auto"/>
              <w:jc w:val="center"/>
            </w:pPr>
            <w:r>
              <w:rPr>
                <w:sz w:val="15"/>
              </w:rPr>
              <w:t>2005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93053B" w14:textId="77777777" w:rsidR="003B3005" w:rsidRDefault="00000000">
            <w:pPr>
              <w:spacing w:line="240" w:lineRule="auto"/>
              <w:jc w:val="center"/>
            </w:pPr>
            <w:r>
              <w:rPr>
                <w:sz w:val="15"/>
              </w:rPr>
              <w:t>271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3C54B7" w14:textId="77777777" w:rsidR="003B3005" w:rsidRDefault="00000000">
            <w:pPr>
              <w:spacing w:line="240" w:lineRule="auto"/>
              <w:jc w:val="center"/>
            </w:pPr>
            <w:r>
              <w:rPr>
                <w:sz w:val="15"/>
              </w:rPr>
              <w:t>47328668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8AD7BB" w14:textId="77777777" w:rsidR="003B3005" w:rsidRDefault="00000000">
            <w:pPr>
              <w:spacing w:line="240" w:lineRule="auto"/>
              <w:jc w:val="center"/>
            </w:pPr>
            <w:r>
              <w:rPr>
                <w:sz w:val="15"/>
              </w:rPr>
              <w:t>0.5849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830651" w14:textId="77777777" w:rsidR="003B3005" w:rsidRDefault="00000000">
            <w:pPr>
              <w:spacing w:line="240" w:lineRule="auto"/>
              <w:jc w:val="center"/>
            </w:pPr>
            <w:r>
              <w:rPr>
                <w:sz w:val="15"/>
              </w:rPr>
              <w:t>0.5147 to 0.6551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95FBC2" w14:textId="77777777" w:rsidR="003B3005" w:rsidRDefault="00000000">
            <w:pPr>
              <w:spacing w:line="240" w:lineRule="auto"/>
              <w:jc w:val="center"/>
            </w:pPr>
            <w:r>
              <w:rPr>
                <w:sz w:val="15"/>
              </w:rPr>
              <w:t>0.0358</w:t>
            </w:r>
          </w:p>
        </w:tc>
      </w:tr>
      <w:tr w:rsidR="003B3005" w14:paraId="197221F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079184"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662BCD" w14:textId="77777777" w:rsidR="003B3005" w:rsidRDefault="00000000">
            <w:pPr>
              <w:spacing w:line="240" w:lineRule="auto"/>
              <w:jc w:val="center"/>
            </w:pPr>
            <w:r>
              <w:rPr>
                <w:sz w:val="15"/>
              </w:rPr>
              <w:t>2006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AB2FCF" w14:textId="77777777" w:rsidR="003B3005" w:rsidRDefault="00000000">
            <w:pPr>
              <w:spacing w:line="240" w:lineRule="auto"/>
              <w:jc w:val="center"/>
            </w:pPr>
            <w:r>
              <w:rPr>
                <w:sz w:val="15"/>
              </w:rPr>
              <w:t>285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561E53" w14:textId="77777777" w:rsidR="003B3005" w:rsidRDefault="00000000">
            <w:pPr>
              <w:spacing w:line="240" w:lineRule="auto"/>
              <w:jc w:val="center"/>
            </w:pPr>
            <w:r>
              <w:rPr>
                <w:sz w:val="15"/>
              </w:rPr>
              <w:t>48062418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D60EE0" w14:textId="77777777" w:rsidR="003B3005" w:rsidRDefault="00000000">
            <w:pPr>
              <w:spacing w:line="240" w:lineRule="auto"/>
              <w:jc w:val="center"/>
            </w:pPr>
            <w:r>
              <w:rPr>
                <w:sz w:val="15"/>
              </w:rPr>
              <w:t>0.5966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056E1C" w14:textId="77777777" w:rsidR="003B3005" w:rsidRDefault="00000000">
            <w:pPr>
              <w:spacing w:line="240" w:lineRule="auto"/>
              <w:jc w:val="center"/>
            </w:pPr>
            <w:r>
              <w:rPr>
                <w:sz w:val="15"/>
              </w:rPr>
              <w:t>0.5261 to 0.6670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5DEDA1" w14:textId="77777777" w:rsidR="003B3005" w:rsidRDefault="00000000">
            <w:pPr>
              <w:spacing w:line="240" w:lineRule="auto"/>
              <w:jc w:val="center"/>
            </w:pPr>
            <w:r>
              <w:rPr>
                <w:sz w:val="15"/>
              </w:rPr>
              <w:t>0.0359</w:t>
            </w:r>
          </w:p>
        </w:tc>
      </w:tr>
      <w:tr w:rsidR="003B3005" w14:paraId="220ED6D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8CD5F8"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F96682" w14:textId="77777777" w:rsidR="003B3005" w:rsidRDefault="00000000">
            <w:pPr>
              <w:spacing w:line="240" w:lineRule="auto"/>
              <w:jc w:val="center"/>
            </w:pPr>
            <w:r>
              <w:rPr>
                <w:sz w:val="15"/>
              </w:rPr>
              <w:t>2007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DE53C7" w14:textId="77777777" w:rsidR="003B3005" w:rsidRDefault="00000000">
            <w:pPr>
              <w:spacing w:line="240" w:lineRule="auto"/>
              <w:jc w:val="center"/>
            </w:pPr>
            <w:r>
              <w:rPr>
                <w:sz w:val="15"/>
              </w:rPr>
              <w:t>323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40EF3B" w14:textId="77777777" w:rsidR="003B3005" w:rsidRDefault="00000000">
            <w:pPr>
              <w:spacing w:line="240" w:lineRule="auto"/>
              <w:jc w:val="center"/>
            </w:pPr>
            <w:r>
              <w:rPr>
                <w:sz w:val="15"/>
              </w:rPr>
              <w:t>48754831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268087" w14:textId="77777777" w:rsidR="003B3005" w:rsidRDefault="00000000">
            <w:pPr>
              <w:spacing w:line="240" w:lineRule="auto"/>
              <w:jc w:val="center"/>
            </w:pPr>
            <w:r>
              <w:rPr>
                <w:sz w:val="15"/>
              </w:rPr>
              <w:t>0.6229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1D8992" w14:textId="77777777" w:rsidR="003B3005" w:rsidRDefault="00000000">
            <w:pPr>
              <w:spacing w:line="240" w:lineRule="auto"/>
              <w:jc w:val="center"/>
            </w:pPr>
            <w:r>
              <w:rPr>
                <w:sz w:val="15"/>
              </w:rPr>
              <w:t>0.5537 to 0.6921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33674D" w14:textId="77777777" w:rsidR="003B3005" w:rsidRDefault="00000000">
            <w:pPr>
              <w:spacing w:line="240" w:lineRule="auto"/>
              <w:jc w:val="center"/>
            </w:pPr>
            <w:r>
              <w:rPr>
                <w:sz w:val="15"/>
              </w:rPr>
              <w:t>0.0353</w:t>
            </w:r>
          </w:p>
        </w:tc>
      </w:tr>
      <w:tr w:rsidR="003B3005" w14:paraId="239F38F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546566"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C2C07C" w14:textId="77777777" w:rsidR="003B3005" w:rsidRDefault="00000000">
            <w:pPr>
              <w:spacing w:line="240" w:lineRule="auto"/>
              <w:jc w:val="center"/>
            </w:pPr>
            <w:r>
              <w:rPr>
                <w:sz w:val="15"/>
              </w:rPr>
              <w:t>2008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5F4B5C" w14:textId="77777777" w:rsidR="003B3005" w:rsidRDefault="00000000">
            <w:pPr>
              <w:spacing w:line="240" w:lineRule="auto"/>
              <w:jc w:val="center"/>
            </w:pPr>
            <w:r>
              <w:rPr>
                <w:sz w:val="15"/>
              </w:rPr>
              <w:t>311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DADB11" w14:textId="77777777" w:rsidR="003B3005" w:rsidRDefault="00000000">
            <w:pPr>
              <w:spacing w:line="240" w:lineRule="auto"/>
              <w:jc w:val="center"/>
            </w:pPr>
            <w:r>
              <w:rPr>
                <w:sz w:val="15"/>
              </w:rPr>
              <w:t>49453044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13026D" w14:textId="77777777" w:rsidR="003B3005" w:rsidRDefault="00000000">
            <w:pPr>
              <w:spacing w:line="240" w:lineRule="auto"/>
              <w:jc w:val="center"/>
            </w:pPr>
            <w:r>
              <w:rPr>
                <w:sz w:val="15"/>
              </w:rPr>
              <w:t>0.5862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50F4FA" w14:textId="77777777" w:rsidR="003B3005" w:rsidRDefault="00000000">
            <w:pPr>
              <w:spacing w:line="240" w:lineRule="auto"/>
              <w:jc w:val="center"/>
            </w:pPr>
            <w:r>
              <w:rPr>
                <w:sz w:val="15"/>
              </w:rPr>
              <w:t>0.5204 to 0.6521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D2EB71" w14:textId="77777777" w:rsidR="003B3005" w:rsidRDefault="00000000">
            <w:pPr>
              <w:spacing w:line="240" w:lineRule="auto"/>
              <w:jc w:val="center"/>
            </w:pPr>
            <w:r>
              <w:rPr>
                <w:sz w:val="15"/>
              </w:rPr>
              <w:t>0.0336</w:t>
            </w:r>
          </w:p>
        </w:tc>
      </w:tr>
      <w:tr w:rsidR="003B3005" w14:paraId="4BCBE4B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598A04"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1081F6" w14:textId="77777777" w:rsidR="003B3005" w:rsidRDefault="00000000">
            <w:pPr>
              <w:spacing w:line="240" w:lineRule="auto"/>
              <w:jc w:val="center"/>
            </w:pPr>
            <w:r>
              <w:rPr>
                <w:sz w:val="15"/>
              </w:rPr>
              <w:t>2009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569148" w14:textId="77777777" w:rsidR="003B3005" w:rsidRDefault="00000000">
            <w:pPr>
              <w:spacing w:line="240" w:lineRule="auto"/>
              <w:jc w:val="center"/>
            </w:pPr>
            <w:r>
              <w:rPr>
                <w:sz w:val="15"/>
              </w:rPr>
              <w:t>334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106BF7" w14:textId="77777777" w:rsidR="003B3005" w:rsidRDefault="00000000">
            <w:pPr>
              <w:spacing w:line="240" w:lineRule="auto"/>
              <w:jc w:val="center"/>
            </w:pPr>
            <w:r>
              <w:rPr>
                <w:sz w:val="15"/>
              </w:rPr>
              <w:t>50097697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0AE9C1" w14:textId="77777777" w:rsidR="003B3005" w:rsidRDefault="00000000">
            <w:pPr>
              <w:spacing w:line="240" w:lineRule="auto"/>
              <w:jc w:val="center"/>
            </w:pPr>
            <w:r>
              <w:rPr>
                <w:sz w:val="15"/>
              </w:rPr>
              <w:t>0.6160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B650B9" w14:textId="77777777" w:rsidR="003B3005" w:rsidRDefault="00000000">
            <w:pPr>
              <w:spacing w:line="240" w:lineRule="auto"/>
              <w:jc w:val="center"/>
            </w:pPr>
            <w:r>
              <w:rPr>
                <w:sz w:val="15"/>
              </w:rPr>
              <w:t>0.5493 to 0.6827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43D194" w14:textId="77777777" w:rsidR="003B3005" w:rsidRDefault="00000000">
            <w:pPr>
              <w:spacing w:line="240" w:lineRule="auto"/>
              <w:jc w:val="center"/>
            </w:pPr>
            <w:r>
              <w:rPr>
                <w:sz w:val="15"/>
              </w:rPr>
              <w:t>0.0340</w:t>
            </w:r>
          </w:p>
        </w:tc>
      </w:tr>
      <w:tr w:rsidR="003B3005" w14:paraId="51A9F4B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124B65"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E358C1" w14:textId="77777777" w:rsidR="003B3005" w:rsidRDefault="00000000">
            <w:pPr>
              <w:spacing w:line="240" w:lineRule="auto"/>
              <w:jc w:val="center"/>
            </w:pPr>
            <w:r>
              <w:rPr>
                <w:sz w:val="15"/>
              </w:rPr>
              <w:t>2010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D0AFA4" w14:textId="77777777" w:rsidR="003B3005" w:rsidRDefault="00000000">
            <w:pPr>
              <w:spacing w:line="240" w:lineRule="auto"/>
              <w:jc w:val="center"/>
            </w:pPr>
            <w:r>
              <w:rPr>
                <w:sz w:val="15"/>
              </w:rPr>
              <w:t>393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EF0403" w14:textId="77777777" w:rsidR="003B3005" w:rsidRDefault="00000000">
            <w:pPr>
              <w:spacing w:line="240" w:lineRule="auto"/>
              <w:jc w:val="center"/>
            </w:pPr>
            <w:r>
              <w:rPr>
                <w:sz w:val="15"/>
              </w:rPr>
              <w:t>50596730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79D455" w14:textId="77777777" w:rsidR="003B3005" w:rsidRDefault="00000000">
            <w:pPr>
              <w:spacing w:line="240" w:lineRule="auto"/>
              <w:jc w:val="center"/>
            </w:pPr>
            <w:r>
              <w:rPr>
                <w:sz w:val="15"/>
              </w:rPr>
              <w:t>0.7208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D3BAA2" w14:textId="77777777" w:rsidR="003B3005" w:rsidRDefault="00000000">
            <w:pPr>
              <w:spacing w:line="240" w:lineRule="auto"/>
              <w:jc w:val="center"/>
            </w:pPr>
            <w:r>
              <w:rPr>
                <w:sz w:val="15"/>
              </w:rPr>
              <w:t>0.6486 to 0.7930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ABDF7F" w14:textId="77777777" w:rsidR="003B3005" w:rsidRDefault="00000000">
            <w:pPr>
              <w:spacing w:line="240" w:lineRule="auto"/>
              <w:jc w:val="center"/>
            </w:pPr>
            <w:r>
              <w:rPr>
                <w:sz w:val="15"/>
              </w:rPr>
              <w:t>0.0368</w:t>
            </w:r>
          </w:p>
        </w:tc>
      </w:tr>
      <w:tr w:rsidR="003B3005" w14:paraId="2311492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1DC16A"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91A413" w14:textId="77777777" w:rsidR="003B3005" w:rsidRDefault="00000000">
            <w:pPr>
              <w:spacing w:line="240" w:lineRule="auto"/>
              <w:jc w:val="center"/>
            </w:pPr>
            <w:r>
              <w:rPr>
                <w:sz w:val="15"/>
              </w:rPr>
              <w:t>2011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5038F5" w14:textId="77777777" w:rsidR="003B3005" w:rsidRDefault="00000000">
            <w:pPr>
              <w:spacing w:line="240" w:lineRule="auto"/>
              <w:jc w:val="center"/>
            </w:pPr>
            <w:r>
              <w:rPr>
                <w:sz w:val="15"/>
              </w:rPr>
              <w:t>413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A5DEDC" w14:textId="77777777" w:rsidR="003B3005" w:rsidRDefault="00000000">
            <w:pPr>
              <w:spacing w:line="240" w:lineRule="auto"/>
              <w:jc w:val="center"/>
            </w:pPr>
            <w:r>
              <w:rPr>
                <w:sz w:val="15"/>
              </w:rPr>
              <w:t>51368773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637164" w14:textId="77777777" w:rsidR="003B3005" w:rsidRDefault="00000000">
            <w:pPr>
              <w:spacing w:line="240" w:lineRule="auto"/>
              <w:jc w:val="center"/>
            </w:pPr>
            <w:r>
              <w:rPr>
                <w:sz w:val="15"/>
              </w:rPr>
              <w:t>0.7575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01F081" w14:textId="77777777" w:rsidR="003B3005" w:rsidRDefault="00000000">
            <w:pPr>
              <w:spacing w:line="240" w:lineRule="auto"/>
              <w:jc w:val="center"/>
            </w:pPr>
            <w:r>
              <w:rPr>
                <w:sz w:val="15"/>
              </w:rPr>
              <w:t>0.6833 to 0.8317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746347" w14:textId="77777777" w:rsidR="003B3005" w:rsidRDefault="00000000">
            <w:pPr>
              <w:spacing w:line="240" w:lineRule="auto"/>
              <w:jc w:val="center"/>
            </w:pPr>
            <w:r>
              <w:rPr>
                <w:sz w:val="15"/>
              </w:rPr>
              <w:t>0.0379</w:t>
            </w:r>
          </w:p>
        </w:tc>
      </w:tr>
      <w:tr w:rsidR="003B3005" w14:paraId="2E472B9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310788"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FAD17D" w14:textId="77777777" w:rsidR="003B3005" w:rsidRDefault="00000000">
            <w:pPr>
              <w:spacing w:line="240" w:lineRule="auto"/>
              <w:jc w:val="center"/>
            </w:pPr>
            <w:r>
              <w:rPr>
                <w:sz w:val="15"/>
              </w:rPr>
              <w:t>2012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435D28" w14:textId="77777777" w:rsidR="003B3005" w:rsidRDefault="00000000">
            <w:pPr>
              <w:spacing w:line="240" w:lineRule="auto"/>
              <w:jc w:val="center"/>
            </w:pPr>
            <w:r>
              <w:rPr>
                <w:sz w:val="15"/>
              </w:rPr>
              <w:t>411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59C2F0" w14:textId="77777777" w:rsidR="003B3005" w:rsidRDefault="00000000">
            <w:pPr>
              <w:spacing w:line="240" w:lineRule="auto"/>
              <w:jc w:val="center"/>
            </w:pPr>
            <w:r>
              <w:rPr>
                <w:sz w:val="15"/>
              </w:rPr>
              <w:t>51987706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985140" w14:textId="77777777" w:rsidR="003B3005" w:rsidRDefault="00000000">
            <w:pPr>
              <w:spacing w:line="240" w:lineRule="auto"/>
              <w:jc w:val="center"/>
            </w:pPr>
            <w:r>
              <w:rPr>
                <w:sz w:val="15"/>
              </w:rPr>
              <w:t>0.7152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71B27C" w14:textId="77777777" w:rsidR="003B3005" w:rsidRDefault="00000000">
            <w:pPr>
              <w:spacing w:line="240" w:lineRule="auto"/>
              <w:jc w:val="center"/>
            </w:pPr>
            <w:r>
              <w:rPr>
                <w:sz w:val="15"/>
              </w:rPr>
              <w:t>0.6453 to 0.7852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D8F54B" w14:textId="77777777" w:rsidR="003B3005" w:rsidRDefault="00000000">
            <w:pPr>
              <w:spacing w:line="240" w:lineRule="auto"/>
              <w:jc w:val="center"/>
            </w:pPr>
            <w:r>
              <w:rPr>
                <w:sz w:val="15"/>
              </w:rPr>
              <w:t>0.0357</w:t>
            </w:r>
          </w:p>
        </w:tc>
      </w:tr>
      <w:tr w:rsidR="003B3005" w14:paraId="1579209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5F3409"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5C3FB9" w14:textId="77777777" w:rsidR="003B3005" w:rsidRDefault="00000000">
            <w:pPr>
              <w:spacing w:line="240" w:lineRule="auto"/>
              <w:jc w:val="center"/>
            </w:pPr>
            <w:r>
              <w:rPr>
                <w:sz w:val="15"/>
              </w:rPr>
              <w:t>2013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0558D4" w14:textId="77777777" w:rsidR="003B3005" w:rsidRDefault="00000000">
            <w:pPr>
              <w:spacing w:line="240" w:lineRule="auto"/>
              <w:jc w:val="center"/>
            </w:pPr>
            <w:r>
              <w:rPr>
                <w:sz w:val="15"/>
              </w:rPr>
              <w:t>422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2D6E78" w14:textId="77777777" w:rsidR="003B3005" w:rsidRDefault="00000000">
            <w:pPr>
              <w:spacing w:line="240" w:lineRule="auto"/>
              <w:jc w:val="center"/>
            </w:pPr>
            <w:r>
              <w:rPr>
                <w:sz w:val="15"/>
              </w:rPr>
              <w:t>52560168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F3C6F0" w14:textId="77777777" w:rsidR="003B3005" w:rsidRDefault="00000000">
            <w:pPr>
              <w:spacing w:line="240" w:lineRule="auto"/>
              <w:jc w:val="center"/>
            </w:pPr>
            <w:r>
              <w:rPr>
                <w:sz w:val="15"/>
              </w:rPr>
              <w:t>0.7357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23BAC2" w14:textId="77777777" w:rsidR="003B3005" w:rsidRDefault="00000000">
            <w:pPr>
              <w:spacing w:line="240" w:lineRule="auto"/>
              <w:jc w:val="center"/>
            </w:pPr>
            <w:r>
              <w:rPr>
                <w:sz w:val="15"/>
              </w:rPr>
              <w:t>0.6639 to 0.8075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C06896" w14:textId="77777777" w:rsidR="003B3005" w:rsidRDefault="00000000">
            <w:pPr>
              <w:spacing w:line="240" w:lineRule="auto"/>
              <w:jc w:val="center"/>
            </w:pPr>
            <w:r>
              <w:rPr>
                <w:sz w:val="15"/>
              </w:rPr>
              <w:t>0.0366</w:t>
            </w:r>
          </w:p>
        </w:tc>
      </w:tr>
      <w:tr w:rsidR="003B3005" w14:paraId="3A46A00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E4932D"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EF2060" w14:textId="77777777" w:rsidR="003B3005" w:rsidRDefault="00000000">
            <w:pPr>
              <w:spacing w:line="240" w:lineRule="auto"/>
              <w:jc w:val="center"/>
            </w:pPr>
            <w:r>
              <w:rPr>
                <w:sz w:val="15"/>
              </w:rPr>
              <w:t>2014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BA0CD1" w14:textId="77777777" w:rsidR="003B3005" w:rsidRDefault="00000000">
            <w:pPr>
              <w:spacing w:line="240" w:lineRule="auto"/>
              <w:jc w:val="center"/>
            </w:pPr>
            <w:r>
              <w:rPr>
                <w:sz w:val="15"/>
              </w:rPr>
              <w:t>480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8A9734" w14:textId="77777777" w:rsidR="003B3005" w:rsidRDefault="00000000">
            <w:pPr>
              <w:spacing w:line="240" w:lineRule="auto"/>
              <w:jc w:val="center"/>
            </w:pPr>
            <w:r>
              <w:rPr>
                <w:sz w:val="15"/>
              </w:rPr>
              <w:t>53330012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D76150" w14:textId="77777777" w:rsidR="003B3005" w:rsidRDefault="00000000">
            <w:pPr>
              <w:spacing w:line="240" w:lineRule="auto"/>
              <w:jc w:val="center"/>
            </w:pPr>
            <w:r>
              <w:rPr>
                <w:sz w:val="15"/>
              </w:rPr>
              <w:t>0.8231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BCEF1C" w14:textId="77777777" w:rsidR="003B3005" w:rsidRDefault="00000000">
            <w:pPr>
              <w:spacing w:line="240" w:lineRule="auto"/>
              <w:jc w:val="center"/>
            </w:pPr>
            <w:r>
              <w:rPr>
                <w:sz w:val="15"/>
              </w:rPr>
              <w:t>0.7476 to 0.8986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2DF616" w14:textId="77777777" w:rsidR="003B3005" w:rsidRDefault="00000000">
            <w:pPr>
              <w:spacing w:line="240" w:lineRule="auto"/>
              <w:jc w:val="center"/>
            </w:pPr>
            <w:r>
              <w:rPr>
                <w:sz w:val="15"/>
              </w:rPr>
              <w:t>0.0385</w:t>
            </w:r>
          </w:p>
        </w:tc>
      </w:tr>
      <w:tr w:rsidR="003B3005" w14:paraId="472D965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752380"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DFB6E0" w14:textId="77777777" w:rsidR="003B3005" w:rsidRDefault="00000000">
            <w:pPr>
              <w:spacing w:line="240" w:lineRule="auto"/>
              <w:jc w:val="center"/>
            </w:pPr>
            <w:r>
              <w:rPr>
                <w:sz w:val="15"/>
              </w:rPr>
              <w:t>2015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776CE3" w14:textId="77777777" w:rsidR="003B3005" w:rsidRDefault="00000000">
            <w:pPr>
              <w:spacing w:line="240" w:lineRule="auto"/>
              <w:jc w:val="center"/>
            </w:pPr>
            <w:r>
              <w:rPr>
                <w:sz w:val="15"/>
              </w:rPr>
              <w:t>452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99458A" w14:textId="77777777" w:rsidR="003B3005" w:rsidRDefault="00000000">
            <w:pPr>
              <w:spacing w:line="240" w:lineRule="auto"/>
              <w:jc w:val="center"/>
            </w:pPr>
            <w:r>
              <w:rPr>
                <w:sz w:val="15"/>
              </w:rPr>
              <w:t>54086892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0D8963" w14:textId="77777777" w:rsidR="003B3005" w:rsidRDefault="00000000">
            <w:pPr>
              <w:spacing w:line="240" w:lineRule="auto"/>
              <w:jc w:val="center"/>
            </w:pPr>
            <w:r>
              <w:rPr>
                <w:sz w:val="15"/>
              </w:rPr>
              <w:t>0.7600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5C7507" w14:textId="77777777" w:rsidR="003B3005" w:rsidRDefault="00000000">
            <w:pPr>
              <w:spacing w:line="240" w:lineRule="auto"/>
              <w:jc w:val="center"/>
            </w:pPr>
            <w:r>
              <w:rPr>
                <w:sz w:val="15"/>
              </w:rPr>
              <w:t>0.6881 to 0.8318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02741F" w14:textId="77777777" w:rsidR="003B3005" w:rsidRDefault="00000000">
            <w:pPr>
              <w:spacing w:line="240" w:lineRule="auto"/>
              <w:jc w:val="center"/>
            </w:pPr>
            <w:r>
              <w:rPr>
                <w:sz w:val="15"/>
              </w:rPr>
              <w:t>0.0367</w:t>
            </w:r>
          </w:p>
        </w:tc>
      </w:tr>
      <w:tr w:rsidR="003B3005" w14:paraId="5FB5AE2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EE441A"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B77CE0" w14:textId="77777777" w:rsidR="003B3005" w:rsidRDefault="00000000">
            <w:pPr>
              <w:spacing w:line="240" w:lineRule="auto"/>
              <w:jc w:val="center"/>
            </w:pPr>
            <w:r>
              <w:rPr>
                <w:sz w:val="15"/>
              </w:rPr>
              <w:t>2016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3E78A3" w14:textId="77777777" w:rsidR="003B3005" w:rsidRDefault="00000000">
            <w:pPr>
              <w:spacing w:line="240" w:lineRule="auto"/>
              <w:jc w:val="center"/>
            </w:pPr>
            <w:r>
              <w:rPr>
                <w:sz w:val="15"/>
              </w:rPr>
              <w:t>501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A6E833" w14:textId="77777777" w:rsidR="003B3005" w:rsidRDefault="00000000">
            <w:pPr>
              <w:spacing w:line="240" w:lineRule="auto"/>
              <w:jc w:val="center"/>
            </w:pPr>
            <w:r>
              <w:rPr>
                <w:sz w:val="15"/>
              </w:rPr>
              <w:t>54715238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269DFB" w14:textId="77777777" w:rsidR="003B3005" w:rsidRDefault="00000000">
            <w:pPr>
              <w:spacing w:line="240" w:lineRule="auto"/>
              <w:jc w:val="center"/>
            </w:pPr>
            <w:r>
              <w:rPr>
                <w:sz w:val="15"/>
              </w:rPr>
              <w:t>0.8093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877B86" w14:textId="77777777" w:rsidR="003B3005" w:rsidRDefault="00000000">
            <w:pPr>
              <w:spacing w:line="240" w:lineRule="auto"/>
              <w:jc w:val="center"/>
            </w:pPr>
            <w:r>
              <w:rPr>
                <w:sz w:val="15"/>
              </w:rPr>
              <w:t>0.7371 to 0.8816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9ABF9D" w14:textId="77777777" w:rsidR="003B3005" w:rsidRDefault="00000000">
            <w:pPr>
              <w:spacing w:line="240" w:lineRule="auto"/>
              <w:jc w:val="center"/>
            </w:pPr>
            <w:r>
              <w:rPr>
                <w:sz w:val="15"/>
              </w:rPr>
              <w:t>0.0369</w:t>
            </w:r>
          </w:p>
        </w:tc>
      </w:tr>
      <w:tr w:rsidR="003B3005" w14:paraId="1F8FF32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E69F8D"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83C375" w14:textId="77777777" w:rsidR="003B3005" w:rsidRDefault="00000000">
            <w:pPr>
              <w:spacing w:line="240" w:lineRule="auto"/>
              <w:jc w:val="center"/>
            </w:pPr>
            <w:r>
              <w:rPr>
                <w:sz w:val="15"/>
              </w:rPr>
              <w:t>2017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EE342C" w14:textId="77777777" w:rsidR="003B3005" w:rsidRDefault="00000000">
            <w:pPr>
              <w:spacing w:line="240" w:lineRule="auto"/>
              <w:jc w:val="center"/>
            </w:pPr>
            <w:r>
              <w:rPr>
                <w:sz w:val="15"/>
              </w:rPr>
              <w:t>502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545F90" w14:textId="77777777" w:rsidR="003B3005" w:rsidRDefault="00000000">
            <w:pPr>
              <w:spacing w:line="240" w:lineRule="auto"/>
              <w:jc w:val="center"/>
            </w:pPr>
            <w:r>
              <w:rPr>
                <w:sz w:val="15"/>
              </w:rPr>
              <w:t>55537375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E30095" w14:textId="77777777" w:rsidR="003B3005" w:rsidRDefault="00000000">
            <w:pPr>
              <w:spacing w:line="240" w:lineRule="auto"/>
              <w:jc w:val="center"/>
            </w:pPr>
            <w:r>
              <w:rPr>
                <w:sz w:val="15"/>
              </w:rPr>
              <w:t>0.7769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9A5C34" w14:textId="77777777" w:rsidR="003B3005" w:rsidRDefault="00000000">
            <w:pPr>
              <w:spacing w:line="240" w:lineRule="auto"/>
              <w:jc w:val="center"/>
            </w:pPr>
            <w:r>
              <w:rPr>
                <w:sz w:val="15"/>
              </w:rPr>
              <w:t>0.7074 to 0.8463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CFE4FA" w14:textId="77777777" w:rsidR="003B3005" w:rsidRDefault="00000000">
            <w:pPr>
              <w:spacing w:line="240" w:lineRule="auto"/>
              <w:jc w:val="center"/>
            </w:pPr>
            <w:r>
              <w:rPr>
                <w:sz w:val="15"/>
              </w:rPr>
              <w:t>0.0354</w:t>
            </w:r>
          </w:p>
        </w:tc>
      </w:tr>
      <w:tr w:rsidR="003B3005" w14:paraId="1D6D9C0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6F2E8D"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59C7D6" w14:textId="77777777" w:rsidR="003B3005" w:rsidRDefault="00000000">
            <w:pPr>
              <w:spacing w:line="240" w:lineRule="auto"/>
              <w:jc w:val="center"/>
            </w:pPr>
            <w:r>
              <w:rPr>
                <w:sz w:val="15"/>
              </w:rPr>
              <w:t>2018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545D3F" w14:textId="77777777" w:rsidR="003B3005" w:rsidRDefault="00000000">
            <w:pPr>
              <w:spacing w:line="240" w:lineRule="auto"/>
              <w:jc w:val="center"/>
            </w:pPr>
            <w:r>
              <w:rPr>
                <w:sz w:val="15"/>
              </w:rPr>
              <w:t>540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8A0125" w14:textId="77777777" w:rsidR="003B3005" w:rsidRDefault="00000000">
            <w:pPr>
              <w:spacing w:line="240" w:lineRule="auto"/>
              <w:jc w:val="center"/>
            </w:pPr>
            <w:r>
              <w:rPr>
                <w:sz w:val="15"/>
              </w:rPr>
              <w:t>56142470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5AB851" w14:textId="77777777" w:rsidR="003B3005" w:rsidRDefault="00000000">
            <w:pPr>
              <w:spacing w:line="240" w:lineRule="auto"/>
              <w:jc w:val="center"/>
            </w:pPr>
            <w:r>
              <w:rPr>
                <w:sz w:val="15"/>
              </w:rPr>
              <w:t>0.8372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5DC708" w14:textId="77777777" w:rsidR="003B3005" w:rsidRDefault="00000000">
            <w:pPr>
              <w:spacing w:line="240" w:lineRule="auto"/>
              <w:jc w:val="center"/>
            </w:pPr>
            <w:r>
              <w:rPr>
                <w:sz w:val="15"/>
              </w:rPr>
              <w:t>0.7653 to 0.9092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A93BF2" w14:textId="77777777" w:rsidR="003B3005" w:rsidRDefault="00000000">
            <w:pPr>
              <w:spacing w:line="240" w:lineRule="auto"/>
              <w:jc w:val="center"/>
            </w:pPr>
            <w:r>
              <w:rPr>
                <w:sz w:val="15"/>
              </w:rPr>
              <w:t>0.0367</w:t>
            </w:r>
          </w:p>
        </w:tc>
      </w:tr>
      <w:tr w:rsidR="003B3005" w14:paraId="16D6206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07FF68"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DDEF1A" w14:textId="77777777" w:rsidR="003B3005" w:rsidRDefault="00000000">
            <w:pPr>
              <w:spacing w:line="240" w:lineRule="auto"/>
              <w:jc w:val="center"/>
            </w:pPr>
            <w:r>
              <w:rPr>
                <w:sz w:val="15"/>
              </w:rPr>
              <w:t>2019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2AACBC" w14:textId="77777777" w:rsidR="003B3005" w:rsidRDefault="00000000">
            <w:pPr>
              <w:spacing w:line="240" w:lineRule="auto"/>
              <w:jc w:val="center"/>
            </w:pPr>
            <w:r>
              <w:rPr>
                <w:sz w:val="15"/>
              </w:rPr>
              <w:t>557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317E8B" w14:textId="77777777" w:rsidR="003B3005" w:rsidRDefault="00000000">
            <w:pPr>
              <w:spacing w:line="240" w:lineRule="auto"/>
              <w:jc w:val="center"/>
            </w:pPr>
            <w:r>
              <w:rPr>
                <w:sz w:val="15"/>
              </w:rPr>
              <w:t>56732013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D05098" w14:textId="77777777" w:rsidR="003B3005" w:rsidRDefault="00000000">
            <w:pPr>
              <w:spacing w:line="240" w:lineRule="auto"/>
              <w:jc w:val="center"/>
            </w:pPr>
            <w:r>
              <w:rPr>
                <w:sz w:val="15"/>
              </w:rPr>
              <w:t>0.8337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B0B69B" w14:textId="77777777" w:rsidR="003B3005" w:rsidRDefault="00000000">
            <w:pPr>
              <w:spacing w:line="240" w:lineRule="auto"/>
              <w:jc w:val="center"/>
            </w:pPr>
            <w:r>
              <w:rPr>
                <w:sz w:val="15"/>
              </w:rPr>
              <w:t>0.7628 to 0.9046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5A14A1" w14:textId="77777777" w:rsidR="003B3005" w:rsidRDefault="00000000">
            <w:pPr>
              <w:spacing w:line="240" w:lineRule="auto"/>
              <w:jc w:val="center"/>
            </w:pPr>
            <w:r>
              <w:rPr>
                <w:sz w:val="15"/>
              </w:rPr>
              <w:t>0.0362</w:t>
            </w:r>
          </w:p>
        </w:tc>
      </w:tr>
      <w:tr w:rsidR="003B3005" w14:paraId="5C0F17C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A701CA" w14:textId="77777777" w:rsidR="003B3005" w:rsidRDefault="00000000">
            <w:pPr>
              <w:spacing w:line="240" w:lineRule="auto"/>
            </w:pPr>
            <w:r>
              <w:rPr>
                <w:sz w:val="15"/>
              </w:rPr>
              <w:t>Large Fringe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FC7674" w14:textId="77777777" w:rsidR="003B3005" w:rsidRDefault="00000000">
            <w:pPr>
              <w:spacing w:line="240" w:lineRule="auto"/>
              <w:jc w:val="center"/>
            </w:pPr>
            <w:r>
              <w:rPr>
                <w:sz w:val="15"/>
              </w:rPr>
              <w:t>2020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591256" w14:textId="77777777" w:rsidR="003B3005" w:rsidRDefault="00000000">
            <w:pPr>
              <w:spacing w:line="240" w:lineRule="auto"/>
              <w:jc w:val="center"/>
            </w:pPr>
            <w:r>
              <w:rPr>
                <w:sz w:val="15"/>
              </w:rPr>
              <w:t>992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21510B" w14:textId="77777777" w:rsidR="003B3005" w:rsidRDefault="00000000">
            <w:pPr>
              <w:spacing w:line="240" w:lineRule="auto"/>
              <w:jc w:val="center"/>
            </w:pPr>
            <w:r>
              <w:rPr>
                <w:sz w:val="15"/>
              </w:rPr>
              <w:t>57349831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2F111A" w14:textId="77777777" w:rsidR="003B3005" w:rsidRDefault="00000000">
            <w:pPr>
              <w:spacing w:line="240" w:lineRule="auto"/>
              <w:jc w:val="center"/>
            </w:pPr>
            <w:r>
              <w:rPr>
                <w:sz w:val="15"/>
              </w:rPr>
              <w:t>1.4998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AFE0E4" w14:textId="77777777" w:rsidR="003B3005" w:rsidRDefault="00000000">
            <w:pPr>
              <w:spacing w:line="240" w:lineRule="auto"/>
              <w:jc w:val="center"/>
            </w:pPr>
            <w:r>
              <w:rPr>
                <w:sz w:val="15"/>
              </w:rPr>
              <w:t>1.4037 to 1.5959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5391D9" w14:textId="77777777" w:rsidR="003B3005" w:rsidRDefault="00000000">
            <w:pPr>
              <w:spacing w:line="240" w:lineRule="auto"/>
              <w:jc w:val="center"/>
            </w:pPr>
            <w:r>
              <w:rPr>
                <w:sz w:val="15"/>
              </w:rPr>
              <w:t>0.0491</w:t>
            </w:r>
          </w:p>
        </w:tc>
      </w:tr>
      <w:tr w:rsidR="003B3005" w14:paraId="0C45BDA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114248"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289515" w14:textId="77777777" w:rsidR="003B3005" w:rsidRDefault="00000000">
            <w:pPr>
              <w:spacing w:line="240" w:lineRule="auto"/>
              <w:jc w:val="center"/>
            </w:pPr>
            <w:r>
              <w:rPr>
                <w:sz w:val="15"/>
              </w:rPr>
              <w:t>1999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EC00B3" w14:textId="77777777" w:rsidR="003B3005" w:rsidRDefault="00000000">
            <w:pPr>
              <w:spacing w:line="240" w:lineRule="auto"/>
              <w:jc w:val="center"/>
            </w:pPr>
            <w:r>
              <w:rPr>
                <w:sz w:val="15"/>
              </w:rPr>
              <w:t>155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E3A419" w14:textId="77777777" w:rsidR="003B3005" w:rsidRDefault="00000000">
            <w:pPr>
              <w:spacing w:line="240" w:lineRule="auto"/>
              <w:jc w:val="center"/>
            </w:pPr>
            <w:r>
              <w:rPr>
                <w:sz w:val="15"/>
              </w:rPr>
              <w:t>36511530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1B4174" w14:textId="77777777" w:rsidR="003B3005" w:rsidRDefault="00000000">
            <w:pPr>
              <w:spacing w:line="240" w:lineRule="auto"/>
              <w:jc w:val="center"/>
            </w:pPr>
            <w:r>
              <w:rPr>
                <w:sz w:val="15"/>
              </w:rPr>
              <w:t>0.4389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AAC80C" w14:textId="77777777" w:rsidR="003B3005" w:rsidRDefault="00000000">
            <w:pPr>
              <w:spacing w:line="240" w:lineRule="auto"/>
              <w:jc w:val="center"/>
            </w:pPr>
            <w:r>
              <w:rPr>
                <w:sz w:val="15"/>
              </w:rPr>
              <w:t>0.3690 to 0.5087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C94415" w14:textId="77777777" w:rsidR="003B3005" w:rsidRDefault="00000000">
            <w:pPr>
              <w:spacing w:line="240" w:lineRule="auto"/>
              <w:jc w:val="center"/>
            </w:pPr>
            <w:r>
              <w:rPr>
                <w:sz w:val="15"/>
              </w:rPr>
              <w:t>0.0356</w:t>
            </w:r>
          </w:p>
        </w:tc>
      </w:tr>
      <w:tr w:rsidR="003B3005" w14:paraId="535FF76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89C2AD"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FE4F39" w14:textId="77777777" w:rsidR="003B3005" w:rsidRDefault="00000000">
            <w:pPr>
              <w:spacing w:line="240" w:lineRule="auto"/>
              <w:jc w:val="center"/>
            </w:pPr>
            <w:r>
              <w:rPr>
                <w:sz w:val="15"/>
              </w:rPr>
              <w:t>2000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321885" w14:textId="77777777" w:rsidR="003B3005" w:rsidRDefault="00000000">
            <w:pPr>
              <w:spacing w:line="240" w:lineRule="auto"/>
              <w:jc w:val="center"/>
            </w:pPr>
            <w:r>
              <w:rPr>
                <w:sz w:val="15"/>
              </w:rPr>
              <w:t>161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E385DA" w14:textId="77777777" w:rsidR="003B3005" w:rsidRDefault="00000000">
            <w:pPr>
              <w:spacing w:line="240" w:lineRule="auto"/>
              <w:jc w:val="center"/>
            </w:pPr>
            <w:r>
              <w:rPr>
                <w:sz w:val="15"/>
              </w:rPr>
              <w:t>36828914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92C660" w14:textId="77777777" w:rsidR="003B3005" w:rsidRDefault="00000000">
            <w:pPr>
              <w:spacing w:line="240" w:lineRule="auto"/>
              <w:jc w:val="center"/>
            </w:pPr>
            <w:r>
              <w:rPr>
                <w:sz w:val="15"/>
              </w:rPr>
              <w:t>0.4537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D123F9" w14:textId="77777777" w:rsidR="003B3005" w:rsidRDefault="00000000">
            <w:pPr>
              <w:spacing w:line="240" w:lineRule="auto"/>
              <w:jc w:val="center"/>
            </w:pPr>
            <w:r>
              <w:rPr>
                <w:sz w:val="15"/>
              </w:rPr>
              <w:t>0.3828 to 0.5245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5DCBCB" w14:textId="77777777" w:rsidR="003B3005" w:rsidRDefault="00000000">
            <w:pPr>
              <w:spacing w:line="240" w:lineRule="auto"/>
              <w:jc w:val="center"/>
            </w:pPr>
            <w:r>
              <w:rPr>
                <w:sz w:val="15"/>
              </w:rPr>
              <w:t>0.0362</w:t>
            </w:r>
          </w:p>
        </w:tc>
      </w:tr>
      <w:tr w:rsidR="003B3005" w14:paraId="63971A3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A2D6ED"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1C17E4" w14:textId="77777777" w:rsidR="003B3005" w:rsidRDefault="00000000">
            <w:pPr>
              <w:spacing w:line="240" w:lineRule="auto"/>
              <w:jc w:val="center"/>
            </w:pPr>
            <w:r>
              <w:rPr>
                <w:sz w:val="15"/>
              </w:rPr>
              <w:t>2001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CD5ED9" w14:textId="77777777" w:rsidR="003B3005" w:rsidRDefault="00000000">
            <w:pPr>
              <w:spacing w:line="240" w:lineRule="auto"/>
              <w:jc w:val="center"/>
            </w:pPr>
            <w:r>
              <w:rPr>
                <w:sz w:val="15"/>
              </w:rPr>
              <w:t>191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BC5637" w14:textId="77777777" w:rsidR="003B3005" w:rsidRDefault="00000000">
            <w:pPr>
              <w:spacing w:line="240" w:lineRule="auto"/>
              <w:jc w:val="center"/>
            </w:pPr>
            <w:r>
              <w:rPr>
                <w:sz w:val="15"/>
              </w:rPr>
              <w:t>37302887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445C56" w14:textId="77777777" w:rsidR="003B3005" w:rsidRDefault="00000000">
            <w:pPr>
              <w:spacing w:line="240" w:lineRule="auto"/>
              <w:jc w:val="center"/>
            </w:pPr>
            <w:r>
              <w:rPr>
                <w:sz w:val="15"/>
              </w:rPr>
              <w:t>0.5119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973FB6" w14:textId="77777777" w:rsidR="003B3005" w:rsidRDefault="00000000">
            <w:pPr>
              <w:spacing w:line="240" w:lineRule="auto"/>
              <w:jc w:val="center"/>
            </w:pPr>
            <w:r>
              <w:rPr>
                <w:sz w:val="15"/>
              </w:rPr>
              <w:t>0.4390 to 0.5848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73F553" w14:textId="77777777" w:rsidR="003B3005" w:rsidRDefault="00000000">
            <w:pPr>
              <w:spacing w:line="240" w:lineRule="auto"/>
              <w:jc w:val="center"/>
            </w:pPr>
            <w:r>
              <w:rPr>
                <w:sz w:val="15"/>
              </w:rPr>
              <w:t>0.0372</w:t>
            </w:r>
          </w:p>
        </w:tc>
      </w:tr>
      <w:tr w:rsidR="003B3005" w14:paraId="1788DFC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D57823"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6EAD7C" w14:textId="77777777" w:rsidR="003B3005" w:rsidRDefault="00000000">
            <w:pPr>
              <w:spacing w:line="240" w:lineRule="auto"/>
              <w:jc w:val="center"/>
            </w:pPr>
            <w:r>
              <w:rPr>
                <w:sz w:val="15"/>
              </w:rPr>
              <w:t>2002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022E8F" w14:textId="77777777" w:rsidR="003B3005" w:rsidRDefault="00000000">
            <w:pPr>
              <w:spacing w:line="240" w:lineRule="auto"/>
              <w:jc w:val="center"/>
            </w:pPr>
            <w:r>
              <w:rPr>
                <w:sz w:val="15"/>
              </w:rPr>
              <w:t>222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C10CDA" w14:textId="77777777" w:rsidR="003B3005" w:rsidRDefault="00000000">
            <w:pPr>
              <w:spacing w:line="240" w:lineRule="auto"/>
              <w:jc w:val="center"/>
            </w:pPr>
            <w:r>
              <w:rPr>
                <w:sz w:val="15"/>
              </w:rPr>
              <w:t>37735689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16C610" w14:textId="77777777" w:rsidR="003B3005" w:rsidRDefault="00000000">
            <w:pPr>
              <w:spacing w:line="240" w:lineRule="auto"/>
              <w:jc w:val="center"/>
            </w:pPr>
            <w:r>
              <w:rPr>
                <w:sz w:val="15"/>
              </w:rPr>
              <w:t>0.5656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B91680" w14:textId="77777777" w:rsidR="003B3005" w:rsidRDefault="00000000">
            <w:pPr>
              <w:spacing w:line="240" w:lineRule="auto"/>
              <w:jc w:val="center"/>
            </w:pPr>
            <w:r>
              <w:rPr>
                <w:sz w:val="15"/>
              </w:rPr>
              <w:t>0.4909 to 0.6404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A0F94E" w14:textId="77777777" w:rsidR="003B3005" w:rsidRDefault="00000000">
            <w:pPr>
              <w:spacing w:line="240" w:lineRule="auto"/>
              <w:jc w:val="center"/>
            </w:pPr>
            <w:r>
              <w:rPr>
                <w:sz w:val="15"/>
              </w:rPr>
              <w:t>0.0382</w:t>
            </w:r>
          </w:p>
        </w:tc>
      </w:tr>
      <w:tr w:rsidR="003B3005" w14:paraId="7B84DD7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FDC934"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1CDB85" w14:textId="77777777" w:rsidR="003B3005" w:rsidRDefault="00000000">
            <w:pPr>
              <w:spacing w:line="240" w:lineRule="auto"/>
              <w:jc w:val="center"/>
            </w:pPr>
            <w:r>
              <w:rPr>
                <w:sz w:val="15"/>
              </w:rPr>
              <w:t>2003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1E56B4" w14:textId="77777777" w:rsidR="003B3005" w:rsidRDefault="00000000">
            <w:pPr>
              <w:spacing w:line="240" w:lineRule="auto"/>
              <w:jc w:val="center"/>
            </w:pPr>
            <w:r>
              <w:rPr>
                <w:sz w:val="15"/>
              </w:rPr>
              <w:t>236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F12BFA" w14:textId="77777777" w:rsidR="003B3005" w:rsidRDefault="00000000">
            <w:pPr>
              <w:spacing w:line="240" w:lineRule="auto"/>
              <w:jc w:val="center"/>
            </w:pPr>
            <w:r>
              <w:rPr>
                <w:sz w:val="15"/>
              </w:rPr>
              <w:t>38173809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3107F0" w14:textId="77777777" w:rsidR="003B3005" w:rsidRDefault="00000000">
            <w:pPr>
              <w:spacing w:line="240" w:lineRule="auto"/>
              <w:jc w:val="center"/>
            </w:pPr>
            <w:r>
              <w:rPr>
                <w:sz w:val="15"/>
              </w:rPr>
              <w:t>0.5926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0A4E3C" w14:textId="77777777" w:rsidR="003B3005" w:rsidRDefault="00000000">
            <w:pPr>
              <w:spacing w:line="240" w:lineRule="auto"/>
              <w:jc w:val="center"/>
            </w:pPr>
            <w:r>
              <w:rPr>
                <w:sz w:val="15"/>
              </w:rPr>
              <w:t>0.5167 to 0.6685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686202" w14:textId="77777777" w:rsidR="003B3005" w:rsidRDefault="00000000">
            <w:pPr>
              <w:spacing w:line="240" w:lineRule="auto"/>
              <w:jc w:val="center"/>
            </w:pPr>
            <w:r>
              <w:rPr>
                <w:sz w:val="15"/>
              </w:rPr>
              <w:t>0.0387</w:t>
            </w:r>
          </w:p>
        </w:tc>
      </w:tr>
      <w:tr w:rsidR="003B3005" w14:paraId="22A222A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31DA81"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985577" w14:textId="77777777" w:rsidR="003B3005" w:rsidRDefault="00000000">
            <w:pPr>
              <w:spacing w:line="240" w:lineRule="auto"/>
              <w:jc w:val="center"/>
            </w:pPr>
            <w:r>
              <w:rPr>
                <w:sz w:val="15"/>
              </w:rPr>
              <w:t>2004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137E76" w14:textId="77777777" w:rsidR="003B3005" w:rsidRDefault="00000000">
            <w:pPr>
              <w:spacing w:line="240" w:lineRule="auto"/>
              <w:jc w:val="center"/>
            </w:pPr>
            <w:r>
              <w:rPr>
                <w:sz w:val="15"/>
              </w:rPr>
              <w:t>279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E7529A" w14:textId="77777777" w:rsidR="003B3005" w:rsidRDefault="00000000">
            <w:pPr>
              <w:spacing w:line="240" w:lineRule="auto"/>
              <w:jc w:val="center"/>
            </w:pPr>
            <w:r>
              <w:rPr>
                <w:sz w:val="15"/>
              </w:rPr>
              <w:t>38719799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58C0B4" w14:textId="77777777" w:rsidR="003B3005" w:rsidRDefault="00000000">
            <w:pPr>
              <w:spacing w:line="240" w:lineRule="auto"/>
              <w:jc w:val="center"/>
            </w:pPr>
            <w:r>
              <w:rPr>
                <w:sz w:val="15"/>
              </w:rPr>
              <w:t>0.6695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E57C4E" w14:textId="77777777" w:rsidR="003B3005" w:rsidRDefault="00000000">
            <w:pPr>
              <w:spacing w:line="240" w:lineRule="auto"/>
              <w:jc w:val="center"/>
            </w:pPr>
            <w:r>
              <w:rPr>
                <w:sz w:val="15"/>
              </w:rPr>
              <w:t>0.5907 to 0.7483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DE77AD" w14:textId="77777777" w:rsidR="003B3005" w:rsidRDefault="00000000">
            <w:pPr>
              <w:spacing w:line="240" w:lineRule="auto"/>
              <w:jc w:val="center"/>
            </w:pPr>
            <w:r>
              <w:rPr>
                <w:sz w:val="15"/>
              </w:rPr>
              <w:t>0.0402</w:t>
            </w:r>
          </w:p>
        </w:tc>
      </w:tr>
      <w:tr w:rsidR="003B3005" w14:paraId="2D354B2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1855B5"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9CCFF4" w14:textId="77777777" w:rsidR="003B3005" w:rsidRDefault="00000000">
            <w:pPr>
              <w:spacing w:line="240" w:lineRule="auto"/>
              <w:jc w:val="center"/>
            </w:pPr>
            <w:r>
              <w:rPr>
                <w:sz w:val="15"/>
              </w:rPr>
              <w:t>2005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E29D41" w14:textId="77777777" w:rsidR="003B3005" w:rsidRDefault="00000000">
            <w:pPr>
              <w:spacing w:line="240" w:lineRule="auto"/>
              <w:jc w:val="center"/>
            </w:pPr>
            <w:r>
              <w:rPr>
                <w:sz w:val="15"/>
              </w:rPr>
              <w:t>291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B7A9BF" w14:textId="77777777" w:rsidR="003B3005" w:rsidRDefault="00000000">
            <w:pPr>
              <w:spacing w:line="240" w:lineRule="auto"/>
              <w:jc w:val="center"/>
            </w:pPr>
            <w:r>
              <w:rPr>
                <w:sz w:val="15"/>
              </w:rPr>
              <w:t>39326078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F7C3C7" w14:textId="77777777" w:rsidR="003B3005" w:rsidRDefault="00000000">
            <w:pPr>
              <w:spacing w:line="240" w:lineRule="auto"/>
              <w:jc w:val="center"/>
            </w:pPr>
            <w:r>
              <w:rPr>
                <w:sz w:val="15"/>
              </w:rPr>
              <w:t>0.6970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1E7665" w14:textId="77777777" w:rsidR="003B3005" w:rsidRDefault="00000000">
            <w:pPr>
              <w:spacing w:line="240" w:lineRule="auto"/>
              <w:jc w:val="center"/>
            </w:pPr>
            <w:r>
              <w:rPr>
                <w:sz w:val="15"/>
              </w:rPr>
              <w:t>0.6165 to 0.7774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B0D702" w14:textId="77777777" w:rsidR="003B3005" w:rsidRDefault="00000000">
            <w:pPr>
              <w:spacing w:line="240" w:lineRule="auto"/>
              <w:jc w:val="center"/>
            </w:pPr>
            <w:r>
              <w:rPr>
                <w:sz w:val="15"/>
              </w:rPr>
              <w:t>0.0411</w:t>
            </w:r>
          </w:p>
        </w:tc>
      </w:tr>
      <w:tr w:rsidR="003B3005" w14:paraId="1D1D81A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9118CB"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7106BB" w14:textId="77777777" w:rsidR="003B3005" w:rsidRDefault="00000000">
            <w:pPr>
              <w:spacing w:line="240" w:lineRule="auto"/>
              <w:jc w:val="center"/>
            </w:pPr>
            <w:r>
              <w:rPr>
                <w:sz w:val="15"/>
              </w:rPr>
              <w:t>2006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1BE576" w14:textId="77777777" w:rsidR="003B3005" w:rsidRDefault="00000000">
            <w:pPr>
              <w:spacing w:line="240" w:lineRule="auto"/>
              <w:jc w:val="center"/>
            </w:pPr>
            <w:r>
              <w:rPr>
                <w:sz w:val="15"/>
              </w:rPr>
              <w:t>321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3EBC2D" w14:textId="77777777" w:rsidR="003B3005" w:rsidRDefault="00000000">
            <w:pPr>
              <w:spacing w:line="240" w:lineRule="auto"/>
              <w:jc w:val="center"/>
            </w:pPr>
            <w:r>
              <w:rPr>
                <w:sz w:val="15"/>
              </w:rPr>
              <w:t>40000794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C60228" w14:textId="77777777" w:rsidR="003B3005" w:rsidRDefault="00000000">
            <w:pPr>
              <w:spacing w:line="240" w:lineRule="auto"/>
              <w:jc w:val="center"/>
            </w:pPr>
            <w:r>
              <w:rPr>
                <w:sz w:val="15"/>
              </w:rPr>
              <w:t>0.7524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4DA362" w14:textId="77777777" w:rsidR="003B3005" w:rsidRDefault="00000000">
            <w:pPr>
              <w:spacing w:line="240" w:lineRule="auto"/>
              <w:jc w:val="center"/>
            </w:pPr>
            <w:r>
              <w:rPr>
                <w:sz w:val="15"/>
              </w:rPr>
              <w:t>0.6697 to 0.8352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819AD4" w14:textId="77777777" w:rsidR="003B3005" w:rsidRDefault="00000000">
            <w:pPr>
              <w:spacing w:line="240" w:lineRule="auto"/>
              <w:jc w:val="center"/>
            </w:pPr>
            <w:r>
              <w:rPr>
                <w:sz w:val="15"/>
              </w:rPr>
              <w:t>0.0422</w:t>
            </w:r>
          </w:p>
        </w:tc>
      </w:tr>
      <w:tr w:rsidR="003B3005" w14:paraId="45F5449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036D7D"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8C0004" w14:textId="77777777" w:rsidR="003B3005" w:rsidRDefault="00000000">
            <w:pPr>
              <w:spacing w:line="240" w:lineRule="auto"/>
              <w:jc w:val="center"/>
            </w:pPr>
            <w:r>
              <w:rPr>
                <w:sz w:val="15"/>
              </w:rPr>
              <w:t>2007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E98EB8" w14:textId="77777777" w:rsidR="003B3005" w:rsidRDefault="00000000">
            <w:pPr>
              <w:spacing w:line="240" w:lineRule="auto"/>
              <w:jc w:val="center"/>
            </w:pPr>
            <w:r>
              <w:rPr>
                <w:sz w:val="15"/>
              </w:rPr>
              <w:t>330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14E6AA" w14:textId="77777777" w:rsidR="003B3005" w:rsidRDefault="00000000">
            <w:pPr>
              <w:spacing w:line="240" w:lineRule="auto"/>
              <w:jc w:val="center"/>
            </w:pPr>
            <w:r>
              <w:rPr>
                <w:sz w:val="15"/>
              </w:rPr>
              <w:t>40585861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E1B59E" w14:textId="77777777" w:rsidR="003B3005" w:rsidRDefault="00000000">
            <w:pPr>
              <w:spacing w:line="240" w:lineRule="auto"/>
              <w:jc w:val="center"/>
            </w:pPr>
            <w:r>
              <w:rPr>
                <w:sz w:val="15"/>
              </w:rPr>
              <w:t>0.7968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01282C" w14:textId="77777777" w:rsidR="003B3005" w:rsidRDefault="00000000">
            <w:pPr>
              <w:spacing w:line="240" w:lineRule="auto"/>
              <w:jc w:val="center"/>
            </w:pPr>
            <w:r>
              <w:rPr>
                <w:sz w:val="15"/>
              </w:rPr>
              <w:t>0.7096 to 0.8839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6ED52F" w14:textId="77777777" w:rsidR="003B3005" w:rsidRDefault="00000000">
            <w:pPr>
              <w:spacing w:line="240" w:lineRule="auto"/>
              <w:jc w:val="center"/>
            </w:pPr>
            <w:r>
              <w:rPr>
                <w:sz w:val="15"/>
              </w:rPr>
              <w:t>0.0445</w:t>
            </w:r>
          </w:p>
        </w:tc>
      </w:tr>
      <w:tr w:rsidR="003B3005" w14:paraId="1681473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543601"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A8C191" w14:textId="77777777" w:rsidR="003B3005" w:rsidRDefault="00000000">
            <w:pPr>
              <w:spacing w:line="240" w:lineRule="auto"/>
              <w:jc w:val="center"/>
            </w:pPr>
            <w:r>
              <w:rPr>
                <w:sz w:val="15"/>
              </w:rPr>
              <w:t>2008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16C599" w14:textId="77777777" w:rsidR="003B3005" w:rsidRDefault="00000000">
            <w:pPr>
              <w:spacing w:line="240" w:lineRule="auto"/>
              <w:jc w:val="center"/>
            </w:pPr>
            <w:r>
              <w:rPr>
                <w:sz w:val="15"/>
              </w:rPr>
              <w:t>335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A743F8" w14:textId="77777777" w:rsidR="003B3005" w:rsidRDefault="00000000">
            <w:pPr>
              <w:spacing w:line="240" w:lineRule="auto"/>
              <w:jc w:val="center"/>
            </w:pPr>
            <w:r>
              <w:rPr>
                <w:sz w:val="15"/>
              </w:rPr>
              <w:t>41130558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E73C37" w14:textId="77777777" w:rsidR="003B3005" w:rsidRDefault="00000000">
            <w:pPr>
              <w:spacing w:line="240" w:lineRule="auto"/>
              <w:jc w:val="center"/>
            </w:pPr>
            <w:r>
              <w:rPr>
                <w:sz w:val="15"/>
              </w:rPr>
              <w:t>0.7484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FDC984" w14:textId="77777777" w:rsidR="003B3005" w:rsidRDefault="00000000">
            <w:pPr>
              <w:spacing w:line="240" w:lineRule="auto"/>
              <w:jc w:val="center"/>
            </w:pPr>
            <w:r>
              <w:rPr>
                <w:sz w:val="15"/>
              </w:rPr>
              <w:t>0.6677 to 0.8291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28CE5A" w14:textId="77777777" w:rsidR="003B3005" w:rsidRDefault="00000000">
            <w:pPr>
              <w:spacing w:line="240" w:lineRule="auto"/>
              <w:jc w:val="center"/>
            </w:pPr>
            <w:r>
              <w:rPr>
                <w:sz w:val="15"/>
              </w:rPr>
              <w:t>0.0412</w:t>
            </w:r>
          </w:p>
        </w:tc>
      </w:tr>
      <w:tr w:rsidR="003B3005" w14:paraId="51BB9B8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95A779"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46CA64" w14:textId="77777777" w:rsidR="003B3005" w:rsidRDefault="00000000">
            <w:pPr>
              <w:spacing w:line="240" w:lineRule="auto"/>
              <w:jc w:val="center"/>
            </w:pPr>
            <w:r>
              <w:rPr>
                <w:sz w:val="15"/>
              </w:rPr>
              <w:t>2009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CF145A" w14:textId="77777777" w:rsidR="003B3005" w:rsidRDefault="00000000">
            <w:pPr>
              <w:spacing w:line="240" w:lineRule="auto"/>
              <w:jc w:val="center"/>
            </w:pPr>
            <w:r>
              <w:rPr>
                <w:sz w:val="15"/>
              </w:rPr>
              <w:t>371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4C991C" w14:textId="77777777" w:rsidR="003B3005" w:rsidRDefault="00000000">
            <w:pPr>
              <w:spacing w:line="240" w:lineRule="auto"/>
              <w:jc w:val="center"/>
            </w:pPr>
            <w:r>
              <w:rPr>
                <w:sz w:val="15"/>
              </w:rPr>
              <w:t>41632719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9AADE6" w14:textId="77777777" w:rsidR="003B3005" w:rsidRDefault="00000000">
            <w:pPr>
              <w:spacing w:line="240" w:lineRule="auto"/>
              <w:jc w:val="center"/>
            </w:pPr>
            <w:r>
              <w:rPr>
                <w:sz w:val="15"/>
              </w:rPr>
              <w:t>0.8408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0E2B85" w14:textId="77777777" w:rsidR="003B3005" w:rsidRDefault="00000000">
            <w:pPr>
              <w:spacing w:line="240" w:lineRule="auto"/>
              <w:jc w:val="center"/>
            </w:pPr>
            <w:r>
              <w:rPr>
                <w:sz w:val="15"/>
              </w:rPr>
              <w:t>0.7535 to 0.9281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A8546D" w14:textId="77777777" w:rsidR="003B3005" w:rsidRDefault="00000000">
            <w:pPr>
              <w:spacing w:line="240" w:lineRule="auto"/>
              <w:jc w:val="center"/>
            </w:pPr>
            <w:r>
              <w:rPr>
                <w:sz w:val="15"/>
              </w:rPr>
              <w:t>0.0445</w:t>
            </w:r>
          </w:p>
        </w:tc>
      </w:tr>
      <w:tr w:rsidR="003B3005" w14:paraId="4AAAC45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4AAA9E"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802CB1" w14:textId="77777777" w:rsidR="003B3005" w:rsidRDefault="00000000">
            <w:pPr>
              <w:spacing w:line="240" w:lineRule="auto"/>
              <w:jc w:val="center"/>
            </w:pPr>
            <w:r>
              <w:rPr>
                <w:sz w:val="15"/>
              </w:rPr>
              <w:t>2010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3F4C1C" w14:textId="77777777" w:rsidR="003B3005" w:rsidRDefault="00000000">
            <w:pPr>
              <w:spacing w:line="240" w:lineRule="auto"/>
              <w:jc w:val="center"/>
            </w:pPr>
            <w:r>
              <w:rPr>
                <w:sz w:val="15"/>
              </w:rPr>
              <w:t>373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577E6D" w14:textId="77777777" w:rsidR="003B3005" w:rsidRDefault="00000000">
            <w:pPr>
              <w:spacing w:line="240" w:lineRule="auto"/>
              <w:jc w:val="center"/>
            </w:pPr>
            <w:r>
              <w:rPr>
                <w:sz w:val="15"/>
              </w:rPr>
              <w:t>42039409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99F48A" w14:textId="77777777" w:rsidR="003B3005" w:rsidRDefault="00000000">
            <w:pPr>
              <w:spacing w:line="240" w:lineRule="auto"/>
              <w:jc w:val="center"/>
            </w:pPr>
            <w:r>
              <w:rPr>
                <w:sz w:val="15"/>
              </w:rPr>
              <w:t>0.8366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471CE9" w14:textId="77777777" w:rsidR="003B3005" w:rsidRDefault="00000000">
            <w:pPr>
              <w:spacing w:line="240" w:lineRule="auto"/>
              <w:jc w:val="center"/>
            </w:pPr>
            <w:r>
              <w:rPr>
                <w:sz w:val="15"/>
              </w:rPr>
              <w:t>0.7500 to 0.9231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2CFB20" w14:textId="77777777" w:rsidR="003B3005" w:rsidRDefault="00000000">
            <w:pPr>
              <w:spacing w:line="240" w:lineRule="auto"/>
              <w:jc w:val="center"/>
            </w:pPr>
            <w:r>
              <w:rPr>
                <w:sz w:val="15"/>
              </w:rPr>
              <w:t>0.0441</w:t>
            </w:r>
          </w:p>
        </w:tc>
      </w:tr>
      <w:tr w:rsidR="003B3005" w14:paraId="5718CCB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3BA6B6"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774AD0" w14:textId="77777777" w:rsidR="003B3005" w:rsidRDefault="00000000">
            <w:pPr>
              <w:spacing w:line="240" w:lineRule="auto"/>
              <w:jc w:val="center"/>
            </w:pPr>
            <w:r>
              <w:rPr>
                <w:sz w:val="15"/>
              </w:rPr>
              <w:t>2011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7DFE55" w14:textId="77777777" w:rsidR="003B3005" w:rsidRDefault="00000000">
            <w:pPr>
              <w:spacing w:line="240" w:lineRule="auto"/>
              <w:jc w:val="center"/>
            </w:pPr>
            <w:r>
              <w:rPr>
                <w:sz w:val="15"/>
              </w:rPr>
              <w:t>404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92C484" w14:textId="77777777" w:rsidR="003B3005" w:rsidRDefault="00000000">
            <w:pPr>
              <w:spacing w:line="240" w:lineRule="auto"/>
              <w:jc w:val="center"/>
            </w:pPr>
            <w:r>
              <w:rPr>
                <w:sz w:val="15"/>
              </w:rPr>
              <w:t>42571652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89DA4A" w14:textId="77777777" w:rsidR="003B3005" w:rsidRDefault="00000000">
            <w:pPr>
              <w:spacing w:line="240" w:lineRule="auto"/>
              <w:jc w:val="center"/>
            </w:pPr>
            <w:r>
              <w:rPr>
                <w:sz w:val="15"/>
              </w:rPr>
              <w:t>0.8428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8816A9" w14:textId="77777777" w:rsidR="003B3005" w:rsidRDefault="00000000">
            <w:pPr>
              <w:spacing w:line="240" w:lineRule="auto"/>
              <w:jc w:val="center"/>
            </w:pPr>
            <w:r>
              <w:rPr>
                <w:sz w:val="15"/>
              </w:rPr>
              <w:t>0.7594 to 0.9263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DA19B3" w14:textId="77777777" w:rsidR="003B3005" w:rsidRDefault="00000000">
            <w:pPr>
              <w:spacing w:line="240" w:lineRule="auto"/>
              <w:jc w:val="center"/>
            </w:pPr>
            <w:r>
              <w:rPr>
                <w:sz w:val="15"/>
              </w:rPr>
              <w:t>0.0426</w:t>
            </w:r>
          </w:p>
        </w:tc>
      </w:tr>
      <w:tr w:rsidR="003B3005" w14:paraId="252FBB3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730091"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E9A452" w14:textId="77777777" w:rsidR="003B3005" w:rsidRDefault="00000000">
            <w:pPr>
              <w:spacing w:line="240" w:lineRule="auto"/>
              <w:jc w:val="center"/>
            </w:pPr>
            <w:r>
              <w:rPr>
                <w:sz w:val="15"/>
              </w:rPr>
              <w:t>2012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51E256" w14:textId="77777777" w:rsidR="003B3005" w:rsidRDefault="00000000">
            <w:pPr>
              <w:spacing w:line="240" w:lineRule="auto"/>
              <w:jc w:val="center"/>
            </w:pPr>
            <w:r>
              <w:rPr>
                <w:sz w:val="15"/>
              </w:rPr>
              <w:t>439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64E384" w14:textId="77777777" w:rsidR="003B3005" w:rsidRDefault="00000000">
            <w:pPr>
              <w:spacing w:line="240" w:lineRule="auto"/>
              <w:jc w:val="center"/>
            </w:pPr>
            <w:r>
              <w:rPr>
                <w:sz w:val="15"/>
              </w:rPr>
              <w:t>43020837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793CE8" w14:textId="77777777" w:rsidR="003B3005" w:rsidRDefault="00000000">
            <w:pPr>
              <w:spacing w:line="240" w:lineRule="auto"/>
              <w:jc w:val="center"/>
            </w:pPr>
            <w:r>
              <w:rPr>
                <w:sz w:val="15"/>
              </w:rPr>
              <w:t>0.9200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227729" w14:textId="77777777" w:rsidR="003B3005" w:rsidRDefault="00000000">
            <w:pPr>
              <w:spacing w:line="240" w:lineRule="auto"/>
              <w:jc w:val="center"/>
            </w:pPr>
            <w:r>
              <w:rPr>
                <w:sz w:val="15"/>
              </w:rPr>
              <w:t>0.8319 to 1.0081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42226F" w14:textId="77777777" w:rsidR="003B3005" w:rsidRDefault="00000000">
            <w:pPr>
              <w:spacing w:line="240" w:lineRule="auto"/>
              <w:jc w:val="center"/>
            </w:pPr>
            <w:r>
              <w:rPr>
                <w:sz w:val="15"/>
              </w:rPr>
              <w:t>0.0450</w:t>
            </w:r>
          </w:p>
        </w:tc>
      </w:tr>
      <w:tr w:rsidR="003B3005" w14:paraId="75CABD9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2D097D"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D1CD36" w14:textId="77777777" w:rsidR="003B3005" w:rsidRDefault="00000000">
            <w:pPr>
              <w:spacing w:line="240" w:lineRule="auto"/>
              <w:jc w:val="center"/>
            </w:pPr>
            <w:r>
              <w:rPr>
                <w:sz w:val="15"/>
              </w:rPr>
              <w:t>2013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BA716D" w14:textId="77777777" w:rsidR="003B3005" w:rsidRDefault="00000000">
            <w:pPr>
              <w:spacing w:line="240" w:lineRule="auto"/>
              <w:jc w:val="center"/>
            </w:pPr>
            <w:r>
              <w:rPr>
                <w:sz w:val="15"/>
              </w:rPr>
              <w:t>531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9E3026" w14:textId="77777777" w:rsidR="003B3005" w:rsidRDefault="00000000">
            <w:pPr>
              <w:spacing w:line="240" w:lineRule="auto"/>
              <w:jc w:val="center"/>
            </w:pPr>
            <w:r>
              <w:rPr>
                <w:sz w:val="15"/>
              </w:rPr>
              <w:t>43441445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A9FB91" w14:textId="77777777" w:rsidR="003B3005" w:rsidRDefault="00000000">
            <w:pPr>
              <w:spacing w:line="240" w:lineRule="auto"/>
              <w:jc w:val="center"/>
            </w:pPr>
            <w:r>
              <w:rPr>
                <w:sz w:val="15"/>
              </w:rPr>
              <w:t>1.0985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24DABE" w14:textId="77777777" w:rsidR="003B3005" w:rsidRDefault="00000000">
            <w:pPr>
              <w:spacing w:line="240" w:lineRule="auto"/>
              <w:jc w:val="center"/>
            </w:pPr>
            <w:r>
              <w:rPr>
                <w:sz w:val="15"/>
              </w:rPr>
              <w:t>1.0032 to 1.1938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E88888" w14:textId="77777777" w:rsidR="003B3005" w:rsidRDefault="00000000">
            <w:pPr>
              <w:spacing w:line="240" w:lineRule="auto"/>
              <w:jc w:val="center"/>
            </w:pPr>
            <w:r>
              <w:rPr>
                <w:sz w:val="15"/>
              </w:rPr>
              <w:t>0.0486</w:t>
            </w:r>
          </w:p>
        </w:tc>
      </w:tr>
      <w:tr w:rsidR="003B3005" w14:paraId="6C663FD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D94C1B"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49B5CD" w14:textId="77777777" w:rsidR="003B3005" w:rsidRDefault="00000000">
            <w:pPr>
              <w:spacing w:line="240" w:lineRule="auto"/>
              <w:jc w:val="center"/>
            </w:pPr>
            <w:r>
              <w:rPr>
                <w:sz w:val="15"/>
              </w:rPr>
              <w:t>2014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D0350A" w14:textId="77777777" w:rsidR="003B3005" w:rsidRDefault="00000000">
            <w:pPr>
              <w:spacing w:line="240" w:lineRule="auto"/>
              <w:jc w:val="center"/>
            </w:pPr>
            <w:r>
              <w:rPr>
                <w:sz w:val="15"/>
              </w:rPr>
              <w:t>548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8FA9FB" w14:textId="77777777" w:rsidR="003B3005" w:rsidRDefault="00000000">
            <w:pPr>
              <w:spacing w:line="240" w:lineRule="auto"/>
              <w:jc w:val="center"/>
            </w:pPr>
            <w:r>
              <w:rPr>
                <w:sz w:val="15"/>
              </w:rPr>
              <w:t>43973917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78EADC" w14:textId="77777777" w:rsidR="003B3005" w:rsidRDefault="00000000">
            <w:pPr>
              <w:spacing w:line="240" w:lineRule="auto"/>
              <w:jc w:val="center"/>
            </w:pPr>
            <w:r>
              <w:rPr>
                <w:sz w:val="15"/>
              </w:rPr>
              <w:t>1.1093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D6CA3E" w14:textId="77777777" w:rsidR="003B3005" w:rsidRDefault="00000000">
            <w:pPr>
              <w:spacing w:line="240" w:lineRule="auto"/>
              <w:jc w:val="center"/>
            </w:pPr>
            <w:r>
              <w:rPr>
                <w:sz w:val="15"/>
              </w:rPr>
              <w:t>1.0143 to 1.2043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19A1F0" w14:textId="77777777" w:rsidR="003B3005" w:rsidRDefault="00000000">
            <w:pPr>
              <w:spacing w:line="240" w:lineRule="auto"/>
              <w:jc w:val="center"/>
            </w:pPr>
            <w:r>
              <w:rPr>
                <w:sz w:val="15"/>
              </w:rPr>
              <w:t>0.0485</w:t>
            </w:r>
          </w:p>
        </w:tc>
      </w:tr>
      <w:tr w:rsidR="003B3005" w14:paraId="6425D73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ACECA9"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FFCE1B" w14:textId="77777777" w:rsidR="003B3005" w:rsidRDefault="00000000">
            <w:pPr>
              <w:spacing w:line="240" w:lineRule="auto"/>
              <w:jc w:val="center"/>
            </w:pPr>
            <w:r>
              <w:rPr>
                <w:sz w:val="15"/>
              </w:rPr>
              <w:t>2015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92E34A" w14:textId="77777777" w:rsidR="003B3005" w:rsidRDefault="00000000">
            <w:pPr>
              <w:spacing w:line="240" w:lineRule="auto"/>
              <w:jc w:val="center"/>
            </w:pPr>
            <w:r>
              <w:rPr>
                <w:sz w:val="15"/>
              </w:rPr>
              <w:t>569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263C90" w14:textId="77777777" w:rsidR="003B3005" w:rsidRDefault="00000000">
            <w:pPr>
              <w:spacing w:line="240" w:lineRule="auto"/>
              <w:jc w:val="center"/>
            </w:pPr>
            <w:r>
              <w:rPr>
                <w:sz w:val="15"/>
              </w:rPr>
              <w:t>44553648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EE405F" w14:textId="77777777" w:rsidR="003B3005" w:rsidRDefault="00000000">
            <w:pPr>
              <w:spacing w:line="240" w:lineRule="auto"/>
              <w:jc w:val="center"/>
            </w:pPr>
            <w:r>
              <w:rPr>
                <w:sz w:val="15"/>
              </w:rPr>
              <w:t>1.1451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28511C" w14:textId="77777777" w:rsidR="003B3005" w:rsidRDefault="00000000">
            <w:pPr>
              <w:spacing w:line="240" w:lineRule="auto"/>
              <w:jc w:val="center"/>
            </w:pPr>
            <w:r>
              <w:rPr>
                <w:sz w:val="15"/>
              </w:rPr>
              <w:t>1.0481 to 1.2421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BC556B" w14:textId="77777777" w:rsidR="003B3005" w:rsidRDefault="00000000">
            <w:pPr>
              <w:spacing w:line="240" w:lineRule="auto"/>
              <w:jc w:val="center"/>
            </w:pPr>
            <w:r>
              <w:rPr>
                <w:sz w:val="15"/>
              </w:rPr>
              <w:t>0.0495</w:t>
            </w:r>
          </w:p>
        </w:tc>
      </w:tr>
      <w:tr w:rsidR="003B3005" w14:paraId="1CD81D8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BD4D2B"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462058" w14:textId="77777777" w:rsidR="003B3005" w:rsidRDefault="00000000">
            <w:pPr>
              <w:spacing w:line="240" w:lineRule="auto"/>
              <w:jc w:val="center"/>
            </w:pPr>
            <w:r>
              <w:rPr>
                <w:sz w:val="15"/>
              </w:rPr>
              <w:t>2016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53B2DF" w14:textId="77777777" w:rsidR="003B3005" w:rsidRDefault="00000000">
            <w:pPr>
              <w:spacing w:line="240" w:lineRule="auto"/>
              <w:jc w:val="center"/>
            </w:pPr>
            <w:r>
              <w:rPr>
                <w:sz w:val="15"/>
              </w:rPr>
              <w:t>605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020C39" w14:textId="77777777" w:rsidR="003B3005" w:rsidRDefault="00000000">
            <w:pPr>
              <w:spacing w:line="240" w:lineRule="auto"/>
              <w:jc w:val="center"/>
            </w:pPr>
            <w:r>
              <w:rPr>
                <w:sz w:val="15"/>
              </w:rPr>
              <w:t>45085099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9BC040" w14:textId="77777777" w:rsidR="003B3005" w:rsidRDefault="00000000">
            <w:pPr>
              <w:spacing w:line="240" w:lineRule="auto"/>
              <w:jc w:val="center"/>
            </w:pPr>
            <w:r>
              <w:rPr>
                <w:sz w:val="15"/>
              </w:rPr>
              <w:t>1.1825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2B0D0C" w14:textId="77777777" w:rsidR="003B3005" w:rsidRDefault="00000000">
            <w:pPr>
              <w:spacing w:line="240" w:lineRule="auto"/>
              <w:jc w:val="center"/>
            </w:pPr>
            <w:r>
              <w:rPr>
                <w:sz w:val="15"/>
              </w:rPr>
              <w:t>1.0859 to 1.2791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A06F3B" w14:textId="77777777" w:rsidR="003B3005" w:rsidRDefault="00000000">
            <w:pPr>
              <w:spacing w:line="240" w:lineRule="auto"/>
              <w:jc w:val="center"/>
            </w:pPr>
            <w:r>
              <w:rPr>
                <w:sz w:val="15"/>
              </w:rPr>
              <w:t>0.0493</w:t>
            </w:r>
          </w:p>
        </w:tc>
      </w:tr>
      <w:tr w:rsidR="003B3005" w14:paraId="5E21065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F17785"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82FAFD" w14:textId="77777777" w:rsidR="003B3005" w:rsidRDefault="00000000">
            <w:pPr>
              <w:spacing w:line="240" w:lineRule="auto"/>
              <w:jc w:val="center"/>
            </w:pPr>
            <w:r>
              <w:rPr>
                <w:sz w:val="15"/>
              </w:rPr>
              <w:t>2017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E3954D" w14:textId="77777777" w:rsidR="003B3005" w:rsidRDefault="00000000">
            <w:pPr>
              <w:spacing w:line="240" w:lineRule="auto"/>
              <w:jc w:val="center"/>
            </w:pPr>
            <w:r>
              <w:rPr>
                <w:sz w:val="15"/>
              </w:rPr>
              <w:t>606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E37934" w14:textId="77777777" w:rsidR="003B3005" w:rsidRDefault="00000000">
            <w:pPr>
              <w:spacing w:line="240" w:lineRule="auto"/>
              <w:jc w:val="center"/>
            </w:pPr>
            <w:r>
              <w:rPr>
                <w:sz w:val="15"/>
              </w:rPr>
              <w:t>45649578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AD6548" w14:textId="77777777" w:rsidR="003B3005" w:rsidRDefault="00000000">
            <w:pPr>
              <w:spacing w:line="240" w:lineRule="auto"/>
              <w:jc w:val="center"/>
            </w:pPr>
            <w:r>
              <w:rPr>
                <w:sz w:val="15"/>
              </w:rPr>
              <w:t>1.1561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134723" w14:textId="77777777" w:rsidR="003B3005" w:rsidRDefault="00000000">
            <w:pPr>
              <w:spacing w:line="240" w:lineRule="auto"/>
              <w:jc w:val="center"/>
            </w:pPr>
            <w:r>
              <w:rPr>
                <w:sz w:val="15"/>
              </w:rPr>
              <w:t>1.0611 to 1.2510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9CC43D" w14:textId="77777777" w:rsidR="003B3005" w:rsidRDefault="00000000">
            <w:pPr>
              <w:spacing w:line="240" w:lineRule="auto"/>
              <w:jc w:val="center"/>
            </w:pPr>
            <w:r>
              <w:rPr>
                <w:sz w:val="15"/>
              </w:rPr>
              <w:t>0.0484</w:t>
            </w:r>
          </w:p>
        </w:tc>
      </w:tr>
      <w:tr w:rsidR="003B3005" w14:paraId="102F999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FC2712"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73A89D" w14:textId="77777777" w:rsidR="003B3005" w:rsidRDefault="00000000">
            <w:pPr>
              <w:spacing w:line="240" w:lineRule="auto"/>
              <w:jc w:val="center"/>
            </w:pPr>
            <w:r>
              <w:rPr>
                <w:sz w:val="15"/>
              </w:rPr>
              <w:t>2018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188F63" w14:textId="77777777" w:rsidR="003B3005" w:rsidRDefault="00000000">
            <w:pPr>
              <w:spacing w:line="240" w:lineRule="auto"/>
              <w:jc w:val="center"/>
            </w:pPr>
            <w:r>
              <w:rPr>
                <w:sz w:val="15"/>
              </w:rPr>
              <w:t>627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41A8A5" w14:textId="77777777" w:rsidR="003B3005" w:rsidRDefault="00000000">
            <w:pPr>
              <w:spacing w:line="240" w:lineRule="auto"/>
              <w:jc w:val="center"/>
            </w:pPr>
            <w:r>
              <w:rPr>
                <w:sz w:val="15"/>
              </w:rPr>
              <w:t>46138793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EFC06B" w14:textId="77777777" w:rsidR="003B3005" w:rsidRDefault="00000000">
            <w:pPr>
              <w:spacing w:line="240" w:lineRule="auto"/>
              <w:jc w:val="center"/>
            </w:pPr>
            <w:r>
              <w:rPr>
                <w:sz w:val="15"/>
              </w:rPr>
              <w:t>1.1887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B5BA16" w14:textId="77777777" w:rsidR="003B3005" w:rsidRDefault="00000000">
            <w:pPr>
              <w:spacing w:line="240" w:lineRule="auto"/>
              <w:jc w:val="center"/>
            </w:pPr>
            <w:r>
              <w:rPr>
                <w:sz w:val="15"/>
              </w:rPr>
              <w:t>1.0925 to 1.2849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B0C983" w14:textId="77777777" w:rsidR="003B3005" w:rsidRDefault="00000000">
            <w:pPr>
              <w:spacing w:line="240" w:lineRule="auto"/>
              <w:jc w:val="center"/>
            </w:pPr>
            <w:r>
              <w:rPr>
                <w:sz w:val="15"/>
              </w:rPr>
              <w:t>0.0491</w:t>
            </w:r>
          </w:p>
        </w:tc>
      </w:tr>
      <w:tr w:rsidR="003B3005" w14:paraId="2275D58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24A22F"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6E9481" w14:textId="77777777" w:rsidR="003B3005" w:rsidRDefault="00000000">
            <w:pPr>
              <w:spacing w:line="240" w:lineRule="auto"/>
              <w:jc w:val="center"/>
            </w:pPr>
            <w:r>
              <w:rPr>
                <w:sz w:val="15"/>
              </w:rPr>
              <w:t>2019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43F1E1" w14:textId="77777777" w:rsidR="003B3005" w:rsidRDefault="00000000">
            <w:pPr>
              <w:spacing w:line="240" w:lineRule="auto"/>
              <w:jc w:val="center"/>
            </w:pPr>
            <w:r>
              <w:rPr>
                <w:sz w:val="15"/>
              </w:rPr>
              <w:t>634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A3167C" w14:textId="77777777" w:rsidR="003B3005" w:rsidRDefault="00000000">
            <w:pPr>
              <w:spacing w:line="240" w:lineRule="auto"/>
              <w:jc w:val="center"/>
            </w:pPr>
            <w:r>
              <w:rPr>
                <w:sz w:val="15"/>
              </w:rPr>
              <w:t>46578418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A27367" w14:textId="77777777" w:rsidR="003B3005" w:rsidRDefault="00000000">
            <w:pPr>
              <w:spacing w:line="240" w:lineRule="auto"/>
              <w:jc w:val="center"/>
            </w:pPr>
            <w:r>
              <w:rPr>
                <w:sz w:val="15"/>
              </w:rPr>
              <w:t>1.1751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3226E3" w14:textId="77777777" w:rsidR="003B3005" w:rsidRDefault="00000000">
            <w:pPr>
              <w:spacing w:line="240" w:lineRule="auto"/>
              <w:jc w:val="center"/>
            </w:pPr>
            <w:r>
              <w:rPr>
                <w:sz w:val="15"/>
              </w:rPr>
              <w:t>1.0807 to 1.2695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0A9EAB" w14:textId="77777777" w:rsidR="003B3005" w:rsidRDefault="00000000">
            <w:pPr>
              <w:spacing w:line="240" w:lineRule="auto"/>
              <w:jc w:val="center"/>
            </w:pPr>
            <w:r>
              <w:rPr>
                <w:sz w:val="15"/>
              </w:rPr>
              <w:t>0.0482</w:t>
            </w:r>
          </w:p>
        </w:tc>
      </w:tr>
      <w:tr w:rsidR="003B3005" w14:paraId="05268FD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8E2405" w14:textId="77777777" w:rsidR="003B3005" w:rsidRDefault="00000000">
            <w:pPr>
              <w:spacing w:line="240" w:lineRule="auto"/>
            </w:pPr>
            <w:r>
              <w:rPr>
                <w:sz w:val="15"/>
              </w:rPr>
              <w:t>Medium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088438" w14:textId="77777777" w:rsidR="003B3005" w:rsidRDefault="00000000">
            <w:pPr>
              <w:spacing w:line="240" w:lineRule="auto"/>
              <w:jc w:val="center"/>
            </w:pPr>
            <w:r>
              <w:rPr>
                <w:sz w:val="15"/>
              </w:rPr>
              <w:t>2020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C53F38" w14:textId="77777777" w:rsidR="003B3005" w:rsidRDefault="00000000">
            <w:pPr>
              <w:spacing w:line="240" w:lineRule="auto"/>
              <w:jc w:val="center"/>
            </w:pPr>
            <w:r>
              <w:rPr>
                <w:sz w:val="15"/>
              </w:rPr>
              <w:t>1246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173052" w14:textId="77777777" w:rsidR="003B3005" w:rsidRDefault="00000000">
            <w:pPr>
              <w:spacing w:line="240" w:lineRule="auto"/>
              <w:jc w:val="center"/>
            </w:pPr>
            <w:r>
              <w:rPr>
                <w:sz w:val="15"/>
              </w:rPr>
              <w:t>47034942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A57FB3" w14:textId="77777777" w:rsidR="003B3005" w:rsidRDefault="00000000">
            <w:pPr>
              <w:spacing w:line="240" w:lineRule="auto"/>
              <w:jc w:val="center"/>
            </w:pPr>
            <w:r>
              <w:rPr>
                <w:sz w:val="15"/>
              </w:rPr>
              <w:t>2.3114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20BB8F" w14:textId="77777777" w:rsidR="003B3005" w:rsidRDefault="00000000">
            <w:pPr>
              <w:spacing w:line="240" w:lineRule="auto"/>
              <w:jc w:val="center"/>
            </w:pPr>
            <w:r>
              <w:rPr>
                <w:sz w:val="15"/>
              </w:rPr>
              <w:t>2.1783 to 2.4445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C84C5F" w14:textId="77777777" w:rsidR="003B3005" w:rsidRDefault="00000000">
            <w:pPr>
              <w:spacing w:line="240" w:lineRule="auto"/>
              <w:jc w:val="center"/>
            </w:pPr>
            <w:r>
              <w:rPr>
                <w:sz w:val="15"/>
              </w:rPr>
              <w:t>0.0679</w:t>
            </w:r>
          </w:p>
        </w:tc>
      </w:tr>
      <w:tr w:rsidR="003B3005" w14:paraId="59DD0E3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67D3FD"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3C57F2" w14:textId="77777777" w:rsidR="003B3005" w:rsidRDefault="00000000">
            <w:pPr>
              <w:spacing w:line="240" w:lineRule="auto"/>
              <w:jc w:val="center"/>
            </w:pPr>
            <w:r>
              <w:rPr>
                <w:sz w:val="15"/>
              </w:rPr>
              <w:t>1999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0699E1" w14:textId="77777777" w:rsidR="003B3005" w:rsidRDefault="00000000">
            <w:pPr>
              <w:spacing w:line="240" w:lineRule="auto"/>
              <w:jc w:val="center"/>
            </w:pPr>
            <w:r>
              <w:rPr>
                <w:sz w:val="15"/>
              </w:rPr>
              <w:t>68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4A4B11" w14:textId="77777777" w:rsidR="003B3005" w:rsidRDefault="00000000">
            <w:pPr>
              <w:spacing w:line="240" w:lineRule="auto"/>
              <w:jc w:val="center"/>
            </w:pPr>
            <w:r>
              <w:rPr>
                <w:sz w:val="15"/>
              </w:rPr>
              <w:t>16659611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2EAE75" w14:textId="77777777" w:rsidR="003B3005" w:rsidRDefault="00000000">
            <w:pPr>
              <w:spacing w:line="240" w:lineRule="auto"/>
              <w:jc w:val="center"/>
            </w:pPr>
            <w:r>
              <w:rPr>
                <w:sz w:val="15"/>
              </w:rPr>
              <w:t>0.4061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E78BD4" w14:textId="77777777" w:rsidR="003B3005" w:rsidRDefault="00000000">
            <w:pPr>
              <w:spacing w:line="240" w:lineRule="auto"/>
              <w:jc w:val="center"/>
            </w:pPr>
            <w:r>
              <w:rPr>
                <w:sz w:val="15"/>
              </w:rPr>
              <w:t>0.3141 to 0.5166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EC2F3D" w14:textId="77777777" w:rsidR="003B3005" w:rsidRDefault="00000000">
            <w:pPr>
              <w:spacing w:line="240" w:lineRule="auto"/>
              <w:jc w:val="center"/>
            </w:pPr>
            <w:r>
              <w:rPr>
                <w:sz w:val="15"/>
              </w:rPr>
              <w:t>0.0501</w:t>
            </w:r>
          </w:p>
        </w:tc>
      </w:tr>
      <w:tr w:rsidR="003B3005" w14:paraId="5BFD3EE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77A376" w14:textId="77777777" w:rsidR="003B3005" w:rsidRDefault="00000000">
            <w:pPr>
              <w:spacing w:line="240" w:lineRule="auto"/>
            </w:pPr>
            <w:r>
              <w:rPr>
                <w:sz w:val="15"/>
              </w:rPr>
              <w:lastRenderedPageBreak/>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C697EB" w14:textId="77777777" w:rsidR="003B3005" w:rsidRDefault="00000000">
            <w:pPr>
              <w:spacing w:line="240" w:lineRule="auto"/>
              <w:jc w:val="center"/>
            </w:pPr>
            <w:r>
              <w:rPr>
                <w:sz w:val="15"/>
              </w:rPr>
              <w:t>2000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BEF919" w14:textId="77777777" w:rsidR="003B3005" w:rsidRDefault="00000000">
            <w:pPr>
              <w:spacing w:line="240" w:lineRule="auto"/>
              <w:jc w:val="center"/>
            </w:pPr>
            <w:r>
              <w:rPr>
                <w:sz w:val="15"/>
              </w:rPr>
              <w:t>75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670F0C" w14:textId="77777777" w:rsidR="003B3005" w:rsidRDefault="00000000">
            <w:pPr>
              <w:spacing w:line="240" w:lineRule="auto"/>
              <w:jc w:val="center"/>
            </w:pPr>
            <w:r>
              <w:rPr>
                <w:sz w:val="15"/>
              </w:rPr>
              <w:t>16757127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B90676" w14:textId="77777777" w:rsidR="003B3005" w:rsidRDefault="00000000">
            <w:pPr>
              <w:spacing w:line="240" w:lineRule="auto"/>
              <w:jc w:val="center"/>
            </w:pPr>
            <w:r>
              <w:rPr>
                <w:sz w:val="15"/>
              </w:rPr>
              <w:t>0.4196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39EB89" w14:textId="77777777" w:rsidR="003B3005" w:rsidRDefault="00000000">
            <w:pPr>
              <w:spacing w:line="240" w:lineRule="auto"/>
              <w:jc w:val="center"/>
            </w:pPr>
            <w:r>
              <w:rPr>
                <w:sz w:val="15"/>
              </w:rPr>
              <w:t>0.3289 to 0.5275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0D9441" w14:textId="77777777" w:rsidR="003B3005" w:rsidRDefault="00000000">
            <w:pPr>
              <w:spacing w:line="240" w:lineRule="auto"/>
              <w:jc w:val="center"/>
            </w:pPr>
            <w:r>
              <w:rPr>
                <w:sz w:val="15"/>
              </w:rPr>
              <w:t>0.0490</w:t>
            </w:r>
          </w:p>
        </w:tc>
      </w:tr>
      <w:tr w:rsidR="003B3005" w14:paraId="2C8A4EF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631417"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06669B" w14:textId="77777777" w:rsidR="003B3005" w:rsidRDefault="00000000">
            <w:pPr>
              <w:spacing w:line="240" w:lineRule="auto"/>
              <w:jc w:val="center"/>
            </w:pPr>
            <w:r>
              <w:rPr>
                <w:sz w:val="15"/>
              </w:rPr>
              <w:t>2001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9B479C" w14:textId="77777777" w:rsidR="003B3005" w:rsidRDefault="00000000">
            <w:pPr>
              <w:spacing w:line="240" w:lineRule="auto"/>
              <w:jc w:val="center"/>
            </w:pPr>
            <w:r>
              <w:rPr>
                <w:sz w:val="15"/>
              </w:rPr>
              <w:t>112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171CE3" w14:textId="77777777" w:rsidR="003B3005" w:rsidRDefault="00000000">
            <w:pPr>
              <w:spacing w:line="240" w:lineRule="auto"/>
              <w:jc w:val="center"/>
            </w:pPr>
            <w:r>
              <w:rPr>
                <w:sz w:val="15"/>
              </w:rPr>
              <w:t>16823690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BC1BFC" w14:textId="77777777" w:rsidR="003B3005" w:rsidRDefault="00000000">
            <w:pPr>
              <w:spacing w:line="240" w:lineRule="auto"/>
              <w:jc w:val="center"/>
            </w:pPr>
            <w:r>
              <w:rPr>
                <w:sz w:val="15"/>
              </w:rPr>
              <w:t>0.6373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8A857D" w14:textId="77777777" w:rsidR="003B3005" w:rsidRDefault="00000000">
            <w:pPr>
              <w:spacing w:line="240" w:lineRule="auto"/>
              <w:jc w:val="center"/>
            </w:pPr>
            <w:r>
              <w:rPr>
                <w:sz w:val="15"/>
              </w:rPr>
              <w:t>0.5179 to 0.7567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2FD851" w14:textId="77777777" w:rsidR="003B3005" w:rsidRDefault="00000000">
            <w:pPr>
              <w:spacing w:line="240" w:lineRule="auto"/>
              <w:jc w:val="center"/>
            </w:pPr>
            <w:r>
              <w:rPr>
                <w:sz w:val="15"/>
              </w:rPr>
              <w:t>0.0609</w:t>
            </w:r>
          </w:p>
        </w:tc>
      </w:tr>
      <w:tr w:rsidR="003B3005" w14:paraId="2345319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04A576"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4C7523" w14:textId="77777777" w:rsidR="003B3005" w:rsidRDefault="00000000">
            <w:pPr>
              <w:spacing w:line="240" w:lineRule="auto"/>
              <w:jc w:val="center"/>
            </w:pPr>
            <w:r>
              <w:rPr>
                <w:sz w:val="15"/>
              </w:rPr>
              <w:t>2002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368E51" w14:textId="77777777" w:rsidR="003B3005" w:rsidRDefault="00000000">
            <w:pPr>
              <w:spacing w:line="240" w:lineRule="auto"/>
              <w:jc w:val="center"/>
            </w:pPr>
            <w:r>
              <w:rPr>
                <w:sz w:val="15"/>
              </w:rPr>
              <w:t>108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FE81A9" w14:textId="77777777" w:rsidR="003B3005" w:rsidRDefault="00000000">
            <w:pPr>
              <w:spacing w:line="240" w:lineRule="auto"/>
              <w:jc w:val="center"/>
            </w:pPr>
            <w:r>
              <w:rPr>
                <w:sz w:val="15"/>
              </w:rPr>
              <w:t>16916100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C0E7C4" w14:textId="77777777" w:rsidR="003B3005" w:rsidRDefault="00000000">
            <w:pPr>
              <w:spacing w:line="240" w:lineRule="auto"/>
              <w:jc w:val="center"/>
            </w:pPr>
            <w:r>
              <w:rPr>
                <w:sz w:val="15"/>
              </w:rPr>
              <w:t>0.6213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882CF5" w14:textId="77777777" w:rsidR="003B3005" w:rsidRDefault="00000000">
            <w:pPr>
              <w:spacing w:line="240" w:lineRule="auto"/>
              <w:jc w:val="center"/>
            </w:pPr>
            <w:r>
              <w:rPr>
                <w:sz w:val="15"/>
              </w:rPr>
              <w:t>0.5028 to 0.7399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319C47" w14:textId="77777777" w:rsidR="003B3005" w:rsidRDefault="00000000">
            <w:pPr>
              <w:spacing w:line="240" w:lineRule="auto"/>
              <w:jc w:val="center"/>
            </w:pPr>
            <w:r>
              <w:rPr>
                <w:sz w:val="15"/>
              </w:rPr>
              <w:t>0.0605</w:t>
            </w:r>
          </w:p>
        </w:tc>
      </w:tr>
      <w:tr w:rsidR="003B3005" w14:paraId="77244E2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8BAFE4"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E78F59" w14:textId="77777777" w:rsidR="003B3005" w:rsidRDefault="00000000">
            <w:pPr>
              <w:spacing w:line="240" w:lineRule="auto"/>
              <w:jc w:val="center"/>
            </w:pPr>
            <w:r>
              <w:rPr>
                <w:sz w:val="15"/>
              </w:rPr>
              <w:t>2003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733B26" w14:textId="77777777" w:rsidR="003B3005" w:rsidRDefault="00000000">
            <w:pPr>
              <w:spacing w:line="240" w:lineRule="auto"/>
              <w:jc w:val="center"/>
            </w:pPr>
            <w:r>
              <w:rPr>
                <w:sz w:val="15"/>
              </w:rPr>
              <w:t>150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B0F759" w14:textId="77777777" w:rsidR="003B3005" w:rsidRDefault="00000000">
            <w:pPr>
              <w:spacing w:line="240" w:lineRule="auto"/>
              <w:jc w:val="center"/>
            </w:pPr>
            <w:r>
              <w:rPr>
                <w:sz w:val="15"/>
              </w:rPr>
              <w:t>17026544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0DE34E" w14:textId="77777777" w:rsidR="003B3005" w:rsidRDefault="00000000">
            <w:pPr>
              <w:spacing w:line="240" w:lineRule="auto"/>
              <w:jc w:val="center"/>
            </w:pPr>
            <w:r>
              <w:rPr>
                <w:sz w:val="15"/>
              </w:rPr>
              <w:t>0.8209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D5F63D" w14:textId="77777777" w:rsidR="003B3005" w:rsidRDefault="00000000">
            <w:pPr>
              <w:spacing w:line="240" w:lineRule="auto"/>
              <w:jc w:val="center"/>
            </w:pPr>
            <w:r>
              <w:rPr>
                <w:sz w:val="15"/>
              </w:rPr>
              <w:t>0.6890 to 0.9528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543FE6" w14:textId="77777777" w:rsidR="003B3005" w:rsidRDefault="00000000">
            <w:pPr>
              <w:spacing w:line="240" w:lineRule="auto"/>
              <w:jc w:val="center"/>
            </w:pPr>
            <w:r>
              <w:rPr>
                <w:sz w:val="15"/>
              </w:rPr>
              <w:t>0.0673</w:t>
            </w:r>
          </w:p>
        </w:tc>
      </w:tr>
      <w:tr w:rsidR="003B3005" w14:paraId="5D1B277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D7ABF3"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EC6B82" w14:textId="77777777" w:rsidR="003B3005" w:rsidRDefault="00000000">
            <w:pPr>
              <w:spacing w:line="240" w:lineRule="auto"/>
              <w:jc w:val="center"/>
            </w:pPr>
            <w:r>
              <w:rPr>
                <w:sz w:val="15"/>
              </w:rPr>
              <w:t>2004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E53916" w14:textId="77777777" w:rsidR="003B3005" w:rsidRDefault="00000000">
            <w:pPr>
              <w:spacing w:line="240" w:lineRule="auto"/>
              <w:jc w:val="center"/>
            </w:pPr>
            <w:r>
              <w:rPr>
                <w:sz w:val="15"/>
              </w:rPr>
              <w:t>137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CBD930" w14:textId="77777777" w:rsidR="003B3005" w:rsidRDefault="00000000">
            <w:pPr>
              <w:spacing w:line="240" w:lineRule="auto"/>
              <w:jc w:val="center"/>
            </w:pPr>
            <w:r>
              <w:rPr>
                <w:sz w:val="15"/>
              </w:rPr>
              <w:t>17165188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57B1E5" w14:textId="77777777" w:rsidR="003B3005" w:rsidRDefault="00000000">
            <w:pPr>
              <w:spacing w:line="240" w:lineRule="auto"/>
              <w:jc w:val="center"/>
            </w:pPr>
            <w:r>
              <w:rPr>
                <w:sz w:val="15"/>
              </w:rPr>
              <w:t>0.7266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508585" w14:textId="77777777" w:rsidR="003B3005" w:rsidRDefault="00000000">
            <w:pPr>
              <w:spacing w:line="240" w:lineRule="auto"/>
              <w:jc w:val="center"/>
            </w:pPr>
            <w:r>
              <w:rPr>
                <w:sz w:val="15"/>
              </w:rPr>
              <w:t>0.6042 to 0.8489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1F054D" w14:textId="77777777" w:rsidR="003B3005" w:rsidRDefault="00000000">
            <w:pPr>
              <w:spacing w:line="240" w:lineRule="auto"/>
              <w:jc w:val="center"/>
            </w:pPr>
            <w:r>
              <w:rPr>
                <w:sz w:val="15"/>
              </w:rPr>
              <w:t>0.0624</w:t>
            </w:r>
          </w:p>
        </w:tc>
      </w:tr>
      <w:tr w:rsidR="003B3005" w14:paraId="431B600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C63840"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68F3A6" w14:textId="77777777" w:rsidR="003B3005" w:rsidRDefault="00000000">
            <w:pPr>
              <w:spacing w:line="240" w:lineRule="auto"/>
              <w:jc w:val="center"/>
            </w:pPr>
            <w:r>
              <w:rPr>
                <w:sz w:val="15"/>
              </w:rPr>
              <w:t>2005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57FFA5" w14:textId="77777777" w:rsidR="003B3005" w:rsidRDefault="00000000">
            <w:pPr>
              <w:spacing w:line="240" w:lineRule="auto"/>
              <w:jc w:val="center"/>
            </w:pPr>
            <w:r>
              <w:rPr>
                <w:sz w:val="15"/>
              </w:rPr>
              <w:t>154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F73CB2" w14:textId="77777777" w:rsidR="003B3005" w:rsidRDefault="00000000">
            <w:pPr>
              <w:spacing w:line="240" w:lineRule="auto"/>
              <w:jc w:val="center"/>
            </w:pPr>
            <w:r>
              <w:rPr>
                <w:sz w:val="15"/>
              </w:rPr>
              <w:t>17326444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E07E1C" w14:textId="77777777" w:rsidR="003B3005" w:rsidRDefault="00000000">
            <w:pPr>
              <w:spacing w:line="240" w:lineRule="auto"/>
              <w:jc w:val="center"/>
            </w:pPr>
            <w:r>
              <w:rPr>
                <w:sz w:val="15"/>
              </w:rPr>
              <w:t>0.8261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52E557" w14:textId="77777777" w:rsidR="003B3005" w:rsidRDefault="00000000">
            <w:pPr>
              <w:spacing w:line="240" w:lineRule="auto"/>
              <w:jc w:val="center"/>
            </w:pPr>
            <w:r>
              <w:rPr>
                <w:sz w:val="15"/>
              </w:rPr>
              <w:t>0.6942 to 0.9581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352D65" w14:textId="77777777" w:rsidR="003B3005" w:rsidRDefault="00000000">
            <w:pPr>
              <w:spacing w:line="240" w:lineRule="auto"/>
              <w:jc w:val="center"/>
            </w:pPr>
            <w:r>
              <w:rPr>
                <w:sz w:val="15"/>
              </w:rPr>
              <w:t>0.0673</w:t>
            </w:r>
          </w:p>
        </w:tc>
      </w:tr>
      <w:tr w:rsidR="003B3005" w14:paraId="0B2C7EF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3F820D"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6CE537" w14:textId="77777777" w:rsidR="003B3005" w:rsidRDefault="00000000">
            <w:pPr>
              <w:spacing w:line="240" w:lineRule="auto"/>
              <w:jc w:val="center"/>
            </w:pPr>
            <w:r>
              <w:rPr>
                <w:sz w:val="15"/>
              </w:rPr>
              <w:t>2006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A26D89" w14:textId="77777777" w:rsidR="003B3005" w:rsidRDefault="00000000">
            <w:pPr>
              <w:spacing w:line="240" w:lineRule="auto"/>
              <w:jc w:val="center"/>
            </w:pPr>
            <w:r>
              <w:rPr>
                <w:sz w:val="15"/>
              </w:rPr>
              <w:t>157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50F2AB" w14:textId="77777777" w:rsidR="003B3005" w:rsidRDefault="00000000">
            <w:pPr>
              <w:spacing w:line="240" w:lineRule="auto"/>
              <w:jc w:val="center"/>
            </w:pPr>
            <w:r>
              <w:rPr>
                <w:sz w:val="15"/>
              </w:rPr>
              <w:t>17533143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7A520D" w14:textId="77777777" w:rsidR="003B3005" w:rsidRDefault="00000000">
            <w:pPr>
              <w:spacing w:line="240" w:lineRule="auto"/>
              <w:jc w:val="center"/>
            </w:pPr>
            <w:r>
              <w:rPr>
                <w:sz w:val="15"/>
              </w:rPr>
              <w:t>0.7979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AAA4F3" w14:textId="77777777" w:rsidR="003B3005" w:rsidRDefault="00000000">
            <w:pPr>
              <w:spacing w:line="240" w:lineRule="auto"/>
              <w:jc w:val="center"/>
            </w:pPr>
            <w:r>
              <w:rPr>
                <w:sz w:val="15"/>
              </w:rPr>
              <w:t>0.6714 to 0.9244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86CB27" w14:textId="77777777" w:rsidR="003B3005" w:rsidRDefault="00000000">
            <w:pPr>
              <w:spacing w:line="240" w:lineRule="auto"/>
              <w:jc w:val="center"/>
            </w:pPr>
            <w:r>
              <w:rPr>
                <w:sz w:val="15"/>
              </w:rPr>
              <w:t>0.0645</w:t>
            </w:r>
          </w:p>
        </w:tc>
      </w:tr>
      <w:tr w:rsidR="003B3005" w14:paraId="2F887D1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0ED358"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CEB11B" w14:textId="77777777" w:rsidR="003B3005" w:rsidRDefault="00000000">
            <w:pPr>
              <w:spacing w:line="240" w:lineRule="auto"/>
              <w:jc w:val="center"/>
            </w:pPr>
            <w:r>
              <w:rPr>
                <w:sz w:val="15"/>
              </w:rPr>
              <w:t>2007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6D465A" w14:textId="77777777" w:rsidR="003B3005" w:rsidRDefault="00000000">
            <w:pPr>
              <w:spacing w:line="240" w:lineRule="auto"/>
              <w:jc w:val="center"/>
            </w:pPr>
            <w:r>
              <w:rPr>
                <w:sz w:val="15"/>
              </w:rPr>
              <w:t>196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30D9F7" w14:textId="77777777" w:rsidR="003B3005" w:rsidRDefault="00000000">
            <w:pPr>
              <w:spacing w:line="240" w:lineRule="auto"/>
              <w:jc w:val="center"/>
            </w:pPr>
            <w:r>
              <w:rPr>
                <w:sz w:val="15"/>
              </w:rPr>
              <w:t>17704020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26A874" w14:textId="77777777" w:rsidR="003B3005" w:rsidRDefault="00000000">
            <w:pPr>
              <w:spacing w:line="240" w:lineRule="auto"/>
              <w:jc w:val="center"/>
            </w:pPr>
            <w:r>
              <w:rPr>
                <w:sz w:val="15"/>
              </w:rPr>
              <w:t>0.9624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194E2C" w14:textId="77777777" w:rsidR="003B3005" w:rsidRDefault="00000000">
            <w:pPr>
              <w:spacing w:line="240" w:lineRule="auto"/>
              <w:jc w:val="center"/>
            </w:pPr>
            <w:r>
              <w:rPr>
                <w:sz w:val="15"/>
              </w:rPr>
              <w:t>0.8267 to 1.0981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D8B444" w14:textId="77777777" w:rsidR="003B3005" w:rsidRDefault="00000000">
            <w:pPr>
              <w:spacing w:line="240" w:lineRule="auto"/>
              <w:jc w:val="center"/>
            </w:pPr>
            <w:r>
              <w:rPr>
                <w:sz w:val="15"/>
              </w:rPr>
              <w:t>0.0692</w:t>
            </w:r>
          </w:p>
        </w:tc>
      </w:tr>
      <w:tr w:rsidR="003B3005" w14:paraId="1B6970B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334315"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A135CD" w14:textId="77777777" w:rsidR="003B3005" w:rsidRDefault="00000000">
            <w:pPr>
              <w:spacing w:line="240" w:lineRule="auto"/>
              <w:jc w:val="center"/>
            </w:pPr>
            <w:r>
              <w:rPr>
                <w:sz w:val="15"/>
              </w:rPr>
              <w:t>2008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99C3A6" w14:textId="77777777" w:rsidR="003B3005" w:rsidRDefault="00000000">
            <w:pPr>
              <w:spacing w:line="240" w:lineRule="auto"/>
              <w:jc w:val="center"/>
            </w:pPr>
            <w:r>
              <w:rPr>
                <w:sz w:val="15"/>
              </w:rPr>
              <w:t>178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F3B0C3" w14:textId="77777777" w:rsidR="003B3005" w:rsidRDefault="00000000">
            <w:pPr>
              <w:spacing w:line="240" w:lineRule="auto"/>
              <w:jc w:val="center"/>
            </w:pPr>
            <w:r>
              <w:rPr>
                <w:sz w:val="15"/>
              </w:rPr>
              <w:t>17853202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D1139D" w14:textId="77777777" w:rsidR="003B3005" w:rsidRDefault="00000000">
            <w:pPr>
              <w:spacing w:line="240" w:lineRule="auto"/>
              <w:jc w:val="center"/>
            </w:pPr>
            <w:r>
              <w:rPr>
                <w:sz w:val="15"/>
              </w:rPr>
              <w:t>0.8859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EA41BB" w14:textId="77777777" w:rsidR="003B3005" w:rsidRDefault="00000000">
            <w:pPr>
              <w:spacing w:line="240" w:lineRule="auto"/>
              <w:jc w:val="center"/>
            </w:pPr>
            <w:r>
              <w:rPr>
                <w:sz w:val="15"/>
              </w:rPr>
              <w:t>0.7530 to 1.0188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E878A7" w14:textId="77777777" w:rsidR="003B3005" w:rsidRDefault="00000000">
            <w:pPr>
              <w:spacing w:line="240" w:lineRule="auto"/>
              <w:jc w:val="center"/>
            </w:pPr>
            <w:r>
              <w:rPr>
                <w:sz w:val="15"/>
              </w:rPr>
              <w:t>0.0678</w:t>
            </w:r>
          </w:p>
        </w:tc>
      </w:tr>
      <w:tr w:rsidR="003B3005" w14:paraId="6681E33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15F259"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FF2050" w14:textId="77777777" w:rsidR="003B3005" w:rsidRDefault="00000000">
            <w:pPr>
              <w:spacing w:line="240" w:lineRule="auto"/>
              <w:jc w:val="center"/>
            </w:pPr>
            <w:r>
              <w:rPr>
                <w:sz w:val="15"/>
              </w:rPr>
              <w:t>2009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87910D" w14:textId="77777777" w:rsidR="003B3005" w:rsidRDefault="00000000">
            <w:pPr>
              <w:spacing w:line="240" w:lineRule="auto"/>
              <w:jc w:val="center"/>
            </w:pPr>
            <w:r>
              <w:rPr>
                <w:sz w:val="15"/>
              </w:rPr>
              <w:t>211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D48075" w14:textId="77777777" w:rsidR="003B3005" w:rsidRDefault="00000000">
            <w:pPr>
              <w:spacing w:line="240" w:lineRule="auto"/>
              <w:jc w:val="center"/>
            </w:pPr>
            <w:r>
              <w:rPr>
                <w:sz w:val="15"/>
              </w:rPr>
              <w:t>17976546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50CF16" w14:textId="77777777" w:rsidR="003B3005" w:rsidRDefault="00000000">
            <w:pPr>
              <w:spacing w:line="240" w:lineRule="auto"/>
              <w:jc w:val="center"/>
            </w:pPr>
            <w:r>
              <w:rPr>
                <w:sz w:val="15"/>
              </w:rPr>
              <w:t>1.0622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255CE1" w14:textId="77777777" w:rsidR="003B3005" w:rsidRDefault="00000000">
            <w:pPr>
              <w:spacing w:line="240" w:lineRule="auto"/>
              <w:jc w:val="center"/>
            </w:pPr>
            <w:r>
              <w:rPr>
                <w:sz w:val="15"/>
              </w:rPr>
              <w:t>0.9172 to 1.2073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68EE11" w14:textId="77777777" w:rsidR="003B3005" w:rsidRDefault="00000000">
            <w:pPr>
              <w:spacing w:line="240" w:lineRule="auto"/>
              <w:jc w:val="center"/>
            </w:pPr>
            <w:r>
              <w:rPr>
                <w:sz w:val="15"/>
              </w:rPr>
              <w:t>0.0740</w:t>
            </w:r>
          </w:p>
        </w:tc>
      </w:tr>
      <w:tr w:rsidR="003B3005" w14:paraId="1393AF8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F64AB6"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9CF585" w14:textId="77777777" w:rsidR="003B3005" w:rsidRDefault="00000000">
            <w:pPr>
              <w:spacing w:line="240" w:lineRule="auto"/>
              <w:jc w:val="center"/>
            </w:pPr>
            <w:r>
              <w:rPr>
                <w:sz w:val="15"/>
              </w:rPr>
              <w:t>2010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83BB26" w14:textId="77777777" w:rsidR="003B3005" w:rsidRDefault="00000000">
            <w:pPr>
              <w:spacing w:line="240" w:lineRule="auto"/>
              <w:jc w:val="center"/>
            </w:pPr>
            <w:r>
              <w:rPr>
                <w:sz w:val="15"/>
              </w:rPr>
              <w:t>230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AF4D62" w14:textId="77777777" w:rsidR="003B3005" w:rsidRDefault="00000000">
            <w:pPr>
              <w:spacing w:line="240" w:lineRule="auto"/>
              <w:jc w:val="center"/>
            </w:pPr>
            <w:r>
              <w:rPr>
                <w:sz w:val="15"/>
              </w:rPr>
              <w:t>18082101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38ABBA" w14:textId="77777777" w:rsidR="003B3005" w:rsidRDefault="00000000">
            <w:pPr>
              <w:spacing w:line="240" w:lineRule="auto"/>
              <w:jc w:val="center"/>
            </w:pPr>
            <w:r>
              <w:rPr>
                <w:sz w:val="15"/>
              </w:rPr>
              <w:t>1.1322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20D377" w14:textId="77777777" w:rsidR="003B3005" w:rsidRDefault="00000000">
            <w:pPr>
              <w:spacing w:line="240" w:lineRule="auto"/>
              <w:jc w:val="center"/>
            </w:pPr>
            <w:r>
              <w:rPr>
                <w:sz w:val="15"/>
              </w:rPr>
              <w:t>0.9827 to 1.2817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5D4E5B" w14:textId="77777777" w:rsidR="003B3005" w:rsidRDefault="00000000">
            <w:pPr>
              <w:spacing w:line="240" w:lineRule="auto"/>
              <w:jc w:val="center"/>
            </w:pPr>
            <w:r>
              <w:rPr>
                <w:sz w:val="15"/>
              </w:rPr>
              <w:t>0.0763</w:t>
            </w:r>
          </w:p>
        </w:tc>
      </w:tr>
      <w:tr w:rsidR="003B3005" w14:paraId="38A2C68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C1D045"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5FB511" w14:textId="77777777" w:rsidR="003B3005" w:rsidRDefault="00000000">
            <w:pPr>
              <w:spacing w:line="240" w:lineRule="auto"/>
              <w:jc w:val="center"/>
            </w:pPr>
            <w:r>
              <w:rPr>
                <w:sz w:val="15"/>
              </w:rPr>
              <w:t>2011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B22A63" w14:textId="77777777" w:rsidR="003B3005" w:rsidRDefault="00000000">
            <w:pPr>
              <w:spacing w:line="240" w:lineRule="auto"/>
              <w:jc w:val="center"/>
            </w:pPr>
            <w:r>
              <w:rPr>
                <w:sz w:val="15"/>
              </w:rPr>
              <w:t>258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10F04E" w14:textId="77777777" w:rsidR="003B3005" w:rsidRDefault="00000000">
            <w:pPr>
              <w:spacing w:line="240" w:lineRule="auto"/>
              <w:jc w:val="center"/>
            </w:pPr>
            <w:r>
              <w:rPr>
                <w:sz w:val="15"/>
              </w:rPr>
              <w:t>18158559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DFC018" w14:textId="77777777" w:rsidR="003B3005" w:rsidRDefault="00000000">
            <w:pPr>
              <w:spacing w:line="240" w:lineRule="auto"/>
              <w:jc w:val="center"/>
            </w:pPr>
            <w:r>
              <w:rPr>
                <w:sz w:val="15"/>
              </w:rPr>
              <w:t>1.2215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D937CE" w14:textId="77777777" w:rsidR="003B3005" w:rsidRDefault="00000000">
            <w:pPr>
              <w:spacing w:line="240" w:lineRule="auto"/>
              <w:jc w:val="center"/>
            </w:pPr>
            <w:r>
              <w:rPr>
                <w:sz w:val="15"/>
              </w:rPr>
              <w:t>1.0690 to 1.3741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3EA091" w14:textId="77777777" w:rsidR="003B3005" w:rsidRDefault="00000000">
            <w:pPr>
              <w:spacing w:line="240" w:lineRule="auto"/>
              <w:jc w:val="center"/>
            </w:pPr>
            <w:r>
              <w:rPr>
                <w:sz w:val="15"/>
              </w:rPr>
              <w:t>0.0778</w:t>
            </w:r>
          </w:p>
        </w:tc>
      </w:tr>
      <w:tr w:rsidR="003B3005" w14:paraId="34B8C7D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A5DEA9"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5BE226" w14:textId="77777777" w:rsidR="003B3005" w:rsidRDefault="00000000">
            <w:pPr>
              <w:spacing w:line="240" w:lineRule="auto"/>
              <w:jc w:val="center"/>
            </w:pPr>
            <w:r>
              <w:rPr>
                <w:sz w:val="15"/>
              </w:rPr>
              <w:t>2012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FF7CBC" w14:textId="77777777" w:rsidR="003B3005" w:rsidRDefault="00000000">
            <w:pPr>
              <w:spacing w:line="240" w:lineRule="auto"/>
              <w:jc w:val="center"/>
            </w:pPr>
            <w:r>
              <w:rPr>
                <w:sz w:val="15"/>
              </w:rPr>
              <w:t>209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61033A" w14:textId="77777777" w:rsidR="003B3005" w:rsidRDefault="00000000">
            <w:pPr>
              <w:spacing w:line="240" w:lineRule="auto"/>
              <w:jc w:val="center"/>
            </w:pPr>
            <w:r>
              <w:rPr>
                <w:sz w:val="15"/>
              </w:rPr>
              <w:t>18201116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C5941F" w14:textId="77777777" w:rsidR="003B3005" w:rsidRDefault="00000000">
            <w:pPr>
              <w:spacing w:line="240" w:lineRule="auto"/>
              <w:jc w:val="center"/>
            </w:pPr>
            <w:r>
              <w:rPr>
                <w:sz w:val="15"/>
              </w:rPr>
              <w:t>1.0039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D0511E" w14:textId="77777777" w:rsidR="003B3005" w:rsidRDefault="00000000">
            <w:pPr>
              <w:spacing w:line="240" w:lineRule="auto"/>
              <w:jc w:val="center"/>
            </w:pPr>
            <w:r>
              <w:rPr>
                <w:sz w:val="15"/>
              </w:rPr>
              <w:t>0.8626 to 1.1451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C495EE" w14:textId="77777777" w:rsidR="003B3005" w:rsidRDefault="00000000">
            <w:pPr>
              <w:spacing w:line="240" w:lineRule="auto"/>
              <w:jc w:val="center"/>
            </w:pPr>
            <w:r>
              <w:rPr>
                <w:sz w:val="15"/>
              </w:rPr>
              <w:t>0.0721</w:t>
            </w:r>
          </w:p>
        </w:tc>
      </w:tr>
      <w:tr w:rsidR="003B3005" w14:paraId="12535A0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D77107"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17DEEC" w14:textId="77777777" w:rsidR="003B3005" w:rsidRDefault="00000000">
            <w:pPr>
              <w:spacing w:line="240" w:lineRule="auto"/>
              <w:jc w:val="center"/>
            </w:pPr>
            <w:r>
              <w:rPr>
                <w:sz w:val="15"/>
              </w:rPr>
              <w:t>2013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D00B94" w14:textId="77777777" w:rsidR="003B3005" w:rsidRDefault="00000000">
            <w:pPr>
              <w:spacing w:line="240" w:lineRule="auto"/>
              <w:jc w:val="center"/>
            </w:pPr>
            <w:r>
              <w:rPr>
                <w:sz w:val="15"/>
              </w:rPr>
              <w:t>276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5912BE" w14:textId="77777777" w:rsidR="003B3005" w:rsidRDefault="00000000">
            <w:pPr>
              <w:spacing w:line="240" w:lineRule="auto"/>
              <w:jc w:val="center"/>
            </w:pPr>
            <w:r>
              <w:rPr>
                <w:sz w:val="15"/>
              </w:rPr>
              <w:t>18250046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30E508" w14:textId="77777777" w:rsidR="003B3005" w:rsidRDefault="00000000">
            <w:pPr>
              <w:spacing w:line="240" w:lineRule="auto"/>
              <w:jc w:val="center"/>
            </w:pPr>
            <w:r>
              <w:rPr>
                <w:sz w:val="15"/>
              </w:rPr>
              <w:t>1.2902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CF2DDD" w14:textId="77777777" w:rsidR="003B3005" w:rsidRDefault="00000000">
            <w:pPr>
              <w:spacing w:line="240" w:lineRule="auto"/>
              <w:jc w:val="center"/>
            </w:pPr>
            <w:r>
              <w:rPr>
                <w:sz w:val="15"/>
              </w:rPr>
              <w:t>1.1329 to 1.4475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1F357A" w14:textId="77777777" w:rsidR="003B3005" w:rsidRDefault="00000000">
            <w:pPr>
              <w:spacing w:line="240" w:lineRule="auto"/>
              <w:jc w:val="center"/>
            </w:pPr>
            <w:r>
              <w:rPr>
                <w:sz w:val="15"/>
              </w:rPr>
              <w:t>0.0802</w:t>
            </w:r>
          </w:p>
        </w:tc>
      </w:tr>
      <w:tr w:rsidR="003B3005" w14:paraId="276E861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B13D59"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8B3669" w14:textId="77777777" w:rsidR="003B3005" w:rsidRDefault="00000000">
            <w:pPr>
              <w:spacing w:line="240" w:lineRule="auto"/>
              <w:jc w:val="center"/>
            </w:pPr>
            <w:r>
              <w:rPr>
                <w:sz w:val="15"/>
              </w:rPr>
              <w:t>2014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B2FAA9" w14:textId="77777777" w:rsidR="003B3005" w:rsidRDefault="00000000">
            <w:pPr>
              <w:spacing w:line="240" w:lineRule="auto"/>
              <w:jc w:val="center"/>
            </w:pPr>
            <w:r>
              <w:rPr>
                <w:sz w:val="15"/>
              </w:rPr>
              <w:t>282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471F27" w14:textId="77777777" w:rsidR="003B3005" w:rsidRDefault="00000000">
            <w:pPr>
              <w:spacing w:line="240" w:lineRule="auto"/>
              <w:jc w:val="center"/>
            </w:pPr>
            <w:r>
              <w:rPr>
                <w:sz w:val="15"/>
              </w:rPr>
              <w:t>18313971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82FB73" w14:textId="77777777" w:rsidR="003B3005" w:rsidRDefault="00000000">
            <w:pPr>
              <w:spacing w:line="240" w:lineRule="auto"/>
              <w:jc w:val="center"/>
            </w:pPr>
            <w:r>
              <w:rPr>
                <w:sz w:val="15"/>
              </w:rPr>
              <w:t>1.2939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F55447" w14:textId="77777777" w:rsidR="003B3005" w:rsidRDefault="00000000">
            <w:pPr>
              <w:spacing w:line="240" w:lineRule="auto"/>
              <w:jc w:val="center"/>
            </w:pPr>
            <w:r>
              <w:rPr>
                <w:sz w:val="15"/>
              </w:rPr>
              <w:t>1.1384 to 1.4495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AEF80A" w14:textId="77777777" w:rsidR="003B3005" w:rsidRDefault="00000000">
            <w:pPr>
              <w:spacing w:line="240" w:lineRule="auto"/>
              <w:jc w:val="center"/>
            </w:pPr>
            <w:r>
              <w:rPr>
                <w:sz w:val="15"/>
              </w:rPr>
              <w:t>0.0794</w:t>
            </w:r>
          </w:p>
        </w:tc>
      </w:tr>
      <w:tr w:rsidR="003B3005" w14:paraId="301A13E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1A7D10"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3CB9CF" w14:textId="77777777" w:rsidR="003B3005" w:rsidRDefault="00000000">
            <w:pPr>
              <w:spacing w:line="240" w:lineRule="auto"/>
              <w:jc w:val="center"/>
            </w:pPr>
            <w:r>
              <w:rPr>
                <w:sz w:val="15"/>
              </w:rPr>
              <w:t>2015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B122BA" w14:textId="77777777" w:rsidR="003B3005" w:rsidRDefault="00000000">
            <w:pPr>
              <w:spacing w:line="240" w:lineRule="auto"/>
              <w:jc w:val="center"/>
            </w:pPr>
            <w:r>
              <w:rPr>
                <w:sz w:val="15"/>
              </w:rPr>
              <w:t>320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8DFBF5" w14:textId="77777777" w:rsidR="003B3005" w:rsidRDefault="00000000">
            <w:pPr>
              <w:spacing w:line="240" w:lineRule="auto"/>
              <w:jc w:val="center"/>
            </w:pPr>
            <w:r>
              <w:rPr>
                <w:sz w:val="15"/>
              </w:rPr>
              <w:t>18394558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07BD4C" w14:textId="77777777" w:rsidR="003B3005" w:rsidRDefault="00000000">
            <w:pPr>
              <w:spacing w:line="240" w:lineRule="auto"/>
              <w:jc w:val="center"/>
            </w:pPr>
            <w:r>
              <w:rPr>
                <w:sz w:val="15"/>
              </w:rPr>
              <w:t>1.5084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F5D789" w14:textId="77777777" w:rsidR="003B3005" w:rsidRDefault="00000000">
            <w:pPr>
              <w:spacing w:line="240" w:lineRule="auto"/>
              <w:jc w:val="center"/>
            </w:pPr>
            <w:r>
              <w:rPr>
                <w:sz w:val="15"/>
              </w:rPr>
              <w:t>1.3354 to 1.6813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5A952F" w14:textId="77777777" w:rsidR="003B3005" w:rsidRDefault="00000000">
            <w:pPr>
              <w:spacing w:line="240" w:lineRule="auto"/>
              <w:jc w:val="center"/>
            </w:pPr>
            <w:r>
              <w:rPr>
                <w:sz w:val="15"/>
              </w:rPr>
              <w:t>0.0883</w:t>
            </w:r>
          </w:p>
        </w:tc>
      </w:tr>
      <w:tr w:rsidR="003B3005" w14:paraId="539BC8D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7B3B7E"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A64D27" w14:textId="77777777" w:rsidR="003B3005" w:rsidRDefault="00000000">
            <w:pPr>
              <w:spacing w:line="240" w:lineRule="auto"/>
              <w:jc w:val="center"/>
            </w:pPr>
            <w:r>
              <w:rPr>
                <w:sz w:val="15"/>
              </w:rPr>
              <w:t>2016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EABF16" w14:textId="77777777" w:rsidR="003B3005" w:rsidRDefault="00000000">
            <w:pPr>
              <w:spacing w:line="240" w:lineRule="auto"/>
              <w:jc w:val="center"/>
            </w:pPr>
            <w:r>
              <w:rPr>
                <w:sz w:val="15"/>
              </w:rPr>
              <w:t>316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B19ABD" w14:textId="77777777" w:rsidR="003B3005" w:rsidRDefault="00000000">
            <w:pPr>
              <w:spacing w:line="240" w:lineRule="auto"/>
              <w:jc w:val="center"/>
            </w:pPr>
            <w:r>
              <w:rPr>
                <w:sz w:val="15"/>
              </w:rPr>
              <w:t>18467561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8A2624" w14:textId="77777777" w:rsidR="003B3005" w:rsidRDefault="00000000">
            <w:pPr>
              <w:spacing w:line="240" w:lineRule="auto"/>
              <w:jc w:val="center"/>
            </w:pPr>
            <w:r>
              <w:rPr>
                <w:sz w:val="15"/>
              </w:rPr>
              <w:t>1.4663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E618FA" w14:textId="77777777" w:rsidR="003B3005" w:rsidRDefault="00000000">
            <w:pPr>
              <w:spacing w:line="240" w:lineRule="auto"/>
              <w:jc w:val="center"/>
            </w:pPr>
            <w:r>
              <w:rPr>
                <w:sz w:val="15"/>
              </w:rPr>
              <w:t>1.2971 to 1.6355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593039" w14:textId="77777777" w:rsidR="003B3005" w:rsidRDefault="00000000">
            <w:pPr>
              <w:spacing w:line="240" w:lineRule="auto"/>
              <w:jc w:val="center"/>
            </w:pPr>
            <w:r>
              <w:rPr>
                <w:sz w:val="15"/>
              </w:rPr>
              <w:t>0.0863</w:t>
            </w:r>
          </w:p>
        </w:tc>
      </w:tr>
      <w:tr w:rsidR="003B3005" w14:paraId="0530508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7564B5"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A543DB" w14:textId="77777777" w:rsidR="003B3005" w:rsidRDefault="00000000">
            <w:pPr>
              <w:spacing w:line="240" w:lineRule="auto"/>
              <w:jc w:val="center"/>
            </w:pPr>
            <w:r>
              <w:rPr>
                <w:sz w:val="15"/>
              </w:rPr>
              <w:t>2017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28E2B3" w14:textId="77777777" w:rsidR="003B3005" w:rsidRDefault="00000000">
            <w:pPr>
              <w:spacing w:line="240" w:lineRule="auto"/>
              <w:jc w:val="center"/>
            </w:pPr>
            <w:r>
              <w:rPr>
                <w:sz w:val="15"/>
              </w:rPr>
              <w:t>338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8DEB6F" w14:textId="77777777" w:rsidR="003B3005" w:rsidRDefault="00000000">
            <w:pPr>
              <w:spacing w:line="240" w:lineRule="auto"/>
              <w:jc w:val="center"/>
            </w:pPr>
            <w:r>
              <w:rPr>
                <w:sz w:val="15"/>
              </w:rPr>
              <w:t>18539269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8DC549" w14:textId="77777777" w:rsidR="003B3005" w:rsidRDefault="00000000">
            <w:pPr>
              <w:spacing w:line="240" w:lineRule="auto"/>
              <w:jc w:val="center"/>
            </w:pPr>
            <w:r>
              <w:rPr>
                <w:sz w:val="15"/>
              </w:rPr>
              <w:t>1.5734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D651B1" w14:textId="77777777" w:rsidR="003B3005" w:rsidRDefault="00000000">
            <w:pPr>
              <w:spacing w:line="240" w:lineRule="auto"/>
              <w:jc w:val="center"/>
            </w:pPr>
            <w:r>
              <w:rPr>
                <w:sz w:val="15"/>
              </w:rPr>
              <w:t>1.3975 to 1.7494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08F1C8" w14:textId="77777777" w:rsidR="003B3005" w:rsidRDefault="00000000">
            <w:pPr>
              <w:spacing w:line="240" w:lineRule="auto"/>
              <w:jc w:val="center"/>
            </w:pPr>
            <w:r>
              <w:rPr>
                <w:sz w:val="15"/>
              </w:rPr>
              <w:t>0.0898</w:t>
            </w:r>
          </w:p>
        </w:tc>
      </w:tr>
      <w:tr w:rsidR="003B3005" w14:paraId="0D9D73B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8D76AD"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0E9075" w14:textId="77777777" w:rsidR="003B3005" w:rsidRDefault="00000000">
            <w:pPr>
              <w:spacing w:line="240" w:lineRule="auto"/>
              <w:jc w:val="center"/>
            </w:pPr>
            <w:r>
              <w:rPr>
                <w:sz w:val="15"/>
              </w:rPr>
              <w:t>2018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C8A887" w14:textId="77777777" w:rsidR="003B3005" w:rsidRDefault="00000000">
            <w:pPr>
              <w:spacing w:line="240" w:lineRule="auto"/>
              <w:jc w:val="center"/>
            </w:pPr>
            <w:r>
              <w:rPr>
                <w:sz w:val="15"/>
              </w:rPr>
              <w:t>364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F61C95" w14:textId="77777777" w:rsidR="003B3005" w:rsidRDefault="00000000">
            <w:pPr>
              <w:spacing w:line="240" w:lineRule="auto"/>
              <w:jc w:val="center"/>
            </w:pPr>
            <w:r>
              <w:rPr>
                <w:sz w:val="15"/>
              </w:rPr>
              <w:t>18628411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B35C4A" w14:textId="77777777" w:rsidR="003B3005" w:rsidRDefault="00000000">
            <w:pPr>
              <w:spacing w:line="240" w:lineRule="auto"/>
              <w:jc w:val="center"/>
            </w:pPr>
            <w:r>
              <w:rPr>
                <w:sz w:val="15"/>
              </w:rPr>
              <w:t>1.6588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E86CC2" w14:textId="77777777" w:rsidR="003B3005" w:rsidRDefault="00000000">
            <w:pPr>
              <w:spacing w:line="240" w:lineRule="auto"/>
              <w:jc w:val="center"/>
            </w:pPr>
            <w:r>
              <w:rPr>
                <w:sz w:val="15"/>
              </w:rPr>
              <w:t>1.4815 to 1.8361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A11B34" w14:textId="77777777" w:rsidR="003B3005" w:rsidRDefault="00000000">
            <w:pPr>
              <w:spacing w:line="240" w:lineRule="auto"/>
              <w:jc w:val="center"/>
            </w:pPr>
            <w:r>
              <w:rPr>
                <w:sz w:val="15"/>
              </w:rPr>
              <w:t>0.0904</w:t>
            </w:r>
          </w:p>
        </w:tc>
      </w:tr>
      <w:tr w:rsidR="003B3005" w14:paraId="6F6601D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6D9E9A"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6A79B3" w14:textId="77777777" w:rsidR="003B3005" w:rsidRDefault="00000000">
            <w:pPr>
              <w:spacing w:line="240" w:lineRule="auto"/>
              <w:jc w:val="center"/>
            </w:pPr>
            <w:r>
              <w:rPr>
                <w:sz w:val="15"/>
              </w:rPr>
              <w:t>2019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CB9654" w14:textId="77777777" w:rsidR="003B3005" w:rsidRDefault="00000000">
            <w:pPr>
              <w:spacing w:line="240" w:lineRule="auto"/>
              <w:jc w:val="center"/>
            </w:pPr>
            <w:r>
              <w:rPr>
                <w:sz w:val="15"/>
              </w:rPr>
              <w:t>345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52E73C" w14:textId="77777777" w:rsidR="003B3005" w:rsidRDefault="00000000">
            <w:pPr>
              <w:spacing w:line="240" w:lineRule="auto"/>
              <w:jc w:val="center"/>
            </w:pPr>
            <w:r>
              <w:rPr>
                <w:sz w:val="15"/>
              </w:rPr>
              <w:t>18695730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7DD705" w14:textId="77777777" w:rsidR="003B3005" w:rsidRDefault="00000000">
            <w:pPr>
              <w:spacing w:line="240" w:lineRule="auto"/>
              <w:jc w:val="center"/>
            </w:pPr>
            <w:r>
              <w:rPr>
                <w:sz w:val="15"/>
              </w:rPr>
              <w:t>1.4911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AE95CA" w14:textId="77777777" w:rsidR="003B3005" w:rsidRDefault="00000000">
            <w:pPr>
              <w:spacing w:line="240" w:lineRule="auto"/>
              <w:jc w:val="center"/>
            </w:pPr>
            <w:r>
              <w:rPr>
                <w:sz w:val="15"/>
              </w:rPr>
              <w:t>1.3262 to 1.6560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B517FC" w14:textId="77777777" w:rsidR="003B3005" w:rsidRDefault="00000000">
            <w:pPr>
              <w:spacing w:line="240" w:lineRule="auto"/>
              <w:jc w:val="center"/>
            </w:pPr>
            <w:r>
              <w:rPr>
                <w:sz w:val="15"/>
              </w:rPr>
              <w:t>0.0842</w:t>
            </w:r>
          </w:p>
        </w:tc>
      </w:tr>
      <w:tr w:rsidR="003B3005" w14:paraId="5BE67D1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60EF58" w14:textId="77777777" w:rsidR="003B3005" w:rsidRDefault="00000000">
            <w:pPr>
              <w:spacing w:line="240" w:lineRule="auto"/>
            </w:pPr>
            <w:r>
              <w:rPr>
                <w:sz w:val="15"/>
              </w:rPr>
              <w:t>Micropolitan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CAC7D5" w14:textId="77777777" w:rsidR="003B3005" w:rsidRDefault="00000000">
            <w:pPr>
              <w:spacing w:line="240" w:lineRule="auto"/>
              <w:jc w:val="center"/>
            </w:pPr>
            <w:r>
              <w:rPr>
                <w:sz w:val="15"/>
              </w:rPr>
              <w:t>2020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60E715" w14:textId="77777777" w:rsidR="003B3005" w:rsidRDefault="00000000">
            <w:pPr>
              <w:spacing w:line="240" w:lineRule="auto"/>
              <w:jc w:val="center"/>
            </w:pPr>
            <w:r>
              <w:rPr>
                <w:sz w:val="15"/>
              </w:rPr>
              <w:t>647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8DED04" w14:textId="77777777" w:rsidR="003B3005" w:rsidRDefault="00000000">
            <w:pPr>
              <w:spacing w:line="240" w:lineRule="auto"/>
              <w:jc w:val="center"/>
            </w:pPr>
            <w:r>
              <w:rPr>
                <w:sz w:val="15"/>
              </w:rPr>
              <w:t>18750942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CA8ADE" w14:textId="77777777" w:rsidR="003B3005" w:rsidRDefault="00000000">
            <w:pPr>
              <w:spacing w:line="240" w:lineRule="auto"/>
              <w:jc w:val="center"/>
            </w:pPr>
            <w:r>
              <w:rPr>
                <w:sz w:val="15"/>
              </w:rPr>
              <w:t>2.9229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3E4D5F" w14:textId="77777777" w:rsidR="003B3005" w:rsidRDefault="00000000">
            <w:pPr>
              <w:spacing w:line="240" w:lineRule="auto"/>
              <w:jc w:val="center"/>
            </w:pPr>
            <w:r>
              <w:rPr>
                <w:sz w:val="15"/>
              </w:rPr>
              <w:t>2.6853 to 3.1605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2B36E9" w14:textId="77777777" w:rsidR="003B3005" w:rsidRDefault="00000000">
            <w:pPr>
              <w:spacing w:line="240" w:lineRule="auto"/>
              <w:jc w:val="center"/>
            </w:pPr>
            <w:r>
              <w:rPr>
                <w:sz w:val="15"/>
              </w:rPr>
              <w:t>0.1212</w:t>
            </w:r>
          </w:p>
        </w:tc>
      </w:tr>
      <w:tr w:rsidR="003B3005" w14:paraId="26F5FEB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5972CF"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96436B" w14:textId="77777777" w:rsidR="003B3005" w:rsidRDefault="00000000">
            <w:pPr>
              <w:spacing w:line="240" w:lineRule="auto"/>
              <w:jc w:val="center"/>
            </w:pPr>
            <w:r>
              <w:rPr>
                <w:sz w:val="15"/>
              </w:rPr>
              <w:t>1999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A54001" w14:textId="77777777" w:rsidR="003B3005" w:rsidRDefault="00000000">
            <w:pPr>
              <w:spacing w:line="240" w:lineRule="auto"/>
              <w:jc w:val="center"/>
            </w:pPr>
            <w:r>
              <w:rPr>
                <w:sz w:val="15"/>
              </w:rPr>
              <w:t>60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9541ED" w14:textId="77777777" w:rsidR="003B3005" w:rsidRDefault="00000000">
            <w:pPr>
              <w:spacing w:line="240" w:lineRule="auto"/>
              <w:jc w:val="center"/>
            </w:pPr>
            <w:r>
              <w:rPr>
                <w:sz w:val="15"/>
              </w:rPr>
              <w:t>12503816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0EF996" w14:textId="77777777" w:rsidR="003B3005" w:rsidRDefault="00000000">
            <w:pPr>
              <w:spacing w:line="240" w:lineRule="auto"/>
              <w:jc w:val="center"/>
            </w:pPr>
            <w:r>
              <w:rPr>
                <w:sz w:val="15"/>
              </w:rPr>
              <w:t>0.3973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89DD2F" w14:textId="77777777" w:rsidR="003B3005" w:rsidRDefault="00000000">
            <w:pPr>
              <w:spacing w:line="240" w:lineRule="auto"/>
              <w:jc w:val="center"/>
            </w:pPr>
            <w:r>
              <w:rPr>
                <w:sz w:val="15"/>
              </w:rPr>
              <w:t>0.3024 to 0.5124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F75148" w14:textId="77777777" w:rsidR="003B3005" w:rsidRDefault="00000000">
            <w:pPr>
              <w:spacing w:line="240" w:lineRule="auto"/>
              <w:jc w:val="center"/>
            </w:pPr>
            <w:r>
              <w:rPr>
                <w:sz w:val="15"/>
              </w:rPr>
              <w:t>0.0518</w:t>
            </w:r>
          </w:p>
        </w:tc>
      </w:tr>
      <w:tr w:rsidR="003B3005" w14:paraId="1E41760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3977DD"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B83AC5" w14:textId="77777777" w:rsidR="003B3005" w:rsidRDefault="00000000">
            <w:pPr>
              <w:spacing w:line="240" w:lineRule="auto"/>
              <w:jc w:val="center"/>
            </w:pPr>
            <w:r>
              <w:rPr>
                <w:sz w:val="15"/>
              </w:rPr>
              <w:t>2000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B3571B" w14:textId="77777777" w:rsidR="003B3005" w:rsidRDefault="00000000">
            <w:pPr>
              <w:spacing w:line="240" w:lineRule="auto"/>
              <w:jc w:val="center"/>
            </w:pPr>
            <w:r>
              <w:rPr>
                <w:sz w:val="15"/>
              </w:rPr>
              <w:t>64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2181D9" w14:textId="77777777" w:rsidR="003B3005" w:rsidRDefault="00000000">
            <w:pPr>
              <w:spacing w:line="240" w:lineRule="auto"/>
              <w:jc w:val="center"/>
            </w:pPr>
            <w:r>
              <w:rPr>
                <w:sz w:val="15"/>
              </w:rPr>
              <w:t>12568814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7F2FE8" w14:textId="77777777" w:rsidR="003B3005" w:rsidRDefault="00000000">
            <w:pPr>
              <w:spacing w:line="240" w:lineRule="auto"/>
              <w:jc w:val="center"/>
            </w:pPr>
            <w:r>
              <w:rPr>
                <w:sz w:val="15"/>
              </w:rPr>
              <w:t>0.4400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5DBB76" w14:textId="77777777" w:rsidR="003B3005" w:rsidRDefault="00000000">
            <w:pPr>
              <w:spacing w:line="240" w:lineRule="auto"/>
              <w:jc w:val="center"/>
            </w:pPr>
            <w:r>
              <w:rPr>
                <w:sz w:val="15"/>
              </w:rPr>
              <w:t>0.3374 to 0.5641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ED7229" w14:textId="77777777" w:rsidR="003B3005" w:rsidRDefault="00000000">
            <w:pPr>
              <w:spacing w:line="240" w:lineRule="auto"/>
              <w:jc w:val="center"/>
            </w:pPr>
            <w:r>
              <w:rPr>
                <w:sz w:val="15"/>
              </w:rPr>
              <w:t>0.0557</w:t>
            </w:r>
          </w:p>
        </w:tc>
      </w:tr>
      <w:tr w:rsidR="003B3005" w14:paraId="35104C7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588F14"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75CB21" w14:textId="77777777" w:rsidR="003B3005" w:rsidRDefault="00000000">
            <w:pPr>
              <w:spacing w:line="240" w:lineRule="auto"/>
              <w:jc w:val="center"/>
            </w:pPr>
            <w:r>
              <w:rPr>
                <w:sz w:val="15"/>
              </w:rPr>
              <w:t>2001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FE9B29" w14:textId="77777777" w:rsidR="003B3005" w:rsidRDefault="00000000">
            <w:pPr>
              <w:spacing w:line="240" w:lineRule="auto"/>
              <w:jc w:val="center"/>
            </w:pPr>
            <w:r>
              <w:rPr>
                <w:sz w:val="15"/>
              </w:rPr>
              <w:t>87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935C92" w14:textId="77777777" w:rsidR="003B3005" w:rsidRDefault="00000000">
            <w:pPr>
              <w:spacing w:line="240" w:lineRule="auto"/>
              <w:jc w:val="center"/>
            </w:pPr>
            <w:r>
              <w:rPr>
                <w:sz w:val="15"/>
              </w:rPr>
              <w:t>12585180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531D6F" w14:textId="77777777" w:rsidR="003B3005" w:rsidRDefault="00000000">
            <w:pPr>
              <w:spacing w:line="240" w:lineRule="auto"/>
              <w:jc w:val="center"/>
            </w:pPr>
            <w:r>
              <w:rPr>
                <w:sz w:val="15"/>
              </w:rPr>
              <w:t>0.6221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9D27B6" w14:textId="77777777" w:rsidR="003B3005" w:rsidRDefault="00000000">
            <w:pPr>
              <w:spacing w:line="240" w:lineRule="auto"/>
              <w:jc w:val="center"/>
            </w:pPr>
            <w:r>
              <w:rPr>
                <w:sz w:val="15"/>
              </w:rPr>
              <w:t>0.4969 to 0.7692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09124F" w14:textId="77777777" w:rsidR="003B3005" w:rsidRDefault="00000000">
            <w:pPr>
              <w:spacing w:line="240" w:lineRule="auto"/>
              <w:jc w:val="center"/>
            </w:pPr>
            <w:r>
              <w:rPr>
                <w:sz w:val="15"/>
              </w:rPr>
              <w:t>0.0675</w:t>
            </w:r>
          </w:p>
        </w:tc>
      </w:tr>
      <w:tr w:rsidR="003B3005" w14:paraId="4D588EE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5192E5"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7D4118" w14:textId="77777777" w:rsidR="003B3005" w:rsidRDefault="00000000">
            <w:pPr>
              <w:spacing w:line="240" w:lineRule="auto"/>
              <w:jc w:val="center"/>
            </w:pPr>
            <w:r>
              <w:rPr>
                <w:sz w:val="15"/>
              </w:rPr>
              <w:t>2002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3710C1" w14:textId="77777777" w:rsidR="003B3005" w:rsidRDefault="00000000">
            <w:pPr>
              <w:spacing w:line="240" w:lineRule="auto"/>
              <w:jc w:val="center"/>
            </w:pPr>
            <w:r>
              <w:rPr>
                <w:sz w:val="15"/>
              </w:rPr>
              <w:t>94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8AB08E" w14:textId="77777777" w:rsidR="003B3005" w:rsidRDefault="00000000">
            <w:pPr>
              <w:spacing w:line="240" w:lineRule="auto"/>
              <w:jc w:val="center"/>
            </w:pPr>
            <w:r>
              <w:rPr>
                <w:sz w:val="15"/>
              </w:rPr>
              <w:t>12632877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A3F567" w14:textId="77777777" w:rsidR="003B3005" w:rsidRDefault="00000000">
            <w:pPr>
              <w:spacing w:line="240" w:lineRule="auto"/>
              <w:jc w:val="center"/>
            </w:pPr>
            <w:r>
              <w:rPr>
                <w:sz w:val="15"/>
              </w:rPr>
              <w:t>0.7052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0A44A3" w14:textId="77777777" w:rsidR="003B3005" w:rsidRDefault="00000000">
            <w:pPr>
              <w:spacing w:line="240" w:lineRule="auto"/>
              <w:jc w:val="center"/>
            </w:pPr>
            <w:r>
              <w:rPr>
                <w:sz w:val="15"/>
              </w:rPr>
              <w:t>0.5678 to 0.8659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F80159" w14:textId="77777777" w:rsidR="003B3005" w:rsidRDefault="00000000">
            <w:pPr>
              <w:spacing w:line="240" w:lineRule="auto"/>
              <w:jc w:val="center"/>
            </w:pPr>
            <w:r>
              <w:rPr>
                <w:sz w:val="15"/>
              </w:rPr>
              <w:t>0.0740</w:t>
            </w:r>
          </w:p>
        </w:tc>
      </w:tr>
      <w:tr w:rsidR="003B3005" w14:paraId="627D527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6EBFAE"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BC63E9" w14:textId="77777777" w:rsidR="003B3005" w:rsidRDefault="00000000">
            <w:pPr>
              <w:spacing w:line="240" w:lineRule="auto"/>
              <w:jc w:val="center"/>
            </w:pPr>
            <w:r>
              <w:rPr>
                <w:sz w:val="15"/>
              </w:rPr>
              <w:t>2003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519220" w14:textId="77777777" w:rsidR="003B3005" w:rsidRDefault="00000000">
            <w:pPr>
              <w:spacing w:line="240" w:lineRule="auto"/>
              <w:jc w:val="center"/>
            </w:pPr>
            <w:r>
              <w:rPr>
                <w:sz w:val="15"/>
              </w:rPr>
              <w:t>114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5F9D1B" w14:textId="77777777" w:rsidR="003B3005" w:rsidRDefault="00000000">
            <w:pPr>
              <w:spacing w:line="240" w:lineRule="auto"/>
              <w:jc w:val="center"/>
            </w:pPr>
            <w:r>
              <w:rPr>
                <w:sz w:val="15"/>
              </w:rPr>
              <w:t>12696170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1AF997" w14:textId="77777777" w:rsidR="003B3005" w:rsidRDefault="00000000">
            <w:pPr>
              <w:spacing w:line="240" w:lineRule="auto"/>
              <w:jc w:val="center"/>
            </w:pPr>
            <w:r>
              <w:rPr>
                <w:sz w:val="15"/>
              </w:rPr>
              <w:t>0.7848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E5D519" w14:textId="77777777" w:rsidR="003B3005" w:rsidRDefault="00000000">
            <w:pPr>
              <w:spacing w:line="240" w:lineRule="auto"/>
              <w:jc w:val="center"/>
            </w:pPr>
            <w:r>
              <w:rPr>
                <w:sz w:val="15"/>
              </w:rPr>
              <w:t>0.6388 to 0.9309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2CDF3F" w14:textId="77777777" w:rsidR="003B3005" w:rsidRDefault="00000000">
            <w:pPr>
              <w:spacing w:line="240" w:lineRule="auto"/>
              <w:jc w:val="center"/>
            </w:pPr>
            <w:r>
              <w:rPr>
                <w:sz w:val="15"/>
              </w:rPr>
              <w:t>0.0745</w:t>
            </w:r>
          </w:p>
        </w:tc>
      </w:tr>
      <w:tr w:rsidR="003B3005" w14:paraId="2997DAF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D0C217"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B2F506" w14:textId="77777777" w:rsidR="003B3005" w:rsidRDefault="00000000">
            <w:pPr>
              <w:spacing w:line="240" w:lineRule="auto"/>
              <w:jc w:val="center"/>
            </w:pPr>
            <w:r>
              <w:rPr>
                <w:sz w:val="15"/>
              </w:rPr>
              <w:t>2004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6ECD02" w14:textId="77777777" w:rsidR="003B3005" w:rsidRDefault="00000000">
            <w:pPr>
              <w:spacing w:line="240" w:lineRule="auto"/>
              <w:jc w:val="center"/>
            </w:pPr>
            <w:r>
              <w:rPr>
                <w:sz w:val="15"/>
              </w:rPr>
              <w:t>95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BB99E0" w14:textId="77777777" w:rsidR="003B3005" w:rsidRDefault="00000000">
            <w:pPr>
              <w:spacing w:line="240" w:lineRule="auto"/>
              <w:jc w:val="center"/>
            </w:pPr>
            <w:r>
              <w:rPr>
                <w:sz w:val="15"/>
              </w:rPr>
              <w:t>12768099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0AD92C" w14:textId="77777777" w:rsidR="003B3005" w:rsidRDefault="00000000">
            <w:pPr>
              <w:spacing w:line="240" w:lineRule="auto"/>
              <w:jc w:val="center"/>
            </w:pPr>
            <w:r>
              <w:rPr>
                <w:sz w:val="15"/>
              </w:rPr>
              <w:t>0.6323</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3A7307" w14:textId="77777777" w:rsidR="003B3005" w:rsidRDefault="00000000">
            <w:pPr>
              <w:spacing w:line="240" w:lineRule="auto"/>
              <w:jc w:val="center"/>
            </w:pPr>
            <w:r>
              <w:rPr>
                <w:sz w:val="15"/>
              </w:rPr>
              <w:t>0.5109 to 0.7738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5BD219" w14:textId="77777777" w:rsidR="003B3005" w:rsidRDefault="00000000">
            <w:pPr>
              <w:spacing w:line="240" w:lineRule="auto"/>
              <w:jc w:val="center"/>
            </w:pPr>
            <w:r>
              <w:rPr>
                <w:sz w:val="15"/>
              </w:rPr>
              <w:t>0.0653</w:t>
            </w:r>
          </w:p>
        </w:tc>
      </w:tr>
      <w:tr w:rsidR="003B3005" w14:paraId="1F9C744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B8971D"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8A1BC2" w14:textId="77777777" w:rsidR="003B3005" w:rsidRDefault="00000000">
            <w:pPr>
              <w:spacing w:line="240" w:lineRule="auto"/>
              <w:jc w:val="center"/>
            </w:pPr>
            <w:r>
              <w:rPr>
                <w:sz w:val="15"/>
              </w:rPr>
              <w:t>2005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57D4B8" w14:textId="77777777" w:rsidR="003B3005" w:rsidRDefault="00000000">
            <w:pPr>
              <w:spacing w:line="240" w:lineRule="auto"/>
              <w:jc w:val="center"/>
            </w:pPr>
            <w:r>
              <w:rPr>
                <w:sz w:val="15"/>
              </w:rPr>
              <w:t>142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885841" w14:textId="77777777" w:rsidR="003B3005" w:rsidRDefault="00000000">
            <w:pPr>
              <w:spacing w:line="240" w:lineRule="auto"/>
              <w:jc w:val="center"/>
            </w:pPr>
            <w:r>
              <w:rPr>
                <w:sz w:val="15"/>
              </w:rPr>
              <w:t>12853114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AEA569" w14:textId="77777777" w:rsidR="003B3005" w:rsidRDefault="00000000">
            <w:pPr>
              <w:spacing w:line="240" w:lineRule="auto"/>
              <w:jc w:val="center"/>
            </w:pPr>
            <w:r>
              <w:rPr>
                <w:sz w:val="15"/>
              </w:rPr>
              <w:t>0.9801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0C60EC" w14:textId="77777777" w:rsidR="003B3005" w:rsidRDefault="00000000">
            <w:pPr>
              <w:spacing w:line="240" w:lineRule="auto"/>
              <w:jc w:val="center"/>
            </w:pPr>
            <w:r>
              <w:rPr>
                <w:sz w:val="15"/>
              </w:rPr>
              <w:t>0.8162 to 1.1440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EF04EA" w14:textId="77777777" w:rsidR="003B3005" w:rsidRDefault="00000000">
            <w:pPr>
              <w:spacing w:line="240" w:lineRule="auto"/>
              <w:jc w:val="center"/>
            </w:pPr>
            <w:r>
              <w:rPr>
                <w:sz w:val="15"/>
              </w:rPr>
              <w:t>0.0836</w:t>
            </w:r>
          </w:p>
        </w:tc>
      </w:tr>
      <w:tr w:rsidR="003B3005" w14:paraId="37A33D1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259784"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3286FB" w14:textId="77777777" w:rsidR="003B3005" w:rsidRDefault="00000000">
            <w:pPr>
              <w:spacing w:line="240" w:lineRule="auto"/>
              <w:jc w:val="center"/>
            </w:pPr>
            <w:r>
              <w:rPr>
                <w:sz w:val="15"/>
              </w:rPr>
              <w:t>2006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7137D5" w14:textId="77777777" w:rsidR="003B3005" w:rsidRDefault="00000000">
            <w:pPr>
              <w:spacing w:line="240" w:lineRule="auto"/>
              <w:jc w:val="center"/>
            </w:pPr>
            <w:r>
              <w:rPr>
                <w:sz w:val="15"/>
              </w:rPr>
              <w:t>118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77A864" w14:textId="77777777" w:rsidR="003B3005" w:rsidRDefault="00000000">
            <w:pPr>
              <w:spacing w:line="240" w:lineRule="auto"/>
              <w:jc w:val="center"/>
            </w:pPr>
            <w:r>
              <w:rPr>
                <w:sz w:val="15"/>
              </w:rPr>
              <w:t>12962827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83DF24" w14:textId="77777777" w:rsidR="003B3005" w:rsidRDefault="00000000">
            <w:pPr>
              <w:spacing w:line="240" w:lineRule="auto"/>
              <w:jc w:val="center"/>
            </w:pPr>
            <w:r>
              <w:rPr>
                <w:sz w:val="15"/>
              </w:rPr>
              <w:t>0.7567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14479E" w14:textId="77777777" w:rsidR="003B3005" w:rsidRDefault="00000000">
            <w:pPr>
              <w:spacing w:line="240" w:lineRule="auto"/>
              <w:jc w:val="center"/>
            </w:pPr>
            <w:r>
              <w:rPr>
                <w:sz w:val="15"/>
              </w:rPr>
              <w:t>0.6186 to 0.8947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0C1C37" w14:textId="77777777" w:rsidR="003B3005" w:rsidRDefault="00000000">
            <w:pPr>
              <w:spacing w:line="240" w:lineRule="auto"/>
              <w:jc w:val="center"/>
            </w:pPr>
            <w:r>
              <w:rPr>
                <w:sz w:val="15"/>
              </w:rPr>
              <w:t>0.0704</w:t>
            </w:r>
          </w:p>
        </w:tc>
      </w:tr>
      <w:tr w:rsidR="003B3005" w14:paraId="1AB3201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6B039B"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7614E6" w14:textId="77777777" w:rsidR="003B3005" w:rsidRDefault="00000000">
            <w:pPr>
              <w:spacing w:line="240" w:lineRule="auto"/>
              <w:jc w:val="center"/>
            </w:pPr>
            <w:r>
              <w:rPr>
                <w:sz w:val="15"/>
              </w:rPr>
              <w:t>2007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0C68E3" w14:textId="77777777" w:rsidR="003B3005" w:rsidRDefault="00000000">
            <w:pPr>
              <w:spacing w:line="240" w:lineRule="auto"/>
              <w:jc w:val="center"/>
            </w:pPr>
            <w:r>
              <w:rPr>
                <w:sz w:val="15"/>
              </w:rPr>
              <w:t>138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20A22E" w14:textId="77777777" w:rsidR="003B3005" w:rsidRDefault="00000000">
            <w:pPr>
              <w:spacing w:line="240" w:lineRule="auto"/>
              <w:jc w:val="center"/>
            </w:pPr>
            <w:r>
              <w:rPr>
                <w:sz w:val="15"/>
              </w:rPr>
              <w:t>13048871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FAC296" w14:textId="77777777" w:rsidR="003B3005" w:rsidRDefault="00000000">
            <w:pPr>
              <w:spacing w:line="240" w:lineRule="auto"/>
              <w:jc w:val="center"/>
            </w:pPr>
            <w:r>
              <w:rPr>
                <w:sz w:val="15"/>
              </w:rPr>
              <w:t>0.8544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07C257" w14:textId="77777777" w:rsidR="003B3005" w:rsidRDefault="00000000">
            <w:pPr>
              <w:spacing w:line="240" w:lineRule="auto"/>
              <w:jc w:val="center"/>
            </w:pPr>
            <w:r>
              <w:rPr>
                <w:sz w:val="15"/>
              </w:rPr>
              <w:t>0.7102 to 0.9986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B7793D" w14:textId="77777777" w:rsidR="003B3005" w:rsidRDefault="00000000">
            <w:pPr>
              <w:spacing w:line="240" w:lineRule="auto"/>
              <w:jc w:val="center"/>
            </w:pPr>
            <w:r>
              <w:rPr>
                <w:sz w:val="15"/>
              </w:rPr>
              <w:t>0.0736</w:t>
            </w:r>
          </w:p>
        </w:tc>
      </w:tr>
      <w:tr w:rsidR="003B3005" w14:paraId="4621A6A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E38AE4"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5439ED" w14:textId="77777777" w:rsidR="003B3005" w:rsidRDefault="00000000">
            <w:pPr>
              <w:spacing w:line="240" w:lineRule="auto"/>
              <w:jc w:val="center"/>
            </w:pPr>
            <w:r>
              <w:rPr>
                <w:sz w:val="15"/>
              </w:rPr>
              <w:t>2008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3EFE8F" w14:textId="77777777" w:rsidR="003B3005" w:rsidRDefault="00000000">
            <w:pPr>
              <w:spacing w:line="240" w:lineRule="auto"/>
              <w:jc w:val="center"/>
            </w:pPr>
            <w:r>
              <w:rPr>
                <w:sz w:val="15"/>
              </w:rPr>
              <w:t>126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B87609" w14:textId="77777777" w:rsidR="003B3005" w:rsidRDefault="00000000">
            <w:pPr>
              <w:spacing w:line="240" w:lineRule="auto"/>
              <w:jc w:val="center"/>
            </w:pPr>
            <w:r>
              <w:rPr>
                <w:sz w:val="15"/>
              </w:rPr>
              <w:t>13115861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95190C" w14:textId="77777777" w:rsidR="003B3005" w:rsidRDefault="00000000">
            <w:pPr>
              <w:spacing w:line="240" w:lineRule="auto"/>
              <w:jc w:val="center"/>
            </w:pPr>
            <w:r>
              <w:rPr>
                <w:sz w:val="15"/>
              </w:rPr>
              <w:t>0.8086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EEE323" w14:textId="77777777" w:rsidR="003B3005" w:rsidRDefault="00000000">
            <w:pPr>
              <w:spacing w:line="240" w:lineRule="auto"/>
              <w:jc w:val="center"/>
            </w:pPr>
            <w:r>
              <w:rPr>
                <w:sz w:val="15"/>
              </w:rPr>
              <w:t>0.6649 to 0.9523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8C8045" w14:textId="77777777" w:rsidR="003B3005" w:rsidRDefault="00000000">
            <w:pPr>
              <w:spacing w:line="240" w:lineRule="auto"/>
              <w:jc w:val="center"/>
            </w:pPr>
            <w:r>
              <w:rPr>
                <w:sz w:val="15"/>
              </w:rPr>
              <w:t>0.0733</w:t>
            </w:r>
          </w:p>
        </w:tc>
      </w:tr>
      <w:tr w:rsidR="003B3005" w14:paraId="056FCC0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02B7AC"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4D1002" w14:textId="77777777" w:rsidR="003B3005" w:rsidRDefault="00000000">
            <w:pPr>
              <w:spacing w:line="240" w:lineRule="auto"/>
              <w:jc w:val="center"/>
            </w:pPr>
            <w:r>
              <w:rPr>
                <w:sz w:val="15"/>
              </w:rPr>
              <w:t>2009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6C045A" w14:textId="77777777" w:rsidR="003B3005" w:rsidRDefault="00000000">
            <w:pPr>
              <w:spacing w:line="240" w:lineRule="auto"/>
              <w:jc w:val="center"/>
            </w:pPr>
            <w:r>
              <w:rPr>
                <w:sz w:val="15"/>
              </w:rPr>
              <w:t>139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EFD28D" w14:textId="77777777" w:rsidR="003B3005" w:rsidRDefault="00000000">
            <w:pPr>
              <w:spacing w:line="240" w:lineRule="auto"/>
              <w:jc w:val="center"/>
            </w:pPr>
            <w:r>
              <w:rPr>
                <w:sz w:val="15"/>
              </w:rPr>
              <w:t>13164896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6D4D9A" w14:textId="77777777" w:rsidR="003B3005" w:rsidRDefault="00000000">
            <w:pPr>
              <w:spacing w:line="240" w:lineRule="auto"/>
              <w:jc w:val="center"/>
            </w:pPr>
            <w:r>
              <w:rPr>
                <w:sz w:val="15"/>
              </w:rPr>
              <w:t>0.9340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46F9BE" w14:textId="77777777" w:rsidR="003B3005" w:rsidRDefault="00000000">
            <w:pPr>
              <w:spacing w:line="240" w:lineRule="auto"/>
              <w:jc w:val="center"/>
            </w:pPr>
            <w:r>
              <w:rPr>
                <w:sz w:val="15"/>
              </w:rPr>
              <w:t>0.7734 to 1.0946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E7BDF8" w14:textId="77777777" w:rsidR="003B3005" w:rsidRDefault="00000000">
            <w:pPr>
              <w:spacing w:line="240" w:lineRule="auto"/>
              <w:jc w:val="center"/>
            </w:pPr>
            <w:r>
              <w:rPr>
                <w:sz w:val="15"/>
              </w:rPr>
              <w:t>0.0820</w:t>
            </w:r>
          </w:p>
        </w:tc>
      </w:tr>
      <w:tr w:rsidR="003B3005" w14:paraId="1666C2F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F308D4"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A67028" w14:textId="77777777" w:rsidR="003B3005" w:rsidRDefault="00000000">
            <w:pPr>
              <w:spacing w:line="240" w:lineRule="auto"/>
              <w:jc w:val="center"/>
            </w:pPr>
            <w:r>
              <w:rPr>
                <w:sz w:val="15"/>
              </w:rPr>
              <w:t>2010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29586B" w14:textId="77777777" w:rsidR="003B3005" w:rsidRDefault="00000000">
            <w:pPr>
              <w:spacing w:line="240" w:lineRule="auto"/>
              <w:jc w:val="center"/>
            </w:pPr>
            <w:r>
              <w:rPr>
                <w:sz w:val="15"/>
              </w:rPr>
              <w:t>158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31C8F4" w14:textId="77777777" w:rsidR="003B3005" w:rsidRDefault="00000000">
            <w:pPr>
              <w:spacing w:line="240" w:lineRule="auto"/>
              <w:jc w:val="center"/>
            </w:pPr>
            <w:r>
              <w:rPr>
                <w:sz w:val="15"/>
              </w:rPr>
              <w:t>13218777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F71F70" w14:textId="77777777" w:rsidR="003B3005" w:rsidRDefault="00000000">
            <w:pPr>
              <w:spacing w:line="240" w:lineRule="auto"/>
              <w:jc w:val="center"/>
            </w:pPr>
            <w:r>
              <w:rPr>
                <w:sz w:val="15"/>
              </w:rPr>
              <w:t>1.0159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7E13FB" w14:textId="77777777" w:rsidR="003B3005" w:rsidRDefault="00000000">
            <w:pPr>
              <w:spacing w:line="240" w:lineRule="auto"/>
              <w:jc w:val="center"/>
            </w:pPr>
            <w:r>
              <w:rPr>
                <w:sz w:val="15"/>
              </w:rPr>
              <w:t>0.8520 to 1.1798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D16D9B" w14:textId="77777777" w:rsidR="003B3005" w:rsidRDefault="00000000">
            <w:pPr>
              <w:spacing w:line="240" w:lineRule="auto"/>
              <w:jc w:val="center"/>
            </w:pPr>
            <w:r>
              <w:rPr>
                <w:sz w:val="15"/>
              </w:rPr>
              <w:t>0.0836</w:t>
            </w:r>
          </w:p>
        </w:tc>
      </w:tr>
      <w:tr w:rsidR="003B3005" w14:paraId="19091EB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51D6D7"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ABEBE6" w14:textId="77777777" w:rsidR="003B3005" w:rsidRDefault="00000000">
            <w:pPr>
              <w:spacing w:line="240" w:lineRule="auto"/>
              <w:jc w:val="center"/>
            </w:pPr>
            <w:r>
              <w:rPr>
                <w:sz w:val="15"/>
              </w:rPr>
              <w:t>2011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857859" w14:textId="77777777" w:rsidR="003B3005" w:rsidRDefault="00000000">
            <w:pPr>
              <w:spacing w:line="240" w:lineRule="auto"/>
              <w:jc w:val="center"/>
            </w:pPr>
            <w:r>
              <w:rPr>
                <w:sz w:val="15"/>
              </w:rPr>
              <w:t>190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66C51B" w14:textId="77777777" w:rsidR="003B3005" w:rsidRDefault="00000000">
            <w:pPr>
              <w:spacing w:line="240" w:lineRule="auto"/>
              <w:jc w:val="center"/>
            </w:pPr>
            <w:r>
              <w:rPr>
                <w:sz w:val="15"/>
              </w:rPr>
              <w:t>13229845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A44DF7" w14:textId="77777777" w:rsidR="003B3005" w:rsidRDefault="00000000">
            <w:pPr>
              <w:spacing w:line="240" w:lineRule="auto"/>
              <w:jc w:val="center"/>
            </w:pPr>
            <w:r>
              <w:rPr>
                <w:sz w:val="15"/>
              </w:rPr>
              <w:t>1.2062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4FB633" w14:textId="77777777" w:rsidR="003B3005" w:rsidRDefault="00000000">
            <w:pPr>
              <w:spacing w:line="240" w:lineRule="auto"/>
              <w:jc w:val="center"/>
            </w:pPr>
            <w:r>
              <w:rPr>
                <w:sz w:val="15"/>
              </w:rPr>
              <w:t>1.0302 to 1.3822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0DA895" w14:textId="77777777" w:rsidR="003B3005" w:rsidRDefault="00000000">
            <w:pPr>
              <w:spacing w:line="240" w:lineRule="auto"/>
              <w:jc w:val="center"/>
            </w:pPr>
            <w:r>
              <w:rPr>
                <w:sz w:val="15"/>
              </w:rPr>
              <w:t>0.0898</w:t>
            </w:r>
          </w:p>
        </w:tc>
      </w:tr>
      <w:tr w:rsidR="003B3005" w14:paraId="3D18B01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ED24DC"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ABCA7C" w14:textId="77777777" w:rsidR="003B3005" w:rsidRDefault="00000000">
            <w:pPr>
              <w:spacing w:line="240" w:lineRule="auto"/>
              <w:jc w:val="center"/>
            </w:pPr>
            <w:r>
              <w:rPr>
                <w:sz w:val="15"/>
              </w:rPr>
              <w:t>2012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83EA97" w14:textId="77777777" w:rsidR="003B3005" w:rsidRDefault="00000000">
            <w:pPr>
              <w:spacing w:line="240" w:lineRule="auto"/>
              <w:jc w:val="center"/>
            </w:pPr>
            <w:r>
              <w:rPr>
                <w:sz w:val="15"/>
              </w:rPr>
              <w:t>170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CB59C7" w14:textId="77777777" w:rsidR="003B3005" w:rsidRDefault="00000000">
            <w:pPr>
              <w:spacing w:line="240" w:lineRule="auto"/>
              <w:jc w:val="center"/>
            </w:pPr>
            <w:r>
              <w:rPr>
                <w:sz w:val="15"/>
              </w:rPr>
              <w:t>13201245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40069A" w14:textId="77777777" w:rsidR="003B3005" w:rsidRDefault="00000000">
            <w:pPr>
              <w:spacing w:line="240" w:lineRule="auto"/>
              <w:jc w:val="center"/>
            </w:pPr>
            <w:r>
              <w:rPr>
                <w:sz w:val="15"/>
              </w:rPr>
              <w:t>1.0536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4A1D95" w14:textId="77777777" w:rsidR="003B3005" w:rsidRDefault="00000000">
            <w:pPr>
              <w:spacing w:line="240" w:lineRule="auto"/>
              <w:jc w:val="center"/>
            </w:pPr>
            <w:r>
              <w:rPr>
                <w:sz w:val="15"/>
              </w:rPr>
              <w:t>0.8904 to 1.2168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5DBC97" w14:textId="77777777" w:rsidR="003B3005" w:rsidRDefault="00000000">
            <w:pPr>
              <w:spacing w:line="240" w:lineRule="auto"/>
              <w:jc w:val="center"/>
            </w:pPr>
            <w:r>
              <w:rPr>
                <w:sz w:val="15"/>
              </w:rPr>
              <w:t>0.0833</w:t>
            </w:r>
          </w:p>
        </w:tc>
      </w:tr>
      <w:tr w:rsidR="003B3005" w14:paraId="6EF7165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275364" w14:textId="77777777" w:rsidR="003B3005" w:rsidRDefault="00000000">
            <w:pPr>
              <w:spacing w:line="240" w:lineRule="auto"/>
            </w:pPr>
            <w:r>
              <w:rPr>
                <w:sz w:val="15"/>
              </w:rPr>
              <w:lastRenderedPageBreak/>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B70DA7" w14:textId="77777777" w:rsidR="003B3005" w:rsidRDefault="00000000">
            <w:pPr>
              <w:spacing w:line="240" w:lineRule="auto"/>
              <w:jc w:val="center"/>
            </w:pPr>
            <w:r>
              <w:rPr>
                <w:sz w:val="15"/>
              </w:rPr>
              <w:t>2013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938FEB" w14:textId="77777777" w:rsidR="003B3005" w:rsidRDefault="00000000">
            <w:pPr>
              <w:spacing w:line="240" w:lineRule="auto"/>
              <w:jc w:val="center"/>
            </w:pPr>
            <w:r>
              <w:rPr>
                <w:sz w:val="15"/>
              </w:rPr>
              <w:t>201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04F275" w14:textId="77777777" w:rsidR="003B3005" w:rsidRDefault="00000000">
            <w:pPr>
              <w:spacing w:line="240" w:lineRule="auto"/>
              <w:jc w:val="center"/>
            </w:pPr>
            <w:r>
              <w:rPr>
                <w:sz w:val="15"/>
              </w:rPr>
              <w:t>13200819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D61BF0" w14:textId="77777777" w:rsidR="003B3005" w:rsidRDefault="00000000">
            <w:pPr>
              <w:spacing w:line="240" w:lineRule="auto"/>
              <w:jc w:val="center"/>
            </w:pPr>
            <w:r>
              <w:rPr>
                <w:sz w:val="15"/>
              </w:rPr>
              <w:t>1.2810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FAB130" w14:textId="77777777" w:rsidR="003B3005" w:rsidRDefault="00000000">
            <w:pPr>
              <w:spacing w:line="240" w:lineRule="auto"/>
              <w:jc w:val="center"/>
            </w:pPr>
            <w:r>
              <w:rPr>
                <w:sz w:val="15"/>
              </w:rPr>
              <w:t>1.0956 to 1.4664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6C4099" w14:textId="77777777" w:rsidR="003B3005" w:rsidRDefault="00000000">
            <w:pPr>
              <w:spacing w:line="240" w:lineRule="auto"/>
              <w:jc w:val="center"/>
            </w:pPr>
            <w:r>
              <w:rPr>
                <w:sz w:val="15"/>
              </w:rPr>
              <w:t>0.0946</w:t>
            </w:r>
          </w:p>
        </w:tc>
      </w:tr>
      <w:tr w:rsidR="003B3005" w14:paraId="3980F14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20922C"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946CFD" w14:textId="77777777" w:rsidR="003B3005" w:rsidRDefault="00000000">
            <w:pPr>
              <w:spacing w:line="240" w:lineRule="auto"/>
              <w:jc w:val="center"/>
            </w:pPr>
            <w:r>
              <w:rPr>
                <w:sz w:val="15"/>
              </w:rPr>
              <w:t>2014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25F8EE" w14:textId="77777777" w:rsidR="003B3005" w:rsidRDefault="00000000">
            <w:pPr>
              <w:spacing w:line="240" w:lineRule="auto"/>
              <w:jc w:val="center"/>
            </w:pPr>
            <w:r>
              <w:rPr>
                <w:sz w:val="15"/>
              </w:rPr>
              <w:t>201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CBA630" w14:textId="77777777" w:rsidR="003B3005" w:rsidRDefault="00000000">
            <w:pPr>
              <w:spacing w:line="240" w:lineRule="auto"/>
              <w:jc w:val="center"/>
            </w:pPr>
            <w:r>
              <w:rPr>
                <w:sz w:val="15"/>
              </w:rPr>
              <w:t>13191293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B37693" w14:textId="77777777" w:rsidR="003B3005" w:rsidRDefault="00000000">
            <w:pPr>
              <w:spacing w:line="240" w:lineRule="auto"/>
              <w:jc w:val="center"/>
            </w:pPr>
            <w:r>
              <w:rPr>
                <w:sz w:val="15"/>
              </w:rPr>
              <w:t>1.2708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D8B7E6" w14:textId="77777777" w:rsidR="003B3005" w:rsidRDefault="00000000">
            <w:pPr>
              <w:spacing w:line="240" w:lineRule="auto"/>
              <w:jc w:val="center"/>
            </w:pPr>
            <w:r>
              <w:rPr>
                <w:sz w:val="15"/>
              </w:rPr>
              <w:t>1.0872 to 1.4545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13CBDE" w14:textId="77777777" w:rsidR="003B3005" w:rsidRDefault="00000000">
            <w:pPr>
              <w:spacing w:line="240" w:lineRule="auto"/>
              <w:jc w:val="center"/>
            </w:pPr>
            <w:r>
              <w:rPr>
                <w:sz w:val="15"/>
              </w:rPr>
              <w:t>0.0937</w:t>
            </w:r>
          </w:p>
        </w:tc>
      </w:tr>
      <w:tr w:rsidR="003B3005" w14:paraId="1985D2D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B4B3F1"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67F028" w14:textId="77777777" w:rsidR="003B3005" w:rsidRDefault="00000000">
            <w:pPr>
              <w:spacing w:line="240" w:lineRule="auto"/>
              <w:jc w:val="center"/>
            </w:pPr>
            <w:r>
              <w:rPr>
                <w:sz w:val="15"/>
              </w:rPr>
              <w:t>2015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74EC92" w14:textId="77777777" w:rsidR="003B3005" w:rsidRDefault="00000000">
            <w:pPr>
              <w:spacing w:line="240" w:lineRule="auto"/>
              <w:jc w:val="center"/>
            </w:pPr>
            <w:r>
              <w:rPr>
                <w:sz w:val="15"/>
              </w:rPr>
              <w:t>216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A48629" w14:textId="77777777" w:rsidR="003B3005" w:rsidRDefault="00000000">
            <w:pPr>
              <w:spacing w:line="240" w:lineRule="auto"/>
              <w:jc w:val="center"/>
            </w:pPr>
            <w:r>
              <w:rPr>
                <w:sz w:val="15"/>
              </w:rPr>
              <w:t>13199953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BBCD1B" w14:textId="77777777" w:rsidR="003B3005" w:rsidRDefault="00000000">
            <w:pPr>
              <w:spacing w:line="240" w:lineRule="auto"/>
              <w:jc w:val="center"/>
            </w:pPr>
            <w:r>
              <w:rPr>
                <w:sz w:val="15"/>
              </w:rPr>
              <w:t>1.3591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B8421A" w14:textId="77777777" w:rsidR="003B3005" w:rsidRDefault="00000000">
            <w:pPr>
              <w:spacing w:line="240" w:lineRule="auto"/>
              <w:jc w:val="center"/>
            </w:pPr>
            <w:r>
              <w:rPr>
                <w:sz w:val="15"/>
              </w:rPr>
              <w:t>1.1682 to 1.5501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CCA93F" w14:textId="77777777" w:rsidR="003B3005" w:rsidRDefault="00000000">
            <w:pPr>
              <w:spacing w:line="240" w:lineRule="auto"/>
              <w:jc w:val="center"/>
            </w:pPr>
            <w:r>
              <w:rPr>
                <w:sz w:val="15"/>
              </w:rPr>
              <w:t>0.0974</w:t>
            </w:r>
          </w:p>
        </w:tc>
      </w:tr>
      <w:tr w:rsidR="003B3005" w14:paraId="073E379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F76797"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4DD6A2" w14:textId="77777777" w:rsidR="003B3005" w:rsidRDefault="00000000">
            <w:pPr>
              <w:spacing w:line="240" w:lineRule="auto"/>
              <w:jc w:val="center"/>
            </w:pPr>
            <w:r>
              <w:rPr>
                <w:sz w:val="15"/>
              </w:rPr>
              <w:t>2016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2FE954" w14:textId="77777777" w:rsidR="003B3005" w:rsidRDefault="00000000">
            <w:pPr>
              <w:spacing w:line="240" w:lineRule="auto"/>
              <w:jc w:val="center"/>
            </w:pPr>
            <w:r>
              <w:rPr>
                <w:sz w:val="15"/>
              </w:rPr>
              <w:t>276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172B9C" w14:textId="77777777" w:rsidR="003B3005" w:rsidRDefault="00000000">
            <w:pPr>
              <w:spacing w:line="240" w:lineRule="auto"/>
              <w:jc w:val="center"/>
            </w:pPr>
            <w:r>
              <w:rPr>
                <w:sz w:val="15"/>
              </w:rPr>
              <w:t>13210666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F0CF51" w14:textId="77777777" w:rsidR="003B3005" w:rsidRDefault="00000000">
            <w:pPr>
              <w:spacing w:line="240" w:lineRule="auto"/>
              <w:jc w:val="center"/>
            </w:pPr>
            <w:r>
              <w:rPr>
                <w:sz w:val="15"/>
              </w:rPr>
              <w:t>1.7169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4E59DA" w14:textId="77777777" w:rsidR="003B3005" w:rsidRDefault="00000000">
            <w:pPr>
              <w:spacing w:line="240" w:lineRule="auto"/>
              <w:jc w:val="center"/>
            </w:pPr>
            <w:r>
              <w:rPr>
                <w:sz w:val="15"/>
              </w:rPr>
              <w:t>1.5004 to 1.9333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D9CA99" w14:textId="77777777" w:rsidR="003B3005" w:rsidRDefault="00000000">
            <w:pPr>
              <w:spacing w:line="240" w:lineRule="auto"/>
              <w:jc w:val="center"/>
            </w:pPr>
            <w:r>
              <w:rPr>
                <w:sz w:val="15"/>
              </w:rPr>
              <w:t>0.1104</w:t>
            </w:r>
          </w:p>
        </w:tc>
      </w:tr>
      <w:tr w:rsidR="003B3005" w14:paraId="547E030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E72D76"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C7FC01" w14:textId="77777777" w:rsidR="003B3005" w:rsidRDefault="00000000">
            <w:pPr>
              <w:spacing w:line="240" w:lineRule="auto"/>
              <w:jc w:val="center"/>
            </w:pPr>
            <w:r>
              <w:rPr>
                <w:sz w:val="15"/>
              </w:rPr>
              <w:t>2017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1BA109" w14:textId="77777777" w:rsidR="003B3005" w:rsidRDefault="00000000">
            <w:pPr>
              <w:spacing w:line="240" w:lineRule="auto"/>
              <w:jc w:val="center"/>
            </w:pPr>
            <w:r>
              <w:rPr>
                <w:sz w:val="15"/>
              </w:rPr>
              <w:t>232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FD949B" w14:textId="77777777" w:rsidR="003B3005" w:rsidRDefault="00000000">
            <w:pPr>
              <w:spacing w:line="240" w:lineRule="auto"/>
              <w:jc w:val="center"/>
            </w:pPr>
            <w:r>
              <w:rPr>
                <w:sz w:val="15"/>
              </w:rPr>
              <w:t>13233000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3B034F" w14:textId="77777777" w:rsidR="003B3005" w:rsidRDefault="00000000">
            <w:pPr>
              <w:spacing w:line="240" w:lineRule="auto"/>
              <w:jc w:val="center"/>
            </w:pPr>
            <w:r>
              <w:rPr>
                <w:sz w:val="15"/>
              </w:rPr>
              <w:t>1.4092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FAB10F" w14:textId="77777777" w:rsidR="003B3005" w:rsidRDefault="00000000">
            <w:pPr>
              <w:spacing w:line="240" w:lineRule="auto"/>
              <w:jc w:val="center"/>
            </w:pPr>
            <w:r>
              <w:rPr>
                <w:sz w:val="15"/>
              </w:rPr>
              <w:t>1.2157 to 1.6027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67719B" w14:textId="77777777" w:rsidR="003B3005" w:rsidRDefault="00000000">
            <w:pPr>
              <w:spacing w:line="240" w:lineRule="auto"/>
              <w:jc w:val="center"/>
            </w:pPr>
            <w:r>
              <w:rPr>
                <w:sz w:val="15"/>
              </w:rPr>
              <w:t>0.0987</w:t>
            </w:r>
          </w:p>
        </w:tc>
      </w:tr>
      <w:tr w:rsidR="003B3005" w14:paraId="1375CDA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46F478"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1D59AA" w14:textId="77777777" w:rsidR="003B3005" w:rsidRDefault="00000000">
            <w:pPr>
              <w:spacing w:line="240" w:lineRule="auto"/>
              <w:jc w:val="center"/>
            </w:pPr>
            <w:r>
              <w:rPr>
                <w:sz w:val="15"/>
              </w:rPr>
              <w:t>2018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059FD4" w14:textId="77777777" w:rsidR="003B3005" w:rsidRDefault="00000000">
            <w:pPr>
              <w:spacing w:line="240" w:lineRule="auto"/>
              <w:jc w:val="center"/>
            </w:pPr>
            <w:r>
              <w:rPr>
                <w:sz w:val="15"/>
              </w:rPr>
              <w:t>242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D181E3" w14:textId="77777777" w:rsidR="003B3005" w:rsidRDefault="00000000">
            <w:pPr>
              <w:spacing w:line="240" w:lineRule="auto"/>
              <w:jc w:val="center"/>
            </w:pPr>
            <w:r>
              <w:rPr>
                <w:sz w:val="15"/>
              </w:rPr>
              <w:t>13267755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70B8E8" w14:textId="77777777" w:rsidR="003B3005" w:rsidRDefault="00000000">
            <w:pPr>
              <w:spacing w:line="240" w:lineRule="auto"/>
              <w:jc w:val="center"/>
            </w:pPr>
            <w:r>
              <w:rPr>
                <w:sz w:val="15"/>
              </w:rPr>
              <w:t>1.5530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727526" w14:textId="77777777" w:rsidR="003B3005" w:rsidRDefault="00000000">
            <w:pPr>
              <w:spacing w:line="240" w:lineRule="auto"/>
              <w:jc w:val="center"/>
            </w:pPr>
            <w:r>
              <w:rPr>
                <w:sz w:val="15"/>
              </w:rPr>
              <w:t>1.3435 to 1.7626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04F69E" w14:textId="77777777" w:rsidR="003B3005" w:rsidRDefault="00000000">
            <w:pPr>
              <w:spacing w:line="240" w:lineRule="auto"/>
              <w:jc w:val="center"/>
            </w:pPr>
            <w:r>
              <w:rPr>
                <w:sz w:val="15"/>
              </w:rPr>
              <w:t>0.1069</w:t>
            </w:r>
          </w:p>
        </w:tc>
      </w:tr>
      <w:tr w:rsidR="003B3005" w14:paraId="596414E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5EAF93"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825E37" w14:textId="77777777" w:rsidR="003B3005" w:rsidRDefault="00000000">
            <w:pPr>
              <w:spacing w:line="240" w:lineRule="auto"/>
              <w:jc w:val="center"/>
            </w:pPr>
            <w:r>
              <w:rPr>
                <w:sz w:val="15"/>
              </w:rPr>
              <w:t>2019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652638" w14:textId="77777777" w:rsidR="003B3005" w:rsidRDefault="00000000">
            <w:pPr>
              <w:spacing w:line="240" w:lineRule="auto"/>
              <w:jc w:val="center"/>
            </w:pPr>
            <w:r>
              <w:rPr>
                <w:sz w:val="15"/>
              </w:rPr>
              <w:t>243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77FBB4" w14:textId="77777777" w:rsidR="003B3005" w:rsidRDefault="00000000">
            <w:pPr>
              <w:spacing w:line="240" w:lineRule="auto"/>
              <w:jc w:val="center"/>
            </w:pPr>
            <w:r>
              <w:rPr>
                <w:sz w:val="15"/>
              </w:rPr>
              <w:t>13278949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FFD533" w14:textId="77777777" w:rsidR="003B3005" w:rsidRDefault="00000000">
            <w:pPr>
              <w:spacing w:line="240" w:lineRule="auto"/>
              <w:jc w:val="center"/>
            </w:pPr>
            <w:r>
              <w:rPr>
                <w:sz w:val="15"/>
              </w:rPr>
              <w:t>1.4694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A2D0D5" w14:textId="77777777" w:rsidR="003B3005" w:rsidRDefault="00000000">
            <w:pPr>
              <w:spacing w:line="240" w:lineRule="auto"/>
              <w:jc w:val="center"/>
            </w:pPr>
            <w:r>
              <w:rPr>
                <w:sz w:val="15"/>
              </w:rPr>
              <w:t>1.2699 to 1.6688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3243E9" w14:textId="77777777" w:rsidR="003B3005" w:rsidRDefault="00000000">
            <w:pPr>
              <w:spacing w:line="240" w:lineRule="auto"/>
              <w:jc w:val="center"/>
            </w:pPr>
            <w:r>
              <w:rPr>
                <w:sz w:val="15"/>
              </w:rPr>
              <w:t>0.1017</w:t>
            </w:r>
          </w:p>
        </w:tc>
      </w:tr>
      <w:tr w:rsidR="003B3005" w14:paraId="1E64C97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824119" w14:textId="77777777" w:rsidR="003B3005" w:rsidRDefault="00000000">
            <w:pPr>
              <w:spacing w:line="240" w:lineRule="auto"/>
            </w:pPr>
            <w:r>
              <w:rPr>
                <w:sz w:val="15"/>
              </w:rPr>
              <w:t>NonCore (Nonmetro)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0846DA" w14:textId="77777777" w:rsidR="003B3005" w:rsidRDefault="00000000">
            <w:pPr>
              <w:spacing w:line="240" w:lineRule="auto"/>
              <w:jc w:val="center"/>
            </w:pPr>
            <w:r>
              <w:rPr>
                <w:sz w:val="15"/>
              </w:rPr>
              <w:t>2020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931341" w14:textId="77777777" w:rsidR="003B3005" w:rsidRDefault="00000000">
            <w:pPr>
              <w:spacing w:line="240" w:lineRule="auto"/>
              <w:jc w:val="center"/>
            </w:pPr>
            <w:r>
              <w:rPr>
                <w:sz w:val="15"/>
              </w:rPr>
              <w:t>464</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567A67" w14:textId="77777777" w:rsidR="003B3005" w:rsidRDefault="00000000">
            <w:pPr>
              <w:spacing w:line="240" w:lineRule="auto"/>
              <w:jc w:val="center"/>
            </w:pPr>
            <w:r>
              <w:rPr>
                <w:sz w:val="15"/>
              </w:rPr>
              <w:t>13277463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A2C0CB" w14:textId="77777777" w:rsidR="003B3005" w:rsidRDefault="00000000">
            <w:pPr>
              <w:spacing w:line="240" w:lineRule="auto"/>
              <w:jc w:val="center"/>
            </w:pPr>
            <w:r>
              <w:rPr>
                <w:sz w:val="15"/>
              </w:rPr>
              <w:t>2.8451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CB23DA" w14:textId="77777777" w:rsidR="003B3005" w:rsidRDefault="00000000">
            <w:pPr>
              <w:spacing w:line="240" w:lineRule="auto"/>
              <w:jc w:val="center"/>
            </w:pPr>
            <w:r>
              <w:rPr>
                <w:sz w:val="15"/>
              </w:rPr>
              <w:t>2.5673 to 3.1230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2B68EA" w14:textId="77777777" w:rsidR="003B3005" w:rsidRDefault="00000000">
            <w:pPr>
              <w:spacing w:line="240" w:lineRule="auto"/>
              <w:jc w:val="center"/>
            </w:pPr>
            <w:r>
              <w:rPr>
                <w:sz w:val="15"/>
              </w:rPr>
              <w:t>0.1418</w:t>
            </w:r>
          </w:p>
        </w:tc>
      </w:tr>
      <w:tr w:rsidR="003B3005" w14:paraId="344E6DD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921973"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E7193B" w14:textId="77777777" w:rsidR="003B3005" w:rsidRDefault="00000000">
            <w:pPr>
              <w:spacing w:line="240" w:lineRule="auto"/>
              <w:jc w:val="center"/>
            </w:pPr>
            <w:r>
              <w:rPr>
                <w:sz w:val="15"/>
              </w:rPr>
              <w:t>1999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BFDF14" w14:textId="77777777" w:rsidR="003B3005" w:rsidRDefault="00000000">
            <w:pPr>
              <w:spacing w:line="240" w:lineRule="auto"/>
              <w:jc w:val="center"/>
            </w:pPr>
            <w:r>
              <w:rPr>
                <w:sz w:val="15"/>
              </w:rPr>
              <w:t>68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DDB24B" w14:textId="77777777" w:rsidR="003B3005" w:rsidRDefault="00000000">
            <w:pPr>
              <w:spacing w:line="240" w:lineRule="auto"/>
              <w:jc w:val="center"/>
            </w:pPr>
            <w:r>
              <w:rPr>
                <w:sz w:val="15"/>
              </w:rPr>
              <w:t>16421812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0DD1A6" w14:textId="77777777" w:rsidR="003B3005" w:rsidRDefault="00000000">
            <w:pPr>
              <w:spacing w:line="240" w:lineRule="auto"/>
              <w:jc w:val="center"/>
            </w:pPr>
            <w:r>
              <w:rPr>
                <w:sz w:val="15"/>
              </w:rPr>
              <w:t>0.4015</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307E14" w14:textId="77777777" w:rsidR="003B3005" w:rsidRDefault="00000000">
            <w:pPr>
              <w:spacing w:line="240" w:lineRule="auto"/>
              <w:jc w:val="center"/>
            </w:pPr>
            <w:r>
              <w:rPr>
                <w:sz w:val="15"/>
              </w:rPr>
              <w:t>0.3118 to 0.5091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61CEFC" w14:textId="77777777" w:rsidR="003B3005" w:rsidRDefault="00000000">
            <w:pPr>
              <w:spacing w:line="240" w:lineRule="auto"/>
              <w:jc w:val="center"/>
            </w:pPr>
            <w:r>
              <w:rPr>
                <w:sz w:val="15"/>
              </w:rPr>
              <w:t>0.0488</w:t>
            </w:r>
          </w:p>
        </w:tc>
      </w:tr>
      <w:tr w:rsidR="003B3005" w14:paraId="1799C0D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D8B835"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1FA0B1" w14:textId="77777777" w:rsidR="003B3005" w:rsidRDefault="00000000">
            <w:pPr>
              <w:spacing w:line="240" w:lineRule="auto"/>
              <w:jc w:val="center"/>
            </w:pPr>
            <w:r>
              <w:rPr>
                <w:sz w:val="15"/>
              </w:rPr>
              <w:t>2000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64A587" w14:textId="77777777" w:rsidR="003B3005" w:rsidRDefault="00000000">
            <w:pPr>
              <w:spacing w:line="240" w:lineRule="auto"/>
              <w:jc w:val="center"/>
            </w:pPr>
            <w:r>
              <w:rPr>
                <w:sz w:val="15"/>
              </w:rPr>
              <w:t>76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2F1637" w14:textId="77777777" w:rsidR="003B3005" w:rsidRDefault="00000000">
            <w:pPr>
              <w:spacing w:line="240" w:lineRule="auto"/>
              <w:jc w:val="center"/>
            </w:pPr>
            <w:r>
              <w:rPr>
                <w:sz w:val="15"/>
              </w:rPr>
              <w:t>16538470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7424A9" w14:textId="77777777" w:rsidR="003B3005" w:rsidRDefault="00000000">
            <w:pPr>
              <w:spacing w:line="240" w:lineRule="auto"/>
              <w:jc w:val="center"/>
            </w:pPr>
            <w:r>
              <w:rPr>
                <w:sz w:val="15"/>
              </w:rPr>
              <w:t>0.4368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AF115B" w14:textId="77777777" w:rsidR="003B3005" w:rsidRDefault="00000000">
            <w:pPr>
              <w:spacing w:line="240" w:lineRule="auto"/>
              <w:jc w:val="center"/>
            </w:pPr>
            <w:r>
              <w:rPr>
                <w:sz w:val="15"/>
              </w:rPr>
              <w:t>0.3436 to 0.5475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399F1C" w14:textId="77777777" w:rsidR="003B3005" w:rsidRDefault="00000000">
            <w:pPr>
              <w:spacing w:line="240" w:lineRule="auto"/>
              <w:jc w:val="center"/>
            </w:pPr>
            <w:r>
              <w:rPr>
                <w:sz w:val="15"/>
              </w:rPr>
              <w:t>0.0504</w:t>
            </w:r>
          </w:p>
        </w:tc>
      </w:tr>
      <w:tr w:rsidR="003B3005" w14:paraId="1FFD20C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883035"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AE1FE6" w14:textId="77777777" w:rsidR="003B3005" w:rsidRDefault="00000000">
            <w:pPr>
              <w:spacing w:line="240" w:lineRule="auto"/>
              <w:jc w:val="center"/>
            </w:pPr>
            <w:r>
              <w:rPr>
                <w:sz w:val="15"/>
              </w:rPr>
              <w:t>2001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0A6856" w14:textId="77777777" w:rsidR="003B3005" w:rsidRDefault="00000000">
            <w:pPr>
              <w:spacing w:line="240" w:lineRule="auto"/>
              <w:jc w:val="center"/>
            </w:pPr>
            <w:r>
              <w:rPr>
                <w:sz w:val="15"/>
              </w:rPr>
              <w:t>85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518FE9" w14:textId="77777777" w:rsidR="003B3005" w:rsidRDefault="00000000">
            <w:pPr>
              <w:spacing w:line="240" w:lineRule="auto"/>
              <w:jc w:val="center"/>
            </w:pPr>
            <w:r>
              <w:rPr>
                <w:sz w:val="15"/>
              </w:rPr>
              <w:t>16676063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0AA5A7" w14:textId="77777777" w:rsidR="003B3005" w:rsidRDefault="00000000">
            <w:pPr>
              <w:spacing w:line="240" w:lineRule="auto"/>
              <w:jc w:val="center"/>
            </w:pPr>
            <w:r>
              <w:rPr>
                <w:sz w:val="15"/>
              </w:rPr>
              <w:t>0.4782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81C080" w14:textId="77777777" w:rsidR="003B3005" w:rsidRDefault="00000000">
            <w:pPr>
              <w:spacing w:line="240" w:lineRule="auto"/>
              <w:jc w:val="center"/>
            </w:pPr>
            <w:r>
              <w:rPr>
                <w:sz w:val="15"/>
              </w:rPr>
              <w:t>0.3819 to 0.5913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C2B741" w14:textId="77777777" w:rsidR="003B3005" w:rsidRDefault="00000000">
            <w:pPr>
              <w:spacing w:line="240" w:lineRule="auto"/>
              <w:jc w:val="center"/>
            </w:pPr>
            <w:r>
              <w:rPr>
                <w:sz w:val="15"/>
              </w:rPr>
              <w:t>0.0519</w:t>
            </w:r>
          </w:p>
        </w:tc>
      </w:tr>
      <w:tr w:rsidR="003B3005" w14:paraId="25AF1CA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DEC51C"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3CAF12" w14:textId="77777777" w:rsidR="003B3005" w:rsidRDefault="00000000">
            <w:pPr>
              <w:spacing w:line="240" w:lineRule="auto"/>
              <w:jc w:val="center"/>
            </w:pPr>
            <w:r>
              <w:rPr>
                <w:sz w:val="15"/>
              </w:rPr>
              <w:t>2002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150E98" w14:textId="77777777" w:rsidR="003B3005" w:rsidRDefault="00000000">
            <w:pPr>
              <w:spacing w:line="240" w:lineRule="auto"/>
              <w:jc w:val="center"/>
            </w:pPr>
            <w:r>
              <w:rPr>
                <w:sz w:val="15"/>
              </w:rPr>
              <w:t>105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DDBAE0" w14:textId="77777777" w:rsidR="003B3005" w:rsidRDefault="00000000">
            <w:pPr>
              <w:spacing w:line="240" w:lineRule="auto"/>
              <w:jc w:val="center"/>
            </w:pPr>
            <w:r>
              <w:rPr>
                <w:sz w:val="15"/>
              </w:rPr>
              <w:t>16835234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572586" w14:textId="77777777" w:rsidR="003B3005" w:rsidRDefault="00000000">
            <w:pPr>
              <w:spacing w:line="240" w:lineRule="auto"/>
              <w:jc w:val="center"/>
            </w:pPr>
            <w:r>
              <w:rPr>
                <w:sz w:val="15"/>
              </w:rPr>
              <w:t>0.5819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477326" w14:textId="77777777" w:rsidR="003B3005" w:rsidRDefault="00000000">
            <w:pPr>
              <w:spacing w:line="240" w:lineRule="auto"/>
              <w:jc w:val="center"/>
            </w:pPr>
            <w:r>
              <w:rPr>
                <w:sz w:val="15"/>
              </w:rPr>
              <w:t>0.4703 to 0.6935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19611A" w14:textId="77777777" w:rsidR="003B3005" w:rsidRDefault="00000000">
            <w:pPr>
              <w:spacing w:line="240" w:lineRule="auto"/>
              <w:jc w:val="center"/>
            </w:pPr>
            <w:r>
              <w:rPr>
                <w:sz w:val="15"/>
              </w:rPr>
              <w:t>0.0569</w:t>
            </w:r>
          </w:p>
        </w:tc>
      </w:tr>
      <w:tr w:rsidR="003B3005" w14:paraId="70D19B4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EB1653"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C437F5" w14:textId="77777777" w:rsidR="003B3005" w:rsidRDefault="00000000">
            <w:pPr>
              <w:spacing w:line="240" w:lineRule="auto"/>
              <w:jc w:val="center"/>
            </w:pPr>
            <w:r>
              <w:rPr>
                <w:sz w:val="15"/>
              </w:rPr>
              <w:t>2003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A3889F" w14:textId="77777777" w:rsidR="003B3005" w:rsidRDefault="00000000">
            <w:pPr>
              <w:spacing w:line="240" w:lineRule="auto"/>
              <w:jc w:val="center"/>
            </w:pPr>
            <w:r>
              <w:rPr>
                <w:sz w:val="15"/>
              </w:rPr>
              <w:t>131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BD14B5" w14:textId="77777777" w:rsidR="003B3005" w:rsidRDefault="00000000">
            <w:pPr>
              <w:spacing w:line="240" w:lineRule="auto"/>
              <w:jc w:val="center"/>
            </w:pPr>
            <w:r>
              <w:rPr>
                <w:sz w:val="15"/>
              </w:rPr>
              <w:t>17008478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D0082B" w14:textId="77777777" w:rsidR="003B3005" w:rsidRDefault="00000000">
            <w:pPr>
              <w:spacing w:line="240" w:lineRule="auto"/>
              <w:jc w:val="center"/>
            </w:pPr>
            <w:r>
              <w:rPr>
                <w:sz w:val="15"/>
              </w:rPr>
              <w:t>0.7314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D63E19" w14:textId="77777777" w:rsidR="003B3005" w:rsidRDefault="00000000">
            <w:pPr>
              <w:spacing w:line="240" w:lineRule="auto"/>
              <w:jc w:val="center"/>
            </w:pPr>
            <w:r>
              <w:rPr>
                <w:sz w:val="15"/>
              </w:rPr>
              <w:t>0.6055 to 0.8573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1940A3" w14:textId="77777777" w:rsidR="003B3005" w:rsidRDefault="00000000">
            <w:pPr>
              <w:spacing w:line="240" w:lineRule="auto"/>
              <w:jc w:val="center"/>
            </w:pPr>
            <w:r>
              <w:rPr>
                <w:sz w:val="15"/>
              </w:rPr>
              <w:t>0.0642</w:t>
            </w:r>
          </w:p>
        </w:tc>
      </w:tr>
      <w:tr w:rsidR="003B3005" w14:paraId="49C42E9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3F12EA"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C57B4A" w14:textId="77777777" w:rsidR="003B3005" w:rsidRDefault="00000000">
            <w:pPr>
              <w:spacing w:line="240" w:lineRule="auto"/>
              <w:jc w:val="center"/>
            </w:pPr>
            <w:r>
              <w:rPr>
                <w:sz w:val="15"/>
              </w:rPr>
              <w:t>2004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17AF62" w14:textId="77777777" w:rsidR="003B3005" w:rsidRDefault="00000000">
            <w:pPr>
              <w:spacing w:line="240" w:lineRule="auto"/>
              <w:jc w:val="center"/>
            </w:pPr>
            <w:r>
              <w:rPr>
                <w:sz w:val="15"/>
              </w:rPr>
              <w:t>118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B012DA" w14:textId="77777777" w:rsidR="003B3005" w:rsidRDefault="00000000">
            <w:pPr>
              <w:spacing w:line="240" w:lineRule="auto"/>
              <w:jc w:val="center"/>
            </w:pPr>
            <w:r>
              <w:rPr>
                <w:sz w:val="15"/>
              </w:rPr>
              <w:t>17237488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CFFD46" w14:textId="77777777" w:rsidR="003B3005" w:rsidRDefault="00000000">
            <w:pPr>
              <w:spacing w:line="240" w:lineRule="auto"/>
              <w:jc w:val="center"/>
            </w:pPr>
            <w:r>
              <w:rPr>
                <w:sz w:val="15"/>
              </w:rPr>
              <w:t>0.6334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345C97" w14:textId="77777777" w:rsidR="003B3005" w:rsidRDefault="00000000">
            <w:pPr>
              <w:spacing w:line="240" w:lineRule="auto"/>
              <w:jc w:val="center"/>
            </w:pPr>
            <w:r>
              <w:rPr>
                <w:sz w:val="15"/>
              </w:rPr>
              <w:t>0.5180 to 0.7487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D0F7ED" w14:textId="77777777" w:rsidR="003B3005" w:rsidRDefault="00000000">
            <w:pPr>
              <w:spacing w:line="240" w:lineRule="auto"/>
              <w:jc w:val="center"/>
            </w:pPr>
            <w:r>
              <w:rPr>
                <w:sz w:val="15"/>
              </w:rPr>
              <w:t>0.0588</w:t>
            </w:r>
          </w:p>
        </w:tc>
      </w:tr>
      <w:tr w:rsidR="003B3005" w14:paraId="6BCDA83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3C3B7D"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C2DBB6" w14:textId="77777777" w:rsidR="003B3005" w:rsidRDefault="00000000">
            <w:pPr>
              <w:spacing w:line="240" w:lineRule="auto"/>
              <w:jc w:val="center"/>
            </w:pPr>
            <w:r>
              <w:rPr>
                <w:sz w:val="15"/>
              </w:rPr>
              <w:t>2005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73C2E4" w14:textId="77777777" w:rsidR="003B3005" w:rsidRDefault="00000000">
            <w:pPr>
              <w:spacing w:line="240" w:lineRule="auto"/>
              <w:jc w:val="center"/>
            </w:pPr>
            <w:r>
              <w:rPr>
                <w:sz w:val="15"/>
              </w:rPr>
              <w:t>143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085C46" w14:textId="77777777" w:rsidR="003B3005" w:rsidRDefault="00000000">
            <w:pPr>
              <w:spacing w:line="240" w:lineRule="auto"/>
              <w:jc w:val="center"/>
            </w:pPr>
            <w:r>
              <w:rPr>
                <w:sz w:val="15"/>
              </w:rPr>
              <w:t>17487688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C8D328" w14:textId="77777777" w:rsidR="003B3005" w:rsidRDefault="00000000">
            <w:pPr>
              <w:spacing w:line="240" w:lineRule="auto"/>
              <w:jc w:val="center"/>
            </w:pPr>
            <w:r>
              <w:rPr>
                <w:sz w:val="15"/>
              </w:rPr>
              <w:t>0.7629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596FC9" w14:textId="77777777" w:rsidR="003B3005" w:rsidRDefault="00000000">
            <w:pPr>
              <w:spacing w:line="240" w:lineRule="auto"/>
              <w:jc w:val="center"/>
            </w:pPr>
            <w:r>
              <w:rPr>
                <w:sz w:val="15"/>
              </w:rPr>
              <w:t>0.6368 to 0.8891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224C16" w14:textId="77777777" w:rsidR="003B3005" w:rsidRDefault="00000000">
            <w:pPr>
              <w:spacing w:line="240" w:lineRule="auto"/>
              <w:jc w:val="center"/>
            </w:pPr>
            <w:r>
              <w:rPr>
                <w:sz w:val="15"/>
              </w:rPr>
              <w:t>0.0644</w:t>
            </w:r>
          </w:p>
        </w:tc>
      </w:tr>
      <w:tr w:rsidR="003B3005" w14:paraId="77EF648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BAC648"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558781" w14:textId="77777777" w:rsidR="003B3005" w:rsidRDefault="00000000">
            <w:pPr>
              <w:spacing w:line="240" w:lineRule="auto"/>
              <w:jc w:val="center"/>
            </w:pPr>
            <w:r>
              <w:rPr>
                <w:sz w:val="15"/>
              </w:rPr>
              <w:t>2006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3C476B" w14:textId="77777777" w:rsidR="003B3005" w:rsidRDefault="00000000">
            <w:pPr>
              <w:spacing w:line="240" w:lineRule="auto"/>
              <w:jc w:val="center"/>
            </w:pPr>
            <w:r>
              <w:rPr>
                <w:sz w:val="15"/>
              </w:rPr>
              <w:t>166</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8C8866" w14:textId="77777777" w:rsidR="003B3005" w:rsidRDefault="00000000">
            <w:pPr>
              <w:spacing w:line="240" w:lineRule="auto"/>
              <w:jc w:val="center"/>
            </w:pPr>
            <w:r>
              <w:rPr>
                <w:sz w:val="15"/>
              </w:rPr>
              <w:t>17791956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597131" w14:textId="77777777" w:rsidR="003B3005" w:rsidRDefault="00000000">
            <w:pPr>
              <w:spacing w:line="240" w:lineRule="auto"/>
              <w:jc w:val="center"/>
            </w:pPr>
            <w:r>
              <w:rPr>
                <w:sz w:val="15"/>
              </w:rPr>
              <w:t>0.8644</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585138" w14:textId="77777777" w:rsidR="003B3005" w:rsidRDefault="00000000">
            <w:pPr>
              <w:spacing w:line="240" w:lineRule="auto"/>
              <w:jc w:val="center"/>
            </w:pPr>
            <w:r>
              <w:rPr>
                <w:sz w:val="15"/>
              </w:rPr>
              <w:t>0.7313 to 0.9974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30CB2D" w14:textId="77777777" w:rsidR="003B3005" w:rsidRDefault="00000000">
            <w:pPr>
              <w:spacing w:line="240" w:lineRule="auto"/>
              <w:jc w:val="center"/>
            </w:pPr>
            <w:r>
              <w:rPr>
                <w:sz w:val="15"/>
              </w:rPr>
              <w:t>0.0679</w:t>
            </w:r>
          </w:p>
        </w:tc>
      </w:tr>
      <w:tr w:rsidR="003B3005" w14:paraId="26D99EE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F0472A"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E6F20B" w14:textId="77777777" w:rsidR="003B3005" w:rsidRDefault="00000000">
            <w:pPr>
              <w:spacing w:line="240" w:lineRule="auto"/>
              <w:jc w:val="center"/>
            </w:pPr>
            <w:r>
              <w:rPr>
                <w:sz w:val="15"/>
              </w:rPr>
              <w:t>2007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E07D63" w14:textId="77777777" w:rsidR="003B3005" w:rsidRDefault="00000000">
            <w:pPr>
              <w:spacing w:line="240" w:lineRule="auto"/>
              <w:jc w:val="center"/>
            </w:pPr>
            <w:r>
              <w:rPr>
                <w:sz w:val="15"/>
              </w:rPr>
              <w:t>161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3746A9" w14:textId="77777777" w:rsidR="003B3005" w:rsidRDefault="00000000">
            <w:pPr>
              <w:spacing w:line="240" w:lineRule="auto"/>
              <w:jc w:val="center"/>
            </w:pPr>
            <w:r>
              <w:rPr>
                <w:sz w:val="15"/>
              </w:rPr>
              <w:t>18042530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9E996F" w14:textId="77777777" w:rsidR="003B3005" w:rsidRDefault="00000000">
            <w:pPr>
              <w:spacing w:line="240" w:lineRule="auto"/>
              <w:jc w:val="center"/>
            </w:pPr>
            <w:r>
              <w:rPr>
                <w:sz w:val="15"/>
              </w:rPr>
              <w:t>0.7921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712193" w14:textId="77777777" w:rsidR="003B3005" w:rsidRDefault="00000000">
            <w:pPr>
              <w:spacing w:line="240" w:lineRule="auto"/>
              <w:jc w:val="center"/>
            </w:pPr>
            <w:r>
              <w:rPr>
                <w:sz w:val="15"/>
              </w:rPr>
              <w:t>0.6686 to 0.9157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21CD9C" w14:textId="77777777" w:rsidR="003B3005" w:rsidRDefault="00000000">
            <w:pPr>
              <w:spacing w:line="240" w:lineRule="auto"/>
              <w:jc w:val="center"/>
            </w:pPr>
            <w:r>
              <w:rPr>
                <w:sz w:val="15"/>
              </w:rPr>
              <w:t>0.0630</w:t>
            </w:r>
          </w:p>
        </w:tc>
      </w:tr>
      <w:tr w:rsidR="003B3005" w14:paraId="262B576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B1FDD5"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6375CD" w14:textId="77777777" w:rsidR="003B3005" w:rsidRDefault="00000000">
            <w:pPr>
              <w:spacing w:line="240" w:lineRule="auto"/>
              <w:jc w:val="center"/>
            </w:pPr>
            <w:r>
              <w:rPr>
                <w:sz w:val="15"/>
              </w:rPr>
              <w:t>2008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AAED66" w14:textId="77777777" w:rsidR="003B3005" w:rsidRDefault="00000000">
            <w:pPr>
              <w:spacing w:line="240" w:lineRule="auto"/>
              <w:jc w:val="center"/>
            </w:pPr>
            <w:r>
              <w:rPr>
                <w:sz w:val="15"/>
              </w:rPr>
              <w:t>162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62372C" w14:textId="77777777" w:rsidR="003B3005" w:rsidRDefault="00000000">
            <w:pPr>
              <w:spacing w:line="240" w:lineRule="auto"/>
              <w:jc w:val="center"/>
            </w:pPr>
            <w:r>
              <w:rPr>
                <w:sz w:val="15"/>
              </w:rPr>
              <w:t>18274876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EB7A03" w14:textId="77777777" w:rsidR="003B3005" w:rsidRDefault="00000000">
            <w:pPr>
              <w:spacing w:line="240" w:lineRule="auto"/>
              <w:jc w:val="center"/>
            </w:pPr>
            <w:r>
              <w:rPr>
                <w:sz w:val="15"/>
              </w:rPr>
              <w:t>0.8106</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B49590" w14:textId="77777777" w:rsidR="003B3005" w:rsidRDefault="00000000">
            <w:pPr>
              <w:spacing w:line="240" w:lineRule="auto"/>
              <w:jc w:val="center"/>
            </w:pPr>
            <w:r>
              <w:rPr>
                <w:sz w:val="15"/>
              </w:rPr>
              <w:t>0.6837 to 0.9375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DA924C" w14:textId="77777777" w:rsidR="003B3005" w:rsidRDefault="00000000">
            <w:pPr>
              <w:spacing w:line="240" w:lineRule="auto"/>
              <w:jc w:val="center"/>
            </w:pPr>
            <w:r>
              <w:rPr>
                <w:sz w:val="15"/>
              </w:rPr>
              <w:t>0.0647</w:t>
            </w:r>
          </w:p>
        </w:tc>
      </w:tr>
      <w:tr w:rsidR="003B3005" w14:paraId="7CD1EEA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C51CE7"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F2A7E2" w14:textId="77777777" w:rsidR="003B3005" w:rsidRDefault="00000000">
            <w:pPr>
              <w:spacing w:line="240" w:lineRule="auto"/>
              <w:jc w:val="center"/>
            </w:pPr>
            <w:r>
              <w:rPr>
                <w:sz w:val="15"/>
              </w:rPr>
              <w:t>2009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1F3408" w14:textId="77777777" w:rsidR="003B3005" w:rsidRDefault="00000000">
            <w:pPr>
              <w:spacing w:line="240" w:lineRule="auto"/>
              <w:jc w:val="center"/>
            </w:pPr>
            <w:r>
              <w:rPr>
                <w:sz w:val="15"/>
              </w:rPr>
              <w:t>179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1C1A2F" w14:textId="77777777" w:rsidR="003B3005" w:rsidRDefault="00000000">
            <w:pPr>
              <w:spacing w:line="240" w:lineRule="auto"/>
              <w:jc w:val="center"/>
            </w:pPr>
            <w:r>
              <w:rPr>
                <w:sz w:val="15"/>
              </w:rPr>
              <w:t>18482941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25398A" w14:textId="77777777" w:rsidR="003B3005" w:rsidRDefault="00000000">
            <w:pPr>
              <w:spacing w:line="240" w:lineRule="auto"/>
              <w:jc w:val="center"/>
            </w:pPr>
            <w:r>
              <w:rPr>
                <w:sz w:val="15"/>
              </w:rPr>
              <w:t>0.9122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1D5360" w14:textId="77777777" w:rsidR="003B3005" w:rsidRDefault="00000000">
            <w:pPr>
              <w:spacing w:line="240" w:lineRule="auto"/>
              <w:jc w:val="center"/>
            </w:pPr>
            <w:r>
              <w:rPr>
                <w:sz w:val="15"/>
              </w:rPr>
              <w:t>0.7754 to 1.0490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146775" w14:textId="77777777" w:rsidR="003B3005" w:rsidRDefault="00000000">
            <w:pPr>
              <w:spacing w:line="240" w:lineRule="auto"/>
              <w:jc w:val="center"/>
            </w:pPr>
            <w:r>
              <w:rPr>
                <w:sz w:val="15"/>
              </w:rPr>
              <w:t>0.0698</w:t>
            </w:r>
          </w:p>
        </w:tc>
      </w:tr>
      <w:tr w:rsidR="003B3005" w14:paraId="53675CF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BEA118"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36D063" w14:textId="77777777" w:rsidR="003B3005" w:rsidRDefault="00000000">
            <w:pPr>
              <w:spacing w:line="240" w:lineRule="auto"/>
              <w:jc w:val="center"/>
            </w:pPr>
            <w:r>
              <w:rPr>
                <w:sz w:val="15"/>
              </w:rPr>
              <w:t>2010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E5486C" w14:textId="77777777" w:rsidR="003B3005" w:rsidRDefault="00000000">
            <w:pPr>
              <w:spacing w:line="240" w:lineRule="auto"/>
              <w:jc w:val="center"/>
            </w:pPr>
            <w:r>
              <w:rPr>
                <w:sz w:val="15"/>
              </w:rPr>
              <w:t>185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1824A2" w14:textId="77777777" w:rsidR="003B3005" w:rsidRDefault="00000000">
            <w:pPr>
              <w:spacing w:line="240" w:lineRule="auto"/>
              <w:jc w:val="center"/>
            </w:pPr>
            <w:r>
              <w:rPr>
                <w:sz w:val="15"/>
              </w:rPr>
              <w:t>18641813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424D0B" w14:textId="77777777" w:rsidR="003B3005" w:rsidRDefault="00000000">
            <w:pPr>
              <w:spacing w:line="240" w:lineRule="auto"/>
              <w:jc w:val="center"/>
            </w:pPr>
            <w:r>
              <w:rPr>
                <w:sz w:val="15"/>
              </w:rPr>
              <w:t>0.9112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9271F2" w14:textId="77777777" w:rsidR="003B3005" w:rsidRDefault="00000000">
            <w:pPr>
              <w:spacing w:line="240" w:lineRule="auto"/>
              <w:jc w:val="center"/>
            </w:pPr>
            <w:r>
              <w:rPr>
                <w:sz w:val="15"/>
              </w:rPr>
              <w:t>0.7766 to 1.0458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2A0750" w14:textId="77777777" w:rsidR="003B3005" w:rsidRDefault="00000000">
            <w:pPr>
              <w:spacing w:line="240" w:lineRule="auto"/>
              <w:jc w:val="center"/>
            </w:pPr>
            <w:r>
              <w:rPr>
                <w:sz w:val="15"/>
              </w:rPr>
              <w:t>0.0687</w:t>
            </w:r>
          </w:p>
        </w:tc>
      </w:tr>
      <w:tr w:rsidR="003B3005" w14:paraId="5706000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65F520"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79A976" w14:textId="77777777" w:rsidR="003B3005" w:rsidRDefault="00000000">
            <w:pPr>
              <w:spacing w:line="240" w:lineRule="auto"/>
              <w:jc w:val="center"/>
            </w:pPr>
            <w:r>
              <w:rPr>
                <w:sz w:val="15"/>
              </w:rPr>
              <w:t>2011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66EFBA" w14:textId="77777777" w:rsidR="003B3005" w:rsidRDefault="00000000">
            <w:pPr>
              <w:spacing w:line="240" w:lineRule="auto"/>
              <w:jc w:val="center"/>
            </w:pPr>
            <w:r>
              <w:rPr>
                <w:sz w:val="15"/>
              </w:rPr>
              <w:t>239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07A6EE" w14:textId="77777777" w:rsidR="003B3005" w:rsidRDefault="00000000">
            <w:pPr>
              <w:spacing w:line="240" w:lineRule="auto"/>
              <w:jc w:val="center"/>
            </w:pPr>
            <w:r>
              <w:rPr>
                <w:sz w:val="15"/>
              </w:rPr>
              <w:t>18804508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9BFC0A" w14:textId="77777777" w:rsidR="003B3005" w:rsidRDefault="00000000">
            <w:pPr>
              <w:spacing w:line="240" w:lineRule="auto"/>
              <w:jc w:val="center"/>
            </w:pPr>
            <w:r>
              <w:rPr>
                <w:sz w:val="15"/>
              </w:rPr>
              <w:t>1.1397</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20BD9D" w14:textId="77777777" w:rsidR="003B3005" w:rsidRDefault="00000000">
            <w:pPr>
              <w:spacing w:line="240" w:lineRule="auto"/>
              <w:jc w:val="center"/>
            </w:pPr>
            <w:r>
              <w:rPr>
                <w:sz w:val="15"/>
              </w:rPr>
              <w:t>0.9913 to 1.2882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16E96E" w14:textId="77777777" w:rsidR="003B3005" w:rsidRDefault="00000000">
            <w:pPr>
              <w:spacing w:line="240" w:lineRule="auto"/>
              <w:jc w:val="center"/>
            </w:pPr>
            <w:r>
              <w:rPr>
                <w:sz w:val="15"/>
              </w:rPr>
              <w:t>0.0757</w:t>
            </w:r>
          </w:p>
        </w:tc>
      </w:tr>
      <w:tr w:rsidR="003B3005" w14:paraId="65629D6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3C9318"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E3C52D" w14:textId="77777777" w:rsidR="003B3005" w:rsidRDefault="00000000">
            <w:pPr>
              <w:spacing w:line="240" w:lineRule="auto"/>
              <w:jc w:val="center"/>
            </w:pPr>
            <w:r>
              <w:rPr>
                <w:sz w:val="15"/>
              </w:rPr>
              <w:t>2012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1037CC" w14:textId="77777777" w:rsidR="003B3005" w:rsidRDefault="00000000">
            <w:pPr>
              <w:spacing w:line="240" w:lineRule="auto"/>
              <w:jc w:val="center"/>
            </w:pPr>
            <w:r>
              <w:rPr>
                <w:sz w:val="15"/>
              </w:rPr>
              <w:t>211</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396EE4" w14:textId="77777777" w:rsidR="003B3005" w:rsidRDefault="00000000">
            <w:pPr>
              <w:spacing w:line="240" w:lineRule="auto"/>
              <w:jc w:val="center"/>
            </w:pPr>
            <w:r>
              <w:rPr>
                <w:sz w:val="15"/>
              </w:rPr>
              <w:t>18963106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5FFC51" w14:textId="77777777" w:rsidR="003B3005" w:rsidRDefault="00000000">
            <w:pPr>
              <w:spacing w:line="240" w:lineRule="auto"/>
              <w:jc w:val="center"/>
            </w:pPr>
            <w:r>
              <w:rPr>
                <w:sz w:val="15"/>
              </w:rPr>
              <w:t>0.9782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5F80F2" w14:textId="77777777" w:rsidR="003B3005" w:rsidRDefault="00000000">
            <w:pPr>
              <w:spacing w:line="240" w:lineRule="auto"/>
              <w:jc w:val="center"/>
            </w:pPr>
            <w:r>
              <w:rPr>
                <w:sz w:val="15"/>
              </w:rPr>
              <w:t>0.8429 to 1.1135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E2B5BC" w14:textId="77777777" w:rsidR="003B3005" w:rsidRDefault="00000000">
            <w:pPr>
              <w:spacing w:line="240" w:lineRule="auto"/>
              <w:jc w:val="center"/>
            </w:pPr>
            <w:r>
              <w:rPr>
                <w:sz w:val="15"/>
              </w:rPr>
              <w:t>0.0690</w:t>
            </w:r>
          </w:p>
        </w:tc>
      </w:tr>
      <w:tr w:rsidR="003B3005" w14:paraId="6D83D5C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3D436D"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505942" w14:textId="77777777" w:rsidR="003B3005" w:rsidRDefault="00000000">
            <w:pPr>
              <w:spacing w:line="240" w:lineRule="auto"/>
              <w:jc w:val="center"/>
            </w:pPr>
            <w:r>
              <w:rPr>
                <w:sz w:val="15"/>
              </w:rPr>
              <w:t>2013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7CF659" w14:textId="77777777" w:rsidR="003B3005" w:rsidRDefault="00000000">
            <w:pPr>
              <w:spacing w:line="240" w:lineRule="auto"/>
              <w:jc w:val="center"/>
            </w:pPr>
            <w:r>
              <w:rPr>
                <w:sz w:val="15"/>
              </w:rPr>
              <w:t>218</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035EBD" w14:textId="77777777" w:rsidR="003B3005" w:rsidRDefault="00000000">
            <w:pPr>
              <w:spacing w:line="240" w:lineRule="auto"/>
              <w:jc w:val="center"/>
            </w:pPr>
            <w:r>
              <w:rPr>
                <w:sz w:val="15"/>
              </w:rPr>
              <w:t>19106131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567184" w14:textId="77777777" w:rsidR="003B3005" w:rsidRDefault="00000000">
            <w:pPr>
              <w:spacing w:line="240" w:lineRule="auto"/>
              <w:jc w:val="center"/>
            </w:pPr>
            <w:r>
              <w:rPr>
                <w:sz w:val="15"/>
              </w:rPr>
              <w:t>0.9899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4DD4B4" w14:textId="77777777" w:rsidR="003B3005" w:rsidRDefault="00000000">
            <w:pPr>
              <w:spacing w:line="240" w:lineRule="auto"/>
              <w:jc w:val="center"/>
            </w:pPr>
            <w:r>
              <w:rPr>
                <w:sz w:val="15"/>
              </w:rPr>
              <w:t>0.8553 to 1.1245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E5F20F" w14:textId="77777777" w:rsidR="003B3005" w:rsidRDefault="00000000">
            <w:pPr>
              <w:spacing w:line="240" w:lineRule="auto"/>
              <w:jc w:val="center"/>
            </w:pPr>
            <w:r>
              <w:rPr>
                <w:sz w:val="15"/>
              </w:rPr>
              <w:t>0.0687</w:t>
            </w:r>
          </w:p>
        </w:tc>
      </w:tr>
      <w:tr w:rsidR="003B3005" w14:paraId="6995191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AE2E0E"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29C759" w14:textId="77777777" w:rsidR="003B3005" w:rsidRDefault="00000000">
            <w:pPr>
              <w:spacing w:line="240" w:lineRule="auto"/>
              <w:jc w:val="center"/>
            </w:pPr>
            <w:r>
              <w:rPr>
                <w:sz w:val="15"/>
              </w:rPr>
              <w:t>2014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D16956" w14:textId="77777777" w:rsidR="003B3005" w:rsidRDefault="00000000">
            <w:pPr>
              <w:spacing w:line="240" w:lineRule="auto"/>
              <w:jc w:val="center"/>
            </w:pPr>
            <w:r>
              <w:rPr>
                <w:sz w:val="15"/>
              </w:rPr>
              <w:t>245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C2F770" w14:textId="77777777" w:rsidR="003B3005" w:rsidRDefault="00000000">
            <w:pPr>
              <w:spacing w:line="240" w:lineRule="auto"/>
              <w:jc w:val="center"/>
            </w:pPr>
            <w:r>
              <w:rPr>
                <w:sz w:val="15"/>
              </w:rPr>
              <w:t>19294573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9B4C71" w14:textId="77777777" w:rsidR="003B3005" w:rsidRDefault="00000000">
            <w:pPr>
              <w:spacing w:line="240" w:lineRule="auto"/>
              <w:jc w:val="center"/>
            </w:pPr>
            <w:r>
              <w:rPr>
                <w:sz w:val="15"/>
              </w:rPr>
              <w:t>1.1190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D07333" w14:textId="77777777" w:rsidR="003B3005" w:rsidRDefault="00000000">
            <w:pPr>
              <w:spacing w:line="240" w:lineRule="auto"/>
              <w:jc w:val="center"/>
            </w:pPr>
            <w:r>
              <w:rPr>
                <w:sz w:val="15"/>
              </w:rPr>
              <w:t>0.9746 to 1.2634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E057CC" w14:textId="77777777" w:rsidR="003B3005" w:rsidRDefault="00000000">
            <w:pPr>
              <w:spacing w:line="240" w:lineRule="auto"/>
              <w:jc w:val="center"/>
            </w:pPr>
            <w:r>
              <w:rPr>
                <w:sz w:val="15"/>
              </w:rPr>
              <w:t>0.0737</w:t>
            </w:r>
          </w:p>
        </w:tc>
      </w:tr>
      <w:tr w:rsidR="003B3005" w14:paraId="46EA3AD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F00ABB"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D86213" w14:textId="77777777" w:rsidR="003B3005" w:rsidRDefault="00000000">
            <w:pPr>
              <w:spacing w:line="240" w:lineRule="auto"/>
              <w:jc w:val="center"/>
            </w:pPr>
            <w:r>
              <w:rPr>
                <w:sz w:val="15"/>
              </w:rPr>
              <w:t>2015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37714E" w14:textId="77777777" w:rsidR="003B3005" w:rsidRDefault="00000000">
            <w:pPr>
              <w:spacing w:line="240" w:lineRule="auto"/>
              <w:jc w:val="center"/>
            </w:pPr>
            <w:r>
              <w:rPr>
                <w:sz w:val="15"/>
              </w:rPr>
              <w:t>293</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02A7A9" w14:textId="77777777" w:rsidR="003B3005" w:rsidRDefault="00000000">
            <w:pPr>
              <w:spacing w:line="240" w:lineRule="auto"/>
              <w:jc w:val="center"/>
            </w:pPr>
            <w:r>
              <w:rPr>
                <w:sz w:val="15"/>
              </w:rPr>
              <w:t>19486273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E6CEA4" w14:textId="77777777" w:rsidR="003B3005" w:rsidRDefault="00000000">
            <w:pPr>
              <w:spacing w:line="240" w:lineRule="auto"/>
              <w:jc w:val="center"/>
            </w:pPr>
            <w:r>
              <w:rPr>
                <w:sz w:val="15"/>
              </w:rPr>
              <w:t>1.2970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925805" w14:textId="77777777" w:rsidR="003B3005" w:rsidRDefault="00000000">
            <w:pPr>
              <w:spacing w:line="240" w:lineRule="auto"/>
              <w:jc w:val="center"/>
            </w:pPr>
            <w:r>
              <w:rPr>
                <w:sz w:val="15"/>
              </w:rPr>
              <w:t>1.1432 to 1.4508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47ADFA" w14:textId="77777777" w:rsidR="003B3005" w:rsidRDefault="00000000">
            <w:pPr>
              <w:spacing w:line="240" w:lineRule="auto"/>
              <w:jc w:val="center"/>
            </w:pPr>
            <w:r>
              <w:rPr>
                <w:sz w:val="15"/>
              </w:rPr>
              <w:t>0.0785</w:t>
            </w:r>
          </w:p>
        </w:tc>
      </w:tr>
      <w:tr w:rsidR="003B3005" w14:paraId="5EF3D6A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DF4C74"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84C086" w14:textId="77777777" w:rsidR="003B3005" w:rsidRDefault="00000000">
            <w:pPr>
              <w:spacing w:line="240" w:lineRule="auto"/>
              <w:jc w:val="center"/>
            </w:pPr>
            <w:r>
              <w:rPr>
                <w:sz w:val="15"/>
              </w:rPr>
              <w:t>2016</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DAD255" w14:textId="77777777" w:rsidR="003B3005" w:rsidRDefault="00000000">
            <w:pPr>
              <w:spacing w:line="240" w:lineRule="auto"/>
              <w:jc w:val="center"/>
            </w:pPr>
            <w:r>
              <w:rPr>
                <w:sz w:val="15"/>
              </w:rPr>
              <w:t>297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C3F840" w14:textId="77777777" w:rsidR="003B3005" w:rsidRDefault="00000000">
            <w:pPr>
              <w:spacing w:line="240" w:lineRule="auto"/>
              <w:jc w:val="center"/>
            </w:pPr>
            <w:r>
              <w:rPr>
                <w:sz w:val="15"/>
              </w:rPr>
              <w:t>19655385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175BE7" w14:textId="77777777" w:rsidR="003B3005" w:rsidRDefault="00000000">
            <w:pPr>
              <w:spacing w:line="240" w:lineRule="auto"/>
              <w:jc w:val="center"/>
            </w:pPr>
            <w:r>
              <w:rPr>
                <w:sz w:val="15"/>
              </w:rPr>
              <w:t>1.3020</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2DB703" w14:textId="77777777" w:rsidR="003B3005" w:rsidRDefault="00000000">
            <w:pPr>
              <w:spacing w:line="240" w:lineRule="auto"/>
              <w:jc w:val="center"/>
            </w:pPr>
            <w:r>
              <w:rPr>
                <w:sz w:val="15"/>
              </w:rPr>
              <w:t>1.1491 to 1.4549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D2BEEF" w14:textId="77777777" w:rsidR="003B3005" w:rsidRDefault="00000000">
            <w:pPr>
              <w:spacing w:line="240" w:lineRule="auto"/>
              <w:jc w:val="center"/>
            </w:pPr>
            <w:r>
              <w:rPr>
                <w:sz w:val="15"/>
              </w:rPr>
              <w:t>0.0780</w:t>
            </w:r>
          </w:p>
        </w:tc>
      </w:tr>
      <w:tr w:rsidR="003B3005" w14:paraId="03716AE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7E99DC"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E17AEA" w14:textId="77777777" w:rsidR="003B3005" w:rsidRDefault="00000000">
            <w:pPr>
              <w:spacing w:line="240" w:lineRule="auto"/>
              <w:jc w:val="center"/>
            </w:pPr>
            <w:r>
              <w:rPr>
                <w:sz w:val="15"/>
              </w:rPr>
              <w:t>2017</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3555B9" w14:textId="77777777" w:rsidR="003B3005" w:rsidRDefault="00000000">
            <w:pPr>
              <w:spacing w:line="240" w:lineRule="auto"/>
              <w:jc w:val="center"/>
            </w:pPr>
            <w:r>
              <w:rPr>
                <w:sz w:val="15"/>
              </w:rPr>
              <w:t>295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267792" w14:textId="77777777" w:rsidR="003B3005" w:rsidRDefault="00000000">
            <w:pPr>
              <w:spacing w:line="240" w:lineRule="auto"/>
              <w:jc w:val="center"/>
            </w:pPr>
            <w:r>
              <w:rPr>
                <w:sz w:val="15"/>
              </w:rPr>
              <w:t>19830244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C5DBF4" w14:textId="77777777" w:rsidR="003B3005" w:rsidRDefault="00000000">
            <w:pPr>
              <w:spacing w:line="240" w:lineRule="auto"/>
              <w:jc w:val="center"/>
            </w:pPr>
            <w:r>
              <w:rPr>
                <w:sz w:val="15"/>
              </w:rPr>
              <w:t>1.2699</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93F727" w14:textId="77777777" w:rsidR="003B3005" w:rsidRDefault="00000000">
            <w:pPr>
              <w:spacing w:line="240" w:lineRule="auto"/>
              <w:jc w:val="center"/>
            </w:pPr>
            <w:r>
              <w:rPr>
                <w:sz w:val="15"/>
              </w:rPr>
              <w:t>1.1193 to 1.4204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7D995E" w14:textId="77777777" w:rsidR="003B3005" w:rsidRDefault="00000000">
            <w:pPr>
              <w:spacing w:line="240" w:lineRule="auto"/>
              <w:jc w:val="center"/>
            </w:pPr>
            <w:r>
              <w:rPr>
                <w:sz w:val="15"/>
              </w:rPr>
              <w:t>0.0768</w:t>
            </w:r>
          </w:p>
        </w:tc>
      </w:tr>
      <w:tr w:rsidR="003B3005" w14:paraId="21517DE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1F5C97"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2FCE92" w14:textId="77777777" w:rsidR="003B3005" w:rsidRDefault="00000000">
            <w:pPr>
              <w:spacing w:line="240" w:lineRule="auto"/>
              <w:jc w:val="center"/>
            </w:pPr>
            <w:r>
              <w:rPr>
                <w:sz w:val="15"/>
              </w:rPr>
              <w:t>2018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1475FB" w14:textId="77777777" w:rsidR="003B3005" w:rsidRDefault="00000000">
            <w:pPr>
              <w:spacing w:line="240" w:lineRule="auto"/>
              <w:jc w:val="center"/>
            </w:pPr>
            <w:r>
              <w:rPr>
                <w:sz w:val="15"/>
              </w:rPr>
              <w:t>327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FEE7D6" w14:textId="77777777" w:rsidR="003B3005" w:rsidRDefault="00000000">
            <w:pPr>
              <w:spacing w:line="240" w:lineRule="auto"/>
              <w:jc w:val="center"/>
            </w:pPr>
            <w:r>
              <w:rPr>
                <w:sz w:val="15"/>
              </w:rPr>
              <w:t>20020232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10EBCA" w14:textId="77777777" w:rsidR="003B3005" w:rsidRDefault="00000000">
            <w:pPr>
              <w:spacing w:line="240" w:lineRule="auto"/>
              <w:jc w:val="center"/>
            </w:pPr>
            <w:r>
              <w:rPr>
                <w:sz w:val="15"/>
              </w:rPr>
              <w:t>1.3728</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325F34" w14:textId="77777777" w:rsidR="003B3005" w:rsidRDefault="00000000">
            <w:pPr>
              <w:spacing w:line="240" w:lineRule="auto"/>
              <w:jc w:val="center"/>
            </w:pPr>
            <w:r>
              <w:rPr>
                <w:sz w:val="15"/>
              </w:rPr>
              <w:t>1.2182 to 1.5274</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7B17EC" w14:textId="77777777" w:rsidR="003B3005" w:rsidRDefault="00000000">
            <w:pPr>
              <w:spacing w:line="240" w:lineRule="auto"/>
              <w:jc w:val="center"/>
            </w:pPr>
            <w:r>
              <w:rPr>
                <w:sz w:val="15"/>
              </w:rPr>
              <w:t>0.0789</w:t>
            </w:r>
          </w:p>
        </w:tc>
      </w:tr>
      <w:tr w:rsidR="003B3005" w14:paraId="33F751A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5786C4"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D9FF79" w14:textId="77777777" w:rsidR="003B3005" w:rsidRDefault="00000000">
            <w:pPr>
              <w:spacing w:line="240" w:lineRule="auto"/>
              <w:jc w:val="center"/>
            </w:pPr>
            <w:r>
              <w:rPr>
                <w:sz w:val="15"/>
              </w:rPr>
              <w:t>2019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2A7882" w14:textId="77777777" w:rsidR="003B3005" w:rsidRDefault="00000000">
            <w:pPr>
              <w:spacing w:line="240" w:lineRule="auto"/>
              <w:jc w:val="center"/>
            </w:pPr>
            <w:r>
              <w:rPr>
                <w:sz w:val="15"/>
              </w:rPr>
              <w:t>329</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5DEBDD" w14:textId="77777777" w:rsidR="003B3005" w:rsidRDefault="00000000">
            <w:pPr>
              <w:spacing w:line="240" w:lineRule="auto"/>
              <w:jc w:val="center"/>
            </w:pPr>
            <w:r>
              <w:rPr>
                <w:sz w:val="15"/>
              </w:rPr>
              <w:t>20148823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2E78EC" w14:textId="77777777" w:rsidR="003B3005" w:rsidRDefault="00000000">
            <w:pPr>
              <w:spacing w:line="240" w:lineRule="auto"/>
              <w:jc w:val="center"/>
            </w:pPr>
            <w:r>
              <w:rPr>
                <w:sz w:val="15"/>
              </w:rPr>
              <w:t>1.3812</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E19DF8" w14:textId="77777777" w:rsidR="003B3005" w:rsidRDefault="00000000">
            <w:pPr>
              <w:spacing w:line="240" w:lineRule="auto"/>
              <w:jc w:val="center"/>
            </w:pPr>
            <w:r>
              <w:rPr>
                <w:sz w:val="15"/>
              </w:rPr>
              <w:t>1.2259 to 1.5365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7621B1" w14:textId="77777777" w:rsidR="003B3005" w:rsidRDefault="00000000">
            <w:pPr>
              <w:spacing w:line="240" w:lineRule="auto"/>
              <w:jc w:val="center"/>
            </w:pPr>
            <w:r>
              <w:rPr>
                <w:sz w:val="15"/>
              </w:rPr>
              <w:t>0.0793</w:t>
            </w:r>
          </w:p>
        </w:tc>
      </w:tr>
      <w:tr w:rsidR="003B3005" w14:paraId="0131610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05338A" w14:textId="77777777" w:rsidR="003B3005" w:rsidRDefault="00000000">
            <w:pPr>
              <w:spacing w:line="240" w:lineRule="auto"/>
            </w:pPr>
            <w:r>
              <w:rPr>
                <w:sz w:val="15"/>
              </w:rPr>
              <w:t>Small Metro</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96F8DF" w14:textId="77777777" w:rsidR="003B3005" w:rsidRDefault="00000000">
            <w:pPr>
              <w:spacing w:line="240" w:lineRule="auto"/>
              <w:jc w:val="center"/>
            </w:pPr>
            <w:r>
              <w:rPr>
                <w:sz w:val="15"/>
              </w:rPr>
              <w:t>2020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D63E48" w14:textId="77777777" w:rsidR="003B3005" w:rsidRDefault="00000000">
            <w:pPr>
              <w:spacing w:line="240" w:lineRule="auto"/>
              <w:jc w:val="center"/>
            </w:pPr>
            <w:r>
              <w:rPr>
                <w:sz w:val="15"/>
              </w:rPr>
              <w:t>577</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201DA2" w14:textId="77777777" w:rsidR="003B3005" w:rsidRDefault="00000000">
            <w:pPr>
              <w:spacing w:line="240" w:lineRule="auto"/>
              <w:jc w:val="center"/>
            </w:pPr>
            <w:r>
              <w:rPr>
                <w:sz w:val="15"/>
              </w:rPr>
              <w:t>20291625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1DA2A6" w14:textId="77777777" w:rsidR="003B3005" w:rsidRDefault="00000000">
            <w:pPr>
              <w:spacing w:line="240" w:lineRule="auto"/>
              <w:jc w:val="center"/>
            </w:pPr>
            <w:r>
              <w:rPr>
                <w:sz w:val="15"/>
              </w:rPr>
              <w:t>2.4371</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F58921" w14:textId="77777777" w:rsidR="003B3005" w:rsidRDefault="00000000">
            <w:pPr>
              <w:spacing w:line="240" w:lineRule="auto"/>
              <w:jc w:val="center"/>
            </w:pPr>
            <w:r>
              <w:rPr>
                <w:sz w:val="15"/>
              </w:rPr>
              <w:t>2.2284 to 2.6458</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9A941F" w14:textId="77777777" w:rsidR="003B3005" w:rsidRDefault="00000000">
            <w:pPr>
              <w:spacing w:line="240" w:lineRule="auto"/>
              <w:jc w:val="center"/>
            </w:pPr>
            <w:r>
              <w:rPr>
                <w:sz w:val="15"/>
              </w:rPr>
              <w:t>0.1065</w:t>
            </w:r>
          </w:p>
        </w:tc>
      </w:tr>
    </w:tbl>
    <w:p w14:paraId="5E62FA84" w14:textId="77777777" w:rsidR="003B3005" w:rsidRDefault="00000000">
      <w:pPr>
        <w:spacing w:line="240" w:lineRule="auto"/>
      </w:pPr>
      <w:r>
        <w:rPr>
          <w:i/>
          <w:sz w:val="16"/>
        </w:rPr>
        <w:t>Note: Uses the 2013 NCHS urban-rural classification. AAMR per 100000 population.</w:t>
      </w:r>
    </w:p>
    <w:p w14:paraId="163178AB" w14:textId="77777777" w:rsidR="003B3005" w:rsidRDefault="00000000">
      <w:pPr>
        <w:pStyle w:val="Heading2"/>
        <w:spacing w:before="0" w:line="240" w:lineRule="auto"/>
      </w:pPr>
      <w:r>
        <w:rPr>
          <w:rFonts w:ascii="Times New Roman" w:eastAsia="Times New Roman" w:hAnsi="Times New Roman"/>
          <w:sz w:val="24"/>
        </w:rPr>
        <w:t>Supplementary Table S9. Urbanization-specific death counts, 2021-2024</w:t>
      </w:r>
    </w:p>
    <w:tbl>
      <w:tblPr>
        <w:tblW w:w="5000" w:type="pct"/>
        <w:jc w:val="center"/>
        <w:tblLayout w:type="fixed"/>
        <w:tblLook w:val="04A0" w:firstRow="1" w:lastRow="0" w:firstColumn="1" w:lastColumn="0" w:noHBand="0" w:noVBand="1"/>
      </w:tblPr>
      <w:tblGrid>
        <w:gridCol w:w="3968"/>
        <w:gridCol w:w="1731"/>
        <w:gridCol w:w="3751"/>
      </w:tblGrid>
      <w:tr w:rsidR="003B3005" w14:paraId="329D3971" w14:textId="77777777">
        <w:trPr>
          <w:cantSplit/>
          <w:tblHeader/>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EEE77B" w14:textId="77777777" w:rsidR="003B3005" w:rsidRDefault="00000000">
            <w:pPr>
              <w:spacing w:line="240" w:lineRule="auto"/>
            </w:pPr>
            <w:r>
              <w:rPr>
                <w:b/>
                <w:sz w:val="15"/>
              </w:rPr>
              <w:t>Urbanization</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33055E" w14:textId="77777777" w:rsidR="003B3005" w:rsidRDefault="00000000">
            <w:pPr>
              <w:spacing w:line="240" w:lineRule="auto"/>
              <w:jc w:val="center"/>
            </w:pPr>
            <w:r>
              <w:rPr>
                <w:b/>
                <w:sz w:val="15"/>
              </w:rPr>
              <w:t>Year</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61BD05" w14:textId="77777777" w:rsidR="003B3005" w:rsidRDefault="00000000">
            <w:pPr>
              <w:spacing w:line="240" w:lineRule="auto"/>
              <w:jc w:val="center"/>
            </w:pPr>
            <w:r>
              <w:rPr>
                <w:b/>
                <w:sz w:val="15"/>
              </w:rPr>
              <w:t>Deaths</w:t>
            </w:r>
          </w:p>
        </w:tc>
      </w:tr>
      <w:tr w:rsidR="003B3005" w14:paraId="7241D777"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B1689C" w14:textId="77777777" w:rsidR="003B3005" w:rsidRDefault="00000000">
            <w:pPr>
              <w:spacing w:line="240" w:lineRule="auto"/>
            </w:pPr>
            <w:r>
              <w:rPr>
                <w:sz w:val="15"/>
              </w:rPr>
              <w:t>Large Central 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070A3B" w14:textId="77777777" w:rsidR="003B3005" w:rsidRDefault="00000000">
            <w:pPr>
              <w:spacing w:line="240" w:lineRule="auto"/>
              <w:jc w:val="center"/>
            </w:pPr>
            <w:r>
              <w:rPr>
                <w:sz w:val="15"/>
              </w:rPr>
              <w:t>2021</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203FF0" w14:textId="77777777" w:rsidR="003B3005" w:rsidRDefault="00000000">
            <w:pPr>
              <w:spacing w:line="240" w:lineRule="auto"/>
              <w:jc w:val="center"/>
            </w:pPr>
            <w:r>
              <w:rPr>
                <w:sz w:val="15"/>
              </w:rPr>
              <w:t>1815</w:t>
            </w:r>
          </w:p>
        </w:tc>
      </w:tr>
      <w:tr w:rsidR="003B3005" w14:paraId="313B70D7"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F3E50B" w14:textId="77777777" w:rsidR="003B3005" w:rsidRDefault="00000000">
            <w:pPr>
              <w:spacing w:line="240" w:lineRule="auto"/>
            </w:pPr>
            <w:r>
              <w:rPr>
                <w:sz w:val="15"/>
              </w:rPr>
              <w:t>Large Central 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A6B7BB" w14:textId="77777777" w:rsidR="003B3005" w:rsidRDefault="00000000">
            <w:pPr>
              <w:spacing w:line="240" w:lineRule="auto"/>
              <w:jc w:val="center"/>
            </w:pPr>
            <w:r>
              <w:rPr>
                <w:sz w:val="15"/>
              </w:rPr>
              <w:t>2022</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E34784" w14:textId="77777777" w:rsidR="003B3005" w:rsidRDefault="00000000">
            <w:pPr>
              <w:spacing w:line="240" w:lineRule="auto"/>
              <w:jc w:val="center"/>
            </w:pPr>
            <w:r>
              <w:rPr>
                <w:sz w:val="15"/>
              </w:rPr>
              <w:t>1216</w:t>
            </w:r>
          </w:p>
        </w:tc>
      </w:tr>
      <w:tr w:rsidR="003B3005" w14:paraId="276B3B5B"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64B26F" w14:textId="77777777" w:rsidR="003B3005" w:rsidRDefault="00000000">
            <w:pPr>
              <w:spacing w:line="240" w:lineRule="auto"/>
            </w:pPr>
            <w:r>
              <w:rPr>
                <w:sz w:val="15"/>
              </w:rPr>
              <w:t>Large Central 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1E2D5B" w14:textId="77777777" w:rsidR="003B3005" w:rsidRDefault="00000000">
            <w:pPr>
              <w:spacing w:line="240" w:lineRule="auto"/>
              <w:jc w:val="center"/>
            </w:pPr>
            <w:r>
              <w:rPr>
                <w:sz w:val="15"/>
              </w:rPr>
              <w:t>2023</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BEDE84" w14:textId="77777777" w:rsidR="003B3005" w:rsidRDefault="00000000">
            <w:pPr>
              <w:spacing w:line="240" w:lineRule="auto"/>
              <w:jc w:val="center"/>
            </w:pPr>
            <w:r>
              <w:rPr>
                <w:sz w:val="15"/>
              </w:rPr>
              <w:t>981</w:t>
            </w:r>
          </w:p>
        </w:tc>
      </w:tr>
      <w:tr w:rsidR="003B3005" w14:paraId="1360F12E"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D0DDE3" w14:textId="77777777" w:rsidR="003B3005" w:rsidRDefault="00000000">
            <w:pPr>
              <w:spacing w:line="240" w:lineRule="auto"/>
            </w:pPr>
            <w:r>
              <w:rPr>
                <w:sz w:val="15"/>
              </w:rPr>
              <w:t>Large Central 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DD206A" w14:textId="77777777" w:rsidR="003B3005" w:rsidRDefault="00000000">
            <w:pPr>
              <w:spacing w:line="240" w:lineRule="auto"/>
              <w:jc w:val="center"/>
            </w:pPr>
            <w:r>
              <w:rPr>
                <w:sz w:val="15"/>
              </w:rPr>
              <w:t>2024</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3138E7" w14:textId="77777777" w:rsidR="003B3005" w:rsidRDefault="00000000">
            <w:pPr>
              <w:spacing w:line="240" w:lineRule="auto"/>
              <w:jc w:val="center"/>
            </w:pPr>
            <w:r>
              <w:rPr>
                <w:sz w:val="15"/>
              </w:rPr>
              <w:t>850</w:t>
            </w:r>
          </w:p>
        </w:tc>
      </w:tr>
      <w:tr w:rsidR="003B3005" w14:paraId="6FF05EF9"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11347A" w14:textId="77777777" w:rsidR="003B3005" w:rsidRDefault="00000000">
            <w:pPr>
              <w:spacing w:line="240" w:lineRule="auto"/>
            </w:pPr>
            <w:r>
              <w:rPr>
                <w:sz w:val="15"/>
              </w:rPr>
              <w:t>Large Fringe 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16D9B9" w14:textId="77777777" w:rsidR="003B3005" w:rsidRDefault="00000000">
            <w:pPr>
              <w:spacing w:line="240" w:lineRule="auto"/>
              <w:jc w:val="center"/>
            </w:pPr>
            <w:r>
              <w:rPr>
                <w:sz w:val="15"/>
              </w:rPr>
              <w:t>2021</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AB9142" w14:textId="77777777" w:rsidR="003B3005" w:rsidRDefault="00000000">
            <w:pPr>
              <w:spacing w:line="240" w:lineRule="auto"/>
              <w:jc w:val="center"/>
            </w:pPr>
            <w:r>
              <w:rPr>
                <w:sz w:val="15"/>
              </w:rPr>
              <w:t>1389</w:t>
            </w:r>
          </w:p>
        </w:tc>
      </w:tr>
      <w:tr w:rsidR="003B3005" w14:paraId="01F38DFA"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787A07" w14:textId="77777777" w:rsidR="003B3005" w:rsidRDefault="00000000">
            <w:pPr>
              <w:spacing w:line="240" w:lineRule="auto"/>
            </w:pPr>
            <w:r>
              <w:rPr>
                <w:sz w:val="15"/>
              </w:rPr>
              <w:t>Large Fringe 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EE5D3E" w14:textId="77777777" w:rsidR="003B3005" w:rsidRDefault="00000000">
            <w:pPr>
              <w:spacing w:line="240" w:lineRule="auto"/>
              <w:jc w:val="center"/>
            </w:pPr>
            <w:r>
              <w:rPr>
                <w:sz w:val="15"/>
              </w:rPr>
              <w:t>2022</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7C19B9" w14:textId="77777777" w:rsidR="003B3005" w:rsidRDefault="00000000">
            <w:pPr>
              <w:spacing w:line="240" w:lineRule="auto"/>
              <w:jc w:val="center"/>
            </w:pPr>
            <w:r>
              <w:rPr>
                <w:sz w:val="15"/>
              </w:rPr>
              <w:t>1022</w:t>
            </w:r>
          </w:p>
        </w:tc>
      </w:tr>
      <w:tr w:rsidR="003B3005" w14:paraId="692B0874"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9A5309" w14:textId="77777777" w:rsidR="003B3005" w:rsidRDefault="00000000">
            <w:pPr>
              <w:spacing w:line="240" w:lineRule="auto"/>
            </w:pPr>
            <w:r>
              <w:rPr>
                <w:sz w:val="15"/>
              </w:rPr>
              <w:t>Large Fringe 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706858" w14:textId="77777777" w:rsidR="003B3005" w:rsidRDefault="00000000">
            <w:pPr>
              <w:spacing w:line="240" w:lineRule="auto"/>
              <w:jc w:val="center"/>
            </w:pPr>
            <w:r>
              <w:rPr>
                <w:sz w:val="15"/>
              </w:rPr>
              <w:t>2023</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5FF446" w14:textId="77777777" w:rsidR="003B3005" w:rsidRDefault="00000000">
            <w:pPr>
              <w:spacing w:line="240" w:lineRule="auto"/>
              <w:jc w:val="center"/>
            </w:pPr>
            <w:r>
              <w:rPr>
                <w:sz w:val="15"/>
              </w:rPr>
              <w:t>863</w:t>
            </w:r>
          </w:p>
        </w:tc>
      </w:tr>
      <w:tr w:rsidR="003B3005" w14:paraId="593845F9"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F040FA" w14:textId="77777777" w:rsidR="003B3005" w:rsidRDefault="00000000">
            <w:pPr>
              <w:spacing w:line="240" w:lineRule="auto"/>
            </w:pPr>
            <w:r>
              <w:rPr>
                <w:sz w:val="15"/>
              </w:rPr>
              <w:t>Large Fringe 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F993CE" w14:textId="77777777" w:rsidR="003B3005" w:rsidRDefault="00000000">
            <w:pPr>
              <w:spacing w:line="240" w:lineRule="auto"/>
              <w:jc w:val="center"/>
            </w:pPr>
            <w:r>
              <w:rPr>
                <w:sz w:val="15"/>
              </w:rPr>
              <w:t>2024</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A82FA3" w14:textId="77777777" w:rsidR="003B3005" w:rsidRDefault="00000000">
            <w:pPr>
              <w:spacing w:line="240" w:lineRule="auto"/>
              <w:jc w:val="center"/>
            </w:pPr>
            <w:r>
              <w:rPr>
                <w:sz w:val="15"/>
              </w:rPr>
              <w:t>866</w:t>
            </w:r>
          </w:p>
        </w:tc>
      </w:tr>
      <w:tr w:rsidR="003B3005" w14:paraId="4BEFFF3D"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E13F6A" w14:textId="77777777" w:rsidR="003B3005" w:rsidRDefault="00000000">
            <w:pPr>
              <w:spacing w:line="240" w:lineRule="auto"/>
            </w:pPr>
            <w:r>
              <w:rPr>
                <w:sz w:val="15"/>
              </w:rPr>
              <w:t>Medium 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4ABD2C" w14:textId="77777777" w:rsidR="003B3005" w:rsidRDefault="00000000">
            <w:pPr>
              <w:spacing w:line="240" w:lineRule="auto"/>
              <w:jc w:val="center"/>
            </w:pPr>
            <w:r>
              <w:rPr>
                <w:sz w:val="15"/>
              </w:rPr>
              <w:t>2021</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47F789" w14:textId="77777777" w:rsidR="003B3005" w:rsidRDefault="00000000">
            <w:pPr>
              <w:spacing w:line="240" w:lineRule="auto"/>
              <w:jc w:val="center"/>
            </w:pPr>
            <w:r>
              <w:rPr>
                <w:sz w:val="15"/>
              </w:rPr>
              <w:t>1750</w:t>
            </w:r>
          </w:p>
        </w:tc>
      </w:tr>
      <w:tr w:rsidR="003B3005" w14:paraId="10D4E1EE"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1FA808" w14:textId="77777777" w:rsidR="003B3005" w:rsidRDefault="00000000">
            <w:pPr>
              <w:spacing w:line="240" w:lineRule="auto"/>
            </w:pPr>
            <w:r>
              <w:rPr>
                <w:sz w:val="15"/>
              </w:rPr>
              <w:t>Medium 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7E2681" w14:textId="77777777" w:rsidR="003B3005" w:rsidRDefault="00000000">
            <w:pPr>
              <w:spacing w:line="240" w:lineRule="auto"/>
              <w:jc w:val="center"/>
            </w:pPr>
            <w:r>
              <w:rPr>
                <w:sz w:val="15"/>
              </w:rPr>
              <w:t>2022</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97F668" w14:textId="77777777" w:rsidR="003B3005" w:rsidRDefault="00000000">
            <w:pPr>
              <w:spacing w:line="240" w:lineRule="auto"/>
              <w:jc w:val="center"/>
            </w:pPr>
            <w:r>
              <w:rPr>
                <w:sz w:val="15"/>
              </w:rPr>
              <w:t>1240</w:t>
            </w:r>
          </w:p>
        </w:tc>
      </w:tr>
      <w:tr w:rsidR="003B3005" w14:paraId="6C6F2380"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EC1B63" w14:textId="77777777" w:rsidR="003B3005" w:rsidRDefault="00000000">
            <w:pPr>
              <w:spacing w:line="240" w:lineRule="auto"/>
            </w:pPr>
            <w:r>
              <w:rPr>
                <w:sz w:val="15"/>
              </w:rPr>
              <w:t>Medium 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E37A15" w14:textId="77777777" w:rsidR="003B3005" w:rsidRDefault="00000000">
            <w:pPr>
              <w:spacing w:line="240" w:lineRule="auto"/>
              <w:jc w:val="center"/>
            </w:pPr>
            <w:r>
              <w:rPr>
                <w:sz w:val="15"/>
              </w:rPr>
              <w:t>2023</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CF5EA7" w14:textId="77777777" w:rsidR="003B3005" w:rsidRDefault="00000000">
            <w:pPr>
              <w:spacing w:line="240" w:lineRule="auto"/>
              <w:jc w:val="center"/>
            </w:pPr>
            <w:r>
              <w:rPr>
                <w:sz w:val="15"/>
              </w:rPr>
              <w:t>1036</w:t>
            </w:r>
          </w:p>
        </w:tc>
      </w:tr>
      <w:tr w:rsidR="003B3005" w14:paraId="0745CA66"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B1E8D9" w14:textId="77777777" w:rsidR="003B3005" w:rsidRDefault="00000000">
            <w:pPr>
              <w:spacing w:line="240" w:lineRule="auto"/>
            </w:pPr>
            <w:r>
              <w:rPr>
                <w:sz w:val="15"/>
              </w:rPr>
              <w:t>Medium 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3EB6B6" w14:textId="77777777" w:rsidR="003B3005" w:rsidRDefault="00000000">
            <w:pPr>
              <w:spacing w:line="240" w:lineRule="auto"/>
              <w:jc w:val="center"/>
            </w:pPr>
            <w:r>
              <w:rPr>
                <w:sz w:val="15"/>
              </w:rPr>
              <w:t>2024</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F40A8F" w14:textId="77777777" w:rsidR="003B3005" w:rsidRDefault="00000000">
            <w:pPr>
              <w:spacing w:line="240" w:lineRule="auto"/>
              <w:jc w:val="center"/>
            </w:pPr>
            <w:r>
              <w:rPr>
                <w:sz w:val="15"/>
              </w:rPr>
              <w:t>956</w:t>
            </w:r>
          </w:p>
        </w:tc>
      </w:tr>
      <w:tr w:rsidR="003B3005" w14:paraId="6677F300"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72523F" w14:textId="77777777" w:rsidR="003B3005" w:rsidRDefault="00000000">
            <w:pPr>
              <w:spacing w:line="240" w:lineRule="auto"/>
            </w:pPr>
            <w:r>
              <w:rPr>
                <w:sz w:val="15"/>
              </w:rPr>
              <w:t>Micropolitan (Nonmetro)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C9EE4B" w14:textId="77777777" w:rsidR="003B3005" w:rsidRDefault="00000000">
            <w:pPr>
              <w:spacing w:line="240" w:lineRule="auto"/>
              <w:jc w:val="center"/>
            </w:pPr>
            <w:r>
              <w:rPr>
                <w:sz w:val="15"/>
              </w:rPr>
              <w:t>2021</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C75796" w14:textId="77777777" w:rsidR="003B3005" w:rsidRDefault="00000000">
            <w:pPr>
              <w:spacing w:line="240" w:lineRule="auto"/>
              <w:jc w:val="center"/>
            </w:pPr>
            <w:r>
              <w:rPr>
                <w:sz w:val="15"/>
              </w:rPr>
              <w:t>962</w:t>
            </w:r>
          </w:p>
        </w:tc>
      </w:tr>
      <w:tr w:rsidR="003B3005" w14:paraId="5B731F2C"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B23B37" w14:textId="77777777" w:rsidR="003B3005" w:rsidRDefault="00000000">
            <w:pPr>
              <w:spacing w:line="240" w:lineRule="auto"/>
            </w:pPr>
            <w:r>
              <w:rPr>
                <w:sz w:val="15"/>
              </w:rPr>
              <w:t>Micropolitan (Nonmetro)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967C42" w14:textId="77777777" w:rsidR="003B3005" w:rsidRDefault="00000000">
            <w:pPr>
              <w:spacing w:line="240" w:lineRule="auto"/>
              <w:jc w:val="center"/>
            </w:pPr>
            <w:r>
              <w:rPr>
                <w:sz w:val="15"/>
              </w:rPr>
              <w:t>2022</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29AA32" w14:textId="77777777" w:rsidR="003B3005" w:rsidRDefault="00000000">
            <w:pPr>
              <w:spacing w:line="240" w:lineRule="auto"/>
              <w:jc w:val="center"/>
            </w:pPr>
            <w:r>
              <w:rPr>
                <w:sz w:val="15"/>
              </w:rPr>
              <w:t>705</w:t>
            </w:r>
          </w:p>
        </w:tc>
      </w:tr>
      <w:tr w:rsidR="003B3005" w14:paraId="3ABCFCFA"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7FC11C" w14:textId="77777777" w:rsidR="003B3005" w:rsidRDefault="00000000">
            <w:pPr>
              <w:spacing w:line="240" w:lineRule="auto"/>
            </w:pPr>
            <w:r>
              <w:rPr>
                <w:sz w:val="15"/>
              </w:rPr>
              <w:t>Micropolitan (Nonmetro)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203F1D" w14:textId="77777777" w:rsidR="003B3005" w:rsidRDefault="00000000">
            <w:pPr>
              <w:spacing w:line="240" w:lineRule="auto"/>
              <w:jc w:val="center"/>
            </w:pPr>
            <w:r>
              <w:rPr>
                <w:sz w:val="15"/>
              </w:rPr>
              <w:t>2023</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22239C" w14:textId="77777777" w:rsidR="003B3005" w:rsidRDefault="00000000">
            <w:pPr>
              <w:spacing w:line="240" w:lineRule="auto"/>
              <w:jc w:val="center"/>
            </w:pPr>
            <w:r>
              <w:rPr>
                <w:sz w:val="15"/>
              </w:rPr>
              <w:t>503</w:t>
            </w:r>
          </w:p>
        </w:tc>
      </w:tr>
      <w:tr w:rsidR="003B3005" w14:paraId="49C1E71A"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41CC79" w14:textId="77777777" w:rsidR="003B3005" w:rsidRDefault="00000000">
            <w:pPr>
              <w:spacing w:line="240" w:lineRule="auto"/>
            </w:pPr>
            <w:r>
              <w:rPr>
                <w:sz w:val="15"/>
              </w:rPr>
              <w:t>Micropolitan (Nonmetro)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4E2D01" w14:textId="77777777" w:rsidR="003B3005" w:rsidRDefault="00000000">
            <w:pPr>
              <w:spacing w:line="240" w:lineRule="auto"/>
              <w:jc w:val="center"/>
            </w:pPr>
            <w:r>
              <w:rPr>
                <w:sz w:val="15"/>
              </w:rPr>
              <w:t>2024</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213A2F" w14:textId="77777777" w:rsidR="003B3005" w:rsidRDefault="00000000">
            <w:pPr>
              <w:spacing w:line="240" w:lineRule="auto"/>
              <w:jc w:val="center"/>
            </w:pPr>
            <w:r>
              <w:rPr>
                <w:sz w:val="15"/>
              </w:rPr>
              <w:t>500</w:t>
            </w:r>
          </w:p>
        </w:tc>
      </w:tr>
      <w:tr w:rsidR="003B3005" w14:paraId="2DB586E1"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CBBBF8" w14:textId="77777777" w:rsidR="003B3005" w:rsidRDefault="00000000">
            <w:pPr>
              <w:spacing w:line="240" w:lineRule="auto"/>
            </w:pPr>
            <w:r>
              <w:rPr>
                <w:sz w:val="15"/>
              </w:rPr>
              <w:t>NonCore (Nonmetro)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F6E5AB" w14:textId="77777777" w:rsidR="003B3005" w:rsidRDefault="00000000">
            <w:pPr>
              <w:spacing w:line="240" w:lineRule="auto"/>
              <w:jc w:val="center"/>
            </w:pPr>
            <w:r>
              <w:rPr>
                <w:sz w:val="15"/>
              </w:rPr>
              <w:t>2021</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D5C364" w14:textId="77777777" w:rsidR="003B3005" w:rsidRDefault="00000000">
            <w:pPr>
              <w:spacing w:line="240" w:lineRule="auto"/>
              <w:jc w:val="center"/>
            </w:pPr>
            <w:r>
              <w:rPr>
                <w:sz w:val="15"/>
              </w:rPr>
              <w:t>685</w:t>
            </w:r>
          </w:p>
        </w:tc>
      </w:tr>
      <w:tr w:rsidR="003B3005" w14:paraId="12251640"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043E61" w14:textId="77777777" w:rsidR="003B3005" w:rsidRDefault="00000000">
            <w:pPr>
              <w:spacing w:line="240" w:lineRule="auto"/>
            </w:pPr>
            <w:r>
              <w:rPr>
                <w:sz w:val="15"/>
              </w:rPr>
              <w:lastRenderedPageBreak/>
              <w:t>NonCore (Nonmetro)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D9E482" w14:textId="77777777" w:rsidR="003B3005" w:rsidRDefault="00000000">
            <w:pPr>
              <w:spacing w:line="240" w:lineRule="auto"/>
              <w:jc w:val="center"/>
            </w:pPr>
            <w:r>
              <w:rPr>
                <w:sz w:val="15"/>
              </w:rPr>
              <w:t>2022</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201DD3" w14:textId="77777777" w:rsidR="003B3005" w:rsidRDefault="00000000">
            <w:pPr>
              <w:spacing w:line="240" w:lineRule="auto"/>
              <w:jc w:val="center"/>
            </w:pPr>
            <w:r>
              <w:rPr>
                <w:sz w:val="15"/>
              </w:rPr>
              <w:t>507</w:t>
            </w:r>
          </w:p>
        </w:tc>
      </w:tr>
      <w:tr w:rsidR="003B3005" w14:paraId="3EED41C7"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D34CA0" w14:textId="77777777" w:rsidR="003B3005" w:rsidRDefault="00000000">
            <w:pPr>
              <w:spacing w:line="240" w:lineRule="auto"/>
            </w:pPr>
            <w:r>
              <w:rPr>
                <w:sz w:val="15"/>
              </w:rPr>
              <w:t>NonCore (Nonmetro)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2F5284" w14:textId="77777777" w:rsidR="003B3005" w:rsidRDefault="00000000">
            <w:pPr>
              <w:spacing w:line="240" w:lineRule="auto"/>
              <w:jc w:val="center"/>
            </w:pPr>
            <w:r>
              <w:rPr>
                <w:sz w:val="15"/>
              </w:rPr>
              <w:t>2023</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7D7B3A" w14:textId="77777777" w:rsidR="003B3005" w:rsidRDefault="00000000">
            <w:pPr>
              <w:spacing w:line="240" w:lineRule="auto"/>
              <w:jc w:val="center"/>
            </w:pPr>
            <w:r>
              <w:rPr>
                <w:sz w:val="15"/>
              </w:rPr>
              <w:t>369</w:t>
            </w:r>
          </w:p>
        </w:tc>
      </w:tr>
      <w:tr w:rsidR="003B3005" w14:paraId="33E5AAAB"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0143BD" w14:textId="77777777" w:rsidR="003B3005" w:rsidRDefault="00000000">
            <w:pPr>
              <w:spacing w:line="240" w:lineRule="auto"/>
            </w:pPr>
            <w:r>
              <w:rPr>
                <w:sz w:val="15"/>
              </w:rPr>
              <w:t>NonCore (Nonmetro)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907855" w14:textId="77777777" w:rsidR="003B3005" w:rsidRDefault="00000000">
            <w:pPr>
              <w:spacing w:line="240" w:lineRule="auto"/>
              <w:jc w:val="center"/>
            </w:pPr>
            <w:r>
              <w:rPr>
                <w:sz w:val="15"/>
              </w:rPr>
              <w:t>2024</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654A70" w14:textId="77777777" w:rsidR="003B3005" w:rsidRDefault="00000000">
            <w:pPr>
              <w:spacing w:line="240" w:lineRule="auto"/>
              <w:jc w:val="center"/>
            </w:pPr>
            <w:r>
              <w:rPr>
                <w:sz w:val="15"/>
              </w:rPr>
              <w:t>354</w:t>
            </w:r>
          </w:p>
        </w:tc>
      </w:tr>
      <w:tr w:rsidR="003B3005" w14:paraId="013408BC"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D11EE4" w14:textId="77777777" w:rsidR="003B3005" w:rsidRDefault="00000000">
            <w:pPr>
              <w:spacing w:line="240" w:lineRule="auto"/>
            </w:pPr>
            <w:r>
              <w:rPr>
                <w:sz w:val="15"/>
              </w:rPr>
              <w:t>Small 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9AD038" w14:textId="77777777" w:rsidR="003B3005" w:rsidRDefault="00000000">
            <w:pPr>
              <w:spacing w:line="240" w:lineRule="auto"/>
              <w:jc w:val="center"/>
            </w:pPr>
            <w:r>
              <w:rPr>
                <w:sz w:val="15"/>
              </w:rPr>
              <w:t>2021</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32C172" w14:textId="77777777" w:rsidR="003B3005" w:rsidRDefault="00000000">
            <w:pPr>
              <w:spacing w:line="240" w:lineRule="auto"/>
              <w:jc w:val="center"/>
            </w:pPr>
            <w:r>
              <w:rPr>
                <w:sz w:val="15"/>
              </w:rPr>
              <w:t>859</w:t>
            </w:r>
          </w:p>
        </w:tc>
      </w:tr>
      <w:tr w:rsidR="003B3005" w14:paraId="1790B8A3"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3FD15D" w14:textId="77777777" w:rsidR="003B3005" w:rsidRDefault="00000000">
            <w:pPr>
              <w:spacing w:line="240" w:lineRule="auto"/>
            </w:pPr>
            <w:r>
              <w:rPr>
                <w:sz w:val="15"/>
              </w:rPr>
              <w:t>Small 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4FB80C" w14:textId="77777777" w:rsidR="003B3005" w:rsidRDefault="00000000">
            <w:pPr>
              <w:spacing w:line="240" w:lineRule="auto"/>
              <w:jc w:val="center"/>
            </w:pPr>
            <w:r>
              <w:rPr>
                <w:sz w:val="15"/>
              </w:rPr>
              <w:t>2022</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5492CF" w14:textId="77777777" w:rsidR="003B3005" w:rsidRDefault="00000000">
            <w:pPr>
              <w:spacing w:line="240" w:lineRule="auto"/>
              <w:jc w:val="center"/>
            </w:pPr>
            <w:r>
              <w:rPr>
                <w:sz w:val="15"/>
              </w:rPr>
              <w:t>655</w:t>
            </w:r>
          </w:p>
        </w:tc>
      </w:tr>
      <w:tr w:rsidR="003B3005" w14:paraId="07C61D7F"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0809DA" w14:textId="77777777" w:rsidR="003B3005" w:rsidRDefault="00000000">
            <w:pPr>
              <w:spacing w:line="240" w:lineRule="auto"/>
            </w:pPr>
            <w:r>
              <w:rPr>
                <w:sz w:val="15"/>
              </w:rPr>
              <w:t>Small 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6EB25C" w14:textId="77777777" w:rsidR="003B3005" w:rsidRDefault="00000000">
            <w:pPr>
              <w:spacing w:line="240" w:lineRule="auto"/>
              <w:jc w:val="center"/>
            </w:pPr>
            <w:r>
              <w:rPr>
                <w:sz w:val="15"/>
              </w:rPr>
              <w:t>2023</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BD35CF" w14:textId="77777777" w:rsidR="003B3005" w:rsidRDefault="00000000">
            <w:pPr>
              <w:spacing w:line="240" w:lineRule="auto"/>
              <w:jc w:val="center"/>
            </w:pPr>
            <w:r>
              <w:rPr>
                <w:sz w:val="15"/>
              </w:rPr>
              <w:t>501</w:t>
            </w:r>
          </w:p>
        </w:tc>
      </w:tr>
      <w:tr w:rsidR="003B3005" w14:paraId="44DBE251"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6635B3" w14:textId="77777777" w:rsidR="003B3005" w:rsidRDefault="00000000">
            <w:pPr>
              <w:spacing w:line="240" w:lineRule="auto"/>
            </w:pPr>
            <w:r>
              <w:rPr>
                <w:sz w:val="15"/>
              </w:rPr>
              <w:t>Small Metro</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270672" w14:textId="77777777" w:rsidR="003B3005" w:rsidRDefault="00000000">
            <w:pPr>
              <w:spacing w:line="240" w:lineRule="auto"/>
              <w:jc w:val="center"/>
            </w:pPr>
            <w:r>
              <w:rPr>
                <w:sz w:val="15"/>
              </w:rPr>
              <w:t>2024</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2F04E7" w14:textId="77777777" w:rsidR="003B3005" w:rsidRDefault="00000000">
            <w:pPr>
              <w:spacing w:line="240" w:lineRule="auto"/>
              <w:jc w:val="center"/>
            </w:pPr>
            <w:r>
              <w:rPr>
                <w:sz w:val="15"/>
              </w:rPr>
              <w:t>463</w:t>
            </w:r>
          </w:p>
        </w:tc>
      </w:tr>
    </w:tbl>
    <w:p w14:paraId="42861372" w14:textId="77777777" w:rsidR="003B3005" w:rsidRDefault="00000000">
      <w:pPr>
        <w:spacing w:line="240" w:lineRule="auto"/>
      </w:pPr>
      <w:r>
        <w:rPr>
          <w:i/>
          <w:sz w:val="16"/>
        </w:rPr>
        <w:t>Note: Population denominators and rates were not available for this age-restricted grouped query; counts are not interpreted as mortality-rate comparisons.</w:t>
      </w:r>
    </w:p>
    <w:p w14:paraId="2CA4C3F9" w14:textId="77777777" w:rsidR="003B3005" w:rsidRDefault="00000000">
      <w:pPr>
        <w:pStyle w:val="Heading2"/>
        <w:spacing w:before="0" w:line="240" w:lineRule="auto"/>
      </w:pPr>
      <w:r>
        <w:rPr>
          <w:rFonts w:ascii="Times New Roman" w:eastAsia="Times New Roman" w:hAnsi="Times New Roman"/>
          <w:sz w:val="24"/>
        </w:rPr>
        <w:t>Supplementary Table S10. State-level pooled mortality, 1999-2020</w:t>
      </w:r>
    </w:p>
    <w:tbl>
      <w:tblPr>
        <w:tblW w:w="5000" w:type="pct"/>
        <w:jc w:val="center"/>
        <w:tblLayout w:type="fixed"/>
        <w:tblLook w:val="04A0" w:firstRow="1" w:lastRow="0" w:firstColumn="1" w:lastColumn="0" w:noHBand="0" w:noVBand="1"/>
      </w:tblPr>
      <w:tblGrid>
        <w:gridCol w:w="1227"/>
        <w:gridCol w:w="1298"/>
        <w:gridCol w:w="1803"/>
        <w:gridCol w:w="1226"/>
        <w:gridCol w:w="2525"/>
        <w:gridCol w:w="1371"/>
      </w:tblGrid>
      <w:tr w:rsidR="003B3005" w14:paraId="4E696864" w14:textId="77777777">
        <w:trPr>
          <w:cantSplit/>
          <w:tblHeader/>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FEECD7" w14:textId="77777777" w:rsidR="003B3005" w:rsidRDefault="00000000">
            <w:pPr>
              <w:spacing w:line="240" w:lineRule="auto"/>
            </w:pPr>
            <w:r>
              <w:rPr>
                <w:b/>
                <w:sz w:val="15"/>
              </w:rPr>
              <w:t>State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D0D597" w14:textId="77777777" w:rsidR="003B3005" w:rsidRDefault="00000000">
            <w:pPr>
              <w:spacing w:line="240" w:lineRule="auto"/>
              <w:jc w:val="center"/>
            </w:pPr>
            <w:r>
              <w:rPr>
                <w:b/>
                <w:sz w:val="15"/>
              </w:rPr>
              <w:t>Deaths</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9EC164" w14:textId="77777777" w:rsidR="003B3005" w:rsidRDefault="00000000">
            <w:pPr>
              <w:spacing w:line="240" w:lineRule="auto"/>
              <w:jc w:val="center"/>
            </w:pPr>
            <w:r>
              <w:rPr>
                <w:b/>
                <w:sz w:val="15"/>
              </w:rPr>
              <w:t>Population</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6E1ABB" w14:textId="77777777" w:rsidR="003B3005" w:rsidRDefault="00000000">
            <w:pPr>
              <w:spacing w:line="240" w:lineRule="auto"/>
              <w:jc w:val="center"/>
            </w:pPr>
            <w:r>
              <w:rPr>
                <w:b/>
                <w:sz w:val="15"/>
              </w:rPr>
              <w:t>AAMR</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044615" w14:textId="77777777" w:rsidR="003B3005" w:rsidRDefault="00000000">
            <w:pPr>
              <w:spacing w:line="240" w:lineRule="auto"/>
              <w:jc w:val="center"/>
            </w:pPr>
            <w:r>
              <w:rPr>
                <w:b/>
                <w:sz w:val="15"/>
              </w:rPr>
              <w:t>95% CI</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017EC7" w14:textId="77777777" w:rsidR="003B3005" w:rsidRDefault="00000000">
            <w:pPr>
              <w:spacing w:line="240" w:lineRule="auto"/>
              <w:jc w:val="center"/>
            </w:pPr>
            <w:r>
              <w:rPr>
                <w:b/>
                <w:sz w:val="15"/>
              </w:rPr>
              <w:t>SE</w:t>
            </w:r>
          </w:p>
        </w:tc>
      </w:tr>
      <w:tr w:rsidR="003B3005" w14:paraId="37D93831"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D6A4D6" w14:textId="77777777" w:rsidR="003B3005" w:rsidRDefault="00000000">
            <w:pPr>
              <w:spacing w:line="240" w:lineRule="auto"/>
            </w:pPr>
            <w:r>
              <w:rPr>
                <w:sz w:val="15"/>
              </w:rPr>
              <w:t>Alabama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7E7DC9" w14:textId="77777777" w:rsidR="003B3005" w:rsidRDefault="00000000">
            <w:pPr>
              <w:spacing w:line="240" w:lineRule="auto"/>
              <w:jc w:val="center"/>
            </w:pPr>
            <w:r>
              <w:rPr>
                <w:sz w:val="15"/>
              </w:rPr>
              <w:t>587</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AC4BE8" w14:textId="77777777" w:rsidR="003B3005" w:rsidRDefault="00000000">
            <w:pPr>
              <w:spacing w:line="240" w:lineRule="auto"/>
              <w:jc w:val="center"/>
            </w:pPr>
            <w:r>
              <w:rPr>
                <w:sz w:val="15"/>
              </w:rPr>
              <w:t>68915349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E8CC7D" w14:textId="77777777" w:rsidR="003B3005" w:rsidRDefault="00000000">
            <w:pPr>
              <w:spacing w:line="240" w:lineRule="auto"/>
              <w:jc w:val="center"/>
            </w:pPr>
            <w:r>
              <w:rPr>
                <w:sz w:val="15"/>
              </w:rPr>
              <w:t>0.8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F99CA5" w14:textId="77777777" w:rsidR="003B3005" w:rsidRDefault="00000000">
            <w:pPr>
              <w:spacing w:line="240" w:lineRule="auto"/>
              <w:jc w:val="center"/>
            </w:pPr>
            <w:r>
              <w:rPr>
                <w:sz w:val="15"/>
              </w:rPr>
              <w:t>0.7 to 0.8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FB397C" w14:textId="77777777" w:rsidR="003B3005" w:rsidRDefault="00000000">
            <w:pPr>
              <w:spacing w:line="240" w:lineRule="auto"/>
              <w:jc w:val="center"/>
            </w:pPr>
            <w:r>
              <w:rPr>
                <w:sz w:val="15"/>
              </w:rPr>
              <w:t>0</w:t>
            </w:r>
          </w:p>
        </w:tc>
      </w:tr>
      <w:tr w:rsidR="003B3005" w14:paraId="36378A64"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4D8A17" w14:textId="77777777" w:rsidR="003B3005" w:rsidRDefault="00000000">
            <w:pPr>
              <w:spacing w:line="240" w:lineRule="auto"/>
            </w:pPr>
            <w:r>
              <w:rPr>
                <w:sz w:val="15"/>
              </w:rPr>
              <w:t>Alaska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B76979" w14:textId="77777777" w:rsidR="003B3005" w:rsidRDefault="00000000">
            <w:pPr>
              <w:spacing w:line="240" w:lineRule="auto"/>
              <w:jc w:val="center"/>
            </w:pPr>
            <w:r>
              <w:rPr>
                <w:sz w:val="15"/>
              </w:rPr>
              <w:t>66</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562DFC" w14:textId="77777777" w:rsidR="003B3005" w:rsidRDefault="00000000">
            <w:pPr>
              <w:spacing w:line="240" w:lineRule="auto"/>
              <w:jc w:val="center"/>
            </w:pPr>
            <w:r>
              <w:rPr>
                <w:sz w:val="15"/>
              </w:rPr>
              <w:t>9623822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2EED18" w14:textId="77777777" w:rsidR="003B3005" w:rsidRDefault="00000000">
            <w:pPr>
              <w:spacing w:line="240" w:lineRule="auto"/>
              <w:jc w:val="center"/>
            </w:pPr>
            <w:r>
              <w:rPr>
                <w:sz w:val="15"/>
              </w:rPr>
              <w:t>0.8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4A95AD" w14:textId="77777777" w:rsidR="003B3005" w:rsidRDefault="00000000">
            <w:pPr>
              <w:spacing w:line="240" w:lineRule="auto"/>
              <w:jc w:val="center"/>
            </w:pPr>
            <w:r>
              <w:rPr>
                <w:sz w:val="15"/>
              </w:rPr>
              <w:t>0.6 to 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5CCD29" w14:textId="77777777" w:rsidR="003B3005" w:rsidRDefault="00000000">
            <w:pPr>
              <w:spacing w:line="240" w:lineRule="auto"/>
              <w:jc w:val="center"/>
            </w:pPr>
            <w:r>
              <w:rPr>
                <w:sz w:val="15"/>
              </w:rPr>
              <w:t>0.1</w:t>
            </w:r>
          </w:p>
        </w:tc>
      </w:tr>
      <w:tr w:rsidR="003B3005" w14:paraId="66AF35AE"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C4F8C5" w14:textId="77777777" w:rsidR="003B3005" w:rsidRDefault="00000000">
            <w:pPr>
              <w:spacing w:line="240" w:lineRule="auto"/>
            </w:pPr>
            <w:r>
              <w:rPr>
                <w:sz w:val="15"/>
              </w:rPr>
              <w:t>Arizona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885A43" w14:textId="77777777" w:rsidR="003B3005" w:rsidRDefault="00000000">
            <w:pPr>
              <w:spacing w:line="240" w:lineRule="auto"/>
              <w:jc w:val="center"/>
            </w:pPr>
            <w:r>
              <w:rPr>
                <w:sz w:val="15"/>
              </w:rPr>
              <w:t>765</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FB74C2" w14:textId="77777777" w:rsidR="003B3005" w:rsidRDefault="00000000">
            <w:pPr>
              <w:spacing w:line="240" w:lineRule="auto"/>
              <w:jc w:val="center"/>
            </w:pPr>
            <w:r>
              <w:rPr>
                <w:sz w:val="15"/>
              </w:rPr>
              <w:t>90089006</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BB2E11" w14:textId="77777777" w:rsidR="003B3005" w:rsidRDefault="00000000">
            <w:pPr>
              <w:spacing w:line="240" w:lineRule="auto"/>
              <w:jc w:val="center"/>
            </w:pPr>
            <w:r>
              <w:rPr>
                <w:sz w:val="15"/>
              </w:rPr>
              <w:t>0.8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E2F1C1" w14:textId="77777777" w:rsidR="003B3005" w:rsidRDefault="00000000">
            <w:pPr>
              <w:spacing w:line="240" w:lineRule="auto"/>
              <w:jc w:val="center"/>
            </w:pPr>
            <w:r>
              <w:rPr>
                <w:sz w:val="15"/>
              </w:rPr>
              <w:t>0.7 to 0.9</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616011" w14:textId="77777777" w:rsidR="003B3005" w:rsidRDefault="00000000">
            <w:pPr>
              <w:spacing w:line="240" w:lineRule="auto"/>
              <w:jc w:val="center"/>
            </w:pPr>
            <w:r>
              <w:rPr>
                <w:sz w:val="15"/>
              </w:rPr>
              <w:t>0</w:t>
            </w:r>
          </w:p>
        </w:tc>
      </w:tr>
      <w:tr w:rsidR="003B3005" w14:paraId="1792E68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AB3551" w14:textId="77777777" w:rsidR="003B3005" w:rsidRDefault="00000000">
            <w:pPr>
              <w:spacing w:line="240" w:lineRule="auto"/>
            </w:pPr>
            <w:r>
              <w:rPr>
                <w:sz w:val="15"/>
              </w:rPr>
              <w:t>Arkansas</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294DDA" w14:textId="77777777" w:rsidR="003B3005" w:rsidRDefault="00000000">
            <w:pPr>
              <w:spacing w:line="240" w:lineRule="auto"/>
              <w:jc w:val="center"/>
            </w:pPr>
            <w:r>
              <w:rPr>
                <w:sz w:val="15"/>
              </w:rPr>
              <w:t>448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9C6D79" w14:textId="77777777" w:rsidR="003B3005" w:rsidRDefault="00000000">
            <w:pPr>
              <w:spacing w:line="240" w:lineRule="auto"/>
              <w:jc w:val="center"/>
            </w:pPr>
            <w:r>
              <w:rPr>
                <w:sz w:val="15"/>
              </w:rPr>
              <w:t>41711420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20AD85" w14:textId="77777777" w:rsidR="003B3005" w:rsidRDefault="00000000">
            <w:pPr>
              <w:spacing w:line="240" w:lineRule="auto"/>
              <w:jc w:val="center"/>
            </w:pPr>
            <w:r>
              <w:rPr>
                <w:sz w:val="15"/>
              </w:rPr>
              <w:t>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ADBD1B" w14:textId="77777777" w:rsidR="003B3005" w:rsidRDefault="00000000">
            <w:pPr>
              <w:spacing w:line="240" w:lineRule="auto"/>
              <w:jc w:val="center"/>
            </w:pPr>
            <w:r>
              <w:rPr>
                <w:sz w:val="15"/>
              </w:rPr>
              <w:t>0.9 to 1.1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3C7CF7" w14:textId="77777777" w:rsidR="003B3005" w:rsidRDefault="00000000">
            <w:pPr>
              <w:spacing w:line="240" w:lineRule="auto"/>
              <w:jc w:val="center"/>
            </w:pPr>
            <w:r>
              <w:rPr>
                <w:sz w:val="15"/>
              </w:rPr>
              <w:t>0</w:t>
            </w:r>
          </w:p>
        </w:tc>
      </w:tr>
      <w:tr w:rsidR="003B3005" w14:paraId="448EB289"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A17D03" w14:textId="77777777" w:rsidR="003B3005" w:rsidRDefault="00000000">
            <w:pPr>
              <w:spacing w:line="240" w:lineRule="auto"/>
            </w:pPr>
            <w:r>
              <w:rPr>
                <w:sz w:val="15"/>
              </w:rPr>
              <w:t>California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45C4FD" w14:textId="77777777" w:rsidR="003B3005" w:rsidRDefault="00000000">
            <w:pPr>
              <w:spacing w:line="240" w:lineRule="auto"/>
              <w:jc w:val="center"/>
            </w:pPr>
            <w:r>
              <w:rPr>
                <w:sz w:val="15"/>
              </w:rPr>
              <w:t>5675</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A30323" w14:textId="77777777" w:rsidR="003B3005" w:rsidRDefault="00000000">
            <w:pPr>
              <w:spacing w:line="240" w:lineRule="auto"/>
              <w:jc w:val="center"/>
            </w:pPr>
            <w:r>
              <w:rPr>
                <w:sz w:val="15"/>
              </w:rPr>
              <w:t>530625638</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BC3EC4" w14:textId="77777777" w:rsidR="003B3005" w:rsidRDefault="00000000">
            <w:pPr>
              <w:spacing w:line="240" w:lineRule="auto"/>
              <w:jc w:val="center"/>
            </w:pPr>
            <w:r>
              <w:rPr>
                <w:sz w:val="15"/>
              </w:rPr>
              <w:t>1.1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C0B201" w14:textId="77777777" w:rsidR="003B3005" w:rsidRDefault="00000000">
            <w:pPr>
              <w:spacing w:line="240" w:lineRule="auto"/>
              <w:jc w:val="center"/>
            </w:pPr>
            <w:r>
              <w:rPr>
                <w:sz w:val="15"/>
              </w:rPr>
              <w:t>1 to 1.1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79B12B" w14:textId="77777777" w:rsidR="003B3005" w:rsidRDefault="00000000">
            <w:pPr>
              <w:spacing w:line="240" w:lineRule="auto"/>
              <w:jc w:val="center"/>
            </w:pPr>
            <w:r>
              <w:rPr>
                <w:sz w:val="15"/>
              </w:rPr>
              <w:t>0</w:t>
            </w:r>
          </w:p>
        </w:tc>
      </w:tr>
      <w:tr w:rsidR="003B3005" w14:paraId="24FE2A54"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640B89" w14:textId="77777777" w:rsidR="003B3005" w:rsidRDefault="00000000">
            <w:pPr>
              <w:spacing w:line="240" w:lineRule="auto"/>
            </w:pPr>
            <w:r>
              <w:rPr>
                <w:sz w:val="15"/>
              </w:rPr>
              <w:t>Colorado</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1B5179" w14:textId="77777777" w:rsidR="003B3005" w:rsidRDefault="00000000">
            <w:pPr>
              <w:spacing w:line="240" w:lineRule="auto"/>
              <w:jc w:val="center"/>
            </w:pPr>
            <w:r>
              <w:rPr>
                <w:sz w:val="15"/>
              </w:rPr>
              <w:t>730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116C78" w14:textId="77777777" w:rsidR="003B3005" w:rsidRDefault="00000000">
            <w:pPr>
              <w:spacing w:line="240" w:lineRule="auto"/>
              <w:jc w:val="center"/>
            </w:pPr>
            <w:r>
              <w:rPr>
                <w:sz w:val="15"/>
              </w:rPr>
              <w:t>73189174</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7B0571" w14:textId="77777777" w:rsidR="003B3005" w:rsidRDefault="00000000">
            <w:pPr>
              <w:spacing w:line="240" w:lineRule="auto"/>
              <w:jc w:val="center"/>
            </w:pPr>
            <w:r>
              <w:rPr>
                <w:sz w:val="15"/>
              </w:rPr>
              <w:t>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8CB5B1" w14:textId="77777777" w:rsidR="003B3005" w:rsidRDefault="00000000">
            <w:pPr>
              <w:spacing w:line="240" w:lineRule="auto"/>
              <w:jc w:val="center"/>
            </w:pPr>
            <w:r>
              <w:rPr>
                <w:sz w:val="15"/>
              </w:rPr>
              <w:t>0.9 to 1.1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230185" w14:textId="77777777" w:rsidR="003B3005" w:rsidRDefault="00000000">
            <w:pPr>
              <w:spacing w:line="240" w:lineRule="auto"/>
              <w:jc w:val="center"/>
            </w:pPr>
            <w:r>
              <w:rPr>
                <w:sz w:val="15"/>
              </w:rPr>
              <w:t>0</w:t>
            </w:r>
          </w:p>
        </w:tc>
      </w:tr>
      <w:tr w:rsidR="003B3005" w14:paraId="077A2D63"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AA9848" w14:textId="77777777" w:rsidR="003B3005" w:rsidRDefault="00000000">
            <w:pPr>
              <w:spacing w:line="240" w:lineRule="auto"/>
            </w:pPr>
            <w:r>
              <w:rPr>
                <w:sz w:val="15"/>
              </w:rPr>
              <w:t>Connecticut</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A0CBBD" w14:textId="77777777" w:rsidR="003B3005" w:rsidRDefault="00000000">
            <w:pPr>
              <w:spacing w:line="240" w:lineRule="auto"/>
              <w:jc w:val="center"/>
            </w:pPr>
            <w:r>
              <w:rPr>
                <w:sz w:val="15"/>
              </w:rPr>
              <w:t>310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B4D35E" w14:textId="77777777" w:rsidR="003B3005" w:rsidRDefault="00000000">
            <w:pPr>
              <w:spacing w:line="240" w:lineRule="auto"/>
              <w:jc w:val="center"/>
            </w:pPr>
            <w:r>
              <w:rPr>
                <w:sz w:val="15"/>
              </w:rPr>
              <w:t>53012824</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1DC8D0" w14:textId="77777777" w:rsidR="003B3005" w:rsidRDefault="00000000">
            <w:pPr>
              <w:spacing w:line="240" w:lineRule="auto"/>
              <w:jc w:val="center"/>
            </w:pPr>
            <w:r>
              <w:rPr>
                <w:sz w:val="15"/>
              </w:rPr>
              <w:t>0.5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ADC395" w14:textId="77777777" w:rsidR="003B3005" w:rsidRDefault="00000000">
            <w:pPr>
              <w:spacing w:line="240" w:lineRule="auto"/>
              <w:jc w:val="center"/>
            </w:pPr>
            <w:r>
              <w:rPr>
                <w:sz w:val="15"/>
              </w:rPr>
              <w:t>0.5 to 0.6</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34F3D0" w14:textId="77777777" w:rsidR="003B3005" w:rsidRDefault="00000000">
            <w:pPr>
              <w:spacing w:line="240" w:lineRule="auto"/>
              <w:jc w:val="center"/>
            </w:pPr>
            <w:r>
              <w:rPr>
                <w:sz w:val="15"/>
              </w:rPr>
              <w:t>0</w:t>
            </w:r>
          </w:p>
        </w:tc>
      </w:tr>
      <w:tr w:rsidR="003B3005" w14:paraId="0A536C1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2BD2A1" w14:textId="77777777" w:rsidR="003B3005" w:rsidRDefault="00000000">
            <w:pPr>
              <w:spacing w:line="240" w:lineRule="auto"/>
            </w:pPr>
            <w:r>
              <w:rPr>
                <w:sz w:val="15"/>
              </w:rPr>
              <w:t>Delaware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3C5603" w14:textId="77777777" w:rsidR="003B3005" w:rsidRDefault="00000000">
            <w:pPr>
              <w:spacing w:line="240" w:lineRule="auto"/>
              <w:jc w:val="center"/>
            </w:pPr>
            <w:r>
              <w:rPr>
                <w:sz w:val="15"/>
              </w:rPr>
              <w:t>115</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BC7DBD" w14:textId="77777777" w:rsidR="003B3005" w:rsidRDefault="00000000">
            <w:pPr>
              <w:spacing w:line="240" w:lineRule="auto"/>
              <w:jc w:val="center"/>
            </w:pPr>
            <w:r>
              <w:rPr>
                <w:sz w:val="15"/>
              </w:rPr>
              <w:t>13210778</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30B4E5" w14:textId="77777777" w:rsidR="003B3005" w:rsidRDefault="00000000">
            <w:pPr>
              <w:spacing w:line="240" w:lineRule="auto"/>
              <w:jc w:val="center"/>
            </w:pPr>
            <w:r>
              <w:rPr>
                <w:sz w:val="15"/>
              </w:rPr>
              <w:t>0.8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988AFD" w14:textId="77777777" w:rsidR="003B3005" w:rsidRDefault="00000000">
            <w:pPr>
              <w:spacing w:line="240" w:lineRule="auto"/>
              <w:jc w:val="center"/>
            </w:pPr>
            <w:r>
              <w:rPr>
                <w:sz w:val="15"/>
              </w:rPr>
              <w:t>0.6 to 0.9</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18BE91" w14:textId="77777777" w:rsidR="003B3005" w:rsidRDefault="00000000">
            <w:pPr>
              <w:spacing w:line="240" w:lineRule="auto"/>
              <w:jc w:val="center"/>
            </w:pPr>
            <w:r>
              <w:rPr>
                <w:sz w:val="15"/>
              </w:rPr>
              <w:t>0.1</w:t>
            </w:r>
          </w:p>
        </w:tc>
      </w:tr>
      <w:tr w:rsidR="003B3005" w14:paraId="142FA728"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655BCF" w14:textId="77777777" w:rsidR="003B3005" w:rsidRDefault="00000000">
            <w:pPr>
              <w:spacing w:line="240" w:lineRule="auto"/>
            </w:pPr>
            <w:r>
              <w:rPr>
                <w:sz w:val="15"/>
              </w:rPr>
              <w:t>District of Columbia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7FF54B" w14:textId="77777777" w:rsidR="003B3005" w:rsidRDefault="00000000">
            <w:pPr>
              <w:spacing w:line="240" w:lineRule="auto"/>
              <w:jc w:val="center"/>
            </w:pPr>
            <w:r>
              <w:rPr>
                <w:sz w:val="15"/>
              </w:rPr>
              <w:t>110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F23EBF" w14:textId="77777777" w:rsidR="003B3005" w:rsidRDefault="00000000">
            <w:pPr>
              <w:spacing w:line="240" w:lineRule="auto"/>
              <w:jc w:val="center"/>
            </w:pPr>
            <w:r>
              <w:rPr>
                <w:sz w:val="15"/>
              </w:rPr>
              <w:t>9448827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5E1302" w14:textId="77777777" w:rsidR="003B3005" w:rsidRDefault="00000000">
            <w:pPr>
              <w:spacing w:line="240" w:lineRule="auto"/>
              <w:jc w:val="center"/>
            </w:pPr>
            <w:r>
              <w:rPr>
                <w:sz w:val="15"/>
              </w:rPr>
              <w:t>1.3</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0C03AC" w14:textId="77777777" w:rsidR="003B3005" w:rsidRDefault="00000000">
            <w:pPr>
              <w:spacing w:line="240" w:lineRule="auto"/>
              <w:jc w:val="center"/>
            </w:pPr>
            <w:r>
              <w:rPr>
                <w:sz w:val="15"/>
              </w:rPr>
              <w:t>1 to 1.5</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F5D66C" w14:textId="77777777" w:rsidR="003B3005" w:rsidRDefault="00000000">
            <w:pPr>
              <w:spacing w:line="240" w:lineRule="auto"/>
              <w:jc w:val="center"/>
            </w:pPr>
            <w:r>
              <w:rPr>
                <w:sz w:val="15"/>
              </w:rPr>
              <w:t>0.1</w:t>
            </w:r>
          </w:p>
        </w:tc>
      </w:tr>
      <w:tr w:rsidR="003B3005" w14:paraId="6138D76F"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2C6CAC" w14:textId="77777777" w:rsidR="003B3005" w:rsidRDefault="00000000">
            <w:pPr>
              <w:spacing w:line="240" w:lineRule="auto"/>
            </w:pPr>
            <w:r>
              <w:rPr>
                <w:sz w:val="15"/>
              </w:rPr>
              <w:t>Florida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51AC5E" w14:textId="77777777" w:rsidR="003B3005" w:rsidRDefault="00000000">
            <w:pPr>
              <w:spacing w:line="240" w:lineRule="auto"/>
              <w:jc w:val="center"/>
            </w:pPr>
            <w:r>
              <w:rPr>
                <w:sz w:val="15"/>
              </w:rPr>
              <w:t>2000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4E8099" w14:textId="77777777" w:rsidR="003B3005" w:rsidRDefault="00000000">
            <w:pPr>
              <w:spacing w:line="240" w:lineRule="auto"/>
              <w:jc w:val="center"/>
            </w:pPr>
            <w:r>
              <w:rPr>
                <w:sz w:val="15"/>
              </w:rPr>
              <w:t>289701852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A82E06" w14:textId="77777777" w:rsidR="003B3005" w:rsidRDefault="00000000">
            <w:pPr>
              <w:spacing w:line="240" w:lineRule="auto"/>
              <w:jc w:val="center"/>
            </w:pPr>
            <w:r>
              <w:rPr>
                <w:sz w:val="15"/>
              </w:rPr>
              <w:t>0.6</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FA57BF" w14:textId="77777777" w:rsidR="003B3005" w:rsidRDefault="00000000">
            <w:pPr>
              <w:spacing w:line="240" w:lineRule="auto"/>
              <w:jc w:val="center"/>
            </w:pPr>
            <w:r>
              <w:rPr>
                <w:sz w:val="15"/>
              </w:rPr>
              <w:t>0.6 to 0.6</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0523BC" w14:textId="77777777" w:rsidR="003B3005" w:rsidRDefault="00000000">
            <w:pPr>
              <w:spacing w:line="240" w:lineRule="auto"/>
              <w:jc w:val="center"/>
            </w:pPr>
            <w:r>
              <w:rPr>
                <w:sz w:val="15"/>
              </w:rPr>
              <w:t>0</w:t>
            </w:r>
          </w:p>
        </w:tc>
      </w:tr>
      <w:tr w:rsidR="003B3005" w14:paraId="6CF39649"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ADABFE" w14:textId="77777777" w:rsidR="003B3005" w:rsidRDefault="00000000">
            <w:pPr>
              <w:spacing w:line="240" w:lineRule="auto"/>
            </w:pPr>
            <w:r>
              <w:rPr>
                <w:sz w:val="15"/>
              </w:rPr>
              <w:t>Georgia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AC13FB" w14:textId="77777777" w:rsidR="003B3005" w:rsidRDefault="00000000">
            <w:pPr>
              <w:spacing w:line="240" w:lineRule="auto"/>
              <w:jc w:val="center"/>
            </w:pPr>
            <w:r>
              <w:rPr>
                <w:sz w:val="15"/>
              </w:rPr>
              <w:t>1012</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873C75" w14:textId="77777777" w:rsidR="003B3005" w:rsidRDefault="00000000">
            <w:pPr>
              <w:spacing w:line="240" w:lineRule="auto"/>
              <w:jc w:val="center"/>
            </w:pPr>
            <w:r>
              <w:rPr>
                <w:sz w:val="15"/>
              </w:rPr>
              <w:t>135415629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2717CA" w14:textId="77777777" w:rsidR="003B3005" w:rsidRDefault="00000000">
            <w:pPr>
              <w:spacing w:line="240" w:lineRule="auto"/>
              <w:jc w:val="center"/>
            </w:pPr>
            <w:r>
              <w:rPr>
                <w:sz w:val="15"/>
              </w:rPr>
              <w:t>0.7</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C87E91" w14:textId="77777777" w:rsidR="003B3005" w:rsidRDefault="00000000">
            <w:pPr>
              <w:spacing w:line="240" w:lineRule="auto"/>
              <w:jc w:val="center"/>
            </w:pPr>
            <w:r>
              <w:rPr>
                <w:sz w:val="15"/>
              </w:rPr>
              <w:t>0.7 to 0.8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AC66E1" w14:textId="77777777" w:rsidR="003B3005" w:rsidRDefault="00000000">
            <w:pPr>
              <w:spacing w:line="240" w:lineRule="auto"/>
              <w:jc w:val="center"/>
            </w:pPr>
            <w:r>
              <w:rPr>
                <w:sz w:val="15"/>
              </w:rPr>
              <w:t>0</w:t>
            </w:r>
          </w:p>
        </w:tc>
      </w:tr>
      <w:tr w:rsidR="003B3005" w14:paraId="1A932E16"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D95279" w14:textId="77777777" w:rsidR="003B3005" w:rsidRDefault="00000000">
            <w:pPr>
              <w:spacing w:line="240" w:lineRule="auto"/>
            </w:pPr>
            <w:r>
              <w:rPr>
                <w:sz w:val="15"/>
              </w:rPr>
              <w:t>Hawaii</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3DD1A2" w14:textId="77777777" w:rsidR="003B3005" w:rsidRDefault="00000000">
            <w:pPr>
              <w:spacing w:line="240" w:lineRule="auto"/>
              <w:jc w:val="center"/>
            </w:pPr>
            <w:r>
              <w:rPr>
                <w:sz w:val="15"/>
              </w:rPr>
              <w:t>139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A02059" w14:textId="77777777" w:rsidR="003B3005" w:rsidRDefault="00000000">
            <w:pPr>
              <w:spacing w:line="240" w:lineRule="auto"/>
              <w:jc w:val="center"/>
            </w:pPr>
            <w:r>
              <w:rPr>
                <w:sz w:val="15"/>
              </w:rPr>
              <w:t>20066183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05D0C4" w14:textId="77777777" w:rsidR="003B3005" w:rsidRDefault="00000000">
            <w:pPr>
              <w:spacing w:line="240" w:lineRule="auto"/>
              <w:jc w:val="center"/>
            </w:pPr>
            <w:r>
              <w:rPr>
                <w:sz w:val="15"/>
              </w:rPr>
              <w:t>0.6</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26F8A0" w14:textId="77777777" w:rsidR="003B3005" w:rsidRDefault="00000000">
            <w:pPr>
              <w:spacing w:line="240" w:lineRule="auto"/>
              <w:jc w:val="center"/>
            </w:pPr>
            <w:r>
              <w:rPr>
                <w:sz w:val="15"/>
              </w:rPr>
              <w:t>0.5 to 0.7</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1CCA8B" w14:textId="77777777" w:rsidR="003B3005" w:rsidRDefault="00000000">
            <w:pPr>
              <w:spacing w:line="240" w:lineRule="auto"/>
              <w:jc w:val="center"/>
            </w:pPr>
            <w:r>
              <w:rPr>
                <w:sz w:val="15"/>
              </w:rPr>
              <w:t>0.1</w:t>
            </w:r>
          </w:p>
        </w:tc>
      </w:tr>
      <w:tr w:rsidR="003B3005" w14:paraId="425A38EF"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5BB193" w14:textId="77777777" w:rsidR="003B3005" w:rsidRDefault="00000000">
            <w:pPr>
              <w:spacing w:line="240" w:lineRule="auto"/>
            </w:pPr>
            <w:r>
              <w:rPr>
                <w:sz w:val="15"/>
              </w:rPr>
              <w:t>Idaho</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B814FE" w14:textId="77777777" w:rsidR="003B3005" w:rsidRDefault="00000000">
            <w:pPr>
              <w:spacing w:line="240" w:lineRule="auto"/>
              <w:jc w:val="center"/>
            </w:pPr>
            <w:r>
              <w:rPr>
                <w:sz w:val="15"/>
              </w:rPr>
              <w:t>237</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0A1DC7" w14:textId="77777777" w:rsidR="003B3005" w:rsidRDefault="00000000">
            <w:pPr>
              <w:spacing w:line="240" w:lineRule="auto"/>
              <w:jc w:val="center"/>
            </w:pPr>
            <w:r>
              <w:rPr>
                <w:sz w:val="15"/>
              </w:rPr>
              <w:t>21392071</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253C67" w14:textId="77777777" w:rsidR="003B3005" w:rsidRDefault="00000000">
            <w:pPr>
              <w:spacing w:line="240" w:lineRule="auto"/>
              <w:jc w:val="center"/>
            </w:pPr>
            <w:r>
              <w:rPr>
                <w:sz w:val="15"/>
              </w:rPr>
              <w:t>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8AFE7B" w14:textId="77777777" w:rsidR="003B3005" w:rsidRDefault="00000000">
            <w:pPr>
              <w:spacing w:line="240" w:lineRule="auto"/>
              <w:jc w:val="center"/>
            </w:pPr>
            <w:r>
              <w:rPr>
                <w:sz w:val="15"/>
              </w:rPr>
              <w:t>0.9 to 1.2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517DF7" w14:textId="77777777" w:rsidR="003B3005" w:rsidRDefault="00000000">
            <w:pPr>
              <w:spacing w:line="240" w:lineRule="auto"/>
              <w:jc w:val="center"/>
            </w:pPr>
            <w:r>
              <w:rPr>
                <w:sz w:val="15"/>
              </w:rPr>
              <w:t>0.1</w:t>
            </w:r>
          </w:p>
        </w:tc>
      </w:tr>
      <w:tr w:rsidR="003B3005" w14:paraId="74FA156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46F840" w14:textId="77777777" w:rsidR="003B3005" w:rsidRDefault="00000000">
            <w:pPr>
              <w:spacing w:line="240" w:lineRule="auto"/>
            </w:pPr>
            <w:r>
              <w:rPr>
                <w:sz w:val="15"/>
              </w:rPr>
              <w:t>Illinois</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AE7768" w14:textId="77777777" w:rsidR="003B3005" w:rsidRDefault="00000000">
            <w:pPr>
              <w:spacing w:line="240" w:lineRule="auto"/>
              <w:jc w:val="center"/>
            </w:pPr>
            <w:r>
              <w:rPr>
                <w:sz w:val="15"/>
              </w:rPr>
              <w:t>1451</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27A78C" w14:textId="77777777" w:rsidR="003B3005" w:rsidRDefault="00000000">
            <w:pPr>
              <w:spacing w:line="240" w:lineRule="auto"/>
              <w:jc w:val="center"/>
            </w:pPr>
            <w:r>
              <w:rPr>
                <w:sz w:val="15"/>
              </w:rPr>
              <w:t>184489320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538CBD" w14:textId="77777777" w:rsidR="003B3005" w:rsidRDefault="00000000">
            <w:pPr>
              <w:spacing w:line="240" w:lineRule="auto"/>
              <w:jc w:val="center"/>
            </w:pPr>
            <w:r>
              <w:rPr>
                <w:sz w:val="15"/>
              </w:rPr>
              <w:t>0.7</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4AF133" w14:textId="77777777" w:rsidR="003B3005" w:rsidRDefault="00000000">
            <w:pPr>
              <w:spacing w:line="240" w:lineRule="auto"/>
              <w:jc w:val="center"/>
            </w:pPr>
            <w:r>
              <w:rPr>
                <w:sz w:val="15"/>
              </w:rPr>
              <w:t>0.7 to 0.8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13F065" w14:textId="77777777" w:rsidR="003B3005" w:rsidRDefault="00000000">
            <w:pPr>
              <w:spacing w:line="240" w:lineRule="auto"/>
              <w:jc w:val="center"/>
            </w:pPr>
            <w:r>
              <w:rPr>
                <w:sz w:val="15"/>
              </w:rPr>
              <w:t>0</w:t>
            </w:r>
          </w:p>
        </w:tc>
      </w:tr>
      <w:tr w:rsidR="003B3005" w14:paraId="5D661002"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12F70B" w14:textId="77777777" w:rsidR="003B3005" w:rsidRDefault="00000000">
            <w:pPr>
              <w:spacing w:line="240" w:lineRule="auto"/>
            </w:pPr>
            <w:r>
              <w:rPr>
                <w:sz w:val="15"/>
              </w:rPr>
              <w:t>Indiana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9C26E8" w14:textId="77777777" w:rsidR="003B3005" w:rsidRDefault="00000000">
            <w:pPr>
              <w:spacing w:line="240" w:lineRule="auto"/>
              <w:jc w:val="center"/>
            </w:pPr>
            <w:r>
              <w:rPr>
                <w:sz w:val="15"/>
              </w:rPr>
              <w:t>1140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8D57D1" w14:textId="77777777" w:rsidR="003B3005" w:rsidRDefault="00000000">
            <w:pPr>
              <w:spacing w:line="240" w:lineRule="auto"/>
              <w:jc w:val="center"/>
            </w:pPr>
            <w:r>
              <w:rPr>
                <w:sz w:val="15"/>
              </w:rPr>
              <w:t>92386904</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6EB5FB" w14:textId="77777777" w:rsidR="003B3005" w:rsidRDefault="00000000">
            <w:pPr>
              <w:spacing w:line="240" w:lineRule="auto"/>
              <w:jc w:val="center"/>
            </w:pPr>
            <w:r>
              <w:rPr>
                <w:sz w:val="15"/>
              </w:rPr>
              <w:t>1.1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483BD8" w14:textId="77777777" w:rsidR="003B3005" w:rsidRDefault="00000000">
            <w:pPr>
              <w:spacing w:line="240" w:lineRule="auto"/>
              <w:jc w:val="center"/>
            </w:pPr>
            <w:r>
              <w:rPr>
                <w:sz w:val="15"/>
              </w:rPr>
              <w:t>1 to 1.2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2CA942" w14:textId="77777777" w:rsidR="003B3005" w:rsidRDefault="00000000">
            <w:pPr>
              <w:spacing w:line="240" w:lineRule="auto"/>
              <w:jc w:val="center"/>
            </w:pPr>
            <w:r>
              <w:rPr>
                <w:sz w:val="15"/>
              </w:rPr>
              <w:t>0</w:t>
            </w:r>
          </w:p>
        </w:tc>
      </w:tr>
      <w:tr w:rsidR="003B3005" w14:paraId="0FA1F84A"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80FE0F" w14:textId="77777777" w:rsidR="003B3005" w:rsidRDefault="00000000">
            <w:pPr>
              <w:spacing w:line="240" w:lineRule="auto"/>
            </w:pPr>
            <w:r>
              <w:rPr>
                <w:sz w:val="15"/>
              </w:rPr>
              <w:t>Iowa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9F5D6B" w14:textId="77777777" w:rsidR="003B3005" w:rsidRDefault="00000000">
            <w:pPr>
              <w:spacing w:line="240" w:lineRule="auto"/>
              <w:jc w:val="center"/>
            </w:pPr>
            <w:r>
              <w:rPr>
                <w:sz w:val="15"/>
              </w:rPr>
              <w:t>510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CF8ECA" w14:textId="77777777" w:rsidR="003B3005" w:rsidRDefault="00000000">
            <w:pPr>
              <w:spacing w:line="240" w:lineRule="auto"/>
              <w:jc w:val="center"/>
            </w:pPr>
            <w:r>
              <w:rPr>
                <w:sz w:val="15"/>
              </w:rPr>
              <w:t>44030204</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A5A8B6" w14:textId="77777777" w:rsidR="003B3005" w:rsidRDefault="00000000">
            <w:pPr>
              <w:spacing w:line="240" w:lineRule="auto"/>
              <w:jc w:val="center"/>
            </w:pPr>
            <w:r>
              <w:rPr>
                <w:sz w:val="15"/>
              </w:rPr>
              <w:t>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4629FB" w14:textId="77777777" w:rsidR="003B3005" w:rsidRDefault="00000000">
            <w:pPr>
              <w:spacing w:line="240" w:lineRule="auto"/>
              <w:jc w:val="center"/>
            </w:pPr>
            <w:r>
              <w:rPr>
                <w:sz w:val="15"/>
              </w:rPr>
              <w:t>0.9 to 1.1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C5502F" w14:textId="77777777" w:rsidR="003B3005" w:rsidRDefault="00000000">
            <w:pPr>
              <w:spacing w:line="240" w:lineRule="auto"/>
              <w:jc w:val="center"/>
            </w:pPr>
            <w:r>
              <w:rPr>
                <w:sz w:val="15"/>
              </w:rPr>
              <w:t>0</w:t>
            </w:r>
          </w:p>
        </w:tc>
      </w:tr>
      <w:tr w:rsidR="003B3005" w14:paraId="3D8EE024"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BEE0DC" w14:textId="77777777" w:rsidR="003B3005" w:rsidRDefault="00000000">
            <w:pPr>
              <w:spacing w:line="240" w:lineRule="auto"/>
            </w:pPr>
            <w:r>
              <w:rPr>
                <w:sz w:val="15"/>
              </w:rPr>
              <w:t>Kansas</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C537AE" w14:textId="77777777" w:rsidR="003B3005" w:rsidRDefault="00000000">
            <w:pPr>
              <w:spacing w:line="240" w:lineRule="auto"/>
              <w:jc w:val="center"/>
            </w:pPr>
            <w:r>
              <w:rPr>
                <w:sz w:val="15"/>
              </w:rPr>
              <w:t>363</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F5ED4C" w14:textId="77777777" w:rsidR="003B3005" w:rsidRDefault="00000000">
            <w:pPr>
              <w:spacing w:line="240" w:lineRule="auto"/>
              <w:jc w:val="center"/>
            </w:pPr>
            <w:r>
              <w:rPr>
                <w:sz w:val="15"/>
              </w:rPr>
              <w:t>39931570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9D4358" w14:textId="77777777" w:rsidR="003B3005" w:rsidRDefault="00000000">
            <w:pPr>
              <w:spacing w:line="240" w:lineRule="auto"/>
              <w:jc w:val="center"/>
            </w:pPr>
            <w:r>
              <w:rPr>
                <w:sz w:val="15"/>
              </w:rPr>
              <w:t>0.9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2D4C6D" w14:textId="77777777" w:rsidR="003B3005" w:rsidRDefault="00000000">
            <w:pPr>
              <w:spacing w:line="240" w:lineRule="auto"/>
              <w:jc w:val="center"/>
            </w:pPr>
            <w:r>
              <w:rPr>
                <w:sz w:val="15"/>
              </w:rPr>
              <w:t>0.8 to 0.9</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D9DA0D" w14:textId="77777777" w:rsidR="003B3005" w:rsidRDefault="00000000">
            <w:pPr>
              <w:spacing w:line="240" w:lineRule="auto"/>
              <w:jc w:val="center"/>
            </w:pPr>
            <w:r>
              <w:rPr>
                <w:sz w:val="15"/>
              </w:rPr>
              <w:t>0</w:t>
            </w:r>
          </w:p>
        </w:tc>
      </w:tr>
      <w:tr w:rsidR="003B3005" w14:paraId="545D4BF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39A07E" w14:textId="77777777" w:rsidR="003B3005" w:rsidRDefault="00000000">
            <w:pPr>
              <w:spacing w:line="240" w:lineRule="auto"/>
            </w:pPr>
            <w:r>
              <w:rPr>
                <w:sz w:val="15"/>
              </w:rPr>
              <w:t>Kentucky</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CECC54" w14:textId="77777777" w:rsidR="003B3005" w:rsidRDefault="00000000">
            <w:pPr>
              <w:spacing w:line="240" w:lineRule="auto"/>
              <w:jc w:val="center"/>
            </w:pPr>
            <w:r>
              <w:rPr>
                <w:sz w:val="15"/>
              </w:rPr>
              <w:t>800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818218" w14:textId="77777777" w:rsidR="003B3005" w:rsidRDefault="00000000">
            <w:pPr>
              <w:spacing w:line="240" w:lineRule="auto"/>
              <w:jc w:val="center"/>
            </w:pPr>
            <w:r>
              <w:rPr>
                <w:sz w:val="15"/>
              </w:rPr>
              <w:t>63061451</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688274" w14:textId="77777777" w:rsidR="003B3005" w:rsidRDefault="00000000">
            <w:pPr>
              <w:spacing w:line="240" w:lineRule="auto"/>
              <w:jc w:val="center"/>
            </w:pPr>
            <w:r>
              <w:rPr>
                <w:sz w:val="15"/>
              </w:rPr>
              <w:t>1.2</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61444E" w14:textId="77777777" w:rsidR="003B3005" w:rsidRDefault="00000000">
            <w:pPr>
              <w:spacing w:line="240" w:lineRule="auto"/>
              <w:jc w:val="center"/>
            </w:pPr>
            <w:r>
              <w:rPr>
                <w:sz w:val="15"/>
              </w:rPr>
              <w:t>1.1 to 1.3</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86259A" w14:textId="77777777" w:rsidR="003B3005" w:rsidRDefault="00000000">
            <w:pPr>
              <w:spacing w:line="240" w:lineRule="auto"/>
              <w:jc w:val="center"/>
            </w:pPr>
            <w:r>
              <w:rPr>
                <w:sz w:val="15"/>
              </w:rPr>
              <w:t>0</w:t>
            </w:r>
          </w:p>
        </w:tc>
      </w:tr>
      <w:tr w:rsidR="003B3005" w14:paraId="51A5BA3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372738" w14:textId="77777777" w:rsidR="003B3005" w:rsidRDefault="00000000">
            <w:pPr>
              <w:spacing w:line="240" w:lineRule="auto"/>
            </w:pPr>
            <w:r>
              <w:rPr>
                <w:sz w:val="15"/>
              </w:rPr>
              <w:t>Louisiana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E8563A" w14:textId="77777777" w:rsidR="003B3005" w:rsidRDefault="00000000">
            <w:pPr>
              <w:spacing w:line="240" w:lineRule="auto"/>
              <w:jc w:val="center"/>
            </w:pPr>
            <w:r>
              <w:rPr>
                <w:sz w:val="15"/>
              </w:rPr>
              <w:t>558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40C276" w14:textId="77777777" w:rsidR="003B3005" w:rsidRDefault="00000000">
            <w:pPr>
              <w:spacing w:line="240" w:lineRule="auto"/>
              <w:jc w:val="center"/>
            </w:pPr>
            <w:r>
              <w:rPr>
                <w:sz w:val="15"/>
              </w:rPr>
              <w:t>64895449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712F70" w14:textId="77777777" w:rsidR="003B3005" w:rsidRDefault="00000000">
            <w:pPr>
              <w:spacing w:line="240" w:lineRule="auto"/>
              <w:jc w:val="center"/>
            </w:pPr>
            <w:r>
              <w:rPr>
                <w:sz w:val="15"/>
              </w:rPr>
              <w:t>0.8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35BE38" w14:textId="77777777" w:rsidR="003B3005" w:rsidRDefault="00000000">
            <w:pPr>
              <w:spacing w:line="240" w:lineRule="auto"/>
              <w:jc w:val="center"/>
            </w:pPr>
            <w:r>
              <w:rPr>
                <w:sz w:val="15"/>
              </w:rPr>
              <w:t>0.7 to 0.9</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CF3EB6" w14:textId="77777777" w:rsidR="003B3005" w:rsidRDefault="00000000">
            <w:pPr>
              <w:spacing w:line="240" w:lineRule="auto"/>
              <w:jc w:val="center"/>
            </w:pPr>
            <w:r>
              <w:rPr>
                <w:sz w:val="15"/>
              </w:rPr>
              <w:t>0</w:t>
            </w:r>
          </w:p>
        </w:tc>
      </w:tr>
      <w:tr w:rsidR="003B3005" w14:paraId="0CC5C6D2"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E496C2" w14:textId="77777777" w:rsidR="003B3005" w:rsidRDefault="00000000">
            <w:pPr>
              <w:spacing w:line="240" w:lineRule="auto"/>
            </w:pPr>
            <w:r>
              <w:rPr>
                <w:sz w:val="15"/>
              </w:rPr>
              <w:t>Maine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7869B8" w14:textId="77777777" w:rsidR="003B3005" w:rsidRDefault="00000000">
            <w:pPr>
              <w:spacing w:line="240" w:lineRule="auto"/>
              <w:jc w:val="center"/>
            </w:pPr>
            <w:r>
              <w:rPr>
                <w:sz w:val="15"/>
              </w:rPr>
              <w:t>163</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7C7823" w14:textId="77777777" w:rsidR="003B3005" w:rsidRDefault="00000000">
            <w:pPr>
              <w:spacing w:line="240" w:lineRule="auto"/>
              <w:jc w:val="center"/>
            </w:pPr>
            <w:r>
              <w:rPr>
                <w:sz w:val="15"/>
              </w:rPr>
              <w:t>20521512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198459" w14:textId="77777777" w:rsidR="003B3005" w:rsidRDefault="00000000">
            <w:pPr>
              <w:spacing w:line="240" w:lineRule="auto"/>
              <w:jc w:val="center"/>
            </w:pPr>
            <w:r>
              <w:rPr>
                <w:sz w:val="15"/>
              </w:rPr>
              <w:t>0.7</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F7158F" w14:textId="77777777" w:rsidR="003B3005" w:rsidRDefault="00000000">
            <w:pPr>
              <w:spacing w:line="240" w:lineRule="auto"/>
              <w:jc w:val="center"/>
            </w:pPr>
            <w:r>
              <w:rPr>
                <w:sz w:val="15"/>
              </w:rPr>
              <w:t>0.6 to 0.8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02F6E1" w14:textId="77777777" w:rsidR="003B3005" w:rsidRDefault="00000000">
            <w:pPr>
              <w:spacing w:line="240" w:lineRule="auto"/>
              <w:jc w:val="center"/>
            </w:pPr>
            <w:r>
              <w:rPr>
                <w:sz w:val="15"/>
              </w:rPr>
              <w:t>0.1</w:t>
            </w:r>
          </w:p>
        </w:tc>
      </w:tr>
      <w:tr w:rsidR="003B3005" w14:paraId="0E8D11DB"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6918CB" w14:textId="77777777" w:rsidR="003B3005" w:rsidRDefault="00000000">
            <w:pPr>
              <w:spacing w:line="240" w:lineRule="auto"/>
            </w:pPr>
            <w:r>
              <w:rPr>
                <w:sz w:val="15"/>
              </w:rPr>
              <w:t>Maryland</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E8F564" w14:textId="77777777" w:rsidR="003B3005" w:rsidRDefault="00000000">
            <w:pPr>
              <w:spacing w:line="240" w:lineRule="auto"/>
              <w:jc w:val="center"/>
            </w:pPr>
            <w:r>
              <w:rPr>
                <w:sz w:val="15"/>
              </w:rPr>
              <w:t>809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1ACF52" w14:textId="77777777" w:rsidR="003B3005" w:rsidRDefault="00000000">
            <w:pPr>
              <w:spacing w:line="240" w:lineRule="auto"/>
              <w:jc w:val="center"/>
            </w:pPr>
            <w:r>
              <w:rPr>
                <w:sz w:val="15"/>
              </w:rPr>
              <w:t>84902583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9043D2" w14:textId="77777777" w:rsidR="003B3005" w:rsidRDefault="00000000">
            <w:pPr>
              <w:spacing w:line="240" w:lineRule="auto"/>
              <w:jc w:val="center"/>
            </w:pPr>
            <w:r>
              <w:rPr>
                <w:sz w:val="15"/>
              </w:rPr>
              <w:t>0.9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86B0A0" w14:textId="77777777" w:rsidR="003B3005" w:rsidRDefault="00000000">
            <w:pPr>
              <w:spacing w:line="240" w:lineRule="auto"/>
              <w:jc w:val="center"/>
            </w:pPr>
            <w:r>
              <w:rPr>
                <w:sz w:val="15"/>
              </w:rPr>
              <w:t>0.8 to 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329BB9" w14:textId="77777777" w:rsidR="003B3005" w:rsidRDefault="00000000">
            <w:pPr>
              <w:spacing w:line="240" w:lineRule="auto"/>
              <w:jc w:val="center"/>
            </w:pPr>
            <w:r>
              <w:rPr>
                <w:sz w:val="15"/>
              </w:rPr>
              <w:t>0</w:t>
            </w:r>
          </w:p>
        </w:tc>
      </w:tr>
      <w:tr w:rsidR="003B3005" w14:paraId="06B271C4"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F2A598" w14:textId="77777777" w:rsidR="003B3005" w:rsidRDefault="00000000">
            <w:pPr>
              <w:spacing w:line="240" w:lineRule="auto"/>
            </w:pPr>
            <w:r>
              <w:rPr>
                <w:sz w:val="15"/>
              </w:rPr>
              <w:t>Massachusetts</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C7AA68" w14:textId="77777777" w:rsidR="003B3005" w:rsidRDefault="00000000">
            <w:pPr>
              <w:spacing w:line="240" w:lineRule="auto"/>
              <w:jc w:val="center"/>
            </w:pPr>
            <w:r>
              <w:rPr>
                <w:sz w:val="15"/>
              </w:rPr>
              <w:t>564</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E15117" w14:textId="77777777" w:rsidR="003B3005" w:rsidRDefault="00000000">
            <w:pPr>
              <w:spacing w:line="240" w:lineRule="auto"/>
              <w:jc w:val="center"/>
            </w:pPr>
            <w:r>
              <w:rPr>
                <w:sz w:val="15"/>
              </w:rPr>
              <w:t>99096796</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F0BC32" w14:textId="77777777" w:rsidR="003B3005" w:rsidRDefault="00000000">
            <w:pPr>
              <w:spacing w:line="240" w:lineRule="auto"/>
              <w:jc w:val="center"/>
            </w:pPr>
            <w:r>
              <w:rPr>
                <w:sz w:val="15"/>
              </w:rPr>
              <w:t>0.5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707FA9" w14:textId="77777777" w:rsidR="003B3005" w:rsidRDefault="00000000">
            <w:pPr>
              <w:spacing w:line="240" w:lineRule="auto"/>
              <w:jc w:val="center"/>
            </w:pPr>
            <w:r>
              <w:rPr>
                <w:sz w:val="15"/>
              </w:rPr>
              <w:t>0.5 to 0.6</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DE6AC3" w14:textId="77777777" w:rsidR="003B3005" w:rsidRDefault="00000000">
            <w:pPr>
              <w:spacing w:line="240" w:lineRule="auto"/>
              <w:jc w:val="center"/>
            </w:pPr>
            <w:r>
              <w:rPr>
                <w:sz w:val="15"/>
              </w:rPr>
              <w:t>0</w:t>
            </w:r>
          </w:p>
        </w:tc>
      </w:tr>
      <w:tr w:rsidR="003B3005" w14:paraId="14EF4B84"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C32527" w14:textId="77777777" w:rsidR="003B3005" w:rsidRDefault="00000000">
            <w:pPr>
              <w:spacing w:line="240" w:lineRule="auto"/>
            </w:pPr>
            <w:r>
              <w:rPr>
                <w:sz w:val="15"/>
              </w:rPr>
              <w:t>Michigan</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74FE72" w14:textId="77777777" w:rsidR="003B3005" w:rsidRDefault="00000000">
            <w:pPr>
              <w:spacing w:line="240" w:lineRule="auto"/>
              <w:jc w:val="center"/>
            </w:pPr>
            <w:r>
              <w:rPr>
                <w:sz w:val="15"/>
              </w:rPr>
              <w:t>1405</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521483" w14:textId="77777777" w:rsidR="003B3005" w:rsidRDefault="00000000">
            <w:pPr>
              <w:spacing w:line="240" w:lineRule="auto"/>
              <w:jc w:val="center"/>
            </w:pPr>
            <w:r>
              <w:rPr>
                <w:sz w:val="15"/>
              </w:rPr>
              <w:t>145550610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E9A8CE" w14:textId="77777777" w:rsidR="003B3005" w:rsidRDefault="00000000">
            <w:pPr>
              <w:spacing w:line="240" w:lineRule="auto"/>
              <w:jc w:val="center"/>
            </w:pPr>
            <w:r>
              <w:rPr>
                <w:sz w:val="15"/>
              </w:rPr>
              <w:t>0.9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FD97B1" w14:textId="77777777" w:rsidR="003B3005" w:rsidRDefault="00000000">
            <w:pPr>
              <w:spacing w:line="240" w:lineRule="auto"/>
              <w:jc w:val="center"/>
            </w:pPr>
            <w:r>
              <w:rPr>
                <w:sz w:val="15"/>
              </w:rPr>
              <w:t>0.8 to 0.9</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B12543" w14:textId="77777777" w:rsidR="003B3005" w:rsidRDefault="00000000">
            <w:pPr>
              <w:spacing w:line="240" w:lineRule="auto"/>
              <w:jc w:val="center"/>
            </w:pPr>
            <w:r>
              <w:rPr>
                <w:sz w:val="15"/>
              </w:rPr>
              <w:t>0</w:t>
            </w:r>
          </w:p>
        </w:tc>
      </w:tr>
      <w:tr w:rsidR="003B3005" w14:paraId="0EF5391A"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30C811" w14:textId="77777777" w:rsidR="003B3005" w:rsidRDefault="00000000">
            <w:pPr>
              <w:spacing w:line="240" w:lineRule="auto"/>
            </w:pPr>
            <w:r>
              <w:rPr>
                <w:sz w:val="15"/>
              </w:rPr>
              <w:t>Minnesota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780818" w14:textId="77777777" w:rsidR="003B3005" w:rsidRDefault="00000000">
            <w:pPr>
              <w:spacing w:line="240" w:lineRule="auto"/>
              <w:jc w:val="center"/>
            </w:pPr>
            <w:r>
              <w:rPr>
                <w:sz w:val="15"/>
              </w:rPr>
              <w:t>661</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DB6B57" w14:textId="77777777" w:rsidR="003B3005" w:rsidRDefault="00000000">
            <w:pPr>
              <w:spacing w:line="240" w:lineRule="auto"/>
              <w:jc w:val="center"/>
            </w:pPr>
            <w:r>
              <w:rPr>
                <w:sz w:val="15"/>
              </w:rPr>
              <w:t>77002440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B1D4A7" w14:textId="77777777" w:rsidR="003B3005" w:rsidRDefault="00000000">
            <w:pPr>
              <w:spacing w:line="240" w:lineRule="auto"/>
              <w:jc w:val="center"/>
            </w:pPr>
            <w:r>
              <w:rPr>
                <w:sz w:val="15"/>
              </w:rPr>
              <w:t>0.8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37E1AA" w14:textId="77777777" w:rsidR="003B3005" w:rsidRDefault="00000000">
            <w:pPr>
              <w:spacing w:line="240" w:lineRule="auto"/>
              <w:jc w:val="center"/>
            </w:pPr>
            <w:r>
              <w:rPr>
                <w:sz w:val="15"/>
              </w:rPr>
              <w:t>0.7 to 0.8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D8E5D1" w14:textId="77777777" w:rsidR="003B3005" w:rsidRDefault="00000000">
            <w:pPr>
              <w:spacing w:line="240" w:lineRule="auto"/>
              <w:jc w:val="center"/>
            </w:pPr>
            <w:r>
              <w:rPr>
                <w:sz w:val="15"/>
              </w:rPr>
              <w:t>0</w:t>
            </w:r>
          </w:p>
        </w:tc>
      </w:tr>
      <w:tr w:rsidR="003B3005" w14:paraId="072C9576"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9C5A6E" w14:textId="77777777" w:rsidR="003B3005" w:rsidRDefault="00000000">
            <w:pPr>
              <w:spacing w:line="240" w:lineRule="auto"/>
            </w:pPr>
            <w:r>
              <w:rPr>
                <w:sz w:val="15"/>
              </w:rPr>
              <w:t>Mississippi</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4632CF" w14:textId="77777777" w:rsidR="003B3005" w:rsidRDefault="00000000">
            <w:pPr>
              <w:spacing w:line="240" w:lineRule="auto"/>
              <w:jc w:val="center"/>
            </w:pPr>
            <w:r>
              <w:rPr>
                <w:sz w:val="15"/>
              </w:rPr>
              <w:t>481</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180AFC" w14:textId="77777777" w:rsidR="003B3005" w:rsidRDefault="00000000">
            <w:pPr>
              <w:spacing w:line="240" w:lineRule="auto"/>
              <w:jc w:val="center"/>
            </w:pPr>
            <w:r>
              <w:rPr>
                <w:sz w:val="15"/>
              </w:rPr>
              <w:t>41496865</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6A52F2" w14:textId="77777777" w:rsidR="003B3005" w:rsidRDefault="00000000">
            <w:pPr>
              <w:spacing w:line="240" w:lineRule="auto"/>
              <w:jc w:val="center"/>
            </w:pPr>
            <w:r>
              <w:rPr>
                <w:sz w:val="15"/>
              </w:rPr>
              <w:t>1.1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FCC8E3" w14:textId="77777777" w:rsidR="003B3005" w:rsidRDefault="00000000">
            <w:pPr>
              <w:spacing w:line="240" w:lineRule="auto"/>
              <w:jc w:val="center"/>
            </w:pPr>
            <w:r>
              <w:rPr>
                <w:sz w:val="15"/>
              </w:rPr>
              <w:t>1 to 1.2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B35E12" w14:textId="77777777" w:rsidR="003B3005" w:rsidRDefault="00000000">
            <w:pPr>
              <w:spacing w:line="240" w:lineRule="auto"/>
              <w:jc w:val="center"/>
            </w:pPr>
            <w:r>
              <w:rPr>
                <w:sz w:val="15"/>
              </w:rPr>
              <w:t>0.1</w:t>
            </w:r>
          </w:p>
        </w:tc>
      </w:tr>
      <w:tr w:rsidR="003B3005" w14:paraId="35CA6BF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6E76D4" w14:textId="77777777" w:rsidR="003B3005" w:rsidRDefault="00000000">
            <w:pPr>
              <w:spacing w:line="240" w:lineRule="auto"/>
            </w:pPr>
            <w:r>
              <w:rPr>
                <w:sz w:val="15"/>
              </w:rPr>
              <w:t>Missouri</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D18E3D" w14:textId="77777777" w:rsidR="003B3005" w:rsidRDefault="00000000">
            <w:pPr>
              <w:spacing w:line="240" w:lineRule="auto"/>
              <w:jc w:val="center"/>
            </w:pPr>
            <w:r>
              <w:rPr>
                <w:sz w:val="15"/>
              </w:rPr>
              <w:t>790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4A9139" w14:textId="77777777" w:rsidR="003B3005" w:rsidRDefault="00000000">
            <w:pPr>
              <w:spacing w:line="240" w:lineRule="auto"/>
              <w:jc w:val="center"/>
            </w:pPr>
            <w:r>
              <w:rPr>
                <w:sz w:val="15"/>
              </w:rPr>
              <w:t>86518061</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B23A76" w14:textId="77777777" w:rsidR="003B3005" w:rsidRDefault="00000000">
            <w:pPr>
              <w:spacing w:line="240" w:lineRule="auto"/>
              <w:jc w:val="center"/>
            </w:pPr>
            <w:r>
              <w:rPr>
                <w:sz w:val="15"/>
              </w:rPr>
              <w:t>0.8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7972FF" w14:textId="77777777" w:rsidR="003B3005" w:rsidRDefault="00000000">
            <w:pPr>
              <w:spacing w:line="240" w:lineRule="auto"/>
              <w:jc w:val="center"/>
            </w:pPr>
            <w:r>
              <w:rPr>
                <w:sz w:val="15"/>
              </w:rPr>
              <w:t>0.8 to 0.9</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3D67F9" w14:textId="77777777" w:rsidR="003B3005" w:rsidRDefault="00000000">
            <w:pPr>
              <w:spacing w:line="240" w:lineRule="auto"/>
              <w:jc w:val="center"/>
            </w:pPr>
            <w:r>
              <w:rPr>
                <w:sz w:val="15"/>
              </w:rPr>
              <w:t>0</w:t>
            </w:r>
          </w:p>
        </w:tc>
      </w:tr>
      <w:tr w:rsidR="003B3005" w14:paraId="3FD40316"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9B9DAC" w14:textId="77777777" w:rsidR="003B3005" w:rsidRDefault="00000000">
            <w:pPr>
              <w:spacing w:line="240" w:lineRule="auto"/>
            </w:pPr>
            <w:r>
              <w:rPr>
                <w:sz w:val="15"/>
              </w:rPr>
              <w:t>Montana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FC8DE6" w14:textId="77777777" w:rsidR="003B3005" w:rsidRDefault="00000000">
            <w:pPr>
              <w:spacing w:line="240" w:lineRule="auto"/>
              <w:jc w:val="center"/>
            </w:pPr>
            <w:r>
              <w:rPr>
                <w:sz w:val="15"/>
              </w:rPr>
              <w:t>143</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DC9629" w14:textId="77777777" w:rsidR="003B3005" w:rsidRDefault="00000000">
            <w:pPr>
              <w:spacing w:line="240" w:lineRule="auto"/>
              <w:jc w:val="center"/>
            </w:pPr>
            <w:r>
              <w:rPr>
                <w:sz w:val="15"/>
              </w:rPr>
              <w:t>14577633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79620F" w14:textId="77777777" w:rsidR="003B3005" w:rsidRDefault="00000000">
            <w:pPr>
              <w:spacing w:line="240" w:lineRule="auto"/>
              <w:jc w:val="center"/>
            </w:pPr>
            <w:r>
              <w:rPr>
                <w:sz w:val="15"/>
              </w:rPr>
              <w:t>0.9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B3B803" w14:textId="77777777" w:rsidR="003B3005" w:rsidRDefault="00000000">
            <w:pPr>
              <w:spacing w:line="240" w:lineRule="auto"/>
              <w:jc w:val="center"/>
            </w:pPr>
            <w:r>
              <w:rPr>
                <w:sz w:val="15"/>
              </w:rPr>
              <w:t>0.7 to 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A70768" w14:textId="77777777" w:rsidR="003B3005" w:rsidRDefault="00000000">
            <w:pPr>
              <w:spacing w:line="240" w:lineRule="auto"/>
              <w:jc w:val="center"/>
            </w:pPr>
            <w:r>
              <w:rPr>
                <w:sz w:val="15"/>
              </w:rPr>
              <w:t>0.1</w:t>
            </w:r>
          </w:p>
        </w:tc>
      </w:tr>
      <w:tr w:rsidR="003B3005" w14:paraId="691901A1"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8748D2" w14:textId="77777777" w:rsidR="003B3005" w:rsidRDefault="00000000">
            <w:pPr>
              <w:spacing w:line="240" w:lineRule="auto"/>
            </w:pPr>
            <w:r>
              <w:rPr>
                <w:sz w:val="15"/>
              </w:rPr>
              <w:t>Nebraska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01745C" w14:textId="77777777" w:rsidR="003B3005" w:rsidRDefault="00000000">
            <w:pPr>
              <w:spacing w:line="240" w:lineRule="auto"/>
              <w:jc w:val="center"/>
            </w:pPr>
            <w:r>
              <w:rPr>
                <w:sz w:val="15"/>
              </w:rPr>
              <w:t>236</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D9BF9F" w14:textId="77777777" w:rsidR="003B3005" w:rsidRDefault="00000000">
            <w:pPr>
              <w:spacing w:line="240" w:lineRule="auto"/>
              <w:jc w:val="center"/>
            </w:pPr>
            <w:r>
              <w:rPr>
                <w:sz w:val="15"/>
              </w:rPr>
              <w:t>25869503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98F433" w14:textId="77777777" w:rsidR="003B3005" w:rsidRDefault="00000000">
            <w:pPr>
              <w:spacing w:line="240" w:lineRule="auto"/>
              <w:jc w:val="center"/>
            </w:pPr>
            <w:r>
              <w:rPr>
                <w:sz w:val="15"/>
              </w:rPr>
              <w:t>0.9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DD46A2" w14:textId="77777777" w:rsidR="003B3005" w:rsidRDefault="00000000">
            <w:pPr>
              <w:spacing w:line="240" w:lineRule="auto"/>
              <w:jc w:val="center"/>
            </w:pPr>
            <w:r>
              <w:rPr>
                <w:sz w:val="15"/>
              </w:rPr>
              <w:t>0.7 to 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EB834D" w14:textId="77777777" w:rsidR="003B3005" w:rsidRDefault="00000000">
            <w:pPr>
              <w:spacing w:line="240" w:lineRule="auto"/>
              <w:jc w:val="center"/>
            </w:pPr>
            <w:r>
              <w:rPr>
                <w:sz w:val="15"/>
              </w:rPr>
              <w:t>0.1</w:t>
            </w:r>
          </w:p>
        </w:tc>
      </w:tr>
      <w:tr w:rsidR="003B3005" w14:paraId="14F56879"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606376" w14:textId="77777777" w:rsidR="003B3005" w:rsidRDefault="00000000">
            <w:pPr>
              <w:spacing w:line="240" w:lineRule="auto"/>
            </w:pPr>
            <w:r>
              <w:rPr>
                <w:sz w:val="15"/>
              </w:rPr>
              <w:t>Nevada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D4AE3D" w14:textId="77777777" w:rsidR="003B3005" w:rsidRDefault="00000000">
            <w:pPr>
              <w:spacing w:line="240" w:lineRule="auto"/>
              <w:jc w:val="center"/>
            </w:pPr>
            <w:r>
              <w:rPr>
                <w:sz w:val="15"/>
              </w:rPr>
              <w:t>251</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2D241E" w14:textId="77777777" w:rsidR="003B3005" w:rsidRDefault="00000000">
            <w:pPr>
              <w:spacing w:line="240" w:lineRule="auto"/>
              <w:jc w:val="center"/>
            </w:pPr>
            <w:r>
              <w:rPr>
                <w:sz w:val="15"/>
              </w:rPr>
              <w:t>38580189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CF5117" w14:textId="77777777" w:rsidR="003B3005" w:rsidRDefault="00000000">
            <w:pPr>
              <w:spacing w:line="240" w:lineRule="auto"/>
              <w:jc w:val="center"/>
            </w:pPr>
            <w:r>
              <w:rPr>
                <w:sz w:val="15"/>
              </w:rPr>
              <w:t>0.6</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66B00F" w14:textId="77777777" w:rsidR="003B3005" w:rsidRDefault="00000000">
            <w:pPr>
              <w:spacing w:line="240" w:lineRule="auto"/>
              <w:jc w:val="center"/>
            </w:pPr>
            <w:r>
              <w:rPr>
                <w:sz w:val="15"/>
              </w:rPr>
              <w:t>0.5 to 0.7</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7CD49E" w14:textId="77777777" w:rsidR="003B3005" w:rsidRDefault="00000000">
            <w:pPr>
              <w:spacing w:line="240" w:lineRule="auto"/>
              <w:jc w:val="center"/>
            </w:pPr>
            <w:r>
              <w:rPr>
                <w:sz w:val="15"/>
              </w:rPr>
              <w:t>0</w:t>
            </w:r>
          </w:p>
        </w:tc>
      </w:tr>
      <w:tr w:rsidR="003B3005" w14:paraId="2F23002B"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B5B0D7" w14:textId="77777777" w:rsidR="003B3005" w:rsidRDefault="00000000">
            <w:pPr>
              <w:spacing w:line="240" w:lineRule="auto"/>
            </w:pPr>
            <w:r>
              <w:rPr>
                <w:sz w:val="15"/>
              </w:rPr>
              <w:t>New Hampshire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4DFB80" w14:textId="77777777" w:rsidR="003B3005" w:rsidRDefault="00000000">
            <w:pPr>
              <w:spacing w:line="240" w:lineRule="auto"/>
              <w:jc w:val="center"/>
            </w:pPr>
            <w:r>
              <w:rPr>
                <w:sz w:val="15"/>
              </w:rPr>
              <w:t>155</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B63DB5" w14:textId="77777777" w:rsidR="003B3005" w:rsidRDefault="00000000">
            <w:pPr>
              <w:spacing w:line="240" w:lineRule="auto"/>
              <w:jc w:val="center"/>
            </w:pPr>
            <w:r>
              <w:rPr>
                <w:sz w:val="15"/>
              </w:rPr>
              <w:t>19856602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6A2B49" w14:textId="77777777" w:rsidR="003B3005" w:rsidRDefault="00000000">
            <w:pPr>
              <w:spacing w:line="240" w:lineRule="auto"/>
              <w:jc w:val="center"/>
            </w:pPr>
            <w:r>
              <w:rPr>
                <w:sz w:val="15"/>
              </w:rPr>
              <w:t>0.7</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0B63E3" w14:textId="77777777" w:rsidR="003B3005" w:rsidRDefault="00000000">
            <w:pPr>
              <w:spacing w:line="240" w:lineRule="auto"/>
              <w:jc w:val="center"/>
            </w:pPr>
            <w:r>
              <w:rPr>
                <w:sz w:val="15"/>
              </w:rPr>
              <w:t>0.6 to 0.8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03E98A" w14:textId="77777777" w:rsidR="003B3005" w:rsidRDefault="00000000">
            <w:pPr>
              <w:spacing w:line="240" w:lineRule="auto"/>
              <w:jc w:val="center"/>
            </w:pPr>
            <w:r>
              <w:rPr>
                <w:sz w:val="15"/>
              </w:rPr>
              <w:t>0.1</w:t>
            </w:r>
          </w:p>
        </w:tc>
      </w:tr>
      <w:tr w:rsidR="003B3005" w14:paraId="20369C3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CA2B77" w14:textId="77777777" w:rsidR="003B3005" w:rsidRDefault="00000000">
            <w:pPr>
              <w:spacing w:line="240" w:lineRule="auto"/>
            </w:pPr>
            <w:r>
              <w:rPr>
                <w:sz w:val="15"/>
              </w:rPr>
              <w:t>New Jersey</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F256C3" w14:textId="77777777" w:rsidR="003B3005" w:rsidRDefault="00000000">
            <w:pPr>
              <w:spacing w:line="240" w:lineRule="auto"/>
              <w:jc w:val="center"/>
            </w:pPr>
            <w:r>
              <w:rPr>
                <w:sz w:val="15"/>
              </w:rPr>
              <w:t>1205</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F74B49" w14:textId="77777777" w:rsidR="003B3005" w:rsidRDefault="00000000">
            <w:pPr>
              <w:spacing w:line="240" w:lineRule="auto"/>
              <w:jc w:val="center"/>
            </w:pPr>
            <w:r>
              <w:rPr>
                <w:sz w:val="15"/>
              </w:rPr>
              <w:t>130947870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0FFE32" w14:textId="77777777" w:rsidR="003B3005" w:rsidRDefault="00000000">
            <w:pPr>
              <w:spacing w:line="240" w:lineRule="auto"/>
              <w:jc w:val="center"/>
            </w:pPr>
            <w:r>
              <w:rPr>
                <w:sz w:val="15"/>
              </w:rPr>
              <w:t>0.8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97935C" w14:textId="77777777" w:rsidR="003B3005" w:rsidRDefault="00000000">
            <w:pPr>
              <w:spacing w:line="240" w:lineRule="auto"/>
              <w:jc w:val="center"/>
            </w:pPr>
            <w:r>
              <w:rPr>
                <w:sz w:val="15"/>
              </w:rPr>
              <w:t>0.8 to 0.9</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FD3067" w14:textId="77777777" w:rsidR="003B3005" w:rsidRDefault="00000000">
            <w:pPr>
              <w:spacing w:line="240" w:lineRule="auto"/>
              <w:jc w:val="center"/>
            </w:pPr>
            <w:r>
              <w:rPr>
                <w:sz w:val="15"/>
              </w:rPr>
              <w:t>0</w:t>
            </w:r>
          </w:p>
        </w:tc>
      </w:tr>
      <w:tr w:rsidR="003B3005" w14:paraId="54491FF4"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129CD3" w14:textId="77777777" w:rsidR="003B3005" w:rsidRDefault="00000000">
            <w:pPr>
              <w:spacing w:line="240" w:lineRule="auto"/>
            </w:pPr>
            <w:r>
              <w:rPr>
                <w:sz w:val="15"/>
              </w:rPr>
              <w:t>New Mexico</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173E1D" w14:textId="77777777" w:rsidR="003B3005" w:rsidRDefault="00000000">
            <w:pPr>
              <w:spacing w:line="240" w:lineRule="auto"/>
              <w:jc w:val="center"/>
            </w:pPr>
            <w:r>
              <w:rPr>
                <w:sz w:val="15"/>
              </w:rPr>
              <w:t>339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B6DB38" w14:textId="77777777" w:rsidR="003B3005" w:rsidRDefault="00000000">
            <w:pPr>
              <w:spacing w:line="240" w:lineRule="auto"/>
              <w:jc w:val="center"/>
            </w:pPr>
            <w:r>
              <w:rPr>
                <w:sz w:val="15"/>
              </w:rPr>
              <w:t>28568524</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04B069" w14:textId="77777777" w:rsidR="003B3005" w:rsidRDefault="00000000">
            <w:pPr>
              <w:spacing w:line="240" w:lineRule="auto"/>
              <w:jc w:val="center"/>
            </w:pPr>
            <w:r>
              <w:rPr>
                <w:sz w:val="15"/>
              </w:rPr>
              <w:t>1.1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F08769" w14:textId="77777777" w:rsidR="003B3005" w:rsidRDefault="00000000">
            <w:pPr>
              <w:spacing w:line="240" w:lineRule="auto"/>
              <w:jc w:val="center"/>
            </w:pPr>
            <w:r>
              <w:rPr>
                <w:sz w:val="15"/>
              </w:rPr>
              <w:t>1 to 1.2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879AC4" w14:textId="77777777" w:rsidR="003B3005" w:rsidRDefault="00000000">
            <w:pPr>
              <w:spacing w:line="240" w:lineRule="auto"/>
              <w:jc w:val="center"/>
            </w:pPr>
            <w:r>
              <w:rPr>
                <w:sz w:val="15"/>
              </w:rPr>
              <w:t>0.1</w:t>
            </w:r>
          </w:p>
        </w:tc>
      </w:tr>
      <w:tr w:rsidR="003B3005" w14:paraId="3BA921B1"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5BA9D0" w14:textId="77777777" w:rsidR="003B3005" w:rsidRDefault="00000000">
            <w:pPr>
              <w:spacing w:line="240" w:lineRule="auto"/>
            </w:pPr>
            <w:r>
              <w:rPr>
                <w:sz w:val="15"/>
              </w:rPr>
              <w:t>New York</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8E3FB2" w14:textId="77777777" w:rsidR="003B3005" w:rsidRDefault="00000000">
            <w:pPr>
              <w:spacing w:line="240" w:lineRule="auto"/>
              <w:jc w:val="center"/>
            </w:pPr>
            <w:r>
              <w:rPr>
                <w:sz w:val="15"/>
              </w:rPr>
              <w:t>1927</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2E4CCE" w14:textId="77777777" w:rsidR="003B3005" w:rsidRDefault="00000000">
            <w:pPr>
              <w:spacing w:line="240" w:lineRule="auto"/>
              <w:jc w:val="center"/>
            </w:pPr>
            <w:r>
              <w:rPr>
                <w:sz w:val="15"/>
              </w:rPr>
              <w:t>288624005</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455D10" w14:textId="77777777" w:rsidR="003B3005" w:rsidRDefault="00000000">
            <w:pPr>
              <w:spacing w:line="240" w:lineRule="auto"/>
              <w:jc w:val="center"/>
            </w:pPr>
            <w:r>
              <w:rPr>
                <w:sz w:val="15"/>
              </w:rPr>
              <w:t>0.6</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103409" w14:textId="77777777" w:rsidR="003B3005" w:rsidRDefault="00000000">
            <w:pPr>
              <w:spacing w:line="240" w:lineRule="auto"/>
              <w:jc w:val="center"/>
            </w:pPr>
            <w:r>
              <w:rPr>
                <w:sz w:val="15"/>
              </w:rPr>
              <w:t>0.6 to 0.7</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A91576" w14:textId="77777777" w:rsidR="003B3005" w:rsidRDefault="00000000">
            <w:pPr>
              <w:spacing w:line="240" w:lineRule="auto"/>
              <w:jc w:val="center"/>
            </w:pPr>
            <w:r>
              <w:rPr>
                <w:sz w:val="15"/>
              </w:rPr>
              <w:t>0</w:t>
            </w:r>
          </w:p>
        </w:tc>
      </w:tr>
      <w:tr w:rsidR="003B3005" w14:paraId="6AA22D7B"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7E4443" w14:textId="77777777" w:rsidR="003B3005" w:rsidRDefault="00000000">
            <w:pPr>
              <w:spacing w:line="240" w:lineRule="auto"/>
            </w:pPr>
            <w:r>
              <w:rPr>
                <w:sz w:val="15"/>
              </w:rPr>
              <w:t>North Carolina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0DAAB0" w14:textId="77777777" w:rsidR="003B3005" w:rsidRDefault="00000000">
            <w:pPr>
              <w:spacing w:line="240" w:lineRule="auto"/>
              <w:jc w:val="center"/>
            </w:pPr>
            <w:r>
              <w:rPr>
                <w:sz w:val="15"/>
              </w:rPr>
              <w:t>1465</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59EE71" w14:textId="77777777" w:rsidR="003B3005" w:rsidRDefault="00000000">
            <w:pPr>
              <w:spacing w:line="240" w:lineRule="auto"/>
              <w:jc w:val="center"/>
            </w:pPr>
            <w:r>
              <w:rPr>
                <w:sz w:val="15"/>
              </w:rPr>
              <w:t>137233223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1D29FD" w14:textId="77777777" w:rsidR="003B3005" w:rsidRDefault="00000000">
            <w:pPr>
              <w:spacing w:line="240" w:lineRule="auto"/>
              <w:jc w:val="center"/>
            </w:pPr>
            <w:r>
              <w:rPr>
                <w:sz w:val="15"/>
              </w:rPr>
              <w:t>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E08695" w14:textId="77777777" w:rsidR="003B3005" w:rsidRDefault="00000000">
            <w:pPr>
              <w:spacing w:line="240" w:lineRule="auto"/>
              <w:jc w:val="center"/>
            </w:pPr>
            <w:r>
              <w:rPr>
                <w:sz w:val="15"/>
              </w:rPr>
              <w:t>0.9 to 1.1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97DA64" w14:textId="77777777" w:rsidR="003B3005" w:rsidRDefault="00000000">
            <w:pPr>
              <w:spacing w:line="240" w:lineRule="auto"/>
              <w:jc w:val="center"/>
            </w:pPr>
            <w:r>
              <w:rPr>
                <w:sz w:val="15"/>
              </w:rPr>
              <w:t>0</w:t>
            </w:r>
          </w:p>
        </w:tc>
      </w:tr>
      <w:tr w:rsidR="003B3005" w14:paraId="16BE81A4"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B7AAE3" w14:textId="77777777" w:rsidR="003B3005" w:rsidRDefault="00000000">
            <w:pPr>
              <w:spacing w:line="240" w:lineRule="auto"/>
            </w:pPr>
            <w:r>
              <w:rPr>
                <w:sz w:val="15"/>
              </w:rPr>
              <w:t>North Dakota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23B330" w14:textId="77777777" w:rsidR="003B3005" w:rsidRDefault="00000000">
            <w:pPr>
              <w:spacing w:line="240" w:lineRule="auto"/>
              <w:jc w:val="center"/>
            </w:pPr>
            <w:r>
              <w:rPr>
                <w:sz w:val="15"/>
              </w:rPr>
              <w:t>92</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9E016B" w14:textId="77777777" w:rsidR="003B3005" w:rsidRDefault="00000000">
            <w:pPr>
              <w:spacing w:line="240" w:lineRule="auto"/>
              <w:jc w:val="center"/>
            </w:pPr>
            <w:r>
              <w:rPr>
                <w:sz w:val="15"/>
              </w:rPr>
              <w:t>9822062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A93C90" w14:textId="77777777" w:rsidR="003B3005" w:rsidRDefault="00000000">
            <w:pPr>
              <w:spacing w:line="240" w:lineRule="auto"/>
              <w:jc w:val="center"/>
            </w:pPr>
            <w:r>
              <w:rPr>
                <w:sz w:val="15"/>
              </w:rPr>
              <w:t>0.9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854038" w14:textId="77777777" w:rsidR="003B3005" w:rsidRDefault="00000000">
            <w:pPr>
              <w:spacing w:line="240" w:lineRule="auto"/>
              <w:jc w:val="center"/>
            </w:pPr>
            <w:r>
              <w:rPr>
                <w:sz w:val="15"/>
              </w:rPr>
              <w:t>0.7 to 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FD915E" w14:textId="77777777" w:rsidR="003B3005" w:rsidRDefault="00000000">
            <w:pPr>
              <w:spacing w:line="240" w:lineRule="auto"/>
              <w:jc w:val="center"/>
            </w:pPr>
            <w:r>
              <w:rPr>
                <w:sz w:val="15"/>
              </w:rPr>
              <w:t>0.1</w:t>
            </w:r>
          </w:p>
        </w:tc>
      </w:tr>
      <w:tr w:rsidR="003B3005" w14:paraId="082B943B"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8036CA" w14:textId="77777777" w:rsidR="003B3005" w:rsidRDefault="00000000">
            <w:pPr>
              <w:spacing w:line="240" w:lineRule="auto"/>
            </w:pPr>
            <w:r>
              <w:rPr>
                <w:sz w:val="15"/>
              </w:rPr>
              <w:t>Ohio</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C29E6D" w14:textId="77777777" w:rsidR="003B3005" w:rsidRDefault="00000000">
            <w:pPr>
              <w:spacing w:line="240" w:lineRule="auto"/>
              <w:jc w:val="center"/>
            </w:pPr>
            <w:r>
              <w:rPr>
                <w:sz w:val="15"/>
              </w:rPr>
              <w:t>1928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449A88" w14:textId="77777777" w:rsidR="003B3005" w:rsidRDefault="00000000">
            <w:pPr>
              <w:spacing w:line="240" w:lineRule="auto"/>
              <w:jc w:val="center"/>
            </w:pPr>
            <w:r>
              <w:rPr>
                <w:sz w:val="15"/>
              </w:rPr>
              <w:t>169651360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E93291" w14:textId="77777777" w:rsidR="003B3005" w:rsidRDefault="00000000">
            <w:pPr>
              <w:spacing w:line="240" w:lineRule="auto"/>
              <w:jc w:val="center"/>
            </w:pPr>
            <w:r>
              <w:rPr>
                <w:sz w:val="15"/>
              </w:rPr>
              <w:t>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45B261" w14:textId="77777777" w:rsidR="003B3005" w:rsidRDefault="00000000">
            <w:pPr>
              <w:spacing w:line="240" w:lineRule="auto"/>
              <w:jc w:val="center"/>
            </w:pPr>
            <w:r>
              <w:rPr>
                <w:sz w:val="15"/>
              </w:rPr>
              <w:t>1 to 1.1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D8F493" w14:textId="77777777" w:rsidR="003B3005" w:rsidRDefault="00000000">
            <w:pPr>
              <w:spacing w:line="240" w:lineRule="auto"/>
              <w:jc w:val="center"/>
            </w:pPr>
            <w:r>
              <w:rPr>
                <w:sz w:val="15"/>
              </w:rPr>
              <w:t>0</w:t>
            </w:r>
          </w:p>
        </w:tc>
      </w:tr>
      <w:tr w:rsidR="003B3005" w14:paraId="1FF41645"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E25369" w14:textId="77777777" w:rsidR="003B3005" w:rsidRDefault="00000000">
            <w:pPr>
              <w:spacing w:line="240" w:lineRule="auto"/>
            </w:pPr>
            <w:r>
              <w:rPr>
                <w:sz w:val="15"/>
              </w:rPr>
              <w:t>Oklahoma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A68A8F" w14:textId="77777777" w:rsidR="003B3005" w:rsidRDefault="00000000">
            <w:pPr>
              <w:spacing w:line="240" w:lineRule="auto"/>
              <w:jc w:val="center"/>
            </w:pPr>
            <w:r>
              <w:rPr>
                <w:sz w:val="15"/>
              </w:rPr>
              <w:t>1154</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1E5841" w14:textId="77777777" w:rsidR="003B3005" w:rsidRDefault="00000000">
            <w:pPr>
              <w:spacing w:line="240" w:lineRule="auto"/>
              <w:jc w:val="center"/>
            </w:pPr>
            <w:r>
              <w:rPr>
                <w:sz w:val="15"/>
              </w:rPr>
              <w:t>53110132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2C9A52" w14:textId="77777777" w:rsidR="003B3005" w:rsidRDefault="00000000">
            <w:pPr>
              <w:spacing w:line="240" w:lineRule="auto"/>
              <w:jc w:val="center"/>
            </w:pPr>
            <w:r>
              <w:rPr>
                <w:sz w:val="15"/>
              </w:rPr>
              <w:t>2</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28F40F" w14:textId="77777777" w:rsidR="003B3005" w:rsidRDefault="00000000">
            <w:pPr>
              <w:spacing w:line="240" w:lineRule="auto"/>
              <w:jc w:val="center"/>
            </w:pPr>
            <w:r>
              <w:rPr>
                <w:sz w:val="15"/>
              </w:rPr>
              <w:t>1.9 to 2.1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27CD19" w14:textId="77777777" w:rsidR="003B3005" w:rsidRDefault="00000000">
            <w:pPr>
              <w:spacing w:line="240" w:lineRule="auto"/>
              <w:jc w:val="center"/>
            </w:pPr>
            <w:r>
              <w:rPr>
                <w:sz w:val="15"/>
              </w:rPr>
              <w:t>0.1</w:t>
            </w:r>
          </w:p>
        </w:tc>
      </w:tr>
      <w:tr w:rsidR="003B3005" w14:paraId="14AB7EAD"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0714E7" w14:textId="77777777" w:rsidR="003B3005" w:rsidRDefault="00000000">
            <w:pPr>
              <w:spacing w:line="240" w:lineRule="auto"/>
            </w:pPr>
            <w:r>
              <w:rPr>
                <w:sz w:val="15"/>
              </w:rPr>
              <w:t>Oregon</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B9D8D5" w14:textId="77777777" w:rsidR="003B3005" w:rsidRDefault="00000000">
            <w:pPr>
              <w:spacing w:line="240" w:lineRule="auto"/>
              <w:jc w:val="center"/>
            </w:pPr>
            <w:r>
              <w:rPr>
                <w:sz w:val="15"/>
              </w:rPr>
              <w:t>599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C0210C" w14:textId="77777777" w:rsidR="003B3005" w:rsidRDefault="00000000">
            <w:pPr>
              <w:spacing w:line="240" w:lineRule="auto"/>
              <w:jc w:val="center"/>
            </w:pPr>
            <w:r>
              <w:rPr>
                <w:sz w:val="15"/>
              </w:rPr>
              <w:t>57214641</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C08FA4" w14:textId="77777777" w:rsidR="003B3005" w:rsidRDefault="00000000">
            <w:pPr>
              <w:spacing w:line="240" w:lineRule="auto"/>
              <w:jc w:val="center"/>
            </w:pPr>
            <w:r>
              <w:rPr>
                <w:sz w:val="15"/>
              </w:rPr>
              <w:t>0.9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536EF5" w14:textId="77777777" w:rsidR="003B3005" w:rsidRDefault="00000000">
            <w:pPr>
              <w:spacing w:line="240" w:lineRule="auto"/>
              <w:jc w:val="center"/>
            </w:pPr>
            <w:r>
              <w:rPr>
                <w:sz w:val="15"/>
              </w:rPr>
              <w:t>0.8 to 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D46174" w14:textId="77777777" w:rsidR="003B3005" w:rsidRDefault="00000000">
            <w:pPr>
              <w:spacing w:line="240" w:lineRule="auto"/>
              <w:jc w:val="center"/>
            </w:pPr>
            <w:r>
              <w:rPr>
                <w:sz w:val="15"/>
              </w:rPr>
              <w:t>0</w:t>
            </w:r>
          </w:p>
        </w:tc>
      </w:tr>
      <w:tr w:rsidR="003B3005" w14:paraId="6F7DE526"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277D08" w14:textId="77777777" w:rsidR="003B3005" w:rsidRDefault="00000000">
            <w:pPr>
              <w:spacing w:line="240" w:lineRule="auto"/>
            </w:pPr>
            <w:r>
              <w:rPr>
                <w:sz w:val="15"/>
              </w:rPr>
              <w:t>Pennsylvania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F448A4" w14:textId="77777777" w:rsidR="003B3005" w:rsidRDefault="00000000">
            <w:pPr>
              <w:spacing w:line="240" w:lineRule="auto"/>
              <w:jc w:val="center"/>
            </w:pPr>
            <w:r>
              <w:rPr>
                <w:sz w:val="15"/>
              </w:rPr>
              <w:t>1683</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937FEA" w14:textId="77777777" w:rsidR="003B3005" w:rsidRDefault="00000000">
            <w:pPr>
              <w:spacing w:line="240" w:lineRule="auto"/>
              <w:jc w:val="center"/>
            </w:pPr>
            <w:r>
              <w:rPr>
                <w:sz w:val="15"/>
              </w:rPr>
              <w:t>189975429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9F00A9" w14:textId="77777777" w:rsidR="003B3005" w:rsidRDefault="00000000">
            <w:pPr>
              <w:spacing w:line="240" w:lineRule="auto"/>
              <w:jc w:val="center"/>
            </w:pPr>
            <w:r>
              <w:rPr>
                <w:sz w:val="15"/>
              </w:rPr>
              <w:t>0.8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E92643" w14:textId="77777777" w:rsidR="003B3005" w:rsidRDefault="00000000">
            <w:pPr>
              <w:spacing w:line="240" w:lineRule="auto"/>
              <w:jc w:val="center"/>
            </w:pPr>
            <w:r>
              <w:rPr>
                <w:sz w:val="15"/>
              </w:rPr>
              <w:t>0.7 to 0.8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6DD47E" w14:textId="77777777" w:rsidR="003B3005" w:rsidRDefault="00000000">
            <w:pPr>
              <w:spacing w:line="240" w:lineRule="auto"/>
              <w:jc w:val="center"/>
            </w:pPr>
            <w:r>
              <w:rPr>
                <w:sz w:val="15"/>
              </w:rPr>
              <w:t>0</w:t>
            </w:r>
          </w:p>
        </w:tc>
      </w:tr>
      <w:tr w:rsidR="003B3005" w14:paraId="71012E2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CCDAEA" w14:textId="77777777" w:rsidR="003B3005" w:rsidRDefault="00000000">
            <w:pPr>
              <w:spacing w:line="240" w:lineRule="auto"/>
            </w:pPr>
            <w:r>
              <w:rPr>
                <w:sz w:val="15"/>
              </w:rPr>
              <w:lastRenderedPageBreak/>
              <w:t>Rhode Island</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F72372" w14:textId="77777777" w:rsidR="003B3005" w:rsidRDefault="00000000">
            <w:pPr>
              <w:spacing w:line="240" w:lineRule="auto"/>
              <w:jc w:val="center"/>
            </w:pPr>
            <w:r>
              <w:rPr>
                <w:sz w:val="15"/>
              </w:rPr>
              <w:t>169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177721" w14:textId="77777777" w:rsidR="003B3005" w:rsidRDefault="00000000">
            <w:pPr>
              <w:spacing w:line="240" w:lineRule="auto"/>
              <w:jc w:val="center"/>
            </w:pPr>
            <w:r>
              <w:rPr>
                <w:sz w:val="15"/>
              </w:rPr>
              <w:t>15765032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41CEA2" w14:textId="77777777" w:rsidR="003B3005" w:rsidRDefault="00000000">
            <w:pPr>
              <w:spacing w:line="240" w:lineRule="auto"/>
              <w:jc w:val="center"/>
            </w:pPr>
            <w:r>
              <w:rPr>
                <w:sz w:val="15"/>
              </w:rPr>
              <w:t>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A0E5AF" w14:textId="77777777" w:rsidR="003B3005" w:rsidRDefault="00000000">
            <w:pPr>
              <w:spacing w:line="240" w:lineRule="auto"/>
              <w:jc w:val="center"/>
            </w:pPr>
            <w:r>
              <w:rPr>
                <w:sz w:val="15"/>
              </w:rPr>
              <w:t>0.8 to 1.1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9840F7" w14:textId="77777777" w:rsidR="003B3005" w:rsidRDefault="00000000">
            <w:pPr>
              <w:spacing w:line="240" w:lineRule="auto"/>
              <w:jc w:val="center"/>
            </w:pPr>
            <w:r>
              <w:rPr>
                <w:sz w:val="15"/>
              </w:rPr>
              <w:t>0.1</w:t>
            </w:r>
          </w:p>
        </w:tc>
      </w:tr>
      <w:tr w:rsidR="003B3005" w14:paraId="255C9D3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537F21" w14:textId="77777777" w:rsidR="003B3005" w:rsidRDefault="00000000">
            <w:pPr>
              <w:spacing w:line="240" w:lineRule="auto"/>
            </w:pPr>
            <w:r>
              <w:rPr>
                <w:sz w:val="15"/>
              </w:rPr>
              <w:t>South Carolina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40F86A" w14:textId="77777777" w:rsidR="003B3005" w:rsidRDefault="00000000">
            <w:pPr>
              <w:spacing w:line="240" w:lineRule="auto"/>
              <w:jc w:val="center"/>
            </w:pPr>
            <w:r>
              <w:rPr>
                <w:sz w:val="15"/>
              </w:rPr>
              <w:t>846</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86FC21" w14:textId="77777777" w:rsidR="003B3005" w:rsidRDefault="00000000">
            <w:pPr>
              <w:spacing w:line="240" w:lineRule="auto"/>
              <w:jc w:val="center"/>
            </w:pPr>
            <w:r>
              <w:rPr>
                <w:sz w:val="15"/>
              </w:rPr>
              <w:t>67227226</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838755" w14:textId="77777777" w:rsidR="003B3005" w:rsidRDefault="00000000">
            <w:pPr>
              <w:spacing w:line="240" w:lineRule="auto"/>
              <w:jc w:val="center"/>
            </w:pPr>
            <w:r>
              <w:rPr>
                <w:sz w:val="15"/>
              </w:rPr>
              <w:t>1.1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EB9FC4" w14:textId="77777777" w:rsidR="003B3005" w:rsidRDefault="00000000">
            <w:pPr>
              <w:spacing w:line="240" w:lineRule="auto"/>
              <w:jc w:val="center"/>
            </w:pPr>
            <w:r>
              <w:rPr>
                <w:sz w:val="15"/>
              </w:rPr>
              <w:t>1 to 1.2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5D24E1" w14:textId="77777777" w:rsidR="003B3005" w:rsidRDefault="00000000">
            <w:pPr>
              <w:spacing w:line="240" w:lineRule="auto"/>
              <w:jc w:val="center"/>
            </w:pPr>
            <w:r>
              <w:rPr>
                <w:sz w:val="15"/>
              </w:rPr>
              <w:t>0</w:t>
            </w:r>
          </w:p>
        </w:tc>
      </w:tr>
      <w:tr w:rsidR="003B3005" w14:paraId="2F679E87"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06FEEB" w14:textId="77777777" w:rsidR="003B3005" w:rsidRDefault="00000000">
            <w:pPr>
              <w:spacing w:line="240" w:lineRule="auto"/>
            </w:pPr>
            <w:r>
              <w:rPr>
                <w:sz w:val="15"/>
              </w:rPr>
              <w:t>South Dakota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6E7E53" w14:textId="77777777" w:rsidR="003B3005" w:rsidRDefault="00000000">
            <w:pPr>
              <w:spacing w:line="240" w:lineRule="auto"/>
              <w:jc w:val="center"/>
            </w:pPr>
            <w:r>
              <w:rPr>
                <w:sz w:val="15"/>
              </w:rPr>
              <w:t>115</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F100DB" w14:textId="77777777" w:rsidR="003B3005" w:rsidRDefault="00000000">
            <w:pPr>
              <w:spacing w:line="240" w:lineRule="auto"/>
              <w:jc w:val="center"/>
            </w:pPr>
            <w:r>
              <w:rPr>
                <w:sz w:val="15"/>
              </w:rPr>
              <w:t>11603220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BAAF11" w14:textId="77777777" w:rsidR="003B3005" w:rsidRDefault="00000000">
            <w:pPr>
              <w:spacing w:line="240" w:lineRule="auto"/>
              <w:jc w:val="center"/>
            </w:pPr>
            <w:r>
              <w:rPr>
                <w:sz w:val="15"/>
              </w:rPr>
              <w:t>0.9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DB1363" w14:textId="77777777" w:rsidR="003B3005" w:rsidRDefault="00000000">
            <w:pPr>
              <w:spacing w:line="240" w:lineRule="auto"/>
              <w:jc w:val="center"/>
            </w:pPr>
            <w:r>
              <w:rPr>
                <w:sz w:val="15"/>
              </w:rPr>
              <w:t>0.7 to 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83B29A" w14:textId="77777777" w:rsidR="003B3005" w:rsidRDefault="00000000">
            <w:pPr>
              <w:spacing w:line="240" w:lineRule="auto"/>
              <w:jc w:val="center"/>
            </w:pPr>
            <w:r>
              <w:rPr>
                <w:sz w:val="15"/>
              </w:rPr>
              <w:t>0.1</w:t>
            </w:r>
          </w:p>
        </w:tc>
      </w:tr>
      <w:tr w:rsidR="003B3005" w14:paraId="2E49730D"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39800E" w14:textId="77777777" w:rsidR="003B3005" w:rsidRDefault="00000000">
            <w:pPr>
              <w:spacing w:line="240" w:lineRule="auto"/>
            </w:pPr>
            <w:r>
              <w:rPr>
                <w:sz w:val="15"/>
              </w:rPr>
              <w:t>Tennessee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F258D9" w14:textId="77777777" w:rsidR="003B3005" w:rsidRDefault="00000000">
            <w:pPr>
              <w:spacing w:line="240" w:lineRule="auto"/>
              <w:jc w:val="center"/>
            </w:pPr>
            <w:r>
              <w:rPr>
                <w:sz w:val="15"/>
              </w:rPr>
              <w:t>1040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476CC6" w14:textId="77777777" w:rsidR="003B3005" w:rsidRDefault="00000000">
            <w:pPr>
              <w:spacing w:line="240" w:lineRule="auto"/>
              <w:jc w:val="center"/>
            </w:pPr>
            <w:r>
              <w:rPr>
                <w:sz w:val="15"/>
              </w:rPr>
              <w:t>92689763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24D002" w14:textId="77777777" w:rsidR="003B3005" w:rsidRDefault="00000000">
            <w:pPr>
              <w:spacing w:line="240" w:lineRule="auto"/>
              <w:jc w:val="center"/>
            </w:pPr>
            <w:r>
              <w:rPr>
                <w:sz w:val="15"/>
              </w:rPr>
              <w:t>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4C9BAA" w14:textId="77777777" w:rsidR="003B3005" w:rsidRDefault="00000000">
            <w:pPr>
              <w:spacing w:line="240" w:lineRule="auto"/>
              <w:jc w:val="center"/>
            </w:pPr>
            <w:r>
              <w:rPr>
                <w:sz w:val="15"/>
              </w:rPr>
              <w:t>1 to 1.1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FCB8C7" w14:textId="77777777" w:rsidR="003B3005" w:rsidRDefault="00000000">
            <w:pPr>
              <w:spacing w:line="240" w:lineRule="auto"/>
              <w:jc w:val="center"/>
            </w:pPr>
            <w:r>
              <w:rPr>
                <w:sz w:val="15"/>
              </w:rPr>
              <w:t>0</w:t>
            </w:r>
          </w:p>
        </w:tc>
      </w:tr>
      <w:tr w:rsidR="003B3005" w14:paraId="7EC87FB9"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CF7B82" w14:textId="77777777" w:rsidR="003B3005" w:rsidRDefault="00000000">
            <w:pPr>
              <w:spacing w:line="240" w:lineRule="auto"/>
            </w:pPr>
            <w:r>
              <w:rPr>
                <w:sz w:val="15"/>
              </w:rPr>
              <w:t>Texas</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C2167F" w14:textId="77777777" w:rsidR="003B3005" w:rsidRDefault="00000000">
            <w:pPr>
              <w:spacing w:line="240" w:lineRule="auto"/>
              <w:jc w:val="center"/>
            </w:pPr>
            <w:r>
              <w:rPr>
                <w:sz w:val="15"/>
              </w:rPr>
              <w:t>4346</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E5F209" w14:textId="77777777" w:rsidR="003B3005" w:rsidRDefault="00000000">
            <w:pPr>
              <w:spacing w:line="240" w:lineRule="auto"/>
              <w:jc w:val="center"/>
            </w:pPr>
            <w:r>
              <w:rPr>
                <w:sz w:val="15"/>
              </w:rPr>
              <w:t>344632461</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830C53" w14:textId="77777777" w:rsidR="003B3005" w:rsidRDefault="00000000">
            <w:pPr>
              <w:spacing w:line="240" w:lineRule="auto"/>
              <w:jc w:val="center"/>
            </w:pPr>
            <w:r>
              <w:rPr>
                <w:sz w:val="15"/>
              </w:rPr>
              <w:t>1.3</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7CA9D0" w14:textId="77777777" w:rsidR="003B3005" w:rsidRDefault="00000000">
            <w:pPr>
              <w:spacing w:line="240" w:lineRule="auto"/>
              <w:jc w:val="center"/>
            </w:pPr>
            <w:r>
              <w:rPr>
                <w:sz w:val="15"/>
              </w:rPr>
              <w:t>1.2 to 1.3</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8B6C5A" w14:textId="77777777" w:rsidR="003B3005" w:rsidRDefault="00000000">
            <w:pPr>
              <w:spacing w:line="240" w:lineRule="auto"/>
              <w:jc w:val="center"/>
            </w:pPr>
            <w:r>
              <w:rPr>
                <w:sz w:val="15"/>
              </w:rPr>
              <w:t>0</w:t>
            </w:r>
          </w:p>
        </w:tc>
      </w:tr>
      <w:tr w:rsidR="003B3005" w14:paraId="11C50839"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D8E3E6" w14:textId="77777777" w:rsidR="003B3005" w:rsidRDefault="00000000">
            <w:pPr>
              <w:spacing w:line="240" w:lineRule="auto"/>
            </w:pPr>
            <w:r>
              <w:rPr>
                <w:sz w:val="15"/>
              </w:rPr>
              <w:t>Utah</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ABECF5" w14:textId="77777777" w:rsidR="003B3005" w:rsidRDefault="00000000">
            <w:pPr>
              <w:spacing w:line="240" w:lineRule="auto"/>
              <w:jc w:val="center"/>
            </w:pPr>
            <w:r>
              <w:rPr>
                <w:sz w:val="15"/>
              </w:rPr>
              <w:t>284</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AE5D53" w14:textId="77777777" w:rsidR="003B3005" w:rsidRDefault="00000000">
            <w:pPr>
              <w:spacing w:line="240" w:lineRule="auto"/>
              <w:jc w:val="center"/>
            </w:pPr>
            <w:r>
              <w:rPr>
                <w:sz w:val="15"/>
              </w:rPr>
              <w:t>34057911</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3F2FB1" w14:textId="77777777" w:rsidR="003B3005" w:rsidRDefault="00000000">
            <w:pPr>
              <w:spacing w:line="240" w:lineRule="auto"/>
              <w:jc w:val="center"/>
            </w:pPr>
            <w:r>
              <w:rPr>
                <w:sz w:val="15"/>
              </w:rPr>
              <w:t>0.9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155A69" w14:textId="77777777" w:rsidR="003B3005" w:rsidRDefault="00000000">
            <w:pPr>
              <w:spacing w:line="240" w:lineRule="auto"/>
              <w:jc w:val="center"/>
            </w:pPr>
            <w:r>
              <w:rPr>
                <w:sz w:val="15"/>
              </w:rPr>
              <w:t>0.8 to 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3A686E" w14:textId="77777777" w:rsidR="003B3005" w:rsidRDefault="00000000">
            <w:pPr>
              <w:spacing w:line="240" w:lineRule="auto"/>
              <w:jc w:val="center"/>
            </w:pPr>
            <w:r>
              <w:rPr>
                <w:sz w:val="15"/>
              </w:rPr>
              <w:t>0.1</w:t>
            </w:r>
          </w:p>
        </w:tc>
      </w:tr>
      <w:tr w:rsidR="003B3005" w14:paraId="6D2B5871"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D93864" w14:textId="77777777" w:rsidR="003B3005" w:rsidRDefault="00000000">
            <w:pPr>
              <w:spacing w:line="240" w:lineRule="auto"/>
            </w:pPr>
            <w:r>
              <w:rPr>
                <w:sz w:val="15"/>
              </w:rPr>
              <w:t>Vermont</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552B51" w14:textId="77777777" w:rsidR="003B3005" w:rsidRDefault="00000000">
            <w:pPr>
              <w:spacing w:line="240" w:lineRule="auto"/>
              <w:jc w:val="center"/>
            </w:pPr>
            <w:r>
              <w:rPr>
                <w:sz w:val="15"/>
              </w:rPr>
              <w:t>161</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6BBE36" w14:textId="77777777" w:rsidR="003B3005" w:rsidRDefault="00000000">
            <w:pPr>
              <w:spacing w:line="240" w:lineRule="auto"/>
              <w:jc w:val="center"/>
            </w:pPr>
            <w:r>
              <w:rPr>
                <w:sz w:val="15"/>
              </w:rPr>
              <w:t>9393709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6CD3CA" w14:textId="77777777" w:rsidR="003B3005" w:rsidRDefault="00000000">
            <w:pPr>
              <w:spacing w:line="240" w:lineRule="auto"/>
              <w:jc w:val="center"/>
            </w:pPr>
            <w:r>
              <w:rPr>
                <w:sz w:val="15"/>
              </w:rPr>
              <w:t>1.5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05D2BB" w14:textId="77777777" w:rsidR="003B3005" w:rsidRDefault="00000000">
            <w:pPr>
              <w:spacing w:line="240" w:lineRule="auto"/>
              <w:jc w:val="center"/>
            </w:pPr>
            <w:r>
              <w:rPr>
                <w:sz w:val="15"/>
              </w:rPr>
              <w:t>1.3 to 1.7</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7254C7" w14:textId="77777777" w:rsidR="003B3005" w:rsidRDefault="00000000">
            <w:pPr>
              <w:spacing w:line="240" w:lineRule="auto"/>
              <w:jc w:val="center"/>
            </w:pPr>
            <w:r>
              <w:rPr>
                <w:sz w:val="15"/>
              </w:rPr>
              <w:t>0.1</w:t>
            </w:r>
          </w:p>
        </w:tc>
      </w:tr>
      <w:tr w:rsidR="003B3005" w14:paraId="27C209E3"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ECD486" w14:textId="77777777" w:rsidR="003B3005" w:rsidRDefault="00000000">
            <w:pPr>
              <w:spacing w:line="240" w:lineRule="auto"/>
            </w:pPr>
            <w:r>
              <w:rPr>
                <w:sz w:val="15"/>
              </w:rPr>
              <w:t>Virginia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A1DAB1" w14:textId="77777777" w:rsidR="003B3005" w:rsidRDefault="00000000">
            <w:pPr>
              <w:spacing w:line="240" w:lineRule="auto"/>
              <w:jc w:val="center"/>
            </w:pPr>
            <w:r>
              <w:rPr>
                <w:sz w:val="15"/>
              </w:rPr>
              <w:t>658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4F931D" w14:textId="77777777" w:rsidR="003B3005" w:rsidRDefault="00000000">
            <w:pPr>
              <w:spacing w:line="240" w:lineRule="auto"/>
              <w:jc w:val="center"/>
            </w:pPr>
            <w:r>
              <w:rPr>
                <w:sz w:val="15"/>
              </w:rPr>
              <w:t>116579933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CB9F12" w14:textId="77777777" w:rsidR="003B3005" w:rsidRDefault="00000000">
            <w:pPr>
              <w:spacing w:line="240" w:lineRule="auto"/>
              <w:jc w:val="center"/>
            </w:pPr>
            <w:r>
              <w:rPr>
                <w:sz w:val="15"/>
              </w:rPr>
              <w:t>0.5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A23FB8" w14:textId="77777777" w:rsidR="003B3005" w:rsidRDefault="00000000">
            <w:pPr>
              <w:spacing w:line="240" w:lineRule="auto"/>
              <w:jc w:val="center"/>
            </w:pPr>
            <w:r>
              <w:rPr>
                <w:sz w:val="15"/>
              </w:rPr>
              <w:t>0.5 to 0.6</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7348F0" w14:textId="77777777" w:rsidR="003B3005" w:rsidRDefault="00000000">
            <w:pPr>
              <w:spacing w:line="240" w:lineRule="auto"/>
              <w:jc w:val="center"/>
            </w:pPr>
            <w:r>
              <w:rPr>
                <w:sz w:val="15"/>
              </w:rPr>
              <w:t>0</w:t>
            </w:r>
          </w:p>
        </w:tc>
      </w:tr>
      <w:tr w:rsidR="003B3005" w14:paraId="13F9BFAE"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02161D" w14:textId="77777777" w:rsidR="003B3005" w:rsidRDefault="00000000">
            <w:pPr>
              <w:spacing w:line="240" w:lineRule="auto"/>
            </w:pPr>
            <w:r>
              <w:rPr>
                <w:sz w:val="15"/>
              </w:rPr>
              <w:t>Washington</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174FC6" w14:textId="77777777" w:rsidR="003B3005" w:rsidRDefault="00000000">
            <w:pPr>
              <w:spacing w:line="240" w:lineRule="auto"/>
              <w:jc w:val="center"/>
            </w:pPr>
            <w:r>
              <w:rPr>
                <w:sz w:val="15"/>
              </w:rPr>
              <w:t>1159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5C0E5D" w14:textId="77777777" w:rsidR="003B3005" w:rsidRDefault="00000000">
            <w:pPr>
              <w:spacing w:line="240" w:lineRule="auto"/>
              <w:jc w:val="center"/>
            </w:pPr>
            <w:r>
              <w:rPr>
                <w:sz w:val="15"/>
              </w:rPr>
              <w:t>98931323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9FB870" w14:textId="77777777" w:rsidR="003B3005" w:rsidRDefault="00000000">
            <w:pPr>
              <w:spacing w:line="240" w:lineRule="auto"/>
              <w:jc w:val="center"/>
            </w:pPr>
            <w:r>
              <w:rPr>
                <w:sz w:val="15"/>
              </w:rPr>
              <w:t>1.1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73726F" w14:textId="77777777" w:rsidR="003B3005" w:rsidRDefault="00000000">
            <w:pPr>
              <w:spacing w:line="240" w:lineRule="auto"/>
              <w:jc w:val="center"/>
            </w:pPr>
            <w:r>
              <w:rPr>
                <w:sz w:val="15"/>
              </w:rPr>
              <w:t>1 to 1.2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F9ECAF" w14:textId="77777777" w:rsidR="003B3005" w:rsidRDefault="00000000">
            <w:pPr>
              <w:spacing w:line="240" w:lineRule="auto"/>
              <w:jc w:val="center"/>
            </w:pPr>
            <w:r>
              <w:rPr>
                <w:sz w:val="15"/>
              </w:rPr>
              <w:t>0</w:t>
            </w:r>
          </w:p>
        </w:tc>
      </w:tr>
      <w:tr w:rsidR="003B3005" w14:paraId="3734E49F"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3B4256" w14:textId="77777777" w:rsidR="003B3005" w:rsidRDefault="00000000">
            <w:pPr>
              <w:spacing w:line="240" w:lineRule="auto"/>
            </w:pPr>
            <w:r>
              <w:rPr>
                <w:sz w:val="15"/>
              </w:rPr>
              <w:t>West Virginia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6CCC0F" w14:textId="77777777" w:rsidR="003B3005" w:rsidRDefault="00000000">
            <w:pPr>
              <w:spacing w:line="240" w:lineRule="auto"/>
              <w:jc w:val="center"/>
            </w:pPr>
            <w:r>
              <w:rPr>
                <w:sz w:val="15"/>
              </w:rPr>
              <w:t>440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DD4E2B" w14:textId="77777777" w:rsidR="003B3005" w:rsidRDefault="00000000">
            <w:pPr>
              <w:spacing w:line="240" w:lineRule="auto"/>
              <w:jc w:val="center"/>
            </w:pPr>
            <w:r>
              <w:rPr>
                <w:sz w:val="15"/>
              </w:rPr>
              <w:t>28023276</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0C7E9F" w14:textId="77777777" w:rsidR="003B3005" w:rsidRDefault="00000000">
            <w:pPr>
              <w:spacing w:line="240" w:lineRule="auto"/>
              <w:jc w:val="center"/>
            </w:pPr>
            <w:r>
              <w:rPr>
                <w:sz w:val="15"/>
              </w:rPr>
              <w:t>1.4</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6259AD" w14:textId="77777777" w:rsidR="003B3005" w:rsidRDefault="00000000">
            <w:pPr>
              <w:spacing w:line="240" w:lineRule="auto"/>
              <w:jc w:val="center"/>
            </w:pPr>
            <w:r>
              <w:rPr>
                <w:sz w:val="15"/>
              </w:rPr>
              <w:t>1.2 to 1.5</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17195D" w14:textId="77777777" w:rsidR="003B3005" w:rsidRDefault="00000000">
            <w:pPr>
              <w:spacing w:line="240" w:lineRule="auto"/>
              <w:jc w:val="center"/>
            </w:pPr>
            <w:r>
              <w:rPr>
                <w:sz w:val="15"/>
              </w:rPr>
              <w:t>0.1</w:t>
            </w:r>
          </w:p>
        </w:tc>
      </w:tr>
      <w:tr w:rsidR="003B3005" w14:paraId="0B6408A2"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336774" w14:textId="77777777" w:rsidR="003B3005" w:rsidRDefault="00000000">
            <w:pPr>
              <w:spacing w:line="240" w:lineRule="auto"/>
            </w:pPr>
            <w:r>
              <w:rPr>
                <w:sz w:val="15"/>
              </w:rPr>
              <w:t>Wisconsin</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148FC0" w14:textId="77777777" w:rsidR="003B3005" w:rsidRDefault="00000000">
            <w:pPr>
              <w:spacing w:line="240" w:lineRule="auto"/>
              <w:jc w:val="center"/>
            </w:pPr>
            <w:r>
              <w:rPr>
                <w:sz w:val="15"/>
              </w:rPr>
              <w:t>758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DBA4F3" w14:textId="77777777" w:rsidR="003B3005" w:rsidRDefault="00000000">
            <w:pPr>
              <w:spacing w:line="240" w:lineRule="auto"/>
              <w:jc w:val="center"/>
            </w:pPr>
            <w:r>
              <w:rPr>
                <w:sz w:val="15"/>
              </w:rPr>
              <w:t>82712057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53D3D9" w14:textId="77777777" w:rsidR="003B3005" w:rsidRDefault="00000000">
            <w:pPr>
              <w:spacing w:line="240" w:lineRule="auto"/>
              <w:jc w:val="center"/>
            </w:pPr>
            <w:r>
              <w:rPr>
                <w:sz w:val="15"/>
              </w:rPr>
              <w:t>0.8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F2EFF1" w14:textId="77777777" w:rsidR="003B3005" w:rsidRDefault="00000000">
            <w:pPr>
              <w:spacing w:line="240" w:lineRule="auto"/>
              <w:jc w:val="center"/>
            </w:pPr>
            <w:r>
              <w:rPr>
                <w:sz w:val="15"/>
              </w:rPr>
              <w:t>0.8 to 0.9</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EBCEA9" w14:textId="77777777" w:rsidR="003B3005" w:rsidRDefault="00000000">
            <w:pPr>
              <w:spacing w:line="240" w:lineRule="auto"/>
              <w:jc w:val="center"/>
            </w:pPr>
            <w:r>
              <w:rPr>
                <w:sz w:val="15"/>
              </w:rPr>
              <w:t>0</w:t>
            </w:r>
          </w:p>
        </w:tc>
      </w:tr>
      <w:tr w:rsidR="003B3005" w14:paraId="7C8C97CA"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ABDD29" w14:textId="77777777" w:rsidR="003B3005" w:rsidRDefault="00000000">
            <w:pPr>
              <w:spacing w:line="240" w:lineRule="auto"/>
            </w:pPr>
            <w:r>
              <w:rPr>
                <w:sz w:val="15"/>
              </w:rPr>
              <w:t>Wyoming</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502B1D" w14:textId="77777777" w:rsidR="003B3005" w:rsidRDefault="00000000">
            <w:pPr>
              <w:spacing w:line="240" w:lineRule="auto"/>
              <w:jc w:val="center"/>
            </w:pPr>
            <w:r>
              <w:rPr>
                <w:sz w:val="15"/>
              </w:rPr>
              <w:t>74</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92BA60" w14:textId="77777777" w:rsidR="003B3005" w:rsidRDefault="00000000">
            <w:pPr>
              <w:spacing w:line="240" w:lineRule="auto"/>
              <w:jc w:val="center"/>
            </w:pPr>
            <w:r>
              <w:rPr>
                <w:sz w:val="15"/>
              </w:rPr>
              <w:t>7921067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04A940" w14:textId="77777777" w:rsidR="003B3005" w:rsidRDefault="00000000">
            <w:pPr>
              <w:spacing w:line="240" w:lineRule="auto"/>
              <w:jc w:val="center"/>
            </w:pPr>
            <w:r>
              <w:rPr>
                <w:sz w:val="15"/>
              </w:rPr>
              <w:t>0.9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DDD4D1" w14:textId="77777777" w:rsidR="003B3005" w:rsidRDefault="00000000">
            <w:pPr>
              <w:spacing w:line="240" w:lineRule="auto"/>
              <w:jc w:val="center"/>
            </w:pPr>
            <w:r>
              <w:rPr>
                <w:sz w:val="15"/>
              </w:rPr>
              <w:t>0.7 to 1.1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3A243A" w14:textId="77777777" w:rsidR="003B3005" w:rsidRDefault="00000000">
            <w:pPr>
              <w:spacing w:line="240" w:lineRule="auto"/>
              <w:jc w:val="center"/>
            </w:pPr>
            <w:r>
              <w:rPr>
                <w:sz w:val="15"/>
              </w:rPr>
              <w:t>0.1</w:t>
            </w:r>
          </w:p>
        </w:tc>
      </w:tr>
    </w:tbl>
    <w:p w14:paraId="38A80E9A" w14:textId="77777777" w:rsidR="003B3005" w:rsidRDefault="00000000">
      <w:pPr>
        <w:spacing w:line="240" w:lineRule="auto"/>
      </w:pPr>
      <w:r>
        <w:rPr>
          <w:i/>
          <w:sz w:val="16"/>
        </w:rPr>
        <w:t>Note: Pooled AAMRs are specific to 1999-2020; estimates for 2021-2024 are reported separately in Supplementary Table S11.</w:t>
      </w:r>
    </w:p>
    <w:p w14:paraId="22450B48" w14:textId="77777777" w:rsidR="003B3005" w:rsidRDefault="00000000">
      <w:pPr>
        <w:pStyle w:val="Heading2"/>
        <w:spacing w:before="0" w:line="240" w:lineRule="auto"/>
      </w:pPr>
      <w:r>
        <w:rPr>
          <w:rFonts w:ascii="Times New Roman" w:eastAsia="Times New Roman" w:hAnsi="Times New Roman"/>
          <w:sz w:val="24"/>
        </w:rPr>
        <w:t>Supplementary Table S11. State-level pooled mortality, 2021-2024</w:t>
      </w:r>
    </w:p>
    <w:tbl>
      <w:tblPr>
        <w:tblW w:w="5000" w:type="pct"/>
        <w:jc w:val="center"/>
        <w:tblLayout w:type="fixed"/>
        <w:tblLook w:val="04A0" w:firstRow="1" w:lastRow="0" w:firstColumn="1" w:lastColumn="0" w:noHBand="0" w:noVBand="1"/>
      </w:tblPr>
      <w:tblGrid>
        <w:gridCol w:w="1227"/>
        <w:gridCol w:w="1298"/>
        <w:gridCol w:w="1803"/>
        <w:gridCol w:w="1226"/>
        <w:gridCol w:w="2525"/>
        <w:gridCol w:w="1371"/>
      </w:tblGrid>
      <w:tr w:rsidR="003B3005" w14:paraId="5D641034" w14:textId="77777777">
        <w:trPr>
          <w:cantSplit/>
          <w:tblHeader/>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CE7AC2" w14:textId="77777777" w:rsidR="003B3005" w:rsidRDefault="00000000">
            <w:pPr>
              <w:spacing w:line="240" w:lineRule="auto"/>
            </w:pPr>
            <w:r>
              <w:rPr>
                <w:b/>
                <w:sz w:val="15"/>
              </w:rPr>
              <w:t>State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4847C3" w14:textId="77777777" w:rsidR="003B3005" w:rsidRDefault="00000000">
            <w:pPr>
              <w:spacing w:line="240" w:lineRule="auto"/>
              <w:jc w:val="center"/>
            </w:pPr>
            <w:r>
              <w:rPr>
                <w:b/>
                <w:sz w:val="15"/>
              </w:rPr>
              <w:t>Deaths</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F5AACE" w14:textId="77777777" w:rsidR="003B3005" w:rsidRDefault="00000000">
            <w:pPr>
              <w:spacing w:line="240" w:lineRule="auto"/>
              <w:jc w:val="center"/>
            </w:pPr>
            <w:r>
              <w:rPr>
                <w:b/>
                <w:sz w:val="15"/>
              </w:rPr>
              <w:t>Population</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A665B2" w14:textId="77777777" w:rsidR="003B3005" w:rsidRDefault="00000000">
            <w:pPr>
              <w:spacing w:line="240" w:lineRule="auto"/>
              <w:jc w:val="center"/>
            </w:pPr>
            <w:r>
              <w:rPr>
                <w:b/>
                <w:sz w:val="15"/>
              </w:rPr>
              <w:t>AAMR</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9834BC" w14:textId="77777777" w:rsidR="003B3005" w:rsidRDefault="00000000">
            <w:pPr>
              <w:spacing w:line="240" w:lineRule="auto"/>
              <w:jc w:val="center"/>
            </w:pPr>
            <w:r>
              <w:rPr>
                <w:b/>
                <w:sz w:val="15"/>
              </w:rPr>
              <w:t>95% CI</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2BC652" w14:textId="77777777" w:rsidR="003B3005" w:rsidRDefault="00000000">
            <w:pPr>
              <w:spacing w:line="240" w:lineRule="auto"/>
              <w:jc w:val="center"/>
            </w:pPr>
            <w:r>
              <w:rPr>
                <w:b/>
                <w:sz w:val="15"/>
              </w:rPr>
              <w:t>SE</w:t>
            </w:r>
          </w:p>
        </w:tc>
      </w:tr>
      <w:tr w:rsidR="003B3005" w14:paraId="6BEC7912"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CE819E" w14:textId="77777777" w:rsidR="003B3005" w:rsidRDefault="00000000">
            <w:pPr>
              <w:spacing w:line="240" w:lineRule="auto"/>
            </w:pPr>
            <w:r>
              <w:rPr>
                <w:sz w:val="15"/>
              </w:rPr>
              <w:t>Alabama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4F655D" w14:textId="77777777" w:rsidR="003B3005" w:rsidRDefault="00000000">
            <w:pPr>
              <w:spacing w:line="240" w:lineRule="auto"/>
              <w:jc w:val="center"/>
            </w:pPr>
            <w:r>
              <w:rPr>
                <w:sz w:val="15"/>
              </w:rPr>
              <w:t>282</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F067E5" w14:textId="77777777" w:rsidR="003B3005" w:rsidRDefault="00000000">
            <w:pPr>
              <w:spacing w:line="240" w:lineRule="auto"/>
              <w:jc w:val="center"/>
            </w:pPr>
            <w:r>
              <w:rPr>
                <w:sz w:val="15"/>
              </w:rPr>
              <w:t>13963845</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CE7E21" w14:textId="77777777" w:rsidR="003B3005" w:rsidRDefault="00000000">
            <w:pPr>
              <w:spacing w:line="240" w:lineRule="auto"/>
              <w:jc w:val="center"/>
            </w:pPr>
            <w:r>
              <w:rPr>
                <w:sz w:val="15"/>
              </w:rPr>
              <w:t>1.7</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C98BD5" w14:textId="77777777" w:rsidR="003B3005" w:rsidRDefault="00000000">
            <w:pPr>
              <w:spacing w:line="240" w:lineRule="auto"/>
              <w:jc w:val="center"/>
            </w:pPr>
            <w:r>
              <w:rPr>
                <w:sz w:val="15"/>
              </w:rPr>
              <w:t>1.5 to 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064E08" w14:textId="77777777" w:rsidR="003B3005" w:rsidRDefault="00000000">
            <w:pPr>
              <w:spacing w:line="240" w:lineRule="auto"/>
              <w:jc w:val="center"/>
            </w:pPr>
            <w:r>
              <w:rPr>
                <w:sz w:val="15"/>
              </w:rPr>
              <w:t>0.1</w:t>
            </w:r>
          </w:p>
        </w:tc>
      </w:tr>
      <w:tr w:rsidR="003B3005" w14:paraId="41078638"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EDA498" w14:textId="77777777" w:rsidR="003B3005" w:rsidRDefault="00000000">
            <w:pPr>
              <w:spacing w:line="240" w:lineRule="auto"/>
            </w:pPr>
            <w:r>
              <w:rPr>
                <w:sz w:val="15"/>
              </w:rPr>
              <w:t>Alaska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D03B33" w14:textId="77777777" w:rsidR="003B3005" w:rsidRDefault="00000000">
            <w:pPr>
              <w:spacing w:line="240" w:lineRule="auto"/>
              <w:jc w:val="center"/>
            </w:pPr>
            <w:r>
              <w:rPr>
                <w:sz w:val="15"/>
              </w:rPr>
              <w:t>28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7C0784" w14:textId="77777777" w:rsidR="003B3005" w:rsidRDefault="00000000">
            <w:pPr>
              <w:spacing w:line="240" w:lineRule="auto"/>
              <w:jc w:val="center"/>
            </w:pPr>
            <w:r>
              <w:rPr>
                <w:sz w:val="15"/>
              </w:rPr>
              <w:t>1964276</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3933B0" w14:textId="77777777" w:rsidR="003B3005" w:rsidRDefault="00000000">
            <w:pPr>
              <w:spacing w:line="240" w:lineRule="auto"/>
              <w:jc w:val="center"/>
            </w:pPr>
            <w:r>
              <w:rPr>
                <w:sz w:val="15"/>
              </w:rPr>
              <w:t>1.4</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80AD85" w14:textId="77777777" w:rsidR="003B3005" w:rsidRDefault="00000000">
            <w:pPr>
              <w:spacing w:line="240" w:lineRule="auto"/>
              <w:jc w:val="center"/>
            </w:pPr>
            <w:r>
              <w:rPr>
                <w:sz w:val="15"/>
              </w:rPr>
              <w:t>0.9 to 2.1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8DA533" w14:textId="77777777" w:rsidR="003B3005" w:rsidRDefault="00000000">
            <w:pPr>
              <w:spacing w:line="240" w:lineRule="auto"/>
              <w:jc w:val="center"/>
            </w:pPr>
            <w:r>
              <w:rPr>
                <w:sz w:val="15"/>
              </w:rPr>
              <w:t>0.3</w:t>
            </w:r>
          </w:p>
        </w:tc>
      </w:tr>
      <w:tr w:rsidR="003B3005" w14:paraId="259757AA"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B4F360" w14:textId="77777777" w:rsidR="003B3005" w:rsidRDefault="00000000">
            <w:pPr>
              <w:spacing w:line="240" w:lineRule="auto"/>
            </w:pPr>
            <w:r>
              <w:rPr>
                <w:sz w:val="15"/>
              </w:rPr>
              <w:t>Arizona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E98C55" w14:textId="77777777" w:rsidR="003B3005" w:rsidRDefault="00000000">
            <w:pPr>
              <w:spacing w:line="240" w:lineRule="auto"/>
              <w:jc w:val="center"/>
            </w:pPr>
            <w:r>
              <w:rPr>
                <w:sz w:val="15"/>
              </w:rPr>
              <w:t>416</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B96649" w14:textId="77777777" w:rsidR="003B3005" w:rsidRDefault="00000000">
            <w:pPr>
              <w:spacing w:line="240" w:lineRule="auto"/>
              <w:jc w:val="center"/>
            </w:pPr>
            <w:r>
              <w:rPr>
                <w:sz w:val="15"/>
              </w:rPr>
              <w:t>20437980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95A3FD" w14:textId="77777777" w:rsidR="003B3005" w:rsidRDefault="00000000">
            <w:pPr>
              <w:spacing w:line="240" w:lineRule="auto"/>
              <w:jc w:val="center"/>
            </w:pPr>
            <w:r>
              <w:rPr>
                <w:sz w:val="15"/>
              </w:rPr>
              <w:t>1.8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C0CD7E" w14:textId="77777777" w:rsidR="003B3005" w:rsidRDefault="00000000">
            <w:pPr>
              <w:spacing w:line="240" w:lineRule="auto"/>
              <w:jc w:val="center"/>
            </w:pPr>
            <w:r>
              <w:rPr>
                <w:sz w:val="15"/>
              </w:rPr>
              <w:t>1.6 to 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983788" w14:textId="77777777" w:rsidR="003B3005" w:rsidRDefault="00000000">
            <w:pPr>
              <w:spacing w:line="240" w:lineRule="auto"/>
              <w:jc w:val="center"/>
            </w:pPr>
            <w:r>
              <w:rPr>
                <w:sz w:val="15"/>
              </w:rPr>
              <w:t>0.1</w:t>
            </w:r>
          </w:p>
        </w:tc>
      </w:tr>
      <w:tr w:rsidR="003B3005" w14:paraId="0FF9157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0AE6F4" w14:textId="77777777" w:rsidR="003B3005" w:rsidRDefault="00000000">
            <w:pPr>
              <w:spacing w:line="240" w:lineRule="auto"/>
            </w:pPr>
            <w:r>
              <w:rPr>
                <w:sz w:val="15"/>
              </w:rPr>
              <w:t>Arkansas</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4B0272" w14:textId="77777777" w:rsidR="003B3005" w:rsidRDefault="00000000">
            <w:pPr>
              <w:spacing w:line="240" w:lineRule="auto"/>
              <w:jc w:val="center"/>
            </w:pPr>
            <w:r>
              <w:rPr>
                <w:sz w:val="15"/>
              </w:rPr>
              <w:t>235</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A9A729" w14:textId="77777777" w:rsidR="003B3005" w:rsidRDefault="00000000">
            <w:pPr>
              <w:spacing w:line="240" w:lineRule="auto"/>
              <w:jc w:val="center"/>
            </w:pPr>
            <w:r>
              <w:rPr>
                <w:sz w:val="15"/>
              </w:rPr>
              <w:t>8276882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7E77E9" w14:textId="77777777" w:rsidR="003B3005" w:rsidRDefault="00000000">
            <w:pPr>
              <w:spacing w:line="240" w:lineRule="auto"/>
              <w:jc w:val="center"/>
            </w:pPr>
            <w:r>
              <w:rPr>
                <w:sz w:val="15"/>
              </w:rPr>
              <w:t>2.5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CAD8F9" w14:textId="77777777" w:rsidR="003B3005" w:rsidRDefault="00000000">
            <w:pPr>
              <w:spacing w:line="240" w:lineRule="auto"/>
              <w:jc w:val="center"/>
            </w:pPr>
            <w:r>
              <w:rPr>
                <w:sz w:val="15"/>
              </w:rPr>
              <w:t>2.2 to 2.9</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F28C31" w14:textId="77777777" w:rsidR="003B3005" w:rsidRDefault="00000000">
            <w:pPr>
              <w:spacing w:line="240" w:lineRule="auto"/>
              <w:jc w:val="center"/>
            </w:pPr>
            <w:r>
              <w:rPr>
                <w:sz w:val="15"/>
              </w:rPr>
              <w:t>0.2</w:t>
            </w:r>
          </w:p>
        </w:tc>
      </w:tr>
      <w:tr w:rsidR="003B3005" w14:paraId="073B71A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B810CC" w14:textId="77777777" w:rsidR="003B3005" w:rsidRDefault="00000000">
            <w:pPr>
              <w:spacing w:line="240" w:lineRule="auto"/>
            </w:pPr>
            <w:r>
              <w:rPr>
                <w:sz w:val="15"/>
              </w:rPr>
              <w:t>California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695B44" w14:textId="77777777" w:rsidR="003B3005" w:rsidRDefault="00000000">
            <w:pPr>
              <w:spacing w:line="240" w:lineRule="auto"/>
              <w:jc w:val="center"/>
            </w:pPr>
            <w:r>
              <w:rPr>
                <w:sz w:val="15"/>
              </w:rPr>
              <w:t>2451</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DF34E3" w14:textId="77777777" w:rsidR="003B3005" w:rsidRDefault="00000000">
            <w:pPr>
              <w:spacing w:line="240" w:lineRule="auto"/>
              <w:jc w:val="center"/>
            </w:pPr>
            <w:r>
              <w:rPr>
                <w:sz w:val="15"/>
              </w:rPr>
              <w:t>108078425</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FCEBF6" w14:textId="77777777" w:rsidR="003B3005" w:rsidRDefault="00000000">
            <w:pPr>
              <w:spacing w:line="240" w:lineRule="auto"/>
              <w:jc w:val="center"/>
            </w:pPr>
            <w:r>
              <w:rPr>
                <w:sz w:val="15"/>
              </w:rPr>
              <w:t>2.1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F5342D" w14:textId="77777777" w:rsidR="003B3005" w:rsidRDefault="00000000">
            <w:pPr>
              <w:spacing w:line="240" w:lineRule="auto"/>
              <w:jc w:val="center"/>
            </w:pPr>
            <w:r>
              <w:rPr>
                <w:sz w:val="15"/>
              </w:rPr>
              <w:t>2 to 2.2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DF8D45" w14:textId="77777777" w:rsidR="003B3005" w:rsidRDefault="00000000">
            <w:pPr>
              <w:spacing w:line="240" w:lineRule="auto"/>
              <w:jc w:val="center"/>
            </w:pPr>
            <w:r>
              <w:rPr>
                <w:sz w:val="15"/>
              </w:rPr>
              <w:t>0</w:t>
            </w:r>
          </w:p>
        </w:tc>
      </w:tr>
      <w:tr w:rsidR="003B3005" w14:paraId="16CD0885"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82CDA3" w14:textId="77777777" w:rsidR="003B3005" w:rsidRDefault="00000000">
            <w:pPr>
              <w:spacing w:line="240" w:lineRule="auto"/>
            </w:pPr>
            <w:r>
              <w:rPr>
                <w:sz w:val="15"/>
              </w:rPr>
              <w:t>Colorado</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1796C5" w14:textId="77777777" w:rsidR="003B3005" w:rsidRDefault="00000000">
            <w:pPr>
              <w:spacing w:line="240" w:lineRule="auto"/>
              <w:jc w:val="center"/>
            </w:pPr>
            <w:r>
              <w:rPr>
                <w:sz w:val="15"/>
              </w:rPr>
              <w:t>373</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FFD204" w14:textId="77777777" w:rsidR="003B3005" w:rsidRDefault="00000000">
            <w:pPr>
              <w:spacing w:line="240" w:lineRule="auto"/>
              <w:jc w:val="center"/>
            </w:pPr>
            <w:r>
              <w:rPr>
                <w:sz w:val="15"/>
              </w:rPr>
              <w:t>16426592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28C41D" w14:textId="77777777" w:rsidR="003B3005" w:rsidRDefault="00000000">
            <w:pPr>
              <w:spacing w:line="240" w:lineRule="auto"/>
              <w:jc w:val="center"/>
            </w:pPr>
            <w:r>
              <w:rPr>
                <w:sz w:val="15"/>
              </w:rPr>
              <w:t>2.1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F84C26" w14:textId="77777777" w:rsidR="003B3005" w:rsidRDefault="00000000">
            <w:pPr>
              <w:spacing w:line="240" w:lineRule="auto"/>
              <w:jc w:val="center"/>
            </w:pPr>
            <w:r>
              <w:rPr>
                <w:sz w:val="15"/>
              </w:rPr>
              <w:t>1.9 to 2.4</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8E2FD0" w14:textId="77777777" w:rsidR="003B3005" w:rsidRDefault="00000000">
            <w:pPr>
              <w:spacing w:line="240" w:lineRule="auto"/>
              <w:jc w:val="center"/>
            </w:pPr>
            <w:r>
              <w:rPr>
                <w:sz w:val="15"/>
              </w:rPr>
              <w:t>0.1</w:t>
            </w:r>
          </w:p>
        </w:tc>
      </w:tr>
      <w:tr w:rsidR="003B3005" w14:paraId="0CCFC329"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CC9482" w14:textId="77777777" w:rsidR="003B3005" w:rsidRDefault="00000000">
            <w:pPr>
              <w:spacing w:line="240" w:lineRule="auto"/>
            </w:pPr>
            <w:r>
              <w:rPr>
                <w:sz w:val="15"/>
              </w:rPr>
              <w:t>Connecticut</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6A0FEE" w14:textId="77777777" w:rsidR="003B3005" w:rsidRDefault="00000000">
            <w:pPr>
              <w:spacing w:line="240" w:lineRule="auto"/>
              <w:jc w:val="center"/>
            </w:pPr>
            <w:r>
              <w:rPr>
                <w:sz w:val="15"/>
              </w:rPr>
              <w:t>75</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F1C2A0" w14:textId="77777777" w:rsidR="003B3005" w:rsidRDefault="00000000">
            <w:pPr>
              <w:spacing w:line="240" w:lineRule="auto"/>
              <w:jc w:val="center"/>
            </w:pPr>
            <w:r>
              <w:rPr>
                <w:sz w:val="15"/>
              </w:rPr>
              <w:t>10237860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C45190" w14:textId="77777777" w:rsidR="003B3005" w:rsidRDefault="00000000">
            <w:pPr>
              <w:spacing w:line="240" w:lineRule="auto"/>
              <w:jc w:val="center"/>
            </w:pPr>
            <w:r>
              <w:rPr>
                <w:sz w:val="15"/>
              </w:rPr>
              <w:t>0.6</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79C831" w14:textId="77777777" w:rsidR="003B3005" w:rsidRDefault="00000000">
            <w:pPr>
              <w:spacing w:line="240" w:lineRule="auto"/>
              <w:jc w:val="center"/>
            </w:pPr>
            <w:r>
              <w:rPr>
                <w:sz w:val="15"/>
              </w:rPr>
              <w:t>0.5 to 0.8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01F98F" w14:textId="77777777" w:rsidR="003B3005" w:rsidRDefault="00000000">
            <w:pPr>
              <w:spacing w:line="240" w:lineRule="auto"/>
              <w:jc w:val="center"/>
            </w:pPr>
            <w:r>
              <w:rPr>
                <w:sz w:val="15"/>
              </w:rPr>
              <w:t>0.1</w:t>
            </w:r>
          </w:p>
        </w:tc>
      </w:tr>
      <w:tr w:rsidR="003B3005" w14:paraId="2D716A71"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7EB811" w14:textId="77777777" w:rsidR="003B3005" w:rsidRDefault="00000000">
            <w:pPr>
              <w:spacing w:line="240" w:lineRule="auto"/>
            </w:pPr>
            <w:r>
              <w:rPr>
                <w:sz w:val="15"/>
              </w:rPr>
              <w:t>Delaware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68122F" w14:textId="77777777" w:rsidR="003B3005" w:rsidRDefault="00000000">
            <w:pPr>
              <w:spacing w:line="240" w:lineRule="auto"/>
              <w:jc w:val="center"/>
            </w:pPr>
            <w:r>
              <w:rPr>
                <w:sz w:val="15"/>
              </w:rPr>
              <w:t>177</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8E5CC9" w14:textId="77777777" w:rsidR="003B3005" w:rsidRDefault="00000000">
            <w:pPr>
              <w:spacing w:line="240" w:lineRule="auto"/>
              <w:jc w:val="center"/>
            </w:pPr>
            <w:r>
              <w:rPr>
                <w:sz w:val="15"/>
              </w:rPr>
              <w:t>2914977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8A37FA" w14:textId="77777777" w:rsidR="003B3005" w:rsidRDefault="00000000">
            <w:pPr>
              <w:spacing w:line="240" w:lineRule="auto"/>
              <w:jc w:val="center"/>
            </w:pPr>
            <w:r>
              <w:rPr>
                <w:sz w:val="15"/>
              </w:rPr>
              <w:t>4.6</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924B0F" w14:textId="77777777" w:rsidR="003B3005" w:rsidRDefault="00000000">
            <w:pPr>
              <w:spacing w:line="240" w:lineRule="auto"/>
              <w:jc w:val="center"/>
            </w:pPr>
            <w:r>
              <w:rPr>
                <w:sz w:val="15"/>
              </w:rPr>
              <w:t>3.9 to 5.4</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56651A" w14:textId="77777777" w:rsidR="003B3005" w:rsidRDefault="00000000">
            <w:pPr>
              <w:spacing w:line="240" w:lineRule="auto"/>
              <w:jc w:val="center"/>
            </w:pPr>
            <w:r>
              <w:rPr>
                <w:sz w:val="15"/>
              </w:rPr>
              <w:t>0.4</w:t>
            </w:r>
          </w:p>
        </w:tc>
      </w:tr>
      <w:tr w:rsidR="003B3005" w14:paraId="133F11C4"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0D3C47" w14:textId="77777777" w:rsidR="003B3005" w:rsidRDefault="00000000">
            <w:pPr>
              <w:spacing w:line="240" w:lineRule="auto"/>
            </w:pPr>
            <w:r>
              <w:rPr>
                <w:sz w:val="15"/>
              </w:rPr>
              <w:t>District of Columbia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CE57B8" w14:textId="77777777" w:rsidR="003B3005" w:rsidRDefault="00000000">
            <w:pPr>
              <w:spacing w:line="240" w:lineRule="auto"/>
              <w:jc w:val="center"/>
            </w:pPr>
            <w:r>
              <w:rPr>
                <w:sz w:val="15"/>
              </w:rPr>
              <w:t>40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080549" w14:textId="77777777" w:rsidR="003B3005" w:rsidRDefault="00000000">
            <w:pPr>
              <w:spacing w:line="240" w:lineRule="auto"/>
              <w:jc w:val="center"/>
            </w:pPr>
            <w:r>
              <w:rPr>
                <w:sz w:val="15"/>
              </w:rPr>
              <w:t>1944893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BF9A62" w14:textId="77777777" w:rsidR="003B3005" w:rsidRDefault="00000000">
            <w:pPr>
              <w:spacing w:line="240" w:lineRule="auto"/>
              <w:jc w:val="center"/>
            </w:pPr>
            <w:r>
              <w:rPr>
                <w:sz w:val="15"/>
              </w:rPr>
              <w:t>2.3</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928BC6" w14:textId="77777777" w:rsidR="003B3005" w:rsidRDefault="00000000">
            <w:pPr>
              <w:spacing w:line="240" w:lineRule="auto"/>
              <w:jc w:val="center"/>
            </w:pPr>
            <w:r>
              <w:rPr>
                <w:sz w:val="15"/>
              </w:rPr>
              <w:t>1.6 to 3.2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091387" w14:textId="77777777" w:rsidR="003B3005" w:rsidRDefault="00000000">
            <w:pPr>
              <w:spacing w:line="240" w:lineRule="auto"/>
              <w:jc w:val="center"/>
            </w:pPr>
            <w:r>
              <w:rPr>
                <w:sz w:val="15"/>
              </w:rPr>
              <w:t>0.4</w:t>
            </w:r>
          </w:p>
        </w:tc>
      </w:tr>
      <w:tr w:rsidR="003B3005" w14:paraId="2557A9DD"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993902" w14:textId="77777777" w:rsidR="003B3005" w:rsidRDefault="00000000">
            <w:pPr>
              <w:spacing w:line="240" w:lineRule="auto"/>
            </w:pPr>
            <w:r>
              <w:rPr>
                <w:sz w:val="15"/>
              </w:rPr>
              <w:t>Florida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2CF365" w14:textId="77777777" w:rsidR="003B3005" w:rsidRDefault="00000000">
            <w:pPr>
              <w:spacing w:line="240" w:lineRule="auto"/>
              <w:jc w:val="center"/>
            </w:pPr>
            <w:r>
              <w:rPr>
                <w:sz w:val="15"/>
              </w:rPr>
              <w:t>1266</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82324C" w14:textId="77777777" w:rsidR="003B3005" w:rsidRDefault="00000000">
            <w:pPr>
              <w:spacing w:line="240" w:lineRule="auto"/>
              <w:jc w:val="center"/>
            </w:pPr>
            <w:r>
              <w:rPr>
                <w:sz w:val="15"/>
              </w:rPr>
              <w:t>65250332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D067D2" w14:textId="77777777" w:rsidR="003B3005" w:rsidRDefault="00000000">
            <w:pPr>
              <w:spacing w:line="240" w:lineRule="auto"/>
              <w:jc w:val="center"/>
            </w:pPr>
            <w:r>
              <w:rPr>
                <w:sz w:val="15"/>
              </w:rPr>
              <w:t>1.6</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2BD7CE" w14:textId="77777777" w:rsidR="003B3005" w:rsidRDefault="00000000">
            <w:pPr>
              <w:spacing w:line="240" w:lineRule="auto"/>
              <w:jc w:val="center"/>
            </w:pPr>
            <w:r>
              <w:rPr>
                <w:sz w:val="15"/>
              </w:rPr>
              <w:t>1.6 to 1.7</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02BEA0" w14:textId="77777777" w:rsidR="003B3005" w:rsidRDefault="00000000">
            <w:pPr>
              <w:spacing w:line="240" w:lineRule="auto"/>
              <w:jc w:val="center"/>
            </w:pPr>
            <w:r>
              <w:rPr>
                <w:sz w:val="15"/>
              </w:rPr>
              <w:t>0</w:t>
            </w:r>
          </w:p>
        </w:tc>
      </w:tr>
      <w:tr w:rsidR="003B3005" w14:paraId="53989F09"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1C3D6E" w14:textId="77777777" w:rsidR="003B3005" w:rsidRDefault="00000000">
            <w:pPr>
              <w:spacing w:line="240" w:lineRule="auto"/>
            </w:pPr>
            <w:r>
              <w:rPr>
                <w:sz w:val="15"/>
              </w:rPr>
              <w:t>Georgia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6D7D00" w14:textId="77777777" w:rsidR="003B3005" w:rsidRDefault="00000000">
            <w:pPr>
              <w:spacing w:line="240" w:lineRule="auto"/>
              <w:jc w:val="center"/>
            </w:pPr>
            <w:r>
              <w:rPr>
                <w:sz w:val="15"/>
              </w:rPr>
              <w:t>1007</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615340" w14:textId="77777777" w:rsidR="003B3005" w:rsidRDefault="00000000">
            <w:pPr>
              <w:spacing w:line="240" w:lineRule="auto"/>
              <w:jc w:val="center"/>
            </w:pPr>
            <w:r>
              <w:rPr>
                <w:sz w:val="15"/>
              </w:rPr>
              <w:t>29606615</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C38775" w14:textId="77777777" w:rsidR="003B3005" w:rsidRDefault="00000000">
            <w:pPr>
              <w:spacing w:line="240" w:lineRule="auto"/>
              <w:jc w:val="center"/>
            </w:pPr>
            <w:r>
              <w:rPr>
                <w:sz w:val="15"/>
              </w:rPr>
              <w:t>3.1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3058BD" w14:textId="77777777" w:rsidR="003B3005" w:rsidRDefault="00000000">
            <w:pPr>
              <w:spacing w:line="240" w:lineRule="auto"/>
              <w:jc w:val="center"/>
            </w:pPr>
            <w:r>
              <w:rPr>
                <w:sz w:val="15"/>
              </w:rPr>
              <w:t>2.9 to 3.3</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C91E35" w14:textId="77777777" w:rsidR="003B3005" w:rsidRDefault="00000000">
            <w:pPr>
              <w:spacing w:line="240" w:lineRule="auto"/>
              <w:jc w:val="center"/>
            </w:pPr>
            <w:r>
              <w:rPr>
                <w:sz w:val="15"/>
              </w:rPr>
              <w:t>0.1</w:t>
            </w:r>
          </w:p>
        </w:tc>
      </w:tr>
      <w:tr w:rsidR="003B3005" w14:paraId="11A7AD9D"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19F68F" w14:textId="77777777" w:rsidR="003B3005" w:rsidRDefault="00000000">
            <w:pPr>
              <w:spacing w:line="240" w:lineRule="auto"/>
            </w:pPr>
            <w:r>
              <w:rPr>
                <w:sz w:val="15"/>
              </w:rPr>
              <w:t>Hawaii</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14A110" w14:textId="77777777" w:rsidR="003B3005" w:rsidRDefault="00000000">
            <w:pPr>
              <w:spacing w:line="240" w:lineRule="auto"/>
              <w:jc w:val="center"/>
            </w:pPr>
            <w:r>
              <w:rPr>
                <w:sz w:val="15"/>
              </w:rPr>
              <w:t>42</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73F034" w14:textId="77777777" w:rsidR="003B3005" w:rsidRDefault="00000000">
            <w:pPr>
              <w:spacing w:line="240" w:lineRule="auto"/>
              <w:jc w:val="center"/>
            </w:pPr>
            <w:r>
              <w:rPr>
                <w:sz w:val="15"/>
              </w:rPr>
              <w:t>4103106</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D2CB71" w14:textId="77777777" w:rsidR="003B3005" w:rsidRDefault="00000000">
            <w:pPr>
              <w:spacing w:line="240" w:lineRule="auto"/>
              <w:jc w:val="center"/>
            </w:pPr>
            <w:r>
              <w:rPr>
                <w:sz w:val="15"/>
              </w:rPr>
              <w:t>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D36BA5" w14:textId="77777777" w:rsidR="003B3005" w:rsidRDefault="00000000">
            <w:pPr>
              <w:spacing w:line="240" w:lineRule="auto"/>
              <w:jc w:val="center"/>
            </w:pPr>
            <w:r>
              <w:rPr>
                <w:sz w:val="15"/>
              </w:rPr>
              <w:t>0.7 to 1.4</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D55843" w14:textId="77777777" w:rsidR="003B3005" w:rsidRDefault="00000000">
            <w:pPr>
              <w:spacing w:line="240" w:lineRule="auto"/>
              <w:jc w:val="center"/>
            </w:pPr>
            <w:r>
              <w:rPr>
                <w:sz w:val="15"/>
              </w:rPr>
              <w:t>0.2</w:t>
            </w:r>
          </w:p>
        </w:tc>
      </w:tr>
      <w:tr w:rsidR="003B3005" w14:paraId="17698B28"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BC22C2" w14:textId="77777777" w:rsidR="003B3005" w:rsidRDefault="00000000">
            <w:pPr>
              <w:spacing w:line="240" w:lineRule="auto"/>
            </w:pPr>
            <w:r>
              <w:rPr>
                <w:sz w:val="15"/>
              </w:rPr>
              <w:t>Idaho</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8E4FF2" w14:textId="77777777" w:rsidR="003B3005" w:rsidRDefault="00000000">
            <w:pPr>
              <w:spacing w:line="240" w:lineRule="auto"/>
              <w:jc w:val="center"/>
            </w:pPr>
            <w:r>
              <w:rPr>
                <w:sz w:val="15"/>
              </w:rPr>
              <w:t>142</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9DC285" w14:textId="77777777" w:rsidR="003B3005" w:rsidRDefault="00000000">
            <w:pPr>
              <w:spacing w:line="240" w:lineRule="auto"/>
              <w:jc w:val="center"/>
            </w:pPr>
            <w:r>
              <w:rPr>
                <w:sz w:val="15"/>
              </w:rPr>
              <w:t>5175822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3C265B" w14:textId="77777777" w:rsidR="003B3005" w:rsidRDefault="00000000">
            <w:pPr>
              <w:spacing w:line="240" w:lineRule="auto"/>
              <w:jc w:val="center"/>
            </w:pPr>
            <w:r>
              <w:rPr>
                <w:sz w:val="15"/>
              </w:rPr>
              <w:t>2.4</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985A2F" w14:textId="77777777" w:rsidR="003B3005" w:rsidRDefault="00000000">
            <w:pPr>
              <w:spacing w:line="240" w:lineRule="auto"/>
              <w:jc w:val="center"/>
            </w:pPr>
            <w:r>
              <w:rPr>
                <w:sz w:val="15"/>
              </w:rPr>
              <w:t>2 to 2.9</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C890D8" w14:textId="77777777" w:rsidR="003B3005" w:rsidRDefault="00000000">
            <w:pPr>
              <w:spacing w:line="240" w:lineRule="auto"/>
              <w:jc w:val="center"/>
            </w:pPr>
            <w:r>
              <w:rPr>
                <w:sz w:val="15"/>
              </w:rPr>
              <w:t>0.2</w:t>
            </w:r>
          </w:p>
        </w:tc>
      </w:tr>
      <w:tr w:rsidR="003B3005" w14:paraId="497C680A"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0C4B75" w14:textId="77777777" w:rsidR="003B3005" w:rsidRDefault="00000000">
            <w:pPr>
              <w:spacing w:line="240" w:lineRule="auto"/>
            </w:pPr>
            <w:r>
              <w:rPr>
                <w:sz w:val="15"/>
              </w:rPr>
              <w:t>Illinois</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B79DBF" w14:textId="77777777" w:rsidR="003B3005" w:rsidRDefault="00000000">
            <w:pPr>
              <w:spacing w:line="240" w:lineRule="auto"/>
              <w:jc w:val="center"/>
            </w:pPr>
            <w:r>
              <w:rPr>
                <w:sz w:val="15"/>
              </w:rPr>
              <w:t>408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2B84D9" w14:textId="77777777" w:rsidR="003B3005" w:rsidRDefault="00000000">
            <w:pPr>
              <w:spacing w:line="240" w:lineRule="auto"/>
              <w:jc w:val="center"/>
            </w:pPr>
            <w:r>
              <w:rPr>
                <w:sz w:val="15"/>
              </w:rPr>
              <w:t>34962163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945837" w14:textId="77777777" w:rsidR="003B3005" w:rsidRDefault="00000000">
            <w:pPr>
              <w:spacing w:line="240" w:lineRule="auto"/>
              <w:jc w:val="center"/>
            </w:pPr>
            <w:r>
              <w:rPr>
                <w:sz w:val="15"/>
              </w:rPr>
              <w:t>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091895" w14:textId="77777777" w:rsidR="003B3005" w:rsidRDefault="00000000">
            <w:pPr>
              <w:spacing w:line="240" w:lineRule="auto"/>
              <w:jc w:val="center"/>
            </w:pPr>
            <w:r>
              <w:rPr>
                <w:sz w:val="15"/>
              </w:rPr>
              <w:t>0.9 to 1.1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010DD5" w14:textId="77777777" w:rsidR="003B3005" w:rsidRDefault="00000000">
            <w:pPr>
              <w:spacing w:line="240" w:lineRule="auto"/>
              <w:jc w:val="center"/>
            </w:pPr>
            <w:r>
              <w:rPr>
                <w:sz w:val="15"/>
              </w:rPr>
              <w:t>0.1</w:t>
            </w:r>
          </w:p>
        </w:tc>
      </w:tr>
      <w:tr w:rsidR="003B3005" w14:paraId="15F9DEC4"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B0224C" w14:textId="77777777" w:rsidR="003B3005" w:rsidRDefault="00000000">
            <w:pPr>
              <w:spacing w:line="240" w:lineRule="auto"/>
            </w:pPr>
            <w:r>
              <w:rPr>
                <w:sz w:val="15"/>
              </w:rPr>
              <w:t>Indiana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208F35" w14:textId="77777777" w:rsidR="003B3005" w:rsidRDefault="00000000">
            <w:pPr>
              <w:spacing w:line="240" w:lineRule="auto"/>
              <w:jc w:val="center"/>
            </w:pPr>
            <w:r>
              <w:rPr>
                <w:sz w:val="15"/>
              </w:rPr>
              <w:t>472</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22B6AC" w14:textId="77777777" w:rsidR="003B3005" w:rsidRDefault="00000000">
            <w:pPr>
              <w:spacing w:line="240" w:lineRule="auto"/>
              <w:jc w:val="center"/>
            </w:pPr>
            <w:r>
              <w:rPr>
                <w:sz w:val="15"/>
              </w:rPr>
              <w:t>18425187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C6DD32" w14:textId="77777777" w:rsidR="003B3005" w:rsidRDefault="00000000">
            <w:pPr>
              <w:spacing w:line="240" w:lineRule="auto"/>
              <w:jc w:val="center"/>
            </w:pPr>
            <w:r>
              <w:rPr>
                <w:sz w:val="15"/>
              </w:rPr>
              <w:t>2.2</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20928B" w14:textId="77777777" w:rsidR="003B3005" w:rsidRDefault="00000000">
            <w:pPr>
              <w:spacing w:line="240" w:lineRule="auto"/>
              <w:jc w:val="center"/>
            </w:pPr>
            <w:r>
              <w:rPr>
                <w:sz w:val="15"/>
              </w:rPr>
              <w:t>2 to 2.4</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A2ADFE" w14:textId="77777777" w:rsidR="003B3005" w:rsidRDefault="00000000">
            <w:pPr>
              <w:spacing w:line="240" w:lineRule="auto"/>
              <w:jc w:val="center"/>
            </w:pPr>
            <w:r>
              <w:rPr>
                <w:sz w:val="15"/>
              </w:rPr>
              <w:t>0.1</w:t>
            </w:r>
          </w:p>
        </w:tc>
      </w:tr>
      <w:tr w:rsidR="003B3005" w14:paraId="1FBB626A"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E3B17D" w14:textId="77777777" w:rsidR="003B3005" w:rsidRDefault="00000000">
            <w:pPr>
              <w:spacing w:line="240" w:lineRule="auto"/>
            </w:pPr>
            <w:r>
              <w:rPr>
                <w:sz w:val="15"/>
              </w:rPr>
              <w:t>Iowa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1CC94D" w14:textId="77777777" w:rsidR="003B3005" w:rsidRDefault="00000000">
            <w:pPr>
              <w:spacing w:line="240" w:lineRule="auto"/>
              <w:jc w:val="center"/>
            </w:pPr>
            <w:r>
              <w:rPr>
                <w:sz w:val="15"/>
              </w:rPr>
              <w:t>212</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634DFD" w14:textId="77777777" w:rsidR="003B3005" w:rsidRDefault="00000000">
            <w:pPr>
              <w:spacing w:line="240" w:lineRule="auto"/>
              <w:jc w:val="center"/>
            </w:pPr>
            <w:r>
              <w:rPr>
                <w:sz w:val="15"/>
              </w:rPr>
              <w:t>8629428</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B3B388" w14:textId="77777777" w:rsidR="003B3005" w:rsidRDefault="00000000">
            <w:pPr>
              <w:spacing w:line="240" w:lineRule="auto"/>
              <w:jc w:val="center"/>
            </w:pPr>
            <w:r>
              <w:rPr>
                <w:sz w:val="15"/>
              </w:rPr>
              <w:t>2.1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FB5353" w14:textId="77777777" w:rsidR="003B3005" w:rsidRDefault="00000000">
            <w:pPr>
              <w:spacing w:line="240" w:lineRule="auto"/>
              <w:jc w:val="center"/>
            </w:pPr>
            <w:r>
              <w:rPr>
                <w:sz w:val="15"/>
              </w:rPr>
              <w:t>1.8 to 2.4</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B89F13" w14:textId="77777777" w:rsidR="003B3005" w:rsidRDefault="00000000">
            <w:pPr>
              <w:spacing w:line="240" w:lineRule="auto"/>
              <w:jc w:val="center"/>
            </w:pPr>
            <w:r>
              <w:rPr>
                <w:sz w:val="15"/>
              </w:rPr>
              <w:t>0.1</w:t>
            </w:r>
          </w:p>
        </w:tc>
      </w:tr>
      <w:tr w:rsidR="003B3005" w14:paraId="7B7B0932"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BB2D0F" w14:textId="77777777" w:rsidR="003B3005" w:rsidRDefault="00000000">
            <w:pPr>
              <w:spacing w:line="240" w:lineRule="auto"/>
            </w:pPr>
            <w:r>
              <w:rPr>
                <w:sz w:val="15"/>
              </w:rPr>
              <w:t>Kansas</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BC8D44" w14:textId="77777777" w:rsidR="003B3005" w:rsidRDefault="00000000">
            <w:pPr>
              <w:spacing w:line="240" w:lineRule="auto"/>
              <w:jc w:val="center"/>
            </w:pPr>
            <w:r>
              <w:rPr>
                <w:sz w:val="15"/>
              </w:rPr>
              <w:t>210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842413" w14:textId="77777777" w:rsidR="003B3005" w:rsidRDefault="00000000">
            <w:pPr>
              <w:spacing w:line="240" w:lineRule="auto"/>
              <w:jc w:val="center"/>
            </w:pPr>
            <w:r>
              <w:rPr>
                <w:sz w:val="15"/>
              </w:rPr>
              <w:t>7794499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68B37C" w14:textId="77777777" w:rsidR="003B3005" w:rsidRDefault="00000000">
            <w:pPr>
              <w:spacing w:line="240" w:lineRule="auto"/>
              <w:jc w:val="center"/>
            </w:pPr>
            <w:r>
              <w:rPr>
                <w:sz w:val="15"/>
              </w:rPr>
              <w:t>2.3</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BA79EF" w14:textId="77777777" w:rsidR="003B3005" w:rsidRDefault="00000000">
            <w:pPr>
              <w:spacing w:line="240" w:lineRule="auto"/>
              <w:jc w:val="center"/>
            </w:pPr>
            <w:r>
              <w:rPr>
                <w:sz w:val="15"/>
              </w:rPr>
              <w:t>2 to 2.7</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E49028" w14:textId="77777777" w:rsidR="003B3005" w:rsidRDefault="00000000">
            <w:pPr>
              <w:spacing w:line="240" w:lineRule="auto"/>
              <w:jc w:val="center"/>
            </w:pPr>
            <w:r>
              <w:rPr>
                <w:sz w:val="15"/>
              </w:rPr>
              <w:t>0.2</w:t>
            </w:r>
          </w:p>
        </w:tc>
      </w:tr>
      <w:tr w:rsidR="003B3005" w14:paraId="6986CE3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1CCBFC" w14:textId="77777777" w:rsidR="003B3005" w:rsidRDefault="00000000">
            <w:pPr>
              <w:spacing w:line="240" w:lineRule="auto"/>
            </w:pPr>
            <w:r>
              <w:rPr>
                <w:sz w:val="15"/>
              </w:rPr>
              <w:t>Kentucky</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CA4FF2" w14:textId="77777777" w:rsidR="003B3005" w:rsidRDefault="00000000">
            <w:pPr>
              <w:spacing w:line="240" w:lineRule="auto"/>
              <w:jc w:val="center"/>
            </w:pPr>
            <w:r>
              <w:rPr>
                <w:sz w:val="15"/>
              </w:rPr>
              <w:t>491</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69E91B" w14:textId="77777777" w:rsidR="003B3005" w:rsidRDefault="00000000">
            <w:pPr>
              <w:spacing w:line="240" w:lineRule="auto"/>
              <w:jc w:val="center"/>
            </w:pPr>
            <w:r>
              <w:rPr>
                <w:sz w:val="15"/>
              </w:rPr>
              <w:t>12415000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2083C1" w14:textId="77777777" w:rsidR="003B3005" w:rsidRDefault="00000000">
            <w:pPr>
              <w:spacing w:line="240" w:lineRule="auto"/>
              <w:jc w:val="center"/>
            </w:pPr>
            <w:r>
              <w:rPr>
                <w:sz w:val="15"/>
              </w:rPr>
              <w:t>3.5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6B5FE1" w14:textId="77777777" w:rsidR="003B3005" w:rsidRDefault="00000000">
            <w:pPr>
              <w:spacing w:line="240" w:lineRule="auto"/>
              <w:jc w:val="center"/>
            </w:pPr>
            <w:r>
              <w:rPr>
                <w:sz w:val="15"/>
              </w:rPr>
              <w:t>3.2 to 3.8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49E944" w14:textId="77777777" w:rsidR="003B3005" w:rsidRDefault="00000000">
            <w:pPr>
              <w:spacing w:line="240" w:lineRule="auto"/>
              <w:jc w:val="center"/>
            </w:pPr>
            <w:r>
              <w:rPr>
                <w:sz w:val="15"/>
              </w:rPr>
              <w:t>0.2</w:t>
            </w:r>
          </w:p>
        </w:tc>
      </w:tr>
      <w:tr w:rsidR="003B3005" w14:paraId="0A000E9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A0E445" w14:textId="77777777" w:rsidR="003B3005" w:rsidRDefault="00000000">
            <w:pPr>
              <w:spacing w:line="240" w:lineRule="auto"/>
            </w:pPr>
            <w:r>
              <w:rPr>
                <w:sz w:val="15"/>
              </w:rPr>
              <w:t>Louisiana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622D4A" w14:textId="77777777" w:rsidR="003B3005" w:rsidRDefault="00000000">
            <w:pPr>
              <w:spacing w:line="240" w:lineRule="auto"/>
              <w:jc w:val="center"/>
            </w:pPr>
            <w:r>
              <w:rPr>
                <w:sz w:val="15"/>
              </w:rPr>
              <w:t>279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706440" w14:textId="77777777" w:rsidR="003B3005" w:rsidRDefault="00000000">
            <w:pPr>
              <w:spacing w:line="240" w:lineRule="auto"/>
              <w:jc w:val="center"/>
            </w:pPr>
            <w:r>
              <w:rPr>
                <w:sz w:val="15"/>
              </w:rPr>
              <w:t>12423808</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C2A22C" w14:textId="77777777" w:rsidR="003B3005" w:rsidRDefault="00000000">
            <w:pPr>
              <w:spacing w:line="240" w:lineRule="auto"/>
              <w:jc w:val="center"/>
            </w:pPr>
            <w:r>
              <w:rPr>
                <w:sz w:val="15"/>
              </w:rPr>
              <w:t>2</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D4514B" w14:textId="77777777" w:rsidR="003B3005" w:rsidRDefault="00000000">
            <w:pPr>
              <w:spacing w:line="240" w:lineRule="auto"/>
              <w:jc w:val="center"/>
            </w:pPr>
            <w:r>
              <w:rPr>
                <w:sz w:val="15"/>
              </w:rPr>
              <w:t>1.8 to 2.2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3F85E1" w14:textId="77777777" w:rsidR="003B3005" w:rsidRDefault="00000000">
            <w:pPr>
              <w:spacing w:line="240" w:lineRule="auto"/>
              <w:jc w:val="center"/>
            </w:pPr>
            <w:r>
              <w:rPr>
                <w:sz w:val="15"/>
              </w:rPr>
              <w:t>0.1</w:t>
            </w:r>
          </w:p>
        </w:tc>
      </w:tr>
      <w:tr w:rsidR="003B3005" w14:paraId="3DCDD147"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3B6D86" w14:textId="77777777" w:rsidR="003B3005" w:rsidRDefault="00000000">
            <w:pPr>
              <w:spacing w:line="240" w:lineRule="auto"/>
            </w:pPr>
            <w:r>
              <w:rPr>
                <w:sz w:val="15"/>
              </w:rPr>
              <w:t>Maine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E584E5" w14:textId="77777777" w:rsidR="003B3005" w:rsidRDefault="00000000">
            <w:pPr>
              <w:spacing w:line="240" w:lineRule="auto"/>
              <w:jc w:val="center"/>
            </w:pPr>
            <w:r>
              <w:rPr>
                <w:sz w:val="15"/>
              </w:rPr>
              <w:t>22</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282F84" w14:textId="77777777" w:rsidR="003B3005" w:rsidRDefault="00000000">
            <w:pPr>
              <w:spacing w:line="240" w:lineRule="auto"/>
              <w:jc w:val="center"/>
            </w:pPr>
            <w:r>
              <w:rPr>
                <w:sz w:val="15"/>
              </w:rPr>
              <w:t>4121243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B3AB20" w14:textId="77777777" w:rsidR="003B3005" w:rsidRDefault="00000000">
            <w:pPr>
              <w:spacing w:line="240" w:lineRule="auto"/>
              <w:jc w:val="center"/>
            </w:pPr>
            <w:r>
              <w:rPr>
                <w:sz w:val="15"/>
              </w:rPr>
              <w:t>0.5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B8D21A" w14:textId="77777777" w:rsidR="003B3005" w:rsidRDefault="00000000">
            <w:pPr>
              <w:spacing w:line="240" w:lineRule="auto"/>
              <w:jc w:val="center"/>
            </w:pPr>
            <w:r>
              <w:rPr>
                <w:sz w:val="15"/>
              </w:rPr>
              <w:t>0.3 to 0.7</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610370" w14:textId="77777777" w:rsidR="003B3005" w:rsidRDefault="00000000">
            <w:pPr>
              <w:spacing w:line="240" w:lineRule="auto"/>
              <w:jc w:val="center"/>
            </w:pPr>
            <w:r>
              <w:rPr>
                <w:sz w:val="15"/>
              </w:rPr>
              <w:t>0.1</w:t>
            </w:r>
          </w:p>
        </w:tc>
      </w:tr>
      <w:tr w:rsidR="003B3005" w14:paraId="3CFA2F1B"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E278B9" w14:textId="77777777" w:rsidR="003B3005" w:rsidRDefault="00000000">
            <w:pPr>
              <w:spacing w:line="240" w:lineRule="auto"/>
            </w:pPr>
            <w:r>
              <w:rPr>
                <w:sz w:val="15"/>
              </w:rPr>
              <w:t>Maryland</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3E0235" w14:textId="77777777" w:rsidR="003B3005" w:rsidRDefault="00000000">
            <w:pPr>
              <w:spacing w:line="240" w:lineRule="auto"/>
              <w:jc w:val="center"/>
            </w:pPr>
            <w:r>
              <w:rPr>
                <w:sz w:val="15"/>
              </w:rPr>
              <w:t>433</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E7A384" w14:textId="77777777" w:rsidR="003B3005" w:rsidRDefault="00000000">
            <w:pPr>
              <w:spacing w:line="240" w:lineRule="auto"/>
              <w:jc w:val="center"/>
            </w:pPr>
            <w:r>
              <w:rPr>
                <w:sz w:val="15"/>
              </w:rPr>
              <w:t>17212265</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78C6E3" w14:textId="77777777" w:rsidR="003B3005" w:rsidRDefault="00000000">
            <w:pPr>
              <w:spacing w:line="240" w:lineRule="auto"/>
              <w:jc w:val="center"/>
            </w:pPr>
            <w:r>
              <w:rPr>
                <w:sz w:val="15"/>
              </w:rPr>
              <w:t>2.2</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72B454" w14:textId="77777777" w:rsidR="003B3005" w:rsidRDefault="00000000">
            <w:pPr>
              <w:spacing w:line="240" w:lineRule="auto"/>
              <w:jc w:val="center"/>
            </w:pPr>
            <w:r>
              <w:rPr>
                <w:sz w:val="15"/>
              </w:rPr>
              <w:t>2 to 2.4</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7CC765" w14:textId="77777777" w:rsidR="003B3005" w:rsidRDefault="00000000">
            <w:pPr>
              <w:spacing w:line="240" w:lineRule="auto"/>
              <w:jc w:val="center"/>
            </w:pPr>
            <w:r>
              <w:rPr>
                <w:sz w:val="15"/>
              </w:rPr>
              <w:t>0.1</w:t>
            </w:r>
          </w:p>
        </w:tc>
      </w:tr>
      <w:tr w:rsidR="003B3005" w14:paraId="0C94CEA2"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EDE83D" w14:textId="77777777" w:rsidR="003B3005" w:rsidRDefault="00000000">
            <w:pPr>
              <w:spacing w:line="240" w:lineRule="auto"/>
            </w:pPr>
            <w:r>
              <w:rPr>
                <w:sz w:val="15"/>
              </w:rPr>
              <w:t>Massachusetts</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F3464D" w14:textId="77777777" w:rsidR="003B3005" w:rsidRDefault="00000000">
            <w:pPr>
              <w:spacing w:line="240" w:lineRule="auto"/>
              <w:jc w:val="center"/>
            </w:pPr>
            <w:r>
              <w:rPr>
                <w:sz w:val="15"/>
              </w:rPr>
              <w:t>188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DCBF28" w14:textId="77777777" w:rsidR="003B3005" w:rsidRDefault="00000000">
            <w:pPr>
              <w:spacing w:line="240" w:lineRule="auto"/>
              <w:jc w:val="center"/>
            </w:pPr>
            <w:r>
              <w:rPr>
                <w:sz w:val="15"/>
              </w:rPr>
              <w:t>19932250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9E2A70" w14:textId="77777777" w:rsidR="003B3005" w:rsidRDefault="00000000">
            <w:pPr>
              <w:spacing w:line="240" w:lineRule="auto"/>
              <w:jc w:val="center"/>
            </w:pPr>
            <w:r>
              <w:rPr>
                <w:sz w:val="15"/>
              </w:rPr>
              <w:t>0.8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CEDA6A" w14:textId="77777777" w:rsidR="003B3005" w:rsidRDefault="00000000">
            <w:pPr>
              <w:spacing w:line="240" w:lineRule="auto"/>
              <w:jc w:val="center"/>
            </w:pPr>
            <w:r>
              <w:rPr>
                <w:sz w:val="15"/>
              </w:rPr>
              <w:t>0.7 to 0.9</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9DD22C" w14:textId="77777777" w:rsidR="003B3005" w:rsidRDefault="00000000">
            <w:pPr>
              <w:spacing w:line="240" w:lineRule="auto"/>
              <w:jc w:val="center"/>
            </w:pPr>
            <w:r>
              <w:rPr>
                <w:sz w:val="15"/>
              </w:rPr>
              <w:t>0.1</w:t>
            </w:r>
          </w:p>
        </w:tc>
      </w:tr>
      <w:tr w:rsidR="003B3005" w14:paraId="14F83E6B"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C7DEDD" w14:textId="77777777" w:rsidR="003B3005" w:rsidRDefault="00000000">
            <w:pPr>
              <w:spacing w:line="240" w:lineRule="auto"/>
            </w:pPr>
            <w:r>
              <w:rPr>
                <w:sz w:val="15"/>
              </w:rPr>
              <w:t>Michigan</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BD9F19" w14:textId="77777777" w:rsidR="003B3005" w:rsidRDefault="00000000">
            <w:pPr>
              <w:spacing w:line="240" w:lineRule="auto"/>
              <w:jc w:val="center"/>
            </w:pPr>
            <w:r>
              <w:rPr>
                <w:sz w:val="15"/>
              </w:rPr>
              <w:t>523</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8D619E" w14:textId="77777777" w:rsidR="003B3005" w:rsidRDefault="00000000">
            <w:pPr>
              <w:spacing w:line="240" w:lineRule="auto"/>
              <w:jc w:val="center"/>
            </w:pPr>
            <w:r>
              <w:rPr>
                <w:sz w:val="15"/>
              </w:rPr>
              <w:t>28033783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E6B493" w14:textId="77777777" w:rsidR="003B3005" w:rsidRDefault="00000000">
            <w:pPr>
              <w:spacing w:line="240" w:lineRule="auto"/>
              <w:jc w:val="center"/>
            </w:pPr>
            <w:r>
              <w:rPr>
                <w:sz w:val="15"/>
              </w:rPr>
              <w:t>1.6</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AA64DC" w14:textId="77777777" w:rsidR="003B3005" w:rsidRDefault="00000000">
            <w:pPr>
              <w:spacing w:line="240" w:lineRule="auto"/>
              <w:jc w:val="center"/>
            </w:pPr>
            <w:r>
              <w:rPr>
                <w:sz w:val="15"/>
              </w:rPr>
              <w:t>1.5 to 1.7</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EC369F" w14:textId="77777777" w:rsidR="003B3005" w:rsidRDefault="00000000">
            <w:pPr>
              <w:spacing w:line="240" w:lineRule="auto"/>
              <w:jc w:val="center"/>
            </w:pPr>
            <w:r>
              <w:rPr>
                <w:sz w:val="15"/>
              </w:rPr>
              <w:t>0.1</w:t>
            </w:r>
          </w:p>
        </w:tc>
      </w:tr>
      <w:tr w:rsidR="003B3005" w14:paraId="7C226E76"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7F3B62" w14:textId="77777777" w:rsidR="003B3005" w:rsidRDefault="00000000">
            <w:pPr>
              <w:spacing w:line="240" w:lineRule="auto"/>
            </w:pPr>
            <w:r>
              <w:rPr>
                <w:sz w:val="15"/>
              </w:rPr>
              <w:t>Minnesota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15CE08" w14:textId="77777777" w:rsidR="003B3005" w:rsidRDefault="00000000">
            <w:pPr>
              <w:spacing w:line="240" w:lineRule="auto"/>
              <w:jc w:val="center"/>
            </w:pPr>
            <w:r>
              <w:rPr>
                <w:sz w:val="15"/>
              </w:rPr>
              <w:t>359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8DE1EB" w14:textId="77777777" w:rsidR="003B3005" w:rsidRDefault="00000000">
            <w:pPr>
              <w:spacing w:line="240" w:lineRule="auto"/>
              <w:jc w:val="center"/>
            </w:pPr>
            <w:r>
              <w:rPr>
                <w:sz w:val="15"/>
              </w:rPr>
              <w:t>15707041</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20EC7B" w14:textId="77777777" w:rsidR="003B3005" w:rsidRDefault="00000000">
            <w:pPr>
              <w:spacing w:line="240" w:lineRule="auto"/>
              <w:jc w:val="center"/>
            </w:pPr>
            <w:r>
              <w:rPr>
                <w:sz w:val="15"/>
              </w:rPr>
              <w:t>1.9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1D0B1E" w14:textId="77777777" w:rsidR="003B3005" w:rsidRDefault="00000000">
            <w:pPr>
              <w:spacing w:line="240" w:lineRule="auto"/>
              <w:jc w:val="center"/>
            </w:pPr>
            <w:r>
              <w:rPr>
                <w:sz w:val="15"/>
              </w:rPr>
              <w:t>1.7 to 2.2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404EF8" w14:textId="77777777" w:rsidR="003B3005" w:rsidRDefault="00000000">
            <w:pPr>
              <w:spacing w:line="240" w:lineRule="auto"/>
              <w:jc w:val="center"/>
            </w:pPr>
            <w:r>
              <w:rPr>
                <w:sz w:val="15"/>
              </w:rPr>
              <w:t>0.1</w:t>
            </w:r>
          </w:p>
        </w:tc>
      </w:tr>
      <w:tr w:rsidR="003B3005" w14:paraId="260FDB79"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F4940F" w14:textId="77777777" w:rsidR="003B3005" w:rsidRDefault="00000000">
            <w:pPr>
              <w:spacing w:line="240" w:lineRule="auto"/>
            </w:pPr>
            <w:r>
              <w:rPr>
                <w:sz w:val="15"/>
              </w:rPr>
              <w:t>Mississippi</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E0F291" w14:textId="77777777" w:rsidR="003B3005" w:rsidRDefault="00000000">
            <w:pPr>
              <w:spacing w:line="240" w:lineRule="auto"/>
              <w:jc w:val="center"/>
            </w:pPr>
            <w:r>
              <w:rPr>
                <w:sz w:val="15"/>
              </w:rPr>
              <w:t>311</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C68CD3" w14:textId="77777777" w:rsidR="003B3005" w:rsidRDefault="00000000">
            <w:pPr>
              <w:spacing w:line="240" w:lineRule="auto"/>
              <w:jc w:val="center"/>
            </w:pPr>
            <w:r>
              <w:rPr>
                <w:sz w:val="15"/>
              </w:rPr>
              <w:t>7908003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1566EE" w14:textId="77777777" w:rsidR="003B3005" w:rsidRDefault="00000000">
            <w:pPr>
              <w:spacing w:line="240" w:lineRule="auto"/>
              <w:jc w:val="center"/>
            </w:pPr>
            <w:r>
              <w:rPr>
                <w:sz w:val="15"/>
              </w:rPr>
              <w:t>3.6</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1A57B5" w14:textId="77777777" w:rsidR="003B3005" w:rsidRDefault="00000000">
            <w:pPr>
              <w:spacing w:line="240" w:lineRule="auto"/>
              <w:jc w:val="center"/>
            </w:pPr>
            <w:r>
              <w:rPr>
                <w:sz w:val="15"/>
              </w:rPr>
              <w:t>3.2 to 4</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A38AC8" w14:textId="77777777" w:rsidR="003B3005" w:rsidRDefault="00000000">
            <w:pPr>
              <w:spacing w:line="240" w:lineRule="auto"/>
              <w:jc w:val="center"/>
            </w:pPr>
            <w:r>
              <w:rPr>
                <w:sz w:val="15"/>
              </w:rPr>
              <w:t>0.2</w:t>
            </w:r>
          </w:p>
        </w:tc>
      </w:tr>
      <w:tr w:rsidR="003B3005" w14:paraId="0DBED083"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636901" w14:textId="77777777" w:rsidR="003B3005" w:rsidRDefault="00000000">
            <w:pPr>
              <w:spacing w:line="240" w:lineRule="auto"/>
            </w:pPr>
            <w:r>
              <w:rPr>
                <w:sz w:val="15"/>
              </w:rPr>
              <w:t>Missouri</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C0201C" w14:textId="77777777" w:rsidR="003B3005" w:rsidRDefault="00000000">
            <w:pPr>
              <w:spacing w:line="240" w:lineRule="auto"/>
              <w:jc w:val="center"/>
            </w:pPr>
            <w:r>
              <w:rPr>
                <w:sz w:val="15"/>
              </w:rPr>
              <w:t>283</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9C965C" w14:textId="77777777" w:rsidR="003B3005" w:rsidRDefault="00000000">
            <w:pPr>
              <w:spacing w:line="240" w:lineRule="auto"/>
              <w:jc w:val="center"/>
            </w:pPr>
            <w:r>
              <w:rPr>
                <w:sz w:val="15"/>
              </w:rPr>
              <w:t>17018943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410623" w14:textId="77777777" w:rsidR="003B3005" w:rsidRDefault="00000000">
            <w:pPr>
              <w:spacing w:line="240" w:lineRule="auto"/>
              <w:jc w:val="center"/>
            </w:pPr>
            <w:r>
              <w:rPr>
                <w:sz w:val="15"/>
              </w:rPr>
              <w:t>1.4</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9547D4" w14:textId="77777777" w:rsidR="003B3005" w:rsidRDefault="00000000">
            <w:pPr>
              <w:spacing w:line="240" w:lineRule="auto"/>
              <w:jc w:val="center"/>
            </w:pPr>
            <w:r>
              <w:rPr>
                <w:sz w:val="15"/>
              </w:rPr>
              <w:t>1.3 to 1.6</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F1650E" w14:textId="77777777" w:rsidR="003B3005" w:rsidRDefault="00000000">
            <w:pPr>
              <w:spacing w:line="240" w:lineRule="auto"/>
              <w:jc w:val="center"/>
            </w:pPr>
            <w:r>
              <w:rPr>
                <w:sz w:val="15"/>
              </w:rPr>
              <w:t>0.1</w:t>
            </w:r>
          </w:p>
        </w:tc>
      </w:tr>
      <w:tr w:rsidR="003B3005" w14:paraId="3018AC18"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51DFD1" w14:textId="77777777" w:rsidR="003B3005" w:rsidRDefault="00000000">
            <w:pPr>
              <w:spacing w:line="240" w:lineRule="auto"/>
            </w:pPr>
            <w:r>
              <w:rPr>
                <w:sz w:val="15"/>
              </w:rPr>
              <w:t>Montana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0457E7" w14:textId="77777777" w:rsidR="003B3005" w:rsidRDefault="00000000">
            <w:pPr>
              <w:spacing w:line="240" w:lineRule="auto"/>
              <w:jc w:val="center"/>
            </w:pPr>
            <w:r>
              <w:rPr>
                <w:sz w:val="15"/>
              </w:rPr>
              <w:t>121</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ACFFDF" w14:textId="77777777" w:rsidR="003B3005" w:rsidRDefault="00000000">
            <w:pPr>
              <w:spacing w:line="240" w:lineRule="auto"/>
              <w:jc w:val="center"/>
            </w:pPr>
            <w:r>
              <w:rPr>
                <w:sz w:val="15"/>
              </w:rPr>
              <w:t>3150541</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E10EBE" w14:textId="77777777" w:rsidR="003B3005" w:rsidRDefault="00000000">
            <w:pPr>
              <w:spacing w:line="240" w:lineRule="auto"/>
              <w:jc w:val="center"/>
            </w:pPr>
            <w:r>
              <w:rPr>
                <w:sz w:val="15"/>
              </w:rPr>
              <w:t>3.2</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FF44BE" w14:textId="77777777" w:rsidR="003B3005" w:rsidRDefault="00000000">
            <w:pPr>
              <w:spacing w:line="240" w:lineRule="auto"/>
              <w:jc w:val="center"/>
            </w:pPr>
            <w:r>
              <w:rPr>
                <w:sz w:val="15"/>
              </w:rPr>
              <w:t>2.6 to 3.8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FD364A" w14:textId="77777777" w:rsidR="003B3005" w:rsidRDefault="00000000">
            <w:pPr>
              <w:spacing w:line="240" w:lineRule="auto"/>
              <w:jc w:val="center"/>
            </w:pPr>
            <w:r>
              <w:rPr>
                <w:sz w:val="15"/>
              </w:rPr>
              <w:t>0.3</w:t>
            </w:r>
          </w:p>
        </w:tc>
      </w:tr>
      <w:tr w:rsidR="003B3005" w14:paraId="48976377"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8EEE42" w14:textId="77777777" w:rsidR="003B3005" w:rsidRDefault="00000000">
            <w:pPr>
              <w:spacing w:line="240" w:lineRule="auto"/>
            </w:pPr>
            <w:r>
              <w:rPr>
                <w:sz w:val="15"/>
              </w:rPr>
              <w:t>Nebraska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573624" w14:textId="77777777" w:rsidR="003B3005" w:rsidRDefault="00000000">
            <w:pPr>
              <w:spacing w:line="240" w:lineRule="auto"/>
              <w:jc w:val="center"/>
            </w:pPr>
            <w:r>
              <w:rPr>
                <w:sz w:val="15"/>
              </w:rPr>
              <w:t>150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C4C697" w14:textId="77777777" w:rsidR="003B3005" w:rsidRDefault="00000000">
            <w:pPr>
              <w:spacing w:line="240" w:lineRule="auto"/>
              <w:jc w:val="center"/>
            </w:pPr>
            <w:r>
              <w:rPr>
                <w:sz w:val="15"/>
              </w:rPr>
              <w:t>5205669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035B94" w14:textId="77777777" w:rsidR="003B3005" w:rsidRDefault="00000000">
            <w:pPr>
              <w:spacing w:line="240" w:lineRule="auto"/>
              <w:jc w:val="center"/>
            </w:pPr>
            <w:r>
              <w:rPr>
                <w:sz w:val="15"/>
              </w:rPr>
              <w:t>2.5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DD3CF8" w14:textId="77777777" w:rsidR="003B3005" w:rsidRDefault="00000000">
            <w:pPr>
              <w:spacing w:line="240" w:lineRule="auto"/>
              <w:jc w:val="center"/>
            </w:pPr>
            <w:r>
              <w:rPr>
                <w:sz w:val="15"/>
              </w:rPr>
              <w:t>2.1 to 3</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78C7D8" w14:textId="77777777" w:rsidR="003B3005" w:rsidRDefault="00000000">
            <w:pPr>
              <w:spacing w:line="240" w:lineRule="auto"/>
              <w:jc w:val="center"/>
            </w:pPr>
            <w:r>
              <w:rPr>
                <w:sz w:val="15"/>
              </w:rPr>
              <w:t>0.2</w:t>
            </w:r>
          </w:p>
        </w:tc>
      </w:tr>
      <w:tr w:rsidR="003B3005" w14:paraId="415D3F91"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CF9655" w14:textId="77777777" w:rsidR="003B3005" w:rsidRDefault="00000000">
            <w:pPr>
              <w:spacing w:line="240" w:lineRule="auto"/>
            </w:pPr>
            <w:r>
              <w:rPr>
                <w:sz w:val="15"/>
              </w:rPr>
              <w:t>Nevada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C72D5F" w14:textId="77777777" w:rsidR="003B3005" w:rsidRDefault="00000000">
            <w:pPr>
              <w:spacing w:line="240" w:lineRule="auto"/>
              <w:jc w:val="center"/>
            </w:pPr>
            <w:r>
              <w:rPr>
                <w:sz w:val="15"/>
              </w:rPr>
              <w:t>205</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245DF8" w14:textId="77777777" w:rsidR="003B3005" w:rsidRDefault="00000000">
            <w:pPr>
              <w:spacing w:line="240" w:lineRule="auto"/>
              <w:jc w:val="center"/>
            </w:pPr>
            <w:r>
              <w:rPr>
                <w:sz w:val="15"/>
              </w:rPr>
              <w:t>8987962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35BF5F" w14:textId="77777777" w:rsidR="003B3005" w:rsidRDefault="00000000">
            <w:pPr>
              <w:spacing w:line="240" w:lineRule="auto"/>
              <w:jc w:val="center"/>
            </w:pPr>
            <w:r>
              <w:rPr>
                <w:sz w:val="15"/>
              </w:rPr>
              <w:t>2</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FB75E7" w14:textId="77777777" w:rsidR="003B3005" w:rsidRDefault="00000000">
            <w:pPr>
              <w:spacing w:line="240" w:lineRule="auto"/>
              <w:jc w:val="center"/>
            </w:pPr>
            <w:r>
              <w:rPr>
                <w:sz w:val="15"/>
              </w:rPr>
              <w:t>1.8 to 2.4</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E70951" w14:textId="77777777" w:rsidR="003B3005" w:rsidRDefault="00000000">
            <w:pPr>
              <w:spacing w:line="240" w:lineRule="auto"/>
              <w:jc w:val="center"/>
            </w:pPr>
            <w:r>
              <w:rPr>
                <w:sz w:val="15"/>
              </w:rPr>
              <w:t>0.1</w:t>
            </w:r>
          </w:p>
        </w:tc>
      </w:tr>
      <w:tr w:rsidR="003B3005" w14:paraId="75D547D3"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5C8108" w14:textId="77777777" w:rsidR="003B3005" w:rsidRDefault="00000000">
            <w:pPr>
              <w:spacing w:line="240" w:lineRule="auto"/>
            </w:pPr>
            <w:r>
              <w:rPr>
                <w:sz w:val="15"/>
              </w:rPr>
              <w:t>New Hampshire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CEE433" w14:textId="77777777" w:rsidR="003B3005" w:rsidRDefault="00000000">
            <w:pPr>
              <w:spacing w:line="240" w:lineRule="auto"/>
              <w:jc w:val="center"/>
            </w:pPr>
            <w:r>
              <w:rPr>
                <w:sz w:val="15"/>
              </w:rPr>
              <w:t>68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155FA1" w14:textId="77777777" w:rsidR="003B3005" w:rsidRDefault="00000000">
            <w:pPr>
              <w:spacing w:line="240" w:lineRule="auto"/>
              <w:jc w:val="center"/>
            </w:pPr>
            <w:r>
              <w:rPr>
                <w:sz w:val="15"/>
              </w:rPr>
              <w:t>4101276</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027AEE" w14:textId="77777777" w:rsidR="003B3005" w:rsidRDefault="00000000">
            <w:pPr>
              <w:spacing w:line="240" w:lineRule="auto"/>
              <w:jc w:val="center"/>
            </w:pPr>
            <w:r>
              <w:rPr>
                <w:sz w:val="15"/>
              </w:rPr>
              <w:t>1.4</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32D553" w14:textId="77777777" w:rsidR="003B3005" w:rsidRDefault="00000000">
            <w:pPr>
              <w:spacing w:line="240" w:lineRule="auto"/>
              <w:jc w:val="center"/>
            </w:pPr>
            <w:r>
              <w:rPr>
                <w:sz w:val="15"/>
              </w:rPr>
              <w:t>1.1 to 1.8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2EBB54" w14:textId="77777777" w:rsidR="003B3005" w:rsidRDefault="00000000">
            <w:pPr>
              <w:spacing w:line="240" w:lineRule="auto"/>
              <w:jc w:val="center"/>
            </w:pPr>
            <w:r>
              <w:rPr>
                <w:sz w:val="15"/>
              </w:rPr>
              <w:t>0.2</w:t>
            </w:r>
          </w:p>
        </w:tc>
      </w:tr>
      <w:tr w:rsidR="003B3005" w14:paraId="0C23FB05"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316058" w14:textId="77777777" w:rsidR="003B3005" w:rsidRDefault="00000000">
            <w:pPr>
              <w:spacing w:line="240" w:lineRule="auto"/>
            </w:pPr>
            <w:r>
              <w:rPr>
                <w:sz w:val="15"/>
              </w:rPr>
              <w:t>New Jersey</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49B8A9" w14:textId="77777777" w:rsidR="003B3005" w:rsidRDefault="00000000">
            <w:pPr>
              <w:spacing w:line="240" w:lineRule="auto"/>
              <w:jc w:val="center"/>
            </w:pPr>
            <w:r>
              <w:rPr>
                <w:sz w:val="15"/>
              </w:rPr>
              <w:t>339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3DD0B6" w14:textId="77777777" w:rsidR="003B3005" w:rsidRDefault="00000000">
            <w:pPr>
              <w:spacing w:line="240" w:lineRule="auto"/>
              <w:jc w:val="center"/>
            </w:pPr>
            <w:r>
              <w:rPr>
                <w:sz w:val="15"/>
              </w:rPr>
              <w:t>26103101</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7C9B21" w14:textId="77777777" w:rsidR="003B3005" w:rsidRDefault="00000000">
            <w:pPr>
              <w:spacing w:line="240" w:lineRule="auto"/>
              <w:jc w:val="center"/>
            </w:pPr>
            <w:r>
              <w:rPr>
                <w:sz w:val="15"/>
              </w:rPr>
              <w:t>1.2</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57FFA1" w14:textId="77777777" w:rsidR="003B3005" w:rsidRDefault="00000000">
            <w:pPr>
              <w:spacing w:line="240" w:lineRule="auto"/>
              <w:jc w:val="center"/>
            </w:pPr>
            <w:r>
              <w:rPr>
                <w:sz w:val="15"/>
              </w:rPr>
              <w:t>1 to 1.3</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F697A3" w14:textId="77777777" w:rsidR="003B3005" w:rsidRDefault="00000000">
            <w:pPr>
              <w:spacing w:line="240" w:lineRule="auto"/>
              <w:jc w:val="center"/>
            </w:pPr>
            <w:r>
              <w:rPr>
                <w:sz w:val="15"/>
              </w:rPr>
              <w:t>0.1</w:t>
            </w:r>
          </w:p>
        </w:tc>
      </w:tr>
      <w:tr w:rsidR="003B3005" w14:paraId="01825D9F"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61A823" w14:textId="77777777" w:rsidR="003B3005" w:rsidRDefault="00000000">
            <w:pPr>
              <w:spacing w:line="240" w:lineRule="auto"/>
            </w:pPr>
            <w:r>
              <w:rPr>
                <w:sz w:val="15"/>
              </w:rPr>
              <w:t>New Mexico</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7C1ED5" w14:textId="77777777" w:rsidR="003B3005" w:rsidRDefault="00000000">
            <w:pPr>
              <w:spacing w:line="240" w:lineRule="auto"/>
              <w:jc w:val="center"/>
            </w:pPr>
            <w:r>
              <w:rPr>
                <w:sz w:val="15"/>
              </w:rPr>
              <w:t>183</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B79C3B" w14:textId="77777777" w:rsidR="003B3005" w:rsidRDefault="00000000">
            <w:pPr>
              <w:spacing w:line="240" w:lineRule="auto"/>
              <w:jc w:val="center"/>
            </w:pPr>
            <w:r>
              <w:rPr>
                <w:sz w:val="15"/>
              </w:rPr>
              <w:t>5833476</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F16EE2" w14:textId="77777777" w:rsidR="003B3005" w:rsidRDefault="00000000">
            <w:pPr>
              <w:spacing w:line="240" w:lineRule="auto"/>
              <w:jc w:val="center"/>
            </w:pPr>
            <w:r>
              <w:rPr>
                <w:sz w:val="15"/>
              </w:rPr>
              <w:t>2.9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3799B5" w14:textId="77777777" w:rsidR="003B3005" w:rsidRDefault="00000000">
            <w:pPr>
              <w:spacing w:line="240" w:lineRule="auto"/>
              <w:jc w:val="center"/>
            </w:pPr>
            <w:r>
              <w:rPr>
                <w:sz w:val="15"/>
              </w:rPr>
              <w:t>2.5 to 3.4</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10AB25" w14:textId="77777777" w:rsidR="003B3005" w:rsidRDefault="00000000">
            <w:pPr>
              <w:spacing w:line="240" w:lineRule="auto"/>
              <w:jc w:val="center"/>
            </w:pPr>
            <w:r>
              <w:rPr>
                <w:sz w:val="15"/>
              </w:rPr>
              <w:t>0.2</w:t>
            </w:r>
          </w:p>
        </w:tc>
      </w:tr>
      <w:tr w:rsidR="003B3005" w14:paraId="25CA3806"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4E5290" w14:textId="77777777" w:rsidR="003B3005" w:rsidRDefault="00000000">
            <w:pPr>
              <w:spacing w:line="240" w:lineRule="auto"/>
            </w:pPr>
            <w:r>
              <w:rPr>
                <w:sz w:val="15"/>
              </w:rPr>
              <w:t>New York</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C221D3" w14:textId="77777777" w:rsidR="003B3005" w:rsidRDefault="00000000">
            <w:pPr>
              <w:spacing w:line="240" w:lineRule="auto"/>
              <w:jc w:val="center"/>
            </w:pPr>
            <w:r>
              <w:rPr>
                <w:sz w:val="15"/>
              </w:rPr>
              <w:t>599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9873E2" w14:textId="77777777" w:rsidR="003B3005" w:rsidRDefault="00000000">
            <w:pPr>
              <w:spacing w:line="240" w:lineRule="auto"/>
              <w:jc w:val="center"/>
            </w:pPr>
            <w:r>
              <w:rPr>
                <w:sz w:val="15"/>
              </w:rPr>
              <w:t>55830967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A25038" w14:textId="77777777" w:rsidR="003B3005" w:rsidRDefault="00000000">
            <w:pPr>
              <w:spacing w:line="240" w:lineRule="auto"/>
              <w:jc w:val="center"/>
            </w:pPr>
            <w:r>
              <w:rPr>
                <w:sz w:val="15"/>
              </w:rPr>
              <w:t>0.9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EC75DB" w14:textId="77777777" w:rsidR="003B3005" w:rsidRDefault="00000000">
            <w:pPr>
              <w:spacing w:line="240" w:lineRule="auto"/>
              <w:jc w:val="center"/>
            </w:pPr>
            <w:r>
              <w:rPr>
                <w:sz w:val="15"/>
              </w:rPr>
              <w:t>0.8 to 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723E3B" w14:textId="77777777" w:rsidR="003B3005" w:rsidRDefault="00000000">
            <w:pPr>
              <w:spacing w:line="240" w:lineRule="auto"/>
              <w:jc w:val="center"/>
            </w:pPr>
            <w:r>
              <w:rPr>
                <w:sz w:val="15"/>
              </w:rPr>
              <w:t>0</w:t>
            </w:r>
          </w:p>
        </w:tc>
      </w:tr>
      <w:tr w:rsidR="003B3005" w14:paraId="22321162"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D408CF" w14:textId="77777777" w:rsidR="003B3005" w:rsidRDefault="00000000">
            <w:pPr>
              <w:spacing w:line="240" w:lineRule="auto"/>
            </w:pPr>
            <w:r>
              <w:rPr>
                <w:sz w:val="15"/>
              </w:rPr>
              <w:t>North Carolina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62C3BE" w14:textId="77777777" w:rsidR="003B3005" w:rsidRDefault="00000000">
            <w:pPr>
              <w:spacing w:line="240" w:lineRule="auto"/>
              <w:jc w:val="center"/>
            </w:pPr>
            <w:r>
              <w:rPr>
                <w:sz w:val="15"/>
              </w:rPr>
              <w:t>571</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FC2200" w14:textId="77777777" w:rsidR="003B3005" w:rsidRDefault="00000000">
            <w:pPr>
              <w:spacing w:line="240" w:lineRule="auto"/>
              <w:jc w:val="center"/>
            </w:pPr>
            <w:r>
              <w:rPr>
                <w:sz w:val="15"/>
              </w:rPr>
              <w:t>29736736</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B1028A" w14:textId="77777777" w:rsidR="003B3005" w:rsidRDefault="00000000">
            <w:pPr>
              <w:spacing w:line="240" w:lineRule="auto"/>
              <w:jc w:val="center"/>
            </w:pPr>
            <w:r>
              <w:rPr>
                <w:sz w:val="15"/>
              </w:rPr>
              <w:t>1.7</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BB25E1" w14:textId="77777777" w:rsidR="003B3005" w:rsidRDefault="00000000">
            <w:pPr>
              <w:spacing w:line="240" w:lineRule="auto"/>
              <w:jc w:val="center"/>
            </w:pPr>
            <w:r>
              <w:rPr>
                <w:sz w:val="15"/>
              </w:rPr>
              <w:t>1.5 to 1.8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A8CF9F" w14:textId="77777777" w:rsidR="003B3005" w:rsidRDefault="00000000">
            <w:pPr>
              <w:spacing w:line="240" w:lineRule="auto"/>
              <w:jc w:val="center"/>
            </w:pPr>
            <w:r>
              <w:rPr>
                <w:sz w:val="15"/>
              </w:rPr>
              <w:t>0.1</w:t>
            </w:r>
          </w:p>
        </w:tc>
      </w:tr>
      <w:tr w:rsidR="003B3005" w14:paraId="6433DCFA"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D1916C" w14:textId="77777777" w:rsidR="003B3005" w:rsidRDefault="00000000">
            <w:pPr>
              <w:spacing w:line="240" w:lineRule="auto"/>
            </w:pPr>
            <w:r>
              <w:rPr>
                <w:sz w:val="15"/>
              </w:rPr>
              <w:lastRenderedPageBreak/>
              <w:t>North Dakota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C4DE9D" w14:textId="77777777" w:rsidR="003B3005" w:rsidRDefault="00000000">
            <w:pPr>
              <w:spacing w:line="240" w:lineRule="auto"/>
              <w:jc w:val="center"/>
            </w:pPr>
            <w:r>
              <w:rPr>
                <w:sz w:val="15"/>
              </w:rPr>
              <w:t>51</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9CE29C" w14:textId="77777777" w:rsidR="003B3005" w:rsidRDefault="00000000">
            <w:pPr>
              <w:spacing w:line="240" w:lineRule="auto"/>
              <w:jc w:val="center"/>
            </w:pPr>
            <w:r>
              <w:rPr>
                <w:sz w:val="15"/>
              </w:rPr>
              <w:t>2045066</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AE4FA4" w14:textId="77777777" w:rsidR="003B3005" w:rsidRDefault="00000000">
            <w:pPr>
              <w:spacing w:line="240" w:lineRule="auto"/>
              <w:jc w:val="center"/>
            </w:pPr>
            <w:r>
              <w:rPr>
                <w:sz w:val="15"/>
              </w:rPr>
              <w:t>2.4</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321FAC" w14:textId="77777777" w:rsidR="003B3005" w:rsidRDefault="00000000">
            <w:pPr>
              <w:spacing w:line="240" w:lineRule="auto"/>
              <w:jc w:val="center"/>
            </w:pPr>
            <w:r>
              <w:rPr>
                <w:sz w:val="15"/>
              </w:rPr>
              <w:t>1.7 to 3.2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F5BBD5" w14:textId="77777777" w:rsidR="003B3005" w:rsidRDefault="00000000">
            <w:pPr>
              <w:spacing w:line="240" w:lineRule="auto"/>
              <w:jc w:val="center"/>
            </w:pPr>
            <w:r>
              <w:rPr>
                <w:sz w:val="15"/>
              </w:rPr>
              <w:t>0.3</w:t>
            </w:r>
          </w:p>
        </w:tc>
      </w:tr>
      <w:tr w:rsidR="003B3005" w14:paraId="172F7453"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B153BD" w14:textId="77777777" w:rsidR="003B3005" w:rsidRDefault="00000000">
            <w:pPr>
              <w:spacing w:line="240" w:lineRule="auto"/>
            </w:pPr>
            <w:r>
              <w:rPr>
                <w:sz w:val="15"/>
              </w:rPr>
              <w:t>Ohio</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E6493D" w14:textId="77777777" w:rsidR="003B3005" w:rsidRDefault="00000000">
            <w:pPr>
              <w:spacing w:line="240" w:lineRule="auto"/>
              <w:jc w:val="center"/>
            </w:pPr>
            <w:r>
              <w:rPr>
                <w:sz w:val="15"/>
              </w:rPr>
              <w:t>596</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9458E4" w14:textId="77777777" w:rsidR="003B3005" w:rsidRDefault="00000000">
            <w:pPr>
              <w:spacing w:line="240" w:lineRule="auto"/>
              <w:jc w:val="center"/>
            </w:pPr>
            <w:r>
              <w:rPr>
                <w:sz w:val="15"/>
              </w:rPr>
              <w:t>32661108</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22F15B" w14:textId="77777777" w:rsidR="003B3005" w:rsidRDefault="00000000">
            <w:pPr>
              <w:spacing w:line="240" w:lineRule="auto"/>
              <w:jc w:val="center"/>
            </w:pPr>
            <w:r>
              <w:rPr>
                <w:sz w:val="15"/>
              </w:rPr>
              <w:t>1.6</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91F153" w14:textId="77777777" w:rsidR="003B3005" w:rsidRDefault="00000000">
            <w:pPr>
              <w:spacing w:line="240" w:lineRule="auto"/>
              <w:jc w:val="center"/>
            </w:pPr>
            <w:r>
              <w:rPr>
                <w:sz w:val="15"/>
              </w:rPr>
              <w:t>1.4 to 1.7</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E3B8A6" w14:textId="77777777" w:rsidR="003B3005" w:rsidRDefault="00000000">
            <w:pPr>
              <w:spacing w:line="240" w:lineRule="auto"/>
              <w:jc w:val="center"/>
            </w:pPr>
            <w:r>
              <w:rPr>
                <w:sz w:val="15"/>
              </w:rPr>
              <w:t>0.1</w:t>
            </w:r>
          </w:p>
        </w:tc>
      </w:tr>
      <w:tr w:rsidR="003B3005" w14:paraId="3C11BE1F"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8E5A97" w14:textId="77777777" w:rsidR="003B3005" w:rsidRDefault="00000000">
            <w:pPr>
              <w:spacing w:line="240" w:lineRule="auto"/>
            </w:pPr>
            <w:r>
              <w:rPr>
                <w:sz w:val="15"/>
              </w:rPr>
              <w:t>Oklahoma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35FC70" w14:textId="77777777" w:rsidR="003B3005" w:rsidRDefault="00000000">
            <w:pPr>
              <w:spacing w:line="240" w:lineRule="auto"/>
              <w:jc w:val="center"/>
            </w:pPr>
            <w:r>
              <w:rPr>
                <w:sz w:val="15"/>
              </w:rPr>
              <w:t>801</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224DA0" w14:textId="77777777" w:rsidR="003B3005" w:rsidRDefault="00000000">
            <w:pPr>
              <w:spacing w:line="240" w:lineRule="auto"/>
              <w:jc w:val="center"/>
            </w:pPr>
            <w:r>
              <w:rPr>
                <w:sz w:val="15"/>
              </w:rPr>
              <w:t>10715573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08AD0C" w14:textId="77777777" w:rsidR="003B3005" w:rsidRDefault="00000000">
            <w:pPr>
              <w:spacing w:line="240" w:lineRule="auto"/>
              <w:jc w:val="center"/>
            </w:pPr>
            <w:r>
              <w:rPr>
                <w:sz w:val="15"/>
              </w:rPr>
              <w:t>6.6</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E3687E" w14:textId="77777777" w:rsidR="003B3005" w:rsidRDefault="00000000">
            <w:pPr>
              <w:spacing w:line="240" w:lineRule="auto"/>
              <w:jc w:val="center"/>
            </w:pPr>
            <w:r>
              <w:rPr>
                <w:sz w:val="15"/>
              </w:rPr>
              <w:t>6.2 to 7.1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2CA063" w14:textId="77777777" w:rsidR="003B3005" w:rsidRDefault="00000000">
            <w:pPr>
              <w:spacing w:line="240" w:lineRule="auto"/>
              <w:jc w:val="center"/>
            </w:pPr>
            <w:r>
              <w:rPr>
                <w:sz w:val="15"/>
              </w:rPr>
              <w:t>0.2</w:t>
            </w:r>
          </w:p>
        </w:tc>
      </w:tr>
      <w:tr w:rsidR="003B3005" w14:paraId="79136173"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B78208" w14:textId="77777777" w:rsidR="003B3005" w:rsidRDefault="00000000">
            <w:pPr>
              <w:spacing w:line="240" w:lineRule="auto"/>
            </w:pPr>
            <w:r>
              <w:rPr>
                <w:sz w:val="15"/>
              </w:rPr>
              <w:t>Oregon</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042D6C" w14:textId="77777777" w:rsidR="003B3005" w:rsidRDefault="00000000">
            <w:pPr>
              <w:spacing w:line="240" w:lineRule="auto"/>
              <w:jc w:val="center"/>
            </w:pPr>
            <w:r>
              <w:rPr>
                <w:sz w:val="15"/>
              </w:rPr>
              <w:t>289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4F4AC5" w14:textId="77777777" w:rsidR="003B3005" w:rsidRDefault="00000000">
            <w:pPr>
              <w:spacing w:line="240" w:lineRule="auto"/>
              <w:jc w:val="center"/>
            </w:pPr>
            <w:r>
              <w:rPr>
                <w:sz w:val="15"/>
              </w:rPr>
              <w:t>12182381</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F44CCB" w14:textId="77777777" w:rsidR="003B3005" w:rsidRDefault="00000000">
            <w:pPr>
              <w:spacing w:line="240" w:lineRule="auto"/>
              <w:jc w:val="center"/>
            </w:pPr>
            <w:r>
              <w:rPr>
                <w:sz w:val="15"/>
              </w:rPr>
              <w:t>2</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32F0CB" w14:textId="77777777" w:rsidR="003B3005" w:rsidRDefault="00000000">
            <w:pPr>
              <w:spacing w:line="240" w:lineRule="auto"/>
              <w:jc w:val="center"/>
            </w:pPr>
            <w:r>
              <w:rPr>
                <w:sz w:val="15"/>
              </w:rPr>
              <w:t>1.8 to 2.3</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4C8EEA" w14:textId="77777777" w:rsidR="003B3005" w:rsidRDefault="00000000">
            <w:pPr>
              <w:spacing w:line="240" w:lineRule="auto"/>
              <w:jc w:val="center"/>
            </w:pPr>
            <w:r>
              <w:rPr>
                <w:sz w:val="15"/>
              </w:rPr>
              <w:t>0.1</w:t>
            </w:r>
          </w:p>
        </w:tc>
      </w:tr>
      <w:tr w:rsidR="003B3005" w14:paraId="6F2BC9B3"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8E6CB0" w14:textId="77777777" w:rsidR="003B3005" w:rsidRDefault="00000000">
            <w:pPr>
              <w:spacing w:line="240" w:lineRule="auto"/>
            </w:pPr>
            <w:r>
              <w:rPr>
                <w:sz w:val="15"/>
              </w:rPr>
              <w:t>Pennsylvania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EC9C24" w14:textId="77777777" w:rsidR="003B3005" w:rsidRDefault="00000000">
            <w:pPr>
              <w:spacing w:line="240" w:lineRule="auto"/>
              <w:jc w:val="center"/>
            </w:pPr>
            <w:r>
              <w:rPr>
                <w:sz w:val="15"/>
              </w:rPr>
              <w:t>789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2EE2D3" w14:textId="77777777" w:rsidR="003B3005" w:rsidRDefault="00000000">
            <w:pPr>
              <w:spacing w:line="240" w:lineRule="auto"/>
              <w:jc w:val="center"/>
            </w:pPr>
            <w:r>
              <w:rPr>
                <w:sz w:val="15"/>
              </w:rPr>
              <w:t>36734918</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C09903" w14:textId="77777777" w:rsidR="003B3005" w:rsidRDefault="00000000">
            <w:pPr>
              <w:spacing w:line="240" w:lineRule="auto"/>
              <w:jc w:val="center"/>
            </w:pPr>
            <w:r>
              <w:rPr>
                <w:sz w:val="15"/>
              </w:rPr>
              <w:t>1.8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BAD231" w14:textId="77777777" w:rsidR="003B3005" w:rsidRDefault="00000000">
            <w:pPr>
              <w:spacing w:line="240" w:lineRule="auto"/>
              <w:jc w:val="center"/>
            </w:pPr>
            <w:r>
              <w:rPr>
                <w:sz w:val="15"/>
              </w:rPr>
              <w:t>1.7 to 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1E944A" w14:textId="77777777" w:rsidR="003B3005" w:rsidRDefault="00000000">
            <w:pPr>
              <w:spacing w:line="240" w:lineRule="auto"/>
              <w:jc w:val="center"/>
            </w:pPr>
            <w:r>
              <w:rPr>
                <w:sz w:val="15"/>
              </w:rPr>
              <w:t>0.1</w:t>
            </w:r>
          </w:p>
        </w:tc>
      </w:tr>
      <w:tr w:rsidR="003B3005" w14:paraId="15DD61A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E5CAAA" w14:textId="77777777" w:rsidR="003B3005" w:rsidRDefault="00000000">
            <w:pPr>
              <w:spacing w:line="240" w:lineRule="auto"/>
            </w:pPr>
            <w:r>
              <w:rPr>
                <w:sz w:val="15"/>
              </w:rPr>
              <w:t>Rhode Island</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9CD883" w14:textId="77777777" w:rsidR="003B3005" w:rsidRDefault="00000000">
            <w:pPr>
              <w:spacing w:line="240" w:lineRule="auto"/>
              <w:jc w:val="center"/>
            </w:pPr>
            <w:r>
              <w:rPr>
                <w:sz w:val="15"/>
              </w:rPr>
              <w:t>139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2B0410" w14:textId="77777777" w:rsidR="003B3005" w:rsidRDefault="00000000">
            <w:pPr>
              <w:spacing w:line="240" w:lineRule="auto"/>
              <w:jc w:val="center"/>
            </w:pPr>
            <w:r>
              <w:rPr>
                <w:sz w:val="15"/>
              </w:rPr>
              <w:t>3133646</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47B800" w14:textId="77777777" w:rsidR="003B3005" w:rsidRDefault="00000000">
            <w:pPr>
              <w:spacing w:line="240" w:lineRule="auto"/>
              <w:jc w:val="center"/>
            </w:pPr>
            <w:r>
              <w:rPr>
                <w:sz w:val="15"/>
              </w:rPr>
              <w:t>3.5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6A97D7" w14:textId="77777777" w:rsidR="003B3005" w:rsidRDefault="00000000">
            <w:pPr>
              <w:spacing w:line="240" w:lineRule="auto"/>
              <w:jc w:val="center"/>
            </w:pPr>
            <w:r>
              <w:rPr>
                <w:sz w:val="15"/>
              </w:rPr>
              <w:t>2.9 to 4.2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4FE3A7" w14:textId="77777777" w:rsidR="003B3005" w:rsidRDefault="00000000">
            <w:pPr>
              <w:spacing w:line="240" w:lineRule="auto"/>
              <w:jc w:val="center"/>
            </w:pPr>
            <w:r>
              <w:rPr>
                <w:sz w:val="15"/>
              </w:rPr>
              <w:t>0.3</w:t>
            </w:r>
          </w:p>
        </w:tc>
      </w:tr>
      <w:tr w:rsidR="003B3005" w14:paraId="1B5DA9B1"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F6F670" w14:textId="77777777" w:rsidR="003B3005" w:rsidRDefault="00000000">
            <w:pPr>
              <w:spacing w:line="240" w:lineRule="auto"/>
            </w:pPr>
            <w:r>
              <w:rPr>
                <w:sz w:val="15"/>
              </w:rPr>
              <w:t>South Carolina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59132F" w14:textId="77777777" w:rsidR="003B3005" w:rsidRDefault="00000000">
            <w:pPr>
              <w:spacing w:line="240" w:lineRule="auto"/>
              <w:jc w:val="center"/>
            </w:pPr>
            <w:r>
              <w:rPr>
                <w:sz w:val="15"/>
              </w:rPr>
              <w:t>1095</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41CC84" w14:textId="77777777" w:rsidR="003B3005" w:rsidRDefault="00000000">
            <w:pPr>
              <w:spacing w:line="240" w:lineRule="auto"/>
              <w:jc w:val="center"/>
            </w:pPr>
            <w:r>
              <w:rPr>
                <w:sz w:val="15"/>
              </w:rPr>
              <w:t>14849093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4FA0A5" w14:textId="77777777" w:rsidR="003B3005" w:rsidRDefault="00000000">
            <w:pPr>
              <w:spacing w:line="240" w:lineRule="auto"/>
              <w:jc w:val="center"/>
            </w:pPr>
            <w:r>
              <w:rPr>
                <w:sz w:val="15"/>
              </w:rPr>
              <w:t>6.1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D2B8BA" w14:textId="77777777" w:rsidR="003B3005" w:rsidRDefault="00000000">
            <w:pPr>
              <w:spacing w:line="240" w:lineRule="auto"/>
              <w:jc w:val="center"/>
            </w:pPr>
            <w:r>
              <w:rPr>
                <w:sz w:val="15"/>
              </w:rPr>
              <w:t>5.7 to 6.5</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0588CC" w14:textId="77777777" w:rsidR="003B3005" w:rsidRDefault="00000000">
            <w:pPr>
              <w:spacing w:line="240" w:lineRule="auto"/>
              <w:jc w:val="center"/>
            </w:pPr>
            <w:r>
              <w:rPr>
                <w:sz w:val="15"/>
              </w:rPr>
              <w:t>0.2</w:t>
            </w:r>
          </w:p>
        </w:tc>
      </w:tr>
      <w:tr w:rsidR="003B3005" w14:paraId="19A26C15"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43ABE3" w14:textId="77777777" w:rsidR="003B3005" w:rsidRDefault="00000000">
            <w:pPr>
              <w:spacing w:line="240" w:lineRule="auto"/>
            </w:pPr>
            <w:r>
              <w:rPr>
                <w:sz w:val="15"/>
              </w:rPr>
              <w:t>South Dakota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261356" w14:textId="77777777" w:rsidR="003B3005" w:rsidRDefault="00000000">
            <w:pPr>
              <w:spacing w:line="240" w:lineRule="auto"/>
              <w:jc w:val="center"/>
            </w:pPr>
            <w:r>
              <w:rPr>
                <w:sz w:val="15"/>
              </w:rPr>
              <w:t>80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C0850F" w14:textId="77777777" w:rsidR="003B3005" w:rsidRDefault="00000000">
            <w:pPr>
              <w:spacing w:line="240" w:lineRule="auto"/>
              <w:jc w:val="center"/>
            </w:pPr>
            <w:r>
              <w:rPr>
                <w:sz w:val="15"/>
              </w:rPr>
              <w:t>2424847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BD80D7" w14:textId="77777777" w:rsidR="003B3005" w:rsidRDefault="00000000">
            <w:pPr>
              <w:spacing w:line="240" w:lineRule="auto"/>
              <w:jc w:val="center"/>
            </w:pPr>
            <w:r>
              <w:rPr>
                <w:sz w:val="15"/>
              </w:rPr>
              <w:t>2.9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04A3A1" w14:textId="77777777" w:rsidR="003B3005" w:rsidRDefault="00000000">
            <w:pPr>
              <w:spacing w:line="240" w:lineRule="auto"/>
              <w:jc w:val="center"/>
            </w:pPr>
            <w:r>
              <w:rPr>
                <w:sz w:val="15"/>
              </w:rPr>
              <w:t>2.3 to 3.6</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062411" w14:textId="77777777" w:rsidR="003B3005" w:rsidRDefault="00000000">
            <w:pPr>
              <w:spacing w:line="240" w:lineRule="auto"/>
              <w:jc w:val="center"/>
            </w:pPr>
            <w:r>
              <w:rPr>
                <w:sz w:val="15"/>
              </w:rPr>
              <w:t>0.3</w:t>
            </w:r>
          </w:p>
        </w:tc>
      </w:tr>
      <w:tr w:rsidR="003B3005" w14:paraId="3487C80A"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19152F" w14:textId="77777777" w:rsidR="003B3005" w:rsidRDefault="00000000">
            <w:pPr>
              <w:spacing w:line="240" w:lineRule="auto"/>
            </w:pPr>
            <w:r>
              <w:rPr>
                <w:sz w:val="15"/>
              </w:rPr>
              <w:t>Tennessee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4E5E59" w14:textId="77777777" w:rsidR="003B3005" w:rsidRDefault="00000000">
            <w:pPr>
              <w:spacing w:line="240" w:lineRule="auto"/>
              <w:jc w:val="center"/>
            </w:pPr>
            <w:r>
              <w:rPr>
                <w:sz w:val="15"/>
              </w:rPr>
              <w:t>491</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8677F7" w14:textId="77777777" w:rsidR="003B3005" w:rsidRDefault="00000000">
            <w:pPr>
              <w:spacing w:line="240" w:lineRule="auto"/>
              <w:jc w:val="center"/>
            </w:pPr>
            <w:r>
              <w:rPr>
                <w:sz w:val="15"/>
              </w:rPr>
              <w:t>19605929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B50D55" w14:textId="77777777" w:rsidR="003B3005" w:rsidRDefault="00000000">
            <w:pPr>
              <w:spacing w:line="240" w:lineRule="auto"/>
              <w:jc w:val="center"/>
            </w:pPr>
            <w:r>
              <w:rPr>
                <w:sz w:val="15"/>
              </w:rPr>
              <w:t>2.3</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CD3E1C" w14:textId="77777777" w:rsidR="003B3005" w:rsidRDefault="00000000">
            <w:pPr>
              <w:spacing w:line="240" w:lineRule="auto"/>
              <w:jc w:val="center"/>
            </w:pPr>
            <w:r>
              <w:rPr>
                <w:sz w:val="15"/>
              </w:rPr>
              <w:t>2.1 to 2.5</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D495E8" w14:textId="77777777" w:rsidR="003B3005" w:rsidRDefault="00000000">
            <w:pPr>
              <w:spacing w:line="240" w:lineRule="auto"/>
              <w:jc w:val="center"/>
            </w:pPr>
            <w:r>
              <w:rPr>
                <w:sz w:val="15"/>
              </w:rPr>
              <w:t>0.1</w:t>
            </w:r>
          </w:p>
        </w:tc>
      </w:tr>
      <w:tr w:rsidR="003B3005" w14:paraId="77D6CDCC"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11EA8B" w14:textId="77777777" w:rsidR="003B3005" w:rsidRDefault="00000000">
            <w:pPr>
              <w:spacing w:line="240" w:lineRule="auto"/>
            </w:pPr>
            <w:r>
              <w:rPr>
                <w:sz w:val="15"/>
              </w:rPr>
              <w:t>Texas</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5FB834" w14:textId="77777777" w:rsidR="003B3005" w:rsidRDefault="00000000">
            <w:pPr>
              <w:spacing w:line="240" w:lineRule="auto"/>
              <w:jc w:val="center"/>
            </w:pPr>
            <w:r>
              <w:rPr>
                <w:sz w:val="15"/>
              </w:rPr>
              <w:t>1953</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2A7755" w14:textId="77777777" w:rsidR="003B3005" w:rsidRDefault="00000000">
            <w:pPr>
              <w:spacing w:line="240" w:lineRule="auto"/>
              <w:jc w:val="center"/>
            </w:pPr>
            <w:r>
              <w:rPr>
                <w:sz w:val="15"/>
              </w:rPr>
              <w:t>79278217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30ECEC" w14:textId="77777777" w:rsidR="003B3005" w:rsidRDefault="00000000">
            <w:pPr>
              <w:spacing w:line="240" w:lineRule="auto"/>
              <w:jc w:val="center"/>
            </w:pPr>
            <w:r>
              <w:rPr>
                <w:sz w:val="15"/>
              </w:rPr>
              <w:t>2.3</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FDC293" w14:textId="77777777" w:rsidR="003B3005" w:rsidRDefault="00000000">
            <w:pPr>
              <w:spacing w:line="240" w:lineRule="auto"/>
              <w:jc w:val="center"/>
            </w:pPr>
            <w:r>
              <w:rPr>
                <w:sz w:val="15"/>
              </w:rPr>
              <w:t>2.2 to 2.4</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1E34A7" w14:textId="77777777" w:rsidR="003B3005" w:rsidRDefault="00000000">
            <w:pPr>
              <w:spacing w:line="240" w:lineRule="auto"/>
              <w:jc w:val="center"/>
            </w:pPr>
            <w:r>
              <w:rPr>
                <w:sz w:val="15"/>
              </w:rPr>
              <w:t>0.1</w:t>
            </w:r>
          </w:p>
        </w:tc>
      </w:tr>
      <w:tr w:rsidR="003B3005" w14:paraId="63CA2C88"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A1F0DE" w14:textId="77777777" w:rsidR="003B3005" w:rsidRDefault="00000000">
            <w:pPr>
              <w:spacing w:line="240" w:lineRule="auto"/>
            </w:pPr>
            <w:r>
              <w:rPr>
                <w:sz w:val="15"/>
              </w:rPr>
              <w:t>Utah</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A21B64" w14:textId="77777777" w:rsidR="003B3005" w:rsidRDefault="00000000">
            <w:pPr>
              <w:spacing w:line="240" w:lineRule="auto"/>
              <w:jc w:val="center"/>
            </w:pPr>
            <w:r>
              <w:rPr>
                <w:sz w:val="15"/>
              </w:rPr>
              <w:t>189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017B49" w14:textId="77777777" w:rsidR="003B3005" w:rsidRDefault="00000000">
            <w:pPr>
              <w:spacing w:line="240" w:lineRule="auto"/>
              <w:jc w:val="center"/>
            </w:pPr>
            <w:r>
              <w:rPr>
                <w:sz w:val="15"/>
              </w:rPr>
              <w:t>8293679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E35C97" w14:textId="77777777" w:rsidR="003B3005" w:rsidRDefault="00000000">
            <w:pPr>
              <w:spacing w:line="240" w:lineRule="auto"/>
              <w:jc w:val="center"/>
            </w:pPr>
            <w:r>
              <w:rPr>
                <w:sz w:val="15"/>
              </w:rPr>
              <w:t>2.3</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63C1C2" w14:textId="77777777" w:rsidR="003B3005" w:rsidRDefault="00000000">
            <w:pPr>
              <w:spacing w:line="240" w:lineRule="auto"/>
              <w:jc w:val="center"/>
            </w:pPr>
            <w:r>
              <w:rPr>
                <w:sz w:val="15"/>
              </w:rPr>
              <w:t>1.9 to 2.6</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0CEC18" w14:textId="77777777" w:rsidR="003B3005" w:rsidRDefault="00000000">
            <w:pPr>
              <w:spacing w:line="240" w:lineRule="auto"/>
              <w:jc w:val="center"/>
            </w:pPr>
            <w:r>
              <w:rPr>
                <w:sz w:val="15"/>
              </w:rPr>
              <w:t>0.2</w:t>
            </w:r>
          </w:p>
        </w:tc>
      </w:tr>
      <w:tr w:rsidR="003B3005" w14:paraId="31BCE337"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1B591D" w14:textId="77777777" w:rsidR="003B3005" w:rsidRDefault="00000000">
            <w:pPr>
              <w:spacing w:line="240" w:lineRule="auto"/>
            </w:pPr>
            <w:r>
              <w:rPr>
                <w:sz w:val="15"/>
              </w:rPr>
              <w:t>Vermont</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36831A" w14:textId="77777777" w:rsidR="003B3005" w:rsidRDefault="00000000">
            <w:pPr>
              <w:spacing w:line="240" w:lineRule="auto"/>
              <w:jc w:val="center"/>
            </w:pPr>
            <w:r>
              <w:rPr>
                <w:sz w:val="15"/>
              </w:rPr>
              <w:t>55</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5066EA" w14:textId="77777777" w:rsidR="003B3005" w:rsidRDefault="00000000">
            <w:pPr>
              <w:spacing w:line="240" w:lineRule="auto"/>
              <w:jc w:val="center"/>
            </w:pPr>
            <w:r>
              <w:rPr>
                <w:sz w:val="15"/>
              </w:rPr>
              <w:t>1870378</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89237B" w14:textId="77777777" w:rsidR="003B3005" w:rsidRDefault="00000000">
            <w:pPr>
              <w:spacing w:line="240" w:lineRule="auto"/>
              <w:jc w:val="center"/>
            </w:pPr>
            <w:r>
              <w:rPr>
                <w:sz w:val="15"/>
              </w:rPr>
              <w:t>2.3</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2304EC" w14:textId="77777777" w:rsidR="003B3005" w:rsidRDefault="00000000">
            <w:pPr>
              <w:spacing w:line="240" w:lineRule="auto"/>
              <w:jc w:val="center"/>
            </w:pPr>
            <w:r>
              <w:rPr>
                <w:sz w:val="15"/>
              </w:rPr>
              <w:t>1.7 to 3.1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80800A" w14:textId="77777777" w:rsidR="003B3005" w:rsidRDefault="00000000">
            <w:pPr>
              <w:spacing w:line="240" w:lineRule="auto"/>
              <w:jc w:val="center"/>
            </w:pPr>
            <w:r>
              <w:rPr>
                <w:sz w:val="15"/>
              </w:rPr>
              <w:t>0.3</w:t>
            </w:r>
          </w:p>
        </w:tc>
      </w:tr>
      <w:tr w:rsidR="003B3005" w14:paraId="5F469539"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6577D1" w14:textId="77777777" w:rsidR="003B3005" w:rsidRDefault="00000000">
            <w:pPr>
              <w:spacing w:line="240" w:lineRule="auto"/>
            </w:pPr>
            <w:r>
              <w:rPr>
                <w:sz w:val="15"/>
              </w:rPr>
              <w:t>Virginia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B267A9" w14:textId="77777777" w:rsidR="003B3005" w:rsidRDefault="00000000">
            <w:pPr>
              <w:spacing w:line="240" w:lineRule="auto"/>
              <w:jc w:val="center"/>
            </w:pPr>
            <w:r>
              <w:rPr>
                <w:sz w:val="15"/>
              </w:rPr>
              <w:t>335</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3FBD52" w14:textId="77777777" w:rsidR="003B3005" w:rsidRDefault="00000000">
            <w:pPr>
              <w:spacing w:line="240" w:lineRule="auto"/>
              <w:jc w:val="center"/>
            </w:pPr>
            <w:r>
              <w:rPr>
                <w:sz w:val="15"/>
              </w:rPr>
              <w:t>24096602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4EE774" w14:textId="77777777" w:rsidR="003B3005" w:rsidRDefault="00000000">
            <w:pPr>
              <w:spacing w:line="240" w:lineRule="auto"/>
              <w:jc w:val="center"/>
            </w:pPr>
            <w:r>
              <w:rPr>
                <w:sz w:val="15"/>
              </w:rPr>
              <w:t>1.3</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121FEF" w14:textId="77777777" w:rsidR="003B3005" w:rsidRDefault="00000000">
            <w:pPr>
              <w:spacing w:line="240" w:lineRule="auto"/>
              <w:jc w:val="center"/>
            </w:pPr>
            <w:r>
              <w:rPr>
                <w:sz w:val="15"/>
              </w:rPr>
              <w:t>1.1 to 1.4</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600903" w14:textId="77777777" w:rsidR="003B3005" w:rsidRDefault="00000000">
            <w:pPr>
              <w:spacing w:line="240" w:lineRule="auto"/>
              <w:jc w:val="center"/>
            </w:pPr>
            <w:r>
              <w:rPr>
                <w:sz w:val="15"/>
              </w:rPr>
              <w:t>0.1</w:t>
            </w:r>
          </w:p>
        </w:tc>
      </w:tr>
      <w:tr w:rsidR="003B3005" w14:paraId="6D74509E"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D7A372" w14:textId="77777777" w:rsidR="003B3005" w:rsidRDefault="00000000">
            <w:pPr>
              <w:spacing w:line="240" w:lineRule="auto"/>
            </w:pPr>
            <w:r>
              <w:rPr>
                <w:sz w:val="15"/>
              </w:rPr>
              <w:t>Washington</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A609EE" w14:textId="77777777" w:rsidR="003B3005" w:rsidRDefault="00000000">
            <w:pPr>
              <w:spacing w:line="240" w:lineRule="auto"/>
              <w:jc w:val="center"/>
            </w:pPr>
            <w:r>
              <w:rPr>
                <w:sz w:val="15"/>
              </w:rPr>
              <w:t>595</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D7CE2B" w14:textId="77777777" w:rsidR="003B3005" w:rsidRDefault="00000000">
            <w:pPr>
              <w:spacing w:line="240" w:lineRule="auto"/>
              <w:jc w:val="center"/>
            </w:pPr>
            <w:r>
              <w:rPr>
                <w:sz w:val="15"/>
              </w:rPr>
              <w:t>22008763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0D383C" w14:textId="77777777" w:rsidR="003B3005" w:rsidRDefault="00000000">
            <w:pPr>
              <w:spacing w:line="240" w:lineRule="auto"/>
              <w:jc w:val="center"/>
            </w:pPr>
            <w:r>
              <w:rPr>
                <w:sz w:val="15"/>
              </w:rPr>
              <w:t>2.5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335639" w14:textId="77777777" w:rsidR="003B3005" w:rsidRDefault="00000000">
            <w:pPr>
              <w:spacing w:line="240" w:lineRule="auto"/>
              <w:jc w:val="center"/>
            </w:pPr>
            <w:r>
              <w:rPr>
                <w:sz w:val="15"/>
              </w:rPr>
              <w:t>2.3 to 2.7</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7FAF48" w14:textId="77777777" w:rsidR="003B3005" w:rsidRDefault="00000000">
            <w:pPr>
              <w:spacing w:line="240" w:lineRule="auto"/>
              <w:jc w:val="center"/>
            </w:pPr>
            <w:r>
              <w:rPr>
                <w:sz w:val="15"/>
              </w:rPr>
              <w:t>0.1</w:t>
            </w:r>
          </w:p>
        </w:tc>
      </w:tr>
      <w:tr w:rsidR="003B3005" w14:paraId="125D682A"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45BA28" w14:textId="77777777" w:rsidR="003B3005" w:rsidRDefault="00000000">
            <w:pPr>
              <w:spacing w:line="240" w:lineRule="auto"/>
            </w:pPr>
            <w:r>
              <w:rPr>
                <w:sz w:val="15"/>
              </w:rPr>
              <w:t>West Virginia</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0354A4" w14:textId="77777777" w:rsidR="003B3005" w:rsidRDefault="00000000">
            <w:pPr>
              <w:spacing w:line="240" w:lineRule="auto"/>
              <w:jc w:val="center"/>
            </w:pPr>
            <w:r>
              <w:rPr>
                <w:sz w:val="15"/>
              </w:rPr>
              <w:t>158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D2F5B0" w14:textId="77777777" w:rsidR="003B3005" w:rsidRDefault="00000000">
            <w:pPr>
              <w:spacing w:line="240" w:lineRule="auto"/>
              <w:jc w:val="center"/>
            </w:pPr>
            <w:r>
              <w:rPr>
                <w:sz w:val="15"/>
              </w:rPr>
              <w:t>5061993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28402C" w14:textId="77777777" w:rsidR="003B3005" w:rsidRDefault="00000000">
            <w:pPr>
              <w:spacing w:line="240" w:lineRule="auto"/>
              <w:jc w:val="center"/>
            </w:pPr>
            <w:r>
              <w:rPr>
                <w:sz w:val="15"/>
              </w:rPr>
              <w:t>2.7</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32ACA7" w14:textId="77777777" w:rsidR="003B3005" w:rsidRDefault="00000000">
            <w:pPr>
              <w:spacing w:line="240" w:lineRule="auto"/>
              <w:jc w:val="center"/>
            </w:pPr>
            <w:r>
              <w:rPr>
                <w:sz w:val="15"/>
              </w:rPr>
              <w:t>2.3 to 3.2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16663F" w14:textId="77777777" w:rsidR="003B3005" w:rsidRDefault="00000000">
            <w:pPr>
              <w:spacing w:line="240" w:lineRule="auto"/>
              <w:jc w:val="center"/>
            </w:pPr>
            <w:r>
              <w:rPr>
                <w:sz w:val="15"/>
              </w:rPr>
              <w:t>0.2</w:t>
            </w:r>
          </w:p>
        </w:tc>
      </w:tr>
      <w:tr w:rsidR="003B3005" w14:paraId="379700D3"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71CE9A" w14:textId="77777777" w:rsidR="003B3005" w:rsidRDefault="00000000">
            <w:pPr>
              <w:spacing w:line="240" w:lineRule="auto"/>
            </w:pPr>
            <w:r>
              <w:rPr>
                <w:sz w:val="15"/>
              </w:rPr>
              <w:t>Wisconsin</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0FBE64" w14:textId="77777777" w:rsidR="003B3005" w:rsidRDefault="00000000">
            <w:pPr>
              <w:spacing w:line="240" w:lineRule="auto"/>
              <w:jc w:val="center"/>
            </w:pPr>
            <w:r>
              <w:rPr>
                <w:sz w:val="15"/>
              </w:rPr>
              <w:t>417</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07D101" w14:textId="77777777" w:rsidR="003B3005" w:rsidRDefault="00000000">
            <w:pPr>
              <w:spacing w:line="240" w:lineRule="auto"/>
              <w:jc w:val="center"/>
            </w:pPr>
            <w:r>
              <w:rPr>
                <w:sz w:val="15"/>
              </w:rPr>
              <w:t>16417577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E9E28F" w14:textId="77777777" w:rsidR="003B3005" w:rsidRDefault="00000000">
            <w:pPr>
              <w:spacing w:line="240" w:lineRule="auto"/>
              <w:jc w:val="center"/>
            </w:pPr>
            <w:r>
              <w:rPr>
                <w:sz w:val="15"/>
              </w:rPr>
              <w:t>2</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A587ED" w14:textId="77777777" w:rsidR="003B3005" w:rsidRDefault="00000000">
            <w:pPr>
              <w:spacing w:line="240" w:lineRule="auto"/>
              <w:jc w:val="center"/>
            </w:pPr>
            <w:r>
              <w:rPr>
                <w:sz w:val="15"/>
              </w:rPr>
              <w:t>1.8 to 2.3</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5C723B" w14:textId="77777777" w:rsidR="003B3005" w:rsidRDefault="00000000">
            <w:pPr>
              <w:spacing w:line="240" w:lineRule="auto"/>
              <w:jc w:val="center"/>
            </w:pPr>
            <w:r>
              <w:rPr>
                <w:sz w:val="15"/>
              </w:rPr>
              <w:t>0.1</w:t>
            </w:r>
          </w:p>
        </w:tc>
      </w:tr>
      <w:tr w:rsidR="003B3005" w14:paraId="6322924A"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076BC1" w14:textId="77777777" w:rsidR="003B3005" w:rsidRDefault="00000000">
            <w:pPr>
              <w:spacing w:line="240" w:lineRule="auto"/>
            </w:pPr>
            <w:r>
              <w:rPr>
                <w:sz w:val="15"/>
              </w:rPr>
              <w:t>Wyoming</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BDA16F" w14:textId="77777777" w:rsidR="003B3005" w:rsidRDefault="00000000">
            <w:pPr>
              <w:spacing w:line="240" w:lineRule="auto"/>
              <w:jc w:val="center"/>
            </w:pPr>
            <w:r>
              <w:rPr>
                <w:sz w:val="15"/>
              </w:rPr>
              <w:t>53</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E6DC64" w14:textId="77777777" w:rsidR="003B3005" w:rsidRDefault="00000000">
            <w:pPr>
              <w:spacing w:line="240" w:lineRule="auto"/>
              <w:jc w:val="center"/>
            </w:pPr>
            <w:r>
              <w:rPr>
                <w:sz w:val="15"/>
              </w:rPr>
              <w:t>1597144</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A1C397" w14:textId="77777777" w:rsidR="003B3005" w:rsidRDefault="00000000">
            <w:pPr>
              <w:spacing w:line="240" w:lineRule="auto"/>
              <w:jc w:val="center"/>
            </w:pPr>
            <w:r>
              <w:rPr>
                <w:sz w:val="15"/>
              </w:rPr>
              <w:t>2.8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D95AD6" w14:textId="77777777" w:rsidR="003B3005" w:rsidRDefault="00000000">
            <w:pPr>
              <w:spacing w:line="240" w:lineRule="auto"/>
              <w:jc w:val="center"/>
            </w:pPr>
            <w:r>
              <w:rPr>
                <w:sz w:val="15"/>
              </w:rPr>
              <w:t>2 to 3.7</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7E9B90" w14:textId="77777777" w:rsidR="003B3005" w:rsidRDefault="00000000">
            <w:pPr>
              <w:spacing w:line="240" w:lineRule="auto"/>
              <w:jc w:val="center"/>
            </w:pPr>
            <w:r>
              <w:rPr>
                <w:sz w:val="15"/>
              </w:rPr>
              <w:t>0.4</w:t>
            </w:r>
          </w:p>
        </w:tc>
      </w:tr>
    </w:tbl>
    <w:p w14:paraId="40531CD1" w14:textId="77777777" w:rsidR="003B3005" w:rsidRDefault="00000000">
      <w:pPr>
        <w:spacing w:line="240" w:lineRule="auto"/>
      </w:pPr>
      <w:r>
        <w:rPr>
          <w:i/>
          <w:sz w:val="16"/>
        </w:rPr>
        <w:t>Note: Pooled AAMRs are specific to 2021-2024; estimates for 1999-2020 are reported separately in Supplementary Table S10.</w:t>
      </w:r>
    </w:p>
    <w:p w14:paraId="4F854209" w14:textId="77777777" w:rsidR="003B3005" w:rsidRDefault="00000000">
      <w:pPr>
        <w:pStyle w:val="Heading2"/>
        <w:spacing w:before="0" w:line="240" w:lineRule="auto"/>
      </w:pPr>
      <w:r>
        <w:rPr>
          <w:rFonts w:ascii="Times New Roman" w:eastAsia="Times New Roman" w:hAnsi="Times New Roman"/>
          <w:sz w:val="24"/>
        </w:rPr>
        <w:t>Supplementary Table S12. Annual A40-A41 sensitivity analysis, 1999-2024</w:t>
      </w:r>
    </w:p>
    <w:tbl>
      <w:tblPr>
        <w:tblW w:w="5000" w:type="pct"/>
        <w:jc w:val="center"/>
        <w:tblLayout w:type="fixed"/>
        <w:tblLook w:val="04A0" w:firstRow="1" w:lastRow="0" w:firstColumn="1" w:lastColumn="0" w:noHBand="0" w:noVBand="1"/>
      </w:tblPr>
      <w:tblGrid>
        <w:gridCol w:w="1227"/>
        <w:gridCol w:w="1298"/>
        <w:gridCol w:w="1803"/>
        <w:gridCol w:w="1226"/>
        <w:gridCol w:w="2525"/>
        <w:gridCol w:w="1371"/>
      </w:tblGrid>
      <w:tr w:rsidR="003B3005" w14:paraId="4433F8C9" w14:textId="77777777">
        <w:trPr>
          <w:cantSplit/>
          <w:tblHeader/>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433161" w14:textId="77777777" w:rsidR="003B3005" w:rsidRDefault="00000000">
            <w:pPr>
              <w:spacing w:line="240" w:lineRule="auto"/>
            </w:pPr>
            <w:r>
              <w:rPr>
                <w:b/>
                <w:sz w:val="15"/>
              </w:rPr>
              <w:t>Year</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CA357A" w14:textId="77777777" w:rsidR="003B3005" w:rsidRDefault="00000000">
            <w:pPr>
              <w:spacing w:line="240" w:lineRule="auto"/>
              <w:jc w:val="center"/>
            </w:pPr>
            <w:r>
              <w:rPr>
                <w:b/>
                <w:sz w:val="15"/>
              </w:rPr>
              <w:t>Deaths</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7237A0" w14:textId="77777777" w:rsidR="003B3005" w:rsidRDefault="00000000">
            <w:pPr>
              <w:spacing w:line="240" w:lineRule="auto"/>
              <w:jc w:val="center"/>
            </w:pPr>
            <w:r>
              <w:rPr>
                <w:b/>
                <w:sz w:val="15"/>
              </w:rPr>
              <w:t>Population</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CCD8B4" w14:textId="77777777" w:rsidR="003B3005" w:rsidRDefault="00000000">
            <w:pPr>
              <w:spacing w:line="240" w:lineRule="auto"/>
              <w:jc w:val="center"/>
            </w:pPr>
            <w:r>
              <w:rPr>
                <w:b/>
                <w:sz w:val="15"/>
              </w:rPr>
              <w:t>AAMR</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A25A97" w14:textId="77777777" w:rsidR="003B3005" w:rsidRDefault="00000000">
            <w:pPr>
              <w:spacing w:line="240" w:lineRule="auto"/>
              <w:jc w:val="center"/>
            </w:pPr>
            <w:r>
              <w:rPr>
                <w:b/>
                <w:sz w:val="15"/>
              </w:rPr>
              <w:t>95% CI</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7A2D99" w14:textId="77777777" w:rsidR="003B3005" w:rsidRDefault="00000000">
            <w:pPr>
              <w:spacing w:line="240" w:lineRule="auto"/>
              <w:jc w:val="center"/>
            </w:pPr>
            <w:r>
              <w:rPr>
                <w:b/>
                <w:sz w:val="15"/>
              </w:rPr>
              <w:t>SE</w:t>
            </w:r>
          </w:p>
        </w:tc>
      </w:tr>
      <w:tr w:rsidR="003B3005" w14:paraId="6ED6B5D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DC0553" w14:textId="77777777" w:rsidR="003B3005" w:rsidRDefault="00000000">
            <w:pPr>
              <w:spacing w:line="240" w:lineRule="auto"/>
            </w:pPr>
            <w:r>
              <w:rPr>
                <w:sz w:val="15"/>
              </w:rPr>
              <w:t>1999</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C4ED82" w14:textId="77777777" w:rsidR="003B3005" w:rsidRDefault="00000000">
            <w:pPr>
              <w:spacing w:line="240" w:lineRule="auto"/>
              <w:jc w:val="center"/>
            </w:pPr>
            <w:r>
              <w:rPr>
                <w:sz w:val="15"/>
              </w:rPr>
              <w:t>730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D88272" w14:textId="77777777" w:rsidR="003B3005" w:rsidRDefault="00000000">
            <w:pPr>
              <w:spacing w:line="240" w:lineRule="auto"/>
              <w:jc w:val="center"/>
            </w:pPr>
            <w:r>
              <w:rPr>
                <w:sz w:val="15"/>
              </w:rPr>
              <w:t>180408769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1130AB" w14:textId="77777777" w:rsidR="003B3005" w:rsidRDefault="00000000">
            <w:pPr>
              <w:spacing w:line="240" w:lineRule="auto"/>
              <w:jc w:val="center"/>
            </w:pPr>
            <w:r>
              <w:rPr>
                <w:sz w:val="15"/>
              </w:rPr>
              <w:t>0.41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85077C" w14:textId="77777777" w:rsidR="003B3005" w:rsidRDefault="00000000">
            <w:pPr>
              <w:spacing w:line="240" w:lineRule="auto"/>
              <w:jc w:val="center"/>
            </w:pPr>
            <w:r>
              <w:rPr>
                <w:sz w:val="15"/>
              </w:rPr>
              <w:t>0.38 to 0.44</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7CE129" w14:textId="77777777" w:rsidR="003B3005" w:rsidRDefault="00000000">
            <w:pPr>
              <w:spacing w:line="240" w:lineRule="auto"/>
              <w:jc w:val="center"/>
            </w:pPr>
            <w:r>
              <w:rPr>
                <w:sz w:val="15"/>
              </w:rPr>
              <w:t>0.02</w:t>
            </w:r>
          </w:p>
        </w:tc>
      </w:tr>
      <w:tr w:rsidR="003B3005" w14:paraId="4E0C7DCF"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09D730" w14:textId="77777777" w:rsidR="003B3005" w:rsidRDefault="00000000">
            <w:pPr>
              <w:spacing w:line="240" w:lineRule="auto"/>
            </w:pPr>
            <w:r>
              <w:rPr>
                <w:sz w:val="15"/>
              </w:rPr>
              <w:t>2000</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911233" w14:textId="77777777" w:rsidR="003B3005" w:rsidRDefault="00000000">
            <w:pPr>
              <w:spacing w:line="240" w:lineRule="auto"/>
              <w:jc w:val="center"/>
            </w:pPr>
            <w:r>
              <w:rPr>
                <w:sz w:val="15"/>
              </w:rPr>
              <w:t>824</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73E620" w14:textId="77777777" w:rsidR="003B3005" w:rsidRDefault="00000000">
            <w:pPr>
              <w:spacing w:line="240" w:lineRule="auto"/>
              <w:jc w:val="center"/>
            </w:pPr>
            <w:r>
              <w:rPr>
                <w:sz w:val="15"/>
              </w:rPr>
              <w:t>181984640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502AEC" w14:textId="77777777" w:rsidR="003B3005" w:rsidRDefault="00000000">
            <w:pPr>
              <w:spacing w:line="240" w:lineRule="auto"/>
              <w:jc w:val="center"/>
            </w:pPr>
            <w:r>
              <w:rPr>
                <w:sz w:val="15"/>
              </w:rPr>
              <w:t>0.46</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8B7CA6" w14:textId="77777777" w:rsidR="003B3005" w:rsidRDefault="00000000">
            <w:pPr>
              <w:spacing w:line="240" w:lineRule="auto"/>
              <w:jc w:val="center"/>
            </w:pPr>
            <w:r>
              <w:rPr>
                <w:sz w:val="15"/>
              </w:rPr>
              <w:t>0.43 to 0.49</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39A8C5" w14:textId="77777777" w:rsidR="003B3005" w:rsidRDefault="00000000">
            <w:pPr>
              <w:spacing w:line="240" w:lineRule="auto"/>
              <w:jc w:val="center"/>
            </w:pPr>
            <w:r>
              <w:rPr>
                <w:sz w:val="15"/>
              </w:rPr>
              <w:t>0.02</w:t>
            </w:r>
          </w:p>
        </w:tc>
      </w:tr>
      <w:tr w:rsidR="003B3005" w14:paraId="1F9F3152"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434BC9" w14:textId="77777777" w:rsidR="003B3005" w:rsidRDefault="00000000">
            <w:pPr>
              <w:spacing w:line="240" w:lineRule="auto"/>
            </w:pPr>
            <w:r>
              <w:rPr>
                <w:sz w:val="15"/>
              </w:rPr>
              <w:t>2001</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BF32D7" w14:textId="77777777" w:rsidR="003B3005" w:rsidRDefault="00000000">
            <w:pPr>
              <w:spacing w:line="240" w:lineRule="auto"/>
              <w:jc w:val="center"/>
            </w:pPr>
            <w:r>
              <w:rPr>
                <w:sz w:val="15"/>
              </w:rPr>
              <w:t>896</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0E2D43" w14:textId="77777777" w:rsidR="003B3005" w:rsidRDefault="00000000">
            <w:pPr>
              <w:spacing w:line="240" w:lineRule="auto"/>
              <w:jc w:val="center"/>
            </w:pPr>
            <w:r>
              <w:rPr>
                <w:sz w:val="15"/>
              </w:rPr>
              <w:t>184305128</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EB1DEE" w14:textId="77777777" w:rsidR="003B3005" w:rsidRDefault="00000000">
            <w:pPr>
              <w:spacing w:line="240" w:lineRule="auto"/>
              <w:jc w:val="center"/>
            </w:pPr>
            <w:r>
              <w:rPr>
                <w:sz w:val="15"/>
              </w:rPr>
              <w:t>0.48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E83550" w14:textId="77777777" w:rsidR="003B3005" w:rsidRDefault="00000000">
            <w:pPr>
              <w:spacing w:line="240" w:lineRule="auto"/>
              <w:jc w:val="center"/>
            </w:pPr>
            <w:r>
              <w:rPr>
                <w:sz w:val="15"/>
              </w:rPr>
              <w:t>0.45 to 0.52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522697" w14:textId="77777777" w:rsidR="003B3005" w:rsidRDefault="00000000">
            <w:pPr>
              <w:spacing w:line="240" w:lineRule="auto"/>
              <w:jc w:val="center"/>
            </w:pPr>
            <w:r>
              <w:rPr>
                <w:sz w:val="15"/>
              </w:rPr>
              <w:t>0.02</w:t>
            </w:r>
          </w:p>
        </w:tc>
      </w:tr>
      <w:tr w:rsidR="003B3005" w14:paraId="79555212"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33CEB0" w14:textId="77777777" w:rsidR="003B3005" w:rsidRDefault="00000000">
            <w:pPr>
              <w:spacing w:line="240" w:lineRule="auto"/>
            </w:pPr>
            <w:r>
              <w:rPr>
                <w:sz w:val="15"/>
              </w:rPr>
              <w:t>2002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8CFCBF" w14:textId="77777777" w:rsidR="003B3005" w:rsidRDefault="00000000">
            <w:pPr>
              <w:spacing w:line="240" w:lineRule="auto"/>
              <w:jc w:val="center"/>
            </w:pPr>
            <w:r>
              <w:rPr>
                <w:sz w:val="15"/>
              </w:rPr>
              <w:t>1051</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C8F7D1" w14:textId="77777777" w:rsidR="003B3005" w:rsidRDefault="00000000">
            <w:pPr>
              <w:spacing w:line="240" w:lineRule="auto"/>
              <w:jc w:val="center"/>
            </w:pPr>
            <w:r>
              <w:rPr>
                <w:sz w:val="15"/>
              </w:rPr>
              <w:t>186208028</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D7CAE5" w14:textId="77777777" w:rsidR="003B3005" w:rsidRDefault="00000000">
            <w:pPr>
              <w:spacing w:line="240" w:lineRule="auto"/>
              <w:jc w:val="center"/>
            </w:pPr>
            <w:r>
              <w:rPr>
                <w:sz w:val="15"/>
              </w:rPr>
              <w:t>0.55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8F6EFB" w14:textId="77777777" w:rsidR="003B3005" w:rsidRDefault="00000000">
            <w:pPr>
              <w:spacing w:line="240" w:lineRule="auto"/>
              <w:jc w:val="center"/>
            </w:pPr>
            <w:r>
              <w:rPr>
                <w:sz w:val="15"/>
              </w:rPr>
              <w:t>0.51 to 0.58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A19170" w14:textId="77777777" w:rsidR="003B3005" w:rsidRDefault="00000000">
            <w:pPr>
              <w:spacing w:line="240" w:lineRule="auto"/>
              <w:jc w:val="center"/>
            </w:pPr>
            <w:r>
              <w:rPr>
                <w:sz w:val="15"/>
              </w:rPr>
              <w:t>0.02</w:t>
            </w:r>
          </w:p>
        </w:tc>
      </w:tr>
      <w:tr w:rsidR="003B3005" w14:paraId="7C0F53DD"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3A7B51" w14:textId="77777777" w:rsidR="003B3005" w:rsidRDefault="00000000">
            <w:pPr>
              <w:spacing w:line="240" w:lineRule="auto"/>
            </w:pPr>
            <w:r>
              <w:rPr>
                <w:sz w:val="15"/>
              </w:rPr>
              <w:t>2003</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99B927" w14:textId="77777777" w:rsidR="003B3005" w:rsidRDefault="00000000">
            <w:pPr>
              <w:spacing w:line="240" w:lineRule="auto"/>
              <w:jc w:val="center"/>
            </w:pPr>
            <w:r>
              <w:rPr>
                <w:sz w:val="15"/>
              </w:rPr>
              <w:t>1228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60E822" w14:textId="77777777" w:rsidR="003B3005" w:rsidRDefault="00000000">
            <w:pPr>
              <w:spacing w:line="240" w:lineRule="auto"/>
              <w:jc w:val="center"/>
            </w:pPr>
            <w:r>
              <w:rPr>
                <w:sz w:val="15"/>
              </w:rPr>
              <w:t>188090429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B62775" w14:textId="77777777" w:rsidR="003B3005" w:rsidRDefault="00000000">
            <w:pPr>
              <w:spacing w:line="240" w:lineRule="auto"/>
              <w:jc w:val="center"/>
            </w:pPr>
            <w:r>
              <w:rPr>
                <w:sz w:val="15"/>
              </w:rPr>
              <w:t>0.63</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149BCE" w14:textId="77777777" w:rsidR="003B3005" w:rsidRDefault="00000000">
            <w:pPr>
              <w:spacing w:line="240" w:lineRule="auto"/>
              <w:jc w:val="center"/>
            </w:pPr>
            <w:r>
              <w:rPr>
                <w:sz w:val="15"/>
              </w:rPr>
              <w:t>0.60 to 0.67</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AA01AF" w14:textId="77777777" w:rsidR="003B3005" w:rsidRDefault="00000000">
            <w:pPr>
              <w:spacing w:line="240" w:lineRule="auto"/>
              <w:jc w:val="center"/>
            </w:pPr>
            <w:r>
              <w:rPr>
                <w:sz w:val="15"/>
              </w:rPr>
              <w:t>0.02</w:t>
            </w:r>
          </w:p>
        </w:tc>
      </w:tr>
      <w:tr w:rsidR="003B3005" w14:paraId="15E42AE1"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113573" w14:textId="77777777" w:rsidR="003B3005" w:rsidRDefault="00000000">
            <w:pPr>
              <w:spacing w:line="240" w:lineRule="auto"/>
            </w:pPr>
            <w:r>
              <w:rPr>
                <w:sz w:val="15"/>
              </w:rPr>
              <w:t>2004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3C79D4" w14:textId="77777777" w:rsidR="003B3005" w:rsidRDefault="00000000">
            <w:pPr>
              <w:spacing w:line="240" w:lineRule="auto"/>
              <w:jc w:val="center"/>
            </w:pPr>
            <w:r>
              <w:rPr>
                <w:sz w:val="15"/>
              </w:rPr>
              <w:t>1246</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1AC05E" w14:textId="77777777" w:rsidR="003B3005" w:rsidRDefault="00000000">
            <w:pPr>
              <w:spacing w:line="240" w:lineRule="auto"/>
              <w:jc w:val="center"/>
            </w:pPr>
            <w:r>
              <w:rPr>
                <w:sz w:val="15"/>
              </w:rPr>
              <w:t>190205384</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527D7C" w14:textId="77777777" w:rsidR="003B3005" w:rsidRDefault="00000000">
            <w:pPr>
              <w:spacing w:line="240" w:lineRule="auto"/>
              <w:jc w:val="center"/>
            </w:pPr>
            <w:r>
              <w:rPr>
                <w:sz w:val="15"/>
              </w:rPr>
              <w:t>0.65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A4E5C0" w14:textId="77777777" w:rsidR="003B3005" w:rsidRDefault="00000000">
            <w:pPr>
              <w:spacing w:line="240" w:lineRule="auto"/>
              <w:jc w:val="center"/>
            </w:pPr>
            <w:r>
              <w:rPr>
                <w:sz w:val="15"/>
              </w:rPr>
              <w:t>0.61 to 0.68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0EB935" w14:textId="77777777" w:rsidR="003B3005" w:rsidRDefault="00000000">
            <w:pPr>
              <w:spacing w:line="240" w:lineRule="auto"/>
              <w:jc w:val="center"/>
            </w:pPr>
            <w:r>
              <w:rPr>
                <w:sz w:val="15"/>
              </w:rPr>
              <w:t>0.02</w:t>
            </w:r>
          </w:p>
        </w:tc>
      </w:tr>
      <w:tr w:rsidR="003B3005" w14:paraId="51A24A77"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4DC08B" w14:textId="77777777" w:rsidR="003B3005" w:rsidRDefault="00000000">
            <w:pPr>
              <w:spacing w:line="240" w:lineRule="auto"/>
            </w:pPr>
            <w:r>
              <w:rPr>
                <w:sz w:val="15"/>
              </w:rPr>
              <w:t>2005</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E08749" w14:textId="77777777" w:rsidR="003B3005" w:rsidRDefault="00000000">
            <w:pPr>
              <w:spacing w:line="240" w:lineRule="auto"/>
              <w:jc w:val="center"/>
            </w:pPr>
            <w:r>
              <w:rPr>
                <w:sz w:val="15"/>
              </w:rPr>
              <w:t>1399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B2DFD9" w14:textId="77777777" w:rsidR="003B3005" w:rsidRDefault="00000000">
            <w:pPr>
              <w:spacing w:line="240" w:lineRule="auto"/>
              <w:jc w:val="center"/>
            </w:pPr>
            <w:r>
              <w:rPr>
                <w:sz w:val="15"/>
              </w:rPr>
              <w:t>192551384</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4269FD" w14:textId="77777777" w:rsidR="003B3005" w:rsidRDefault="00000000">
            <w:pPr>
              <w:spacing w:line="240" w:lineRule="auto"/>
              <w:jc w:val="center"/>
            </w:pPr>
            <w:r>
              <w:rPr>
                <w:sz w:val="15"/>
              </w:rPr>
              <w:t>0.68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E8E6CD" w14:textId="77777777" w:rsidR="003B3005" w:rsidRDefault="00000000">
            <w:pPr>
              <w:spacing w:line="240" w:lineRule="auto"/>
              <w:jc w:val="center"/>
            </w:pPr>
            <w:r>
              <w:rPr>
                <w:sz w:val="15"/>
              </w:rPr>
              <w:t>0.65 to 0.72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EB22C9" w14:textId="77777777" w:rsidR="003B3005" w:rsidRDefault="00000000">
            <w:pPr>
              <w:spacing w:line="240" w:lineRule="auto"/>
              <w:jc w:val="center"/>
            </w:pPr>
            <w:r>
              <w:rPr>
                <w:sz w:val="15"/>
              </w:rPr>
              <w:t>0.02</w:t>
            </w:r>
          </w:p>
        </w:tc>
      </w:tr>
      <w:tr w:rsidR="003B3005" w14:paraId="76F7361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0FA214" w14:textId="77777777" w:rsidR="003B3005" w:rsidRDefault="00000000">
            <w:pPr>
              <w:spacing w:line="240" w:lineRule="auto"/>
            </w:pPr>
            <w:r>
              <w:rPr>
                <w:sz w:val="15"/>
              </w:rPr>
              <w:t>2006</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C9B3DB" w14:textId="77777777" w:rsidR="003B3005" w:rsidRDefault="00000000">
            <w:pPr>
              <w:spacing w:line="240" w:lineRule="auto"/>
              <w:jc w:val="center"/>
            </w:pPr>
            <w:r>
              <w:rPr>
                <w:sz w:val="15"/>
              </w:rPr>
              <w:t>1478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05A32F" w14:textId="77777777" w:rsidR="003B3005" w:rsidRDefault="00000000">
            <w:pPr>
              <w:spacing w:line="240" w:lineRule="auto"/>
              <w:jc w:val="center"/>
            </w:pPr>
            <w:r>
              <w:rPr>
                <w:sz w:val="15"/>
              </w:rPr>
              <w:t>195019359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523EFC" w14:textId="77777777" w:rsidR="003B3005" w:rsidRDefault="00000000">
            <w:pPr>
              <w:spacing w:line="240" w:lineRule="auto"/>
              <w:jc w:val="center"/>
            </w:pPr>
            <w:r>
              <w:rPr>
                <w:sz w:val="15"/>
              </w:rPr>
              <w:t>0.72</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46F528" w14:textId="77777777" w:rsidR="003B3005" w:rsidRDefault="00000000">
            <w:pPr>
              <w:spacing w:line="240" w:lineRule="auto"/>
              <w:jc w:val="center"/>
            </w:pPr>
            <w:r>
              <w:rPr>
                <w:sz w:val="15"/>
              </w:rPr>
              <w:t>0.68 to 0.76</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37CE6F" w14:textId="77777777" w:rsidR="003B3005" w:rsidRDefault="00000000">
            <w:pPr>
              <w:spacing w:line="240" w:lineRule="auto"/>
              <w:jc w:val="center"/>
            </w:pPr>
            <w:r>
              <w:rPr>
                <w:sz w:val="15"/>
              </w:rPr>
              <w:t>0.02</w:t>
            </w:r>
          </w:p>
        </w:tc>
      </w:tr>
      <w:tr w:rsidR="003B3005" w14:paraId="1204D599"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E1F76E" w14:textId="77777777" w:rsidR="003B3005" w:rsidRDefault="00000000">
            <w:pPr>
              <w:spacing w:line="240" w:lineRule="auto"/>
            </w:pPr>
            <w:r>
              <w:rPr>
                <w:sz w:val="15"/>
              </w:rPr>
              <w:t>2007</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DDF4ED" w14:textId="77777777" w:rsidR="003B3005" w:rsidRDefault="00000000">
            <w:pPr>
              <w:spacing w:line="240" w:lineRule="auto"/>
              <w:jc w:val="center"/>
            </w:pPr>
            <w:r>
              <w:rPr>
                <w:sz w:val="15"/>
              </w:rPr>
              <w:t>1569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0A0A41" w14:textId="77777777" w:rsidR="003B3005" w:rsidRDefault="00000000">
            <w:pPr>
              <w:spacing w:line="240" w:lineRule="auto"/>
              <w:jc w:val="center"/>
            </w:pPr>
            <w:r>
              <w:rPr>
                <w:sz w:val="15"/>
              </w:rPr>
              <w:t>197403777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383781" w14:textId="77777777" w:rsidR="003B3005" w:rsidRDefault="00000000">
            <w:pPr>
              <w:spacing w:line="240" w:lineRule="auto"/>
              <w:jc w:val="center"/>
            </w:pPr>
            <w:r>
              <w:rPr>
                <w:sz w:val="15"/>
              </w:rPr>
              <w:t>0.75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B62C2D" w14:textId="77777777" w:rsidR="003B3005" w:rsidRDefault="00000000">
            <w:pPr>
              <w:spacing w:line="240" w:lineRule="auto"/>
              <w:jc w:val="center"/>
            </w:pPr>
            <w:r>
              <w:rPr>
                <w:sz w:val="15"/>
              </w:rPr>
              <w:t>0.71 to 0.78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C98BCC" w14:textId="77777777" w:rsidR="003B3005" w:rsidRDefault="00000000">
            <w:pPr>
              <w:spacing w:line="240" w:lineRule="auto"/>
              <w:jc w:val="center"/>
            </w:pPr>
            <w:r>
              <w:rPr>
                <w:sz w:val="15"/>
              </w:rPr>
              <w:t>0.02</w:t>
            </w:r>
          </w:p>
        </w:tc>
      </w:tr>
      <w:tr w:rsidR="003B3005" w14:paraId="2CE4ED42"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8302CE" w14:textId="77777777" w:rsidR="003B3005" w:rsidRDefault="00000000">
            <w:pPr>
              <w:spacing w:line="240" w:lineRule="auto"/>
            </w:pPr>
            <w:r>
              <w:rPr>
                <w:sz w:val="15"/>
              </w:rPr>
              <w:t>2008</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0F89D3" w14:textId="77777777" w:rsidR="003B3005" w:rsidRDefault="00000000">
            <w:pPr>
              <w:spacing w:line="240" w:lineRule="auto"/>
              <w:jc w:val="center"/>
            </w:pPr>
            <w:r>
              <w:rPr>
                <w:sz w:val="15"/>
              </w:rPr>
              <w:t>1572</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27608E" w14:textId="77777777" w:rsidR="003B3005" w:rsidRDefault="00000000">
            <w:pPr>
              <w:spacing w:line="240" w:lineRule="auto"/>
              <w:jc w:val="center"/>
            </w:pPr>
            <w:r>
              <w:rPr>
                <w:sz w:val="15"/>
              </w:rPr>
              <w:t>199795090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B01FED" w14:textId="77777777" w:rsidR="003B3005" w:rsidRDefault="00000000">
            <w:pPr>
              <w:spacing w:line="240" w:lineRule="auto"/>
              <w:jc w:val="center"/>
            </w:pPr>
            <w:r>
              <w:rPr>
                <w:sz w:val="15"/>
              </w:rPr>
              <w:t>0.75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C56FA2" w14:textId="77777777" w:rsidR="003B3005" w:rsidRDefault="00000000">
            <w:pPr>
              <w:spacing w:line="240" w:lineRule="auto"/>
              <w:jc w:val="center"/>
            </w:pPr>
            <w:r>
              <w:rPr>
                <w:sz w:val="15"/>
              </w:rPr>
              <w:t>0.71 to 0.79</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587DF5" w14:textId="77777777" w:rsidR="003B3005" w:rsidRDefault="00000000">
            <w:pPr>
              <w:spacing w:line="240" w:lineRule="auto"/>
              <w:jc w:val="center"/>
            </w:pPr>
            <w:r>
              <w:rPr>
                <w:sz w:val="15"/>
              </w:rPr>
              <w:t>0.02</w:t>
            </w:r>
          </w:p>
        </w:tc>
      </w:tr>
      <w:tr w:rsidR="003B3005" w14:paraId="61D222CE"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6EBADE" w14:textId="77777777" w:rsidR="003B3005" w:rsidRDefault="00000000">
            <w:pPr>
              <w:spacing w:line="240" w:lineRule="auto"/>
            </w:pPr>
            <w:r>
              <w:rPr>
                <w:sz w:val="15"/>
              </w:rPr>
              <w:t>2009</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03B1D6" w14:textId="77777777" w:rsidR="003B3005" w:rsidRDefault="00000000">
            <w:pPr>
              <w:spacing w:line="240" w:lineRule="auto"/>
              <w:jc w:val="center"/>
            </w:pPr>
            <w:r>
              <w:rPr>
                <w:sz w:val="15"/>
              </w:rPr>
              <w:t>1720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CA3AC0" w14:textId="77777777" w:rsidR="003B3005" w:rsidRDefault="00000000">
            <w:pPr>
              <w:spacing w:line="240" w:lineRule="auto"/>
              <w:jc w:val="center"/>
            </w:pPr>
            <w:r>
              <w:rPr>
                <w:sz w:val="15"/>
              </w:rPr>
              <w:t>202107016</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3CDA0C" w14:textId="77777777" w:rsidR="003B3005" w:rsidRDefault="00000000">
            <w:pPr>
              <w:spacing w:line="240" w:lineRule="auto"/>
              <w:jc w:val="center"/>
            </w:pPr>
            <w:r>
              <w:rPr>
                <w:sz w:val="15"/>
              </w:rPr>
              <w:t>0.79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85F9C4" w14:textId="77777777" w:rsidR="003B3005" w:rsidRDefault="00000000">
            <w:pPr>
              <w:spacing w:line="240" w:lineRule="auto"/>
              <w:jc w:val="center"/>
            </w:pPr>
            <w:r>
              <w:rPr>
                <w:sz w:val="15"/>
              </w:rPr>
              <w:t>0.75 to 0.82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CBB456" w14:textId="77777777" w:rsidR="003B3005" w:rsidRDefault="00000000">
            <w:pPr>
              <w:spacing w:line="240" w:lineRule="auto"/>
              <w:jc w:val="center"/>
            </w:pPr>
            <w:r>
              <w:rPr>
                <w:sz w:val="15"/>
              </w:rPr>
              <w:t>0.02</w:t>
            </w:r>
          </w:p>
        </w:tc>
      </w:tr>
      <w:tr w:rsidR="003B3005" w14:paraId="5E4AE85C"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8E1153" w14:textId="77777777" w:rsidR="003B3005" w:rsidRDefault="00000000">
            <w:pPr>
              <w:spacing w:line="240" w:lineRule="auto"/>
            </w:pPr>
            <w:r>
              <w:rPr>
                <w:sz w:val="15"/>
              </w:rPr>
              <w:t>2010</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3B8AD9" w14:textId="77777777" w:rsidR="003B3005" w:rsidRDefault="00000000">
            <w:pPr>
              <w:spacing w:line="240" w:lineRule="auto"/>
              <w:jc w:val="center"/>
            </w:pPr>
            <w:r>
              <w:rPr>
                <w:sz w:val="15"/>
              </w:rPr>
              <w:t>1855</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4A7DAC" w14:textId="77777777" w:rsidR="003B3005" w:rsidRDefault="00000000">
            <w:pPr>
              <w:spacing w:line="240" w:lineRule="auto"/>
              <w:jc w:val="center"/>
            </w:pPr>
            <w:r>
              <w:rPr>
                <w:sz w:val="15"/>
              </w:rPr>
              <w:t>203891983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C41D54" w14:textId="77777777" w:rsidR="003B3005" w:rsidRDefault="00000000">
            <w:pPr>
              <w:spacing w:line="240" w:lineRule="auto"/>
              <w:jc w:val="center"/>
            </w:pPr>
            <w:r>
              <w:rPr>
                <w:sz w:val="15"/>
              </w:rPr>
              <w:t>0.87</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A6044C" w14:textId="77777777" w:rsidR="003B3005" w:rsidRDefault="00000000">
            <w:pPr>
              <w:spacing w:line="240" w:lineRule="auto"/>
              <w:jc w:val="center"/>
            </w:pPr>
            <w:r>
              <w:rPr>
                <w:sz w:val="15"/>
              </w:rPr>
              <w:t>0.83 to 0.91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FF96D9" w14:textId="77777777" w:rsidR="003B3005" w:rsidRDefault="00000000">
            <w:pPr>
              <w:spacing w:line="240" w:lineRule="auto"/>
              <w:jc w:val="center"/>
            </w:pPr>
            <w:r>
              <w:rPr>
                <w:sz w:val="15"/>
              </w:rPr>
              <w:t>0.02</w:t>
            </w:r>
          </w:p>
        </w:tc>
      </w:tr>
      <w:tr w:rsidR="003B3005" w14:paraId="4ACF7BAC"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C0F00E" w14:textId="77777777" w:rsidR="003B3005" w:rsidRDefault="00000000">
            <w:pPr>
              <w:spacing w:line="240" w:lineRule="auto"/>
            </w:pPr>
            <w:r>
              <w:rPr>
                <w:sz w:val="15"/>
              </w:rPr>
              <w:t>2011</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C632BC" w14:textId="77777777" w:rsidR="003B3005" w:rsidRDefault="00000000">
            <w:pPr>
              <w:spacing w:line="240" w:lineRule="auto"/>
              <w:jc w:val="center"/>
            </w:pPr>
            <w:r>
              <w:rPr>
                <w:sz w:val="15"/>
              </w:rPr>
              <w:t>2049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95347C" w14:textId="77777777" w:rsidR="003B3005" w:rsidRDefault="00000000">
            <w:pPr>
              <w:spacing w:line="240" w:lineRule="auto"/>
              <w:jc w:val="center"/>
            </w:pPr>
            <w:r>
              <w:rPr>
                <w:sz w:val="15"/>
              </w:rPr>
              <w:t>206592936</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0B38E3" w14:textId="77777777" w:rsidR="003B3005" w:rsidRDefault="00000000">
            <w:pPr>
              <w:spacing w:line="240" w:lineRule="auto"/>
              <w:jc w:val="center"/>
            </w:pPr>
            <w:r>
              <w:rPr>
                <w:sz w:val="15"/>
              </w:rPr>
              <w:t>0.93</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922D03" w14:textId="77777777" w:rsidR="003B3005" w:rsidRDefault="00000000">
            <w:pPr>
              <w:spacing w:line="240" w:lineRule="auto"/>
              <w:jc w:val="center"/>
            </w:pPr>
            <w:r>
              <w:rPr>
                <w:sz w:val="15"/>
              </w:rPr>
              <w:t>0.89 to 0.97</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D5B00C" w14:textId="77777777" w:rsidR="003B3005" w:rsidRDefault="00000000">
            <w:pPr>
              <w:spacing w:line="240" w:lineRule="auto"/>
              <w:jc w:val="center"/>
            </w:pPr>
            <w:r>
              <w:rPr>
                <w:sz w:val="15"/>
              </w:rPr>
              <w:t>0.02</w:t>
            </w:r>
          </w:p>
        </w:tc>
      </w:tr>
      <w:tr w:rsidR="003B3005" w14:paraId="05241DE4"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C861FC" w14:textId="77777777" w:rsidR="003B3005" w:rsidRDefault="00000000">
            <w:pPr>
              <w:spacing w:line="240" w:lineRule="auto"/>
            </w:pPr>
            <w:r>
              <w:rPr>
                <w:sz w:val="15"/>
              </w:rPr>
              <w:t>2012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63B49F" w14:textId="77777777" w:rsidR="003B3005" w:rsidRDefault="00000000">
            <w:pPr>
              <w:spacing w:line="240" w:lineRule="auto"/>
              <w:jc w:val="center"/>
            </w:pPr>
            <w:r>
              <w:rPr>
                <w:sz w:val="15"/>
              </w:rPr>
              <w:t>2004</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151AD2" w14:textId="77777777" w:rsidR="003B3005" w:rsidRDefault="00000000">
            <w:pPr>
              <w:spacing w:line="240" w:lineRule="auto"/>
              <w:jc w:val="center"/>
            </w:pPr>
            <w:r>
              <w:rPr>
                <w:sz w:val="15"/>
              </w:rPr>
              <w:t>208826037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B2A2B6" w14:textId="77777777" w:rsidR="003B3005" w:rsidRDefault="00000000">
            <w:pPr>
              <w:spacing w:line="240" w:lineRule="auto"/>
              <w:jc w:val="center"/>
            </w:pPr>
            <w:r>
              <w:rPr>
                <w:sz w:val="15"/>
              </w:rPr>
              <w:t>0.87</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18F156" w14:textId="77777777" w:rsidR="003B3005" w:rsidRDefault="00000000">
            <w:pPr>
              <w:spacing w:line="240" w:lineRule="auto"/>
              <w:jc w:val="center"/>
            </w:pPr>
            <w:r>
              <w:rPr>
                <w:sz w:val="15"/>
              </w:rPr>
              <w:t>0.83 to 0.91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EF6C8D" w14:textId="77777777" w:rsidR="003B3005" w:rsidRDefault="00000000">
            <w:pPr>
              <w:spacing w:line="240" w:lineRule="auto"/>
              <w:jc w:val="center"/>
            </w:pPr>
            <w:r>
              <w:rPr>
                <w:sz w:val="15"/>
              </w:rPr>
              <w:t>0.02</w:t>
            </w:r>
          </w:p>
        </w:tc>
      </w:tr>
      <w:tr w:rsidR="003B3005" w14:paraId="0653AB8F"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9B5DF0" w14:textId="77777777" w:rsidR="003B3005" w:rsidRDefault="00000000">
            <w:pPr>
              <w:spacing w:line="240" w:lineRule="auto"/>
            </w:pPr>
            <w:r>
              <w:rPr>
                <w:sz w:val="15"/>
              </w:rPr>
              <w:t>2013</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6F9D2C" w14:textId="77777777" w:rsidR="003B3005" w:rsidRDefault="00000000">
            <w:pPr>
              <w:spacing w:line="240" w:lineRule="auto"/>
              <w:jc w:val="center"/>
            </w:pPr>
            <w:r>
              <w:rPr>
                <w:sz w:val="15"/>
              </w:rPr>
              <w:t>2226</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ED8AC9" w14:textId="77777777" w:rsidR="003B3005" w:rsidRDefault="00000000">
            <w:pPr>
              <w:spacing w:line="240" w:lineRule="auto"/>
              <w:jc w:val="center"/>
            </w:pPr>
            <w:r>
              <w:rPr>
                <w:sz w:val="15"/>
              </w:rPr>
              <w:t>211085314</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F206C8" w14:textId="77777777" w:rsidR="003B3005" w:rsidRDefault="00000000">
            <w:pPr>
              <w:spacing w:line="240" w:lineRule="auto"/>
              <w:jc w:val="center"/>
            </w:pPr>
            <w:r>
              <w:rPr>
                <w:sz w:val="15"/>
              </w:rPr>
              <w:t>0.95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FADE41" w14:textId="77777777" w:rsidR="003B3005" w:rsidRDefault="00000000">
            <w:pPr>
              <w:spacing w:line="240" w:lineRule="auto"/>
              <w:jc w:val="center"/>
            </w:pPr>
            <w:r>
              <w:rPr>
                <w:sz w:val="15"/>
              </w:rPr>
              <w:t>0.91 to 0.99</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2D34E9" w14:textId="77777777" w:rsidR="003B3005" w:rsidRDefault="00000000">
            <w:pPr>
              <w:spacing w:line="240" w:lineRule="auto"/>
              <w:jc w:val="center"/>
            </w:pPr>
            <w:r>
              <w:rPr>
                <w:sz w:val="15"/>
              </w:rPr>
              <w:t>0.02</w:t>
            </w:r>
          </w:p>
        </w:tc>
      </w:tr>
      <w:tr w:rsidR="003B3005" w14:paraId="4F50D54C"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E9496A" w14:textId="77777777" w:rsidR="003B3005" w:rsidRDefault="00000000">
            <w:pPr>
              <w:spacing w:line="240" w:lineRule="auto"/>
            </w:pPr>
            <w:r>
              <w:rPr>
                <w:sz w:val="15"/>
              </w:rPr>
              <w:t>2014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B257C0" w14:textId="77777777" w:rsidR="003B3005" w:rsidRDefault="00000000">
            <w:pPr>
              <w:spacing w:line="240" w:lineRule="auto"/>
              <w:jc w:val="center"/>
            </w:pPr>
            <w:r>
              <w:rPr>
                <w:sz w:val="15"/>
              </w:rPr>
              <w:t>2412</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DD3E57" w14:textId="77777777" w:rsidR="003B3005" w:rsidRDefault="00000000">
            <w:pPr>
              <w:spacing w:line="240" w:lineRule="auto"/>
              <w:jc w:val="center"/>
            </w:pPr>
            <w:r>
              <w:rPr>
                <w:sz w:val="15"/>
              </w:rPr>
              <w:t>213809280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AD3E0F" w14:textId="77777777" w:rsidR="003B3005" w:rsidRDefault="00000000">
            <w:pPr>
              <w:spacing w:line="240" w:lineRule="auto"/>
              <w:jc w:val="center"/>
            </w:pPr>
            <w:r>
              <w:rPr>
                <w:sz w:val="15"/>
              </w:rPr>
              <w:t>1.01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32B6F7" w14:textId="77777777" w:rsidR="003B3005" w:rsidRDefault="00000000">
            <w:pPr>
              <w:spacing w:line="240" w:lineRule="auto"/>
              <w:jc w:val="center"/>
            </w:pPr>
            <w:r>
              <w:rPr>
                <w:sz w:val="15"/>
              </w:rPr>
              <w:t>0.97 to 1.05</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A202C3" w14:textId="77777777" w:rsidR="003B3005" w:rsidRDefault="00000000">
            <w:pPr>
              <w:spacing w:line="240" w:lineRule="auto"/>
              <w:jc w:val="center"/>
            </w:pPr>
            <w:r>
              <w:rPr>
                <w:sz w:val="15"/>
              </w:rPr>
              <w:t>0.02</w:t>
            </w:r>
          </w:p>
        </w:tc>
      </w:tr>
      <w:tr w:rsidR="003B3005" w14:paraId="37C557D6"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139202" w14:textId="77777777" w:rsidR="003B3005" w:rsidRDefault="00000000">
            <w:pPr>
              <w:spacing w:line="240" w:lineRule="auto"/>
            </w:pPr>
            <w:r>
              <w:rPr>
                <w:sz w:val="15"/>
              </w:rPr>
              <w:t>2015</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D548EA" w14:textId="77777777" w:rsidR="003B3005" w:rsidRDefault="00000000">
            <w:pPr>
              <w:spacing w:line="240" w:lineRule="auto"/>
              <w:jc w:val="center"/>
            </w:pPr>
            <w:r>
              <w:rPr>
                <w:sz w:val="15"/>
              </w:rPr>
              <w:t>2531</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5B3251" w14:textId="77777777" w:rsidR="003B3005" w:rsidRDefault="00000000">
            <w:pPr>
              <w:spacing w:line="240" w:lineRule="auto"/>
              <w:jc w:val="center"/>
            </w:pPr>
            <w:r>
              <w:rPr>
                <w:sz w:val="15"/>
              </w:rPr>
              <w:t>216553817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A62A31" w14:textId="77777777" w:rsidR="003B3005" w:rsidRDefault="00000000">
            <w:pPr>
              <w:spacing w:line="240" w:lineRule="auto"/>
              <w:jc w:val="center"/>
            </w:pPr>
            <w:r>
              <w:rPr>
                <w:sz w:val="15"/>
              </w:rPr>
              <w:t>1.07</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AD4854" w14:textId="77777777" w:rsidR="003B3005" w:rsidRDefault="00000000">
            <w:pPr>
              <w:spacing w:line="240" w:lineRule="auto"/>
              <w:jc w:val="center"/>
            </w:pPr>
            <w:r>
              <w:rPr>
                <w:sz w:val="15"/>
              </w:rPr>
              <w:t>1.02 to 1.11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BCB700" w14:textId="77777777" w:rsidR="003B3005" w:rsidRDefault="00000000">
            <w:pPr>
              <w:spacing w:line="240" w:lineRule="auto"/>
              <w:jc w:val="center"/>
            </w:pPr>
            <w:r>
              <w:rPr>
                <w:sz w:val="15"/>
              </w:rPr>
              <w:t>0.02</w:t>
            </w:r>
          </w:p>
        </w:tc>
      </w:tr>
      <w:tr w:rsidR="003B3005" w14:paraId="6741810A"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C7889B" w14:textId="77777777" w:rsidR="003B3005" w:rsidRDefault="00000000">
            <w:pPr>
              <w:spacing w:line="240" w:lineRule="auto"/>
            </w:pPr>
            <w:r>
              <w:rPr>
                <w:sz w:val="15"/>
              </w:rPr>
              <w:t>2016</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D07050" w14:textId="77777777" w:rsidR="003B3005" w:rsidRDefault="00000000">
            <w:pPr>
              <w:spacing w:line="240" w:lineRule="auto"/>
              <w:jc w:val="center"/>
            </w:pPr>
            <w:r>
              <w:rPr>
                <w:sz w:val="15"/>
              </w:rPr>
              <w:t>2707</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7163EA" w14:textId="77777777" w:rsidR="003B3005" w:rsidRDefault="00000000">
            <w:pPr>
              <w:spacing w:line="240" w:lineRule="auto"/>
              <w:jc w:val="center"/>
            </w:pPr>
            <w:r>
              <w:rPr>
                <w:sz w:val="15"/>
              </w:rPr>
              <w:t>218641417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12B9FC" w14:textId="77777777" w:rsidR="003B3005" w:rsidRDefault="00000000">
            <w:pPr>
              <w:spacing w:line="240" w:lineRule="auto"/>
              <w:jc w:val="center"/>
            </w:pPr>
            <w:r>
              <w:rPr>
                <w:sz w:val="15"/>
              </w:rPr>
              <w:t>1.11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75D84D" w14:textId="77777777" w:rsidR="003B3005" w:rsidRDefault="00000000">
            <w:pPr>
              <w:spacing w:line="240" w:lineRule="auto"/>
              <w:jc w:val="center"/>
            </w:pPr>
            <w:r>
              <w:rPr>
                <w:sz w:val="15"/>
              </w:rPr>
              <w:t>1.07 to 1.16</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F8076C" w14:textId="77777777" w:rsidR="003B3005" w:rsidRDefault="00000000">
            <w:pPr>
              <w:spacing w:line="240" w:lineRule="auto"/>
              <w:jc w:val="center"/>
            </w:pPr>
            <w:r>
              <w:rPr>
                <w:sz w:val="15"/>
              </w:rPr>
              <w:t>0.02</w:t>
            </w:r>
          </w:p>
        </w:tc>
      </w:tr>
      <w:tr w:rsidR="003B3005" w14:paraId="29F59D7F"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004F6C" w14:textId="77777777" w:rsidR="003B3005" w:rsidRDefault="00000000">
            <w:pPr>
              <w:spacing w:line="240" w:lineRule="auto"/>
            </w:pPr>
            <w:r>
              <w:rPr>
                <w:sz w:val="15"/>
              </w:rPr>
              <w:t>2017</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F3C690" w14:textId="77777777" w:rsidR="003B3005" w:rsidRDefault="00000000">
            <w:pPr>
              <w:spacing w:line="240" w:lineRule="auto"/>
              <w:jc w:val="center"/>
            </w:pPr>
            <w:r>
              <w:rPr>
                <w:sz w:val="15"/>
              </w:rPr>
              <w:t>2668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156478" w14:textId="77777777" w:rsidR="003B3005" w:rsidRDefault="00000000">
            <w:pPr>
              <w:spacing w:line="240" w:lineRule="auto"/>
              <w:jc w:val="center"/>
            </w:pPr>
            <w:r>
              <w:rPr>
                <w:sz w:val="15"/>
              </w:rPr>
              <w:t>221447331</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BC277D" w14:textId="77777777" w:rsidR="003B3005" w:rsidRDefault="00000000">
            <w:pPr>
              <w:spacing w:line="240" w:lineRule="auto"/>
              <w:jc w:val="center"/>
            </w:pPr>
            <w:r>
              <w:rPr>
                <w:sz w:val="15"/>
              </w:rPr>
              <w:t>1.08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439C5C" w14:textId="77777777" w:rsidR="003B3005" w:rsidRDefault="00000000">
            <w:pPr>
              <w:spacing w:line="240" w:lineRule="auto"/>
              <w:jc w:val="center"/>
            </w:pPr>
            <w:r>
              <w:rPr>
                <w:sz w:val="15"/>
              </w:rPr>
              <w:t>1.04 to 1.12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D246DE" w14:textId="77777777" w:rsidR="003B3005" w:rsidRDefault="00000000">
            <w:pPr>
              <w:spacing w:line="240" w:lineRule="auto"/>
              <w:jc w:val="center"/>
            </w:pPr>
            <w:r>
              <w:rPr>
                <w:sz w:val="15"/>
              </w:rPr>
              <w:t>0.02</w:t>
            </w:r>
          </w:p>
        </w:tc>
      </w:tr>
      <w:tr w:rsidR="003B3005" w14:paraId="63D59C34"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A7EBB9" w14:textId="77777777" w:rsidR="003B3005" w:rsidRDefault="00000000">
            <w:pPr>
              <w:spacing w:line="240" w:lineRule="auto"/>
            </w:pPr>
            <w:r>
              <w:rPr>
                <w:sz w:val="15"/>
              </w:rPr>
              <w:t>2018</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0B0934" w14:textId="77777777" w:rsidR="003B3005" w:rsidRDefault="00000000">
            <w:pPr>
              <w:spacing w:line="240" w:lineRule="auto"/>
              <w:jc w:val="center"/>
            </w:pPr>
            <w:r>
              <w:rPr>
                <w:sz w:val="15"/>
              </w:rPr>
              <w:t>2832</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6CC013" w14:textId="77777777" w:rsidR="003B3005" w:rsidRDefault="00000000">
            <w:pPr>
              <w:spacing w:line="240" w:lineRule="auto"/>
              <w:jc w:val="center"/>
            </w:pPr>
            <w:r>
              <w:rPr>
                <w:sz w:val="15"/>
              </w:rPr>
              <w:t>223311190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114483" w14:textId="77777777" w:rsidR="003B3005" w:rsidRDefault="00000000">
            <w:pPr>
              <w:spacing w:line="240" w:lineRule="auto"/>
              <w:jc w:val="center"/>
            </w:pPr>
            <w:r>
              <w:rPr>
                <w:sz w:val="15"/>
              </w:rPr>
              <w:t>1.13</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7E247D" w14:textId="77777777" w:rsidR="003B3005" w:rsidRDefault="00000000">
            <w:pPr>
              <w:spacing w:line="240" w:lineRule="auto"/>
              <w:jc w:val="center"/>
            </w:pPr>
            <w:r>
              <w:rPr>
                <w:sz w:val="15"/>
              </w:rPr>
              <w:t>1.08 to 1.17</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4AB385" w14:textId="77777777" w:rsidR="003B3005" w:rsidRDefault="00000000">
            <w:pPr>
              <w:spacing w:line="240" w:lineRule="auto"/>
              <w:jc w:val="center"/>
            </w:pPr>
            <w:r>
              <w:rPr>
                <w:sz w:val="15"/>
              </w:rPr>
              <w:t>0.02</w:t>
            </w:r>
          </w:p>
        </w:tc>
      </w:tr>
      <w:tr w:rsidR="003B3005" w14:paraId="75B2BC74"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D65B26" w14:textId="77777777" w:rsidR="003B3005" w:rsidRDefault="00000000">
            <w:pPr>
              <w:spacing w:line="240" w:lineRule="auto"/>
            </w:pPr>
            <w:r>
              <w:rPr>
                <w:sz w:val="15"/>
              </w:rPr>
              <w:t>2019</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738CA1" w14:textId="77777777" w:rsidR="003B3005" w:rsidRDefault="00000000">
            <w:pPr>
              <w:spacing w:line="240" w:lineRule="auto"/>
              <w:jc w:val="center"/>
            </w:pPr>
            <w:r>
              <w:rPr>
                <w:sz w:val="15"/>
              </w:rPr>
              <w:t>2801</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E6F5CC" w14:textId="77777777" w:rsidR="003B3005" w:rsidRDefault="00000000">
            <w:pPr>
              <w:spacing w:line="240" w:lineRule="auto"/>
              <w:jc w:val="center"/>
            </w:pPr>
            <w:r>
              <w:rPr>
                <w:sz w:val="15"/>
              </w:rPr>
              <w:t>224981167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706FF3" w14:textId="77777777" w:rsidR="003B3005" w:rsidRDefault="00000000">
            <w:pPr>
              <w:spacing w:line="240" w:lineRule="auto"/>
              <w:jc w:val="center"/>
            </w:pPr>
            <w:r>
              <w:rPr>
                <w:sz w:val="15"/>
              </w:rPr>
              <w:t>1.09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8372C6" w14:textId="77777777" w:rsidR="003B3005" w:rsidRDefault="00000000">
            <w:pPr>
              <w:spacing w:line="240" w:lineRule="auto"/>
              <w:jc w:val="center"/>
            </w:pPr>
            <w:r>
              <w:rPr>
                <w:sz w:val="15"/>
              </w:rPr>
              <w:t>1.05 to 1.13</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D70A4C" w14:textId="77777777" w:rsidR="003B3005" w:rsidRDefault="00000000">
            <w:pPr>
              <w:spacing w:line="240" w:lineRule="auto"/>
              <w:jc w:val="center"/>
            </w:pPr>
            <w:r>
              <w:rPr>
                <w:sz w:val="15"/>
              </w:rPr>
              <w:t>0.02</w:t>
            </w:r>
          </w:p>
        </w:tc>
      </w:tr>
      <w:tr w:rsidR="003B3005" w14:paraId="2228186C"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F4ACD8" w14:textId="77777777" w:rsidR="003B3005" w:rsidRDefault="00000000">
            <w:pPr>
              <w:spacing w:line="240" w:lineRule="auto"/>
            </w:pPr>
            <w:r>
              <w:rPr>
                <w:sz w:val="15"/>
              </w:rPr>
              <w:t>2020</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97BA4E" w14:textId="77777777" w:rsidR="003B3005" w:rsidRDefault="00000000">
            <w:pPr>
              <w:spacing w:line="240" w:lineRule="auto"/>
              <w:jc w:val="center"/>
            </w:pPr>
            <w:r>
              <w:rPr>
                <w:sz w:val="15"/>
              </w:rPr>
              <w:t>5220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D30206" w14:textId="77777777" w:rsidR="003B3005" w:rsidRDefault="00000000">
            <w:pPr>
              <w:spacing w:line="240" w:lineRule="auto"/>
              <w:jc w:val="center"/>
            </w:pPr>
            <w:r>
              <w:rPr>
                <w:sz w:val="15"/>
              </w:rPr>
              <w:t>226635013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018927" w14:textId="77777777" w:rsidR="003B3005" w:rsidRDefault="00000000">
            <w:pPr>
              <w:spacing w:line="240" w:lineRule="auto"/>
              <w:jc w:val="center"/>
            </w:pPr>
            <w:r>
              <w:rPr>
                <w:sz w:val="15"/>
              </w:rPr>
              <w:t>2.03</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F78971" w14:textId="77777777" w:rsidR="003B3005" w:rsidRDefault="00000000">
            <w:pPr>
              <w:spacing w:line="240" w:lineRule="auto"/>
              <w:jc w:val="center"/>
            </w:pPr>
            <w:r>
              <w:rPr>
                <w:sz w:val="15"/>
              </w:rPr>
              <w:t>1.97 to 2.09</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6079A9" w14:textId="77777777" w:rsidR="003B3005" w:rsidRDefault="00000000">
            <w:pPr>
              <w:spacing w:line="240" w:lineRule="auto"/>
              <w:jc w:val="center"/>
            </w:pPr>
            <w:r>
              <w:rPr>
                <w:sz w:val="15"/>
              </w:rPr>
              <w:t>0.03</w:t>
            </w:r>
          </w:p>
        </w:tc>
      </w:tr>
      <w:tr w:rsidR="003B3005" w14:paraId="5AC60366"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3D9A68" w14:textId="77777777" w:rsidR="003B3005" w:rsidRDefault="00000000">
            <w:pPr>
              <w:spacing w:line="240" w:lineRule="auto"/>
            </w:pPr>
            <w:r>
              <w:rPr>
                <w:sz w:val="15"/>
              </w:rPr>
              <w:t>2021</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598A4F" w14:textId="77777777" w:rsidR="003B3005" w:rsidRDefault="00000000">
            <w:pPr>
              <w:spacing w:line="240" w:lineRule="auto"/>
              <w:jc w:val="center"/>
            </w:pPr>
            <w:r>
              <w:rPr>
                <w:sz w:val="15"/>
              </w:rPr>
              <w:t>7442</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1BBC36" w14:textId="77777777" w:rsidR="003B3005" w:rsidRDefault="00000000">
            <w:pPr>
              <w:spacing w:line="240" w:lineRule="auto"/>
              <w:jc w:val="center"/>
            </w:pPr>
            <w:r>
              <w:rPr>
                <w:sz w:val="15"/>
              </w:rPr>
              <w:t>228238412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103058" w14:textId="77777777" w:rsidR="003B3005" w:rsidRDefault="00000000">
            <w:pPr>
              <w:spacing w:line="240" w:lineRule="auto"/>
              <w:jc w:val="center"/>
            </w:pPr>
            <w:r>
              <w:rPr>
                <w:sz w:val="15"/>
              </w:rPr>
              <w:t>2.95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1B79CE" w14:textId="77777777" w:rsidR="003B3005" w:rsidRDefault="00000000">
            <w:pPr>
              <w:spacing w:line="240" w:lineRule="auto"/>
              <w:jc w:val="center"/>
            </w:pPr>
            <w:r>
              <w:rPr>
                <w:sz w:val="15"/>
              </w:rPr>
              <w:t>2.88 to 3.02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1CCBDF" w14:textId="77777777" w:rsidR="003B3005" w:rsidRDefault="00000000">
            <w:pPr>
              <w:spacing w:line="240" w:lineRule="auto"/>
              <w:jc w:val="center"/>
            </w:pPr>
            <w:r>
              <w:rPr>
                <w:sz w:val="15"/>
              </w:rPr>
              <w:t>0.04</w:t>
            </w:r>
          </w:p>
        </w:tc>
      </w:tr>
      <w:tr w:rsidR="003B3005" w14:paraId="02A18E2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7D54A4" w14:textId="77777777" w:rsidR="003B3005" w:rsidRDefault="00000000">
            <w:pPr>
              <w:spacing w:line="240" w:lineRule="auto"/>
            </w:pPr>
            <w:r>
              <w:rPr>
                <w:sz w:val="15"/>
              </w:rPr>
              <w:t>2022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2509B1" w14:textId="77777777" w:rsidR="003B3005" w:rsidRDefault="00000000">
            <w:pPr>
              <w:spacing w:line="240" w:lineRule="auto"/>
              <w:jc w:val="center"/>
            </w:pPr>
            <w:r>
              <w:rPr>
                <w:sz w:val="15"/>
              </w:rPr>
              <w:t>5333</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F1BDB8" w14:textId="77777777" w:rsidR="003B3005" w:rsidRDefault="00000000">
            <w:pPr>
              <w:spacing w:line="240" w:lineRule="auto"/>
              <w:jc w:val="center"/>
            </w:pPr>
            <w:r>
              <w:rPr>
                <w:sz w:val="15"/>
              </w:rPr>
              <w:t>229508599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07FD55" w14:textId="77777777" w:rsidR="003B3005" w:rsidRDefault="00000000">
            <w:pPr>
              <w:spacing w:line="240" w:lineRule="auto"/>
              <w:jc w:val="center"/>
            </w:pPr>
            <w:r>
              <w:rPr>
                <w:sz w:val="15"/>
              </w:rPr>
              <w:t>2.06</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8E7648" w14:textId="77777777" w:rsidR="003B3005" w:rsidRDefault="00000000">
            <w:pPr>
              <w:spacing w:line="240" w:lineRule="auto"/>
              <w:jc w:val="center"/>
            </w:pPr>
            <w:r>
              <w:rPr>
                <w:sz w:val="15"/>
              </w:rPr>
              <w:t>2.00 to 2.12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5C57D0" w14:textId="77777777" w:rsidR="003B3005" w:rsidRDefault="00000000">
            <w:pPr>
              <w:spacing w:line="240" w:lineRule="auto"/>
              <w:jc w:val="center"/>
            </w:pPr>
            <w:r>
              <w:rPr>
                <w:sz w:val="15"/>
              </w:rPr>
              <w:t>0.03</w:t>
            </w:r>
          </w:p>
        </w:tc>
      </w:tr>
      <w:tr w:rsidR="003B3005" w14:paraId="3A12DAE7"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D600A6" w14:textId="77777777" w:rsidR="003B3005" w:rsidRDefault="00000000">
            <w:pPr>
              <w:spacing w:line="240" w:lineRule="auto"/>
            </w:pPr>
            <w:r>
              <w:rPr>
                <w:sz w:val="15"/>
              </w:rPr>
              <w:t>2023</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E39B6D" w14:textId="77777777" w:rsidR="003B3005" w:rsidRDefault="00000000">
            <w:pPr>
              <w:spacing w:line="240" w:lineRule="auto"/>
              <w:jc w:val="center"/>
            </w:pPr>
            <w:r>
              <w:rPr>
                <w:sz w:val="15"/>
              </w:rPr>
              <w:t>4248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CE7B22" w14:textId="77777777" w:rsidR="003B3005" w:rsidRDefault="00000000">
            <w:pPr>
              <w:spacing w:line="240" w:lineRule="auto"/>
              <w:jc w:val="center"/>
            </w:pPr>
            <w:r>
              <w:rPr>
                <w:sz w:val="15"/>
              </w:rPr>
              <w:t>231529762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568A09" w14:textId="77777777" w:rsidR="003B3005" w:rsidRDefault="00000000">
            <w:pPr>
              <w:spacing w:line="240" w:lineRule="auto"/>
              <w:jc w:val="center"/>
            </w:pPr>
            <w:r>
              <w:rPr>
                <w:sz w:val="15"/>
              </w:rPr>
              <w:t>1.57</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FA6E6F" w14:textId="77777777" w:rsidR="003B3005" w:rsidRDefault="00000000">
            <w:pPr>
              <w:spacing w:line="240" w:lineRule="auto"/>
              <w:jc w:val="center"/>
            </w:pPr>
            <w:r>
              <w:rPr>
                <w:sz w:val="15"/>
              </w:rPr>
              <w:t>1.52 to 1.62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6B7921" w14:textId="77777777" w:rsidR="003B3005" w:rsidRDefault="00000000">
            <w:pPr>
              <w:spacing w:line="240" w:lineRule="auto"/>
              <w:jc w:val="center"/>
            </w:pPr>
            <w:r>
              <w:rPr>
                <w:sz w:val="15"/>
              </w:rPr>
              <w:t>0.03</w:t>
            </w:r>
          </w:p>
        </w:tc>
      </w:tr>
      <w:tr w:rsidR="003B3005" w14:paraId="35CFECBB"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64A9B0" w14:textId="77777777" w:rsidR="003B3005" w:rsidRDefault="00000000">
            <w:pPr>
              <w:spacing w:line="240" w:lineRule="auto"/>
            </w:pPr>
            <w:r>
              <w:rPr>
                <w:sz w:val="15"/>
              </w:rPr>
              <w:t>2024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CE6947" w14:textId="77777777" w:rsidR="003B3005" w:rsidRDefault="00000000">
            <w:pPr>
              <w:spacing w:line="240" w:lineRule="auto"/>
              <w:jc w:val="center"/>
            </w:pPr>
            <w:r>
              <w:rPr>
                <w:sz w:val="15"/>
              </w:rPr>
              <w:t>3979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A9A64D" w14:textId="77777777" w:rsidR="003B3005" w:rsidRDefault="00000000">
            <w:pPr>
              <w:spacing w:line="240" w:lineRule="auto"/>
              <w:jc w:val="center"/>
            </w:pPr>
            <w:r>
              <w:rPr>
                <w:sz w:val="15"/>
              </w:rPr>
              <w:t>235615087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5DDA92" w14:textId="77777777" w:rsidR="003B3005" w:rsidRDefault="00000000">
            <w:pPr>
              <w:spacing w:line="240" w:lineRule="auto"/>
              <w:jc w:val="center"/>
            </w:pPr>
            <w:r>
              <w:rPr>
                <w:sz w:val="15"/>
              </w:rPr>
              <w:t>1.46</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9703F5" w14:textId="77777777" w:rsidR="003B3005" w:rsidRDefault="00000000">
            <w:pPr>
              <w:spacing w:line="240" w:lineRule="auto"/>
              <w:jc w:val="center"/>
            </w:pPr>
            <w:r>
              <w:rPr>
                <w:sz w:val="15"/>
              </w:rPr>
              <w:t>1.42 to 1.51</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7F9DA7" w14:textId="77777777" w:rsidR="003B3005" w:rsidRDefault="00000000">
            <w:pPr>
              <w:spacing w:line="240" w:lineRule="auto"/>
              <w:jc w:val="center"/>
            </w:pPr>
            <w:r>
              <w:rPr>
                <w:sz w:val="15"/>
              </w:rPr>
              <w:t>0.02</w:t>
            </w:r>
          </w:p>
        </w:tc>
      </w:tr>
    </w:tbl>
    <w:p w14:paraId="04B98C57" w14:textId="77777777" w:rsidR="003B3005" w:rsidRDefault="00000000">
      <w:pPr>
        <w:spacing w:line="240" w:lineRule="auto"/>
      </w:pPr>
      <w:r>
        <w:rPr>
          <w:i/>
          <w:sz w:val="16"/>
        </w:rPr>
        <w:t>Note: The septicemia definition was restricted to ICD-10 A40-A41; all other eligibility criteria were unchanged.</w:t>
      </w:r>
    </w:p>
    <w:p w14:paraId="5D49A73E" w14:textId="77777777" w:rsidR="003B3005" w:rsidRDefault="00000000">
      <w:pPr>
        <w:pStyle w:val="Heading2"/>
        <w:spacing w:before="0" w:line="240" w:lineRule="auto"/>
      </w:pPr>
      <w:r>
        <w:rPr>
          <w:rFonts w:ascii="Times New Roman" w:eastAsia="Times New Roman" w:hAnsi="Times New Roman"/>
          <w:sz w:val="24"/>
        </w:rPr>
        <w:t>Supplementary Table S13. COVID-19 underlying-cause descriptive analysis, 2020-2024</w:t>
      </w:r>
    </w:p>
    <w:tbl>
      <w:tblPr>
        <w:tblW w:w="5000" w:type="pct"/>
        <w:jc w:val="center"/>
        <w:tblLayout w:type="fixed"/>
        <w:tblLook w:val="04A0" w:firstRow="1" w:lastRow="0" w:firstColumn="1" w:lastColumn="0" w:noHBand="0" w:noVBand="1"/>
      </w:tblPr>
      <w:tblGrid>
        <w:gridCol w:w="1155"/>
        <w:gridCol w:w="2236"/>
        <w:gridCol w:w="2236"/>
        <w:gridCol w:w="2236"/>
        <w:gridCol w:w="1587"/>
      </w:tblGrid>
      <w:tr w:rsidR="003B3005" w14:paraId="24E55262" w14:textId="77777777">
        <w:trPr>
          <w:cantSplit/>
          <w:tblHeader/>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A1D3DB" w14:textId="77777777" w:rsidR="003B3005" w:rsidRDefault="00000000">
            <w:pPr>
              <w:spacing w:line="240" w:lineRule="auto"/>
            </w:pPr>
            <w:r>
              <w:rPr>
                <w:b/>
                <w:sz w:val="15"/>
              </w:rPr>
              <w:t>Year</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496CB2" w14:textId="77777777" w:rsidR="003B3005" w:rsidRDefault="00000000">
            <w:pPr>
              <w:spacing w:line="240" w:lineRule="auto"/>
              <w:jc w:val="center"/>
            </w:pPr>
            <w:r>
              <w:rPr>
                <w:b/>
                <w:sz w:val="15"/>
              </w:rPr>
              <w:t>Full eligible cohort</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DBD755" w14:textId="77777777" w:rsidR="003B3005" w:rsidRDefault="00000000">
            <w:pPr>
              <w:spacing w:line="240" w:lineRule="auto"/>
              <w:jc w:val="center"/>
            </w:pPr>
            <w:r>
              <w:rPr>
                <w:b/>
                <w:sz w:val="15"/>
              </w:rPr>
              <w:t>U07.1 underlying cause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E0BCA8" w14:textId="77777777" w:rsidR="003B3005" w:rsidRDefault="00000000">
            <w:pPr>
              <w:spacing w:line="240" w:lineRule="auto"/>
              <w:jc w:val="center"/>
            </w:pPr>
            <w:r>
              <w:rPr>
                <w:b/>
                <w:sz w:val="15"/>
              </w:rPr>
              <w:t>Remaining after exclusion</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B25EA3" w14:textId="77777777" w:rsidR="003B3005" w:rsidRDefault="00000000">
            <w:pPr>
              <w:spacing w:line="240" w:lineRule="auto"/>
              <w:jc w:val="center"/>
            </w:pPr>
            <w:r>
              <w:rPr>
                <w:b/>
                <w:sz w:val="15"/>
              </w:rPr>
              <w:t>U07.1 contribution (%)</w:t>
            </w:r>
          </w:p>
        </w:tc>
      </w:tr>
      <w:tr w:rsidR="003B3005" w14:paraId="5640D7A0"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9631CD" w14:textId="77777777" w:rsidR="003B3005" w:rsidRDefault="00000000">
            <w:pPr>
              <w:spacing w:line="240" w:lineRule="auto"/>
            </w:pPr>
            <w:r>
              <w:rPr>
                <w:sz w:val="15"/>
              </w:rPr>
              <w:t>2020</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0141C9" w14:textId="77777777" w:rsidR="003B3005" w:rsidRDefault="00000000">
            <w:pPr>
              <w:spacing w:line="240" w:lineRule="auto"/>
              <w:jc w:val="center"/>
            </w:pPr>
            <w:r>
              <w:rPr>
                <w:sz w:val="15"/>
              </w:rPr>
              <w:t>5228</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45C4B0" w14:textId="77777777" w:rsidR="003B3005" w:rsidRDefault="00000000">
            <w:pPr>
              <w:spacing w:line="240" w:lineRule="auto"/>
              <w:jc w:val="center"/>
            </w:pPr>
            <w:r>
              <w:rPr>
                <w:sz w:val="15"/>
              </w:rPr>
              <w:t>1431</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9779C4" w14:textId="77777777" w:rsidR="003B3005" w:rsidRDefault="00000000">
            <w:pPr>
              <w:spacing w:line="240" w:lineRule="auto"/>
              <w:jc w:val="center"/>
            </w:pPr>
            <w:r>
              <w:rPr>
                <w:sz w:val="15"/>
              </w:rPr>
              <w:t>3797</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272847" w14:textId="77777777" w:rsidR="003B3005" w:rsidRDefault="00000000">
            <w:pPr>
              <w:spacing w:line="240" w:lineRule="auto"/>
              <w:jc w:val="center"/>
            </w:pPr>
            <w:r>
              <w:rPr>
                <w:sz w:val="15"/>
              </w:rPr>
              <w:t>27.4</w:t>
            </w:r>
          </w:p>
        </w:tc>
      </w:tr>
      <w:tr w:rsidR="003B3005" w14:paraId="228C7794"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9CF8EF" w14:textId="77777777" w:rsidR="003B3005" w:rsidRDefault="00000000">
            <w:pPr>
              <w:spacing w:line="240" w:lineRule="auto"/>
            </w:pPr>
            <w:r>
              <w:rPr>
                <w:sz w:val="15"/>
              </w:rPr>
              <w:lastRenderedPageBreak/>
              <w:t>2021</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06A5AA" w14:textId="77777777" w:rsidR="003B3005" w:rsidRDefault="00000000">
            <w:pPr>
              <w:spacing w:line="240" w:lineRule="auto"/>
              <w:jc w:val="center"/>
            </w:pPr>
            <w:r>
              <w:rPr>
                <w:sz w:val="15"/>
              </w:rPr>
              <w:t>7460</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0E577B" w14:textId="77777777" w:rsidR="003B3005" w:rsidRDefault="00000000">
            <w:pPr>
              <w:spacing w:line="240" w:lineRule="auto"/>
              <w:jc w:val="center"/>
            </w:pPr>
            <w:r>
              <w:rPr>
                <w:sz w:val="15"/>
              </w:rPr>
              <w:t>3003</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3ED2BC" w14:textId="77777777" w:rsidR="003B3005" w:rsidRDefault="00000000">
            <w:pPr>
              <w:spacing w:line="240" w:lineRule="auto"/>
              <w:jc w:val="center"/>
            </w:pPr>
            <w:r>
              <w:rPr>
                <w:sz w:val="15"/>
              </w:rPr>
              <w:t>4457</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277A52" w14:textId="77777777" w:rsidR="003B3005" w:rsidRDefault="00000000">
            <w:pPr>
              <w:spacing w:line="240" w:lineRule="auto"/>
              <w:jc w:val="center"/>
            </w:pPr>
            <w:r>
              <w:rPr>
                <w:sz w:val="15"/>
              </w:rPr>
              <w:t>40.3</w:t>
            </w:r>
          </w:p>
        </w:tc>
      </w:tr>
      <w:tr w:rsidR="003B3005" w14:paraId="524ED56B"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D42FCD" w14:textId="77777777" w:rsidR="003B3005" w:rsidRDefault="00000000">
            <w:pPr>
              <w:spacing w:line="240" w:lineRule="auto"/>
            </w:pPr>
            <w:r>
              <w:rPr>
                <w:sz w:val="15"/>
              </w:rPr>
              <w:t>2022</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3A8671" w14:textId="77777777" w:rsidR="003B3005" w:rsidRDefault="00000000">
            <w:pPr>
              <w:spacing w:line="240" w:lineRule="auto"/>
              <w:jc w:val="center"/>
            </w:pPr>
            <w:r>
              <w:rPr>
                <w:sz w:val="15"/>
              </w:rPr>
              <w:t>5345</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447506" w14:textId="77777777" w:rsidR="003B3005" w:rsidRDefault="00000000">
            <w:pPr>
              <w:spacing w:line="240" w:lineRule="auto"/>
              <w:jc w:val="center"/>
            </w:pPr>
            <w:r>
              <w:rPr>
                <w:sz w:val="15"/>
              </w:rPr>
              <w:t>845</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4A14BD" w14:textId="77777777" w:rsidR="003B3005" w:rsidRDefault="00000000">
            <w:pPr>
              <w:spacing w:line="240" w:lineRule="auto"/>
              <w:jc w:val="center"/>
            </w:pPr>
            <w:r>
              <w:rPr>
                <w:sz w:val="15"/>
              </w:rPr>
              <w:t>4500</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0A5AEC" w14:textId="77777777" w:rsidR="003B3005" w:rsidRDefault="00000000">
            <w:pPr>
              <w:spacing w:line="240" w:lineRule="auto"/>
              <w:jc w:val="center"/>
            </w:pPr>
            <w:r>
              <w:rPr>
                <w:sz w:val="15"/>
              </w:rPr>
              <w:t>15.8</w:t>
            </w:r>
          </w:p>
        </w:tc>
      </w:tr>
      <w:tr w:rsidR="003B3005" w14:paraId="6A26C7F1"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5E40DD" w14:textId="77777777" w:rsidR="003B3005" w:rsidRDefault="00000000">
            <w:pPr>
              <w:spacing w:line="240" w:lineRule="auto"/>
            </w:pPr>
            <w:r>
              <w:rPr>
                <w:sz w:val="15"/>
              </w:rPr>
              <w:t>2023</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EB33B3" w14:textId="77777777" w:rsidR="003B3005" w:rsidRDefault="00000000">
            <w:pPr>
              <w:spacing w:line="240" w:lineRule="auto"/>
              <w:jc w:val="center"/>
            </w:pPr>
            <w:r>
              <w:rPr>
                <w:sz w:val="15"/>
              </w:rPr>
              <w:t>4253</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2B5CEE" w14:textId="77777777" w:rsidR="003B3005" w:rsidRDefault="00000000">
            <w:pPr>
              <w:spacing w:line="240" w:lineRule="auto"/>
              <w:jc w:val="center"/>
            </w:pPr>
            <w:r>
              <w:rPr>
                <w:sz w:val="15"/>
              </w:rPr>
              <w:t>135</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98D686" w14:textId="77777777" w:rsidR="003B3005" w:rsidRDefault="00000000">
            <w:pPr>
              <w:spacing w:line="240" w:lineRule="auto"/>
              <w:jc w:val="center"/>
            </w:pPr>
            <w:r>
              <w:rPr>
                <w:sz w:val="15"/>
              </w:rPr>
              <w:t>4118</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6AB823" w14:textId="77777777" w:rsidR="003B3005" w:rsidRDefault="00000000">
            <w:pPr>
              <w:spacing w:line="240" w:lineRule="auto"/>
              <w:jc w:val="center"/>
            </w:pPr>
            <w:r>
              <w:rPr>
                <w:sz w:val="15"/>
              </w:rPr>
              <w:t>3.2</w:t>
            </w:r>
          </w:p>
        </w:tc>
      </w:tr>
      <w:tr w:rsidR="003B3005" w14:paraId="3C37629A"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D14F5A" w14:textId="77777777" w:rsidR="003B3005" w:rsidRDefault="00000000">
            <w:pPr>
              <w:spacing w:line="240" w:lineRule="auto"/>
            </w:pPr>
            <w:r>
              <w:rPr>
                <w:sz w:val="15"/>
              </w:rPr>
              <w:t>2024</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DE11A1" w14:textId="77777777" w:rsidR="003B3005" w:rsidRDefault="00000000">
            <w:pPr>
              <w:spacing w:line="240" w:lineRule="auto"/>
              <w:jc w:val="center"/>
            </w:pPr>
            <w:r>
              <w:rPr>
                <w:sz w:val="15"/>
              </w:rPr>
              <w:t>3989</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57108D" w14:textId="77777777" w:rsidR="003B3005" w:rsidRDefault="00000000">
            <w:pPr>
              <w:spacing w:line="240" w:lineRule="auto"/>
              <w:jc w:val="center"/>
            </w:pPr>
            <w:r>
              <w:rPr>
                <w:sz w:val="15"/>
              </w:rPr>
              <w:t>78</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22BA81" w14:textId="77777777" w:rsidR="003B3005" w:rsidRDefault="00000000">
            <w:pPr>
              <w:spacing w:line="240" w:lineRule="auto"/>
              <w:jc w:val="center"/>
            </w:pPr>
            <w:r>
              <w:rPr>
                <w:sz w:val="15"/>
              </w:rPr>
              <w:t>3911</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59B310" w14:textId="77777777" w:rsidR="003B3005" w:rsidRDefault="00000000">
            <w:pPr>
              <w:spacing w:line="240" w:lineRule="auto"/>
              <w:jc w:val="center"/>
            </w:pPr>
            <w:r>
              <w:rPr>
                <w:sz w:val="15"/>
              </w:rPr>
              <w:t>2.0</w:t>
            </w:r>
          </w:p>
        </w:tc>
      </w:tr>
      <w:tr w:rsidR="003B3005" w14:paraId="149F983F"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CE761A" w14:textId="77777777" w:rsidR="003B3005" w:rsidRDefault="00000000">
            <w:pPr>
              <w:spacing w:line="240" w:lineRule="auto"/>
            </w:pPr>
            <w:r>
              <w:rPr>
                <w:sz w:val="15"/>
              </w:rPr>
              <w:t>Total</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959A37" w14:textId="77777777" w:rsidR="003B3005" w:rsidRDefault="00000000">
            <w:pPr>
              <w:spacing w:line="240" w:lineRule="auto"/>
              <w:jc w:val="center"/>
            </w:pPr>
            <w:r>
              <w:rPr>
                <w:sz w:val="15"/>
              </w:rPr>
              <w:t>26275</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49F07F" w14:textId="77777777" w:rsidR="003B3005" w:rsidRDefault="00000000">
            <w:pPr>
              <w:spacing w:line="240" w:lineRule="auto"/>
              <w:jc w:val="center"/>
            </w:pPr>
            <w:r>
              <w:rPr>
                <w:sz w:val="15"/>
              </w:rPr>
              <w:t>5492</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9BFAAB" w14:textId="77777777" w:rsidR="003B3005" w:rsidRDefault="00000000">
            <w:pPr>
              <w:spacing w:line="240" w:lineRule="auto"/>
              <w:jc w:val="center"/>
            </w:pPr>
            <w:r>
              <w:rPr>
                <w:sz w:val="15"/>
              </w:rPr>
              <w:t>20783</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EC7DB7" w14:textId="77777777" w:rsidR="003B3005" w:rsidRDefault="00000000">
            <w:pPr>
              <w:spacing w:line="240" w:lineRule="auto"/>
              <w:jc w:val="center"/>
            </w:pPr>
            <w:r>
              <w:rPr>
                <w:sz w:val="15"/>
              </w:rPr>
              <w:t>20.9</w:t>
            </w:r>
          </w:p>
        </w:tc>
      </w:tr>
    </w:tbl>
    <w:p w14:paraId="49A0564B" w14:textId="77777777" w:rsidR="003B3005" w:rsidRDefault="00000000">
      <w:pPr>
        <w:spacing w:line="240" w:lineRule="auto"/>
      </w:pPr>
      <w:r>
        <w:rPr>
          <w:i/>
          <w:sz w:val="16"/>
        </w:rPr>
        <w:t>Note: The exclusion applies only when U07.1 was the underlying cause. Remaining deaths equal full-cohort deaths minus the U07.1-underlying subset. Age-adjusted rates were not subtracted.</w:t>
      </w:r>
    </w:p>
    <w:p w14:paraId="271B57EF" w14:textId="77777777" w:rsidR="003B3005" w:rsidRDefault="00000000">
      <w:pPr>
        <w:pStyle w:val="Heading2"/>
        <w:spacing w:before="0" w:line="240" w:lineRule="auto"/>
      </w:pPr>
      <w:r>
        <w:rPr>
          <w:rFonts w:ascii="Times New Roman" w:eastAsia="Times New Roman" w:hAnsi="Times New Roman"/>
          <w:sz w:val="24"/>
        </w:rPr>
        <w:t>Supplementary Table S14. Reproducible race and Hispanic-origin query criteria</w:t>
      </w:r>
    </w:p>
    <w:tbl>
      <w:tblPr>
        <w:tblW w:w="5000" w:type="pct"/>
        <w:jc w:val="center"/>
        <w:tblLayout w:type="fixed"/>
        <w:tblLook w:val="04A0" w:firstRow="1" w:lastRow="0" w:firstColumn="1" w:lastColumn="0" w:noHBand="0" w:noVBand="1"/>
      </w:tblPr>
      <w:tblGrid>
        <w:gridCol w:w="2236"/>
        <w:gridCol w:w="7214"/>
      </w:tblGrid>
      <w:tr w:rsidR="003B3005" w14:paraId="1AA4FCBD" w14:textId="77777777">
        <w:trPr>
          <w:cantSplit/>
          <w:tblHeader/>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0939C0" w14:textId="77777777" w:rsidR="003B3005" w:rsidRDefault="00000000">
            <w:pPr>
              <w:spacing w:line="240" w:lineRule="auto"/>
            </w:pPr>
            <w:r>
              <w:rPr>
                <w:b/>
                <w:sz w:val="15"/>
              </w:rPr>
              <w:t>Item</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F950FD" w14:textId="77777777" w:rsidR="003B3005" w:rsidRDefault="00000000">
            <w:pPr>
              <w:spacing w:line="240" w:lineRule="auto"/>
              <w:jc w:val="center"/>
            </w:pPr>
            <w:r>
              <w:rPr>
                <w:b/>
                <w:sz w:val="15"/>
              </w:rPr>
              <w:t>Specification</w:t>
            </w:r>
          </w:p>
        </w:tc>
      </w:tr>
      <w:tr w:rsidR="003B3005" w14:paraId="3422BD44"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8097AE" w14:textId="77777777" w:rsidR="003B3005" w:rsidRDefault="00000000">
            <w:pPr>
              <w:spacing w:line="240" w:lineRule="auto"/>
            </w:pPr>
            <w:r>
              <w:rPr>
                <w:sz w:val="15"/>
              </w:rPr>
              <w:t>Study design</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47D0D1" w14:textId="77777777" w:rsidR="003B3005" w:rsidRDefault="00000000">
            <w:pPr>
              <w:spacing w:line="240" w:lineRule="auto"/>
              <w:jc w:val="center"/>
            </w:pPr>
            <w:r>
              <w:rPr>
                <w:sz w:val="15"/>
              </w:rPr>
              <w:t>Retrospective serial cross-sectional multiple-cause-of-death analysis</w:t>
            </w:r>
          </w:p>
        </w:tc>
      </w:tr>
      <w:tr w:rsidR="003B3005" w14:paraId="320E4A7C"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C39D4A" w14:textId="77777777" w:rsidR="003B3005" w:rsidRDefault="00000000">
            <w:pPr>
              <w:spacing w:line="240" w:lineRule="auto"/>
            </w:pPr>
            <w:r>
              <w:rPr>
                <w:sz w:val="15"/>
              </w:rPr>
              <w:t>Population</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75F393" w14:textId="77777777" w:rsidR="003B3005" w:rsidRDefault="00000000">
            <w:pPr>
              <w:spacing w:line="240" w:lineRule="auto"/>
              <w:jc w:val="center"/>
            </w:pPr>
            <w:r>
              <w:rPr>
                <w:sz w:val="15"/>
              </w:rPr>
              <w:t>US resident decedents aged 25 years or older</w:t>
            </w:r>
          </w:p>
        </w:tc>
      </w:tr>
      <w:tr w:rsidR="003B3005" w14:paraId="5639A179"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4C4917" w14:textId="77777777" w:rsidR="003B3005" w:rsidRDefault="00000000">
            <w:pPr>
              <w:spacing w:line="240" w:lineRule="auto"/>
            </w:pPr>
            <w:r>
              <w:rPr>
                <w:sz w:val="15"/>
              </w:rPr>
              <w:t>Historical database</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9CF397" w14:textId="77777777" w:rsidR="003B3005" w:rsidRDefault="00000000">
            <w:pPr>
              <w:spacing w:line="240" w:lineRule="auto"/>
              <w:jc w:val="center"/>
            </w:pPr>
            <w:r>
              <w:rPr>
                <w:sz w:val="15"/>
              </w:rPr>
              <w:t>CDC WONDER Multiple Cause of Death, 1999-2020</w:t>
            </w:r>
          </w:p>
        </w:tc>
      </w:tr>
      <w:tr w:rsidR="003B3005" w14:paraId="18285CF7"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F492F1" w14:textId="77777777" w:rsidR="003B3005" w:rsidRDefault="00000000">
            <w:pPr>
              <w:spacing w:line="240" w:lineRule="auto"/>
            </w:pPr>
            <w:r>
              <w:rPr>
                <w:sz w:val="15"/>
              </w:rPr>
              <w:t>Contemporary database</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B62EA5" w14:textId="77777777" w:rsidR="003B3005" w:rsidRDefault="00000000">
            <w:pPr>
              <w:spacing w:line="240" w:lineRule="auto"/>
              <w:jc w:val="center"/>
            </w:pPr>
            <w:r>
              <w:rPr>
                <w:sz w:val="15"/>
              </w:rPr>
              <w:t>CDC WONDER Multiple Cause of Death, 2018-2024, Single Race</w:t>
            </w:r>
          </w:p>
        </w:tc>
      </w:tr>
      <w:tr w:rsidR="003B3005" w14:paraId="33098A4E"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832E4B" w14:textId="77777777" w:rsidR="003B3005" w:rsidRDefault="00000000">
            <w:pPr>
              <w:spacing w:line="240" w:lineRule="auto"/>
            </w:pPr>
            <w:r>
              <w:rPr>
                <w:sz w:val="15"/>
              </w:rPr>
              <w:t>Case definition</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93E6C9" w14:textId="77777777" w:rsidR="003B3005" w:rsidRDefault="00000000">
            <w:pPr>
              <w:spacing w:line="240" w:lineRule="auto"/>
              <w:jc w:val="center"/>
            </w:pPr>
            <w:r>
              <w:rPr>
                <w:sz w:val="15"/>
              </w:rPr>
              <w:t>Both a prespecified septicemia code and an obesity code recorded anywhere on the same death certificate; neither condition required as the underlying cause</w:t>
            </w:r>
          </w:p>
        </w:tc>
      </w:tr>
      <w:tr w:rsidR="003B3005" w14:paraId="55C32739"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0BB1A6" w14:textId="77777777" w:rsidR="003B3005" w:rsidRDefault="00000000">
            <w:pPr>
              <w:spacing w:line="240" w:lineRule="auto"/>
            </w:pPr>
            <w:r>
              <w:rPr>
                <w:sz w:val="15"/>
              </w:rPr>
              <w:t>Septicemia ICD-10 codes</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AAE295" w14:textId="77777777" w:rsidR="003B3005" w:rsidRDefault="00000000">
            <w:pPr>
              <w:spacing w:line="240" w:lineRule="auto"/>
              <w:jc w:val="center"/>
            </w:pPr>
            <w:r>
              <w:rPr>
                <w:sz w:val="15"/>
              </w:rPr>
              <w:t>A02.1; A20.7; A22.7; A26.7; A32.7; A39.4; A40.0-A40.3; A40.8-A40.9; A41.0-A41.5; A41.8-A41.9; A42.7; B37.7</w:t>
            </w:r>
          </w:p>
        </w:tc>
      </w:tr>
      <w:tr w:rsidR="003B3005" w14:paraId="635A7AD5"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C49F48" w14:textId="77777777" w:rsidR="003B3005" w:rsidRDefault="00000000">
            <w:pPr>
              <w:spacing w:line="240" w:lineRule="auto"/>
            </w:pPr>
            <w:r>
              <w:rPr>
                <w:sz w:val="15"/>
              </w:rPr>
              <w:t>Obesity ICD-10 codes</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1F6460" w14:textId="77777777" w:rsidR="003B3005" w:rsidRDefault="00000000">
            <w:pPr>
              <w:spacing w:line="240" w:lineRule="auto"/>
              <w:jc w:val="center"/>
            </w:pPr>
            <w:r>
              <w:rPr>
                <w:sz w:val="15"/>
              </w:rPr>
              <w:t>E66.0; E66.1; E66.2; E66.8; E66.9</w:t>
            </w:r>
          </w:p>
        </w:tc>
      </w:tr>
      <w:tr w:rsidR="003B3005" w14:paraId="1FCA8BF8"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2733EB" w14:textId="77777777" w:rsidR="003B3005" w:rsidRDefault="00000000">
            <w:pPr>
              <w:spacing w:line="240" w:lineRule="auto"/>
            </w:pPr>
            <w:r>
              <w:rPr>
                <w:sz w:val="15"/>
              </w:rPr>
              <w:t>Logical relationship</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FF7F7B" w14:textId="77777777" w:rsidR="003B3005" w:rsidRDefault="00000000">
            <w:pPr>
              <w:spacing w:line="240" w:lineRule="auto"/>
              <w:jc w:val="center"/>
            </w:pPr>
            <w:r>
              <w:rPr>
                <w:sz w:val="15"/>
              </w:rPr>
              <w:t>Septicemia code group AND obesity code group</w:t>
            </w:r>
          </w:p>
        </w:tc>
      </w:tr>
      <w:tr w:rsidR="003B3005" w14:paraId="14A7AD05"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686D5B" w14:textId="77777777" w:rsidR="003B3005" w:rsidRDefault="00000000">
            <w:pPr>
              <w:spacing w:line="240" w:lineRule="auto"/>
            </w:pPr>
            <w:r>
              <w:rPr>
                <w:sz w:val="15"/>
              </w:rPr>
              <w:t>Historical race categories</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3801BF" w14:textId="77777777" w:rsidR="003B3005" w:rsidRDefault="00000000">
            <w:pPr>
              <w:spacing w:line="240" w:lineRule="auto"/>
              <w:jc w:val="center"/>
            </w:pPr>
            <w:r>
              <w:rPr>
                <w:sz w:val="15"/>
              </w:rPr>
              <w:t>White; Black or African American; American Indian or Alaska Native; Asian or Pacific Islander; each cross-classified by Hispanic origin</w:t>
            </w:r>
          </w:p>
        </w:tc>
      </w:tr>
      <w:tr w:rsidR="003B3005" w14:paraId="10AB6B4A"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A547DE" w14:textId="77777777" w:rsidR="003B3005" w:rsidRDefault="00000000">
            <w:pPr>
              <w:spacing w:line="240" w:lineRule="auto"/>
            </w:pPr>
            <w:r>
              <w:rPr>
                <w:sz w:val="15"/>
              </w:rPr>
              <w:t>Contemporary race categories</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C3128D" w14:textId="77777777" w:rsidR="003B3005" w:rsidRDefault="00000000">
            <w:pPr>
              <w:spacing w:line="240" w:lineRule="auto"/>
              <w:jc w:val="center"/>
            </w:pPr>
            <w:r>
              <w:rPr>
                <w:sz w:val="15"/>
              </w:rPr>
              <w:t>American Indian or Alaska Native; Asian; Black or African American; Native Hawaiian or Other Pacific Islander; White; more than one race; each cross-classified by Hispanic origin</w:t>
            </w:r>
          </w:p>
        </w:tc>
      </w:tr>
      <w:tr w:rsidR="003B3005" w14:paraId="2A920776"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3FB4FA" w14:textId="77777777" w:rsidR="003B3005" w:rsidRDefault="00000000">
            <w:pPr>
              <w:spacing w:line="240" w:lineRule="auto"/>
            </w:pPr>
            <w:r>
              <w:rPr>
                <w:sz w:val="15"/>
              </w:rPr>
              <w:t>Mutually exclusive contemporary comparison</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0EA30C" w14:textId="77777777" w:rsidR="003B3005" w:rsidRDefault="00000000">
            <w:pPr>
              <w:spacing w:line="240" w:lineRule="auto"/>
              <w:jc w:val="center"/>
            </w:pPr>
            <w:r>
              <w:rPr>
                <w:sz w:val="15"/>
              </w:rPr>
              <w:t>Six non-Hispanic single-race groups plus Hispanic or Latino of any race</w:t>
            </w:r>
          </w:p>
        </w:tc>
      </w:tr>
      <w:tr w:rsidR="003B3005" w14:paraId="074681DA"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34F656" w14:textId="77777777" w:rsidR="003B3005" w:rsidRDefault="00000000">
            <w:pPr>
              <w:spacing w:line="240" w:lineRule="auto"/>
            </w:pPr>
            <w:r>
              <w:rPr>
                <w:sz w:val="15"/>
              </w:rPr>
              <w:t>Measures</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DB0B1E" w14:textId="77777777" w:rsidR="003B3005" w:rsidRDefault="00000000">
            <w:pPr>
              <w:spacing w:line="240" w:lineRule="auto"/>
              <w:jc w:val="center"/>
            </w:pPr>
            <w:r>
              <w:rPr>
                <w:sz w:val="15"/>
              </w:rPr>
              <w:t>Deaths, population, crude rate, AAMR, 95% CI, and AAMR standard error where provided</w:t>
            </w:r>
          </w:p>
        </w:tc>
      </w:tr>
      <w:tr w:rsidR="003B3005" w14:paraId="47AE1623"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F036BA" w14:textId="77777777" w:rsidR="003B3005" w:rsidRDefault="00000000">
            <w:pPr>
              <w:spacing w:line="240" w:lineRule="auto"/>
            </w:pPr>
            <w:r>
              <w:rPr>
                <w:sz w:val="15"/>
              </w:rPr>
              <w:t>Standard population</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704FB1" w14:textId="77777777" w:rsidR="003B3005" w:rsidRDefault="00000000">
            <w:pPr>
              <w:spacing w:line="240" w:lineRule="auto"/>
              <w:jc w:val="center"/>
            </w:pPr>
            <w:r>
              <w:rPr>
                <w:sz w:val="15"/>
              </w:rPr>
              <w:t>2000 US standard population; direct age standardization</w:t>
            </w:r>
          </w:p>
        </w:tc>
      </w:tr>
      <w:tr w:rsidR="003B3005" w14:paraId="3620437D"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941893" w14:textId="77777777" w:rsidR="003B3005" w:rsidRDefault="00000000">
            <w:pPr>
              <w:spacing w:line="240" w:lineRule="auto"/>
            </w:pPr>
            <w:r>
              <w:rPr>
                <w:sz w:val="15"/>
              </w:rPr>
              <w:t>Historical trend interval</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7FB3C4" w14:textId="77777777" w:rsidR="003B3005" w:rsidRDefault="00000000">
            <w:pPr>
              <w:spacing w:line="240" w:lineRule="auto"/>
              <w:jc w:val="center"/>
            </w:pPr>
            <w:r>
              <w:rPr>
                <w:sz w:val="15"/>
              </w:rPr>
              <w:t>1999-2020</w:t>
            </w:r>
          </w:p>
        </w:tc>
      </w:tr>
      <w:tr w:rsidR="003B3005" w14:paraId="7B9E7D24"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C9F1B9" w14:textId="77777777" w:rsidR="003B3005" w:rsidRDefault="00000000">
            <w:pPr>
              <w:spacing w:line="240" w:lineRule="auto"/>
            </w:pPr>
            <w:r>
              <w:rPr>
                <w:sz w:val="15"/>
              </w:rPr>
              <w:t>Contemporary annual interval</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4AFB7A" w14:textId="77777777" w:rsidR="003B3005" w:rsidRDefault="00000000">
            <w:pPr>
              <w:spacing w:line="240" w:lineRule="auto"/>
              <w:jc w:val="center"/>
            </w:pPr>
            <w:r>
              <w:rPr>
                <w:sz w:val="15"/>
              </w:rPr>
              <w:t>2018-2024</w:t>
            </w:r>
          </w:p>
        </w:tc>
      </w:tr>
      <w:tr w:rsidR="003B3005" w14:paraId="5076A04B"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33B7A8" w14:textId="77777777" w:rsidR="003B3005" w:rsidRDefault="00000000">
            <w:pPr>
              <w:spacing w:line="240" w:lineRule="auto"/>
            </w:pPr>
            <w:r>
              <w:rPr>
                <w:sz w:val="15"/>
              </w:rPr>
              <w:t>Contemporary pooled interval</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1958F5" w14:textId="77777777" w:rsidR="003B3005" w:rsidRDefault="00000000">
            <w:pPr>
              <w:spacing w:line="240" w:lineRule="auto"/>
              <w:jc w:val="center"/>
            </w:pPr>
            <w:r>
              <w:rPr>
                <w:sz w:val="15"/>
              </w:rPr>
              <w:t>2021-2024</w:t>
            </w:r>
          </w:p>
        </w:tc>
      </w:tr>
      <w:tr w:rsidR="003B3005" w14:paraId="75BCB748"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F04FA9" w14:textId="77777777" w:rsidR="003B3005" w:rsidRDefault="00000000">
            <w:pPr>
              <w:spacing w:line="240" w:lineRule="auto"/>
            </w:pPr>
            <w:r>
              <w:rPr>
                <w:sz w:val="15"/>
              </w:rPr>
              <w:t>Suppression handling</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2CEE3F" w14:textId="77777777" w:rsidR="003B3005" w:rsidRDefault="00000000">
            <w:pPr>
              <w:spacing w:line="240" w:lineRule="auto"/>
              <w:jc w:val="center"/>
            </w:pPr>
            <w:r>
              <w:rPr>
                <w:sz w:val="15"/>
              </w:rPr>
              <w:t>Suppressed estimates retained as missing; no imputation</w:t>
            </w:r>
          </w:p>
        </w:tc>
      </w:tr>
      <w:tr w:rsidR="003B3005" w14:paraId="0B2CD5B0"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D04189" w14:textId="77777777" w:rsidR="003B3005" w:rsidRDefault="00000000">
            <w:pPr>
              <w:spacing w:line="240" w:lineRule="auto"/>
            </w:pPr>
            <w:r>
              <w:rPr>
                <w:sz w:val="15"/>
              </w:rPr>
              <w:t>Not Stated Hispanic origin</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6F12B0" w14:textId="77777777" w:rsidR="003B3005" w:rsidRDefault="00000000">
            <w:pPr>
              <w:spacing w:line="240" w:lineRule="auto"/>
              <w:jc w:val="center"/>
            </w:pPr>
            <w:r>
              <w:rPr>
                <w:sz w:val="15"/>
              </w:rPr>
              <w:t>Counts only; no rates or Joinpoint modeling because population denominators are not applicable</w:t>
            </w:r>
          </w:p>
        </w:tc>
      </w:tr>
      <w:tr w:rsidR="003B3005" w14:paraId="4C4466F3"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0E7C0E" w14:textId="77777777" w:rsidR="003B3005" w:rsidRDefault="00000000">
            <w:pPr>
              <w:spacing w:line="240" w:lineRule="auto"/>
            </w:pPr>
            <w:r>
              <w:rPr>
                <w:sz w:val="15"/>
              </w:rPr>
              <w:t>Query date</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BA0AFE" w14:textId="77777777" w:rsidR="003B3005" w:rsidRDefault="00000000">
            <w:pPr>
              <w:spacing w:line="240" w:lineRule="auto"/>
              <w:jc w:val="center"/>
            </w:pPr>
            <w:r>
              <w:rPr>
                <w:sz w:val="15"/>
              </w:rPr>
              <w:t>July 22, 2026</w:t>
            </w:r>
          </w:p>
        </w:tc>
      </w:tr>
      <w:tr w:rsidR="003B3005" w14:paraId="55063BAB"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2E4659" w14:textId="77777777" w:rsidR="003B3005" w:rsidRDefault="00000000">
            <w:pPr>
              <w:spacing w:line="240" w:lineRule="auto"/>
            </w:pPr>
            <w:r>
              <w:rPr>
                <w:sz w:val="15"/>
              </w:rPr>
              <w:t>Historical grouping</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4DCEE0" w14:textId="77777777" w:rsidR="003B3005" w:rsidRDefault="00000000">
            <w:pPr>
              <w:spacing w:line="240" w:lineRule="auto"/>
              <w:jc w:val="center"/>
            </w:pPr>
            <w:r>
              <w:rPr>
                <w:sz w:val="15"/>
              </w:rPr>
              <w:t>Year; Race; Hispanic Origin</w:t>
            </w:r>
          </w:p>
        </w:tc>
      </w:tr>
      <w:tr w:rsidR="003B3005" w14:paraId="42854ABF"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2BF638" w14:textId="77777777" w:rsidR="003B3005" w:rsidRDefault="00000000">
            <w:pPr>
              <w:spacing w:line="240" w:lineRule="auto"/>
            </w:pPr>
            <w:r>
              <w:rPr>
                <w:sz w:val="15"/>
              </w:rPr>
              <w:t>Contemporary grouping</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91C027" w14:textId="77777777" w:rsidR="003B3005" w:rsidRDefault="00000000">
            <w:pPr>
              <w:spacing w:line="240" w:lineRule="auto"/>
              <w:jc w:val="center"/>
            </w:pPr>
            <w:r>
              <w:rPr>
                <w:sz w:val="15"/>
              </w:rPr>
              <w:t>Year; Single Race 6; Hispanic Origin</w:t>
            </w:r>
          </w:p>
        </w:tc>
      </w:tr>
      <w:tr w:rsidR="003B3005" w14:paraId="334BDB64"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914C2B" w14:textId="77777777" w:rsidR="003B3005" w:rsidRDefault="00000000">
            <w:pPr>
              <w:spacing w:line="240" w:lineRule="auto"/>
            </w:pPr>
            <w:r>
              <w:rPr>
                <w:sz w:val="15"/>
              </w:rPr>
              <w:t>Query display options</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23CBBC" w14:textId="77777777" w:rsidR="003B3005" w:rsidRDefault="00000000">
            <w:pPr>
              <w:spacing w:line="240" w:lineRule="auto"/>
              <w:jc w:val="center"/>
            </w:pPr>
            <w:r>
              <w:rPr>
                <w:sz w:val="15"/>
              </w:rPr>
              <w:t>Totals disabled; zero values shown; suppressed values shown</w:t>
            </w:r>
          </w:p>
        </w:tc>
      </w:tr>
      <w:tr w:rsidR="003B3005" w14:paraId="7C0D7981"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2C5AFB" w14:textId="77777777" w:rsidR="003B3005" w:rsidRDefault="00000000">
            <w:pPr>
              <w:spacing w:line="240" w:lineRule="auto"/>
            </w:pPr>
            <w:r>
              <w:rPr>
                <w:sz w:val="15"/>
              </w:rPr>
              <w:t>Historical trend groups</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AB05E2" w14:textId="77777777" w:rsidR="003B3005" w:rsidRDefault="00000000">
            <w:pPr>
              <w:spacing w:line="240" w:lineRule="auto"/>
              <w:jc w:val="center"/>
            </w:pPr>
            <w:r>
              <w:rPr>
                <w:sz w:val="15"/>
              </w:rPr>
              <w:t>Non-Hispanic Black and non-Hispanic White</w:t>
            </w:r>
          </w:p>
        </w:tc>
      </w:tr>
      <w:tr w:rsidR="003B3005" w14:paraId="0D77118C"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FB4040" w14:textId="77777777" w:rsidR="003B3005" w:rsidRDefault="00000000">
            <w:pPr>
              <w:spacing w:line="240" w:lineRule="auto"/>
            </w:pPr>
            <w:r>
              <w:rPr>
                <w:sz w:val="15"/>
              </w:rPr>
              <w:t>Contemporary trend groups</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DCB0CA" w14:textId="77777777" w:rsidR="003B3005" w:rsidRDefault="00000000">
            <w:pPr>
              <w:spacing w:line="240" w:lineRule="auto"/>
              <w:jc w:val="center"/>
            </w:pPr>
            <w:r>
              <w:rPr>
                <w:sz w:val="15"/>
              </w:rPr>
              <w:t>Six non-Hispanic race groups and Hispanic or Latino adults of any race</w:t>
            </w:r>
          </w:p>
        </w:tc>
      </w:tr>
      <w:tr w:rsidR="003B3005" w14:paraId="3B9DC600" w14:textId="77777777">
        <w:trPr>
          <w:cantSplit/>
          <w:jc w:val="center"/>
        </w:trPr>
        <w:tc>
          <w:tcPr>
            <w:tcW w:w="223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E8EB5F" w14:textId="77777777" w:rsidR="003B3005" w:rsidRDefault="00000000">
            <w:pPr>
              <w:spacing w:line="240" w:lineRule="auto"/>
            </w:pPr>
            <w:r>
              <w:rPr>
                <w:sz w:val="15"/>
              </w:rPr>
              <w:t>Trend model</w:t>
            </w:r>
          </w:p>
        </w:tc>
        <w:tc>
          <w:tcPr>
            <w:tcW w:w="72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9A683E" w14:textId="77777777" w:rsidR="003B3005" w:rsidRDefault="00000000">
            <w:pPr>
              <w:spacing w:line="240" w:lineRule="auto"/>
              <w:jc w:val="center"/>
            </w:pPr>
            <w:r>
              <w:rPr>
                <w:sz w:val="15"/>
              </w:rPr>
              <w:t>Log-linear Joinpoint regression using annual AAMR standard errors</w:t>
            </w:r>
          </w:p>
        </w:tc>
      </w:tr>
    </w:tbl>
    <w:p w14:paraId="2EC1BFAC" w14:textId="77777777" w:rsidR="003B3005" w:rsidRDefault="00000000">
      <w:pPr>
        <w:pStyle w:val="Heading2"/>
        <w:spacing w:before="0" w:line="240" w:lineRule="auto"/>
      </w:pPr>
      <w:r>
        <w:rPr>
          <w:rFonts w:ascii="Times New Roman" w:eastAsia="Times New Roman" w:hAnsi="Times New Roman"/>
          <w:sz w:val="24"/>
        </w:rPr>
        <w:t>Supplementary Table S15. Historical bridged-race completeness and Joinpoint eligibility</w:t>
      </w:r>
    </w:p>
    <w:tbl>
      <w:tblPr>
        <w:tblW w:w="5000" w:type="pct"/>
        <w:jc w:val="center"/>
        <w:tblLayout w:type="fixed"/>
        <w:tblLook w:val="04A0" w:firstRow="1" w:lastRow="0" w:firstColumn="1" w:lastColumn="0" w:noHBand="0" w:noVBand="1"/>
      </w:tblPr>
      <w:tblGrid>
        <w:gridCol w:w="1516"/>
        <w:gridCol w:w="1039"/>
        <w:gridCol w:w="1125"/>
        <w:gridCol w:w="1515"/>
        <w:gridCol w:w="1038"/>
        <w:gridCol w:w="2092"/>
        <w:gridCol w:w="1125"/>
      </w:tblGrid>
      <w:tr w:rsidR="003B3005" w14:paraId="0058DA0D" w14:textId="77777777">
        <w:trPr>
          <w:cantSplit/>
          <w:tblHeader/>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E302DF" w14:textId="77777777" w:rsidR="003B3005" w:rsidRDefault="00000000">
            <w:pPr>
              <w:spacing w:line="240" w:lineRule="auto"/>
            </w:pPr>
            <w:r>
              <w:rPr>
                <w:b/>
                <w:sz w:val="15"/>
              </w:rPr>
              <w:t>Non-Hispanic group</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F21999" w14:textId="77777777" w:rsidR="003B3005" w:rsidRDefault="00000000">
            <w:pPr>
              <w:spacing w:line="240" w:lineRule="auto"/>
              <w:jc w:val="center"/>
            </w:pPr>
            <w:r>
              <w:rPr>
                <w:b/>
                <w:sz w:val="15"/>
              </w:rPr>
              <w:t>Reliable annual AAMRs</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CCF4B4" w14:textId="77777777" w:rsidR="003B3005" w:rsidRDefault="00000000">
            <w:pPr>
              <w:spacing w:line="240" w:lineRule="auto"/>
              <w:jc w:val="center"/>
            </w:pPr>
            <w:r>
              <w:rPr>
                <w:b/>
                <w:sz w:val="15"/>
              </w:rPr>
              <w:t>Suppressed years</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D44313" w14:textId="77777777" w:rsidR="003B3005" w:rsidRDefault="00000000">
            <w:pPr>
              <w:spacing w:line="240" w:lineRule="auto"/>
              <w:jc w:val="center"/>
            </w:pPr>
            <w:r>
              <w:rPr>
                <w:b/>
                <w:sz w:val="15"/>
              </w:rPr>
              <w:t>Unreliable years</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1E3E1F" w14:textId="77777777" w:rsidR="003B3005" w:rsidRDefault="00000000">
            <w:pPr>
              <w:spacing w:line="240" w:lineRule="auto"/>
              <w:jc w:val="center"/>
            </w:pPr>
            <w:r>
              <w:rPr>
                <w:b/>
                <w:sz w:val="15"/>
              </w:rPr>
              <w:t>Eligible for 1999-2020 Joinpoint</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41D54C" w14:textId="77777777" w:rsidR="003B3005" w:rsidRDefault="00000000">
            <w:pPr>
              <w:spacing w:line="240" w:lineRule="auto"/>
              <w:jc w:val="center"/>
            </w:pPr>
            <w:r>
              <w:rPr>
                <w:b/>
                <w:sz w:val="15"/>
              </w:rPr>
              <w:t>Pooled deaths</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A09AA0" w14:textId="77777777" w:rsidR="003B3005" w:rsidRDefault="00000000">
            <w:pPr>
              <w:spacing w:line="240" w:lineRule="auto"/>
              <w:jc w:val="center"/>
            </w:pPr>
            <w:r>
              <w:rPr>
                <w:b/>
                <w:sz w:val="15"/>
              </w:rPr>
              <w:t>Pooled AAMR (95% CI)</w:t>
            </w:r>
          </w:p>
        </w:tc>
      </w:tr>
      <w:tr w:rsidR="003B3005" w14:paraId="3C99939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B1C3BE" w14:textId="77777777" w:rsidR="003B3005" w:rsidRDefault="00000000">
            <w:pPr>
              <w:spacing w:line="240" w:lineRule="auto"/>
            </w:pPr>
            <w:r>
              <w:rPr>
                <w:sz w:val="15"/>
              </w:rPr>
              <w:t>Non-Hispanic American Indian or Alaska Native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AF3182" w14:textId="77777777" w:rsidR="003B3005" w:rsidRDefault="00000000">
            <w:pPr>
              <w:spacing w:line="240" w:lineRule="auto"/>
              <w:jc w:val="center"/>
            </w:pPr>
            <w:r>
              <w:rPr>
                <w:sz w:val="15"/>
              </w:rPr>
              <w:t>12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0B1613" w14:textId="77777777" w:rsidR="003B3005" w:rsidRDefault="00000000">
            <w:pPr>
              <w:spacing w:line="240" w:lineRule="auto"/>
              <w:jc w:val="center"/>
            </w:pPr>
            <w:r>
              <w:rPr>
                <w:sz w:val="15"/>
              </w:rPr>
              <w:t>2</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5ACC89" w14:textId="77777777" w:rsidR="003B3005" w:rsidRDefault="00000000">
            <w:pPr>
              <w:spacing w:line="240" w:lineRule="auto"/>
              <w:jc w:val="center"/>
            </w:pPr>
            <w:r>
              <w:rPr>
                <w:sz w:val="15"/>
              </w:rPr>
              <w:t>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65AAB7" w14:textId="77777777" w:rsidR="003B3005" w:rsidRDefault="00000000">
            <w:pPr>
              <w:spacing w:line="240" w:lineRule="auto"/>
              <w:jc w:val="center"/>
            </w:pPr>
            <w:r>
              <w:rPr>
                <w:sz w:val="15"/>
              </w:rPr>
              <w:t>No</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530D90" w14:textId="77777777" w:rsidR="003B3005" w:rsidRDefault="00000000">
            <w:pPr>
              <w:spacing w:line="240" w:lineRule="auto"/>
              <w:jc w:val="center"/>
            </w:pPr>
            <w:r>
              <w:rPr>
                <w:sz w:val="15"/>
              </w:rPr>
              <w:t>591</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3C3A68" w14:textId="77777777" w:rsidR="003B3005" w:rsidRDefault="00000000">
            <w:pPr>
              <w:spacing w:line="240" w:lineRule="auto"/>
              <w:jc w:val="center"/>
            </w:pPr>
            <w:r>
              <w:rPr>
                <w:sz w:val="15"/>
              </w:rPr>
              <w:t>1.8263 (1.6747-1.9780)</w:t>
            </w:r>
          </w:p>
        </w:tc>
      </w:tr>
      <w:tr w:rsidR="003B3005" w14:paraId="3851E0E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C06365" w14:textId="77777777" w:rsidR="003B3005" w:rsidRDefault="00000000">
            <w:pPr>
              <w:spacing w:line="240" w:lineRule="auto"/>
            </w:pPr>
            <w:r>
              <w:rPr>
                <w:sz w:val="15"/>
              </w:rPr>
              <w:t>Non-Hispanic Asian or Pacific Islander</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B1FB78" w14:textId="77777777" w:rsidR="003B3005" w:rsidRDefault="00000000">
            <w:pPr>
              <w:spacing w:line="240" w:lineRule="auto"/>
              <w:jc w:val="center"/>
            </w:pPr>
            <w:r>
              <w:rPr>
                <w:sz w:val="15"/>
              </w:rPr>
              <w:t>10</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092C5E" w14:textId="77777777" w:rsidR="003B3005" w:rsidRDefault="00000000">
            <w:pPr>
              <w:spacing w:line="240" w:lineRule="auto"/>
              <w:jc w:val="center"/>
            </w:pPr>
            <w:r>
              <w:rPr>
                <w:sz w:val="15"/>
              </w:rPr>
              <w:t>5</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F80310" w14:textId="77777777" w:rsidR="003B3005" w:rsidRDefault="00000000">
            <w:pPr>
              <w:spacing w:line="240" w:lineRule="auto"/>
              <w:jc w:val="center"/>
            </w:pPr>
            <w:r>
              <w:rPr>
                <w:sz w:val="15"/>
              </w:rPr>
              <w:t>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9A72C1" w14:textId="77777777" w:rsidR="003B3005" w:rsidRDefault="00000000">
            <w:pPr>
              <w:spacing w:line="240" w:lineRule="auto"/>
              <w:jc w:val="center"/>
            </w:pPr>
            <w:r>
              <w:rPr>
                <w:sz w:val="15"/>
              </w:rPr>
              <w:t>No</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3105D8" w14:textId="77777777" w:rsidR="003B3005" w:rsidRDefault="00000000">
            <w:pPr>
              <w:spacing w:line="240" w:lineRule="auto"/>
              <w:jc w:val="center"/>
            </w:pPr>
            <w:r>
              <w:rPr>
                <w:sz w:val="15"/>
              </w:rPr>
              <w:t>413</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B9FDFE" w14:textId="77777777" w:rsidR="003B3005" w:rsidRDefault="00000000">
            <w:pPr>
              <w:spacing w:line="240" w:lineRule="auto"/>
              <w:jc w:val="center"/>
            </w:pPr>
            <w:r>
              <w:rPr>
                <w:sz w:val="15"/>
              </w:rPr>
              <w:t>0.1947 (0.1757-0.2138)</w:t>
            </w:r>
          </w:p>
        </w:tc>
      </w:tr>
      <w:tr w:rsidR="003B3005" w14:paraId="4E7E0C5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2DB969" w14:textId="77777777" w:rsidR="003B3005" w:rsidRDefault="00000000">
            <w:pPr>
              <w:spacing w:line="240" w:lineRule="auto"/>
            </w:pPr>
            <w:r>
              <w:rPr>
                <w:sz w:val="15"/>
              </w:rPr>
              <w:t>Non-Hispanic Black or African American</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2ED386" w14:textId="77777777" w:rsidR="003B3005" w:rsidRDefault="00000000">
            <w:pPr>
              <w:spacing w:line="240" w:lineRule="auto"/>
              <w:jc w:val="center"/>
            </w:pPr>
            <w:r>
              <w:rPr>
                <w:sz w:val="15"/>
              </w:rPr>
              <w:t>22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75A87A" w14:textId="77777777" w:rsidR="003B3005" w:rsidRDefault="00000000">
            <w:pPr>
              <w:spacing w:line="240" w:lineRule="auto"/>
              <w:jc w:val="center"/>
            </w:pPr>
            <w:r>
              <w:rPr>
                <w:sz w:val="15"/>
              </w:rPr>
              <w:t>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CD2044" w14:textId="77777777" w:rsidR="003B3005" w:rsidRDefault="00000000">
            <w:pPr>
              <w:spacing w:line="240" w:lineRule="auto"/>
              <w:jc w:val="center"/>
            </w:pPr>
            <w:r>
              <w:rPr>
                <w:sz w:val="15"/>
              </w:rPr>
              <w:t>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5BC9A2" w14:textId="77777777" w:rsidR="003B3005" w:rsidRDefault="00000000">
            <w:pPr>
              <w:spacing w:line="240" w:lineRule="auto"/>
              <w:jc w:val="center"/>
            </w:pPr>
            <w:r>
              <w:rPr>
                <w:sz w:val="15"/>
              </w:rPr>
              <w:t>Yes</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53527F" w14:textId="77777777" w:rsidR="003B3005" w:rsidRDefault="00000000">
            <w:pPr>
              <w:spacing w:line="240" w:lineRule="auto"/>
              <w:jc w:val="center"/>
            </w:pPr>
            <w:r>
              <w:rPr>
                <w:sz w:val="15"/>
              </w:rPr>
              <w:t>6909</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90BBB6" w14:textId="77777777" w:rsidR="003B3005" w:rsidRDefault="00000000">
            <w:pPr>
              <w:spacing w:line="240" w:lineRule="auto"/>
              <w:jc w:val="center"/>
            </w:pPr>
            <w:r>
              <w:rPr>
                <w:sz w:val="15"/>
              </w:rPr>
              <w:t>1.3903 (1.3569-1.4236)</w:t>
            </w:r>
          </w:p>
        </w:tc>
      </w:tr>
      <w:tr w:rsidR="003B3005" w14:paraId="316A79A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AC0334" w14:textId="77777777" w:rsidR="003B3005" w:rsidRDefault="00000000">
            <w:pPr>
              <w:spacing w:line="240" w:lineRule="auto"/>
            </w:pPr>
            <w:r>
              <w:rPr>
                <w:sz w:val="15"/>
              </w:rPr>
              <w:t>Non-Hispanic White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03B210" w14:textId="77777777" w:rsidR="003B3005" w:rsidRDefault="00000000">
            <w:pPr>
              <w:spacing w:line="240" w:lineRule="auto"/>
              <w:jc w:val="center"/>
            </w:pPr>
            <w:r>
              <w:rPr>
                <w:sz w:val="15"/>
              </w:rPr>
              <w:t>22</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D2F74A" w14:textId="77777777" w:rsidR="003B3005" w:rsidRDefault="00000000">
            <w:pPr>
              <w:spacing w:line="240" w:lineRule="auto"/>
              <w:jc w:val="center"/>
            </w:pPr>
            <w:r>
              <w:rPr>
                <w:sz w:val="15"/>
              </w:rPr>
              <w:t>0</w:t>
            </w:r>
          </w:p>
        </w:tc>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65A5CD" w14:textId="77777777" w:rsidR="003B3005" w:rsidRDefault="00000000">
            <w:pPr>
              <w:spacing w:line="240" w:lineRule="auto"/>
              <w:jc w:val="center"/>
            </w:pPr>
            <w:r>
              <w:rPr>
                <w:sz w:val="15"/>
              </w:rPr>
              <w:t>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969419" w14:textId="77777777" w:rsidR="003B3005" w:rsidRDefault="00000000">
            <w:pPr>
              <w:spacing w:line="240" w:lineRule="auto"/>
              <w:jc w:val="center"/>
            </w:pPr>
            <w:r>
              <w:rPr>
                <w:sz w:val="15"/>
              </w:rPr>
              <w:t>Yes</w:t>
            </w:r>
          </w:p>
        </w:tc>
        <w:tc>
          <w:tcPr>
            <w:tcW w:w="208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BC48C3" w14:textId="77777777" w:rsidR="003B3005" w:rsidRDefault="00000000">
            <w:pPr>
              <w:spacing w:line="240" w:lineRule="auto"/>
              <w:jc w:val="center"/>
            </w:pPr>
            <w:r>
              <w:rPr>
                <w:sz w:val="15"/>
              </w:rPr>
              <w:t>30965</w:t>
            </w:r>
          </w:p>
        </w:tc>
        <w:tc>
          <w:tcPr>
            <w:tcW w:w="112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405E32" w14:textId="77777777" w:rsidR="003B3005" w:rsidRDefault="00000000">
            <w:pPr>
              <w:spacing w:line="240" w:lineRule="auto"/>
              <w:jc w:val="center"/>
            </w:pPr>
            <w:r>
              <w:rPr>
                <w:sz w:val="15"/>
              </w:rPr>
              <w:t>0.8391 (0.8296-0.8485)</w:t>
            </w:r>
          </w:p>
        </w:tc>
      </w:tr>
    </w:tbl>
    <w:p w14:paraId="5CCA0589" w14:textId="77777777" w:rsidR="003B3005" w:rsidRDefault="00000000">
      <w:pPr>
        <w:pStyle w:val="Heading2"/>
        <w:spacing w:before="0" w:line="240" w:lineRule="auto"/>
      </w:pPr>
      <w:r>
        <w:rPr>
          <w:rFonts w:ascii="Times New Roman" w:eastAsia="Times New Roman" w:hAnsi="Times New Roman"/>
          <w:sz w:val="24"/>
        </w:rPr>
        <w:t>Supplementary Table S16. Annual historical bridged-race estimates, 1999-2020</w:t>
      </w:r>
    </w:p>
    <w:tbl>
      <w:tblPr>
        <w:tblW w:w="5000" w:type="pct"/>
        <w:jc w:val="center"/>
        <w:tblLayout w:type="fixed"/>
        <w:tblLook w:val="04A0" w:firstRow="1" w:lastRow="0" w:firstColumn="1" w:lastColumn="0" w:noHBand="0" w:noVBand="1"/>
      </w:tblPr>
      <w:tblGrid>
        <w:gridCol w:w="1515"/>
        <w:gridCol w:w="750"/>
        <w:gridCol w:w="837"/>
        <w:gridCol w:w="1327"/>
        <w:gridCol w:w="822"/>
        <w:gridCol w:w="1039"/>
        <w:gridCol w:w="1039"/>
        <w:gridCol w:w="822"/>
        <w:gridCol w:w="1299"/>
      </w:tblGrid>
      <w:tr w:rsidR="003B3005" w14:paraId="4A1E89FC" w14:textId="77777777">
        <w:trPr>
          <w:cantSplit/>
          <w:tblHeader/>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433B00" w14:textId="77777777" w:rsidR="003B3005" w:rsidRDefault="00000000">
            <w:pPr>
              <w:spacing w:line="240" w:lineRule="auto"/>
            </w:pPr>
            <w:r>
              <w:rPr>
                <w:b/>
                <w:sz w:val="15"/>
              </w:rPr>
              <w:t>Group</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3B4DDC" w14:textId="77777777" w:rsidR="003B3005" w:rsidRDefault="00000000">
            <w:pPr>
              <w:spacing w:line="240" w:lineRule="auto"/>
              <w:jc w:val="center"/>
            </w:pPr>
            <w:r>
              <w:rPr>
                <w:b/>
                <w:sz w:val="15"/>
              </w:rPr>
              <w:t>Year</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26C91D" w14:textId="77777777" w:rsidR="003B3005" w:rsidRDefault="00000000">
            <w:pPr>
              <w:spacing w:line="240" w:lineRule="auto"/>
              <w:jc w:val="center"/>
            </w:pPr>
            <w:r>
              <w:rPr>
                <w:b/>
                <w:sz w:val="15"/>
              </w:rPr>
              <w:t>Deaths</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FE2F5B" w14:textId="77777777" w:rsidR="003B3005" w:rsidRDefault="00000000">
            <w:pPr>
              <w:spacing w:line="240" w:lineRule="auto"/>
              <w:jc w:val="center"/>
            </w:pPr>
            <w:r>
              <w:rPr>
                <w:b/>
                <w:sz w:val="15"/>
              </w:rPr>
              <w:t>Population</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6B9D62" w14:textId="77777777" w:rsidR="003B3005" w:rsidRDefault="00000000">
            <w:pPr>
              <w:spacing w:line="240" w:lineRule="auto"/>
              <w:jc w:val="center"/>
            </w:pPr>
            <w:r>
              <w:rPr>
                <w:b/>
                <w:sz w:val="15"/>
              </w:rPr>
              <w:t>AAMR</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81A4F2" w14:textId="77777777" w:rsidR="003B3005" w:rsidRDefault="00000000">
            <w:pPr>
              <w:spacing w:line="240" w:lineRule="auto"/>
              <w:jc w:val="center"/>
            </w:pPr>
            <w:r>
              <w:rPr>
                <w:b/>
                <w:sz w:val="15"/>
              </w:rPr>
              <w:t>Lower 95% CI</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A1CAC7" w14:textId="77777777" w:rsidR="003B3005" w:rsidRDefault="00000000">
            <w:pPr>
              <w:spacing w:line="240" w:lineRule="auto"/>
              <w:jc w:val="center"/>
            </w:pPr>
            <w:r>
              <w:rPr>
                <w:b/>
                <w:sz w:val="15"/>
              </w:rPr>
              <w:t>Upper 95% CI</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ED1FAB" w14:textId="77777777" w:rsidR="003B3005" w:rsidRDefault="00000000">
            <w:pPr>
              <w:spacing w:line="240" w:lineRule="auto"/>
              <w:jc w:val="center"/>
            </w:pPr>
            <w:r>
              <w:rPr>
                <w:b/>
                <w:sz w:val="15"/>
              </w:rPr>
              <w:t>SE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E4A1C2" w14:textId="77777777" w:rsidR="003B3005" w:rsidRDefault="00000000">
            <w:pPr>
              <w:spacing w:line="240" w:lineRule="auto"/>
              <w:jc w:val="center"/>
            </w:pPr>
            <w:r>
              <w:rPr>
                <w:b/>
                <w:sz w:val="15"/>
              </w:rPr>
              <w:t>Status</w:t>
            </w:r>
          </w:p>
        </w:tc>
      </w:tr>
      <w:tr w:rsidR="003B3005" w14:paraId="5557C2F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A061B7" w14:textId="77777777" w:rsidR="003B3005" w:rsidRDefault="00000000">
            <w:pPr>
              <w:spacing w:line="240" w:lineRule="auto"/>
            </w:pPr>
            <w:r>
              <w:rPr>
                <w:sz w:val="15"/>
              </w:rPr>
              <w:lastRenderedPageBreak/>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D162CC" w14:textId="77777777" w:rsidR="003B3005" w:rsidRDefault="00000000">
            <w:pPr>
              <w:spacing w:line="240" w:lineRule="auto"/>
              <w:jc w:val="center"/>
            </w:pPr>
            <w:r>
              <w:rPr>
                <w:sz w:val="15"/>
              </w:rPr>
              <w:t>1999</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C82A97" w14:textId="77777777" w:rsidR="003B3005" w:rsidRDefault="00000000">
            <w:pPr>
              <w:spacing w:line="240" w:lineRule="auto"/>
              <w:jc w:val="center"/>
            </w:pPr>
            <w:r>
              <w:rPr>
                <w:sz w:val="15"/>
              </w:rPr>
              <w:t>Suppressed</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16ADB6" w14:textId="77777777" w:rsidR="003B3005" w:rsidRDefault="00000000">
            <w:pPr>
              <w:spacing w:line="240" w:lineRule="auto"/>
              <w:jc w:val="center"/>
            </w:pPr>
            <w:r>
              <w:rPr>
                <w:sz w:val="15"/>
              </w:rPr>
              <w:t>1243850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12E433" w14:textId="77777777" w:rsidR="003B3005" w:rsidRDefault="00000000">
            <w:pPr>
              <w:spacing w:line="240" w:lineRule="auto"/>
              <w:jc w:val="center"/>
            </w:pPr>
            <w:r>
              <w:rPr>
                <w:sz w:val="15"/>
              </w:rPr>
              <w:t>Suppressed</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C96481" w14:textId="77777777" w:rsidR="003B3005" w:rsidRDefault="00000000">
            <w:pPr>
              <w:spacing w:line="240" w:lineRule="auto"/>
              <w:jc w:val="center"/>
            </w:pPr>
            <w:r>
              <w:rPr>
                <w:sz w:val="15"/>
              </w:rPr>
              <w:t>Suppressed</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215286" w14:textId="77777777" w:rsidR="003B3005" w:rsidRDefault="00000000">
            <w:pPr>
              <w:spacing w:line="240" w:lineRule="auto"/>
              <w:jc w:val="center"/>
            </w:pPr>
            <w:r>
              <w:rPr>
                <w:sz w:val="15"/>
              </w:rPr>
              <w:t>Suppressed</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67B839" w14:textId="77777777" w:rsidR="003B3005" w:rsidRDefault="00000000">
            <w:pPr>
              <w:spacing w:line="240" w:lineRule="auto"/>
              <w:jc w:val="center"/>
            </w:pPr>
            <w:r>
              <w:rPr>
                <w:sz w:val="15"/>
              </w:rPr>
              <w:t>Suppressed</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1323F9" w14:textId="77777777" w:rsidR="003B3005" w:rsidRDefault="00000000">
            <w:pPr>
              <w:spacing w:line="240" w:lineRule="auto"/>
              <w:jc w:val="center"/>
            </w:pPr>
            <w:r>
              <w:rPr>
                <w:sz w:val="15"/>
              </w:rPr>
              <w:t>Suppressed</w:t>
            </w:r>
          </w:p>
        </w:tc>
      </w:tr>
      <w:tr w:rsidR="003B3005" w14:paraId="5D6E078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DEC6A9"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7807D3" w14:textId="77777777" w:rsidR="003B3005" w:rsidRDefault="00000000">
            <w:pPr>
              <w:spacing w:line="240" w:lineRule="auto"/>
              <w:jc w:val="center"/>
            </w:pPr>
            <w:r>
              <w:rPr>
                <w:sz w:val="15"/>
              </w:rPr>
              <w:t>2000</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D11FF7" w14:textId="77777777" w:rsidR="003B3005" w:rsidRDefault="00000000">
            <w:pPr>
              <w:spacing w:line="240" w:lineRule="auto"/>
              <w:jc w:val="center"/>
            </w:pPr>
            <w:r>
              <w:rPr>
                <w:sz w:val="15"/>
              </w:rPr>
              <w:t>11</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C4194E" w14:textId="77777777" w:rsidR="003B3005" w:rsidRDefault="00000000">
            <w:pPr>
              <w:spacing w:line="240" w:lineRule="auto"/>
              <w:jc w:val="center"/>
            </w:pPr>
            <w:r>
              <w:rPr>
                <w:sz w:val="15"/>
              </w:rPr>
              <w:t>1293461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0B7F41" w14:textId="77777777" w:rsidR="003B3005" w:rsidRDefault="00000000">
            <w:pPr>
              <w:spacing w:line="240" w:lineRule="auto"/>
              <w:jc w:val="center"/>
            </w:pPr>
            <w:r>
              <w:rPr>
                <w:sz w:val="15"/>
              </w:rPr>
              <w:t>Unreliable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1DCA1D" w14:textId="77777777" w:rsidR="003B3005" w:rsidRDefault="00000000">
            <w:pPr>
              <w:spacing w:line="240" w:lineRule="auto"/>
              <w:jc w:val="center"/>
            </w:pPr>
            <w:r>
              <w:rPr>
                <w:sz w:val="15"/>
              </w:rPr>
              <w:t>0.5473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DF8AC9" w14:textId="77777777" w:rsidR="003B3005" w:rsidRDefault="00000000">
            <w:pPr>
              <w:spacing w:line="240" w:lineRule="auto"/>
              <w:jc w:val="center"/>
            </w:pPr>
            <w:r>
              <w:rPr>
                <w:sz w:val="15"/>
              </w:rPr>
              <w:t>2.0989</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DC091A" w14:textId="77777777" w:rsidR="003B3005" w:rsidRDefault="00000000">
            <w:pPr>
              <w:spacing w:line="240" w:lineRule="auto"/>
              <w:jc w:val="center"/>
            </w:pPr>
            <w:r>
              <w:rPr>
                <w:sz w:val="15"/>
              </w:rPr>
              <w:t>0.3623</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55FA3E" w14:textId="77777777" w:rsidR="003B3005" w:rsidRDefault="00000000">
            <w:pPr>
              <w:spacing w:line="240" w:lineRule="auto"/>
              <w:jc w:val="center"/>
            </w:pPr>
            <w:r>
              <w:rPr>
                <w:sz w:val="15"/>
              </w:rPr>
              <w:t>Unreliable</w:t>
            </w:r>
          </w:p>
        </w:tc>
      </w:tr>
      <w:tr w:rsidR="003B3005" w14:paraId="62BE3C6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2361D7"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6D5DDB" w14:textId="77777777" w:rsidR="003B3005" w:rsidRDefault="00000000">
            <w:pPr>
              <w:spacing w:line="240" w:lineRule="auto"/>
              <w:jc w:val="center"/>
            </w:pPr>
            <w:r>
              <w:rPr>
                <w:sz w:val="15"/>
              </w:rPr>
              <w:t>2001</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B671D9" w14:textId="77777777" w:rsidR="003B3005" w:rsidRDefault="00000000">
            <w:pPr>
              <w:spacing w:line="240" w:lineRule="auto"/>
              <w:jc w:val="center"/>
            </w:pPr>
            <w:r>
              <w:rPr>
                <w:sz w:val="15"/>
              </w:rPr>
              <w:t>12</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3A8320" w14:textId="77777777" w:rsidR="003B3005" w:rsidRDefault="00000000">
            <w:pPr>
              <w:spacing w:line="240" w:lineRule="auto"/>
              <w:jc w:val="center"/>
            </w:pPr>
            <w:r>
              <w:rPr>
                <w:sz w:val="15"/>
              </w:rPr>
              <w:t>1307212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C52EAD" w14:textId="77777777" w:rsidR="003B3005" w:rsidRDefault="00000000">
            <w:pPr>
              <w:spacing w:line="240" w:lineRule="auto"/>
              <w:jc w:val="center"/>
            </w:pPr>
            <w:r>
              <w:rPr>
                <w:sz w:val="15"/>
              </w:rPr>
              <w:t>Unreliable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9C8AB2" w14:textId="77777777" w:rsidR="003B3005" w:rsidRDefault="00000000">
            <w:pPr>
              <w:spacing w:line="240" w:lineRule="auto"/>
              <w:jc w:val="center"/>
            </w:pPr>
            <w:r>
              <w:rPr>
                <w:sz w:val="15"/>
              </w:rPr>
              <w:t>0.4438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81C56D" w14:textId="77777777" w:rsidR="003B3005" w:rsidRDefault="00000000">
            <w:pPr>
              <w:spacing w:line="240" w:lineRule="auto"/>
              <w:jc w:val="center"/>
            </w:pPr>
            <w:r>
              <w:rPr>
                <w:sz w:val="15"/>
              </w:rPr>
              <w:t>1.5004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7FBC9E" w14:textId="77777777" w:rsidR="003B3005" w:rsidRDefault="00000000">
            <w:pPr>
              <w:spacing w:line="240" w:lineRule="auto"/>
              <w:jc w:val="center"/>
            </w:pPr>
            <w:r>
              <w:rPr>
                <w:sz w:val="15"/>
              </w:rPr>
              <w:t>0.2491</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73C0F5" w14:textId="77777777" w:rsidR="003B3005" w:rsidRDefault="00000000">
            <w:pPr>
              <w:spacing w:line="240" w:lineRule="auto"/>
              <w:jc w:val="center"/>
            </w:pPr>
            <w:r>
              <w:rPr>
                <w:sz w:val="15"/>
              </w:rPr>
              <w:t>Unreliable</w:t>
            </w:r>
          </w:p>
        </w:tc>
      </w:tr>
      <w:tr w:rsidR="003B3005" w14:paraId="1DED90C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1F8373"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029251" w14:textId="77777777" w:rsidR="003B3005" w:rsidRDefault="00000000">
            <w:pPr>
              <w:spacing w:line="240" w:lineRule="auto"/>
              <w:jc w:val="center"/>
            </w:pPr>
            <w:r>
              <w:rPr>
                <w:sz w:val="15"/>
              </w:rPr>
              <w:t>2002</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B40877" w14:textId="77777777" w:rsidR="003B3005" w:rsidRDefault="00000000">
            <w:pPr>
              <w:spacing w:line="240" w:lineRule="auto"/>
              <w:jc w:val="center"/>
            </w:pPr>
            <w:r>
              <w:rPr>
                <w:sz w:val="15"/>
              </w:rPr>
              <w:t>13</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B58B4F" w14:textId="77777777" w:rsidR="003B3005" w:rsidRDefault="00000000">
            <w:pPr>
              <w:spacing w:line="240" w:lineRule="auto"/>
              <w:jc w:val="center"/>
            </w:pPr>
            <w:r>
              <w:rPr>
                <w:sz w:val="15"/>
              </w:rPr>
              <w:t>1325864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AE1384" w14:textId="77777777" w:rsidR="003B3005" w:rsidRDefault="00000000">
            <w:pPr>
              <w:spacing w:line="240" w:lineRule="auto"/>
              <w:jc w:val="center"/>
            </w:pPr>
            <w:r>
              <w:rPr>
                <w:sz w:val="15"/>
              </w:rPr>
              <w:t>Unreliable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2F832C" w14:textId="77777777" w:rsidR="003B3005" w:rsidRDefault="00000000">
            <w:pPr>
              <w:spacing w:line="240" w:lineRule="auto"/>
              <w:jc w:val="center"/>
            </w:pPr>
            <w:r>
              <w:rPr>
                <w:sz w:val="15"/>
              </w:rPr>
              <w:t>0.5474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C80F1F" w14:textId="77777777" w:rsidR="003B3005" w:rsidRDefault="00000000">
            <w:pPr>
              <w:spacing w:line="240" w:lineRule="auto"/>
              <w:jc w:val="center"/>
            </w:pPr>
            <w:r>
              <w:rPr>
                <w:sz w:val="15"/>
              </w:rPr>
              <w:t>1.8505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F8CD75" w14:textId="77777777" w:rsidR="003B3005" w:rsidRDefault="00000000">
            <w:pPr>
              <w:spacing w:line="240" w:lineRule="auto"/>
              <w:jc w:val="center"/>
            </w:pPr>
            <w:r>
              <w:rPr>
                <w:sz w:val="15"/>
              </w:rPr>
              <w:t>0.3077</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EF005B" w14:textId="77777777" w:rsidR="003B3005" w:rsidRDefault="00000000">
            <w:pPr>
              <w:spacing w:line="240" w:lineRule="auto"/>
              <w:jc w:val="center"/>
            </w:pPr>
            <w:r>
              <w:rPr>
                <w:sz w:val="15"/>
              </w:rPr>
              <w:t>Unreliable</w:t>
            </w:r>
          </w:p>
        </w:tc>
      </w:tr>
      <w:tr w:rsidR="003B3005" w14:paraId="3265B9F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D712F5"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FF087B" w14:textId="77777777" w:rsidR="003B3005" w:rsidRDefault="00000000">
            <w:pPr>
              <w:spacing w:line="240" w:lineRule="auto"/>
              <w:jc w:val="center"/>
            </w:pPr>
            <w:r>
              <w:rPr>
                <w:sz w:val="15"/>
              </w:rPr>
              <w:t>2003</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F561D4" w14:textId="77777777" w:rsidR="003B3005" w:rsidRDefault="00000000">
            <w:pPr>
              <w:spacing w:line="240" w:lineRule="auto"/>
              <w:jc w:val="center"/>
            </w:pPr>
            <w:r>
              <w:rPr>
                <w:sz w:val="15"/>
              </w:rPr>
              <w:t>14</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B6C155" w14:textId="77777777" w:rsidR="003B3005" w:rsidRDefault="00000000">
            <w:pPr>
              <w:spacing w:line="240" w:lineRule="auto"/>
              <w:jc w:val="center"/>
            </w:pPr>
            <w:r>
              <w:rPr>
                <w:sz w:val="15"/>
              </w:rPr>
              <w:t>1343849</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23A003" w14:textId="77777777" w:rsidR="003B3005" w:rsidRDefault="00000000">
            <w:pPr>
              <w:spacing w:line="240" w:lineRule="auto"/>
              <w:jc w:val="center"/>
            </w:pPr>
            <w:r>
              <w:rPr>
                <w:sz w:val="15"/>
              </w:rPr>
              <w:t>Unreliable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BE6D88" w14:textId="77777777" w:rsidR="003B3005" w:rsidRDefault="00000000">
            <w:pPr>
              <w:spacing w:line="240" w:lineRule="auto"/>
              <w:jc w:val="center"/>
            </w:pPr>
            <w:r>
              <w:rPr>
                <w:sz w:val="15"/>
              </w:rPr>
              <w:t>0.6017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7CB71A" w14:textId="77777777" w:rsidR="003B3005" w:rsidRDefault="00000000">
            <w:pPr>
              <w:spacing w:line="240" w:lineRule="auto"/>
              <w:jc w:val="center"/>
            </w:pPr>
            <w:r>
              <w:rPr>
                <w:sz w:val="15"/>
              </w:rPr>
              <w:t>2.0340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8918DE" w14:textId="77777777" w:rsidR="003B3005" w:rsidRDefault="00000000">
            <w:pPr>
              <w:spacing w:line="240" w:lineRule="auto"/>
              <w:jc w:val="center"/>
            </w:pPr>
            <w:r>
              <w:rPr>
                <w:sz w:val="15"/>
              </w:rPr>
              <w:t>0.3333</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8BCDDE" w14:textId="77777777" w:rsidR="003B3005" w:rsidRDefault="00000000">
            <w:pPr>
              <w:spacing w:line="240" w:lineRule="auto"/>
              <w:jc w:val="center"/>
            </w:pPr>
            <w:r>
              <w:rPr>
                <w:sz w:val="15"/>
              </w:rPr>
              <w:t>Unreliable</w:t>
            </w:r>
          </w:p>
        </w:tc>
      </w:tr>
      <w:tr w:rsidR="003B3005" w14:paraId="625EF6F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9BACAC"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3BEC99" w14:textId="77777777" w:rsidR="003B3005" w:rsidRDefault="00000000">
            <w:pPr>
              <w:spacing w:line="240" w:lineRule="auto"/>
              <w:jc w:val="center"/>
            </w:pPr>
            <w:r>
              <w:rPr>
                <w:sz w:val="15"/>
              </w:rPr>
              <w:t>2004</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F06034" w14:textId="77777777" w:rsidR="003B3005" w:rsidRDefault="00000000">
            <w:pPr>
              <w:spacing w:line="240" w:lineRule="auto"/>
              <w:jc w:val="center"/>
            </w:pPr>
            <w:r>
              <w:rPr>
                <w:sz w:val="15"/>
              </w:rPr>
              <w:t>Suppressed</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A794B0" w14:textId="77777777" w:rsidR="003B3005" w:rsidRDefault="00000000">
            <w:pPr>
              <w:spacing w:line="240" w:lineRule="auto"/>
              <w:jc w:val="center"/>
            </w:pPr>
            <w:r>
              <w:rPr>
                <w:sz w:val="15"/>
              </w:rPr>
              <w:t>1364416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00100E" w14:textId="77777777" w:rsidR="003B3005" w:rsidRDefault="00000000">
            <w:pPr>
              <w:spacing w:line="240" w:lineRule="auto"/>
              <w:jc w:val="center"/>
            </w:pPr>
            <w:r>
              <w:rPr>
                <w:sz w:val="15"/>
              </w:rPr>
              <w:t>Suppressed</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74ED7B" w14:textId="77777777" w:rsidR="003B3005" w:rsidRDefault="00000000">
            <w:pPr>
              <w:spacing w:line="240" w:lineRule="auto"/>
              <w:jc w:val="center"/>
            </w:pPr>
            <w:r>
              <w:rPr>
                <w:sz w:val="15"/>
              </w:rPr>
              <w:t>Suppressed</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C78662" w14:textId="77777777" w:rsidR="003B3005" w:rsidRDefault="00000000">
            <w:pPr>
              <w:spacing w:line="240" w:lineRule="auto"/>
              <w:jc w:val="center"/>
            </w:pPr>
            <w:r>
              <w:rPr>
                <w:sz w:val="15"/>
              </w:rPr>
              <w:t>Suppressed</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7B63BA" w14:textId="77777777" w:rsidR="003B3005" w:rsidRDefault="00000000">
            <w:pPr>
              <w:spacing w:line="240" w:lineRule="auto"/>
              <w:jc w:val="center"/>
            </w:pPr>
            <w:r>
              <w:rPr>
                <w:sz w:val="15"/>
              </w:rPr>
              <w:t>Suppressed</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AD8F4B" w14:textId="77777777" w:rsidR="003B3005" w:rsidRDefault="00000000">
            <w:pPr>
              <w:spacing w:line="240" w:lineRule="auto"/>
              <w:jc w:val="center"/>
            </w:pPr>
            <w:r>
              <w:rPr>
                <w:sz w:val="15"/>
              </w:rPr>
              <w:t>Suppressed</w:t>
            </w:r>
          </w:p>
        </w:tc>
      </w:tr>
      <w:tr w:rsidR="003B3005" w14:paraId="1DBC7EA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35C0A4"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2C3C07" w14:textId="77777777" w:rsidR="003B3005" w:rsidRDefault="00000000">
            <w:pPr>
              <w:spacing w:line="240" w:lineRule="auto"/>
              <w:jc w:val="center"/>
            </w:pPr>
            <w:r>
              <w:rPr>
                <w:sz w:val="15"/>
              </w:rPr>
              <w:t>2005</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07BA54" w14:textId="77777777" w:rsidR="003B3005" w:rsidRDefault="00000000">
            <w:pPr>
              <w:spacing w:line="240" w:lineRule="auto"/>
              <w:jc w:val="center"/>
            </w:pPr>
            <w:r>
              <w:rPr>
                <w:sz w:val="15"/>
              </w:rPr>
              <w:t>18</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83DD90" w14:textId="77777777" w:rsidR="003B3005" w:rsidRDefault="00000000">
            <w:pPr>
              <w:spacing w:line="240" w:lineRule="auto"/>
              <w:jc w:val="center"/>
            </w:pPr>
            <w:r>
              <w:rPr>
                <w:sz w:val="15"/>
              </w:rPr>
              <w:t>1387305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D7CE3C" w14:textId="77777777" w:rsidR="003B3005" w:rsidRDefault="00000000">
            <w:pPr>
              <w:spacing w:line="240" w:lineRule="auto"/>
              <w:jc w:val="center"/>
            </w:pPr>
            <w:r>
              <w:rPr>
                <w:sz w:val="15"/>
              </w:rPr>
              <w:t>Unreliable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0F7D15" w14:textId="77777777" w:rsidR="003B3005" w:rsidRDefault="00000000">
            <w:pPr>
              <w:spacing w:line="240" w:lineRule="auto"/>
              <w:jc w:val="center"/>
            </w:pPr>
            <w:r>
              <w:rPr>
                <w:sz w:val="15"/>
              </w:rPr>
              <w:t>0.7026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3E6BB1" w14:textId="77777777" w:rsidR="003B3005" w:rsidRDefault="00000000">
            <w:pPr>
              <w:spacing w:line="240" w:lineRule="auto"/>
              <w:jc w:val="center"/>
            </w:pPr>
            <w:r>
              <w:rPr>
                <w:sz w:val="15"/>
              </w:rPr>
              <w:t>1.8737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B62FB4" w14:textId="77777777" w:rsidR="003B3005" w:rsidRDefault="00000000">
            <w:pPr>
              <w:spacing w:line="240" w:lineRule="auto"/>
              <w:jc w:val="center"/>
            </w:pPr>
            <w:r>
              <w:rPr>
                <w:sz w:val="15"/>
              </w:rPr>
              <w:t>0.2822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50F464" w14:textId="77777777" w:rsidR="003B3005" w:rsidRDefault="00000000">
            <w:pPr>
              <w:spacing w:line="240" w:lineRule="auto"/>
              <w:jc w:val="center"/>
            </w:pPr>
            <w:r>
              <w:rPr>
                <w:sz w:val="15"/>
              </w:rPr>
              <w:t>Unreliable</w:t>
            </w:r>
          </w:p>
        </w:tc>
      </w:tr>
      <w:tr w:rsidR="003B3005" w14:paraId="6D7913D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540D88"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980914" w14:textId="77777777" w:rsidR="003B3005" w:rsidRDefault="00000000">
            <w:pPr>
              <w:spacing w:line="240" w:lineRule="auto"/>
              <w:jc w:val="center"/>
            </w:pPr>
            <w:r>
              <w:rPr>
                <w:sz w:val="15"/>
              </w:rPr>
              <w:t>2006</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A1029C" w14:textId="77777777" w:rsidR="003B3005" w:rsidRDefault="00000000">
            <w:pPr>
              <w:spacing w:line="240" w:lineRule="auto"/>
              <w:jc w:val="center"/>
            </w:pPr>
            <w:r>
              <w:rPr>
                <w:sz w:val="15"/>
              </w:rPr>
              <w:t>14</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EDD2F2" w14:textId="77777777" w:rsidR="003B3005" w:rsidRDefault="00000000">
            <w:pPr>
              <w:spacing w:line="240" w:lineRule="auto"/>
              <w:jc w:val="center"/>
            </w:pPr>
            <w:r>
              <w:rPr>
                <w:sz w:val="15"/>
              </w:rPr>
              <w:t>1410814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C25133" w14:textId="77777777" w:rsidR="003B3005" w:rsidRDefault="00000000">
            <w:pPr>
              <w:spacing w:line="240" w:lineRule="auto"/>
              <w:jc w:val="center"/>
            </w:pPr>
            <w:r>
              <w:rPr>
                <w:sz w:val="15"/>
              </w:rPr>
              <w:t>Unreliable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B1EFB6" w14:textId="77777777" w:rsidR="003B3005" w:rsidRDefault="00000000">
            <w:pPr>
              <w:spacing w:line="240" w:lineRule="auto"/>
              <w:jc w:val="center"/>
            </w:pPr>
            <w:r>
              <w:rPr>
                <w:sz w:val="15"/>
              </w:rPr>
              <w:t>0.6136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45FF53" w14:textId="77777777" w:rsidR="003B3005" w:rsidRDefault="00000000">
            <w:pPr>
              <w:spacing w:line="240" w:lineRule="auto"/>
              <w:jc w:val="center"/>
            </w:pPr>
            <w:r>
              <w:rPr>
                <w:sz w:val="15"/>
              </w:rPr>
              <w:t>2.0745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60BD57" w14:textId="77777777" w:rsidR="003B3005" w:rsidRDefault="00000000">
            <w:pPr>
              <w:spacing w:line="240" w:lineRule="auto"/>
              <w:jc w:val="center"/>
            </w:pPr>
            <w:r>
              <w:rPr>
                <w:sz w:val="15"/>
              </w:rPr>
              <w:t>0.3387</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4C7032" w14:textId="77777777" w:rsidR="003B3005" w:rsidRDefault="00000000">
            <w:pPr>
              <w:spacing w:line="240" w:lineRule="auto"/>
              <w:jc w:val="center"/>
            </w:pPr>
            <w:r>
              <w:rPr>
                <w:sz w:val="15"/>
              </w:rPr>
              <w:t>Unreliable</w:t>
            </w:r>
          </w:p>
        </w:tc>
      </w:tr>
      <w:tr w:rsidR="003B3005" w14:paraId="5B8F99E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FB0BAD"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FBCD55" w14:textId="77777777" w:rsidR="003B3005" w:rsidRDefault="00000000">
            <w:pPr>
              <w:spacing w:line="240" w:lineRule="auto"/>
              <w:jc w:val="center"/>
            </w:pPr>
            <w:r>
              <w:rPr>
                <w:sz w:val="15"/>
              </w:rPr>
              <w:t>2007</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00F56C" w14:textId="77777777" w:rsidR="003B3005" w:rsidRDefault="00000000">
            <w:pPr>
              <w:spacing w:line="240" w:lineRule="auto"/>
              <w:jc w:val="center"/>
            </w:pPr>
            <w:r>
              <w:rPr>
                <w:sz w:val="15"/>
              </w:rPr>
              <w:t>20</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D3E4E8" w14:textId="77777777" w:rsidR="003B3005" w:rsidRDefault="00000000">
            <w:pPr>
              <w:spacing w:line="240" w:lineRule="auto"/>
              <w:jc w:val="center"/>
            </w:pPr>
            <w:r>
              <w:rPr>
                <w:sz w:val="15"/>
              </w:rPr>
              <w:t>1434577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018CB9" w14:textId="77777777" w:rsidR="003B3005" w:rsidRDefault="00000000">
            <w:pPr>
              <w:spacing w:line="240" w:lineRule="auto"/>
              <w:jc w:val="center"/>
            </w:pPr>
            <w:r>
              <w:rPr>
                <w:sz w:val="15"/>
              </w:rPr>
              <w:t>1.4818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805305" w14:textId="77777777" w:rsidR="003B3005" w:rsidRDefault="00000000">
            <w:pPr>
              <w:spacing w:line="240" w:lineRule="auto"/>
              <w:jc w:val="center"/>
            </w:pPr>
            <w:r>
              <w:rPr>
                <w:sz w:val="15"/>
              </w:rPr>
              <w:t>0.8782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FDE166" w14:textId="77777777" w:rsidR="003B3005" w:rsidRDefault="00000000">
            <w:pPr>
              <w:spacing w:line="240" w:lineRule="auto"/>
              <w:jc w:val="center"/>
            </w:pPr>
            <w:r>
              <w:rPr>
                <w:sz w:val="15"/>
              </w:rPr>
              <w:t>2.3419</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BCFD1E" w14:textId="77777777" w:rsidR="003B3005" w:rsidRDefault="00000000">
            <w:pPr>
              <w:spacing w:line="240" w:lineRule="auto"/>
              <w:jc w:val="center"/>
            </w:pPr>
            <w:r>
              <w:rPr>
                <w:sz w:val="15"/>
              </w:rPr>
              <w:t>0.3479</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473381" w14:textId="77777777" w:rsidR="003B3005" w:rsidRDefault="00000000">
            <w:pPr>
              <w:spacing w:line="240" w:lineRule="auto"/>
              <w:jc w:val="center"/>
            </w:pPr>
            <w:r>
              <w:rPr>
                <w:sz w:val="15"/>
              </w:rPr>
              <w:t>Reliable</w:t>
            </w:r>
          </w:p>
        </w:tc>
      </w:tr>
      <w:tr w:rsidR="003B3005" w14:paraId="1384B07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101C0B"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10A5C5" w14:textId="77777777" w:rsidR="003B3005" w:rsidRDefault="00000000">
            <w:pPr>
              <w:spacing w:line="240" w:lineRule="auto"/>
              <w:jc w:val="center"/>
            </w:pPr>
            <w:r>
              <w:rPr>
                <w:sz w:val="15"/>
              </w:rPr>
              <w:t>2008</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B42CE3" w14:textId="77777777" w:rsidR="003B3005" w:rsidRDefault="00000000">
            <w:pPr>
              <w:spacing w:line="240" w:lineRule="auto"/>
              <w:jc w:val="center"/>
            </w:pPr>
            <w:r>
              <w:rPr>
                <w:sz w:val="15"/>
              </w:rPr>
              <w:t>13</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2AF4C2" w14:textId="77777777" w:rsidR="003B3005" w:rsidRDefault="00000000">
            <w:pPr>
              <w:spacing w:line="240" w:lineRule="auto"/>
              <w:jc w:val="center"/>
            </w:pPr>
            <w:r>
              <w:rPr>
                <w:sz w:val="15"/>
              </w:rPr>
              <w:t>1460440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FC665A" w14:textId="77777777" w:rsidR="003B3005" w:rsidRDefault="00000000">
            <w:pPr>
              <w:spacing w:line="240" w:lineRule="auto"/>
              <w:jc w:val="center"/>
            </w:pPr>
            <w:r>
              <w:rPr>
                <w:sz w:val="15"/>
              </w:rPr>
              <w:t>Unreliable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EF8D85" w14:textId="77777777" w:rsidR="003B3005" w:rsidRDefault="00000000">
            <w:pPr>
              <w:spacing w:line="240" w:lineRule="auto"/>
              <w:jc w:val="center"/>
            </w:pPr>
            <w:r>
              <w:rPr>
                <w:sz w:val="15"/>
              </w:rPr>
              <w:t>0.4556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1506B4" w14:textId="77777777" w:rsidR="003B3005" w:rsidRDefault="00000000">
            <w:pPr>
              <w:spacing w:line="240" w:lineRule="auto"/>
              <w:jc w:val="center"/>
            </w:pPr>
            <w:r>
              <w:rPr>
                <w:sz w:val="15"/>
              </w:rPr>
              <w:t>1.5402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AEE3A1" w14:textId="77777777" w:rsidR="003B3005" w:rsidRDefault="00000000">
            <w:pPr>
              <w:spacing w:line="240" w:lineRule="auto"/>
              <w:jc w:val="center"/>
            </w:pPr>
            <w:r>
              <w:rPr>
                <w:sz w:val="15"/>
              </w:rPr>
              <w:t>0.2494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5F9930" w14:textId="77777777" w:rsidR="003B3005" w:rsidRDefault="00000000">
            <w:pPr>
              <w:spacing w:line="240" w:lineRule="auto"/>
              <w:jc w:val="center"/>
            </w:pPr>
            <w:r>
              <w:rPr>
                <w:sz w:val="15"/>
              </w:rPr>
              <w:t>Unreliable</w:t>
            </w:r>
          </w:p>
        </w:tc>
      </w:tr>
      <w:tr w:rsidR="003B3005" w14:paraId="40A7864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727987"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AD2802" w14:textId="77777777" w:rsidR="003B3005" w:rsidRDefault="00000000">
            <w:pPr>
              <w:spacing w:line="240" w:lineRule="auto"/>
              <w:jc w:val="center"/>
            </w:pPr>
            <w:r>
              <w:rPr>
                <w:sz w:val="15"/>
              </w:rPr>
              <w:t>2009</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E480CA" w14:textId="77777777" w:rsidR="003B3005" w:rsidRDefault="00000000">
            <w:pPr>
              <w:spacing w:line="240" w:lineRule="auto"/>
              <w:jc w:val="center"/>
            </w:pPr>
            <w:r>
              <w:rPr>
                <w:sz w:val="15"/>
              </w:rPr>
              <w:t>16</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2D715D" w14:textId="77777777" w:rsidR="003B3005" w:rsidRDefault="00000000">
            <w:pPr>
              <w:spacing w:line="240" w:lineRule="auto"/>
              <w:jc w:val="center"/>
            </w:pPr>
            <w:r>
              <w:rPr>
                <w:sz w:val="15"/>
              </w:rPr>
              <w:t>1485009</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62EE86" w14:textId="77777777" w:rsidR="003B3005" w:rsidRDefault="00000000">
            <w:pPr>
              <w:spacing w:line="240" w:lineRule="auto"/>
              <w:jc w:val="center"/>
            </w:pPr>
            <w:r>
              <w:rPr>
                <w:sz w:val="15"/>
              </w:rPr>
              <w:t>Unreliable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65808C" w14:textId="77777777" w:rsidR="003B3005" w:rsidRDefault="00000000">
            <w:pPr>
              <w:spacing w:line="240" w:lineRule="auto"/>
              <w:jc w:val="center"/>
            </w:pPr>
            <w:r>
              <w:rPr>
                <w:sz w:val="15"/>
              </w:rPr>
              <w:t>0.6304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01239F" w14:textId="77777777" w:rsidR="003B3005" w:rsidRDefault="00000000">
            <w:pPr>
              <w:spacing w:line="240" w:lineRule="auto"/>
              <w:jc w:val="center"/>
            </w:pPr>
            <w:r>
              <w:rPr>
                <w:sz w:val="15"/>
              </w:rPr>
              <w:t>1.7911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C05D68" w14:textId="77777777" w:rsidR="003B3005" w:rsidRDefault="00000000">
            <w:pPr>
              <w:spacing w:line="240" w:lineRule="auto"/>
              <w:jc w:val="center"/>
            </w:pPr>
            <w:r>
              <w:rPr>
                <w:sz w:val="15"/>
              </w:rPr>
              <w:t>0.2778</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CC4609" w14:textId="77777777" w:rsidR="003B3005" w:rsidRDefault="00000000">
            <w:pPr>
              <w:spacing w:line="240" w:lineRule="auto"/>
              <w:jc w:val="center"/>
            </w:pPr>
            <w:r>
              <w:rPr>
                <w:sz w:val="15"/>
              </w:rPr>
              <w:t>Unreliable</w:t>
            </w:r>
          </w:p>
        </w:tc>
      </w:tr>
      <w:tr w:rsidR="003B3005" w14:paraId="2533280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D76F24"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CFA300" w14:textId="77777777" w:rsidR="003B3005" w:rsidRDefault="00000000">
            <w:pPr>
              <w:spacing w:line="240" w:lineRule="auto"/>
              <w:jc w:val="center"/>
            </w:pPr>
            <w:r>
              <w:rPr>
                <w:sz w:val="15"/>
              </w:rPr>
              <w:t>2010</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AD18A3" w14:textId="77777777" w:rsidR="003B3005" w:rsidRDefault="00000000">
            <w:pPr>
              <w:spacing w:line="240" w:lineRule="auto"/>
              <w:jc w:val="center"/>
            </w:pPr>
            <w:r>
              <w:rPr>
                <w:sz w:val="15"/>
              </w:rPr>
              <w:t>26</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96CC53" w14:textId="77777777" w:rsidR="003B3005" w:rsidRDefault="00000000">
            <w:pPr>
              <w:spacing w:line="240" w:lineRule="auto"/>
              <w:jc w:val="center"/>
            </w:pPr>
            <w:r>
              <w:rPr>
                <w:sz w:val="15"/>
              </w:rPr>
              <w:t>1503624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298550" w14:textId="77777777" w:rsidR="003B3005" w:rsidRDefault="00000000">
            <w:pPr>
              <w:spacing w:line="240" w:lineRule="auto"/>
              <w:jc w:val="center"/>
            </w:pPr>
            <w:r>
              <w:rPr>
                <w:sz w:val="15"/>
              </w:rPr>
              <w:t>1.6165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EC1CE4" w14:textId="77777777" w:rsidR="003B3005" w:rsidRDefault="00000000">
            <w:pPr>
              <w:spacing w:line="240" w:lineRule="auto"/>
              <w:jc w:val="center"/>
            </w:pPr>
            <w:r>
              <w:rPr>
                <w:sz w:val="15"/>
              </w:rPr>
              <w:t>1.0461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1D0D99" w14:textId="77777777" w:rsidR="003B3005" w:rsidRDefault="00000000">
            <w:pPr>
              <w:spacing w:line="240" w:lineRule="auto"/>
              <w:jc w:val="center"/>
            </w:pPr>
            <w:r>
              <w:rPr>
                <w:sz w:val="15"/>
              </w:rPr>
              <w:t>2.3863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9F9E52" w14:textId="77777777" w:rsidR="003B3005" w:rsidRDefault="00000000">
            <w:pPr>
              <w:spacing w:line="240" w:lineRule="auto"/>
              <w:jc w:val="center"/>
            </w:pPr>
            <w:r>
              <w:rPr>
                <w:sz w:val="15"/>
              </w:rPr>
              <w:t>0.3216</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896D4F" w14:textId="77777777" w:rsidR="003B3005" w:rsidRDefault="00000000">
            <w:pPr>
              <w:spacing w:line="240" w:lineRule="auto"/>
              <w:jc w:val="center"/>
            </w:pPr>
            <w:r>
              <w:rPr>
                <w:sz w:val="15"/>
              </w:rPr>
              <w:t>Reliable</w:t>
            </w:r>
          </w:p>
        </w:tc>
      </w:tr>
      <w:tr w:rsidR="003B3005" w14:paraId="74E0C2F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941E9D"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674719" w14:textId="77777777" w:rsidR="003B3005" w:rsidRDefault="00000000">
            <w:pPr>
              <w:spacing w:line="240" w:lineRule="auto"/>
              <w:jc w:val="center"/>
            </w:pPr>
            <w:r>
              <w:rPr>
                <w:sz w:val="15"/>
              </w:rPr>
              <w:t>2011</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1F70A8" w14:textId="77777777" w:rsidR="003B3005" w:rsidRDefault="00000000">
            <w:pPr>
              <w:spacing w:line="240" w:lineRule="auto"/>
              <w:jc w:val="center"/>
            </w:pPr>
            <w:r>
              <w:rPr>
                <w:sz w:val="15"/>
              </w:rPr>
              <w:t>28</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31D07E" w14:textId="77777777" w:rsidR="003B3005" w:rsidRDefault="00000000">
            <w:pPr>
              <w:spacing w:line="240" w:lineRule="auto"/>
              <w:jc w:val="center"/>
            </w:pPr>
            <w:r>
              <w:rPr>
                <w:sz w:val="15"/>
              </w:rPr>
              <w:t>1533376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186E88" w14:textId="77777777" w:rsidR="003B3005" w:rsidRDefault="00000000">
            <w:pPr>
              <w:spacing w:line="240" w:lineRule="auto"/>
              <w:jc w:val="center"/>
            </w:pPr>
            <w:r>
              <w:rPr>
                <w:sz w:val="15"/>
              </w:rPr>
              <w:t>1.9427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551B85" w14:textId="77777777" w:rsidR="003B3005" w:rsidRDefault="00000000">
            <w:pPr>
              <w:spacing w:line="240" w:lineRule="auto"/>
              <w:jc w:val="center"/>
            </w:pPr>
            <w:r>
              <w:rPr>
                <w:sz w:val="15"/>
              </w:rPr>
              <w:t>1.2690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0D750F" w14:textId="77777777" w:rsidR="003B3005" w:rsidRDefault="00000000">
            <w:pPr>
              <w:spacing w:line="240" w:lineRule="auto"/>
              <w:jc w:val="center"/>
            </w:pPr>
            <w:r>
              <w:rPr>
                <w:sz w:val="15"/>
              </w:rPr>
              <w:t>2.8464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50C60C" w14:textId="77777777" w:rsidR="003B3005" w:rsidRDefault="00000000">
            <w:pPr>
              <w:spacing w:line="240" w:lineRule="auto"/>
              <w:jc w:val="center"/>
            </w:pPr>
            <w:r>
              <w:rPr>
                <w:sz w:val="15"/>
              </w:rPr>
              <w:t>0.3827</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CA8F1B" w14:textId="77777777" w:rsidR="003B3005" w:rsidRDefault="00000000">
            <w:pPr>
              <w:spacing w:line="240" w:lineRule="auto"/>
              <w:jc w:val="center"/>
            </w:pPr>
            <w:r>
              <w:rPr>
                <w:sz w:val="15"/>
              </w:rPr>
              <w:t>Reliable</w:t>
            </w:r>
          </w:p>
        </w:tc>
      </w:tr>
      <w:tr w:rsidR="003B3005" w14:paraId="249B910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A56F59"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ADAAE1" w14:textId="77777777" w:rsidR="003B3005" w:rsidRDefault="00000000">
            <w:pPr>
              <w:spacing w:line="240" w:lineRule="auto"/>
              <w:jc w:val="center"/>
            </w:pPr>
            <w:r>
              <w:rPr>
                <w:sz w:val="15"/>
              </w:rPr>
              <w:t>2012</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817C30" w14:textId="77777777" w:rsidR="003B3005" w:rsidRDefault="00000000">
            <w:pPr>
              <w:spacing w:line="240" w:lineRule="auto"/>
              <w:jc w:val="center"/>
            </w:pPr>
            <w:r>
              <w:rPr>
                <w:sz w:val="15"/>
              </w:rPr>
              <w:t>30</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86206A" w14:textId="77777777" w:rsidR="003B3005" w:rsidRDefault="00000000">
            <w:pPr>
              <w:spacing w:line="240" w:lineRule="auto"/>
              <w:jc w:val="center"/>
            </w:pPr>
            <w:r>
              <w:rPr>
                <w:sz w:val="15"/>
              </w:rPr>
              <w:t>1556684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9680B0" w14:textId="77777777" w:rsidR="003B3005" w:rsidRDefault="00000000">
            <w:pPr>
              <w:spacing w:line="240" w:lineRule="auto"/>
              <w:jc w:val="center"/>
            </w:pPr>
            <w:r>
              <w:rPr>
                <w:sz w:val="15"/>
              </w:rPr>
              <w:t>1.9367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D3B548" w14:textId="77777777" w:rsidR="003B3005" w:rsidRDefault="00000000">
            <w:pPr>
              <w:spacing w:line="240" w:lineRule="auto"/>
              <w:jc w:val="center"/>
            </w:pPr>
            <w:r>
              <w:rPr>
                <w:sz w:val="15"/>
              </w:rPr>
              <w:t>1.2869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DE60B9" w14:textId="77777777" w:rsidR="003B3005" w:rsidRDefault="00000000">
            <w:pPr>
              <w:spacing w:line="240" w:lineRule="auto"/>
              <w:jc w:val="center"/>
            </w:pPr>
            <w:r>
              <w:rPr>
                <w:sz w:val="15"/>
              </w:rPr>
              <w:t>2.7991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3183AE" w14:textId="77777777" w:rsidR="003B3005" w:rsidRDefault="00000000">
            <w:pPr>
              <w:spacing w:line="240" w:lineRule="auto"/>
              <w:jc w:val="center"/>
            </w:pPr>
            <w:r>
              <w:rPr>
                <w:sz w:val="15"/>
              </w:rPr>
              <w:t>0.3690</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958853" w14:textId="77777777" w:rsidR="003B3005" w:rsidRDefault="00000000">
            <w:pPr>
              <w:spacing w:line="240" w:lineRule="auto"/>
              <w:jc w:val="center"/>
            </w:pPr>
            <w:r>
              <w:rPr>
                <w:sz w:val="15"/>
              </w:rPr>
              <w:t>Reliable</w:t>
            </w:r>
          </w:p>
        </w:tc>
      </w:tr>
      <w:tr w:rsidR="003B3005" w14:paraId="5612183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1767D8"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F7D369" w14:textId="77777777" w:rsidR="003B3005" w:rsidRDefault="00000000">
            <w:pPr>
              <w:spacing w:line="240" w:lineRule="auto"/>
              <w:jc w:val="center"/>
            </w:pPr>
            <w:r>
              <w:rPr>
                <w:sz w:val="15"/>
              </w:rPr>
              <w:t>2013</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764C6C" w14:textId="77777777" w:rsidR="003B3005" w:rsidRDefault="00000000">
            <w:pPr>
              <w:spacing w:line="240" w:lineRule="auto"/>
              <w:jc w:val="center"/>
            </w:pPr>
            <w:r>
              <w:rPr>
                <w:sz w:val="15"/>
              </w:rPr>
              <w:t>25</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5E8694" w14:textId="77777777" w:rsidR="003B3005" w:rsidRDefault="00000000">
            <w:pPr>
              <w:spacing w:line="240" w:lineRule="auto"/>
              <w:jc w:val="center"/>
            </w:pPr>
            <w:r>
              <w:rPr>
                <w:sz w:val="15"/>
              </w:rPr>
              <w:t>1581241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5DB037" w14:textId="77777777" w:rsidR="003B3005" w:rsidRDefault="00000000">
            <w:pPr>
              <w:spacing w:line="240" w:lineRule="auto"/>
              <w:jc w:val="center"/>
            </w:pPr>
            <w:r>
              <w:rPr>
                <w:sz w:val="15"/>
              </w:rPr>
              <w:t>1.6079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3DD64B" w14:textId="77777777" w:rsidR="003B3005" w:rsidRDefault="00000000">
            <w:pPr>
              <w:spacing w:line="240" w:lineRule="auto"/>
              <w:jc w:val="center"/>
            </w:pPr>
            <w:r>
              <w:rPr>
                <w:sz w:val="15"/>
              </w:rPr>
              <w:t>1.0193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52CA73" w14:textId="77777777" w:rsidR="003B3005" w:rsidRDefault="00000000">
            <w:pPr>
              <w:spacing w:line="240" w:lineRule="auto"/>
              <w:jc w:val="center"/>
            </w:pPr>
            <w:r>
              <w:rPr>
                <w:sz w:val="15"/>
              </w:rPr>
              <w:t>2.4126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2D5107" w14:textId="77777777" w:rsidR="003B3005" w:rsidRDefault="00000000">
            <w:pPr>
              <w:spacing w:line="240" w:lineRule="auto"/>
              <w:jc w:val="center"/>
            </w:pPr>
            <w:r>
              <w:rPr>
                <w:sz w:val="15"/>
              </w:rPr>
              <w:t>0.3375</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8A5CAD" w14:textId="77777777" w:rsidR="003B3005" w:rsidRDefault="00000000">
            <w:pPr>
              <w:spacing w:line="240" w:lineRule="auto"/>
              <w:jc w:val="center"/>
            </w:pPr>
            <w:r>
              <w:rPr>
                <w:sz w:val="15"/>
              </w:rPr>
              <w:t>Reliable</w:t>
            </w:r>
          </w:p>
        </w:tc>
      </w:tr>
      <w:tr w:rsidR="003B3005" w14:paraId="4AE969D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38A944"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C245A9" w14:textId="77777777" w:rsidR="003B3005" w:rsidRDefault="00000000">
            <w:pPr>
              <w:spacing w:line="240" w:lineRule="auto"/>
              <w:jc w:val="center"/>
            </w:pPr>
            <w:r>
              <w:rPr>
                <w:sz w:val="15"/>
              </w:rPr>
              <w:t>2014</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F72176" w14:textId="77777777" w:rsidR="003B3005" w:rsidRDefault="00000000">
            <w:pPr>
              <w:spacing w:line="240" w:lineRule="auto"/>
              <w:jc w:val="center"/>
            </w:pPr>
            <w:r>
              <w:rPr>
                <w:sz w:val="15"/>
              </w:rPr>
              <w:t>29</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CB8721" w14:textId="77777777" w:rsidR="003B3005" w:rsidRDefault="00000000">
            <w:pPr>
              <w:spacing w:line="240" w:lineRule="auto"/>
              <w:jc w:val="center"/>
            </w:pPr>
            <w:r>
              <w:rPr>
                <w:sz w:val="15"/>
              </w:rPr>
              <w:t>1608821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0BDFF8" w14:textId="77777777" w:rsidR="003B3005" w:rsidRDefault="00000000">
            <w:pPr>
              <w:spacing w:line="240" w:lineRule="auto"/>
              <w:jc w:val="center"/>
            </w:pPr>
            <w:r>
              <w:rPr>
                <w:sz w:val="15"/>
              </w:rPr>
              <w:t>1.9722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9C04E9" w14:textId="77777777" w:rsidR="003B3005" w:rsidRDefault="00000000">
            <w:pPr>
              <w:spacing w:line="240" w:lineRule="auto"/>
              <w:jc w:val="center"/>
            </w:pPr>
            <w:r>
              <w:rPr>
                <w:sz w:val="15"/>
              </w:rPr>
              <w:t>1.3105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7533FE" w14:textId="77777777" w:rsidR="003B3005" w:rsidRDefault="00000000">
            <w:pPr>
              <w:spacing w:line="240" w:lineRule="auto"/>
              <w:jc w:val="center"/>
            </w:pPr>
            <w:r>
              <w:rPr>
                <w:sz w:val="15"/>
              </w:rPr>
              <w:t>2.8503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58467A" w14:textId="77777777" w:rsidR="003B3005" w:rsidRDefault="00000000">
            <w:pPr>
              <w:spacing w:line="240" w:lineRule="auto"/>
              <w:jc w:val="center"/>
            </w:pPr>
            <w:r>
              <w:rPr>
                <w:sz w:val="15"/>
              </w:rPr>
              <w:t>0.3760</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94A0CA" w14:textId="77777777" w:rsidR="003B3005" w:rsidRDefault="00000000">
            <w:pPr>
              <w:spacing w:line="240" w:lineRule="auto"/>
              <w:jc w:val="center"/>
            </w:pPr>
            <w:r>
              <w:rPr>
                <w:sz w:val="15"/>
              </w:rPr>
              <w:t>Reliable</w:t>
            </w:r>
          </w:p>
        </w:tc>
      </w:tr>
      <w:tr w:rsidR="003B3005" w14:paraId="674A28B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8ED5CA"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ACA16A" w14:textId="77777777" w:rsidR="003B3005" w:rsidRDefault="00000000">
            <w:pPr>
              <w:spacing w:line="240" w:lineRule="auto"/>
              <w:jc w:val="center"/>
            </w:pPr>
            <w:r>
              <w:rPr>
                <w:sz w:val="15"/>
              </w:rPr>
              <w:t>2015</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B94317" w14:textId="77777777" w:rsidR="003B3005" w:rsidRDefault="00000000">
            <w:pPr>
              <w:spacing w:line="240" w:lineRule="auto"/>
              <w:jc w:val="center"/>
            </w:pPr>
            <w:r>
              <w:rPr>
                <w:sz w:val="15"/>
              </w:rPr>
              <w:t>47</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4F8C31" w14:textId="77777777" w:rsidR="003B3005" w:rsidRDefault="00000000">
            <w:pPr>
              <w:spacing w:line="240" w:lineRule="auto"/>
              <w:jc w:val="center"/>
            </w:pPr>
            <w:r>
              <w:rPr>
                <w:sz w:val="15"/>
              </w:rPr>
              <w:t>1637629</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C20E8A" w14:textId="77777777" w:rsidR="003B3005" w:rsidRDefault="00000000">
            <w:pPr>
              <w:spacing w:line="240" w:lineRule="auto"/>
              <w:jc w:val="center"/>
            </w:pPr>
            <w:r>
              <w:rPr>
                <w:sz w:val="15"/>
              </w:rPr>
              <w:t>2.7641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B49CB2" w14:textId="77777777" w:rsidR="003B3005" w:rsidRDefault="00000000">
            <w:pPr>
              <w:spacing w:line="240" w:lineRule="auto"/>
              <w:jc w:val="center"/>
            </w:pPr>
            <w:r>
              <w:rPr>
                <w:sz w:val="15"/>
              </w:rPr>
              <w:t>2.0084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EC4D55" w14:textId="77777777" w:rsidR="003B3005" w:rsidRDefault="00000000">
            <w:pPr>
              <w:spacing w:line="240" w:lineRule="auto"/>
              <w:jc w:val="center"/>
            </w:pPr>
            <w:r>
              <w:rPr>
                <w:sz w:val="15"/>
              </w:rPr>
              <w:t>3.7106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5F623C" w14:textId="77777777" w:rsidR="003B3005" w:rsidRDefault="00000000">
            <w:pPr>
              <w:spacing w:line="240" w:lineRule="auto"/>
              <w:jc w:val="center"/>
            </w:pPr>
            <w:r>
              <w:rPr>
                <w:sz w:val="15"/>
              </w:rPr>
              <w:t>0.4151</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488604" w14:textId="77777777" w:rsidR="003B3005" w:rsidRDefault="00000000">
            <w:pPr>
              <w:spacing w:line="240" w:lineRule="auto"/>
              <w:jc w:val="center"/>
            </w:pPr>
            <w:r>
              <w:rPr>
                <w:sz w:val="15"/>
              </w:rPr>
              <w:t>Reliable</w:t>
            </w:r>
          </w:p>
        </w:tc>
      </w:tr>
      <w:tr w:rsidR="003B3005" w14:paraId="22088F3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089F1E"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CD02F0" w14:textId="77777777" w:rsidR="003B3005" w:rsidRDefault="00000000">
            <w:pPr>
              <w:spacing w:line="240" w:lineRule="auto"/>
              <w:jc w:val="center"/>
            </w:pPr>
            <w:r>
              <w:rPr>
                <w:sz w:val="15"/>
              </w:rPr>
              <w:t>2016</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F67E23" w14:textId="77777777" w:rsidR="003B3005" w:rsidRDefault="00000000">
            <w:pPr>
              <w:spacing w:line="240" w:lineRule="auto"/>
              <w:jc w:val="center"/>
            </w:pPr>
            <w:r>
              <w:rPr>
                <w:sz w:val="15"/>
              </w:rPr>
              <w:t>42</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51F376" w14:textId="77777777" w:rsidR="003B3005" w:rsidRDefault="00000000">
            <w:pPr>
              <w:spacing w:line="240" w:lineRule="auto"/>
              <w:jc w:val="center"/>
            </w:pPr>
            <w:r>
              <w:rPr>
                <w:sz w:val="15"/>
              </w:rPr>
              <w:t>1667114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F5BB2E" w14:textId="77777777" w:rsidR="003B3005" w:rsidRDefault="00000000">
            <w:pPr>
              <w:spacing w:line="240" w:lineRule="auto"/>
              <w:jc w:val="center"/>
            </w:pPr>
            <w:r>
              <w:rPr>
                <w:sz w:val="15"/>
              </w:rPr>
              <w:t>2.6441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1A87DD" w14:textId="77777777" w:rsidR="003B3005" w:rsidRDefault="00000000">
            <w:pPr>
              <w:spacing w:line="240" w:lineRule="auto"/>
              <w:jc w:val="center"/>
            </w:pPr>
            <w:r>
              <w:rPr>
                <w:sz w:val="15"/>
              </w:rPr>
              <w:t>1.8802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DAECF2" w14:textId="77777777" w:rsidR="003B3005" w:rsidRDefault="00000000">
            <w:pPr>
              <w:spacing w:line="240" w:lineRule="auto"/>
              <w:jc w:val="center"/>
            </w:pPr>
            <w:r>
              <w:rPr>
                <w:sz w:val="15"/>
              </w:rPr>
              <w:t>3.6146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C0DA95" w14:textId="77777777" w:rsidR="003B3005" w:rsidRDefault="00000000">
            <w:pPr>
              <w:spacing w:line="240" w:lineRule="auto"/>
              <w:jc w:val="center"/>
            </w:pPr>
            <w:r>
              <w:rPr>
                <w:sz w:val="15"/>
              </w:rPr>
              <w:t>0.4211</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8E315E" w14:textId="77777777" w:rsidR="003B3005" w:rsidRDefault="00000000">
            <w:pPr>
              <w:spacing w:line="240" w:lineRule="auto"/>
              <w:jc w:val="center"/>
            </w:pPr>
            <w:r>
              <w:rPr>
                <w:sz w:val="15"/>
              </w:rPr>
              <w:t>Reliable</w:t>
            </w:r>
          </w:p>
        </w:tc>
      </w:tr>
      <w:tr w:rsidR="003B3005" w14:paraId="25E85E3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6AB69A"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EBFD53" w14:textId="77777777" w:rsidR="003B3005" w:rsidRDefault="00000000">
            <w:pPr>
              <w:spacing w:line="240" w:lineRule="auto"/>
              <w:jc w:val="center"/>
            </w:pPr>
            <w:r>
              <w:rPr>
                <w:sz w:val="15"/>
              </w:rPr>
              <w:t>2017</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6228A7" w14:textId="77777777" w:rsidR="003B3005" w:rsidRDefault="00000000">
            <w:pPr>
              <w:spacing w:line="240" w:lineRule="auto"/>
              <w:jc w:val="center"/>
            </w:pPr>
            <w:r>
              <w:rPr>
                <w:sz w:val="15"/>
              </w:rPr>
              <w:t>35</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BE5DCA" w14:textId="77777777" w:rsidR="003B3005" w:rsidRDefault="00000000">
            <w:pPr>
              <w:spacing w:line="240" w:lineRule="auto"/>
              <w:jc w:val="center"/>
            </w:pPr>
            <w:r>
              <w:rPr>
                <w:sz w:val="15"/>
              </w:rPr>
              <w:t>1695440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210765" w14:textId="77777777" w:rsidR="003B3005" w:rsidRDefault="00000000">
            <w:pPr>
              <w:spacing w:line="240" w:lineRule="auto"/>
              <w:jc w:val="center"/>
            </w:pPr>
            <w:r>
              <w:rPr>
                <w:sz w:val="15"/>
              </w:rPr>
              <w:t>1.9329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256EA8" w14:textId="77777777" w:rsidR="003B3005" w:rsidRDefault="00000000">
            <w:pPr>
              <w:spacing w:line="240" w:lineRule="auto"/>
              <w:jc w:val="center"/>
            </w:pPr>
            <w:r>
              <w:rPr>
                <w:sz w:val="15"/>
              </w:rPr>
              <w:t>1.3305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12E904" w14:textId="77777777" w:rsidR="003B3005" w:rsidRDefault="00000000">
            <w:pPr>
              <w:spacing w:line="240" w:lineRule="auto"/>
              <w:jc w:val="center"/>
            </w:pPr>
            <w:r>
              <w:rPr>
                <w:sz w:val="15"/>
              </w:rPr>
              <w:t>2.7145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820AF4" w14:textId="77777777" w:rsidR="003B3005" w:rsidRDefault="00000000">
            <w:pPr>
              <w:spacing w:line="240" w:lineRule="auto"/>
              <w:jc w:val="center"/>
            </w:pPr>
            <w:r>
              <w:rPr>
                <w:sz w:val="15"/>
              </w:rPr>
              <w:t>0.3358</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EB1DF1" w14:textId="77777777" w:rsidR="003B3005" w:rsidRDefault="00000000">
            <w:pPr>
              <w:spacing w:line="240" w:lineRule="auto"/>
              <w:jc w:val="center"/>
            </w:pPr>
            <w:r>
              <w:rPr>
                <w:sz w:val="15"/>
              </w:rPr>
              <w:t>Reliable</w:t>
            </w:r>
          </w:p>
        </w:tc>
      </w:tr>
      <w:tr w:rsidR="003B3005" w14:paraId="7EC8550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7388F9"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5A9140" w14:textId="77777777" w:rsidR="003B3005" w:rsidRDefault="00000000">
            <w:pPr>
              <w:spacing w:line="240" w:lineRule="auto"/>
              <w:jc w:val="center"/>
            </w:pPr>
            <w:r>
              <w:rPr>
                <w:sz w:val="15"/>
              </w:rPr>
              <w:t>2018</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830117" w14:textId="77777777" w:rsidR="003B3005" w:rsidRDefault="00000000">
            <w:pPr>
              <w:spacing w:line="240" w:lineRule="auto"/>
              <w:jc w:val="center"/>
            </w:pPr>
            <w:r>
              <w:rPr>
                <w:sz w:val="15"/>
              </w:rPr>
              <w:t>45</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CDBC13" w14:textId="77777777" w:rsidR="003B3005" w:rsidRDefault="00000000">
            <w:pPr>
              <w:spacing w:line="240" w:lineRule="auto"/>
              <w:jc w:val="center"/>
            </w:pPr>
            <w:r>
              <w:rPr>
                <w:sz w:val="15"/>
              </w:rPr>
              <w:t>1722458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B5143E" w14:textId="77777777" w:rsidR="003B3005" w:rsidRDefault="00000000">
            <w:pPr>
              <w:spacing w:line="240" w:lineRule="auto"/>
              <w:jc w:val="center"/>
            </w:pPr>
            <w:r>
              <w:rPr>
                <w:sz w:val="15"/>
              </w:rPr>
              <w:t>2.6347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D68B94" w14:textId="77777777" w:rsidR="003B3005" w:rsidRDefault="00000000">
            <w:pPr>
              <w:spacing w:line="240" w:lineRule="auto"/>
              <w:jc w:val="center"/>
            </w:pPr>
            <w:r>
              <w:rPr>
                <w:sz w:val="15"/>
              </w:rPr>
              <w:t>1.9068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B58CAD" w14:textId="77777777" w:rsidR="003B3005" w:rsidRDefault="00000000">
            <w:pPr>
              <w:spacing w:line="240" w:lineRule="auto"/>
              <w:jc w:val="center"/>
            </w:pPr>
            <w:r>
              <w:rPr>
                <w:sz w:val="15"/>
              </w:rPr>
              <w:t>3.5490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E28F81" w14:textId="77777777" w:rsidR="003B3005" w:rsidRDefault="00000000">
            <w:pPr>
              <w:spacing w:line="240" w:lineRule="auto"/>
              <w:jc w:val="center"/>
            </w:pPr>
            <w:r>
              <w:rPr>
                <w:sz w:val="15"/>
              </w:rPr>
              <w:t>0.4026</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A82CB7" w14:textId="77777777" w:rsidR="003B3005" w:rsidRDefault="00000000">
            <w:pPr>
              <w:spacing w:line="240" w:lineRule="auto"/>
              <w:jc w:val="center"/>
            </w:pPr>
            <w:r>
              <w:rPr>
                <w:sz w:val="15"/>
              </w:rPr>
              <w:t>Reliable</w:t>
            </w:r>
          </w:p>
        </w:tc>
      </w:tr>
      <w:tr w:rsidR="003B3005" w14:paraId="3F2E352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73B534" w14:textId="77777777" w:rsidR="003B3005" w:rsidRDefault="00000000">
            <w:pPr>
              <w:spacing w:line="240" w:lineRule="auto"/>
            </w:pPr>
            <w:r>
              <w:rPr>
                <w:sz w:val="15"/>
              </w:rPr>
              <w:lastRenderedPageBreak/>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FB71DD" w14:textId="77777777" w:rsidR="003B3005" w:rsidRDefault="00000000">
            <w:pPr>
              <w:spacing w:line="240" w:lineRule="auto"/>
              <w:jc w:val="center"/>
            </w:pPr>
            <w:r>
              <w:rPr>
                <w:sz w:val="15"/>
              </w:rPr>
              <w:t>2019</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4C33A7" w14:textId="77777777" w:rsidR="003B3005" w:rsidRDefault="00000000">
            <w:pPr>
              <w:spacing w:line="240" w:lineRule="auto"/>
              <w:jc w:val="center"/>
            </w:pPr>
            <w:r>
              <w:rPr>
                <w:sz w:val="15"/>
              </w:rPr>
              <w:t>36</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667DFC" w14:textId="77777777" w:rsidR="003B3005" w:rsidRDefault="00000000">
            <w:pPr>
              <w:spacing w:line="240" w:lineRule="auto"/>
              <w:jc w:val="center"/>
            </w:pPr>
            <w:r>
              <w:rPr>
                <w:sz w:val="15"/>
              </w:rPr>
              <w:t>1746677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FC112C" w14:textId="77777777" w:rsidR="003B3005" w:rsidRDefault="00000000">
            <w:pPr>
              <w:spacing w:line="240" w:lineRule="auto"/>
              <w:jc w:val="center"/>
            </w:pPr>
            <w:r>
              <w:rPr>
                <w:sz w:val="15"/>
              </w:rPr>
              <w:t>2.0001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2BC304" w14:textId="77777777" w:rsidR="003B3005" w:rsidRDefault="00000000">
            <w:pPr>
              <w:spacing w:line="240" w:lineRule="auto"/>
              <w:jc w:val="center"/>
            </w:pPr>
            <w:r>
              <w:rPr>
                <w:sz w:val="15"/>
              </w:rPr>
              <w:t>1.3851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E537DC" w14:textId="77777777" w:rsidR="003B3005" w:rsidRDefault="00000000">
            <w:pPr>
              <w:spacing w:line="240" w:lineRule="auto"/>
              <w:jc w:val="center"/>
            </w:pPr>
            <w:r>
              <w:rPr>
                <w:sz w:val="15"/>
              </w:rPr>
              <w:t>2.7950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9CD0BC" w14:textId="77777777" w:rsidR="003B3005" w:rsidRDefault="00000000">
            <w:pPr>
              <w:spacing w:line="240" w:lineRule="auto"/>
              <w:jc w:val="center"/>
            </w:pPr>
            <w:r>
              <w:rPr>
                <w:sz w:val="15"/>
              </w:rPr>
              <w:t>0.3415</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007FA8" w14:textId="77777777" w:rsidR="003B3005" w:rsidRDefault="00000000">
            <w:pPr>
              <w:spacing w:line="240" w:lineRule="auto"/>
              <w:jc w:val="center"/>
            </w:pPr>
            <w:r>
              <w:rPr>
                <w:sz w:val="15"/>
              </w:rPr>
              <w:t>Reliable</w:t>
            </w:r>
          </w:p>
        </w:tc>
      </w:tr>
      <w:tr w:rsidR="003B3005" w14:paraId="7D02A43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BB2E27"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E68575" w14:textId="77777777" w:rsidR="003B3005" w:rsidRDefault="00000000">
            <w:pPr>
              <w:spacing w:line="240" w:lineRule="auto"/>
              <w:jc w:val="center"/>
            </w:pPr>
            <w:r>
              <w:rPr>
                <w:sz w:val="15"/>
              </w:rPr>
              <w:t>2020</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9A9394" w14:textId="77777777" w:rsidR="003B3005" w:rsidRDefault="00000000">
            <w:pPr>
              <w:spacing w:line="240" w:lineRule="auto"/>
              <w:jc w:val="center"/>
            </w:pPr>
            <w:r>
              <w:rPr>
                <w:sz w:val="15"/>
              </w:rPr>
              <w:t>103</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1C3F7A" w14:textId="77777777" w:rsidR="003B3005" w:rsidRDefault="00000000">
            <w:pPr>
              <w:spacing w:line="240" w:lineRule="auto"/>
              <w:jc w:val="center"/>
            </w:pPr>
            <w:r>
              <w:rPr>
                <w:sz w:val="15"/>
              </w:rPr>
              <w:t>1771292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BBF354" w14:textId="77777777" w:rsidR="003B3005" w:rsidRDefault="00000000">
            <w:pPr>
              <w:spacing w:line="240" w:lineRule="auto"/>
              <w:jc w:val="center"/>
            </w:pPr>
            <w:r>
              <w:rPr>
                <w:sz w:val="15"/>
              </w:rPr>
              <w:t>5.6122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72A658" w14:textId="77777777" w:rsidR="003B3005" w:rsidRDefault="00000000">
            <w:pPr>
              <w:spacing w:line="240" w:lineRule="auto"/>
              <w:jc w:val="center"/>
            </w:pPr>
            <w:r>
              <w:rPr>
                <w:sz w:val="15"/>
              </w:rPr>
              <w:t>4.5003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646D17" w14:textId="77777777" w:rsidR="003B3005" w:rsidRDefault="00000000">
            <w:pPr>
              <w:spacing w:line="240" w:lineRule="auto"/>
              <w:jc w:val="center"/>
            </w:pPr>
            <w:r>
              <w:rPr>
                <w:sz w:val="15"/>
              </w:rPr>
              <w:t>6.7240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B9CD25" w14:textId="77777777" w:rsidR="003B3005" w:rsidRDefault="00000000">
            <w:pPr>
              <w:spacing w:line="240" w:lineRule="auto"/>
              <w:jc w:val="center"/>
            </w:pPr>
            <w:r>
              <w:rPr>
                <w:sz w:val="15"/>
              </w:rPr>
              <w:t>0.5673</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FFCA59" w14:textId="77777777" w:rsidR="003B3005" w:rsidRDefault="00000000">
            <w:pPr>
              <w:spacing w:line="240" w:lineRule="auto"/>
              <w:jc w:val="center"/>
            </w:pPr>
            <w:r>
              <w:rPr>
                <w:sz w:val="15"/>
              </w:rPr>
              <w:t>Reliable</w:t>
            </w:r>
          </w:p>
        </w:tc>
      </w:tr>
      <w:tr w:rsidR="003B3005" w14:paraId="19AAF61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63347D"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E17D26" w14:textId="77777777" w:rsidR="003B3005" w:rsidRDefault="00000000">
            <w:pPr>
              <w:spacing w:line="240" w:lineRule="auto"/>
              <w:jc w:val="center"/>
            </w:pPr>
            <w:r>
              <w:rPr>
                <w:sz w:val="15"/>
              </w:rPr>
              <w:t>1999</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8AD732" w14:textId="77777777" w:rsidR="003B3005" w:rsidRDefault="00000000">
            <w:pPr>
              <w:spacing w:line="240" w:lineRule="auto"/>
              <w:jc w:val="center"/>
            </w:pPr>
            <w:r>
              <w:rPr>
                <w:sz w:val="15"/>
              </w:rPr>
              <w:t>Suppressed</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6E8270" w14:textId="77777777" w:rsidR="003B3005" w:rsidRDefault="00000000">
            <w:pPr>
              <w:spacing w:line="240" w:lineRule="auto"/>
              <w:jc w:val="center"/>
            </w:pPr>
            <w:r>
              <w:rPr>
                <w:sz w:val="15"/>
              </w:rPr>
              <w:t>6917321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8EE478" w14:textId="77777777" w:rsidR="003B3005" w:rsidRDefault="00000000">
            <w:pPr>
              <w:spacing w:line="240" w:lineRule="auto"/>
              <w:jc w:val="center"/>
            </w:pPr>
            <w:r>
              <w:rPr>
                <w:sz w:val="15"/>
              </w:rPr>
              <w:t>Suppressed</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DFAB01" w14:textId="77777777" w:rsidR="003B3005" w:rsidRDefault="00000000">
            <w:pPr>
              <w:spacing w:line="240" w:lineRule="auto"/>
              <w:jc w:val="center"/>
            </w:pPr>
            <w:r>
              <w:rPr>
                <w:sz w:val="15"/>
              </w:rPr>
              <w:t>Suppressed</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B03647" w14:textId="77777777" w:rsidR="003B3005" w:rsidRDefault="00000000">
            <w:pPr>
              <w:spacing w:line="240" w:lineRule="auto"/>
              <w:jc w:val="center"/>
            </w:pPr>
            <w:r>
              <w:rPr>
                <w:sz w:val="15"/>
              </w:rPr>
              <w:t>Suppressed</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1F37BB" w14:textId="77777777" w:rsidR="003B3005" w:rsidRDefault="00000000">
            <w:pPr>
              <w:spacing w:line="240" w:lineRule="auto"/>
              <w:jc w:val="center"/>
            </w:pPr>
            <w:r>
              <w:rPr>
                <w:sz w:val="15"/>
              </w:rPr>
              <w:t>Suppressed</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A9D708" w14:textId="77777777" w:rsidR="003B3005" w:rsidRDefault="00000000">
            <w:pPr>
              <w:spacing w:line="240" w:lineRule="auto"/>
              <w:jc w:val="center"/>
            </w:pPr>
            <w:r>
              <w:rPr>
                <w:sz w:val="15"/>
              </w:rPr>
              <w:t>Suppressed</w:t>
            </w:r>
          </w:p>
        </w:tc>
      </w:tr>
      <w:tr w:rsidR="003B3005" w14:paraId="76FD621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AED1CD"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B38755" w14:textId="77777777" w:rsidR="003B3005" w:rsidRDefault="00000000">
            <w:pPr>
              <w:spacing w:line="240" w:lineRule="auto"/>
              <w:jc w:val="center"/>
            </w:pPr>
            <w:r>
              <w:rPr>
                <w:sz w:val="15"/>
              </w:rPr>
              <w:t>2000</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5B83E6" w14:textId="77777777" w:rsidR="003B3005" w:rsidRDefault="00000000">
            <w:pPr>
              <w:spacing w:line="240" w:lineRule="auto"/>
              <w:jc w:val="center"/>
            </w:pPr>
            <w:r>
              <w:rPr>
                <w:sz w:val="15"/>
              </w:rPr>
              <w:t>Suppressed</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DFD4FE" w14:textId="77777777" w:rsidR="003B3005" w:rsidRDefault="00000000">
            <w:pPr>
              <w:spacing w:line="240" w:lineRule="auto"/>
              <w:jc w:val="center"/>
            </w:pPr>
            <w:r>
              <w:rPr>
                <w:sz w:val="15"/>
              </w:rPr>
              <w:t>7210256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FABDDC" w14:textId="77777777" w:rsidR="003B3005" w:rsidRDefault="00000000">
            <w:pPr>
              <w:spacing w:line="240" w:lineRule="auto"/>
              <w:jc w:val="center"/>
            </w:pPr>
            <w:r>
              <w:rPr>
                <w:sz w:val="15"/>
              </w:rPr>
              <w:t>Suppressed</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52737E" w14:textId="77777777" w:rsidR="003B3005" w:rsidRDefault="00000000">
            <w:pPr>
              <w:spacing w:line="240" w:lineRule="auto"/>
              <w:jc w:val="center"/>
            </w:pPr>
            <w:r>
              <w:rPr>
                <w:sz w:val="15"/>
              </w:rPr>
              <w:t>Suppressed</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25890E" w14:textId="77777777" w:rsidR="003B3005" w:rsidRDefault="00000000">
            <w:pPr>
              <w:spacing w:line="240" w:lineRule="auto"/>
              <w:jc w:val="center"/>
            </w:pPr>
            <w:r>
              <w:rPr>
                <w:sz w:val="15"/>
              </w:rPr>
              <w:t>Suppressed</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07C795" w14:textId="77777777" w:rsidR="003B3005" w:rsidRDefault="00000000">
            <w:pPr>
              <w:spacing w:line="240" w:lineRule="auto"/>
              <w:jc w:val="center"/>
            </w:pPr>
            <w:r>
              <w:rPr>
                <w:sz w:val="15"/>
              </w:rPr>
              <w:t>Suppressed</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8095BF" w14:textId="77777777" w:rsidR="003B3005" w:rsidRDefault="00000000">
            <w:pPr>
              <w:spacing w:line="240" w:lineRule="auto"/>
              <w:jc w:val="center"/>
            </w:pPr>
            <w:r>
              <w:rPr>
                <w:sz w:val="15"/>
              </w:rPr>
              <w:t>Suppressed</w:t>
            </w:r>
          </w:p>
        </w:tc>
      </w:tr>
      <w:tr w:rsidR="003B3005" w14:paraId="1EADC3C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A9759B"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11A662" w14:textId="77777777" w:rsidR="003B3005" w:rsidRDefault="00000000">
            <w:pPr>
              <w:spacing w:line="240" w:lineRule="auto"/>
              <w:jc w:val="center"/>
            </w:pPr>
            <w:r>
              <w:rPr>
                <w:sz w:val="15"/>
              </w:rPr>
              <w:t>2001</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28C6CE" w14:textId="77777777" w:rsidR="003B3005" w:rsidRDefault="00000000">
            <w:pPr>
              <w:spacing w:line="240" w:lineRule="auto"/>
              <w:jc w:val="center"/>
            </w:pPr>
            <w:r>
              <w:rPr>
                <w:sz w:val="15"/>
              </w:rPr>
              <w:t>Suppressed</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5FB86F" w14:textId="77777777" w:rsidR="003B3005" w:rsidRDefault="00000000">
            <w:pPr>
              <w:spacing w:line="240" w:lineRule="auto"/>
              <w:jc w:val="center"/>
            </w:pPr>
            <w:r>
              <w:rPr>
                <w:sz w:val="15"/>
              </w:rPr>
              <w:t>7651274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334DDE" w14:textId="77777777" w:rsidR="003B3005" w:rsidRDefault="00000000">
            <w:pPr>
              <w:spacing w:line="240" w:lineRule="auto"/>
              <w:jc w:val="center"/>
            </w:pPr>
            <w:r>
              <w:rPr>
                <w:sz w:val="15"/>
              </w:rPr>
              <w:t>Suppressed</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3F2BCC" w14:textId="77777777" w:rsidR="003B3005" w:rsidRDefault="00000000">
            <w:pPr>
              <w:spacing w:line="240" w:lineRule="auto"/>
              <w:jc w:val="center"/>
            </w:pPr>
            <w:r>
              <w:rPr>
                <w:sz w:val="15"/>
              </w:rPr>
              <w:t>Suppressed</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7FE508" w14:textId="77777777" w:rsidR="003B3005" w:rsidRDefault="00000000">
            <w:pPr>
              <w:spacing w:line="240" w:lineRule="auto"/>
              <w:jc w:val="center"/>
            </w:pPr>
            <w:r>
              <w:rPr>
                <w:sz w:val="15"/>
              </w:rPr>
              <w:t>Suppressed</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825F63" w14:textId="77777777" w:rsidR="003B3005" w:rsidRDefault="00000000">
            <w:pPr>
              <w:spacing w:line="240" w:lineRule="auto"/>
              <w:jc w:val="center"/>
            </w:pPr>
            <w:r>
              <w:rPr>
                <w:sz w:val="15"/>
              </w:rPr>
              <w:t>Suppressed</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923FFD" w14:textId="77777777" w:rsidR="003B3005" w:rsidRDefault="00000000">
            <w:pPr>
              <w:spacing w:line="240" w:lineRule="auto"/>
              <w:jc w:val="center"/>
            </w:pPr>
            <w:r>
              <w:rPr>
                <w:sz w:val="15"/>
              </w:rPr>
              <w:t>Suppressed</w:t>
            </w:r>
          </w:p>
        </w:tc>
      </w:tr>
      <w:tr w:rsidR="003B3005" w14:paraId="46D93D1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3B5360"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FA4D4F" w14:textId="77777777" w:rsidR="003B3005" w:rsidRDefault="00000000">
            <w:pPr>
              <w:spacing w:line="240" w:lineRule="auto"/>
              <w:jc w:val="center"/>
            </w:pPr>
            <w:r>
              <w:rPr>
                <w:sz w:val="15"/>
              </w:rPr>
              <w:t>2002</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74BBD3" w14:textId="77777777" w:rsidR="003B3005" w:rsidRDefault="00000000">
            <w:pPr>
              <w:spacing w:line="240" w:lineRule="auto"/>
              <w:jc w:val="center"/>
            </w:pPr>
            <w:r>
              <w:rPr>
                <w:sz w:val="15"/>
              </w:rPr>
              <w:t>Suppressed</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564553" w14:textId="77777777" w:rsidR="003B3005" w:rsidRDefault="00000000">
            <w:pPr>
              <w:spacing w:line="240" w:lineRule="auto"/>
              <w:jc w:val="center"/>
            </w:pPr>
            <w:r>
              <w:rPr>
                <w:sz w:val="15"/>
              </w:rPr>
              <w:t>7999855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AE596B" w14:textId="77777777" w:rsidR="003B3005" w:rsidRDefault="00000000">
            <w:pPr>
              <w:spacing w:line="240" w:lineRule="auto"/>
              <w:jc w:val="center"/>
            </w:pPr>
            <w:r>
              <w:rPr>
                <w:sz w:val="15"/>
              </w:rPr>
              <w:t>Suppressed</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A936A9" w14:textId="77777777" w:rsidR="003B3005" w:rsidRDefault="00000000">
            <w:pPr>
              <w:spacing w:line="240" w:lineRule="auto"/>
              <w:jc w:val="center"/>
            </w:pPr>
            <w:r>
              <w:rPr>
                <w:sz w:val="15"/>
              </w:rPr>
              <w:t>Suppressed</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A2D49A" w14:textId="77777777" w:rsidR="003B3005" w:rsidRDefault="00000000">
            <w:pPr>
              <w:spacing w:line="240" w:lineRule="auto"/>
              <w:jc w:val="center"/>
            </w:pPr>
            <w:r>
              <w:rPr>
                <w:sz w:val="15"/>
              </w:rPr>
              <w:t>Suppressed</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C2DE4D" w14:textId="77777777" w:rsidR="003B3005" w:rsidRDefault="00000000">
            <w:pPr>
              <w:spacing w:line="240" w:lineRule="auto"/>
              <w:jc w:val="center"/>
            </w:pPr>
            <w:r>
              <w:rPr>
                <w:sz w:val="15"/>
              </w:rPr>
              <w:t>Suppressed</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D71F51" w14:textId="77777777" w:rsidR="003B3005" w:rsidRDefault="00000000">
            <w:pPr>
              <w:spacing w:line="240" w:lineRule="auto"/>
              <w:jc w:val="center"/>
            </w:pPr>
            <w:r>
              <w:rPr>
                <w:sz w:val="15"/>
              </w:rPr>
              <w:t>Suppressed</w:t>
            </w:r>
          </w:p>
        </w:tc>
      </w:tr>
      <w:tr w:rsidR="003B3005" w14:paraId="79B2987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0A87CF"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08D6DC" w14:textId="77777777" w:rsidR="003B3005" w:rsidRDefault="00000000">
            <w:pPr>
              <w:spacing w:line="240" w:lineRule="auto"/>
              <w:jc w:val="center"/>
            </w:pPr>
            <w:r>
              <w:rPr>
                <w:sz w:val="15"/>
              </w:rPr>
              <w:t>2003</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27746A" w14:textId="77777777" w:rsidR="003B3005" w:rsidRDefault="00000000">
            <w:pPr>
              <w:spacing w:line="240" w:lineRule="auto"/>
              <w:jc w:val="center"/>
            </w:pPr>
            <w:r>
              <w:rPr>
                <w:sz w:val="15"/>
              </w:rPr>
              <w:t>10</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A9CCB7" w14:textId="77777777" w:rsidR="003B3005" w:rsidRDefault="00000000">
            <w:pPr>
              <w:spacing w:line="240" w:lineRule="auto"/>
              <w:jc w:val="center"/>
            </w:pPr>
            <w:r>
              <w:rPr>
                <w:sz w:val="15"/>
              </w:rPr>
              <w:t>8336941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1F69E4" w14:textId="77777777" w:rsidR="003B3005" w:rsidRDefault="00000000">
            <w:pPr>
              <w:spacing w:line="240" w:lineRule="auto"/>
              <w:jc w:val="center"/>
            </w:pPr>
            <w:r>
              <w:rPr>
                <w:sz w:val="15"/>
              </w:rPr>
              <w:t>Unreliable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2E0865" w14:textId="77777777" w:rsidR="003B3005" w:rsidRDefault="00000000">
            <w:pPr>
              <w:spacing w:line="240" w:lineRule="auto"/>
              <w:jc w:val="center"/>
            </w:pPr>
            <w:r>
              <w:rPr>
                <w:sz w:val="15"/>
              </w:rPr>
              <w:t>0.0531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051036" w14:textId="77777777" w:rsidR="003B3005" w:rsidRDefault="00000000">
            <w:pPr>
              <w:spacing w:line="240" w:lineRule="auto"/>
              <w:jc w:val="center"/>
            </w:pPr>
            <w:r>
              <w:rPr>
                <w:sz w:val="15"/>
              </w:rPr>
              <w:t>0.2206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4BDBAE" w14:textId="77777777" w:rsidR="003B3005" w:rsidRDefault="00000000">
            <w:pPr>
              <w:spacing w:line="240" w:lineRule="auto"/>
              <w:jc w:val="center"/>
            </w:pPr>
            <w:r>
              <w:rPr>
                <w:sz w:val="15"/>
              </w:rPr>
              <w:t>0.0388</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3789E9" w14:textId="77777777" w:rsidR="003B3005" w:rsidRDefault="00000000">
            <w:pPr>
              <w:spacing w:line="240" w:lineRule="auto"/>
              <w:jc w:val="center"/>
            </w:pPr>
            <w:r>
              <w:rPr>
                <w:sz w:val="15"/>
              </w:rPr>
              <w:t>Unreliable</w:t>
            </w:r>
          </w:p>
        </w:tc>
      </w:tr>
      <w:tr w:rsidR="003B3005" w14:paraId="61577E1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9011ED"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0CA54F" w14:textId="77777777" w:rsidR="003B3005" w:rsidRDefault="00000000">
            <w:pPr>
              <w:spacing w:line="240" w:lineRule="auto"/>
              <w:jc w:val="center"/>
            </w:pPr>
            <w:r>
              <w:rPr>
                <w:sz w:val="15"/>
              </w:rPr>
              <w:t>2004</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2EBD56" w14:textId="77777777" w:rsidR="003B3005" w:rsidRDefault="00000000">
            <w:pPr>
              <w:spacing w:line="240" w:lineRule="auto"/>
              <w:jc w:val="center"/>
            </w:pPr>
            <w:r>
              <w:rPr>
                <w:sz w:val="15"/>
              </w:rPr>
              <w:t>Suppressed</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226CD2" w14:textId="77777777" w:rsidR="003B3005" w:rsidRDefault="00000000">
            <w:pPr>
              <w:spacing w:line="240" w:lineRule="auto"/>
              <w:jc w:val="center"/>
            </w:pPr>
            <w:r>
              <w:rPr>
                <w:sz w:val="15"/>
              </w:rPr>
              <w:t>8679634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B5B9AA" w14:textId="77777777" w:rsidR="003B3005" w:rsidRDefault="00000000">
            <w:pPr>
              <w:spacing w:line="240" w:lineRule="auto"/>
              <w:jc w:val="center"/>
            </w:pPr>
            <w:r>
              <w:rPr>
                <w:sz w:val="15"/>
              </w:rPr>
              <w:t>Suppressed</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A06E85" w14:textId="77777777" w:rsidR="003B3005" w:rsidRDefault="00000000">
            <w:pPr>
              <w:spacing w:line="240" w:lineRule="auto"/>
              <w:jc w:val="center"/>
            </w:pPr>
            <w:r>
              <w:rPr>
                <w:sz w:val="15"/>
              </w:rPr>
              <w:t>Suppressed</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BCD442" w14:textId="77777777" w:rsidR="003B3005" w:rsidRDefault="00000000">
            <w:pPr>
              <w:spacing w:line="240" w:lineRule="auto"/>
              <w:jc w:val="center"/>
            </w:pPr>
            <w:r>
              <w:rPr>
                <w:sz w:val="15"/>
              </w:rPr>
              <w:t>Suppressed</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27D00D" w14:textId="77777777" w:rsidR="003B3005" w:rsidRDefault="00000000">
            <w:pPr>
              <w:spacing w:line="240" w:lineRule="auto"/>
              <w:jc w:val="center"/>
            </w:pPr>
            <w:r>
              <w:rPr>
                <w:sz w:val="15"/>
              </w:rPr>
              <w:t>Suppressed</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65681A" w14:textId="77777777" w:rsidR="003B3005" w:rsidRDefault="00000000">
            <w:pPr>
              <w:spacing w:line="240" w:lineRule="auto"/>
              <w:jc w:val="center"/>
            </w:pPr>
            <w:r>
              <w:rPr>
                <w:sz w:val="15"/>
              </w:rPr>
              <w:t>Suppressed</w:t>
            </w:r>
          </w:p>
        </w:tc>
      </w:tr>
      <w:tr w:rsidR="003B3005" w14:paraId="0BA04F0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8C3D18"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10C9A4" w14:textId="77777777" w:rsidR="003B3005" w:rsidRDefault="00000000">
            <w:pPr>
              <w:spacing w:line="240" w:lineRule="auto"/>
              <w:jc w:val="center"/>
            </w:pPr>
            <w:r>
              <w:rPr>
                <w:sz w:val="15"/>
              </w:rPr>
              <w:t>2005</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145F15" w14:textId="77777777" w:rsidR="003B3005" w:rsidRDefault="00000000">
            <w:pPr>
              <w:spacing w:line="240" w:lineRule="auto"/>
              <w:jc w:val="center"/>
            </w:pPr>
            <w:r>
              <w:rPr>
                <w:sz w:val="15"/>
              </w:rPr>
              <w:t>12</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90A5EA" w14:textId="77777777" w:rsidR="003B3005" w:rsidRDefault="00000000">
            <w:pPr>
              <w:spacing w:line="240" w:lineRule="auto"/>
              <w:jc w:val="center"/>
            </w:pPr>
            <w:r>
              <w:rPr>
                <w:sz w:val="15"/>
              </w:rPr>
              <w:t>9041913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39AA17" w14:textId="77777777" w:rsidR="003B3005" w:rsidRDefault="00000000">
            <w:pPr>
              <w:spacing w:line="240" w:lineRule="auto"/>
              <w:jc w:val="center"/>
            </w:pPr>
            <w:r>
              <w:rPr>
                <w:sz w:val="15"/>
              </w:rPr>
              <w:t>Unreliable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3F3B61" w14:textId="77777777" w:rsidR="003B3005" w:rsidRDefault="00000000">
            <w:pPr>
              <w:spacing w:line="240" w:lineRule="auto"/>
              <w:jc w:val="center"/>
            </w:pPr>
            <w:r>
              <w:rPr>
                <w:sz w:val="15"/>
              </w:rPr>
              <w:t>0.0785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D5B7DB" w14:textId="77777777" w:rsidR="003B3005" w:rsidRDefault="00000000">
            <w:pPr>
              <w:spacing w:line="240" w:lineRule="auto"/>
              <w:jc w:val="center"/>
            </w:pPr>
            <w:r>
              <w:rPr>
                <w:sz w:val="15"/>
              </w:rPr>
              <w:t>0.3012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FB0834" w14:textId="77777777" w:rsidR="003B3005" w:rsidRDefault="00000000">
            <w:pPr>
              <w:spacing w:line="240" w:lineRule="auto"/>
              <w:jc w:val="center"/>
            </w:pPr>
            <w:r>
              <w:rPr>
                <w:sz w:val="15"/>
              </w:rPr>
              <w:t>0.0508</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767CD7" w14:textId="77777777" w:rsidR="003B3005" w:rsidRDefault="00000000">
            <w:pPr>
              <w:spacing w:line="240" w:lineRule="auto"/>
              <w:jc w:val="center"/>
            </w:pPr>
            <w:r>
              <w:rPr>
                <w:sz w:val="15"/>
              </w:rPr>
              <w:t>Unreliable</w:t>
            </w:r>
          </w:p>
        </w:tc>
      </w:tr>
      <w:tr w:rsidR="003B3005" w14:paraId="2FCD041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0469E1"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5EA844" w14:textId="77777777" w:rsidR="003B3005" w:rsidRDefault="00000000">
            <w:pPr>
              <w:spacing w:line="240" w:lineRule="auto"/>
              <w:jc w:val="center"/>
            </w:pPr>
            <w:r>
              <w:rPr>
                <w:sz w:val="15"/>
              </w:rPr>
              <w:t>2006</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6A1624" w14:textId="77777777" w:rsidR="003B3005" w:rsidRDefault="00000000">
            <w:pPr>
              <w:spacing w:line="240" w:lineRule="auto"/>
              <w:jc w:val="center"/>
            </w:pPr>
            <w:r>
              <w:rPr>
                <w:sz w:val="15"/>
              </w:rPr>
              <w:t>13</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E029F5" w14:textId="77777777" w:rsidR="003B3005" w:rsidRDefault="00000000">
            <w:pPr>
              <w:spacing w:line="240" w:lineRule="auto"/>
              <w:jc w:val="center"/>
            </w:pPr>
            <w:r>
              <w:rPr>
                <w:sz w:val="15"/>
              </w:rPr>
              <w:t>9409587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B695C3" w14:textId="77777777" w:rsidR="003B3005" w:rsidRDefault="00000000">
            <w:pPr>
              <w:spacing w:line="240" w:lineRule="auto"/>
              <w:jc w:val="center"/>
            </w:pPr>
            <w:r>
              <w:rPr>
                <w:sz w:val="15"/>
              </w:rPr>
              <w:t>Unreliable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9C3A0C" w14:textId="77777777" w:rsidR="003B3005" w:rsidRDefault="00000000">
            <w:pPr>
              <w:spacing w:line="240" w:lineRule="auto"/>
              <w:jc w:val="center"/>
            </w:pPr>
            <w:r>
              <w:rPr>
                <w:sz w:val="15"/>
              </w:rPr>
              <w:t>0.0669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6BC0E3" w14:textId="77777777" w:rsidR="003B3005" w:rsidRDefault="00000000">
            <w:pPr>
              <w:spacing w:line="240" w:lineRule="auto"/>
              <w:jc w:val="center"/>
            </w:pPr>
            <w:r>
              <w:rPr>
                <w:sz w:val="15"/>
              </w:rPr>
              <w:t>0.2398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D3BF32" w14:textId="77777777" w:rsidR="003B3005" w:rsidRDefault="00000000">
            <w:pPr>
              <w:spacing w:line="240" w:lineRule="auto"/>
              <w:jc w:val="center"/>
            </w:pPr>
            <w:r>
              <w:rPr>
                <w:sz w:val="15"/>
              </w:rPr>
              <w:t>0.0400</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5ACF3C" w14:textId="77777777" w:rsidR="003B3005" w:rsidRDefault="00000000">
            <w:pPr>
              <w:spacing w:line="240" w:lineRule="auto"/>
              <w:jc w:val="center"/>
            </w:pPr>
            <w:r>
              <w:rPr>
                <w:sz w:val="15"/>
              </w:rPr>
              <w:t>Unreliable</w:t>
            </w:r>
          </w:p>
        </w:tc>
      </w:tr>
      <w:tr w:rsidR="003B3005" w14:paraId="1C2A212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23CC23"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5B415D" w14:textId="77777777" w:rsidR="003B3005" w:rsidRDefault="00000000">
            <w:pPr>
              <w:spacing w:line="240" w:lineRule="auto"/>
              <w:jc w:val="center"/>
            </w:pPr>
            <w:r>
              <w:rPr>
                <w:sz w:val="15"/>
              </w:rPr>
              <w:t>2007</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E78725" w14:textId="77777777" w:rsidR="003B3005" w:rsidRDefault="00000000">
            <w:pPr>
              <w:spacing w:line="240" w:lineRule="auto"/>
              <w:jc w:val="center"/>
            </w:pPr>
            <w:r>
              <w:rPr>
                <w:sz w:val="15"/>
              </w:rPr>
              <w:t>13</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3861AB" w14:textId="77777777" w:rsidR="003B3005" w:rsidRDefault="00000000">
            <w:pPr>
              <w:spacing w:line="240" w:lineRule="auto"/>
              <w:jc w:val="center"/>
            </w:pPr>
            <w:r>
              <w:rPr>
                <w:sz w:val="15"/>
              </w:rPr>
              <w:t>9760888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07C50C" w14:textId="77777777" w:rsidR="003B3005" w:rsidRDefault="00000000">
            <w:pPr>
              <w:spacing w:line="240" w:lineRule="auto"/>
              <w:jc w:val="center"/>
            </w:pPr>
            <w:r>
              <w:rPr>
                <w:sz w:val="15"/>
              </w:rPr>
              <w:t>Unreliable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1F34BB" w14:textId="77777777" w:rsidR="003B3005" w:rsidRDefault="00000000">
            <w:pPr>
              <w:spacing w:line="240" w:lineRule="auto"/>
              <w:jc w:val="center"/>
            </w:pPr>
            <w:r>
              <w:rPr>
                <w:sz w:val="15"/>
              </w:rPr>
              <w:t>0.0614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369577" w14:textId="77777777" w:rsidR="003B3005" w:rsidRDefault="00000000">
            <w:pPr>
              <w:spacing w:line="240" w:lineRule="auto"/>
              <w:jc w:val="center"/>
            </w:pPr>
            <w:r>
              <w:rPr>
                <w:sz w:val="15"/>
              </w:rPr>
              <w:t>0.2201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10E487" w14:textId="77777777" w:rsidR="003B3005" w:rsidRDefault="00000000">
            <w:pPr>
              <w:spacing w:line="240" w:lineRule="auto"/>
              <w:jc w:val="center"/>
            </w:pPr>
            <w:r>
              <w:rPr>
                <w:sz w:val="15"/>
              </w:rPr>
              <w:t>0.0374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1BD0E8" w14:textId="77777777" w:rsidR="003B3005" w:rsidRDefault="00000000">
            <w:pPr>
              <w:spacing w:line="240" w:lineRule="auto"/>
              <w:jc w:val="center"/>
            </w:pPr>
            <w:r>
              <w:rPr>
                <w:sz w:val="15"/>
              </w:rPr>
              <w:t>Unreliable</w:t>
            </w:r>
          </w:p>
        </w:tc>
      </w:tr>
      <w:tr w:rsidR="003B3005" w14:paraId="016C7C7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46E34F"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8B1722" w14:textId="77777777" w:rsidR="003B3005" w:rsidRDefault="00000000">
            <w:pPr>
              <w:spacing w:line="240" w:lineRule="auto"/>
              <w:jc w:val="center"/>
            </w:pPr>
            <w:r>
              <w:rPr>
                <w:sz w:val="15"/>
              </w:rPr>
              <w:t>2008</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032721" w14:textId="77777777" w:rsidR="003B3005" w:rsidRDefault="00000000">
            <w:pPr>
              <w:spacing w:line="240" w:lineRule="auto"/>
              <w:jc w:val="center"/>
            </w:pPr>
            <w:r>
              <w:rPr>
                <w:sz w:val="15"/>
              </w:rPr>
              <w:t>14</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00E42B" w14:textId="77777777" w:rsidR="003B3005" w:rsidRDefault="00000000">
            <w:pPr>
              <w:spacing w:line="240" w:lineRule="auto"/>
              <w:jc w:val="center"/>
            </w:pPr>
            <w:r>
              <w:rPr>
                <w:sz w:val="15"/>
              </w:rPr>
              <w:t>10102040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3E34E4" w14:textId="77777777" w:rsidR="003B3005" w:rsidRDefault="00000000">
            <w:pPr>
              <w:spacing w:line="240" w:lineRule="auto"/>
              <w:jc w:val="center"/>
            </w:pPr>
            <w:r>
              <w:rPr>
                <w:sz w:val="15"/>
              </w:rPr>
              <w:t>Unreliable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7FDE8E" w14:textId="77777777" w:rsidR="003B3005" w:rsidRDefault="00000000">
            <w:pPr>
              <w:spacing w:line="240" w:lineRule="auto"/>
              <w:jc w:val="center"/>
            </w:pPr>
            <w:r>
              <w:rPr>
                <w:sz w:val="15"/>
              </w:rPr>
              <w:t>0.0844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89AB40" w14:textId="77777777" w:rsidR="003B3005" w:rsidRDefault="00000000">
            <w:pPr>
              <w:spacing w:line="240" w:lineRule="auto"/>
              <w:jc w:val="center"/>
            </w:pPr>
            <w:r>
              <w:rPr>
                <w:sz w:val="15"/>
              </w:rPr>
              <w:t>0.2591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7BA2E6" w14:textId="77777777" w:rsidR="003B3005" w:rsidRDefault="00000000">
            <w:pPr>
              <w:spacing w:line="240" w:lineRule="auto"/>
              <w:jc w:val="center"/>
            </w:pPr>
            <w:r>
              <w:rPr>
                <w:sz w:val="15"/>
              </w:rPr>
              <w:t>0.0417</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251391" w14:textId="77777777" w:rsidR="003B3005" w:rsidRDefault="00000000">
            <w:pPr>
              <w:spacing w:line="240" w:lineRule="auto"/>
              <w:jc w:val="center"/>
            </w:pPr>
            <w:r>
              <w:rPr>
                <w:sz w:val="15"/>
              </w:rPr>
              <w:t>Unreliable</w:t>
            </w:r>
          </w:p>
        </w:tc>
      </w:tr>
      <w:tr w:rsidR="003B3005" w14:paraId="77BA1E4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F0A6F2"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415C18" w14:textId="77777777" w:rsidR="003B3005" w:rsidRDefault="00000000">
            <w:pPr>
              <w:spacing w:line="240" w:lineRule="auto"/>
              <w:jc w:val="center"/>
            </w:pPr>
            <w:r>
              <w:rPr>
                <w:sz w:val="15"/>
              </w:rPr>
              <w:t>2009</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76E347" w14:textId="77777777" w:rsidR="003B3005" w:rsidRDefault="00000000">
            <w:pPr>
              <w:spacing w:line="240" w:lineRule="auto"/>
              <w:jc w:val="center"/>
            </w:pPr>
            <w:r>
              <w:rPr>
                <w:sz w:val="15"/>
              </w:rPr>
              <w:t>24</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F9FD79" w14:textId="77777777" w:rsidR="003B3005" w:rsidRDefault="00000000">
            <w:pPr>
              <w:spacing w:line="240" w:lineRule="auto"/>
              <w:jc w:val="center"/>
            </w:pPr>
            <w:r>
              <w:rPr>
                <w:sz w:val="15"/>
              </w:rPr>
              <w:t>10429408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7DED43" w14:textId="77777777" w:rsidR="003B3005" w:rsidRDefault="00000000">
            <w:pPr>
              <w:spacing w:line="240" w:lineRule="auto"/>
              <w:jc w:val="center"/>
            </w:pPr>
            <w:r>
              <w:rPr>
                <w:sz w:val="15"/>
              </w:rPr>
              <w:t>0.2559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04092C" w14:textId="77777777" w:rsidR="003B3005" w:rsidRDefault="00000000">
            <w:pPr>
              <w:spacing w:line="240" w:lineRule="auto"/>
              <w:jc w:val="center"/>
            </w:pPr>
            <w:r>
              <w:rPr>
                <w:sz w:val="15"/>
              </w:rPr>
              <w:t>0.1604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E08AB1" w14:textId="77777777" w:rsidR="003B3005" w:rsidRDefault="00000000">
            <w:pPr>
              <w:spacing w:line="240" w:lineRule="auto"/>
              <w:jc w:val="center"/>
            </w:pPr>
            <w:r>
              <w:rPr>
                <w:sz w:val="15"/>
              </w:rPr>
              <w:t>0.3874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357A7F" w14:textId="77777777" w:rsidR="003B3005" w:rsidRDefault="00000000">
            <w:pPr>
              <w:spacing w:line="240" w:lineRule="auto"/>
              <w:jc w:val="center"/>
            </w:pPr>
            <w:r>
              <w:rPr>
                <w:sz w:val="15"/>
              </w:rPr>
              <w:t>0.0543</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A93DF2" w14:textId="77777777" w:rsidR="003B3005" w:rsidRDefault="00000000">
            <w:pPr>
              <w:spacing w:line="240" w:lineRule="auto"/>
              <w:jc w:val="center"/>
            </w:pPr>
            <w:r>
              <w:rPr>
                <w:sz w:val="15"/>
              </w:rPr>
              <w:t>Reliable</w:t>
            </w:r>
          </w:p>
        </w:tc>
      </w:tr>
      <w:tr w:rsidR="003B3005" w14:paraId="3A5E008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28F19F"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CA45FD" w14:textId="77777777" w:rsidR="003B3005" w:rsidRDefault="00000000">
            <w:pPr>
              <w:spacing w:line="240" w:lineRule="auto"/>
              <w:jc w:val="center"/>
            </w:pPr>
            <w:r>
              <w:rPr>
                <w:sz w:val="15"/>
              </w:rPr>
              <w:t>2010</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EBE3F6" w14:textId="77777777" w:rsidR="003B3005" w:rsidRDefault="00000000">
            <w:pPr>
              <w:spacing w:line="240" w:lineRule="auto"/>
              <w:jc w:val="center"/>
            </w:pPr>
            <w:r>
              <w:rPr>
                <w:sz w:val="15"/>
              </w:rPr>
              <w:t>13</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95212A" w14:textId="77777777" w:rsidR="003B3005" w:rsidRDefault="00000000">
            <w:pPr>
              <w:spacing w:line="240" w:lineRule="auto"/>
              <w:jc w:val="center"/>
            </w:pPr>
            <w:r>
              <w:rPr>
                <w:sz w:val="15"/>
              </w:rPr>
              <w:t>10670562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264F6D" w14:textId="77777777" w:rsidR="003B3005" w:rsidRDefault="00000000">
            <w:pPr>
              <w:spacing w:line="240" w:lineRule="auto"/>
              <w:jc w:val="center"/>
            </w:pPr>
            <w:r>
              <w:rPr>
                <w:sz w:val="15"/>
              </w:rPr>
              <w:t>Unreliable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C1FC84" w14:textId="77777777" w:rsidR="003B3005" w:rsidRDefault="00000000">
            <w:pPr>
              <w:spacing w:line="240" w:lineRule="auto"/>
              <w:jc w:val="center"/>
            </w:pPr>
            <w:r>
              <w:rPr>
                <w:sz w:val="15"/>
              </w:rPr>
              <w:t>0.0665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01075B" w14:textId="77777777" w:rsidR="003B3005" w:rsidRDefault="00000000">
            <w:pPr>
              <w:spacing w:line="240" w:lineRule="auto"/>
              <w:jc w:val="center"/>
            </w:pPr>
            <w:r>
              <w:rPr>
                <w:sz w:val="15"/>
              </w:rPr>
              <w:t>0.2135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83F8C4" w14:textId="77777777" w:rsidR="003B3005" w:rsidRDefault="00000000">
            <w:pPr>
              <w:spacing w:line="240" w:lineRule="auto"/>
              <w:jc w:val="center"/>
            </w:pPr>
            <w:r>
              <w:rPr>
                <w:sz w:val="15"/>
              </w:rPr>
              <w:t>0.0352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EB2E59" w14:textId="77777777" w:rsidR="003B3005" w:rsidRDefault="00000000">
            <w:pPr>
              <w:spacing w:line="240" w:lineRule="auto"/>
              <w:jc w:val="center"/>
            </w:pPr>
            <w:r>
              <w:rPr>
                <w:sz w:val="15"/>
              </w:rPr>
              <w:t>Unreliable</w:t>
            </w:r>
          </w:p>
        </w:tc>
      </w:tr>
      <w:tr w:rsidR="003B3005" w14:paraId="735FB8E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47CA22"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225AEF" w14:textId="77777777" w:rsidR="003B3005" w:rsidRDefault="00000000">
            <w:pPr>
              <w:spacing w:line="240" w:lineRule="auto"/>
              <w:jc w:val="center"/>
            </w:pPr>
            <w:r>
              <w:rPr>
                <w:sz w:val="15"/>
              </w:rPr>
              <w:t>2011</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0761D6" w14:textId="77777777" w:rsidR="003B3005" w:rsidRDefault="00000000">
            <w:pPr>
              <w:spacing w:line="240" w:lineRule="auto"/>
              <w:jc w:val="center"/>
            </w:pPr>
            <w:r>
              <w:rPr>
                <w:sz w:val="15"/>
              </w:rPr>
              <w:t>22</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410E82" w14:textId="77777777" w:rsidR="003B3005" w:rsidRDefault="00000000">
            <w:pPr>
              <w:spacing w:line="240" w:lineRule="auto"/>
              <w:jc w:val="center"/>
            </w:pPr>
            <w:r>
              <w:rPr>
                <w:sz w:val="15"/>
              </w:rPr>
              <w:t>11055808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D65ACF" w14:textId="77777777" w:rsidR="003B3005" w:rsidRDefault="00000000">
            <w:pPr>
              <w:spacing w:line="240" w:lineRule="auto"/>
              <w:jc w:val="center"/>
            </w:pPr>
            <w:r>
              <w:rPr>
                <w:sz w:val="15"/>
              </w:rPr>
              <w:t>0.2107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6678EA" w14:textId="77777777" w:rsidR="003B3005" w:rsidRDefault="00000000">
            <w:pPr>
              <w:spacing w:line="240" w:lineRule="auto"/>
              <w:jc w:val="center"/>
            </w:pPr>
            <w:r>
              <w:rPr>
                <w:sz w:val="15"/>
              </w:rPr>
              <w:t>0.1305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3967F2" w14:textId="77777777" w:rsidR="003B3005" w:rsidRDefault="00000000">
            <w:pPr>
              <w:spacing w:line="240" w:lineRule="auto"/>
              <w:jc w:val="center"/>
            </w:pPr>
            <w:r>
              <w:rPr>
                <w:sz w:val="15"/>
              </w:rPr>
              <w:t>0.3221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559EEF" w14:textId="77777777" w:rsidR="003B3005" w:rsidRDefault="00000000">
            <w:pPr>
              <w:spacing w:line="240" w:lineRule="auto"/>
              <w:jc w:val="center"/>
            </w:pPr>
            <w:r>
              <w:rPr>
                <w:sz w:val="15"/>
              </w:rPr>
              <w:t>0.0462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BEFF95" w14:textId="77777777" w:rsidR="003B3005" w:rsidRDefault="00000000">
            <w:pPr>
              <w:spacing w:line="240" w:lineRule="auto"/>
              <w:jc w:val="center"/>
            </w:pPr>
            <w:r>
              <w:rPr>
                <w:sz w:val="15"/>
              </w:rPr>
              <w:t>Reliable</w:t>
            </w:r>
          </w:p>
        </w:tc>
      </w:tr>
      <w:tr w:rsidR="003B3005" w14:paraId="6E85B36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45D548"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13F0C4" w14:textId="77777777" w:rsidR="003B3005" w:rsidRDefault="00000000">
            <w:pPr>
              <w:spacing w:line="240" w:lineRule="auto"/>
              <w:jc w:val="center"/>
            </w:pPr>
            <w:r>
              <w:rPr>
                <w:sz w:val="15"/>
              </w:rPr>
              <w:t>2012</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085F3A" w14:textId="77777777" w:rsidR="003B3005" w:rsidRDefault="00000000">
            <w:pPr>
              <w:spacing w:line="240" w:lineRule="auto"/>
              <w:jc w:val="center"/>
            </w:pPr>
            <w:r>
              <w:rPr>
                <w:sz w:val="15"/>
              </w:rPr>
              <w:t>20</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3A0D9C" w14:textId="77777777" w:rsidR="003B3005" w:rsidRDefault="00000000">
            <w:pPr>
              <w:spacing w:line="240" w:lineRule="auto"/>
              <w:jc w:val="center"/>
            </w:pPr>
            <w:r>
              <w:rPr>
                <w:sz w:val="15"/>
              </w:rPr>
              <w:t>11510641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28F5D5" w14:textId="77777777" w:rsidR="003B3005" w:rsidRDefault="00000000">
            <w:pPr>
              <w:spacing w:line="240" w:lineRule="auto"/>
              <w:jc w:val="center"/>
            </w:pPr>
            <w:r>
              <w:rPr>
                <w:sz w:val="15"/>
              </w:rPr>
              <w:t>0.1733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6BD641" w14:textId="77777777" w:rsidR="003B3005" w:rsidRDefault="00000000">
            <w:pPr>
              <w:spacing w:line="240" w:lineRule="auto"/>
              <w:jc w:val="center"/>
            </w:pPr>
            <w:r>
              <w:rPr>
                <w:sz w:val="15"/>
              </w:rPr>
              <w:t>0.1027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074857" w14:textId="77777777" w:rsidR="003B3005" w:rsidRDefault="00000000">
            <w:pPr>
              <w:spacing w:line="240" w:lineRule="auto"/>
              <w:jc w:val="center"/>
            </w:pPr>
            <w:r>
              <w:rPr>
                <w:sz w:val="15"/>
              </w:rPr>
              <w:t>0.2738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6F0B71" w14:textId="77777777" w:rsidR="003B3005" w:rsidRDefault="00000000">
            <w:pPr>
              <w:spacing w:line="240" w:lineRule="auto"/>
              <w:jc w:val="center"/>
            </w:pPr>
            <w:r>
              <w:rPr>
                <w:sz w:val="15"/>
              </w:rPr>
              <w:t>0.0403</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16E616" w14:textId="77777777" w:rsidR="003B3005" w:rsidRDefault="00000000">
            <w:pPr>
              <w:spacing w:line="240" w:lineRule="auto"/>
              <w:jc w:val="center"/>
            </w:pPr>
            <w:r>
              <w:rPr>
                <w:sz w:val="15"/>
              </w:rPr>
              <w:t>Reliable</w:t>
            </w:r>
          </w:p>
        </w:tc>
      </w:tr>
      <w:tr w:rsidR="003B3005" w14:paraId="3CBD767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3F84D4"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D784C5" w14:textId="77777777" w:rsidR="003B3005" w:rsidRDefault="00000000">
            <w:pPr>
              <w:spacing w:line="240" w:lineRule="auto"/>
              <w:jc w:val="center"/>
            </w:pPr>
            <w:r>
              <w:rPr>
                <w:sz w:val="15"/>
              </w:rPr>
              <w:t>2013</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0D458C" w14:textId="77777777" w:rsidR="003B3005" w:rsidRDefault="00000000">
            <w:pPr>
              <w:spacing w:line="240" w:lineRule="auto"/>
              <w:jc w:val="center"/>
            </w:pPr>
            <w:r>
              <w:rPr>
                <w:sz w:val="15"/>
              </w:rPr>
              <w:t>18</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31C661" w14:textId="77777777" w:rsidR="003B3005" w:rsidRDefault="00000000">
            <w:pPr>
              <w:spacing w:line="240" w:lineRule="auto"/>
              <w:jc w:val="center"/>
            </w:pPr>
            <w:r>
              <w:rPr>
                <w:sz w:val="15"/>
              </w:rPr>
              <w:t>11931284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944BC1" w14:textId="77777777" w:rsidR="003B3005" w:rsidRDefault="00000000">
            <w:pPr>
              <w:spacing w:line="240" w:lineRule="auto"/>
              <w:jc w:val="center"/>
            </w:pPr>
            <w:r>
              <w:rPr>
                <w:sz w:val="15"/>
              </w:rPr>
              <w:t>Unreliable</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2B271E" w14:textId="77777777" w:rsidR="003B3005" w:rsidRDefault="00000000">
            <w:pPr>
              <w:spacing w:line="240" w:lineRule="auto"/>
              <w:jc w:val="center"/>
            </w:pPr>
            <w:r>
              <w:rPr>
                <w:sz w:val="15"/>
              </w:rPr>
              <w:t>0.0924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889B69" w14:textId="77777777" w:rsidR="003B3005" w:rsidRDefault="00000000">
            <w:pPr>
              <w:spacing w:line="240" w:lineRule="auto"/>
              <w:jc w:val="center"/>
            </w:pPr>
            <w:r>
              <w:rPr>
                <w:sz w:val="15"/>
              </w:rPr>
              <w:t>0.2626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BF1276" w14:textId="77777777" w:rsidR="003B3005" w:rsidRDefault="00000000">
            <w:pPr>
              <w:spacing w:line="240" w:lineRule="auto"/>
              <w:jc w:val="center"/>
            </w:pPr>
            <w:r>
              <w:rPr>
                <w:sz w:val="15"/>
              </w:rPr>
              <w:t>0.0399</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343AB8" w14:textId="77777777" w:rsidR="003B3005" w:rsidRDefault="00000000">
            <w:pPr>
              <w:spacing w:line="240" w:lineRule="auto"/>
              <w:jc w:val="center"/>
            </w:pPr>
            <w:r>
              <w:rPr>
                <w:sz w:val="15"/>
              </w:rPr>
              <w:t>Unreliable</w:t>
            </w:r>
          </w:p>
        </w:tc>
      </w:tr>
      <w:tr w:rsidR="003B3005" w14:paraId="1E76FED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759F79"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73B74D" w14:textId="77777777" w:rsidR="003B3005" w:rsidRDefault="00000000">
            <w:pPr>
              <w:spacing w:line="240" w:lineRule="auto"/>
              <w:jc w:val="center"/>
            </w:pPr>
            <w:r>
              <w:rPr>
                <w:sz w:val="15"/>
              </w:rPr>
              <w:t>2014</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4BF6B7" w14:textId="77777777" w:rsidR="003B3005" w:rsidRDefault="00000000">
            <w:pPr>
              <w:spacing w:line="240" w:lineRule="auto"/>
              <w:jc w:val="center"/>
            </w:pPr>
            <w:r>
              <w:rPr>
                <w:sz w:val="15"/>
              </w:rPr>
              <w:t>26</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4499FB" w14:textId="77777777" w:rsidR="003B3005" w:rsidRDefault="00000000">
            <w:pPr>
              <w:spacing w:line="240" w:lineRule="auto"/>
              <w:jc w:val="center"/>
            </w:pPr>
            <w:r>
              <w:rPr>
                <w:sz w:val="15"/>
              </w:rPr>
              <w:t>12503895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D4014F" w14:textId="77777777" w:rsidR="003B3005" w:rsidRDefault="00000000">
            <w:pPr>
              <w:spacing w:line="240" w:lineRule="auto"/>
              <w:jc w:val="center"/>
            </w:pPr>
            <w:r>
              <w:rPr>
                <w:sz w:val="15"/>
              </w:rPr>
              <w:t>0.2409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430658" w14:textId="77777777" w:rsidR="003B3005" w:rsidRDefault="00000000">
            <w:pPr>
              <w:spacing w:line="240" w:lineRule="auto"/>
              <w:jc w:val="center"/>
            </w:pPr>
            <w:r>
              <w:rPr>
                <w:sz w:val="15"/>
              </w:rPr>
              <w:t>0.1559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574538" w14:textId="77777777" w:rsidR="003B3005" w:rsidRDefault="00000000">
            <w:pPr>
              <w:spacing w:line="240" w:lineRule="auto"/>
              <w:jc w:val="center"/>
            </w:pPr>
            <w:r>
              <w:rPr>
                <w:sz w:val="15"/>
              </w:rPr>
              <w:t>0.3557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075AB9" w14:textId="77777777" w:rsidR="003B3005" w:rsidRDefault="00000000">
            <w:pPr>
              <w:spacing w:line="240" w:lineRule="auto"/>
              <w:jc w:val="center"/>
            </w:pPr>
            <w:r>
              <w:rPr>
                <w:sz w:val="15"/>
              </w:rPr>
              <w:t>0.0477</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303BE7" w14:textId="77777777" w:rsidR="003B3005" w:rsidRDefault="00000000">
            <w:pPr>
              <w:spacing w:line="240" w:lineRule="auto"/>
              <w:jc w:val="center"/>
            </w:pPr>
            <w:r>
              <w:rPr>
                <w:sz w:val="15"/>
              </w:rPr>
              <w:t>Reliable</w:t>
            </w:r>
          </w:p>
        </w:tc>
      </w:tr>
      <w:tr w:rsidR="003B3005" w14:paraId="1104B16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1A28A2"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95BC19" w14:textId="77777777" w:rsidR="003B3005" w:rsidRDefault="00000000">
            <w:pPr>
              <w:spacing w:line="240" w:lineRule="auto"/>
              <w:jc w:val="center"/>
            </w:pPr>
            <w:r>
              <w:rPr>
                <w:sz w:val="15"/>
              </w:rPr>
              <w:t>2015</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5DDE7A" w14:textId="77777777" w:rsidR="003B3005" w:rsidRDefault="00000000">
            <w:pPr>
              <w:spacing w:line="240" w:lineRule="auto"/>
              <w:jc w:val="center"/>
            </w:pPr>
            <w:r>
              <w:rPr>
                <w:sz w:val="15"/>
              </w:rPr>
              <w:t>27</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2CCE88" w14:textId="77777777" w:rsidR="003B3005" w:rsidRDefault="00000000">
            <w:pPr>
              <w:spacing w:line="240" w:lineRule="auto"/>
              <w:jc w:val="center"/>
            </w:pPr>
            <w:r>
              <w:rPr>
                <w:sz w:val="15"/>
              </w:rPr>
              <w:t>13054155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FBF393" w14:textId="77777777" w:rsidR="003B3005" w:rsidRDefault="00000000">
            <w:pPr>
              <w:spacing w:line="240" w:lineRule="auto"/>
              <w:jc w:val="center"/>
            </w:pPr>
            <w:r>
              <w:rPr>
                <w:sz w:val="15"/>
              </w:rPr>
              <w:t>0.2122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BC22C6" w14:textId="77777777" w:rsidR="003B3005" w:rsidRDefault="00000000">
            <w:pPr>
              <w:spacing w:line="240" w:lineRule="auto"/>
              <w:jc w:val="center"/>
            </w:pPr>
            <w:r>
              <w:rPr>
                <w:sz w:val="15"/>
              </w:rPr>
              <w:t>0.1386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8ECDA3" w14:textId="77777777" w:rsidR="003B3005" w:rsidRDefault="00000000">
            <w:pPr>
              <w:spacing w:line="240" w:lineRule="auto"/>
              <w:jc w:val="center"/>
            </w:pPr>
            <w:r>
              <w:rPr>
                <w:sz w:val="15"/>
              </w:rPr>
              <w:t>0.3109</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73B989" w14:textId="77777777" w:rsidR="003B3005" w:rsidRDefault="00000000">
            <w:pPr>
              <w:spacing w:line="240" w:lineRule="auto"/>
              <w:jc w:val="center"/>
            </w:pPr>
            <w:r>
              <w:rPr>
                <w:sz w:val="15"/>
              </w:rPr>
              <w:t>0.0415</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A19602" w14:textId="77777777" w:rsidR="003B3005" w:rsidRDefault="00000000">
            <w:pPr>
              <w:spacing w:line="240" w:lineRule="auto"/>
              <w:jc w:val="center"/>
            </w:pPr>
            <w:r>
              <w:rPr>
                <w:sz w:val="15"/>
              </w:rPr>
              <w:t>Reliable</w:t>
            </w:r>
          </w:p>
        </w:tc>
      </w:tr>
      <w:tr w:rsidR="003B3005" w14:paraId="4C24E15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15AA3B"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308B06" w14:textId="77777777" w:rsidR="003B3005" w:rsidRDefault="00000000">
            <w:pPr>
              <w:spacing w:line="240" w:lineRule="auto"/>
              <w:jc w:val="center"/>
            </w:pPr>
            <w:r>
              <w:rPr>
                <w:sz w:val="15"/>
              </w:rPr>
              <w:t>2016</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524D1A" w14:textId="77777777" w:rsidR="003B3005" w:rsidRDefault="00000000">
            <w:pPr>
              <w:spacing w:line="240" w:lineRule="auto"/>
              <w:jc w:val="center"/>
            </w:pPr>
            <w:r>
              <w:rPr>
                <w:sz w:val="15"/>
              </w:rPr>
              <w:t>26</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64DC2D" w14:textId="77777777" w:rsidR="003B3005" w:rsidRDefault="00000000">
            <w:pPr>
              <w:spacing w:line="240" w:lineRule="auto"/>
              <w:jc w:val="center"/>
            </w:pPr>
            <w:r>
              <w:rPr>
                <w:sz w:val="15"/>
              </w:rPr>
              <w:t>13344756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5F7C3F" w14:textId="77777777" w:rsidR="003B3005" w:rsidRDefault="00000000">
            <w:pPr>
              <w:spacing w:line="240" w:lineRule="auto"/>
              <w:jc w:val="center"/>
            </w:pPr>
            <w:r>
              <w:rPr>
                <w:sz w:val="15"/>
              </w:rPr>
              <w:t>0.1851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2E44D1" w14:textId="77777777" w:rsidR="003B3005" w:rsidRDefault="00000000">
            <w:pPr>
              <w:spacing w:line="240" w:lineRule="auto"/>
              <w:jc w:val="center"/>
            </w:pPr>
            <w:r>
              <w:rPr>
                <w:sz w:val="15"/>
              </w:rPr>
              <w:t>0.1186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12EE26" w14:textId="77777777" w:rsidR="003B3005" w:rsidRDefault="00000000">
            <w:pPr>
              <w:spacing w:line="240" w:lineRule="auto"/>
              <w:jc w:val="center"/>
            </w:pPr>
            <w:r>
              <w:rPr>
                <w:sz w:val="15"/>
              </w:rPr>
              <w:t>0.2755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471B0C" w14:textId="77777777" w:rsidR="003B3005" w:rsidRDefault="00000000">
            <w:pPr>
              <w:spacing w:line="240" w:lineRule="auto"/>
              <w:jc w:val="center"/>
            </w:pPr>
            <w:r>
              <w:rPr>
                <w:sz w:val="15"/>
              </w:rPr>
              <w:t>0.0380</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E55CC5" w14:textId="77777777" w:rsidR="003B3005" w:rsidRDefault="00000000">
            <w:pPr>
              <w:spacing w:line="240" w:lineRule="auto"/>
              <w:jc w:val="center"/>
            </w:pPr>
            <w:r>
              <w:rPr>
                <w:sz w:val="15"/>
              </w:rPr>
              <w:t>Reliable</w:t>
            </w:r>
          </w:p>
        </w:tc>
      </w:tr>
      <w:tr w:rsidR="003B3005" w14:paraId="6E99B92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E66090"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133B7E" w14:textId="77777777" w:rsidR="003B3005" w:rsidRDefault="00000000">
            <w:pPr>
              <w:spacing w:line="240" w:lineRule="auto"/>
              <w:jc w:val="center"/>
            </w:pPr>
            <w:r>
              <w:rPr>
                <w:sz w:val="15"/>
              </w:rPr>
              <w:t>2017</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DE400A" w14:textId="77777777" w:rsidR="003B3005" w:rsidRDefault="00000000">
            <w:pPr>
              <w:spacing w:line="240" w:lineRule="auto"/>
              <w:jc w:val="center"/>
            </w:pPr>
            <w:r>
              <w:rPr>
                <w:sz w:val="15"/>
              </w:rPr>
              <w:t>21</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4BB5B9" w14:textId="77777777" w:rsidR="003B3005" w:rsidRDefault="00000000">
            <w:pPr>
              <w:spacing w:line="240" w:lineRule="auto"/>
              <w:jc w:val="center"/>
            </w:pPr>
            <w:r>
              <w:rPr>
                <w:sz w:val="15"/>
              </w:rPr>
              <w:t>13938546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8737DF" w14:textId="77777777" w:rsidR="003B3005" w:rsidRDefault="00000000">
            <w:pPr>
              <w:spacing w:line="240" w:lineRule="auto"/>
              <w:jc w:val="center"/>
            </w:pPr>
            <w:r>
              <w:rPr>
                <w:sz w:val="15"/>
              </w:rPr>
              <w:t>0.1596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7752A8" w14:textId="77777777" w:rsidR="003B3005" w:rsidRDefault="00000000">
            <w:pPr>
              <w:spacing w:line="240" w:lineRule="auto"/>
              <w:jc w:val="center"/>
            </w:pPr>
            <w:r>
              <w:rPr>
                <w:sz w:val="15"/>
              </w:rPr>
              <w:t>0.0946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AADF68" w14:textId="77777777" w:rsidR="003B3005" w:rsidRDefault="00000000">
            <w:pPr>
              <w:spacing w:line="240" w:lineRule="auto"/>
              <w:jc w:val="center"/>
            </w:pPr>
            <w:r>
              <w:rPr>
                <w:sz w:val="15"/>
              </w:rPr>
              <w:t>0.2522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4973AC" w14:textId="77777777" w:rsidR="003B3005" w:rsidRDefault="00000000">
            <w:pPr>
              <w:spacing w:line="240" w:lineRule="auto"/>
              <w:jc w:val="center"/>
            </w:pPr>
            <w:r>
              <w:rPr>
                <w:sz w:val="15"/>
              </w:rPr>
              <w:t>0.0371</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E74DA0" w14:textId="77777777" w:rsidR="003B3005" w:rsidRDefault="00000000">
            <w:pPr>
              <w:spacing w:line="240" w:lineRule="auto"/>
              <w:jc w:val="center"/>
            </w:pPr>
            <w:r>
              <w:rPr>
                <w:sz w:val="15"/>
              </w:rPr>
              <w:t>Reliable</w:t>
            </w:r>
          </w:p>
        </w:tc>
      </w:tr>
      <w:tr w:rsidR="003B3005" w14:paraId="0DFB078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62138C"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94A2AC" w14:textId="77777777" w:rsidR="003B3005" w:rsidRDefault="00000000">
            <w:pPr>
              <w:spacing w:line="240" w:lineRule="auto"/>
              <w:jc w:val="center"/>
            </w:pPr>
            <w:r>
              <w:rPr>
                <w:sz w:val="15"/>
              </w:rPr>
              <w:t>2018</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317EE5" w14:textId="77777777" w:rsidR="003B3005" w:rsidRDefault="00000000">
            <w:pPr>
              <w:spacing w:line="240" w:lineRule="auto"/>
              <w:jc w:val="center"/>
            </w:pPr>
            <w:r>
              <w:rPr>
                <w:sz w:val="15"/>
              </w:rPr>
              <w:t>25</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DDEBF0" w14:textId="77777777" w:rsidR="003B3005" w:rsidRDefault="00000000">
            <w:pPr>
              <w:spacing w:line="240" w:lineRule="auto"/>
              <w:jc w:val="center"/>
            </w:pPr>
            <w:r>
              <w:rPr>
                <w:sz w:val="15"/>
              </w:rPr>
              <w:t>14258765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B11A60" w14:textId="77777777" w:rsidR="003B3005" w:rsidRDefault="00000000">
            <w:pPr>
              <w:spacing w:line="240" w:lineRule="auto"/>
              <w:jc w:val="center"/>
            </w:pPr>
            <w:r>
              <w:rPr>
                <w:sz w:val="15"/>
              </w:rPr>
              <w:t>0.1862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4D9397" w14:textId="77777777" w:rsidR="003B3005" w:rsidRDefault="00000000">
            <w:pPr>
              <w:spacing w:line="240" w:lineRule="auto"/>
              <w:jc w:val="center"/>
            </w:pPr>
            <w:r>
              <w:rPr>
                <w:sz w:val="15"/>
              </w:rPr>
              <w:t>0.1180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23E2F9" w14:textId="77777777" w:rsidR="003B3005" w:rsidRDefault="00000000">
            <w:pPr>
              <w:spacing w:line="240" w:lineRule="auto"/>
              <w:jc w:val="center"/>
            </w:pPr>
            <w:r>
              <w:rPr>
                <w:sz w:val="15"/>
              </w:rPr>
              <w:t>0.2793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C71923" w14:textId="77777777" w:rsidR="003B3005" w:rsidRDefault="00000000">
            <w:pPr>
              <w:spacing w:line="240" w:lineRule="auto"/>
              <w:jc w:val="center"/>
            </w:pPr>
            <w:r>
              <w:rPr>
                <w:sz w:val="15"/>
              </w:rPr>
              <w:t>0.0386</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1C33C7" w14:textId="77777777" w:rsidR="003B3005" w:rsidRDefault="00000000">
            <w:pPr>
              <w:spacing w:line="240" w:lineRule="auto"/>
              <w:jc w:val="center"/>
            </w:pPr>
            <w:r>
              <w:rPr>
                <w:sz w:val="15"/>
              </w:rPr>
              <w:t>Reliable</w:t>
            </w:r>
          </w:p>
        </w:tc>
      </w:tr>
      <w:tr w:rsidR="003B3005" w14:paraId="48CD266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5C7C4A"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191034" w14:textId="77777777" w:rsidR="003B3005" w:rsidRDefault="00000000">
            <w:pPr>
              <w:spacing w:line="240" w:lineRule="auto"/>
              <w:jc w:val="center"/>
            </w:pPr>
            <w:r>
              <w:rPr>
                <w:sz w:val="15"/>
              </w:rPr>
              <w:t>2019</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8F7555" w14:textId="77777777" w:rsidR="003B3005" w:rsidRDefault="00000000">
            <w:pPr>
              <w:spacing w:line="240" w:lineRule="auto"/>
              <w:jc w:val="center"/>
            </w:pPr>
            <w:r>
              <w:rPr>
                <w:sz w:val="15"/>
              </w:rPr>
              <w:t>34</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94FA92" w14:textId="77777777" w:rsidR="003B3005" w:rsidRDefault="00000000">
            <w:pPr>
              <w:spacing w:line="240" w:lineRule="auto"/>
              <w:jc w:val="center"/>
            </w:pPr>
            <w:r>
              <w:rPr>
                <w:sz w:val="15"/>
              </w:rPr>
              <w:t>14536839</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5D91D4" w14:textId="77777777" w:rsidR="003B3005" w:rsidRDefault="00000000">
            <w:pPr>
              <w:spacing w:line="240" w:lineRule="auto"/>
              <w:jc w:val="center"/>
            </w:pPr>
            <w:r>
              <w:rPr>
                <w:sz w:val="15"/>
              </w:rPr>
              <w:t>0.2333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B01CDF" w14:textId="77777777" w:rsidR="003B3005" w:rsidRDefault="00000000">
            <w:pPr>
              <w:spacing w:line="240" w:lineRule="auto"/>
              <w:jc w:val="center"/>
            </w:pPr>
            <w:r>
              <w:rPr>
                <w:sz w:val="15"/>
              </w:rPr>
              <w:t>0.1606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509351" w14:textId="77777777" w:rsidR="003B3005" w:rsidRDefault="00000000">
            <w:pPr>
              <w:spacing w:line="240" w:lineRule="auto"/>
              <w:jc w:val="center"/>
            </w:pPr>
            <w:r>
              <w:rPr>
                <w:sz w:val="15"/>
              </w:rPr>
              <w:t>0.3276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307CD7" w14:textId="77777777" w:rsidR="003B3005" w:rsidRDefault="00000000">
            <w:pPr>
              <w:spacing w:line="240" w:lineRule="auto"/>
              <w:jc w:val="center"/>
            </w:pPr>
            <w:r>
              <w:rPr>
                <w:sz w:val="15"/>
              </w:rPr>
              <w:t>0.0407</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322BF5" w14:textId="77777777" w:rsidR="003B3005" w:rsidRDefault="00000000">
            <w:pPr>
              <w:spacing w:line="240" w:lineRule="auto"/>
              <w:jc w:val="center"/>
            </w:pPr>
            <w:r>
              <w:rPr>
                <w:sz w:val="15"/>
              </w:rPr>
              <w:t>Reliable</w:t>
            </w:r>
          </w:p>
        </w:tc>
      </w:tr>
      <w:tr w:rsidR="003B3005" w14:paraId="1F72682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471371" w14:textId="77777777" w:rsidR="003B3005" w:rsidRDefault="00000000">
            <w:pPr>
              <w:spacing w:line="240" w:lineRule="auto"/>
            </w:pPr>
            <w:r>
              <w:rPr>
                <w:sz w:val="15"/>
              </w:rPr>
              <w:t>Non-Hispanic Asian or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C1773F" w14:textId="77777777" w:rsidR="003B3005" w:rsidRDefault="00000000">
            <w:pPr>
              <w:spacing w:line="240" w:lineRule="auto"/>
              <w:jc w:val="center"/>
            </w:pPr>
            <w:r>
              <w:rPr>
                <w:sz w:val="15"/>
              </w:rPr>
              <w:t>2020</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087145" w14:textId="77777777" w:rsidR="003B3005" w:rsidRDefault="00000000">
            <w:pPr>
              <w:spacing w:line="240" w:lineRule="auto"/>
              <w:jc w:val="center"/>
            </w:pPr>
            <w:r>
              <w:rPr>
                <w:sz w:val="15"/>
              </w:rPr>
              <w:t>73</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EE510E" w14:textId="77777777" w:rsidR="003B3005" w:rsidRDefault="00000000">
            <w:pPr>
              <w:spacing w:line="240" w:lineRule="auto"/>
              <w:jc w:val="center"/>
            </w:pPr>
            <w:r>
              <w:rPr>
                <w:sz w:val="15"/>
              </w:rPr>
              <w:t>14798344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A82DE0" w14:textId="77777777" w:rsidR="003B3005" w:rsidRDefault="00000000">
            <w:pPr>
              <w:spacing w:line="240" w:lineRule="auto"/>
              <w:jc w:val="center"/>
            </w:pPr>
            <w:r>
              <w:rPr>
                <w:sz w:val="15"/>
              </w:rPr>
              <w:t>0.4807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F4AF2A" w14:textId="77777777" w:rsidR="003B3005" w:rsidRDefault="00000000">
            <w:pPr>
              <w:spacing w:line="240" w:lineRule="auto"/>
              <w:jc w:val="center"/>
            </w:pPr>
            <w:r>
              <w:rPr>
                <w:sz w:val="15"/>
              </w:rPr>
              <w:t>0.3754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F09EFF" w14:textId="77777777" w:rsidR="003B3005" w:rsidRDefault="00000000">
            <w:pPr>
              <w:spacing w:line="240" w:lineRule="auto"/>
              <w:jc w:val="center"/>
            </w:pPr>
            <w:r>
              <w:rPr>
                <w:sz w:val="15"/>
              </w:rPr>
              <w:t>0.6063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107414" w14:textId="77777777" w:rsidR="003B3005" w:rsidRDefault="00000000">
            <w:pPr>
              <w:spacing w:line="240" w:lineRule="auto"/>
              <w:jc w:val="center"/>
            </w:pPr>
            <w:r>
              <w:rPr>
                <w:sz w:val="15"/>
              </w:rPr>
              <w:t>0.0569</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41FC22" w14:textId="77777777" w:rsidR="003B3005" w:rsidRDefault="00000000">
            <w:pPr>
              <w:spacing w:line="240" w:lineRule="auto"/>
              <w:jc w:val="center"/>
            </w:pPr>
            <w:r>
              <w:rPr>
                <w:sz w:val="15"/>
              </w:rPr>
              <w:t>Reliable</w:t>
            </w:r>
          </w:p>
        </w:tc>
      </w:tr>
      <w:tr w:rsidR="003B3005" w14:paraId="541F4EF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12D580"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95327F" w14:textId="77777777" w:rsidR="003B3005" w:rsidRDefault="00000000">
            <w:pPr>
              <w:spacing w:line="240" w:lineRule="auto"/>
              <w:jc w:val="center"/>
            </w:pPr>
            <w:r>
              <w:rPr>
                <w:sz w:val="15"/>
              </w:rPr>
              <w:t>1999</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BEDEF2" w14:textId="77777777" w:rsidR="003B3005" w:rsidRDefault="00000000">
            <w:pPr>
              <w:spacing w:line="240" w:lineRule="auto"/>
              <w:jc w:val="center"/>
            </w:pPr>
            <w:r>
              <w:rPr>
                <w:sz w:val="15"/>
              </w:rPr>
              <w:t>149</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7BCC37" w14:textId="77777777" w:rsidR="003B3005" w:rsidRDefault="00000000">
            <w:pPr>
              <w:spacing w:line="240" w:lineRule="auto"/>
              <w:jc w:val="center"/>
            </w:pPr>
            <w:r>
              <w:rPr>
                <w:sz w:val="15"/>
              </w:rPr>
              <w:t>19808077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56382B" w14:textId="77777777" w:rsidR="003B3005" w:rsidRDefault="00000000">
            <w:pPr>
              <w:spacing w:line="240" w:lineRule="auto"/>
              <w:jc w:val="center"/>
            </w:pPr>
            <w:r>
              <w:rPr>
                <w:sz w:val="15"/>
              </w:rPr>
              <w:t>0.8522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B58976" w14:textId="77777777" w:rsidR="003B3005" w:rsidRDefault="00000000">
            <w:pPr>
              <w:spacing w:line="240" w:lineRule="auto"/>
              <w:jc w:val="center"/>
            </w:pPr>
            <w:r>
              <w:rPr>
                <w:sz w:val="15"/>
              </w:rPr>
              <w:t>0.7125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674469" w14:textId="77777777" w:rsidR="003B3005" w:rsidRDefault="00000000">
            <w:pPr>
              <w:spacing w:line="240" w:lineRule="auto"/>
              <w:jc w:val="center"/>
            </w:pPr>
            <w:r>
              <w:rPr>
                <w:sz w:val="15"/>
              </w:rPr>
              <w:t>0.9920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B87A77" w14:textId="77777777" w:rsidR="003B3005" w:rsidRDefault="00000000">
            <w:pPr>
              <w:spacing w:line="240" w:lineRule="auto"/>
              <w:jc w:val="center"/>
            </w:pPr>
            <w:r>
              <w:rPr>
                <w:sz w:val="15"/>
              </w:rPr>
              <w:t>0.0713</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3EE68C" w14:textId="77777777" w:rsidR="003B3005" w:rsidRDefault="00000000">
            <w:pPr>
              <w:spacing w:line="240" w:lineRule="auto"/>
              <w:jc w:val="center"/>
            </w:pPr>
            <w:r>
              <w:rPr>
                <w:sz w:val="15"/>
              </w:rPr>
              <w:t>Reliable</w:t>
            </w:r>
          </w:p>
        </w:tc>
      </w:tr>
      <w:tr w:rsidR="003B3005" w14:paraId="71BA3EA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2640B6"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8D692C" w14:textId="77777777" w:rsidR="003B3005" w:rsidRDefault="00000000">
            <w:pPr>
              <w:spacing w:line="240" w:lineRule="auto"/>
              <w:jc w:val="center"/>
            </w:pPr>
            <w:r>
              <w:rPr>
                <w:sz w:val="15"/>
              </w:rPr>
              <w:t>2000</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089BC4" w14:textId="77777777" w:rsidR="003B3005" w:rsidRDefault="00000000">
            <w:pPr>
              <w:spacing w:line="240" w:lineRule="auto"/>
              <w:jc w:val="center"/>
            </w:pPr>
            <w:r>
              <w:rPr>
                <w:sz w:val="15"/>
              </w:rPr>
              <w:t>166</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4CA5CB" w14:textId="77777777" w:rsidR="003B3005" w:rsidRDefault="00000000">
            <w:pPr>
              <w:spacing w:line="240" w:lineRule="auto"/>
              <w:jc w:val="center"/>
            </w:pPr>
            <w:r>
              <w:rPr>
                <w:sz w:val="15"/>
              </w:rPr>
              <w:t>20058273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810C53" w14:textId="77777777" w:rsidR="003B3005" w:rsidRDefault="00000000">
            <w:pPr>
              <w:spacing w:line="240" w:lineRule="auto"/>
              <w:jc w:val="center"/>
            </w:pPr>
            <w:r>
              <w:rPr>
                <w:sz w:val="15"/>
              </w:rPr>
              <w:t>0.9345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C2B31A" w14:textId="77777777" w:rsidR="003B3005" w:rsidRDefault="00000000">
            <w:pPr>
              <w:spacing w:line="240" w:lineRule="auto"/>
              <w:jc w:val="center"/>
            </w:pPr>
            <w:r>
              <w:rPr>
                <w:sz w:val="15"/>
              </w:rPr>
              <w:t>0.7898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5DDC50" w14:textId="77777777" w:rsidR="003B3005" w:rsidRDefault="00000000">
            <w:pPr>
              <w:spacing w:line="240" w:lineRule="auto"/>
              <w:jc w:val="center"/>
            </w:pPr>
            <w:r>
              <w:rPr>
                <w:sz w:val="15"/>
              </w:rPr>
              <w:t>1.0791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D9CA2B" w14:textId="77777777" w:rsidR="003B3005" w:rsidRDefault="00000000">
            <w:pPr>
              <w:spacing w:line="240" w:lineRule="auto"/>
              <w:jc w:val="center"/>
            </w:pPr>
            <w:r>
              <w:rPr>
                <w:sz w:val="15"/>
              </w:rPr>
              <w:t>0.0738</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2DBD0C" w14:textId="77777777" w:rsidR="003B3005" w:rsidRDefault="00000000">
            <w:pPr>
              <w:spacing w:line="240" w:lineRule="auto"/>
              <w:jc w:val="center"/>
            </w:pPr>
            <w:r>
              <w:rPr>
                <w:sz w:val="15"/>
              </w:rPr>
              <w:t>Reliable</w:t>
            </w:r>
          </w:p>
        </w:tc>
      </w:tr>
      <w:tr w:rsidR="003B3005" w14:paraId="6693597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01E5C9"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D8F929" w14:textId="77777777" w:rsidR="003B3005" w:rsidRDefault="00000000">
            <w:pPr>
              <w:spacing w:line="240" w:lineRule="auto"/>
              <w:jc w:val="center"/>
            </w:pPr>
            <w:r>
              <w:rPr>
                <w:sz w:val="15"/>
              </w:rPr>
              <w:t>2001</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DB42A7" w14:textId="77777777" w:rsidR="003B3005" w:rsidRDefault="00000000">
            <w:pPr>
              <w:spacing w:line="240" w:lineRule="auto"/>
              <w:jc w:val="center"/>
            </w:pPr>
            <w:r>
              <w:rPr>
                <w:sz w:val="15"/>
              </w:rPr>
              <w:t>160</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98F9AD" w14:textId="77777777" w:rsidR="003B3005" w:rsidRDefault="00000000">
            <w:pPr>
              <w:spacing w:line="240" w:lineRule="auto"/>
              <w:jc w:val="center"/>
            </w:pPr>
            <w:r>
              <w:rPr>
                <w:sz w:val="15"/>
              </w:rPr>
              <w:t>20404945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AF492D" w14:textId="77777777" w:rsidR="003B3005" w:rsidRDefault="00000000">
            <w:pPr>
              <w:spacing w:line="240" w:lineRule="auto"/>
              <w:jc w:val="center"/>
            </w:pPr>
            <w:r>
              <w:rPr>
                <w:sz w:val="15"/>
              </w:rPr>
              <w:t>0.8668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970968" w14:textId="77777777" w:rsidR="003B3005" w:rsidRDefault="00000000">
            <w:pPr>
              <w:spacing w:line="240" w:lineRule="auto"/>
              <w:jc w:val="center"/>
            </w:pPr>
            <w:r>
              <w:rPr>
                <w:sz w:val="15"/>
              </w:rPr>
              <w:t>0.7307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50AE40" w14:textId="77777777" w:rsidR="003B3005" w:rsidRDefault="00000000">
            <w:pPr>
              <w:spacing w:line="240" w:lineRule="auto"/>
              <w:jc w:val="center"/>
            </w:pPr>
            <w:r>
              <w:rPr>
                <w:sz w:val="15"/>
              </w:rPr>
              <w:t>1.0029</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39B46D" w14:textId="77777777" w:rsidR="003B3005" w:rsidRDefault="00000000">
            <w:pPr>
              <w:spacing w:line="240" w:lineRule="auto"/>
              <w:jc w:val="center"/>
            </w:pPr>
            <w:r>
              <w:rPr>
                <w:sz w:val="15"/>
              </w:rPr>
              <w:t>0.0694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CB9801" w14:textId="77777777" w:rsidR="003B3005" w:rsidRDefault="00000000">
            <w:pPr>
              <w:spacing w:line="240" w:lineRule="auto"/>
              <w:jc w:val="center"/>
            </w:pPr>
            <w:r>
              <w:rPr>
                <w:sz w:val="15"/>
              </w:rPr>
              <w:t>Reliable</w:t>
            </w:r>
          </w:p>
        </w:tc>
      </w:tr>
      <w:tr w:rsidR="003B3005" w14:paraId="354D12E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DC3B24"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D5B928" w14:textId="77777777" w:rsidR="003B3005" w:rsidRDefault="00000000">
            <w:pPr>
              <w:spacing w:line="240" w:lineRule="auto"/>
              <w:jc w:val="center"/>
            </w:pPr>
            <w:r>
              <w:rPr>
                <w:sz w:val="15"/>
              </w:rPr>
              <w:t>2002</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2D0EA5" w14:textId="77777777" w:rsidR="003B3005" w:rsidRDefault="00000000">
            <w:pPr>
              <w:spacing w:line="240" w:lineRule="auto"/>
              <w:jc w:val="center"/>
            </w:pPr>
            <w:r>
              <w:rPr>
                <w:sz w:val="15"/>
              </w:rPr>
              <w:t>193</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97A4FD" w14:textId="77777777" w:rsidR="003B3005" w:rsidRDefault="00000000">
            <w:pPr>
              <w:spacing w:line="240" w:lineRule="auto"/>
              <w:jc w:val="center"/>
            </w:pPr>
            <w:r>
              <w:rPr>
                <w:sz w:val="15"/>
              </w:rPr>
              <w:t>20695836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A1379A" w14:textId="77777777" w:rsidR="003B3005" w:rsidRDefault="00000000">
            <w:pPr>
              <w:spacing w:line="240" w:lineRule="auto"/>
              <w:jc w:val="center"/>
            </w:pPr>
            <w:r>
              <w:rPr>
                <w:sz w:val="15"/>
              </w:rPr>
              <w:t>1.0076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DF09E7" w14:textId="77777777" w:rsidR="003B3005" w:rsidRDefault="00000000">
            <w:pPr>
              <w:spacing w:line="240" w:lineRule="auto"/>
              <w:jc w:val="center"/>
            </w:pPr>
            <w:r>
              <w:rPr>
                <w:sz w:val="15"/>
              </w:rPr>
              <w:t>0.8629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8BBF87" w14:textId="77777777" w:rsidR="003B3005" w:rsidRDefault="00000000">
            <w:pPr>
              <w:spacing w:line="240" w:lineRule="auto"/>
              <w:jc w:val="center"/>
            </w:pPr>
            <w:r>
              <w:rPr>
                <w:sz w:val="15"/>
              </w:rPr>
              <w:t>1.1523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3F8B5D" w14:textId="77777777" w:rsidR="003B3005" w:rsidRDefault="00000000">
            <w:pPr>
              <w:spacing w:line="240" w:lineRule="auto"/>
              <w:jc w:val="center"/>
            </w:pPr>
            <w:r>
              <w:rPr>
                <w:sz w:val="15"/>
              </w:rPr>
              <w:t>0.0738</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D24927" w14:textId="77777777" w:rsidR="003B3005" w:rsidRDefault="00000000">
            <w:pPr>
              <w:spacing w:line="240" w:lineRule="auto"/>
              <w:jc w:val="center"/>
            </w:pPr>
            <w:r>
              <w:rPr>
                <w:sz w:val="15"/>
              </w:rPr>
              <w:t>Reliable</w:t>
            </w:r>
          </w:p>
        </w:tc>
      </w:tr>
      <w:tr w:rsidR="003B3005" w14:paraId="156E6E9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DA97BB" w14:textId="77777777" w:rsidR="003B3005" w:rsidRDefault="00000000">
            <w:pPr>
              <w:spacing w:line="240" w:lineRule="auto"/>
            </w:pPr>
            <w:r>
              <w:rPr>
                <w:sz w:val="15"/>
              </w:rPr>
              <w:lastRenderedPageBreak/>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FBD825" w14:textId="77777777" w:rsidR="003B3005" w:rsidRDefault="00000000">
            <w:pPr>
              <w:spacing w:line="240" w:lineRule="auto"/>
              <w:jc w:val="center"/>
            </w:pPr>
            <w:r>
              <w:rPr>
                <w:sz w:val="15"/>
              </w:rPr>
              <w:t>2003</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9FDCE7" w14:textId="77777777" w:rsidR="003B3005" w:rsidRDefault="00000000">
            <w:pPr>
              <w:spacing w:line="240" w:lineRule="auto"/>
              <w:jc w:val="center"/>
            </w:pPr>
            <w:r>
              <w:rPr>
                <w:sz w:val="15"/>
              </w:rPr>
              <w:t>223</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EA8579" w14:textId="77777777" w:rsidR="003B3005" w:rsidRDefault="00000000">
            <w:pPr>
              <w:spacing w:line="240" w:lineRule="auto"/>
              <w:jc w:val="center"/>
            </w:pPr>
            <w:r>
              <w:rPr>
                <w:sz w:val="15"/>
              </w:rPr>
              <w:t>20982115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0F6106" w14:textId="77777777" w:rsidR="003B3005" w:rsidRDefault="00000000">
            <w:pPr>
              <w:spacing w:line="240" w:lineRule="auto"/>
              <w:jc w:val="center"/>
            </w:pPr>
            <w:r>
              <w:rPr>
                <w:sz w:val="15"/>
              </w:rPr>
              <w:t>1.1320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0A1CDE" w14:textId="77777777" w:rsidR="003B3005" w:rsidRDefault="00000000">
            <w:pPr>
              <w:spacing w:line="240" w:lineRule="auto"/>
              <w:jc w:val="center"/>
            </w:pPr>
            <w:r>
              <w:rPr>
                <w:sz w:val="15"/>
              </w:rPr>
              <w:t>0.9804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022385" w14:textId="77777777" w:rsidR="003B3005" w:rsidRDefault="00000000">
            <w:pPr>
              <w:spacing w:line="240" w:lineRule="auto"/>
              <w:jc w:val="center"/>
            </w:pPr>
            <w:r>
              <w:rPr>
                <w:sz w:val="15"/>
              </w:rPr>
              <w:t>1.2835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19B255" w14:textId="77777777" w:rsidR="003B3005" w:rsidRDefault="00000000">
            <w:pPr>
              <w:spacing w:line="240" w:lineRule="auto"/>
              <w:jc w:val="center"/>
            </w:pPr>
            <w:r>
              <w:rPr>
                <w:sz w:val="15"/>
              </w:rPr>
              <w:t>0.0773</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DB3AE0" w14:textId="77777777" w:rsidR="003B3005" w:rsidRDefault="00000000">
            <w:pPr>
              <w:spacing w:line="240" w:lineRule="auto"/>
              <w:jc w:val="center"/>
            </w:pPr>
            <w:r>
              <w:rPr>
                <w:sz w:val="15"/>
              </w:rPr>
              <w:t>Reliable</w:t>
            </w:r>
          </w:p>
        </w:tc>
      </w:tr>
      <w:tr w:rsidR="003B3005" w14:paraId="5BFEC67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95F1DF"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6CCF61" w14:textId="77777777" w:rsidR="003B3005" w:rsidRDefault="00000000">
            <w:pPr>
              <w:spacing w:line="240" w:lineRule="auto"/>
              <w:jc w:val="center"/>
            </w:pPr>
            <w:r>
              <w:rPr>
                <w:sz w:val="15"/>
              </w:rPr>
              <w:t>2004</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5C8E22" w14:textId="77777777" w:rsidR="003B3005" w:rsidRDefault="00000000">
            <w:pPr>
              <w:spacing w:line="240" w:lineRule="auto"/>
              <w:jc w:val="center"/>
            </w:pPr>
            <w:r>
              <w:rPr>
                <w:sz w:val="15"/>
              </w:rPr>
              <w:t>237</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C59CA5" w14:textId="77777777" w:rsidR="003B3005" w:rsidRDefault="00000000">
            <w:pPr>
              <w:spacing w:line="240" w:lineRule="auto"/>
              <w:jc w:val="center"/>
            </w:pPr>
            <w:r>
              <w:rPr>
                <w:sz w:val="15"/>
              </w:rPr>
              <w:t>21327519</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174E2B" w14:textId="77777777" w:rsidR="003B3005" w:rsidRDefault="00000000">
            <w:pPr>
              <w:spacing w:line="240" w:lineRule="auto"/>
              <w:jc w:val="center"/>
            </w:pPr>
            <w:r>
              <w:rPr>
                <w:sz w:val="15"/>
              </w:rPr>
              <w:t>1.2195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1E9493" w14:textId="77777777" w:rsidR="003B3005" w:rsidRDefault="00000000">
            <w:pPr>
              <w:spacing w:line="240" w:lineRule="auto"/>
              <w:jc w:val="center"/>
            </w:pPr>
            <w:r>
              <w:rPr>
                <w:sz w:val="15"/>
              </w:rPr>
              <w:t>1.0609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3693C8" w14:textId="77777777" w:rsidR="003B3005" w:rsidRDefault="00000000">
            <w:pPr>
              <w:spacing w:line="240" w:lineRule="auto"/>
              <w:jc w:val="center"/>
            </w:pPr>
            <w:r>
              <w:rPr>
                <w:sz w:val="15"/>
              </w:rPr>
              <w:t>1.3780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D04B54" w14:textId="77777777" w:rsidR="003B3005" w:rsidRDefault="00000000">
            <w:pPr>
              <w:spacing w:line="240" w:lineRule="auto"/>
              <w:jc w:val="center"/>
            </w:pPr>
            <w:r>
              <w:rPr>
                <w:sz w:val="15"/>
              </w:rPr>
              <w:t>0.0809</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E6B01A" w14:textId="77777777" w:rsidR="003B3005" w:rsidRDefault="00000000">
            <w:pPr>
              <w:spacing w:line="240" w:lineRule="auto"/>
              <w:jc w:val="center"/>
            </w:pPr>
            <w:r>
              <w:rPr>
                <w:sz w:val="15"/>
              </w:rPr>
              <w:t>Reliable</w:t>
            </w:r>
          </w:p>
        </w:tc>
      </w:tr>
      <w:tr w:rsidR="003B3005" w14:paraId="6BCDE9A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0F8D3B"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A9E267" w14:textId="77777777" w:rsidR="003B3005" w:rsidRDefault="00000000">
            <w:pPr>
              <w:spacing w:line="240" w:lineRule="auto"/>
              <w:jc w:val="center"/>
            </w:pPr>
            <w:r>
              <w:rPr>
                <w:sz w:val="15"/>
              </w:rPr>
              <w:t>2005</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5F7EAD" w14:textId="77777777" w:rsidR="003B3005" w:rsidRDefault="00000000">
            <w:pPr>
              <w:spacing w:line="240" w:lineRule="auto"/>
              <w:jc w:val="center"/>
            </w:pPr>
            <w:r>
              <w:rPr>
                <w:sz w:val="15"/>
              </w:rPr>
              <w:t>249</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8BBD51" w14:textId="77777777" w:rsidR="003B3005" w:rsidRDefault="00000000">
            <w:pPr>
              <w:spacing w:line="240" w:lineRule="auto"/>
              <w:jc w:val="center"/>
            </w:pPr>
            <w:r>
              <w:rPr>
                <w:sz w:val="15"/>
              </w:rPr>
              <w:t>21703691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EA99AE" w14:textId="77777777" w:rsidR="003B3005" w:rsidRDefault="00000000">
            <w:pPr>
              <w:spacing w:line="240" w:lineRule="auto"/>
              <w:jc w:val="center"/>
            </w:pPr>
            <w:r>
              <w:rPr>
                <w:sz w:val="15"/>
              </w:rPr>
              <w:t>1.2088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16661A" w14:textId="77777777" w:rsidR="003B3005" w:rsidRDefault="00000000">
            <w:pPr>
              <w:spacing w:line="240" w:lineRule="auto"/>
              <w:jc w:val="center"/>
            </w:pPr>
            <w:r>
              <w:rPr>
                <w:sz w:val="15"/>
              </w:rPr>
              <w:t>1.0554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57CEA1" w14:textId="77777777" w:rsidR="003B3005" w:rsidRDefault="00000000">
            <w:pPr>
              <w:spacing w:line="240" w:lineRule="auto"/>
              <w:jc w:val="center"/>
            </w:pPr>
            <w:r>
              <w:rPr>
                <w:sz w:val="15"/>
              </w:rPr>
              <w:t>1.3622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9EF8DD" w14:textId="77777777" w:rsidR="003B3005" w:rsidRDefault="00000000">
            <w:pPr>
              <w:spacing w:line="240" w:lineRule="auto"/>
              <w:jc w:val="center"/>
            </w:pPr>
            <w:r>
              <w:rPr>
                <w:sz w:val="15"/>
              </w:rPr>
              <w:t>0.0783</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BE1239" w14:textId="77777777" w:rsidR="003B3005" w:rsidRDefault="00000000">
            <w:pPr>
              <w:spacing w:line="240" w:lineRule="auto"/>
              <w:jc w:val="center"/>
            </w:pPr>
            <w:r>
              <w:rPr>
                <w:sz w:val="15"/>
              </w:rPr>
              <w:t>Reliable</w:t>
            </w:r>
          </w:p>
        </w:tc>
      </w:tr>
      <w:tr w:rsidR="003B3005" w14:paraId="68FC52A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8A6AF0"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3551FA" w14:textId="77777777" w:rsidR="003B3005" w:rsidRDefault="00000000">
            <w:pPr>
              <w:spacing w:line="240" w:lineRule="auto"/>
              <w:jc w:val="center"/>
            </w:pPr>
            <w:r>
              <w:rPr>
                <w:sz w:val="15"/>
              </w:rPr>
              <w:t>2006</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96C707" w14:textId="77777777" w:rsidR="003B3005" w:rsidRDefault="00000000">
            <w:pPr>
              <w:spacing w:line="240" w:lineRule="auto"/>
              <w:jc w:val="center"/>
            </w:pPr>
            <w:r>
              <w:rPr>
                <w:sz w:val="15"/>
              </w:rPr>
              <w:t>262</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5E1DE6" w14:textId="77777777" w:rsidR="003B3005" w:rsidRDefault="00000000">
            <w:pPr>
              <w:spacing w:line="240" w:lineRule="auto"/>
              <w:jc w:val="center"/>
            </w:pPr>
            <w:r>
              <w:rPr>
                <w:sz w:val="15"/>
              </w:rPr>
              <w:t>22092072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ADEFE6" w14:textId="77777777" w:rsidR="003B3005" w:rsidRDefault="00000000">
            <w:pPr>
              <w:spacing w:line="240" w:lineRule="auto"/>
              <w:jc w:val="center"/>
            </w:pPr>
            <w:r>
              <w:rPr>
                <w:sz w:val="15"/>
              </w:rPr>
              <w:t>1.2330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D9213F" w14:textId="77777777" w:rsidR="003B3005" w:rsidRDefault="00000000">
            <w:pPr>
              <w:spacing w:line="240" w:lineRule="auto"/>
              <w:jc w:val="center"/>
            </w:pPr>
            <w:r>
              <w:rPr>
                <w:sz w:val="15"/>
              </w:rPr>
              <w:t>1.0804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DD4DCC" w14:textId="77777777" w:rsidR="003B3005" w:rsidRDefault="00000000">
            <w:pPr>
              <w:spacing w:line="240" w:lineRule="auto"/>
              <w:jc w:val="center"/>
            </w:pPr>
            <w:r>
              <w:rPr>
                <w:sz w:val="15"/>
              </w:rPr>
              <w:t>1.3855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FE51C5" w14:textId="77777777" w:rsidR="003B3005" w:rsidRDefault="00000000">
            <w:pPr>
              <w:spacing w:line="240" w:lineRule="auto"/>
              <w:jc w:val="center"/>
            </w:pPr>
            <w:r>
              <w:rPr>
                <w:sz w:val="15"/>
              </w:rPr>
              <w:t>0.0778</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93B10F" w14:textId="77777777" w:rsidR="003B3005" w:rsidRDefault="00000000">
            <w:pPr>
              <w:spacing w:line="240" w:lineRule="auto"/>
              <w:jc w:val="center"/>
            </w:pPr>
            <w:r>
              <w:rPr>
                <w:sz w:val="15"/>
              </w:rPr>
              <w:t>Reliable</w:t>
            </w:r>
          </w:p>
        </w:tc>
      </w:tr>
      <w:tr w:rsidR="003B3005" w14:paraId="5DE7793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FBD870"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AB1FA0" w14:textId="77777777" w:rsidR="003B3005" w:rsidRDefault="00000000">
            <w:pPr>
              <w:spacing w:line="240" w:lineRule="auto"/>
              <w:jc w:val="center"/>
            </w:pPr>
            <w:r>
              <w:rPr>
                <w:sz w:val="15"/>
              </w:rPr>
              <w:t>2007</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E8F5EB" w14:textId="77777777" w:rsidR="003B3005" w:rsidRDefault="00000000">
            <w:pPr>
              <w:spacing w:line="240" w:lineRule="auto"/>
              <w:jc w:val="center"/>
            </w:pPr>
            <w:r>
              <w:rPr>
                <w:sz w:val="15"/>
              </w:rPr>
              <w:t>260</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2F2C6F" w14:textId="77777777" w:rsidR="003B3005" w:rsidRDefault="00000000">
            <w:pPr>
              <w:spacing w:line="240" w:lineRule="auto"/>
              <w:jc w:val="center"/>
            </w:pPr>
            <w:r>
              <w:rPr>
                <w:sz w:val="15"/>
              </w:rPr>
              <w:t>22474128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C89D08" w14:textId="77777777" w:rsidR="003B3005" w:rsidRDefault="00000000">
            <w:pPr>
              <w:spacing w:line="240" w:lineRule="auto"/>
              <w:jc w:val="center"/>
            </w:pPr>
            <w:r>
              <w:rPr>
                <w:sz w:val="15"/>
              </w:rPr>
              <w:t>1.2029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3CF561" w14:textId="77777777" w:rsidR="003B3005" w:rsidRDefault="00000000">
            <w:pPr>
              <w:spacing w:line="240" w:lineRule="auto"/>
              <w:jc w:val="center"/>
            </w:pPr>
            <w:r>
              <w:rPr>
                <w:sz w:val="15"/>
              </w:rPr>
              <w:t>1.0536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9E49ED" w14:textId="77777777" w:rsidR="003B3005" w:rsidRDefault="00000000">
            <w:pPr>
              <w:spacing w:line="240" w:lineRule="auto"/>
              <w:jc w:val="center"/>
            </w:pPr>
            <w:r>
              <w:rPr>
                <w:sz w:val="15"/>
              </w:rPr>
              <w:t>1.3523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86F212" w14:textId="77777777" w:rsidR="003B3005" w:rsidRDefault="00000000">
            <w:pPr>
              <w:spacing w:line="240" w:lineRule="auto"/>
              <w:jc w:val="center"/>
            </w:pPr>
            <w:r>
              <w:rPr>
                <w:sz w:val="15"/>
              </w:rPr>
              <w:t>0.0762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0188BD" w14:textId="77777777" w:rsidR="003B3005" w:rsidRDefault="00000000">
            <w:pPr>
              <w:spacing w:line="240" w:lineRule="auto"/>
              <w:jc w:val="center"/>
            </w:pPr>
            <w:r>
              <w:rPr>
                <w:sz w:val="15"/>
              </w:rPr>
              <w:t>Reliable</w:t>
            </w:r>
          </w:p>
        </w:tc>
      </w:tr>
      <w:tr w:rsidR="003B3005" w14:paraId="2192251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227340"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AC152D" w14:textId="77777777" w:rsidR="003B3005" w:rsidRDefault="00000000">
            <w:pPr>
              <w:spacing w:line="240" w:lineRule="auto"/>
              <w:jc w:val="center"/>
            </w:pPr>
            <w:r>
              <w:rPr>
                <w:sz w:val="15"/>
              </w:rPr>
              <w:t>2008</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B5184B" w14:textId="77777777" w:rsidR="003B3005" w:rsidRDefault="00000000">
            <w:pPr>
              <w:spacing w:line="240" w:lineRule="auto"/>
              <w:jc w:val="center"/>
            </w:pPr>
            <w:r>
              <w:rPr>
                <w:sz w:val="15"/>
              </w:rPr>
              <w:t>266</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71D0E2" w14:textId="77777777" w:rsidR="003B3005" w:rsidRDefault="00000000">
            <w:pPr>
              <w:spacing w:line="240" w:lineRule="auto"/>
              <w:jc w:val="center"/>
            </w:pPr>
            <w:r>
              <w:rPr>
                <w:sz w:val="15"/>
              </w:rPr>
              <w:t>22857307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674D8F" w14:textId="77777777" w:rsidR="003B3005" w:rsidRDefault="00000000">
            <w:pPr>
              <w:spacing w:line="240" w:lineRule="auto"/>
              <w:jc w:val="center"/>
            </w:pPr>
            <w:r>
              <w:rPr>
                <w:sz w:val="15"/>
              </w:rPr>
              <w:t>1.2402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175086" w14:textId="77777777" w:rsidR="003B3005" w:rsidRDefault="00000000">
            <w:pPr>
              <w:spacing w:line="240" w:lineRule="auto"/>
              <w:jc w:val="center"/>
            </w:pPr>
            <w:r>
              <w:rPr>
                <w:sz w:val="15"/>
              </w:rPr>
              <w:t>1.0873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78FBE6" w14:textId="77777777" w:rsidR="003B3005" w:rsidRDefault="00000000">
            <w:pPr>
              <w:spacing w:line="240" w:lineRule="auto"/>
              <w:jc w:val="center"/>
            </w:pPr>
            <w:r>
              <w:rPr>
                <w:sz w:val="15"/>
              </w:rPr>
              <w:t>1.3931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646A83" w14:textId="77777777" w:rsidR="003B3005" w:rsidRDefault="00000000">
            <w:pPr>
              <w:spacing w:line="240" w:lineRule="auto"/>
              <w:jc w:val="center"/>
            </w:pPr>
            <w:r>
              <w:rPr>
                <w:sz w:val="15"/>
              </w:rPr>
              <w:t>0.0780</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571A20" w14:textId="77777777" w:rsidR="003B3005" w:rsidRDefault="00000000">
            <w:pPr>
              <w:spacing w:line="240" w:lineRule="auto"/>
              <w:jc w:val="center"/>
            </w:pPr>
            <w:r>
              <w:rPr>
                <w:sz w:val="15"/>
              </w:rPr>
              <w:t>Reliable</w:t>
            </w:r>
          </w:p>
        </w:tc>
      </w:tr>
      <w:tr w:rsidR="003B3005" w14:paraId="770DD3C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A62A5D"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B41C68" w14:textId="77777777" w:rsidR="003B3005" w:rsidRDefault="00000000">
            <w:pPr>
              <w:spacing w:line="240" w:lineRule="auto"/>
              <w:jc w:val="center"/>
            </w:pPr>
            <w:r>
              <w:rPr>
                <w:sz w:val="15"/>
              </w:rPr>
              <w:t>2009</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B2ADE7" w14:textId="77777777" w:rsidR="003B3005" w:rsidRDefault="00000000">
            <w:pPr>
              <w:spacing w:line="240" w:lineRule="auto"/>
              <w:jc w:val="center"/>
            </w:pPr>
            <w:r>
              <w:rPr>
                <w:sz w:val="15"/>
              </w:rPr>
              <w:t>298</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C654E0" w14:textId="77777777" w:rsidR="003B3005" w:rsidRDefault="00000000">
            <w:pPr>
              <w:spacing w:line="240" w:lineRule="auto"/>
              <w:jc w:val="center"/>
            </w:pPr>
            <w:r>
              <w:rPr>
                <w:sz w:val="15"/>
              </w:rPr>
              <w:t>23236715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B30D09" w14:textId="77777777" w:rsidR="003B3005" w:rsidRDefault="00000000">
            <w:pPr>
              <w:spacing w:line="240" w:lineRule="auto"/>
              <w:jc w:val="center"/>
            </w:pPr>
            <w:r>
              <w:rPr>
                <w:sz w:val="15"/>
              </w:rPr>
              <w:t>1.3647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07EF2F" w14:textId="77777777" w:rsidR="003B3005" w:rsidRDefault="00000000">
            <w:pPr>
              <w:spacing w:line="240" w:lineRule="auto"/>
              <w:jc w:val="center"/>
            </w:pPr>
            <w:r>
              <w:rPr>
                <w:sz w:val="15"/>
              </w:rPr>
              <w:t>1.2060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6F9A8A" w14:textId="77777777" w:rsidR="003B3005" w:rsidRDefault="00000000">
            <w:pPr>
              <w:spacing w:line="240" w:lineRule="auto"/>
              <w:jc w:val="center"/>
            </w:pPr>
            <w:r>
              <w:rPr>
                <w:sz w:val="15"/>
              </w:rPr>
              <w:t>1.5234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88905F" w14:textId="77777777" w:rsidR="003B3005" w:rsidRDefault="00000000">
            <w:pPr>
              <w:spacing w:line="240" w:lineRule="auto"/>
              <w:jc w:val="center"/>
            </w:pPr>
            <w:r>
              <w:rPr>
                <w:sz w:val="15"/>
              </w:rPr>
              <w:t>0.0810</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179075" w14:textId="77777777" w:rsidR="003B3005" w:rsidRDefault="00000000">
            <w:pPr>
              <w:spacing w:line="240" w:lineRule="auto"/>
              <w:jc w:val="center"/>
            </w:pPr>
            <w:r>
              <w:rPr>
                <w:sz w:val="15"/>
              </w:rPr>
              <w:t>Reliable</w:t>
            </w:r>
          </w:p>
        </w:tc>
      </w:tr>
      <w:tr w:rsidR="003B3005" w14:paraId="494009A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81B1F6"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950734" w14:textId="77777777" w:rsidR="003B3005" w:rsidRDefault="00000000">
            <w:pPr>
              <w:spacing w:line="240" w:lineRule="auto"/>
              <w:jc w:val="center"/>
            </w:pPr>
            <w:r>
              <w:rPr>
                <w:sz w:val="15"/>
              </w:rPr>
              <w:t>2010</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4231C1" w14:textId="77777777" w:rsidR="003B3005" w:rsidRDefault="00000000">
            <w:pPr>
              <w:spacing w:line="240" w:lineRule="auto"/>
              <w:jc w:val="center"/>
            </w:pPr>
            <w:r>
              <w:rPr>
                <w:sz w:val="15"/>
              </w:rPr>
              <w:t>305</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7B871E" w14:textId="77777777" w:rsidR="003B3005" w:rsidRDefault="00000000">
            <w:pPr>
              <w:spacing w:line="240" w:lineRule="auto"/>
              <w:jc w:val="center"/>
            </w:pPr>
            <w:r>
              <w:rPr>
                <w:sz w:val="15"/>
              </w:rPr>
              <w:t>23537629</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FB40BF" w14:textId="77777777" w:rsidR="003B3005" w:rsidRDefault="00000000">
            <w:pPr>
              <w:spacing w:line="240" w:lineRule="auto"/>
              <w:jc w:val="center"/>
            </w:pPr>
            <w:r>
              <w:rPr>
                <w:sz w:val="15"/>
              </w:rPr>
              <w:t>1.3365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EFB7BB" w14:textId="77777777" w:rsidR="003B3005" w:rsidRDefault="00000000">
            <w:pPr>
              <w:spacing w:line="240" w:lineRule="auto"/>
              <w:jc w:val="center"/>
            </w:pPr>
            <w:r>
              <w:rPr>
                <w:sz w:val="15"/>
              </w:rPr>
              <w:t>1.1825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683A54" w14:textId="77777777" w:rsidR="003B3005" w:rsidRDefault="00000000">
            <w:pPr>
              <w:spacing w:line="240" w:lineRule="auto"/>
              <w:jc w:val="center"/>
            </w:pPr>
            <w:r>
              <w:rPr>
                <w:sz w:val="15"/>
              </w:rPr>
              <w:t>1.4904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928799" w14:textId="77777777" w:rsidR="003B3005" w:rsidRDefault="00000000">
            <w:pPr>
              <w:spacing w:line="240" w:lineRule="auto"/>
              <w:jc w:val="center"/>
            </w:pPr>
            <w:r>
              <w:rPr>
                <w:sz w:val="15"/>
              </w:rPr>
              <w:t>0.0785</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68E5AD" w14:textId="77777777" w:rsidR="003B3005" w:rsidRDefault="00000000">
            <w:pPr>
              <w:spacing w:line="240" w:lineRule="auto"/>
              <w:jc w:val="center"/>
            </w:pPr>
            <w:r>
              <w:rPr>
                <w:sz w:val="15"/>
              </w:rPr>
              <w:t>Reliable</w:t>
            </w:r>
          </w:p>
        </w:tc>
      </w:tr>
      <w:tr w:rsidR="003B3005" w14:paraId="647B2FF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BFCDA6"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411BB1" w14:textId="77777777" w:rsidR="003B3005" w:rsidRDefault="00000000">
            <w:pPr>
              <w:spacing w:line="240" w:lineRule="auto"/>
              <w:jc w:val="center"/>
            </w:pPr>
            <w:r>
              <w:rPr>
                <w:sz w:val="15"/>
              </w:rPr>
              <w:t>2011</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D02C98" w14:textId="77777777" w:rsidR="003B3005" w:rsidRDefault="00000000">
            <w:pPr>
              <w:spacing w:line="240" w:lineRule="auto"/>
              <w:jc w:val="center"/>
            </w:pPr>
            <w:r>
              <w:rPr>
                <w:sz w:val="15"/>
              </w:rPr>
              <w:t>320</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4B8E26" w14:textId="77777777" w:rsidR="003B3005" w:rsidRDefault="00000000">
            <w:pPr>
              <w:spacing w:line="240" w:lineRule="auto"/>
              <w:jc w:val="center"/>
            </w:pPr>
            <w:r>
              <w:rPr>
                <w:sz w:val="15"/>
              </w:rPr>
              <w:t>23958352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9913DC" w14:textId="77777777" w:rsidR="003B3005" w:rsidRDefault="00000000">
            <w:pPr>
              <w:spacing w:line="240" w:lineRule="auto"/>
              <w:jc w:val="center"/>
            </w:pPr>
            <w:r>
              <w:rPr>
                <w:sz w:val="15"/>
              </w:rPr>
              <w:t>1.3931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9BA068" w14:textId="77777777" w:rsidR="003B3005" w:rsidRDefault="00000000">
            <w:pPr>
              <w:spacing w:line="240" w:lineRule="auto"/>
              <w:jc w:val="center"/>
            </w:pPr>
            <w:r>
              <w:rPr>
                <w:sz w:val="15"/>
              </w:rPr>
              <w:t>1.2365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65AC8A" w14:textId="77777777" w:rsidR="003B3005" w:rsidRDefault="00000000">
            <w:pPr>
              <w:spacing w:line="240" w:lineRule="auto"/>
              <w:jc w:val="center"/>
            </w:pPr>
            <w:r>
              <w:rPr>
                <w:sz w:val="15"/>
              </w:rPr>
              <w:t>1.5497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992685" w14:textId="77777777" w:rsidR="003B3005" w:rsidRDefault="00000000">
            <w:pPr>
              <w:spacing w:line="240" w:lineRule="auto"/>
              <w:jc w:val="center"/>
            </w:pPr>
            <w:r>
              <w:rPr>
                <w:sz w:val="15"/>
              </w:rPr>
              <w:t>0.0799</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675D83" w14:textId="77777777" w:rsidR="003B3005" w:rsidRDefault="00000000">
            <w:pPr>
              <w:spacing w:line="240" w:lineRule="auto"/>
              <w:jc w:val="center"/>
            </w:pPr>
            <w:r>
              <w:rPr>
                <w:sz w:val="15"/>
              </w:rPr>
              <w:t>Reliable</w:t>
            </w:r>
          </w:p>
        </w:tc>
      </w:tr>
      <w:tr w:rsidR="003B3005" w14:paraId="0AB4DB4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EC44F0"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1D9117" w14:textId="77777777" w:rsidR="003B3005" w:rsidRDefault="00000000">
            <w:pPr>
              <w:spacing w:line="240" w:lineRule="auto"/>
              <w:jc w:val="center"/>
            </w:pPr>
            <w:r>
              <w:rPr>
                <w:sz w:val="15"/>
              </w:rPr>
              <w:t>2012</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53FA65" w14:textId="77777777" w:rsidR="003B3005" w:rsidRDefault="00000000">
            <w:pPr>
              <w:spacing w:line="240" w:lineRule="auto"/>
              <w:jc w:val="center"/>
            </w:pPr>
            <w:r>
              <w:rPr>
                <w:sz w:val="15"/>
              </w:rPr>
              <w:t>324</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B9C2C4" w14:textId="77777777" w:rsidR="003B3005" w:rsidRDefault="00000000">
            <w:pPr>
              <w:spacing w:line="240" w:lineRule="auto"/>
              <w:jc w:val="center"/>
            </w:pPr>
            <w:r>
              <w:rPr>
                <w:sz w:val="15"/>
              </w:rPr>
              <w:t>24345607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71BD62" w14:textId="77777777" w:rsidR="003B3005" w:rsidRDefault="00000000">
            <w:pPr>
              <w:spacing w:line="240" w:lineRule="auto"/>
              <w:jc w:val="center"/>
            </w:pPr>
            <w:r>
              <w:rPr>
                <w:sz w:val="15"/>
              </w:rPr>
              <w:t>1.3793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7B2CD3" w14:textId="77777777" w:rsidR="003B3005" w:rsidRDefault="00000000">
            <w:pPr>
              <w:spacing w:line="240" w:lineRule="auto"/>
              <w:jc w:val="center"/>
            </w:pPr>
            <w:r>
              <w:rPr>
                <w:sz w:val="15"/>
              </w:rPr>
              <w:t>1.2249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73546B" w14:textId="77777777" w:rsidR="003B3005" w:rsidRDefault="00000000">
            <w:pPr>
              <w:spacing w:line="240" w:lineRule="auto"/>
              <w:jc w:val="center"/>
            </w:pPr>
            <w:r>
              <w:rPr>
                <w:sz w:val="15"/>
              </w:rPr>
              <w:t>1.5338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7A8ECC" w14:textId="77777777" w:rsidR="003B3005" w:rsidRDefault="00000000">
            <w:pPr>
              <w:spacing w:line="240" w:lineRule="auto"/>
              <w:jc w:val="center"/>
            </w:pPr>
            <w:r>
              <w:rPr>
                <w:sz w:val="15"/>
              </w:rPr>
              <w:t>0.0788</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C50099" w14:textId="77777777" w:rsidR="003B3005" w:rsidRDefault="00000000">
            <w:pPr>
              <w:spacing w:line="240" w:lineRule="auto"/>
              <w:jc w:val="center"/>
            </w:pPr>
            <w:r>
              <w:rPr>
                <w:sz w:val="15"/>
              </w:rPr>
              <w:t>Reliable</w:t>
            </w:r>
          </w:p>
        </w:tc>
      </w:tr>
      <w:tr w:rsidR="003B3005" w14:paraId="0A5BBCC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4D09A2"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7779B2" w14:textId="77777777" w:rsidR="003B3005" w:rsidRDefault="00000000">
            <w:pPr>
              <w:spacing w:line="240" w:lineRule="auto"/>
              <w:jc w:val="center"/>
            </w:pPr>
            <w:r>
              <w:rPr>
                <w:sz w:val="15"/>
              </w:rPr>
              <w:t>2013</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848672" w14:textId="77777777" w:rsidR="003B3005" w:rsidRDefault="00000000">
            <w:pPr>
              <w:spacing w:line="240" w:lineRule="auto"/>
              <w:jc w:val="center"/>
            </w:pPr>
            <w:r>
              <w:rPr>
                <w:sz w:val="15"/>
              </w:rPr>
              <w:t>307</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2682A7" w14:textId="77777777" w:rsidR="003B3005" w:rsidRDefault="00000000">
            <w:pPr>
              <w:spacing w:line="240" w:lineRule="auto"/>
              <w:jc w:val="center"/>
            </w:pPr>
            <w:r>
              <w:rPr>
                <w:sz w:val="15"/>
              </w:rPr>
              <w:t>24743381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6F2631" w14:textId="77777777" w:rsidR="003B3005" w:rsidRDefault="00000000">
            <w:pPr>
              <w:spacing w:line="240" w:lineRule="auto"/>
              <w:jc w:val="center"/>
            </w:pPr>
            <w:r>
              <w:rPr>
                <w:sz w:val="15"/>
              </w:rPr>
              <w:t>1.2660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192ABA" w14:textId="77777777" w:rsidR="003B3005" w:rsidRDefault="00000000">
            <w:pPr>
              <w:spacing w:line="240" w:lineRule="auto"/>
              <w:jc w:val="center"/>
            </w:pPr>
            <w:r>
              <w:rPr>
                <w:sz w:val="15"/>
              </w:rPr>
              <w:t>1.1209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88DDE3" w14:textId="77777777" w:rsidR="003B3005" w:rsidRDefault="00000000">
            <w:pPr>
              <w:spacing w:line="240" w:lineRule="auto"/>
              <w:jc w:val="center"/>
            </w:pPr>
            <w:r>
              <w:rPr>
                <w:sz w:val="15"/>
              </w:rPr>
              <w:t>1.4111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B52FC5" w14:textId="77777777" w:rsidR="003B3005" w:rsidRDefault="00000000">
            <w:pPr>
              <w:spacing w:line="240" w:lineRule="auto"/>
              <w:jc w:val="center"/>
            </w:pPr>
            <w:r>
              <w:rPr>
                <w:sz w:val="15"/>
              </w:rPr>
              <w:t>0.0740</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F67E66" w14:textId="77777777" w:rsidR="003B3005" w:rsidRDefault="00000000">
            <w:pPr>
              <w:spacing w:line="240" w:lineRule="auto"/>
              <w:jc w:val="center"/>
            </w:pPr>
            <w:r>
              <w:rPr>
                <w:sz w:val="15"/>
              </w:rPr>
              <w:t>Reliable</w:t>
            </w:r>
          </w:p>
        </w:tc>
      </w:tr>
      <w:tr w:rsidR="003B3005" w14:paraId="243B672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655708"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C8D813" w14:textId="77777777" w:rsidR="003B3005" w:rsidRDefault="00000000">
            <w:pPr>
              <w:spacing w:line="240" w:lineRule="auto"/>
              <w:jc w:val="center"/>
            </w:pPr>
            <w:r>
              <w:rPr>
                <w:sz w:val="15"/>
              </w:rPr>
              <w:t>2014</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1628A4" w14:textId="77777777" w:rsidR="003B3005" w:rsidRDefault="00000000">
            <w:pPr>
              <w:spacing w:line="240" w:lineRule="auto"/>
              <w:jc w:val="center"/>
            </w:pPr>
            <w:r>
              <w:rPr>
                <w:sz w:val="15"/>
              </w:rPr>
              <w:t>358</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221051" w14:textId="77777777" w:rsidR="003B3005" w:rsidRDefault="00000000">
            <w:pPr>
              <w:spacing w:line="240" w:lineRule="auto"/>
              <w:jc w:val="center"/>
            </w:pPr>
            <w:r>
              <w:rPr>
                <w:sz w:val="15"/>
              </w:rPr>
              <w:t>25244585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D8CD1D" w14:textId="77777777" w:rsidR="003B3005" w:rsidRDefault="00000000">
            <w:pPr>
              <w:spacing w:line="240" w:lineRule="auto"/>
              <w:jc w:val="center"/>
            </w:pPr>
            <w:r>
              <w:rPr>
                <w:sz w:val="15"/>
              </w:rPr>
              <w:t>1.4802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41BBA3" w14:textId="77777777" w:rsidR="003B3005" w:rsidRDefault="00000000">
            <w:pPr>
              <w:spacing w:line="240" w:lineRule="auto"/>
              <w:jc w:val="center"/>
            </w:pPr>
            <w:r>
              <w:rPr>
                <w:sz w:val="15"/>
              </w:rPr>
              <w:t>1.3224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C8177B" w14:textId="77777777" w:rsidR="003B3005" w:rsidRDefault="00000000">
            <w:pPr>
              <w:spacing w:line="240" w:lineRule="auto"/>
              <w:jc w:val="center"/>
            </w:pPr>
            <w:r>
              <w:rPr>
                <w:sz w:val="15"/>
              </w:rPr>
              <w:t>1.6380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39BD86" w14:textId="77777777" w:rsidR="003B3005" w:rsidRDefault="00000000">
            <w:pPr>
              <w:spacing w:line="240" w:lineRule="auto"/>
              <w:jc w:val="center"/>
            </w:pPr>
            <w:r>
              <w:rPr>
                <w:sz w:val="15"/>
              </w:rPr>
              <w:t>0.0805</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289079" w14:textId="77777777" w:rsidR="003B3005" w:rsidRDefault="00000000">
            <w:pPr>
              <w:spacing w:line="240" w:lineRule="auto"/>
              <w:jc w:val="center"/>
            </w:pPr>
            <w:r>
              <w:rPr>
                <w:sz w:val="15"/>
              </w:rPr>
              <w:t>Reliable</w:t>
            </w:r>
          </w:p>
        </w:tc>
      </w:tr>
      <w:tr w:rsidR="003B3005" w14:paraId="2C75CAC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F0D395"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F1A623" w14:textId="77777777" w:rsidR="003B3005" w:rsidRDefault="00000000">
            <w:pPr>
              <w:spacing w:line="240" w:lineRule="auto"/>
              <w:jc w:val="center"/>
            </w:pPr>
            <w:r>
              <w:rPr>
                <w:sz w:val="15"/>
              </w:rPr>
              <w:t>2015</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7F7099" w14:textId="77777777" w:rsidR="003B3005" w:rsidRDefault="00000000">
            <w:pPr>
              <w:spacing w:line="240" w:lineRule="auto"/>
              <w:jc w:val="center"/>
            </w:pPr>
            <w:r>
              <w:rPr>
                <w:sz w:val="15"/>
              </w:rPr>
              <w:t>389</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0F55EF" w14:textId="77777777" w:rsidR="003B3005" w:rsidRDefault="00000000">
            <w:pPr>
              <w:spacing w:line="240" w:lineRule="auto"/>
              <w:jc w:val="center"/>
            </w:pPr>
            <w:r>
              <w:rPr>
                <w:sz w:val="15"/>
              </w:rPr>
              <w:t>25752287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6055B6" w14:textId="77777777" w:rsidR="003B3005" w:rsidRDefault="00000000">
            <w:pPr>
              <w:spacing w:line="240" w:lineRule="auto"/>
              <w:jc w:val="center"/>
            </w:pPr>
            <w:r>
              <w:rPr>
                <w:sz w:val="15"/>
              </w:rPr>
              <w:t>1.5390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C5278C" w14:textId="77777777" w:rsidR="003B3005" w:rsidRDefault="00000000">
            <w:pPr>
              <w:spacing w:line="240" w:lineRule="auto"/>
              <w:jc w:val="center"/>
            </w:pPr>
            <w:r>
              <w:rPr>
                <w:sz w:val="15"/>
              </w:rPr>
              <w:t>1.3818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8AFD00" w14:textId="77777777" w:rsidR="003B3005" w:rsidRDefault="00000000">
            <w:pPr>
              <w:spacing w:line="240" w:lineRule="auto"/>
              <w:jc w:val="center"/>
            </w:pPr>
            <w:r>
              <w:rPr>
                <w:sz w:val="15"/>
              </w:rPr>
              <w:t>1.6961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18CC5C" w14:textId="77777777" w:rsidR="003B3005" w:rsidRDefault="00000000">
            <w:pPr>
              <w:spacing w:line="240" w:lineRule="auto"/>
              <w:jc w:val="center"/>
            </w:pPr>
            <w:r>
              <w:rPr>
                <w:sz w:val="15"/>
              </w:rPr>
              <w:t>0.0802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64935B" w14:textId="77777777" w:rsidR="003B3005" w:rsidRDefault="00000000">
            <w:pPr>
              <w:spacing w:line="240" w:lineRule="auto"/>
              <w:jc w:val="center"/>
            </w:pPr>
            <w:r>
              <w:rPr>
                <w:sz w:val="15"/>
              </w:rPr>
              <w:t>Reliable</w:t>
            </w:r>
          </w:p>
        </w:tc>
      </w:tr>
      <w:tr w:rsidR="003B3005" w14:paraId="29A8350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F1CB8D"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1AB918" w14:textId="77777777" w:rsidR="003B3005" w:rsidRDefault="00000000">
            <w:pPr>
              <w:spacing w:line="240" w:lineRule="auto"/>
              <w:jc w:val="center"/>
            </w:pPr>
            <w:r>
              <w:rPr>
                <w:sz w:val="15"/>
              </w:rPr>
              <w:t>2016</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3B6B2B" w14:textId="77777777" w:rsidR="003B3005" w:rsidRDefault="00000000">
            <w:pPr>
              <w:spacing w:line="240" w:lineRule="auto"/>
              <w:jc w:val="center"/>
            </w:pPr>
            <w:r>
              <w:rPr>
                <w:sz w:val="15"/>
              </w:rPr>
              <w:t>389</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8B12DC" w14:textId="77777777" w:rsidR="003B3005" w:rsidRDefault="00000000">
            <w:pPr>
              <w:spacing w:line="240" w:lineRule="auto"/>
              <w:jc w:val="center"/>
            </w:pPr>
            <w:r>
              <w:rPr>
                <w:sz w:val="15"/>
              </w:rPr>
              <w:t>26212105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5F59AA" w14:textId="77777777" w:rsidR="003B3005" w:rsidRDefault="00000000">
            <w:pPr>
              <w:spacing w:line="240" w:lineRule="auto"/>
              <w:jc w:val="center"/>
            </w:pPr>
            <w:r>
              <w:rPr>
                <w:sz w:val="15"/>
              </w:rPr>
              <w:t>1.4820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FF9D21" w14:textId="77777777" w:rsidR="003B3005" w:rsidRDefault="00000000">
            <w:pPr>
              <w:spacing w:line="240" w:lineRule="auto"/>
              <w:jc w:val="center"/>
            </w:pPr>
            <w:r>
              <w:rPr>
                <w:sz w:val="15"/>
              </w:rPr>
              <w:t>1.3312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3BFB0B" w14:textId="77777777" w:rsidR="003B3005" w:rsidRDefault="00000000">
            <w:pPr>
              <w:spacing w:line="240" w:lineRule="auto"/>
              <w:jc w:val="center"/>
            </w:pPr>
            <w:r>
              <w:rPr>
                <w:sz w:val="15"/>
              </w:rPr>
              <w:t>1.6328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1A98CF" w14:textId="77777777" w:rsidR="003B3005" w:rsidRDefault="00000000">
            <w:pPr>
              <w:spacing w:line="240" w:lineRule="auto"/>
              <w:jc w:val="center"/>
            </w:pPr>
            <w:r>
              <w:rPr>
                <w:sz w:val="15"/>
              </w:rPr>
              <w:t>0.0769</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64FF6F" w14:textId="77777777" w:rsidR="003B3005" w:rsidRDefault="00000000">
            <w:pPr>
              <w:spacing w:line="240" w:lineRule="auto"/>
              <w:jc w:val="center"/>
            </w:pPr>
            <w:r>
              <w:rPr>
                <w:sz w:val="15"/>
              </w:rPr>
              <w:t>Reliable</w:t>
            </w:r>
          </w:p>
        </w:tc>
      </w:tr>
      <w:tr w:rsidR="003B3005" w14:paraId="45AE76D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07BA2B"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7DCEEE" w14:textId="77777777" w:rsidR="003B3005" w:rsidRDefault="00000000">
            <w:pPr>
              <w:spacing w:line="240" w:lineRule="auto"/>
              <w:jc w:val="center"/>
            </w:pPr>
            <w:r>
              <w:rPr>
                <w:sz w:val="15"/>
              </w:rPr>
              <w:t>2017</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7822A0" w14:textId="77777777" w:rsidR="003B3005" w:rsidRDefault="00000000">
            <w:pPr>
              <w:spacing w:line="240" w:lineRule="auto"/>
              <w:jc w:val="center"/>
            </w:pPr>
            <w:r>
              <w:rPr>
                <w:sz w:val="15"/>
              </w:rPr>
              <w:t>367</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D54DBC" w14:textId="77777777" w:rsidR="003B3005" w:rsidRDefault="00000000">
            <w:pPr>
              <w:spacing w:line="240" w:lineRule="auto"/>
              <w:jc w:val="center"/>
            </w:pPr>
            <w:r>
              <w:rPr>
                <w:sz w:val="15"/>
              </w:rPr>
              <w:t>26762620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13F791" w14:textId="77777777" w:rsidR="003B3005" w:rsidRDefault="00000000">
            <w:pPr>
              <w:spacing w:line="240" w:lineRule="auto"/>
              <w:jc w:val="center"/>
            </w:pPr>
            <w:r>
              <w:rPr>
                <w:sz w:val="15"/>
              </w:rPr>
              <w:t>1.3929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0D6072" w14:textId="77777777" w:rsidR="003B3005" w:rsidRDefault="00000000">
            <w:pPr>
              <w:spacing w:line="240" w:lineRule="auto"/>
              <w:jc w:val="center"/>
            </w:pPr>
            <w:r>
              <w:rPr>
                <w:sz w:val="15"/>
              </w:rPr>
              <w:t>1.2466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39EF66" w14:textId="77777777" w:rsidR="003B3005" w:rsidRDefault="00000000">
            <w:pPr>
              <w:spacing w:line="240" w:lineRule="auto"/>
              <w:jc w:val="center"/>
            </w:pPr>
            <w:r>
              <w:rPr>
                <w:sz w:val="15"/>
              </w:rPr>
              <w:t>1.5392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A1EACE" w14:textId="77777777" w:rsidR="003B3005" w:rsidRDefault="00000000">
            <w:pPr>
              <w:spacing w:line="240" w:lineRule="auto"/>
              <w:jc w:val="center"/>
            </w:pPr>
            <w:r>
              <w:rPr>
                <w:sz w:val="15"/>
              </w:rPr>
              <w:t>0.0746</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B9B701" w14:textId="77777777" w:rsidR="003B3005" w:rsidRDefault="00000000">
            <w:pPr>
              <w:spacing w:line="240" w:lineRule="auto"/>
              <w:jc w:val="center"/>
            </w:pPr>
            <w:r>
              <w:rPr>
                <w:sz w:val="15"/>
              </w:rPr>
              <w:t>Reliable</w:t>
            </w:r>
          </w:p>
        </w:tc>
      </w:tr>
      <w:tr w:rsidR="003B3005" w14:paraId="016404D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129310"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A0AF0B" w14:textId="77777777" w:rsidR="003B3005" w:rsidRDefault="00000000">
            <w:pPr>
              <w:spacing w:line="240" w:lineRule="auto"/>
              <w:jc w:val="center"/>
            </w:pPr>
            <w:r>
              <w:rPr>
                <w:sz w:val="15"/>
              </w:rPr>
              <w:t>2018</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6817DB" w14:textId="77777777" w:rsidR="003B3005" w:rsidRDefault="00000000">
            <w:pPr>
              <w:spacing w:line="240" w:lineRule="auto"/>
              <w:jc w:val="center"/>
            </w:pPr>
            <w:r>
              <w:rPr>
                <w:sz w:val="15"/>
              </w:rPr>
              <w:t>448</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6804C1" w14:textId="77777777" w:rsidR="003B3005" w:rsidRDefault="00000000">
            <w:pPr>
              <w:spacing w:line="240" w:lineRule="auto"/>
              <w:jc w:val="center"/>
            </w:pPr>
            <w:r>
              <w:rPr>
                <w:sz w:val="15"/>
              </w:rPr>
              <w:t>27178229</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8B0B93" w14:textId="77777777" w:rsidR="003B3005" w:rsidRDefault="00000000">
            <w:pPr>
              <w:spacing w:line="240" w:lineRule="auto"/>
              <w:jc w:val="center"/>
            </w:pPr>
            <w:r>
              <w:rPr>
                <w:sz w:val="15"/>
              </w:rPr>
              <w:t>1.6582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47C75D" w14:textId="77777777" w:rsidR="003B3005" w:rsidRDefault="00000000">
            <w:pPr>
              <w:spacing w:line="240" w:lineRule="auto"/>
              <w:jc w:val="center"/>
            </w:pPr>
            <w:r>
              <w:rPr>
                <w:sz w:val="15"/>
              </w:rPr>
              <w:t>1.5009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B82721" w14:textId="77777777" w:rsidR="003B3005" w:rsidRDefault="00000000">
            <w:pPr>
              <w:spacing w:line="240" w:lineRule="auto"/>
              <w:jc w:val="center"/>
            </w:pPr>
            <w:r>
              <w:rPr>
                <w:sz w:val="15"/>
              </w:rPr>
              <w:t>1.8155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C20FDB" w14:textId="77777777" w:rsidR="003B3005" w:rsidRDefault="00000000">
            <w:pPr>
              <w:spacing w:line="240" w:lineRule="auto"/>
              <w:jc w:val="center"/>
            </w:pPr>
            <w:r>
              <w:rPr>
                <w:sz w:val="15"/>
              </w:rPr>
              <w:t>0.0802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E7097D" w14:textId="77777777" w:rsidR="003B3005" w:rsidRDefault="00000000">
            <w:pPr>
              <w:spacing w:line="240" w:lineRule="auto"/>
              <w:jc w:val="center"/>
            </w:pPr>
            <w:r>
              <w:rPr>
                <w:sz w:val="15"/>
              </w:rPr>
              <w:t>Reliable</w:t>
            </w:r>
          </w:p>
        </w:tc>
      </w:tr>
      <w:tr w:rsidR="003B3005" w14:paraId="44DC237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195189"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59FAE4" w14:textId="77777777" w:rsidR="003B3005" w:rsidRDefault="00000000">
            <w:pPr>
              <w:spacing w:line="240" w:lineRule="auto"/>
              <w:jc w:val="center"/>
            </w:pPr>
            <w:r>
              <w:rPr>
                <w:sz w:val="15"/>
              </w:rPr>
              <w:t>2019</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FAE775" w14:textId="77777777" w:rsidR="003B3005" w:rsidRDefault="00000000">
            <w:pPr>
              <w:spacing w:line="240" w:lineRule="auto"/>
              <w:jc w:val="center"/>
            </w:pPr>
            <w:r>
              <w:rPr>
                <w:sz w:val="15"/>
              </w:rPr>
              <w:t>402</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8E12D4" w14:textId="77777777" w:rsidR="003B3005" w:rsidRDefault="00000000">
            <w:pPr>
              <w:spacing w:line="240" w:lineRule="auto"/>
              <w:jc w:val="center"/>
            </w:pPr>
            <w:r>
              <w:rPr>
                <w:sz w:val="15"/>
              </w:rPr>
              <w:t>27592123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74FFA6" w14:textId="77777777" w:rsidR="003B3005" w:rsidRDefault="00000000">
            <w:pPr>
              <w:spacing w:line="240" w:lineRule="auto"/>
              <w:jc w:val="center"/>
            </w:pPr>
            <w:r>
              <w:rPr>
                <w:sz w:val="15"/>
              </w:rPr>
              <w:t>1.4272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80495D" w14:textId="77777777" w:rsidR="003B3005" w:rsidRDefault="00000000">
            <w:pPr>
              <w:spacing w:line="240" w:lineRule="auto"/>
              <w:jc w:val="center"/>
            </w:pPr>
            <w:r>
              <w:rPr>
                <w:sz w:val="15"/>
              </w:rPr>
              <w:t>1.2836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8B4842" w14:textId="77777777" w:rsidR="003B3005" w:rsidRDefault="00000000">
            <w:pPr>
              <w:spacing w:line="240" w:lineRule="auto"/>
              <w:jc w:val="center"/>
            </w:pPr>
            <w:r>
              <w:rPr>
                <w:sz w:val="15"/>
              </w:rPr>
              <w:t>1.5707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5FCCCA" w14:textId="77777777" w:rsidR="003B3005" w:rsidRDefault="00000000">
            <w:pPr>
              <w:spacing w:line="240" w:lineRule="auto"/>
              <w:jc w:val="center"/>
            </w:pPr>
            <w:r>
              <w:rPr>
                <w:sz w:val="15"/>
              </w:rPr>
              <w:t>0.0733</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403FCB" w14:textId="77777777" w:rsidR="003B3005" w:rsidRDefault="00000000">
            <w:pPr>
              <w:spacing w:line="240" w:lineRule="auto"/>
              <w:jc w:val="center"/>
            </w:pPr>
            <w:r>
              <w:rPr>
                <w:sz w:val="15"/>
              </w:rPr>
              <w:t>Reliable</w:t>
            </w:r>
          </w:p>
        </w:tc>
      </w:tr>
      <w:tr w:rsidR="003B3005" w14:paraId="7EE2ADF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4A5CF5"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DD0815" w14:textId="77777777" w:rsidR="003B3005" w:rsidRDefault="00000000">
            <w:pPr>
              <w:spacing w:line="240" w:lineRule="auto"/>
              <w:jc w:val="center"/>
            </w:pPr>
            <w:r>
              <w:rPr>
                <w:sz w:val="15"/>
              </w:rPr>
              <w:t>2020</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8BE8BE" w14:textId="77777777" w:rsidR="003B3005" w:rsidRDefault="00000000">
            <w:pPr>
              <w:spacing w:line="240" w:lineRule="auto"/>
              <w:jc w:val="center"/>
            </w:pPr>
            <w:r>
              <w:rPr>
                <w:sz w:val="15"/>
              </w:rPr>
              <w:t>837</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6C9612" w14:textId="77777777" w:rsidR="003B3005" w:rsidRDefault="00000000">
            <w:pPr>
              <w:spacing w:line="240" w:lineRule="auto"/>
              <w:jc w:val="center"/>
            </w:pPr>
            <w:r>
              <w:rPr>
                <w:sz w:val="15"/>
              </w:rPr>
              <w:t>27969928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C5EA3C" w14:textId="77777777" w:rsidR="003B3005" w:rsidRDefault="00000000">
            <w:pPr>
              <w:spacing w:line="240" w:lineRule="auto"/>
              <w:jc w:val="center"/>
            </w:pPr>
            <w:r>
              <w:rPr>
                <w:sz w:val="15"/>
              </w:rPr>
              <w:t>2.9865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B7D464" w14:textId="77777777" w:rsidR="003B3005" w:rsidRDefault="00000000">
            <w:pPr>
              <w:spacing w:line="240" w:lineRule="auto"/>
              <w:jc w:val="center"/>
            </w:pPr>
            <w:r>
              <w:rPr>
                <w:sz w:val="15"/>
              </w:rPr>
              <w:t>2.7794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5BDCF0" w14:textId="77777777" w:rsidR="003B3005" w:rsidRDefault="00000000">
            <w:pPr>
              <w:spacing w:line="240" w:lineRule="auto"/>
              <w:jc w:val="center"/>
            </w:pPr>
            <w:r>
              <w:rPr>
                <w:sz w:val="15"/>
              </w:rPr>
              <w:t>3.1937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37D082" w14:textId="77777777" w:rsidR="003B3005" w:rsidRDefault="00000000">
            <w:pPr>
              <w:spacing w:line="240" w:lineRule="auto"/>
              <w:jc w:val="center"/>
            </w:pPr>
            <w:r>
              <w:rPr>
                <w:sz w:val="15"/>
              </w:rPr>
              <w:t>0.1057</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46E598" w14:textId="77777777" w:rsidR="003B3005" w:rsidRDefault="00000000">
            <w:pPr>
              <w:spacing w:line="240" w:lineRule="auto"/>
              <w:jc w:val="center"/>
            </w:pPr>
            <w:r>
              <w:rPr>
                <w:sz w:val="15"/>
              </w:rPr>
              <w:t>Reliable</w:t>
            </w:r>
          </w:p>
        </w:tc>
      </w:tr>
      <w:tr w:rsidR="003B3005" w14:paraId="584A1B0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37D974"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9E2E5A" w14:textId="77777777" w:rsidR="003B3005" w:rsidRDefault="00000000">
            <w:pPr>
              <w:spacing w:line="240" w:lineRule="auto"/>
              <w:jc w:val="center"/>
            </w:pPr>
            <w:r>
              <w:rPr>
                <w:sz w:val="15"/>
              </w:rPr>
              <w:t>1999</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650C29" w14:textId="77777777" w:rsidR="003B3005" w:rsidRDefault="00000000">
            <w:pPr>
              <w:spacing w:line="240" w:lineRule="auto"/>
              <w:jc w:val="center"/>
            </w:pPr>
            <w:r>
              <w:rPr>
                <w:sz w:val="15"/>
              </w:rPr>
              <w:t>530</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905617" w14:textId="77777777" w:rsidR="003B3005" w:rsidRDefault="00000000">
            <w:pPr>
              <w:spacing w:line="240" w:lineRule="auto"/>
              <w:jc w:val="center"/>
            </w:pPr>
            <w:r>
              <w:rPr>
                <w:sz w:val="15"/>
              </w:rPr>
              <w:t>134935890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4377FD" w14:textId="77777777" w:rsidR="003B3005" w:rsidRDefault="00000000">
            <w:pPr>
              <w:spacing w:line="240" w:lineRule="auto"/>
              <w:jc w:val="center"/>
            </w:pPr>
            <w:r>
              <w:rPr>
                <w:sz w:val="15"/>
              </w:rPr>
              <w:t>0.3959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5EF143" w14:textId="77777777" w:rsidR="003B3005" w:rsidRDefault="00000000">
            <w:pPr>
              <w:spacing w:line="240" w:lineRule="auto"/>
              <w:jc w:val="center"/>
            </w:pPr>
            <w:r>
              <w:rPr>
                <w:sz w:val="15"/>
              </w:rPr>
              <w:t>0.3617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5A74B3" w14:textId="77777777" w:rsidR="003B3005" w:rsidRDefault="00000000">
            <w:pPr>
              <w:spacing w:line="240" w:lineRule="auto"/>
              <w:jc w:val="center"/>
            </w:pPr>
            <w:r>
              <w:rPr>
                <w:sz w:val="15"/>
              </w:rPr>
              <w:t>0.4300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3BDD4F" w14:textId="77777777" w:rsidR="003B3005" w:rsidRDefault="00000000">
            <w:pPr>
              <w:spacing w:line="240" w:lineRule="auto"/>
              <w:jc w:val="center"/>
            </w:pPr>
            <w:r>
              <w:rPr>
                <w:sz w:val="15"/>
              </w:rPr>
              <w:t>0.0174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A5D0DA" w14:textId="77777777" w:rsidR="003B3005" w:rsidRDefault="00000000">
            <w:pPr>
              <w:spacing w:line="240" w:lineRule="auto"/>
              <w:jc w:val="center"/>
            </w:pPr>
            <w:r>
              <w:rPr>
                <w:sz w:val="15"/>
              </w:rPr>
              <w:t>Reliable</w:t>
            </w:r>
          </w:p>
        </w:tc>
      </w:tr>
      <w:tr w:rsidR="003B3005" w14:paraId="1161470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FBC199"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3ECD32" w14:textId="77777777" w:rsidR="003B3005" w:rsidRDefault="00000000">
            <w:pPr>
              <w:spacing w:line="240" w:lineRule="auto"/>
              <w:jc w:val="center"/>
            </w:pPr>
            <w:r>
              <w:rPr>
                <w:sz w:val="15"/>
              </w:rPr>
              <w:t>2000</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52BCFF" w14:textId="77777777" w:rsidR="003B3005" w:rsidRDefault="00000000">
            <w:pPr>
              <w:spacing w:line="240" w:lineRule="auto"/>
              <w:jc w:val="center"/>
            </w:pPr>
            <w:r>
              <w:rPr>
                <w:sz w:val="15"/>
              </w:rPr>
              <w:t>588</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296791" w14:textId="77777777" w:rsidR="003B3005" w:rsidRDefault="00000000">
            <w:pPr>
              <w:spacing w:line="240" w:lineRule="auto"/>
              <w:jc w:val="center"/>
            </w:pPr>
            <w:r>
              <w:rPr>
                <w:sz w:val="15"/>
              </w:rPr>
              <w:t>135202971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76F2DA" w14:textId="77777777" w:rsidR="003B3005" w:rsidRDefault="00000000">
            <w:pPr>
              <w:spacing w:line="240" w:lineRule="auto"/>
              <w:jc w:val="center"/>
            </w:pPr>
            <w:r>
              <w:rPr>
                <w:sz w:val="15"/>
              </w:rPr>
              <w:t>0.4080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4F727C" w14:textId="77777777" w:rsidR="003B3005" w:rsidRDefault="00000000">
            <w:pPr>
              <w:spacing w:line="240" w:lineRule="auto"/>
              <w:jc w:val="center"/>
            </w:pPr>
            <w:r>
              <w:rPr>
                <w:sz w:val="15"/>
              </w:rPr>
              <w:t>0.3746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E7B7FE" w14:textId="77777777" w:rsidR="003B3005" w:rsidRDefault="00000000">
            <w:pPr>
              <w:spacing w:line="240" w:lineRule="auto"/>
              <w:jc w:val="center"/>
            </w:pPr>
            <w:r>
              <w:rPr>
                <w:sz w:val="15"/>
              </w:rPr>
              <w:t>0.4414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8A66E8" w14:textId="77777777" w:rsidR="003B3005" w:rsidRDefault="00000000">
            <w:pPr>
              <w:spacing w:line="240" w:lineRule="auto"/>
              <w:jc w:val="center"/>
            </w:pPr>
            <w:r>
              <w:rPr>
                <w:sz w:val="15"/>
              </w:rPr>
              <w:t>0.0171</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9AD81B" w14:textId="77777777" w:rsidR="003B3005" w:rsidRDefault="00000000">
            <w:pPr>
              <w:spacing w:line="240" w:lineRule="auto"/>
              <w:jc w:val="center"/>
            </w:pPr>
            <w:r>
              <w:rPr>
                <w:sz w:val="15"/>
              </w:rPr>
              <w:t>Reliable</w:t>
            </w:r>
          </w:p>
        </w:tc>
      </w:tr>
      <w:tr w:rsidR="003B3005" w14:paraId="6F74461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EE6208"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33B73A" w14:textId="77777777" w:rsidR="003B3005" w:rsidRDefault="00000000">
            <w:pPr>
              <w:spacing w:line="240" w:lineRule="auto"/>
              <w:jc w:val="center"/>
            </w:pPr>
            <w:r>
              <w:rPr>
                <w:sz w:val="15"/>
              </w:rPr>
              <w:t>2001</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09229B" w14:textId="77777777" w:rsidR="003B3005" w:rsidRDefault="00000000">
            <w:pPr>
              <w:spacing w:line="240" w:lineRule="auto"/>
              <w:jc w:val="center"/>
            </w:pPr>
            <w:r>
              <w:rPr>
                <w:sz w:val="15"/>
              </w:rPr>
              <w:t>667</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817BC9" w14:textId="77777777" w:rsidR="003B3005" w:rsidRDefault="00000000">
            <w:pPr>
              <w:spacing w:line="240" w:lineRule="auto"/>
              <w:jc w:val="center"/>
            </w:pPr>
            <w:r>
              <w:rPr>
                <w:sz w:val="15"/>
              </w:rPr>
              <w:t>135651679</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76A1F0" w14:textId="77777777" w:rsidR="003B3005" w:rsidRDefault="00000000">
            <w:pPr>
              <w:spacing w:line="240" w:lineRule="auto"/>
              <w:jc w:val="center"/>
            </w:pPr>
            <w:r>
              <w:rPr>
                <w:sz w:val="15"/>
              </w:rPr>
              <w:t>0.4572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2F5ED0" w14:textId="77777777" w:rsidR="003B3005" w:rsidRDefault="00000000">
            <w:pPr>
              <w:spacing w:line="240" w:lineRule="auto"/>
              <w:jc w:val="center"/>
            </w:pPr>
            <w:r>
              <w:rPr>
                <w:sz w:val="15"/>
              </w:rPr>
              <w:t>0.4223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55173F" w14:textId="77777777" w:rsidR="003B3005" w:rsidRDefault="00000000">
            <w:pPr>
              <w:spacing w:line="240" w:lineRule="auto"/>
              <w:jc w:val="center"/>
            </w:pPr>
            <w:r>
              <w:rPr>
                <w:sz w:val="15"/>
              </w:rPr>
              <w:t>0.4921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69A2E0" w14:textId="77777777" w:rsidR="003B3005" w:rsidRDefault="00000000">
            <w:pPr>
              <w:spacing w:line="240" w:lineRule="auto"/>
              <w:jc w:val="center"/>
            </w:pPr>
            <w:r>
              <w:rPr>
                <w:sz w:val="15"/>
              </w:rPr>
              <w:t>0.0178</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9A6728" w14:textId="77777777" w:rsidR="003B3005" w:rsidRDefault="00000000">
            <w:pPr>
              <w:spacing w:line="240" w:lineRule="auto"/>
              <w:jc w:val="center"/>
            </w:pPr>
            <w:r>
              <w:rPr>
                <w:sz w:val="15"/>
              </w:rPr>
              <w:t>Reliable</w:t>
            </w:r>
          </w:p>
        </w:tc>
      </w:tr>
      <w:tr w:rsidR="003B3005" w14:paraId="5BE69E0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B0E087"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A27987" w14:textId="77777777" w:rsidR="003B3005" w:rsidRDefault="00000000">
            <w:pPr>
              <w:spacing w:line="240" w:lineRule="auto"/>
              <w:jc w:val="center"/>
            </w:pPr>
            <w:r>
              <w:rPr>
                <w:sz w:val="15"/>
              </w:rPr>
              <w:t>2002</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1D0BC1" w14:textId="77777777" w:rsidR="003B3005" w:rsidRDefault="00000000">
            <w:pPr>
              <w:spacing w:line="240" w:lineRule="auto"/>
              <w:jc w:val="center"/>
            </w:pPr>
            <w:r>
              <w:rPr>
                <w:sz w:val="15"/>
              </w:rPr>
              <w:t>778</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58D18A" w14:textId="77777777" w:rsidR="003B3005" w:rsidRDefault="00000000">
            <w:pPr>
              <w:spacing w:line="240" w:lineRule="auto"/>
              <w:jc w:val="center"/>
            </w:pPr>
            <w:r>
              <w:rPr>
                <w:sz w:val="15"/>
              </w:rPr>
              <w:t>136026843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6B8097" w14:textId="77777777" w:rsidR="003B3005" w:rsidRDefault="00000000">
            <w:pPr>
              <w:spacing w:line="240" w:lineRule="auto"/>
              <w:jc w:val="center"/>
            </w:pPr>
            <w:r>
              <w:rPr>
                <w:sz w:val="15"/>
              </w:rPr>
              <w:t>0.5384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30D216" w14:textId="77777777" w:rsidR="003B3005" w:rsidRDefault="00000000">
            <w:pPr>
              <w:spacing w:line="240" w:lineRule="auto"/>
              <w:jc w:val="center"/>
            </w:pPr>
            <w:r>
              <w:rPr>
                <w:sz w:val="15"/>
              </w:rPr>
              <w:t>0.5003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F8566E" w14:textId="77777777" w:rsidR="003B3005" w:rsidRDefault="00000000">
            <w:pPr>
              <w:spacing w:line="240" w:lineRule="auto"/>
              <w:jc w:val="center"/>
            </w:pPr>
            <w:r>
              <w:rPr>
                <w:sz w:val="15"/>
              </w:rPr>
              <w:t>0.5764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189BE4" w14:textId="77777777" w:rsidR="003B3005" w:rsidRDefault="00000000">
            <w:pPr>
              <w:spacing w:line="240" w:lineRule="auto"/>
              <w:jc w:val="center"/>
            </w:pPr>
            <w:r>
              <w:rPr>
                <w:sz w:val="15"/>
              </w:rPr>
              <w:t>0.0194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21632D" w14:textId="77777777" w:rsidR="003B3005" w:rsidRDefault="00000000">
            <w:pPr>
              <w:spacing w:line="240" w:lineRule="auto"/>
              <w:jc w:val="center"/>
            </w:pPr>
            <w:r>
              <w:rPr>
                <w:sz w:val="15"/>
              </w:rPr>
              <w:t>Reliable</w:t>
            </w:r>
          </w:p>
        </w:tc>
      </w:tr>
      <w:tr w:rsidR="003B3005" w14:paraId="0E556CB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491C81"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D74FEA" w14:textId="77777777" w:rsidR="003B3005" w:rsidRDefault="00000000">
            <w:pPr>
              <w:spacing w:line="240" w:lineRule="auto"/>
              <w:jc w:val="center"/>
            </w:pPr>
            <w:r>
              <w:rPr>
                <w:sz w:val="15"/>
              </w:rPr>
              <w:t>2003</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218FB0" w14:textId="77777777" w:rsidR="003B3005" w:rsidRDefault="00000000">
            <w:pPr>
              <w:spacing w:line="240" w:lineRule="auto"/>
              <w:jc w:val="center"/>
            </w:pPr>
            <w:r>
              <w:rPr>
                <w:sz w:val="15"/>
              </w:rPr>
              <w:t>889</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9217F3" w14:textId="77777777" w:rsidR="003B3005" w:rsidRDefault="00000000">
            <w:pPr>
              <w:spacing w:line="240" w:lineRule="auto"/>
              <w:jc w:val="center"/>
            </w:pPr>
            <w:r>
              <w:rPr>
                <w:sz w:val="15"/>
              </w:rPr>
              <w:t>136415868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AD83EB" w14:textId="77777777" w:rsidR="003B3005" w:rsidRDefault="00000000">
            <w:pPr>
              <w:spacing w:line="240" w:lineRule="auto"/>
              <w:jc w:val="center"/>
            </w:pPr>
            <w:r>
              <w:rPr>
                <w:sz w:val="15"/>
              </w:rPr>
              <w:t>0.6199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AAA284" w14:textId="77777777" w:rsidR="003B3005" w:rsidRDefault="00000000">
            <w:pPr>
              <w:spacing w:line="240" w:lineRule="auto"/>
              <w:jc w:val="center"/>
            </w:pPr>
            <w:r>
              <w:rPr>
                <w:sz w:val="15"/>
              </w:rPr>
              <w:t>0.5788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297B1E" w14:textId="77777777" w:rsidR="003B3005" w:rsidRDefault="00000000">
            <w:pPr>
              <w:spacing w:line="240" w:lineRule="auto"/>
              <w:jc w:val="center"/>
            </w:pPr>
            <w:r>
              <w:rPr>
                <w:sz w:val="15"/>
              </w:rPr>
              <w:t>0.6609</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650D95" w14:textId="77777777" w:rsidR="003B3005" w:rsidRDefault="00000000">
            <w:pPr>
              <w:spacing w:line="240" w:lineRule="auto"/>
              <w:jc w:val="center"/>
            </w:pPr>
            <w:r>
              <w:rPr>
                <w:sz w:val="15"/>
              </w:rPr>
              <w:t>0.0210</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C6E53E" w14:textId="77777777" w:rsidR="003B3005" w:rsidRDefault="00000000">
            <w:pPr>
              <w:spacing w:line="240" w:lineRule="auto"/>
              <w:jc w:val="center"/>
            </w:pPr>
            <w:r>
              <w:rPr>
                <w:sz w:val="15"/>
              </w:rPr>
              <w:t>Reliable</w:t>
            </w:r>
          </w:p>
        </w:tc>
      </w:tr>
      <w:tr w:rsidR="003B3005" w14:paraId="749E5BD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397A1B"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0E49C7" w14:textId="77777777" w:rsidR="003B3005" w:rsidRDefault="00000000">
            <w:pPr>
              <w:spacing w:line="240" w:lineRule="auto"/>
              <w:jc w:val="center"/>
            </w:pPr>
            <w:r>
              <w:rPr>
                <w:sz w:val="15"/>
              </w:rPr>
              <w:t>2004</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314DC2" w14:textId="77777777" w:rsidR="003B3005" w:rsidRDefault="00000000">
            <w:pPr>
              <w:spacing w:line="240" w:lineRule="auto"/>
              <w:jc w:val="center"/>
            </w:pPr>
            <w:r>
              <w:rPr>
                <w:sz w:val="15"/>
              </w:rPr>
              <w:t>904</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80C5B2" w14:textId="77777777" w:rsidR="003B3005" w:rsidRDefault="00000000">
            <w:pPr>
              <w:spacing w:line="240" w:lineRule="auto"/>
              <w:jc w:val="center"/>
            </w:pPr>
            <w:r>
              <w:rPr>
                <w:sz w:val="15"/>
              </w:rPr>
              <w:t>136956601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2D1CAD" w14:textId="77777777" w:rsidR="003B3005" w:rsidRDefault="00000000">
            <w:pPr>
              <w:spacing w:line="240" w:lineRule="auto"/>
              <w:jc w:val="center"/>
            </w:pPr>
            <w:r>
              <w:rPr>
                <w:sz w:val="15"/>
              </w:rPr>
              <w:t>0.6000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B1D89C" w14:textId="77777777" w:rsidR="003B3005" w:rsidRDefault="00000000">
            <w:pPr>
              <w:spacing w:line="240" w:lineRule="auto"/>
              <w:jc w:val="center"/>
            </w:pPr>
            <w:r>
              <w:rPr>
                <w:sz w:val="15"/>
              </w:rPr>
              <w:t>0.5607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CFC89D" w14:textId="77777777" w:rsidR="003B3005" w:rsidRDefault="00000000">
            <w:pPr>
              <w:spacing w:line="240" w:lineRule="auto"/>
              <w:jc w:val="center"/>
            </w:pPr>
            <w:r>
              <w:rPr>
                <w:sz w:val="15"/>
              </w:rPr>
              <w:t>0.6392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50171C" w14:textId="77777777" w:rsidR="003B3005" w:rsidRDefault="00000000">
            <w:pPr>
              <w:spacing w:line="240" w:lineRule="auto"/>
              <w:jc w:val="center"/>
            </w:pPr>
            <w:r>
              <w:rPr>
                <w:sz w:val="15"/>
              </w:rPr>
              <w:t>0.0200</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93728D" w14:textId="77777777" w:rsidR="003B3005" w:rsidRDefault="00000000">
            <w:pPr>
              <w:spacing w:line="240" w:lineRule="auto"/>
              <w:jc w:val="center"/>
            </w:pPr>
            <w:r>
              <w:rPr>
                <w:sz w:val="15"/>
              </w:rPr>
              <w:t>Reliable</w:t>
            </w:r>
          </w:p>
        </w:tc>
      </w:tr>
      <w:tr w:rsidR="003B3005" w14:paraId="116A94B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365863"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E9D5F6" w14:textId="77777777" w:rsidR="003B3005" w:rsidRDefault="00000000">
            <w:pPr>
              <w:spacing w:line="240" w:lineRule="auto"/>
              <w:jc w:val="center"/>
            </w:pPr>
            <w:r>
              <w:rPr>
                <w:sz w:val="15"/>
              </w:rPr>
              <w:t>2005</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C20BEB" w14:textId="77777777" w:rsidR="003B3005" w:rsidRDefault="00000000">
            <w:pPr>
              <w:spacing w:line="240" w:lineRule="auto"/>
              <w:jc w:val="center"/>
            </w:pPr>
            <w:r>
              <w:rPr>
                <w:sz w:val="15"/>
              </w:rPr>
              <w:t>1041</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501022" w14:textId="77777777" w:rsidR="003B3005" w:rsidRDefault="00000000">
            <w:pPr>
              <w:spacing w:line="240" w:lineRule="auto"/>
              <w:jc w:val="center"/>
            </w:pPr>
            <w:r>
              <w:rPr>
                <w:sz w:val="15"/>
              </w:rPr>
              <w:t>137614452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87D96C" w14:textId="77777777" w:rsidR="003B3005" w:rsidRDefault="00000000">
            <w:pPr>
              <w:spacing w:line="240" w:lineRule="auto"/>
              <w:jc w:val="center"/>
            </w:pPr>
            <w:r>
              <w:rPr>
                <w:sz w:val="15"/>
              </w:rPr>
              <w:t>0.6829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ACBB74" w14:textId="77777777" w:rsidR="003B3005" w:rsidRDefault="00000000">
            <w:pPr>
              <w:spacing w:line="240" w:lineRule="auto"/>
              <w:jc w:val="center"/>
            </w:pPr>
            <w:r>
              <w:rPr>
                <w:sz w:val="15"/>
              </w:rPr>
              <w:t>0.6409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A04C53" w14:textId="77777777" w:rsidR="003B3005" w:rsidRDefault="00000000">
            <w:pPr>
              <w:spacing w:line="240" w:lineRule="auto"/>
              <w:jc w:val="center"/>
            </w:pPr>
            <w:r>
              <w:rPr>
                <w:sz w:val="15"/>
              </w:rPr>
              <w:t>0.7248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9CD74D" w14:textId="77777777" w:rsidR="003B3005" w:rsidRDefault="00000000">
            <w:pPr>
              <w:spacing w:line="240" w:lineRule="auto"/>
              <w:jc w:val="center"/>
            </w:pPr>
            <w:r>
              <w:rPr>
                <w:sz w:val="15"/>
              </w:rPr>
              <w:t>0.0214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FCAC4A" w14:textId="77777777" w:rsidR="003B3005" w:rsidRDefault="00000000">
            <w:pPr>
              <w:spacing w:line="240" w:lineRule="auto"/>
              <w:jc w:val="center"/>
            </w:pPr>
            <w:r>
              <w:rPr>
                <w:sz w:val="15"/>
              </w:rPr>
              <w:t>Reliable</w:t>
            </w:r>
          </w:p>
        </w:tc>
      </w:tr>
      <w:tr w:rsidR="003B3005" w14:paraId="3C4CF38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D8C1E5"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93409D" w14:textId="77777777" w:rsidR="003B3005" w:rsidRDefault="00000000">
            <w:pPr>
              <w:spacing w:line="240" w:lineRule="auto"/>
              <w:jc w:val="center"/>
            </w:pPr>
            <w:r>
              <w:rPr>
                <w:sz w:val="15"/>
              </w:rPr>
              <w:t>2006</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229961" w14:textId="77777777" w:rsidR="003B3005" w:rsidRDefault="00000000">
            <w:pPr>
              <w:spacing w:line="240" w:lineRule="auto"/>
              <w:jc w:val="center"/>
            </w:pPr>
            <w:r>
              <w:rPr>
                <w:sz w:val="15"/>
              </w:rPr>
              <w:t>1085</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630FFB" w14:textId="77777777" w:rsidR="003B3005" w:rsidRDefault="00000000">
            <w:pPr>
              <w:spacing w:line="240" w:lineRule="auto"/>
              <w:jc w:val="center"/>
            </w:pPr>
            <w:r>
              <w:rPr>
                <w:sz w:val="15"/>
              </w:rPr>
              <w:t>138363022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68DFB0" w14:textId="77777777" w:rsidR="003B3005" w:rsidRDefault="00000000">
            <w:pPr>
              <w:spacing w:line="240" w:lineRule="auto"/>
              <w:jc w:val="center"/>
            </w:pPr>
            <w:r>
              <w:rPr>
                <w:sz w:val="15"/>
              </w:rPr>
              <w:t>0.7001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5A0BB3" w14:textId="77777777" w:rsidR="003B3005" w:rsidRDefault="00000000">
            <w:pPr>
              <w:spacing w:line="240" w:lineRule="auto"/>
              <w:jc w:val="center"/>
            </w:pPr>
            <w:r>
              <w:rPr>
                <w:sz w:val="15"/>
              </w:rPr>
              <w:t>0.6581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7FA4AD" w14:textId="77777777" w:rsidR="003B3005" w:rsidRDefault="00000000">
            <w:pPr>
              <w:spacing w:line="240" w:lineRule="auto"/>
              <w:jc w:val="center"/>
            </w:pPr>
            <w:r>
              <w:rPr>
                <w:sz w:val="15"/>
              </w:rPr>
              <w:t>0.7420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DD41BB" w14:textId="77777777" w:rsidR="003B3005" w:rsidRDefault="00000000">
            <w:pPr>
              <w:spacing w:line="240" w:lineRule="auto"/>
              <w:jc w:val="center"/>
            </w:pPr>
            <w:r>
              <w:rPr>
                <w:sz w:val="15"/>
              </w:rPr>
              <w:t>0.0214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2FAEAD" w14:textId="77777777" w:rsidR="003B3005" w:rsidRDefault="00000000">
            <w:pPr>
              <w:spacing w:line="240" w:lineRule="auto"/>
              <w:jc w:val="center"/>
            </w:pPr>
            <w:r>
              <w:rPr>
                <w:sz w:val="15"/>
              </w:rPr>
              <w:t>Reliable</w:t>
            </w:r>
          </w:p>
        </w:tc>
      </w:tr>
      <w:tr w:rsidR="003B3005" w14:paraId="1C3E015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280D62"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966C66" w14:textId="77777777" w:rsidR="003B3005" w:rsidRDefault="00000000">
            <w:pPr>
              <w:spacing w:line="240" w:lineRule="auto"/>
              <w:jc w:val="center"/>
            </w:pPr>
            <w:r>
              <w:rPr>
                <w:sz w:val="15"/>
              </w:rPr>
              <w:t>2007</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C97261" w14:textId="77777777" w:rsidR="003B3005" w:rsidRDefault="00000000">
            <w:pPr>
              <w:spacing w:line="240" w:lineRule="auto"/>
              <w:jc w:val="center"/>
            </w:pPr>
            <w:r>
              <w:rPr>
                <w:sz w:val="15"/>
              </w:rPr>
              <w:t>1157</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35A751" w14:textId="77777777" w:rsidR="003B3005" w:rsidRDefault="00000000">
            <w:pPr>
              <w:spacing w:line="240" w:lineRule="auto"/>
              <w:jc w:val="center"/>
            </w:pPr>
            <w:r>
              <w:rPr>
                <w:sz w:val="15"/>
              </w:rPr>
              <w:t>139060265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608B1F" w14:textId="77777777" w:rsidR="003B3005" w:rsidRDefault="00000000">
            <w:pPr>
              <w:spacing w:line="240" w:lineRule="auto"/>
              <w:jc w:val="center"/>
            </w:pPr>
            <w:r>
              <w:rPr>
                <w:sz w:val="15"/>
              </w:rPr>
              <w:t>0.7206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C5DCAE" w14:textId="77777777" w:rsidR="003B3005" w:rsidRDefault="00000000">
            <w:pPr>
              <w:spacing w:line="240" w:lineRule="auto"/>
              <w:jc w:val="center"/>
            </w:pPr>
            <w:r>
              <w:rPr>
                <w:sz w:val="15"/>
              </w:rPr>
              <w:t>0.6787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AFF6CC" w14:textId="77777777" w:rsidR="003B3005" w:rsidRDefault="00000000">
            <w:pPr>
              <w:spacing w:line="240" w:lineRule="auto"/>
              <w:jc w:val="center"/>
            </w:pPr>
            <w:r>
              <w:rPr>
                <w:sz w:val="15"/>
              </w:rPr>
              <w:t>0.7624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9BC60E" w14:textId="77777777" w:rsidR="003B3005" w:rsidRDefault="00000000">
            <w:pPr>
              <w:spacing w:line="240" w:lineRule="auto"/>
              <w:jc w:val="center"/>
            </w:pPr>
            <w:r>
              <w:rPr>
                <w:sz w:val="15"/>
              </w:rPr>
              <w:t>0.0214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09C7AD" w14:textId="77777777" w:rsidR="003B3005" w:rsidRDefault="00000000">
            <w:pPr>
              <w:spacing w:line="240" w:lineRule="auto"/>
              <w:jc w:val="center"/>
            </w:pPr>
            <w:r>
              <w:rPr>
                <w:sz w:val="15"/>
              </w:rPr>
              <w:t>Reliable</w:t>
            </w:r>
          </w:p>
        </w:tc>
      </w:tr>
      <w:tr w:rsidR="003B3005" w14:paraId="4BABB08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C6BACE"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F933E6" w14:textId="77777777" w:rsidR="003B3005" w:rsidRDefault="00000000">
            <w:pPr>
              <w:spacing w:line="240" w:lineRule="auto"/>
              <w:jc w:val="center"/>
            </w:pPr>
            <w:r>
              <w:rPr>
                <w:sz w:val="15"/>
              </w:rPr>
              <w:t>2008</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48C7D5" w14:textId="77777777" w:rsidR="003B3005" w:rsidRDefault="00000000">
            <w:pPr>
              <w:spacing w:line="240" w:lineRule="auto"/>
              <w:jc w:val="center"/>
            </w:pPr>
            <w:r>
              <w:rPr>
                <w:sz w:val="15"/>
              </w:rPr>
              <w:t>1135</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2728F3" w14:textId="77777777" w:rsidR="003B3005" w:rsidRDefault="00000000">
            <w:pPr>
              <w:spacing w:line="240" w:lineRule="auto"/>
              <w:jc w:val="center"/>
            </w:pPr>
            <w:r>
              <w:rPr>
                <w:sz w:val="15"/>
              </w:rPr>
              <w:t>139772453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5A9B57" w14:textId="77777777" w:rsidR="003B3005" w:rsidRDefault="00000000">
            <w:pPr>
              <w:spacing w:line="240" w:lineRule="auto"/>
              <w:jc w:val="center"/>
            </w:pPr>
            <w:r>
              <w:rPr>
                <w:sz w:val="15"/>
              </w:rPr>
              <w:t>0.7175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0620C2" w14:textId="77777777" w:rsidR="003B3005" w:rsidRDefault="00000000">
            <w:pPr>
              <w:spacing w:line="240" w:lineRule="auto"/>
              <w:jc w:val="center"/>
            </w:pPr>
            <w:r>
              <w:rPr>
                <w:sz w:val="15"/>
              </w:rPr>
              <w:t>0.6752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23AF9B" w14:textId="77777777" w:rsidR="003B3005" w:rsidRDefault="00000000">
            <w:pPr>
              <w:spacing w:line="240" w:lineRule="auto"/>
              <w:jc w:val="center"/>
            </w:pPr>
            <w:r>
              <w:rPr>
                <w:sz w:val="15"/>
              </w:rPr>
              <w:t>0.7597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14B42F" w14:textId="77777777" w:rsidR="003B3005" w:rsidRDefault="00000000">
            <w:pPr>
              <w:spacing w:line="240" w:lineRule="auto"/>
              <w:jc w:val="center"/>
            </w:pPr>
            <w:r>
              <w:rPr>
                <w:sz w:val="15"/>
              </w:rPr>
              <w:t>0.0216</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51580E" w14:textId="77777777" w:rsidR="003B3005" w:rsidRDefault="00000000">
            <w:pPr>
              <w:spacing w:line="240" w:lineRule="auto"/>
              <w:jc w:val="center"/>
            </w:pPr>
            <w:r>
              <w:rPr>
                <w:sz w:val="15"/>
              </w:rPr>
              <w:t>Reliable</w:t>
            </w:r>
          </w:p>
        </w:tc>
      </w:tr>
      <w:tr w:rsidR="003B3005" w14:paraId="7A4A1E7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A11C85"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CFCF85" w14:textId="77777777" w:rsidR="003B3005" w:rsidRDefault="00000000">
            <w:pPr>
              <w:spacing w:line="240" w:lineRule="auto"/>
              <w:jc w:val="center"/>
            </w:pPr>
            <w:r>
              <w:rPr>
                <w:sz w:val="15"/>
              </w:rPr>
              <w:t>2009</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58D371" w14:textId="77777777" w:rsidR="003B3005" w:rsidRDefault="00000000">
            <w:pPr>
              <w:spacing w:line="240" w:lineRule="auto"/>
              <w:jc w:val="center"/>
            </w:pPr>
            <w:r>
              <w:rPr>
                <w:sz w:val="15"/>
              </w:rPr>
              <w:t>1224</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B483BF" w14:textId="77777777" w:rsidR="003B3005" w:rsidRDefault="00000000">
            <w:pPr>
              <w:spacing w:line="240" w:lineRule="auto"/>
              <w:jc w:val="center"/>
            </w:pPr>
            <w:r>
              <w:rPr>
                <w:sz w:val="15"/>
              </w:rPr>
              <w:t>140451863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2F0D3B" w14:textId="77777777" w:rsidR="003B3005" w:rsidRDefault="00000000">
            <w:pPr>
              <w:spacing w:line="240" w:lineRule="auto"/>
              <w:jc w:val="center"/>
            </w:pPr>
            <w:r>
              <w:rPr>
                <w:sz w:val="15"/>
              </w:rPr>
              <w:t>0.7636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1B57EB" w14:textId="77777777" w:rsidR="003B3005" w:rsidRDefault="00000000">
            <w:pPr>
              <w:spacing w:line="240" w:lineRule="auto"/>
              <w:jc w:val="center"/>
            </w:pPr>
            <w:r>
              <w:rPr>
                <w:sz w:val="15"/>
              </w:rPr>
              <w:t>0.7198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0890C9" w14:textId="77777777" w:rsidR="003B3005" w:rsidRDefault="00000000">
            <w:pPr>
              <w:spacing w:line="240" w:lineRule="auto"/>
              <w:jc w:val="center"/>
            </w:pPr>
            <w:r>
              <w:rPr>
                <w:sz w:val="15"/>
              </w:rPr>
              <w:t>0.8073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A754A0" w14:textId="77777777" w:rsidR="003B3005" w:rsidRDefault="00000000">
            <w:pPr>
              <w:spacing w:line="240" w:lineRule="auto"/>
              <w:jc w:val="center"/>
            </w:pPr>
            <w:r>
              <w:rPr>
                <w:sz w:val="15"/>
              </w:rPr>
              <w:t>0.0223</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663D49" w14:textId="77777777" w:rsidR="003B3005" w:rsidRDefault="00000000">
            <w:pPr>
              <w:spacing w:line="240" w:lineRule="auto"/>
              <w:jc w:val="center"/>
            </w:pPr>
            <w:r>
              <w:rPr>
                <w:sz w:val="15"/>
              </w:rPr>
              <w:t>Reliable</w:t>
            </w:r>
          </w:p>
        </w:tc>
      </w:tr>
      <w:tr w:rsidR="003B3005" w14:paraId="6AFC6DE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7EB7BC"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5B6352" w14:textId="77777777" w:rsidR="003B3005" w:rsidRDefault="00000000">
            <w:pPr>
              <w:spacing w:line="240" w:lineRule="auto"/>
              <w:jc w:val="center"/>
            </w:pPr>
            <w:r>
              <w:rPr>
                <w:sz w:val="15"/>
              </w:rPr>
              <w:t>2010</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FDE0DC" w14:textId="77777777" w:rsidR="003B3005" w:rsidRDefault="00000000">
            <w:pPr>
              <w:spacing w:line="240" w:lineRule="auto"/>
              <w:jc w:val="center"/>
            </w:pPr>
            <w:r>
              <w:rPr>
                <w:sz w:val="15"/>
              </w:rPr>
              <w:t>1352</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A827DF" w14:textId="77777777" w:rsidR="003B3005" w:rsidRDefault="00000000">
            <w:pPr>
              <w:spacing w:line="240" w:lineRule="auto"/>
              <w:jc w:val="center"/>
            </w:pPr>
            <w:r>
              <w:rPr>
                <w:sz w:val="15"/>
              </w:rPr>
              <w:t>140987505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0E76F8" w14:textId="77777777" w:rsidR="003B3005" w:rsidRDefault="00000000">
            <w:pPr>
              <w:spacing w:line="240" w:lineRule="auto"/>
              <w:jc w:val="center"/>
            </w:pPr>
            <w:r>
              <w:rPr>
                <w:sz w:val="15"/>
              </w:rPr>
              <w:t>0.8434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F6E394" w14:textId="77777777" w:rsidR="003B3005" w:rsidRDefault="00000000">
            <w:pPr>
              <w:spacing w:line="240" w:lineRule="auto"/>
              <w:jc w:val="center"/>
            </w:pPr>
            <w:r>
              <w:rPr>
                <w:sz w:val="15"/>
              </w:rPr>
              <w:t>0.7972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859CA7" w14:textId="77777777" w:rsidR="003B3005" w:rsidRDefault="00000000">
            <w:pPr>
              <w:spacing w:line="240" w:lineRule="auto"/>
              <w:jc w:val="center"/>
            </w:pPr>
            <w:r>
              <w:rPr>
                <w:sz w:val="15"/>
              </w:rPr>
              <w:t>0.8896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D77E1F" w14:textId="77777777" w:rsidR="003B3005" w:rsidRDefault="00000000">
            <w:pPr>
              <w:spacing w:line="240" w:lineRule="auto"/>
              <w:jc w:val="center"/>
            </w:pPr>
            <w:r>
              <w:rPr>
                <w:sz w:val="15"/>
              </w:rPr>
              <w:t>0.0236</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0E41BB" w14:textId="77777777" w:rsidR="003B3005" w:rsidRDefault="00000000">
            <w:pPr>
              <w:spacing w:line="240" w:lineRule="auto"/>
              <w:jc w:val="center"/>
            </w:pPr>
            <w:r>
              <w:rPr>
                <w:sz w:val="15"/>
              </w:rPr>
              <w:t>Reliable</w:t>
            </w:r>
          </w:p>
        </w:tc>
      </w:tr>
      <w:tr w:rsidR="003B3005" w14:paraId="082C172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126335"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74CBFB" w14:textId="77777777" w:rsidR="003B3005" w:rsidRDefault="00000000">
            <w:pPr>
              <w:spacing w:line="240" w:lineRule="auto"/>
              <w:jc w:val="center"/>
            </w:pPr>
            <w:r>
              <w:rPr>
                <w:sz w:val="15"/>
              </w:rPr>
              <w:t>2011</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C25365" w14:textId="77777777" w:rsidR="003B3005" w:rsidRDefault="00000000">
            <w:pPr>
              <w:spacing w:line="240" w:lineRule="auto"/>
              <w:jc w:val="center"/>
            </w:pPr>
            <w:r>
              <w:rPr>
                <w:sz w:val="15"/>
              </w:rPr>
              <w:t>1516</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062327" w14:textId="77777777" w:rsidR="003B3005" w:rsidRDefault="00000000">
            <w:pPr>
              <w:spacing w:line="240" w:lineRule="auto"/>
              <w:jc w:val="center"/>
            </w:pPr>
            <w:r>
              <w:rPr>
                <w:sz w:val="15"/>
              </w:rPr>
              <w:t>141789725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7F8AB9" w14:textId="77777777" w:rsidR="003B3005" w:rsidRDefault="00000000">
            <w:pPr>
              <w:spacing w:line="240" w:lineRule="auto"/>
              <w:jc w:val="center"/>
            </w:pPr>
            <w:r>
              <w:rPr>
                <w:sz w:val="15"/>
              </w:rPr>
              <w:t>0.8975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F9C947" w14:textId="77777777" w:rsidR="003B3005" w:rsidRDefault="00000000">
            <w:pPr>
              <w:spacing w:line="240" w:lineRule="auto"/>
              <w:jc w:val="center"/>
            </w:pPr>
            <w:r>
              <w:rPr>
                <w:sz w:val="15"/>
              </w:rPr>
              <w:t>0.8515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AB7C1E" w14:textId="77777777" w:rsidR="003B3005" w:rsidRDefault="00000000">
            <w:pPr>
              <w:spacing w:line="240" w:lineRule="auto"/>
              <w:jc w:val="center"/>
            </w:pPr>
            <w:r>
              <w:rPr>
                <w:sz w:val="15"/>
              </w:rPr>
              <w:t>0.9435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C53DC6" w14:textId="77777777" w:rsidR="003B3005" w:rsidRDefault="00000000">
            <w:pPr>
              <w:spacing w:line="240" w:lineRule="auto"/>
              <w:jc w:val="center"/>
            </w:pPr>
            <w:r>
              <w:rPr>
                <w:sz w:val="15"/>
              </w:rPr>
              <w:t>0.0235</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DFBB95" w14:textId="77777777" w:rsidR="003B3005" w:rsidRDefault="00000000">
            <w:pPr>
              <w:spacing w:line="240" w:lineRule="auto"/>
              <w:jc w:val="center"/>
            </w:pPr>
            <w:r>
              <w:rPr>
                <w:sz w:val="15"/>
              </w:rPr>
              <w:t>Reliable</w:t>
            </w:r>
          </w:p>
        </w:tc>
      </w:tr>
      <w:tr w:rsidR="003B3005" w14:paraId="568222D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7FF1DB"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6E201F" w14:textId="77777777" w:rsidR="003B3005" w:rsidRDefault="00000000">
            <w:pPr>
              <w:spacing w:line="240" w:lineRule="auto"/>
              <w:jc w:val="center"/>
            </w:pPr>
            <w:r>
              <w:rPr>
                <w:sz w:val="15"/>
              </w:rPr>
              <w:t>2012</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D31CA0" w14:textId="77777777" w:rsidR="003B3005" w:rsidRDefault="00000000">
            <w:pPr>
              <w:spacing w:line="240" w:lineRule="auto"/>
              <w:jc w:val="center"/>
            </w:pPr>
            <w:r>
              <w:rPr>
                <w:sz w:val="15"/>
              </w:rPr>
              <w:t>1444</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FE1E62" w14:textId="77777777" w:rsidR="003B3005" w:rsidRDefault="00000000">
            <w:pPr>
              <w:spacing w:line="240" w:lineRule="auto"/>
              <w:jc w:val="center"/>
            </w:pPr>
            <w:r>
              <w:rPr>
                <w:sz w:val="15"/>
              </w:rPr>
              <w:t>142424668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E083F8" w14:textId="77777777" w:rsidR="003B3005" w:rsidRDefault="00000000">
            <w:pPr>
              <w:spacing w:line="240" w:lineRule="auto"/>
              <w:jc w:val="center"/>
            </w:pPr>
            <w:r>
              <w:rPr>
                <w:sz w:val="15"/>
              </w:rPr>
              <w:t>0.8708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33B049" w14:textId="77777777" w:rsidR="003B3005" w:rsidRDefault="00000000">
            <w:pPr>
              <w:spacing w:line="240" w:lineRule="auto"/>
              <w:jc w:val="center"/>
            </w:pPr>
            <w:r>
              <w:rPr>
                <w:sz w:val="15"/>
              </w:rPr>
              <w:t>0.8242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FECFA3" w14:textId="77777777" w:rsidR="003B3005" w:rsidRDefault="00000000">
            <w:pPr>
              <w:spacing w:line="240" w:lineRule="auto"/>
              <w:jc w:val="center"/>
            </w:pPr>
            <w:r>
              <w:rPr>
                <w:sz w:val="15"/>
              </w:rPr>
              <w:t>0.9174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708870" w14:textId="77777777" w:rsidR="003B3005" w:rsidRDefault="00000000">
            <w:pPr>
              <w:spacing w:line="240" w:lineRule="auto"/>
              <w:jc w:val="center"/>
            </w:pPr>
            <w:r>
              <w:rPr>
                <w:sz w:val="15"/>
              </w:rPr>
              <w:t>0.0238</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2F23EE" w14:textId="77777777" w:rsidR="003B3005" w:rsidRDefault="00000000">
            <w:pPr>
              <w:spacing w:line="240" w:lineRule="auto"/>
              <w:jc w:val="center"/>
            </w:pPr>
            <w:r>
              <w:rPr>
                <w:sz w:val="15"/>
              </w:rPr>
              <w:t>Reliable</w:t>
            </w:r>
          </w:p>
        </w:tc>
      </w:tr>
      <w:tr w:rsidR="003B3005" w14:paraId="4BAC5C6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80B4CE"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A51CFA" w14:textId="77777777" w:rsidR="003B3005" w:rsidRDefault="00000000">
            <w:pPr>
              <w:spacing w:line="240" w:lineRule="auto"/>
              <w:jc w:val="center"/>
            </w:pPr>
            <w:r>
              <w:rPr>
                <w:sz w:val="15"/>
              </w:rPr>
              <w:t>2013</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556A01" w14:textId="77777777" w:rsidR="003B3005" w:rsidRDefault="00000000">
            <w:pPr>
              <w:spacing w:line="240" w:lineRule="auto"/>
              <w:jc w:val="center"/>
            </w:pPr>
            <w:r>
              <w:rPr>
                <w:sz w:val="15"/>
              </w:rPr>
              <w:t>1650</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D07144" w14:textId="77777777" w:rsidR="003B3005" w:rsidRDefault="00000000">
            <w:pPr>
              <w:spacing w:line="240" w:lineRule="auto"/>
              <w:jc w:val="center"/>
            </w:pPr>
            <w:r>
              <w:rPr>
                <w:sz w:val="15"/>
              </w:rPr>
              <w:t>143045234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9633CA" w14:textId="77777777" w:rsidR="003B3005" w:rsidRDefault="00000000">
            <w:pPr>
              <w:spacing w:line="240" w:lineRule="auto"/>
              <w:jc w:val="center"/>
            </w:pPr>
            <w:r>
              <w:rPr>
                <w:sz w:val="15"/>
              </w:rPr>
              <w:t>0.9671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4DB069" w14:textId="77777777" w:rsidR="003B3005" w:rsidRDefault="00000000">
            <w:pPr>
              <w:spacing w:line="240" w:lineRule="auto"/>
              <w:jc w:val="center"/>
            </w:pPr>
            <w:r>
              <w:rPr>
                <w:sz w:val="15"/>
              </w:rPr>
              <w:t>0.9190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7598CB" w14:textId="77777777" w:rsidR="003B3005" w:rsidRDefault="00000000">
            <w:pPr>
              <w:spacing w:line="240" w:lineRule="auto"/>
              <w:jc w:val="center"/>
            </w:pPr>
            <w:r>
              <w:rPr>
                <w:sz w:val="15"/>
              </w:rPr>
              <w:t>1.0152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7365C3" w14:textId="77777777" w:rsidR="003B3005" w:rsidRDefault="00000000">
            <w:pPr>
              <w:spacing w:line="240" w:lineRule="auto"/>
              <w:jc w:val="center"/>
            </w:pPr>
            <w:r>
              <w:rPr>
                <w:sz w:val="15"/>
              </w:rPr>
              <w:t>0.0245</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139E4A" w14:textId="77777777" w:rsidR="003B3005" w:rsidRDefault="00000000">
            <w:pPr>
              <w:spacing w:line="240" w:lineRule="auto"/>
              <w:jc w:val="center"/>
            </w:pPr>
            <w:r>
              <w:rPr>
                <w:sz w:val="15"/>
              </w:rPr>
              <w:t>Reliable</w:t>
            </w:r>
          </w:p>
        </w:tc>
      </w:tr>
      <w:tr w:rsidR="003B3005" w14:paraId="5CBAE42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623F0D"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19A8D2" w14:textId="77777777" w:rsidR="003B3005" w:rsidRDefault="00000000">
            <w:pPr>
              <w:spacing w:line="240" w:lineRule="auto"/>
              <w:jc w:val="center"/>
            </w:pPr>
            <w:r>
              <w:rPr>
                <w:sz w:val="15"/>
              </w:rPr>
              <w:t>2014</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6E44A0" w14:textId="77777777" w:rsidR="003B3005" w:rsidRDefault="00000000">
            <w:pPr>
              <w:spacing w:line="240" w:lineRule="auto"/>
              <w:jc w:val="center"/>
            </w:pPr>
            <w:r>
              <w:rPr>
                <w:sz w:val="15"/>
              </w:rPr>
              <w:t>1775</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4B7AC7" w14:textId="77777777" w:rsidR="003B3005" w:rsidRDefault="00000000">
            <w:pPr>
              <w:spacing w:line="240" w:lineRule="auto"/>
              <w:jc w:val="center"/>
            </w:pPr>
            <w:r>
              <w:rPr>
                <w:sz w:val="15"/>
              </w:rPr>
              <w:t>143642265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B1F729" w14:textId="77777777" w:rsidR="003B3005" w:rsidRDefault="00000000">
            <w:pPr>
              <w:spacing w:line="240" w:lineRule="auto"/>
              <w:jc w:val="center"/>
            </w:pPr>
            <w:r>
              <w:rPr>
                <w:sz w:val="15"/>
              </w:rPr>
              <w:t>1.0316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63DC0E" w14:textId="77777777" w:rsidR="003B3005" w:rsidRDefault="00000000">
            <w:pPr>
              <w:spacing w:line="240" w:lineRule="auto"/>
              <w:jc w:val="center"/>
            </w:pPr>
            <w:r>
              <w:rPr>
                <w:sz w:val="15"/>
              </w:rPr>
              <w:t>0.9814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FDB7BE" w14:textId="77777777" w:rsidR="003B3005" w:rsidRDefault="00000000">
            <w:pPr>
              <w:spacing w:line="240" w:lineRule="auto"/>
              <w:jc w:val="center"/>
            </w:pPr>
            <w:r>
              <w:rPr>
                <w:sz w:val="15"/>
              </w:rPr>
              <w:t>1.0818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7E9F68" w14:textId="77777777" w:rsidR="003B3005" w:rsidRDefault="00000000">
            <w:pPr>
              <w:spacing w:line="240" w:lineRule="auto"/>
              <w:jc w:val="center"/>
            </w:pPr>
            <w:r>
              <w:rPr>
                <w:sz w:val="15"/>
              </w:rPr>
              <w:t>0.0256</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B63924" w14:textId="77777777" w:rsidR="003B3005" w:rsidRDefault="00000000">
            <w:pPr>
              <w:spacing w:line="240" w:lineRule="auto"/>
              <w:jc w:val="center"/>
            </w:pPr>
            <w:r>
              <w:rPr>
                <w:sz w:val="15"/>
              </w:rPr>
              <w:t>Reliable</w:t>
            </w:r>
          </w:p>
        </w:tc>
      </w:tr>
      <w:tr w:rsidR="003B3005" w14:paraId="034263F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D0AB34"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44B259" w14:textId="77777777" w:rsidR="003B3005" w:rsidRDefault="00000000">
            <w:pPr>
              <w:spacing w:line="240" w:lineRule="auto"/>
              <w:jc w:val="center"/>
            </w:pPr>
            <w:r>
              <w:rPr>
                <w:sz w:val="15"/>
              </w:rPr>
              <w:t>2015</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7ACC9D" w14:textId="77777777" w:rsidR="003B3005" w:rsidRDefault="00000000">
            <w:pPr>
              <w:spacing w:line="240" w:lineRule="auto"/>
              <w:jc w:val="center"/>
            </w:pPr>
            <w:r>
              <w:rPr>
                <w:sz w:val="15"/>
              </w:rPr>
              <w:t>1814</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085311" w14:textId="77777777" w:rsidR="003B3005" w:rsidRDefault="00000000">
            <w:pPr>
              <w:spacing w:line="240" w:lineRule="auto"/>
              <w:jc w:val="center"/>
            </w:pPr>
            <w:r>
              <w:rPr>
                <w:sz w:val="15"/>
              </w:rPr>
              <w:t>144347874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677737" w14:textId="77777777" w:rsidR="003B3005" w:rsidRDefault="00000000">
            <w:pPr>
              <w:spacing w:line="240" w:lineRule="auto"/>
              <w:jc w:val="center"/>
            </w:pPr>
            <w:r>
              <w:rPr>
                <w:sz w:val="15"/>
              </w:rPr>
              <w:t>1.0110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5529C3" w14:textId="77777777" w:rsidR="003B3005" w:rsidRDefault="00000000">
            <w:pPr>
              <w:spacing w:line="240" w:lineRule="auto"/>
              <w:jc w:val="center"/>
            </w:pPr>
            <w:r>
              <w:rPr>
                <w:sz w:val="15"/>
              </w:rPr>
              <w:t>0.9631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2FDAD5" w14:textId="77777777" w:rsidR="003B3005" w:rsidRDefault="00000000">
            <w:pPr>
              <w:spacing w:line="240" w:lineRule="auto"/>
              <w:jc w:val="center"/>
            </w:pPr>
            <w:r>
              <w:rPr>
                <w:sz w:val="15"/>
              </w:rPr>
              <w:t>1.0590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EAF1AC" w14:textId="77777777" w:rsidR="003B3005" w:rsidRDefault="00000000">
            <w:pPr>
              <w:spacing w:line="240" w:lineRule="auto"/>
              <w:jc w:val="center"/>
            </w:pPr>
            <w:r>
              <w:rPr>
                <w:sz w:val="15"/>
              </w:rPr>
              <w:t>0.0245</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463A96" w14:textId="77777777" w:rsidR="003B3005" w:rsidRDefault="00000000">
            <w:pPr>
              <w:spacing w:line="240" w:lineRule="auto"/>
              <w:jc w:val="center"/>
            </w:pPr>
            <w:r>
              <w:rPr>
                <w:sz w:val="15"/>
              </w:rPr>
              <w:t>Reliable</w:t>
            </w:r>
          </w:p>
        </w:tc>
      </w:tr>
      <w:tr w:rsidR="003B3005" w14:paraId="5CDB31E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00A0B1"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216A1E" w14:textId="77777777" w:rsidR="003B3005" w:rsidRDefault="00000000">
            <w:pPr>
              <w:spacing w:line="240" w:lineRule="auto"/>
              <w:jc w:val="center"/>
            </w:pPr>
            <w:r>
              <w:rPr>
                <w:sz w:val="15"/>
              </w:rPr>
              <w:t>2016</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F0B3C7" w14:textId="77777777" w:rsidR="003B3005" w:rsidRDefault="00000000">
            <w:pPr>
              <w:spacing w:line="240" w:lineRule="auto"/>
              <w:jc w:val="center"/>
            </w:pPr>
            <w:r>
              <w:rPr>
                <w:sz w:val="15"/>
              </w:rPr>
              <w:t>1978</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2D9995" w14:textId="77777777" w:rsidR="003B3005" w:rsidRDefault="00000000">
            <w:pPr>
              <w:spacing w:line="240" w:lineRule="auto"/>
              <w:jc w:val="center"/>
            </w:pPr>
            <w:r>
              <w:rPr>
                <w:sz w:val="15"/>
              </w:rPr>
              <w:t>144979180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69BD1F" w14:textId="77777777" w:rsidR="003B3005" w:rsidRDefault="00000000">
            <w:pPr>
              <w:spacing w:line="240" w:lineRule="auto"/>
              <w:jc w:val="center"/>
            </w:pPr>
            <w:r>
              <w:rPr>
                <w:sz w:val="15"/>
              </w:rPr>
              <w:t>1.1345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893FDA" w14:textId="77777777" w:rsidR="003B3005" w:rsidRDefault="00000000">
            <w:pPr>
              <w:spacing w:line="240" w:lineRule="auto"/>
              <w:jc w:val="center"/>
            </w:pPr>
            <w:r>
              <w:rPr>
                <w:sz w:val="15"/>
              </w:rPr>
              <w:t>1.0820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63761E" w14:textId="77777777" w:rsidR="003B3005" w:rsidRDefault="00000000">
            <w:pPr>
              <w:spacing w:line="240" w:lineRule="auto"/>
              <w:jc w:val="center"/>
            </w:pPr>
            <w:r>
              <w:rPr>
                <w:sz w:val="15"/>
              </w:rPr>
              <w:t>1.1869</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B75AA1" w14:textId="77777777" w:rsidR="003B3005" w:rsidRDefault="00000000">
            <w:pPr>
              <w:spacing w:line="240" w:lineRule="auto"/>
              <w:jc w:val="center"/>
            </w:pPr>
            <w:r>
              <w:rPr>
                <w:sz w:val="15"/>
              </w:rPr>
              <w:t>0.0268</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1CA462" w14:textId="77777777" w:rsidR="003B3005" w:rsidRDefault="00000000">
            <w:pPr>
              <w:spacing w:line="240" w:lineRule="auto"/>
              <w:jc w:val="center"/>
            </w:pPr>
            <w:r>
              <w:rPr>
                <w:sz w:val="15"/>
              </w:rPr>
              <w:t>Reliable</w:t>
            </w:r>
          </w:p>
        </w:tc>
      </w:tr>
      <w:tr w:rsidR="003B3005" w14:paraId="7F4E8BDB"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16066A"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0103BF" w14:textId="77777777" w:rsidR="003B3005" w:rsidRDefault="00000000">
            <w:pPr>
              <w:spacing w:line="240" w:lineRule="auto"/>
              <w:jc w:val="center"/>
            </w:pPr>
            <w:r>
              <w:rPr>
                <w:sz w:val="15"/>
              </w:rPr>
              <w:t>2017</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F99E29" w14:textId="77777777" w:rsidR="003B3005" w:rsidRDefault="00000000">
            <w:pPr>
              <w:spacing w:line="240" w:lineRule="auto"/>
              <w:jc w:val="center"/>
            </w:pPr>
            <w:r>
              <w:rPr>
                <w:sz w:val="15"/>
              </w:rPr>
              <w:t>1990</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357AB0" w14:textId="77777777" w:rsidR="003B3005" w:rsidRDefault="00000000">
            <w:pPr>
              <w:spacing w:line="240" w:lineRule="auto"/>
              <w:jc w:val="center"/>
            </w:pPr>
            <w:r>
              <w:rPr>
                <w:sz w:val="15"/>
              </w:rPr>
              <w:t>145456222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B08C14" w14:textId="77777777" w:rsidR="003B3005" w:rsidRDefault="00000000">
            <w:pPr>
              <w:spacing w:line="240" w:lineRule="auto"/>
              <w:jc w:val="center"/>
            </w:pPr>
            <w:r>
              <w:rPr>
                <w:sz w:val="15"/>
              </w:rPr>
              <w:t>1.1054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FAA272" w14:textId="77777777" w:rsidR="003B3005" w:rsidRDefault="00000000">
            <w:pPr>
              <w:spacing w:line="240" w:lineRule="auto"/>
              <w:jc w:val="center"/>
            </w:pPr>
            <w:r>
              <w:rPr>
                <w:sz w:val="15"/>
              </w:rPr>
              <w:t>1.0545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36DEAE" w14:textId="77777777" w:rsidR="003B3005" w:rsidRDefault="00000000">
            <w:pPr>
              <w:spacing w:line="240" w:lineRule="auto"/>
              <w:jc w:val="center"/>
            </w:pPr>
            <w:r>
              <w:rPr>
                <w:sz w:val="15"/>
              </w:rPr>
              <w:t>1.1564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09AF4D" w14:textId="77777777" w:rsidR="003B3005" w:rsidRDefault="00000000">
            <w:pPr>
              <w:spacing w:line="240" w:lineRule="auto"/>
              <w:jc w:val="center"/>
            </w:pPr>
            <w:r>
              <w:rPr>
                <w:sz w:val="15"/>
              </w:rPr>
              <w:t>0.0260</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96DAA3" w14:textId="77777777" w:rsidR="003B3005" w:rsidRDefault="00000000">
            <w:pPr>
              <w:spacing w:line="240" w:lineRule="auto"/>
              <w:jc w:val="center"/>
            </w:pPr>
            <w:r>
              <w:rPr>
                <w:sz w:val="15"/>
              </w:rPr>
              <w:t>Reliable</w:t>
            </w:r>
          </w:p>
        </w:tc>
      </w:tr>
      <w:tr w:rsidR="003B3005" w14:paraId="7AC065E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585F4D" w14:textId="77777777" w:rsidR="003B3005" w:rsidRDefault="00000000">
            <w:pPr>
              <w:spacing w:line="240" w:lineRule="auto"/>
            </w:pPr>
            <w:r>
              <w:rPr>
                <w:sz w:val="15"/>
              </w:rPr>
              <w:lastRenderedPageBreak/>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4CC17F" w14:textId="77777777" w:rsidR="003B3005" w:rsidRDefault="00000000">
            <w:pPr>
              <w:spacing w:line="240" w:lineRule="auto"/>
              <w:jc w:val="center"/>
            </w:pPr>
            <w:r>
              <w:rPr>
                <w:sz w:val="15"/>
              </w:rPr>
              <w:t>2018</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A80BA3" w14:textId="77777777" w:rsidR="003B3005" w:rsidRDefault="00000000">
            <w:pPr>
              <w:spacing w:line="240" w:lineRule="auto"/>
              <w:jc w:val="center"/>
            </w:pPr>
            <w:r>
              <w:rPr>
                <w:sz w:val="15"/>
              </w:rPr>
              <w:t>2055</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D358A4" w14:textId="77777777" w:rsidR="003B3005" w:rsidRDefault="00000000">
            <w:pPr>
              <w:spacing w:line="240" w:lineRule="auto"/>
              <w:jc w:val="center"/>
            </w:pPr>
            <w:r>
              <w:rPr>
                <w:sz w:val="15"/>
              </w:rPr>
              <w:t>145801376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FC38B0" w14:textId="77777777" w:rsidR="003B3005" w:rsidRDefault="00000000">
            <w:pPr>
              <w:spacing w:line="240" w:lineRule="auto"/>
              <w:jc w:val="center"/>
            </w:pPr>
            <w:r>
              <w:rPr>
                <w:sz w:val="15"/>
              </w:rPr>
              <w:t>1.1420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1778C1" w14:textId="77777777" w:rsidR="003B3005" w:rsidRDefault="00000000">
            <w:pPr>
              <w:spacing w:line="240" w:lineRule="auto"/>
              <w:jc w:val="center"/>
            </w:pPr>
            <w:r>
              <w:rPr>
                <w:sz w:val="15"/>
              </w:rPr>
              <w:t>1.0901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803C29" w14:textId="77777777" w:rsidR="003B3005" w:rsidRDefault="00000000">
            <w:pPr>
              <w:spacing w:line="240" w:lineRule="auto"/>
              <w:jc w:val="center"/>
            </w:pPr>
            <w:r>
              <w:rPr>
                <w:sz w:val="15"/>
              </w:rPr>
              <w:t>1.1940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90C5A3" w14:textId="77777777" w:rsidR="003B3005" w:rsidRDefault="00000000">
            <w:pPr>
              <w:spacing w:line="240" w:lineRule="auto"/>
              <w:jc w:val="center"/>
            </w:pPr>
            <w:r>
              <w:rPr>
                <w:sz w:val="15"/>
              </w:rPr>
              <w:t>0.0265</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FAE8C2" w14:textId="77777777" w:rsidR="003B3005" w:rsidRDefault="00000000">
            <w:pPr>
              <w:spacing w:line="240" w:lineRule="auto"/>
              <w:jc w:val="center"/>
            </w:pPr>
            <w:r>
              <w:rPr>
                <w:sz w:val="15"/>
              </w:rPr>
              <w:t>Reliable</w:t>
            </w:r>
          </w:p>
        </w:tc>
      </w:tr>
      <w:tr w:rsidR="003B3005" w14:paraId="393A7F6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12C38F"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E52109" w14:textId="77777777" w:rsidR="003B3005" w:rsidRDefault="00000000">
            <w:pPr>
              <w:spacing w:line="240" w:lineRule="auto"/>
              <w:jc w:val="center"/>
            </w:pPr>
            <w:r>
              <w:rPr>
                <w:sz w:val="15"/>
              </w:rPr>
              <w:t>2019</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31392D" w14:textId="77777777" w:rsidR="003B3005" w:rsidRDefault="00000000">
            <w:pPr>
              <w:spacing w:line="240" w:lineRule="auto"/>
              <w:jc w:val="center"/>
            </w:pPr>
            <w:r>
              <w:rPr>
                <w:sz w:val="15"/>
              </w:rPr>
              <w:t>2082</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6B4433" w14:textId="77777777" w:rsidR="003B3005" w:rsidRDefault="00000000">
            <w:pPr>
              <w:spacing w:line="240" w:lineRule="auto"/>
              <w:jc w:val="center"/>
            </w:pPr>
            <w:r>
              <w:rPr>
                <w:sz w:val="15"/>
              </w:rPr>
              <w:t>146079678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240BA2" w14:textId="77777777" w:rsidR="003B3005" w:rsidRDefault="00000000">
            <w:pPr>
              <w:spacing w:line="240" w:lineRule="auto"/>
              <w:jc w:val="center"/>
            </w:pPr>
            <w:r>
              <w:rPr>
                <w:sz w:val="15"/>
              </w:rPr>
              <w:t>1.1378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DEF4AF" w14:textId="77777777" w:rsidR="003B3005" w:rsidRDefault="00000000">
            <w:pPr>
              <w:spacing w:line="240" w:lineRule="auto"/>
              <w:jc w:val="center"/>
            </w:pPr>
            <w:r>
              <w:rPr>
                <w:sz w:val="15"/>
              </w:rPr>
              <w:t>1.0862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5DA535" w14:textId="77777777" w:rsidR="003B3005" w:rsidRDefault="00000000">
            <w:pPr>
              <w:spacing w:line="240" w:lineRule="auto"/>
              <w:jc w:val="center"/>
            </w:pPr>
            <w:r>
              <w:rPr>
                <w:sz w:val="15"/>
              </w:rPr>
              <w:t>1.1895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97AE9C" w14:textId="77777777" w:rsidR="003B3005" w:rsidRDefault="00000000">
            <w:pPr>
              <w:spacing w:line="240" w:lineRule="auto"/>
              <w:jc w:val="center"/>
            </w:pPr>
            <w:r>
              <w:rPr>
                <w:sz w:val="15"/>
              </w:rPr>
              <w:t>0.0264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124DAB" w14:textId="77777777" w:rsidR="003B3005" w:rsidRDefault="00000000">
            <w:pPr>
              <w:spacing w:line="240" w:lineRule="auto"/>
              <w:jc w:val="center"/>
            </w:pPr>
            <w:r>
              <w:rPr>
                <w:sz w:val="15"/>
              </w:rPr>
              <w:t>Reliable</w:t>
            </w:r>
          </w:p>
        </w:tc>
      </w:tr>
      <w:tr w:rsidR="003B3005" w14:paraId="030EF10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364393"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CB17E0" w14:textId="77777777" w:rsidR="003B3005" w:rsidRDefault="00000000">
            <w:pPr>
              <w:spacing w:line="240" w:lineRule="auto"/>
              <w:jc w:val="center"/>
            </w:pPr>
            <w:r>
              <w:rPr>
                <w:sz w:val="15"/>
              </w:rPr>
              <w:t>2020</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5FAC11" w14:textId="77777777" w:rsidR="003B3005" w:rsidRDefault="00000000">
            <w:pPr>
              <w:spacing w:line="240" w:lineRule="auto"/>
              <w:jc w:val="center"/>
            </w:pPr>
            <w:r>
              <w:rPr>
                <w:sz w:val="15"/>
              </w:rPr>
              <w:t>3311</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58CACB" w14:textId="77777777" w:rsidR="003B3005" w:rsidRDefault="00000000">
            <w:pPr>
              <w:spacing w:line="240" w:lineRule="auto"/>
              <w:jc w:val="center"/>
            </w:pPr>
            <w:r>
              <w:rPr>
                <w:sz w:val="15"/>
              </w:rPr>
              <w:t>146337256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6878B8" w14:textId="77777777" w:rsidR="003B3005" w:rsidRDefault="00000000">
            <w:pPr>
              <w:spacing w:line="240" w:lineRule="auto"/>
              <w:jc w:val="center"/>
            </w:pPr>
            <w:r>
              <w:rPr>
                <w:sz w:val="15"/>
              </w:rPr>
              <w:t>1.8132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EBF80E" w14:textId="77777777" w:rsidR="003B3005" w:rsidRDefault="00000000">
            <w:pPr>
              <w:spacing w:line="240" w:lineRule="auto"/>
              <w:jc w:val="center"/>
            </w:pPr>
            <w:r>
              <w:rPr>
                <w:sz w:val="15"/>
              </w:rPr>
              <w:t>1.7479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982513" w14:textId="77777777" w:rsidR="003B3005" w:rsidRDefault="00000000">
            <w:pPr>
              <w:spacing w:line="240" w:lineRule="auto"/>
              <w:jc w:val="center"/>
            </w:pPr>
            <w:r>
              <w:rPr>
                <w:sz w:val="15"/>
              </w:rPr>
              <w:t>1.8785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D32AA4" w14:textId="77777777" w:rsidR="003B3005" w:rsidRDefault="00000000">
            <w:pPr>
              <w:spacing w:line="240" w:lineRule="auto"/>
              <w:jc w:val="center"/>
            </w:pPr>
            <w:r>
              <w:rPr>
                <w:sz w:val="15"/>
              </w:rPr>
              <w:t>0.0333</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1775CC" w14:textId="77777777" w:rsidR="003B3005" w:rsidRDefault="00000000">
            <w:pPr>
              <w:spacing w:line="240" w:lineRule="auto"/>
              <w:jc w:val="center"/>
            </w:pPr>
            <w:r>
              <w:rPr>
                <w:sz w:val="15"/>
              </w:rPr>
              <w:t>Reliable</w:t>
            </w:r>
          </w:p>
        </w:tc>
      </w:tr>
    </w:tbl>
    <w:p w14:paraId="6F4030F7" w14:textId="77777777" w:rsidR="003B3005" w:rsidRDefault="00000000">
      <w:pPr>
        <w:spacing w:line="240" w:lineRule="auto"/>
      </w:pPr>
      <w:r>
        <w:rPr>
          <w:i/>
          <w:sz w:val="16"/>
        </w:rPr>
        <w:t>Note: Suppressed estimates remain blank and were not treated as zero or imputed.</w:t>
      </w:r>
    </w:p>
    <w:p w14:paraId="0CA354C5" w14:textId="77777777" w:rsidR="003B3005" w:rsidRDefault="00000000">
      <w:pPr>
        <w:pStyle w:val="Heading2"/>
        <w:spacing w:before="0" w:line="240" w:lineRule="auto"/>
      </w:pPr>
      <w:r>
        <w:rPr>
          <w:rFonts w:ascii="Times New Roman" w:eastAsia="Times New Roman" w:hAnsi="Times New Roman"/>
          <w:sz w:val="24"/>
        </w:rPr>
        <w:t>Supplementary Table S17. Pooled historical non-Hispanic race estimates, 1999-2020</w:t>
      </w:r>
    </w:p>
    <w:tbl>
      <w:tblPr>
        <w:tblW w:w="5000" w:type="pct"/>
        <w:jc w:val="center"/>
        <w:tblLayout w:type="fixed"/>
        <w:tblLook w:val="04A0" w:firstRow="1" w:lastRow="0" w:firstColumn="1" w:lastColumn="0" w:noHBand="0" w:noVBand="1"/>
      </w:tblPr>
      <w:tblGrid>
        <w:gridCol w:w="1227"/>
        <w:gridCol w:w="1298"/>
        <w:gridCol w:w="1803"/>
        <w:gridCol w:w="1226"/>
        <w:gridCol w:w="2525"/>
        <w:gridCol w:w="1371"/>
      </w:tblGrid>
      <w:tr w:rsidR="003B3005" w14:paraId="3308E06B" w14:textId="77777777">
        <w:trPr>
          <w:cantSplit/>
          <w:tblHeader/>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F7B64C" w14:textId="77777777" w:rsidR="003B3005" w:rsidRDefault="00000000">
            <w:pPr>
              <w:spacing w:line="240" w:lineRule="auto"/>
            </w:pPr>
            <w:r>
              <w:rPr>
                <w:b/>
                <w:sz w:val="15"/>
              </w:rPr>
              <w:t>Group</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196C4E" w14:textId="77777777" w:rsidR="003B3005" w:rsidRDefault="00000000">
            <w:pPr>
              <w:spacing w:line="240" w:lineRule="auto"/>
              <w:jc w:val="center"/>
            </w:pPr>
            <w:r>
              <w:rPr>
                <w:b/>
                <w:sz w:val="15"/>
              </w:rPr>
              <w:t>Deaths</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5CDF59" w14:textId="77777777" w:rsidR="003B3005" w:rsidRDefault="00000000">
            <w:pPr>
              <w:spacing w:line="240" w:lineRule="auto"/>
              <w:jc w:val="center"/>
            </w:pPr>
            <w:r>
              <w:rPr>
                <w:b/>
                <w:sz w:val="15"/>
              </w:rPr>
              <w:t>Pooled AAMR</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F15291" w14:textId="77777777" w:rsidR="003B3005" w:rsidRDefault="00000000">
            <w:pPr>
              <w:spacing w:line="240" w:lineRule="auto"/>
              <w:jc w:val="center"/>
            </w:pPr>
            <w:r>
              <w:rPr>
                <w:b/>
                <w:sz w:val="15"/>
              </w:rPr>
              <w:t>Lower 95% CI</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F95A78" w14:textId="77777777" w:rsidR="003B3005" w:rsidRDefault="00000000">
            <w:pPr>
              <w:spacing w:line="240" w:lineRule="auto"/>
              <w:jc w:val="center"/>
            </w:pPr>
            <w:r>
              <w:rPr>
                <w:b/>
                <w:sz w:val="15"/>
              </w:rPr>
              <w:t>Upper 95% CI</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10869C" w14:textId="77777777" w:rsidR="003B3005" w:rsidRDefault="00000000">
            <w:pPr>
              <w:spacing w:line="240" w:lineRule="auto"/>
              <w:jc w:val="center"/>
            </w:pPr>
            <w:r>
              <w:rPr>
                <w:b/>
                <w:sz w:val="15"/>
              </w:rPr>
              <w:t>SE</w:t>
            </w:r>
          </w:p>
        </w:tc>
      </w:tr>
      <w:tr w:rsidR="003B3005" w14:paraId="653BE107"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96493A" w14:textId="77777777" w:rsidR="003B3005" w:rsidRDefault="00000000">
            <w:pPr>
              <w:spacing w:line="240" w:lineRule="auto"/>
            </w:pPr>
            <w:r>
              <w:rPr>
                <w:sz w:val="15"/>
              </w:rPr>
              <w:t>Non-Hispanic American Indian or Alaska Native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842689" w14:textId="77777777" w:rsidR="003B3005" w:rsidRDefault="00000000">
            <w:pPr>
              <w:spacing w:line="240" w:lineRule="auto"/>
              <w:jc w:val="center"/>
            </w:pPr>
            <w:r>
              <w:rPr>
                <w:sz w:val="15"/>
              </w:rPr>
              <w:t>591</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C74856" w14:textId="77777777" w:rsidR="003B3005" w:rsidRDefault="00000000">
            <w:pPr>
              <w:spacing w:line="240" w:lineRule="auto"/>
              <w:jc w:val="center"/>
            </w:pPr>
            <w:r>
              <w:rPr>
                <w:sz w:val="15"/>
              </w:rPr>
              <w:t>1.8263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2EDABE" w14:textId="77777777" w:rsidR="003B3005" w:rsidRDefault="00000000">
            <w:pPr>
              <w:spacing w:line="240" w:lineRule="auto"/>
              <w:jc w:val="center"/>
            </w:pPr>
            <w:r>
              <w:rPr>
                <w:sz w:val="15"/>
              </w:rPr>
              <w:t>1.6747</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8A7A26" w14:textId="77777777" w:rsidR="003B3005" w:rsidRDefault="00000000">
            <w:pPr>
              <w:spacing w:line="240" w:lineRule="auto"/>
              <w:jc w:val="center"/>
            </w:pPr>
            <w:r>
              <w:rPr>
                <w:sz w:val="15"/>
              </w:rPr>
              <w:t>1.9780</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7CD674" w14:textId="77777777" w:rsidR="003B3005" w:rsidRDefault="00000000">
            <w:pPr>
              <w:spacing w:line="240" w:lineRule="auto"/>
              <w:jc w:val="center"/>
            </w:pPr>
            <w:r>
              <w:rPr>
                <w:sz w:val="15"/>
              </w:rPr>
              <w:t>0.0774</w:t>
            </w:r>
          </w:p>
        </w:tc>
      </w:tr>
      <w:tr w:rsidR="003B3005" w14:paraId="371C349A"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34AEEC" w14:textId="77777777" w:rsidR="003B3005" w:rsidRDefault="00000000">
            <w:pPr>
              <w:spacing w:line="240" w:lineRule="auto"/>
            </w:pPr>
            <w:r>
              <w:rPr>
                <w:sz w:val="15"/>
              </w:rPr>
              <w:t>Non-Hispanic Asian or Pacific Islander</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27645C" w14:textId="77777777" w:rsidR="003B3005" w:rsidRDefault="00000000">
            <w:pPr>
              <w:spacing w:line="240" w:lineRule="auto"/>
              <w:jc w:val="center"/>
            </w:pPr>
            <w:r>
              <w:rPr>
                <w:sz w:val="15"/>
              </w:rPr>
              <w:t>413</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41E1FC" w14:textId="77777777" w:rsidR="003B3005" w:rsidRDefault="00000000">
            <w:pPr>
              <w:spacing w:line="240" w:lineRule="auto"/>
              <w:jc w:val="center"/>
            </w:pPr>
            <w:r>
              <w:rPr>
                <w:sz w:val="15"/>
              </w:rPr>
              <w:t>0.1947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873BBE" w14:textId="77777777" w:rsidR="003B3005" w:rsidRDefault="00000000">
            <w:pPr>
              <w:spacing w:line="240" w:lineRule="auto"/>
              <w:jc w:val="center"/>
            </w:pPr>
            <w:r>
              <w:rPr>
                <w:sz w:val="15"/>
              </w:rPr>
              <w:t>0.1757</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0BAE89" w14:textId="77777777" w:rsidR="003B3005" w:rsidRDefault="00000000">
            <w:pPr>
              <w:spacing w:line="240" w:lineRule="auto"/>
              <w:jc w:val="center"/>
            </w:pPr>
            <w:r>
              <w:rPr>
                <w:sz w:val="15"/>
              </w:rPr>
              <w:t>0.2138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336E53" w14:textId="77777777" w:rsidR="003B3005" w:rsidRDefault="00000000">
            <w:pPr>
              <w:spacing w:line="240" w:lineRule="auto"/>
              <w:jc w:val="center"/>
            </w:pPr>
            <w:r>
              <w:rPr>
                <w:sz w:val="15"/>
              </w:rPr>
              <w:t>0.0097</w:t>
            </w:r>
          </w:p>
        </w:tc>
      </w:tr>
      <w:tr w:rsidR="003B3005" w14:paraId="32B222EE"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1AD89A" w14:textId="77777777" w:rsidR="003B3005" w:rsidRDefault="00000000">
            <w:pPr>
              <w:spacing w:line="240" w:lineRule="auto"/>
            </w:pPr>
            <w:r>
              <w:rPr>
                <w:sz w:val="15"/>
              </w:rPr>
              <w:t>Non-Hispanic Black or African American</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F471ED" w14:textId="77777777" w:rsidR="003B3005" w:rsidRDefault="00000000">
            <w:pPr>
              <w:spacing w:line="240" w:lineRule="auto"/>
              <w:jc w:val="center"/>
            </w:pPr>
            <w:r>
              <w:rPr>
                <w:sz w:val="15"/>
              </w:rPr>
              <w:t>6909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C34CBE" w14:textId="77777777" w:rsidR="003B3005" w:rsidRDefault="00000000">
            <w:pPr>
              <w:spacing w:line="240" w:lineRule="auto"/>
              <w:jc w:val="center"/>
            </w:pPr>
            <w:r>
              <w:rPr>
                <w:sz w:val="15"/>
              </w:rPr>
              <w:t>1.3903</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63DEFA" w14:textId="77777777" w:rsidR="003B3005" w:rsidRDefault="00000000">
            <w:pPr>
              <w:spacing w:line="240" w:lineRule="auto"/>
              <w:jc w:val="center"/>
            </w:pPr>
            <w:r>
              <w:rPr>
                <w:sz w:val="15"/>
              </w:rPr>
              <w:t>1.3569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6E0160" w14:textId="77777777" w:rsidR="003B3005" w:rsidRDefault="00000000">
            <w:pPr>
              <w:spacing w:line="240" w:lineRule="auto"/>
              <w:jc w:val="center"/>
            </w:pPr>
            <w:r>
              <w:rPr>
                <w:sz w:val="15"/>
              </w:rPr>
              <w:t>1.4236</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379093" w14:textId="77777777" w:rsidR="003B3005" w:rsidRDefault="00000000">
            <w:pPr>
              <w:spacing w:line="240" w:lineRule="auto"/>
              <w:jc w:val="center"/>
            </w:pPr>
            <w:r>
              <w:rPr>
                <w:sz w:val="15"/>
              </w:rPr>
              <w:t>0.0170</w:t>
            </w:r>
          </w:p>
        </w:tc>
      </w:tr>
      <w:tr w:rsidR="003B3005" w14:paraId="0C0E552F"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F2E1E5" w14:textId="77777777" w:rsidR="003B3005" w:rsidRDefault="00000000">
            <w:pPr>
              <w:spacing w:line="240" w:lineRule="auto"/>
            </w:pPr>
            <w:r>
              <w:rPr>
                <w:sz w:val="15"/>
              </w:rPr>
              <w:t>Non-Hispanic White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D0FB6F" w14:textId="77777777" w:rsidR="003B3005" w:rsidRDefault="00000000">
            <w:pPr>
              <w:spacing w:line="240" w:lineRule="auto"/>
              <w:jc w:val="center"/>
            </w:pPr>
            <w:r>
              <w:rPr>
                <w:sz w:val="15"/>
              </w:rPr>
              <w:t>30965</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4ACB16" w14:textId="77777777" w:rsidR="003B3005" w:rsidRDefault="00000000">
            <w:pPr>
              <w:spacing w:line="240" w:lineRule="auto"/>
              <w:jc w:val="center"/>
            </w:pPr>
            <w:r>
              <w:rPr>
                <w:sz w:val="15"/>
              </w:rPr>
              <w:t>0.8391</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5DC4D6" w14:textId="77777777" w:rsidR="003B3005" w:rsidRDefault="00000000">
            <w:pPr>
              <w:spacing w:line="240" w:lineRule="auto"/>
              <w:jc w:val="center"/>
            </w:pPr>
            <w:r>
              <w:rPr>
                <w:sz w:val="15"/>
              </w:rPr>
              <w:t>0.8296</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552846" w14:textId="77777777" w:rsidR="003B3005" w:rsidRDefault="00000000">
            <w:pPr>
              <w:spacing w:line="240" w:lineRule="auto"/>
              <w:jc w:val="center"/>
            </w:pPr>
            <w:r>
              <w:rPr>
                <w:sz w:val="15"/>
              </w:rPr>
              <w:t>0.8485</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F6D9CD" w14:textId="77777777" w:rsidR="003B3005" w:rsidRDefault="00000000">
            <w:pPr>
              <w:spacing w:line="240" w:lineRule="auto"/>
              <w:jc w:val="center"/>
            </w:pPr>
            <w:r>
              <w:rPr>
                <w:sz w:val="15"/>
              </w:rPr>
              <w:t>0.0048</w:t>
            </w:r>
          </w:p>
        </w:tc>
      </w:tr>
    </w:tbl>
    <w:p w14:paraId="1CE69909" w14:textId="77777777" w:rsidR="003B3005" w:rsidRDefault="00000000">
      <w:pPr>
        <w:pStyle w:val="Heading2"/>
        <w:spacing w:before="0" w:line="240" w:lineRule="auto"/>
      </w:pPr>
      <w:r>
        <w:rPr>
          <w:rFonts w:ascii="Times New Roman" w:eastAsia="Times New Roman" w:hAnsi="Times New Roman"/>
          <w:sz w:val="24"/>
        </w:rPr>
        <w:t>Supplementary Table S18. Annual contemporary mutually exclusive race/ethnicity estimates, 2018-2024</w:t>
      </w:r>
    </w:p>
    <w:tbl>
      <w:tblPr>
        <w:tblW w:w="5000" w:type="pct"/>
        <w:jc w:val="center"/>
        <w:tblLayout w:type="fixed"/>
        <w:tblLook w:val="04A0" w:firstRow="1" w:lastRow="0" w:firstColumn="1" w:lastColumn="0" w:noHBand="0" w:noVBand="1"/>
      </w:tblPr>
      <w:tblGrid>
        <w:gridCol w:w="1515"/>
        <w:gridCol w:w="750"/>
        <w:gridCol w:w="837"/>
        <w:gridCol w:w="1327"/>
        <w:gridCol w:w="822"/>
        <w:gridCol w:w="1039"/>
        <w:gridCol w:w="1039"/>
        <w:gridCol w:w="822"/>
        <w:gridCol w:w="1299"/>
      </w:tblGrid>
      <w:tr w:rsidR="003B3005" w14:paraId="54F25335" w14:textId="77777777">
        <w:trPr>
          <w:cantSplit/>
          <w:tblHeader/>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89A125" w14:textId="77777777" w:rsidR="003B3005" w:rsidRDefault="00000000">
            <w:pPr>
              <w:spacing w:line="240" w:lineRule="auto"/>
            </w:pPr>
            <w:r>
              <w:rPr>
                <w:b/>
                <w:sz w:val="15"/>
              </w:rPr>
              <w:t>Group</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F7EF18" w14:textId="77777777" w:rsidR="003B3005" w:rsidRDefault="00000000">
            <w:pPr>
              <w:spacing w:line="240" w:lineRule="auto"/>
              <w:jc w:val="center"/>
            </w:pPr>
            <w:r>
              <w:rPr>
                <w:b/>
                <w:sz w:val="15"/>
              </w:rPr>
              <w:t>Year</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9C3FB7" w14:textId="77777777" w:rsidR="003B3005" w:rsidRDefault="00000000">
            <w:pPr>
              <w:spacing w:line="240" w:lineRule="auto"/>
              <w:jc w:val="center"/>
            </w:pPr>
            <w:r>
              <w:rPr>
                <w:b/>
                <w:sz w:val="15"/>
              </w:rPr>
              <w:t>Deaths</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451AB6" w14:textId="77777777" w:rsidR="003B3005" w:rsidRDefault="00000000">
            <w:pPr>
              <w:spacing w:line="240" w:lineRule="auto"/>
              <w:jc w:val="center"/>
            </w:pPr>
            <w:r>
              <w:rPr>
                <w:b/>
                <w:sz w:val="15"/>
              </w:rPr>
              <w:t>Population</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1E79AF" w14:textId="77777777" w:rsidR="003B3005" w:rsidRDefault="00000000">
            <w:pPr>
              <w:spacing w:line="240" w:lineRule="auto"/>
              <w:jc w:val="center"/>
            </w:pPr>
            <w:r>
              <w:rPr>
                <w:b/>
                <w:sz w:val="15"/>
              </w:rPr>
              <w:t>AAMR</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2EDF94" w14:textId="77777777" w:rsidR="003B3005" w:rsidRDefault="00000000">
            <w:pPr>
              <w:spacing w:line="240" w:lineRule="auto"/>
              <w:jc w:val="center"/>
            </w:pPr>
            <w:r>
              <w:rPr>
                <w:b/>
                <w:sz w:val="15"/>
              </w:rPr>
              <w:t>Lower 95% CI</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4402AA" w14:textId="77777777" w:rsidR="003B3005" w:rsidRDefault="00000000">
            <w:pPr>
              <w:spacing w:line="240" w:lineRule="auto"/>
              <w:jc w:val="center"/>
            </w:pPr>
            <w:r>
              <w:rPr>
                <w:b/>
                <w:sz w:val="15"/>
              </w:rPr>
              <w:t>Upper 95% CI</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26FBB0" w14:textId="77777777" w:rsidR="003B3005" w:rsidRDefault="00000000">
            <w:pPr>
              <w:spacing w:line="240" w:lineRule="auto"/>
              <w:jc w:val="center"/>
            </w:pPr>
            <w:r>
              <w:rPr>
                <w:b/>
                <w:sz w:val="15"/>
              </w:rPr>
              <w:t>SE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927729" w14:textId="77777777" w:rsidR="003B3005" w:rsidRDefault="00000000">
            <w:pPr>
              <w:spacing w:line="240" w:lineRule="auto"/>
              <w:jc w:val="center"/>
            </w:pPr>
            <w:r>
              <w:rPr>
                <w:b/>
                <w:sz w:val="15"/>
              </w:rPr>
              <w:t>Status</w:t>
            </w:r>
          </w:p>
        </w:tc>
      </w:tr>
      <w:tr w:rsidR="003B3005" w14:paraId="071946E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6F0712"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6F302F" w14:textId="77777777" w:rsidR="003B3005" w:rsidRDefault="00000000">
            <w:pPr>
              <w:spacing w:line="240" w:lineRule="auto"/>
              <w:jc w:val="center"/>
            </w:pPr>
            <w:r>
              <w:rPr>
                <w:sz w:val="15"/>
              </w:rPr>
              <w:t>2018</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982B1A" w14:textId="77777777" w:rsidR="003B3005" w:rsidRDefault="00000000">
            <w:pPr>
              <w:spacing w:line="240" w:lineRule="auto"/>
              <w:jc w:val="center"/>
            </w:pPr>
            <w:r>
              <w:rPr>
                <w:sz w:val="15"/>
              </w:rPr>
              <w:t>42</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BA6ED7" w14:textId="77777777" w:rsidR="003B3005" w:rsidRDefault="00000000">
            <w:pPr>
              <w:spacing w:line="240" w:lineRule="auto"/>
              <w:jc w:val="center"/>
            </w:pPr>
            <w:r>
              <w:rPr>
                <w:sz w:val="15"/>
              </w:rPr>
              <w:t>1543663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3B2B9D" w14:textId="77777777" w:rsidR="003B3005" w:rsidRDefault="00000000">
            <w:pPr>
              <w:spacing w:line="240" w:lineRule="auto"/>
              <w:jc w:val="center"/>
            </w:pPr>
            <w:r>
              <w:rPr>
                <w:sz w:val="15"/>
              </w:rPr>
              <w:t>2.6916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04E31A" w14:textId="77777777" w:rsidR="003B3005" w:rsidRDefault="00000000">
            <w:pPr>
              <w:spacing w:line="240" w:lineRule="auto"/>
              <w:jc w:val="center"/>
            </w:pPr>
            <w:r>
              <w:rPr>
                <w:sz w:val="15"/>
              </w:rPr>
              <w:t>1.9191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8937B5" w14:textId="77777777" w:rsidR="003B3005" w:rsidRDefault="00000000">
            <w:pPr>
              <w:spacing w:line="240" w:lineRule="auto"/>
              <w:jc w:val="center"/>
            </w:pPr>
            <w:r>
              <w:rPr>
                <w:sz w:val="15"/>
              </w:rPr>
              <w:t>3.7054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2AFDBC" w14:textId="77777777" w:rsidR="003B3005" w:rsidRDefault="00000000">
            <w:pPr>
              <w:spacing w:line="240" w:lineRule="auto"/>
              <w:jc w:val="center"/>
            </w:pPr>
            <w:r>
              <w:rPr>
                <w:sz w:val="15"/>
              </w:rPr>
              <w:t>0.4279</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54ED1D" w14:textId="77777777" w:rsidR="003B3005" w:rsidRDefault="00000000">
            <w:pPr>
              <w:spacing w:line="240" w:lineRule="auto"/>
              <w:jc w:val="center"/>
            </w:pPr>
            <w:r>
              <w:rPr>
                <w:sz w:val="15"/>
              </w:rPr>
              <w:t>Reliable</w:t>
            </w:r>
          </w:p>
        </w:tc>
      </w:tr>
      <w:tr w:rsidR="003B3005" w14:paraId="449625C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C0FB4E"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75C9CF" w14:textId="77777777" w:rsidR="003B3005" w:rsidRDefault="00000000">
            <w:pPr>
              <w:spacing w:line="240" w:lineRule="auto"/>
              <w:jc w:val="center"/>
            </w:pPr>
            <w:r>
              <w:rPr>
                <w:sz w:val="15"/>
              </w:rPr>
              <w:t>2019</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CBE863" w14:textId="77777777" w:rsidR="003B3005" w:rsidRDefault="00000000">
            <w:pPr>
              <w:spacing w:line="240" w:lineRule="auto"/>
              <w:jc w:val="center"/>
            </w:pPr>
            <w:r>
              <w:rPr>
                <w:sz w:val="15"/>
              </w:rPr>
              <w:t>35</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9EDDCE" w14:textId="77777777" w:rsidR="003B3005" w:rsidRDefault="00000000">
            <w:pPr>
              <w:spacing w:line="240" w:lineRule="auto"/>
              <w:jc w:val="center"/>
            </w:pPr>
            <w:r>
              <w:rPr>
                <w:sz w:val="15"/>
              </w:rPr>
              <w:t>1564568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AFF863" w14:textId="77777777" w:rsidR="003B3005" w:rsidRDefault="00000000">
            <w:pPr>
              <w:spacing w:line="240" w:lineRule="auto"/>
              <w:jc w:val="center"/>
            </w:pPr>
            <w:r>
              <w:rPr>
                <w:sz w:val="15"/>
              </w:rPr>
              <w:t>2.1349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D8AB8E" w14:textId="77777777" w:rsidR="003B3005" w:rsidRDefault="00000000">
            <w:pPr>
              <w:spacing w:line="240" w:lineRule="auto"/>
              <w:jc w:val="center"/>
            </w:pPr>
            <w:r>
              <w:rPr>
                <w:sz w:val="15"/>
              </w:rPr>
              <w:t>1.4726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3A4C44" w14:textId="77777777" w:rsidR="003B3005" w:rsidRDefault="00000000">
            <w:pPr>
              <w:spacing w:line="240" w:lineRule="auto"/>
              <w:jc w:val="center"/>
            </w:pPr>
            <w:r>
              <w:rPr>
                <w:sz w:val="15"/>
              </w:rPr>
              <w:t>3.0290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8C92D7" w14:textId="77777777" w:rsidR="003B3005" w:rsidRDefault="00000000">
            <w:pPr>
              <w:spacing w:line="240" w:lineRule="auto"/>
              <w:jc w:val="center"/>
            </w:pPr>
            <w:r>
              <w:rPr>
                <w:sz w:val="15"/>
              </w:rPr>
              <w:t>0.3697</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E9F62E" w14:textId="77777777" w:rsidR="003B3005" w:rsidRDefault="00000000">
            <w:pPr>
              <w:spacing w:line="240" w:lineRule="auto"/>
              <w:jc w:val="center"/>
            </w:pPr>
            <w:r>
              <w:rPr>
                <w:sz w:val="15"/>
              </w:rPr>
              <w:t>Reliable</w:t>
            </w:r>
          </w:p>
        </w:tc>
      </w:tr>
      <w:tr w:rsidR="003B3005" w14:paraId="0FB29B8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33AEFD"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CCF123" w14:textId="77777777" w:rsidR="003B3005" w:rsidRDefault="00000000">
            <w:pPr>
              <w:spacing w:line="240" w:lineRule="auto"/>
              <w:jc w:val="center"/>
            </w:pPr>
            <w:r>
              <w:rPr>
                <w:sz w:val="15"/>
              </w:rPr>
              <w:t>2020</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4B7B4C" w14:textId="77777777" w:rsidR="003B3005" w:rsidRDefault="00000000">
            <w:pPr>
              <w:spacing w:line="240" w:lineRule="auto"/>
              <w:jc w:val="center"/>
            </w:pPr>
            <w:r>
              <w:rPr>
                <w:sz w:val="15"/>
              </w:rPr>
              <w:t>97</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C5D333" w14:textId="77777777" w:rsidR="003B3005" w:rsidRDefault="00000000">
            <w:pPr>
              <w:spacing w:line="240" w:lineRule="auto"/>
              <w:jc w:val="center"/>
            </w:pPr>
            <w:r>
              <w:rPr>
                <w:sz w:val="15"/>
              </w:rPr>
              <w:t>1585625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441509" w14:textId="77777777" w:rsidR="003B3005" w:rsidRDefault="00000000">
            <w:pPr>
              <w:spacing w:line="240" w:lineRule="auto"/>
              <w:jc w:val="center"/>
            </w:pPr>
            <w:r>
              <w:rPr>
                <w:sz w:val="15"/>
              </w:rPr>
              <w:t>5.8720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E7B504" w14:textId="77777777" w:rsidR="003B3005" w:rsidRDefault="00000000">
            <w:pPr>
              <w:spacing w:line="240" w:lineRule="auto"/>
              <w:jc w:val="center"/>
            </w:pPr>
            <w:r>
              <w:rPr>
                <w:sz w:val="15"/>
              </w:rPr>
              <w:t>4.7333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181D84" w14:textId="77777777" w:rsidR="003B3005" w:rsidRDefault="00000000">
            <w:pPr>
              <w:spacing w:line="240" w:lineRule="auto"/>
              <w:jc w:val="center"/>
            </w:pPr>
            <w:r>
              <w:rPr>
                <w:sz w:val="15"/>
              </w:rPr>
              <w:t>7.2260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311A3B" w14:textId="77777777" w:rsidR="003B3005" w:rsidRDefault="00000000">
            <w:pPr>
              <w:spacing w:line="240" w:lineRule="auto"/>
              <w:jc w:val="center"/>
            </w:pPr>
            <w:r>
              <w:rPr>
                <w:sz w:val="15"/>
              </w:rPr>
              <w:t>0.6124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C83C01" w14:textId="77777777" w:rsidR="003B3005" w:rsidRDefault="00000000">
            <w:pPr>
              <w:spacing w:line="240" w:lineRule="auto"/>
              <w:jc w:val="center"/>
            </w:pPr>
            <w:r>
              <w:rPr>
                <w:sz w:val="15"/>
              </w:rPr>
              <w:t>Reliable</w:t>
            </w:r>
          </w:p>
        </w:tc>
      </w:tr>
      <w:tr w:rsidR="003B3005" w14:paraId="674E6A2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044CA0"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FC68C6" w14:textId="77777777" w:rsidR="003B3005" w:rsidRDefault="00000000">
            <w:pPr>
              <w:spacing w:line="240" w:lineRule="auto"/>
              <w:jc w:val="center"/>
            </w:pPr>
            <w:r>
              <w:rPr>
                <w:sz w:val="15"/>
              </w:rPr>
              <w:t>2021</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4C34D2" w14:textId="77777777" w:rsidR="003B3005" w:rsidRDefault="00000000">
            <w:pPr>
              <w:spacing w:line="240" w:lineRule="auto"/>
              <w:jc w:val="center"/>
            </w:pPr>
            <w:r>
              <w:rPr>
                <w:sz w:val="15"/>
              </w:rPr>
              <w:t>134</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931B4F" w14:textId="77777777" w:rsidR="003B3005" w:rsidRDefault="00000000">
            <w:pPr>
              <w:spacing w:line="240" w:lineRule="auto"/>
              <w:jc w:val="center"/>
            </w:pPr>
            <w:r>
              <w:rPr>
                <w:sz w:val="15"/>
              </w:rPr>
              <w:t>1604632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8B4FF5" w14:textId="77777777" w:rsidR="003B3005" w:rsidRDefault="00000000">
            <w:pPr>
              <w:spacing w:line="240" w:lineRule="auto"/>
              <w:jc w:val="center"/>
            </w:pPr>
            <w:r>
              <w:rPr>
                <w:sz w:val="15"/>
              </w:rPr>
              <w:t>7.9466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8754EC" w14:textId="77777777" w:rsidR="003B3005" w:rsidRDefault="00000000">
            <w:pPr>
              <w:spacing w:line="240" w:lineRule="auto"/>
              <w:jc w:val="center"/>
            </w:pPr>
            <w:r>
              <w:rPr>
                <w:sz w:val="15"/>
              </w:rPr>
              <w:t>6.6233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D1E9A8" w14:textId="77777777" w:rsidR="003B3005" w:rsidRDefault="00000000">
            <w:pPr>
              <w:spacing w:line="240" w:lineRule="auto"/>
              <w:jc w:val="center"/>
            </w:pPr>
            <w:r>
              <w:rPr>
                <w:sz w:val="15"/>
              </w:rPr>
              <w:t>9.4833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FD988B" w14:textId="77777777" w:rsidR="003B3005" w:rsidRDefault="00000000">
            <w:pPr>
              <w:spacing w:line="240" w:lineRule="auto"/>
              <w:jc w:val="center"/>
            </w:pPr>
            <w:r>
              <w:rPr>
                <w:sz w:val="15"/>
              </w:rPr>
              <w:t>0.7059</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D1BD0C" w14:textId="77777777" w:rsidR="003B3005" w:rsidRDefault="00000000">
            <w:pPr>
              <w:spacing w:line="240" w:lineRule="auto"/>
              <w:jc w:val="center"/>
            </w:pPr>
            <w:r>
              <w:rPr>
                <w:sz w:val="15"/>
              </w:rPr>
              <w:t>Reliable</w:t>
            </w:r>
          </w:p>
        </w:tc>
      </w:tr>
      <w:tr w:rsidR="003B3005" w14:paraId="4B5CE69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4BFAB7"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DE2B6D" w14:textId="77777777" w:rsidR="003B3005" w:rsidRDefault="00000000">
            <w:pPr>
              <w:spacing w:line="240" w:lineRule="auto"/>
              <w:jc w:val="center"/>
            </w:pPr>
            <w:r>
              <w:rPr>
                <w:sz w:val="15"/>
              </w:rPr>
              <w:t>2022</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34D27C" w14:textId="77777777" w:rsidR="003B3005" w:rsidRDefault="00000000">
            <w:pPr>
              <w:spacing w:line="240" w:lineRule="auto"/>
              <w:jc w:val="center"/>
            </w:pPr>
            <w:r>
              <w:rPr>
                <w:sz w:val="15"/>
              </w:rPr>
              <w:t>102</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7BA974" w14:textId="77777777" w:rsidR="003B3005" w:rsidRDefault="00000000">
            <w:pPr>
              <w:spacing w:line="240" w:lineRule="auto"/>
              <w:jc w:val="center"/>
            </w:pPr>
            <w:r>
              <w:rPr>
                <w:sz w:val="15"/>
              </w:rPr>
              <w:t>1599267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2088C8" w14:textId="77777777" w:rsidR="003B3005" w:rsidRDefault="00000000">
            <w:pPr>
              <w:spacing w:line="240" w:lineRule="auto"/>
              <w:jc w:val="center"/>
            </w:pPr>
            <w:r>
              <w:rPr>
                <w:sz w:val="15"/>
              </w:rPr>
              <w:t>6.1158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2C18A0" w14:textId="77777777" w:rsidR="003B3005" w:rsidRDefault="00000000">
            <w:pPr>
              <w:spacing w:line="240" w:lineRule="auto"/>
              <w:jc w:val="center"/>
            </w:pPr>
            <w:r>
              <w:rPr>
                <w:sz w:val="15"/>
              </w:rPr>
              <w:t>4.9599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B9A643" w14:textId="77777777" w:rsidR="003B3005" w:rsidRDefault="00000000">
            <w:pPr>
              <w:spacing w:line="240" w:lineRule="auto"/>
              <w:jc w:val="center"/>
            </w:pPr>
            <w:r>
              <w:rPr>
                <w:sz w:val="15"/>
              </w:rPr>
              <w:t>7.4816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2C4702" w14:textId="77777777" w:rsidR="003B3005" w:rsidRDefault="00000000">
            <w:pPr>
              <w:spacing w:line="240" w:lineRule="auto"/>
              <w:jc w:val="center"/>
            </w:pPr>
            <w:r>
              <w:rPr>
                <w:sz w:val="15"/>
              </w:rPr>
              <w:t>0.6207</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ACFC6F" w14:textId="77777777" w:rsidR="003B3005" w:rsidRDefault="00000000">
            <w:pPr>
              <w:spacing w:line="240" w:lineRule="auto"/>
              <w:jc w:val="center"/>
            </w:pPr>
            <w:r>
              <w:rPr>
                <w:sz w:val="15"/>
              </w:rPr>
              <w:t>Reliable</w:t>
            </w:r>
          </w:p>
        </w:tc>
      </w:tr>
      <w:tr w:rsidR="003B3005" w14:paraId="4B32796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073EDE"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03A8D6" w14:textId="77777777" w:rsidR="003B3005" w:rsidRDefault="00000000">
            <w:pPr>
              <w:spacing w:line="240" w:lineRule="auto"/>
              <w:jc w:val="center"/>
            </w:pPr>
            <w:r>
              <w:rPr>
                <w:sz w:val="15"/>
              </w:rPr>
              <w:t>2023</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70D994" w14:textId="77777777" w:rsidR="003B3005" w:rsidRDefault="00000000">
            <w:pPr>
              <w:spacing w:line="240" w:lineRule="auto"/>
              <w:jc w:val="center"/>
            </w:pPr>
            <w:r>
              <w:rPr>
                <w:sz w:val="15"/>
              </w:rPr>
              <w:t>53</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57F9AE" w14:textId="77777777" w:rsidR="003B3005" w:rsidRDefault="00000000">
            <w:pPr>
              <w:spacing w:line="240" w:lineRule="auto"/>
              <w:jc w:val="center"/>
            </w:pPr>
            <w:r>
              <w:rPr>
                <w:sz w:val="15"/>
              </w:rPr>
              <w:t>1625106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1245CD" w14:textId="77777777" w:rsidR="003B3005" w:rsidRDefault="00000000">
            <w:pPr>
              <w:spacing w:line="240" w:lineRule="auto"/>
              <w:jc w:val="center"/>
            </w:pPr>
            <w:r>
              <w:rPr>
                <w:sz w:val="15"/>
              </w:rPr>
              <w:t>3.0966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0CAF26" w14:textId="77777777" w:rsidR="003B3005" w:rsidRDefault="00000000">
            <w:pPr>
              <w:spacing w:line="240" w:lineRule="auto"/>
              <w:jc w:val="center"/>
            </w:pPr>
            <w:r>
              <w:rPr>
                <w:sz w:val="15"/>
              </w:rPr>
              <w:t>2.2988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A83161" w14:textId="77777777" w:rsidR="003B3005" w:rsidRDefault="00000000">
            <w:pPr>
              <w:spacing w:line="240" w:lineRule="auto"/>
              <w:jc w:val="center"/>
            </w:pPr>
            <w:r>
              <w:rPr>
                <w:sz w:val="15"/>
              </w:rPr>
              <w:t>4.1038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7B115C" w14:textId="77777777" w:rsidR="003B3005" w:rsidRDefault="00000000">
            <w:pPr>
              <w:spacing w:line="240" w:lineRule="auto"/>
              <w:jc w:val="center"/>
            </w:pPr>
            <w:r>
              <w:rPr>
                <w:sz w:val="15"/>
              </w:rPr>
              <w:t>0.4377</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55B5F6" w14:textId="77777777" w:rsidR="003B3005" w:rsidRDefault="00000000">
            <w:pPr>
              <w:spacing w:line="240" w:lineRule="auto"/>
              <w:jc w:val="center"/>
            </w:pPr>
            <w:r>
              <w:rPr>
                <w:sz w:val="15"/>
              </w:rPr>
              <w:t>Reliable</w:t>
            </w:r>
          </w:p>
        </w:tc>
      </w:tr>
      <w:tr w:rsidR="003B3005" w14:paraId="483F2F3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6858DB" w14:textId="77777777" w:rsidR="003B3005" w:rsidRDefault="00000000">
            <w:pPr>
              <w:spacing w:line="240" w:lineRule="auto"/>
            </w:pPr>
            <w:r>
              <w:rPr>
                <w:sz w:val="15"/>
              </w:rPr>
              <w:t>Non-Hispanic American Indian or Alaska Native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25ADBD" w14:textId="77777777" w:rsidR="003B3005" w:rsidRDefault="00000000">
            <w:pPr>
              <w:spacing w:line="240" w:lineRule="auto"/>
              <w:jc w:val="center"/>
            </w:pPr>
            <w:r>
              <w:rPr>
                <w:sz w:val="15"/>
              </w:rPr>
              <w:t>2024</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86FFE2" w14:textId="77777777" w:rsidR="003B3005" w:rsidRDefault="00000000">
            <w:pPr>
              <w:spacing w:line="240" w:lineRule="auto"/>
              <w:jc w:val="center"/>
            </w:pPr>
            <w:r>
              <w:rPr>
                <w:sz w:val="15"/>
              </w:rPr>
              <w:t>61</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133ADF" w14:textId="77777777" w:rsidR="003B3005" w:rsidRDefault="00000000">
            <w:pPr>
              <w:spacing w:line="240" w:lineRule="auto"/>
              <w:jc w:val="center"/>
            </w:pPr>
            <w:r>
              <w:rPr>
                <w:sz w:val="15"/>
              </w:rPr>
              <w:t>1646944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C65893" w14:textId="77777777" w:rsidR="003B3005" w:rsidRDefault="00000000">
            <w:pPr>
              <w:spacing w:line="240" w:lineRule="auto"/>
              <w:jc w:val="center"/>
            </w:pPr>
            <w:r>
              <w:rPr>
                <w:sz w:val="15"/>
              </w:rPr>
              <w:t>3.7565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40E35B" w14:textId="77777777" w:rsidR="003B3005" w:rsidRDefault="00000000">
            <w:pPr>
              <w:spacing w:line="240" w:lineRule="auto"/>
              <w:jc w:val="center"/>
            </w:pPr>
            <w:r>
              <w:rPr>
                <w:sz w:val="15"/>
              </w:rPr>
              <w:t>2.8567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5EFFBC" w14:textId="77777777" w:rsidR="003B3005" w:rsidRDefault="00000000">
            <w:pPr>
              <w:spacing w:line="240" w:lineRule="auto"/>
              <w:jc w:val="center"/>
            </w:pPr>
            <w:r>
              <w:rPr>
                <w:sz w:val="15"/>
              </w:rPr>
              <w:t>4.8663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85BBCA" w14:textId="77777777" w:rsidR="003B3005" w:rsidRDefault="00000000">
            <w:pPr>
              <w:spacing w:line="240" w:lineRule="auto"/>
              <w:jc w:val="center"/>
            </w:pPr>
            <w:r>
              <w:rPr>
                <w:sz w:val="15"/>
              </w:rPr>
              <w:t>0.4908</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823530" w14:textId="77777777" w:rsidR="003B3005" w:rsidRDefault="00000000">
            <w:pPr>
              <w:spacing w:line="240" w:lineRule="auto"/>
              <w:jc w:val="center"/>
            </w:pPr>
            <w:r>
              <w:rPr>
                <w:sz w:val="15"/>
              </w:rPr>
              <w:t>Reliable</w:t>
            </w:r>
          </w:p>
        </w:tc>
      </w:tr>
      <w:tr w:rsidR="003B3005" w14:paraId="3556129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02C3A5" w14:textId="77777777" w:rsidR="003B3005" w:rsidRDefault="00000000">
            <w:pPr>
              <w:spacing w:line="240" w:lineRule="auto"/>
            </w:pPr>
            <w:r>
              <w:rPr>
                <w:sz w:val="15"/>
              </w:rPr>
              <w:t>Non-Hispanic Asian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185E0A" w14:textId="77777777" w:rsidR="003B3005" w:rsidRDefault="00000000">
            <w:pPr>
              <w:spacing w:line="240" w:lineRule="auto"/>
              <w:jc w:val="center"/>
            </w:pPr>
            <w:r>
              <w:rPr>
                <w:sz w:val="15"/>
              </w:rPr>
              <w:t>2018</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DCA250" w14:textId="77777777" w:rsidR="003B3005" w:rsidRDefault="00000000">
            <w:pPr>
              <w:spacing w:line="240" w:lineRule="auto"/>
              <w:jc w:val="center"/>
            </w:pPr>
            <w:r>
              <w:rPr>
                <w:sz w:val="15"/>
              </w:rPr>
              <w:t>13</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4BBA7E" w14:textId="77777777" w:rsidR="003B3005" w:rsidRDefault="00000000">
            <w:pPr>
              <w:spacing w:line="240" w:lineRule="auto"/>
              <w:jc w:val="center"/>
            </w:pPr>
            <w:r>
              <w:rPr>
                <w:sz w:val="15"/>
              </w:rPr>
              <w:t>13260032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3E4F09" w14:textId="77777777" w:rsidR="003B3005" w:rsidRDefault="00000000">
            <w:pPr>
              <w:spacing w:line="240" w:lineRule="auto"/>
              <w:jc w:val="center"/>
            </w:pPr>
            <w:r>
              <w:rPr>
                <w:sz w:val="15"/>
              </w:rPr>
              <w:t>0.0924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6AEF40" w14:textId="77777777" w:rsidR="003B3005" w:rsidRDefault="00000000">
            <w:pPr>
              <w:spacing w:line="240" w:lineRule="auto"/>
              <w:jc w:val="center"/>
            </w:pPr>
            <w:r>
              <w:rPr>
                <w:sz w:val="15"/>
              </w:rPr>
              <w:t>0.0448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694212" w14:textId="77777777" w:rsidR="003B3005" w:rsidRDefault="00000000">
            <w:pPr>
              <w:spacing w:line="240" w:lineRule="auto"/>
              <w:jc w:val="center"/>
            </w:pPr>
            <w:r>
              <w:rPr>
                <w:sz w:val="15"/>
              </w:rPr>
              <w:t>0.1708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185B84" w14:textId="77777777" w:rsidR="003B3005" w:rsidRDefault="00000000">
            <w:pPr>
              <w:spacing w:line="240" w:lineRule="auto"/>
              <w:jc w:val="center"/>
            </w:pPr>
            <w:r>
              <w:rPr>
                <w:sz w:val="15"/>
              </w:rPr>
              <w:t>0.0288</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7BD2E2" w14:textId="77777777" w:rsidR="003B3005" w:rsidRDefault="00000000">
            <w:pPr>
              <w:spacing w:line="240" w:lineRule="auto"/>
              <w:jc w:val="center"/>
            </w:pPr>
            <w:r>
              <w:rPr>
                <w:sz w:val="15"/>
              </w:rPr>
              <w:t>Reliable</w:t>
            </w:r>
          </w:p>
        </w:tc>
      </w:tr>
      <w:tr w:rsidR="003B3005" w14:paraId="6C54758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136F96" w14:textId="77777777" w:rsidR="003B3005" w:rsidRDefault="00000000">
            <w:pPr>
              <w:spacing w:line="240" w:lineRule="auto"/>
            </w:pPr>
            <w:r>
              <w:rPr>
                <w:sz w:val="15"/>
              </w:rPr>
              <w:t>Non-Hispanic Asian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ACB3B1" w14:textId="77777777" w:rsidR="003B3005" w:rsidRDefault="00000000">
            <w:pPr>
              <w:spacing w:line="240" w:lineRule="auto"/>
              <w:jc w:val="center"/>
            </w:pPr>
            <w:r>
              <w:rPr>
                <w:sz w:val="15"/>
              </w:rPr>
              <w:t>2019</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768436" w14:textId="77777777" w:rsidR="003B3005" w:rsidRDefault="00000000">
            <w:pPr>
              <w:spacing w:line="240" w:lineRule="auto"/>
              <w:jc w:val="center"/>
            </w:pPr>
            <w:r>
              <w:rPr>
                <w:sz w:val="15"/>
              </w:rPr>
              <w:t>17</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BAEFA5" w14:textId="77777777" w:rsidR="003B3005" w:rsidRDefault="00000000">
            <w:pPr>
              <w:spacing w:line="240" w:lineRule="auto"/>
              <w:jc w:val="center"/>
            </w:pPr>
            <w:r>
              <w:rPr>
                <w:sz w:val="15"/>
              </w:rPr>
              <w:t>13507402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887997" w14:textId="77777777" w:rsidR="003B3005" w:rsidRDefault="00000000">
            <w:pPr>
              <w:spacing w:line="240" w:lineRule="auto"/>
              <w:jc w:val="center"/>
            </w:pPr>
            <w:r>
              <w:rPr>
                <w:sz w:val="15"/>
              </w:rPr>
              <w:t>0.1222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AD57DE" w14:textId="77777777" w:rsidR="003B3005" w:rsidRDefault="00000000">
            <w:pPr>
              <w:spacing w:line="240" w:lineRule="auto"/>
              <w:jc w:val="center"/>
            </w:pPr>
            <w:r>
              <w:rPr>
                <w:sz w:val="15"/>
              </w:rPr>
              <w:t>0.0687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10BA76" w14:textId="77777777" w:rsidR="003B3005" w:rsidRDefault="00000000">
            <w:pPr>
              <w:spacing w:line="240" w:lineRule="auto"/>
              <w:jc w:val="center"/>
            </w:pPr>
            <w:r>
              <w:rPr>
                <w:sz w:val="15"/>
              </w:rPr>
              <w:t>0.2037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CE2066" w14:textId="77777777" w:rsidR="003B3005" w:rsidRDefault="00000000">
            <w:pPr>
              <w:spacing w:line="240" w:lineRule="auto"/>
              <w:jc w:val="center"/>
            </w:pPr>
            <w:r>
              <w:rPr>
                <w:sz w:val="15"/>
              </w:rPr>
              <w:t>0.0314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BDD9AB" w14:textId="77777777" w:rsidR="003B3005" w:rsidRDefault="00000000">
            <w:pPr>
              <w:spacing w:line="240" w:lineRule="auto"/>
              <w:jc w:val="center"/>
            </w:pPr>
            <w:r>
              <w:rPr>
                <w:sz w:val="15"/>
              </w:rPr>
              <w:t>Reliable</w:t>
            </w:r>
          </w:p>
        </w:tc>
      </w:tr>
      <w:tr w:rsidR="003B3005" w14:paraId="3C3D1A6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2E626F" w14:textId="77777777" w:rsidR="003B3005" w:rsidRDefault="00000000">
            <w:pPr>
              <w:spacing w:line="240" w:lineRule="auto"/>
            </w:pPr>
            <w:r>
              <w:rPr>
                <w:sz w:val="15"/>
              </w:rPr>
              <w:t>Non-Hispanic Asian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832FCA" w14:textId="77777777" w:rsidR="003B3005" w:rsidRDefault="00000000">
            <w:pPr>
              <w:spacing w:line="240" w:lineRule="auto"/>
              <w:jc w:val="center"/>
            </w:pPr>
            <w:r>
              <w:rPr>
                <w:sz w:val="15"/>
              </w:rPr>
              <w:t>2020</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CD2EC7" w14:textId="77777777" w:rsidR="003B3005" w:rsidRDefault="00000000">
            <w:pPr>
              <w:spacing w:line="240" w:lineRule="auto"/>
              <w:jc w:val="center"/>
            </w:pPr>
            <w:r>
              <w:rPr>
                <w:sz w:val="15"/>
              </w:rPr>
              <w:t>40</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884C54" w14:textId="77777777" w:rsidR="003B3005" w:rsidRDefault="00000000">
            <w:pPr>
              <w:spacing w:line="240" w:lineRule="auto"/>
              <w:jc w:val="center"/>
            </w:pPr>
            <w:r>
              <w:rPr>
                <w:sz w:val="15"/>
              </w:rPr>
              <w:t>13739721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E509A8" w14:textId="77777777" w:rsidR="003B3005" w:rsidRDefault="00000000">
            <w:pPr>
              <w:spacing w:line="240" w:lineRule="auto"/>
              <w:jc w:val="center"/>
            </w:pPr>
            <w:r>
              <w:rPr>
                <w:sz w:val="15"/>
              </w:rPr>
              <w:t>0.2838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B05562" w14:textId="77777777" w:rsidR="003B3005" w:rsidRDefault="00000000">
            <w:pPr>
              <w:spacing w:line="240" w:lineRule="auto"/>
              <w:jc w:val="center"/>
            </w:pPr>
            <w:r>
              <w:rPr>
                <w:sz w:val="15"/>
              </w:rPr>
              <w:t>0.2010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C88B42" w14:textId="77777777" w:rsidR="003B3005" w:rsidRDefault="00000000">
            <w:pPr>
              <w:spacing w:line="240" w:lineRule="auto"/>
              <w:jc w:val="center"/>
            </w:pPr>
            <w:r>
              <w:rPr>
                <w:sz w:val="15"/>
              </w:rPr>
              <w:t>0.3918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934A27" w14:textId="77777777" w:rsidR="003B3005" w:rsidRDefault="00000000">
            <w:pPr>
              <w:spacing w:line="240" w:lineRule="auto"/>
              <w:jc w:val="center"/>
            </w:pPr>
            <w:r>
              <w:rPr>
                <w:sz w:val="15"/>
              </w:rPr>
              <w:t>0.0459</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9098A6" w14:textId="77777777" w:rsidR="003B3005" w:rsidRDefault="00000000">
            <w:pPr>
              <w:spacing w:line="240" w:lineRule="auto"/>
              <w:jc w:val="center"/>
            </w:pPr>
            <w:r>
              <w:rPr>
                <w:sz w:val="15"/>
              </w:rPr>
              <w:t>Reliable</w:t>
            </w:r>
          </w:p>
        </w:tc>
      </w:tr>
      <w:tr w:rsidR="003B3005" w14:paraId="5F296F4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29E1AB" w14:textId="77777777" w:rsidR="003B3005" w:rsidRDefault="00000000">
            <w:pPr>
              <w:spacing w:line="240" w:lineRule="auto"/>
            </w:pPr>
            <w:r>
              <w:rPr>
                <w:sz w:val="15"/>
              </w:rPr>
              <w:t>Non-Hispanic Asian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C31C36" w14:textId="77777777" w:rsidR="003B3005" w:rsidRDefault="00000000">
            <w:pPr>
              <w:spacing w:line="240" w:lineRule="auto"/>
              <w:jc w:val="center"/>
            </w:pPr>
            <w:r>
              <w:rPr>
                <w:sz w:val="15"/>
              </w:rPr>
              <w:t>2021</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1E1B35" w14:textId="77777777" w:rsidR="003B3005" w:rsidRDefault="00000000">
            <w:pPr>
              <w:spacing w:line="240" w:lineRule="auto"/>
              <w:jc w:val="center"/>
            </w:pPr>
            <w:r>
              <w:rPr>
                <w:sz w:val="15"/>
              </w:rPr>
              <w:t>69</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06A70F" w14:textId="77777777" w:rsidR="003B3005" w:rsidRDefault="00000000">
            <w:pPr>
              <w:spacing w:line="240" w:lineRule="auto"/>
              <w:jc w:val="center"/>
            </w:pPr>
            <w:r>
              <w:rPr>
                <w:sz w:val="15"/>
              </w:rPr>
              <w:t>14017253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43A605" w14:textId="77777777" w:rsidR="003B3005" w:rsidRDefault="00000000">
            <w:pPr>
              <w:spacing w:line="240" w:lineRule="auto"/>
              <w:jc w:val="center"/>
            </w:pPr>
            <w:r>
              <w:rPr>
                <w:sz w:val="15"/>
              </w:rPr>
              <w:t>0.4770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44D0CE" w14:textId="77777777" w:rsidR="003B3005" w:rsidRDefault="00000000">
            <w:pPr>
              <w:spacing w:line="240" w:lineRule="auto"/>
              <w:jc w:val="center"/>
            </w:pPr>
            <w:r>
              <w:rPr>
                <w:sz w:val="15"/>
              </w:rPr>
              <w:t>0.3664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0B3127" w14:textId="77777777" w:rsidR="003B3005" w:rsidRDefault="00000000">
            <w:pPr>
              <w:spacing w:line="240" w:lineRule="auto"/>
              <w:jc w:val="center"/>
            </w:pPr>
            <w:r>
              <w:rPr>
                <w:sz w:val="15"/>
              </w:rPr>
              <w:t>0.6125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694F22" w14:textId="77777777" w:rsidR="003B3005" w:rsidRDefault="00000000">
            <w:pPr>
              <w:spacing w:line="240" w:lineRule="auto"/>
              <w:jc w:val="center"/>
            </w:pPr>
            <w:r>
              <w:rPr>
                <w:sz w:val="15"/>
              </w:rPr>
              <w:t>0.0602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0D740A" w14:textId="77777777" w:rsidR="003B3005" w:rsidRDefault="00000000">
            <w:pPr>
              <w:spacing w:line="240" w:lineRule="auto"/>
              <w:jc w:val="center"/>
            </w:pPr>
            <w:r>
              <w:rPr>
                <w:sz w:val="15"/>
              </w:rPr>
              <w:t>Reliable</w:t>
            </w:r>
          </w:p>
        </w:tc>
      </w:tr>
      <w:tr w:rsidR="003B3005" w14:paraId="465A6B5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A02089" w14:textId="77777777" w:rsidR="003B3005" w:rsidRDefault="00000000">
            <w:pPr>
              <w:spacing w:line="240" w:lineRule="auto"/>
            </w:pPr>
            <w:r>
              <w:rPr>
                <w:sz w:val="15"/>
              </w:rPr>
              <w:t>Non-Hispanic Asian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0D04C1" w14:textId="77777777" w:rsidR="003B3005" w:rsidRDefault="00000000">
            <w:pPr>
              <w:spacing w:line="240" w:lineRule="auto"/>
              <w:jc w:val="center"/>
            </w:pPr>
            <w:r>
              <w:rPr>
                <w:sz w:val="15"/>
              </w:rPr>
              <w:t>2022</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7C49EA" w14:textId="77777777" w:rsidR="003B3005" w:rsidRDefault="00000000">
            <w:pPr>
              <w:spacing w:line="240" w:lineRule="auto"/>
              <w:jc w:val="center"/>
            </w:pPr>
            <w:r>
              <w:rPr>
                <w:sz w:val="15"/>
              </w:rPr>
              <w:t>39</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2C5BC4" w14:textId="77777777" w:rsidR="003B3005" w:rsidRDefault="00000000">
            <w:pPr>
              <w:spacing w:line="240" w:lineRule="auto"/>
              <w:jc w:val="center"/>
            </w:pPr>
            <w:r>
              <w:rPr>
                <w:sz w:val="15"/>
              </w:rPr>
              <w:t>14461473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C94C29" w14:textId="77777777" w:rsidR="003B3005" w:rsidRDefault="00000000">
            <w:pPr>
              <w:spacing w:line="240" w:lineRule="auto"/>
              <w:jc w:val="center"/>
            </w:pPr>
            <w:r>
              <w:rPr>
                <w:sz w:val="15"/>
              </w:rPr>
              <w:t>0.2562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7BB88E" w14:textId="77777777" w:rsidR="003B3005" w:rsidRDefault="00000000">
            <w:pPr>
              <w:spacing w:line="240" w:lineRule="auto"/>
              <w:jc w:val="center"/>
            </w:pPr>
            <w:r>
              <w:rPr>
                <w:sz w:val="15"/>
              </w:rPr>
              <w:t>0.1796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63FC93" w14:textId="77777777" w:rsidR="003B3005" w:rsidRDefault="00000000">
            <w:pPr>
              <w:spacing w:line="240" w:lineRule="auto"/>
              <w:jc w:val="center"/>
            </w:pPr>
            <w:r>
              <w:rPr>
                <w:sz w:val="15"/>
              </w:rPr>
              <w:t>0.3561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DD56D6" w14:textId="77777777" w:rsidR="003B3005" w:rsidRDefault="00000000">
            <w:pPr>
              <w:spacing w:line="240" w:lineRule="auto"/>
              <w:jc w:val="center"/>
            </w:pPr>
            <w:r>
              <w:rPr>
                <w:sz w:val="15"/>
              </w:rPr>
              <w:t>0.0426</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593BDD" w14:textId="77777777" w:rsidR="003B3005" w:rsidRDefault="00000000">
            <w:pPr>
              <w:spacing w:line="240" w:lineRule="auto"/>
              <w:jc w:val="center"/>
            </w:pPr>
            <w:r>
              <w:rPr>
                <w:sz w:val="15"/>
              </w:rPr>
              <w:t>Reliable</w:t>
            </w:r>
          </w:p>
        </w:tc>
      </w:tr>
      <w:tr w:rsidR="003B3005" w14:paraId="27EC309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D4010F" w14:textId="77777777" w:rsidR="003B3005" w:rsidRDefault="00000000">
            <w:pPr>
              <w:spacing w:line="240" w:lineRule="auto"/>
            </w:pPr>
            <w:r>
              <w:rPr>
                <w:sz w:val="15"/>
              </w:rPr>
              <w:t>Non-Hispanic Asian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394EE1" w14:textId="77777777" w:rsidR="003B3005" w:rsidRDefault="00000000">
            <w:pPr>
              <w:spacing w:line="240" w:lineRule="auto"/>
              <w:jc w:val="center"/>
            </w:pPr>
            <w:r>
              <w:rPr>
                <w:sz w:val="15"/>
              </w:rPr>
              <w:t>2023</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93CA95" w14:textId="77777777" w:rsidR="003B3005" w:rsidRDefault="00000000">
            <w:pPr>
              <w:spacing w:line="240" w:lineRule="auto"/>
              <w:jc w:val="center"/>
            </w:pPr>
            <w:r>
              <w:rPr>
                <w:sz w:val="15"/>
              </w:rPr>
              <w:t>29</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CF7C7D" w14:textId="77777777" w:rsidR="003B3005" w:rsidRDefault="00000000">
            <w:pPr>
              <w:spacing w:line="240" w:lineRule="auto"/>
              <w:jc w:val="center"/>
            </w:pPr>
            <w:r>
              <w:rPr>
                <w:sz w:val="15"/>
              </w:rPr>
              <w:t>14843075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E79BE4" w14:textId="77777777" w:rsidR="003B3005" w:rsidRDefault="00000000">
            <w:pPr>
              <w:spacing w:line="240" w:lineRule="auto"/>
              <w:jc w:val="center"/>
            </w:pPr>
            <w:r>
              <w:rPr>
                <w:sz w:val="15"/>
              </w:rPr>
              <w:t>0.2012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545F36" w14:textId="77777777" w:rsidR="003B3005" w:rsidRDefault="00000000">
            <w:pPr>
              <w:spacing w:line="240" w:lineRule="auto"/>
              <w:jc w:val="center"/>
            </w:pPr>
            <w:r>
              <w:rPr>
                <w:sz w:val="15"/>
              </w:rPr>
              <w:t>0.1367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D544F4" w14:textId="77777777" w:rsidR="003B3005" w:rsidRDefault="00000000">
            <w:pPr>
              <w:spacing w:line="240" w:lineRule="auto"/>
              <w:jc w:val="center"/>
            </w:pPr>
            <w:r>
              <w:rPr>
                <w:sz w:val="15"/>
              </w:rPr>
              <w:t>0.2874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C3102B" w14:textId="77777777" w:rsidR="003B3005" w:rsidRDefault="00000000">
            <w:pPr>
              <w:spacing w:line="240" w:lineRule="auto"/>
              <w:jc w:val="center"/>
            </w:pPr>
            <w:r>
              <w:rPr>
                <w:sz w:val="15"/>
              </w:rPr>
              <w:t>0.0361</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502D72" w14:textId="77777777" w:rsidR="003B3005" w:rsidRDefault="00000000">
            <w:pPr>
              <w:spacing w:line="240" w:lineRule="auto"/>
              <w:jc w:val="center"/>
            </w:pPr>
            <w:r>
              <w:rPr>
                <w:sz w:val="15"/>
              </w:rPr>
              <w:t>Reliable</w:t>
            </w:r>
          </w:p>
        </w:tc>
      </w:tr>
      <w:tr w:rsidR="003B3005" w14:paraId="7F5BA26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106027" w14:textId="77777777" w:rsidR="003B3005" w:rsidRDefault="00000000">
            <w:pPr>
              <w:spacing w:line="240" w:lineRule="auto"/>
            </w:pPr>
            <w:r>
              <w:rPr>
                <w:sz w:val="15"/>
              </w:rPr>
              <w:t>Non-Hispanic Asian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458F76" w14:textId="77777777" w:rsidR="003B3005" w:rsidRDefault="00000000">
            <w:pPr>
              <w:spacing w:line="240" w:lineRule="auto"/>
              <w:jc w:val="center"/>
            </w:pPr>
            <w:r>
              <w:rPr>
                <w:sz w:val="15"/>
              </w:rPr>
              <w:t>2024</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9D6CCC" w14:textId="77777777" w:rsidR="003B3005" w:rsidRDefault="00000000">
            <w:pPr>
              <w:spacing w:line="240" w:lineRule="auto"/>
              <w:jc w:val="center"/>
            </w:pPr>
            <w:r>
              <w:rPr>
                <w:sz w:val="15"/>
              </w:rPr>
              <w:t>19</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639A29" w14:textId="77777777" w:rsidR="003B3005" w:rsidRDefault="00000000">
            <w:pPr>
              <w:spacing w:line="240" w:lineRule="auto"/>
              <w:jc w:val="center"/>
            </w:pPr>
            <w:r>
              <w:rPr>
                <w:sz w:val="15"/>
              </w:rPr>
              <w:t>15844208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1DFEBF" w14:textId="77777777" w:rsidR="003B3005" w:rsidRDefault="00000000">
            <w:pPr>
              <w:spacing w:line="240" w:lineRule="auto"/>
              <w:jc w:val="center"/>
            </w:pPr>
            <w:r>
              <w:rPr>
                <w:sz w:val="15"/>
              </w:rPr>
              <w:t>0.1103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C2B5C8" w14:textId="77777777" w:rsidR="003B3005" w:rsidRDefault="00000000">
            <w:pPr>
              <w:spacing w:line="240" w:lineRule="auto"/>
              <w:jc w:val="center"/>
            </w:pPr>
            <w:r>
              <w:rPr>
                <w:sz w:val="15"/>
              </w:rPr>
              <w:t>0.0642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C4B609" w14:textId="77777777" w:rsidR="003B3005" w:rsidRDefault="00000000">
            <w:pPr>
              <w:spacing w:line="240" w:lineRule="auto"/>
              <w:jc w:val="center"/>
            </w:pPr>
            <w:r>
              <w:rPr>
                <w:sz w:val="15"/>
              </w:rPr>
              <w:t>0.1777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886530" w14:textId="77777777" w:rsidR="003B3005" w:rsidRDefault="00000000">
            <w:pPr>
              <w:spacing w:line="240" w:lineRule="auto"/>
              <w:jc w:val="center"/>
            </w:pPr>
            <w:r>
              <w:rPr>
                <w:sz w:val="15"/>
              </w:rPr>
              <w:t>0.0268</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9ECE42" w14:textId="77777777" w:rsidR="003B3005" w:rsidRDefault="00000000">
            <w:pPr>
              <w:spacing w:line="240" w:lineRule="auto"/>
              <w:jc w:val="center"/>
            </w:pPr>
            <w:r>
              <w:rPr>
                <w:sz w:val="15"/>
              </w:rPr>
              <w:t>Reliable</w:t>
            </w:r>
          </w:p>
        </w:tc>
      </w:tr>
      <w:tr w:rsidR="003B3005" w14:paraId="6408D3A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731160"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6E91BA" w14:textId="77777777" w:rsidR="003B3005" w:rsidRDefault="00000000">
            <w:pPr>
              <w:spacing w:line="240" w:lineRule="auto"/>
              <w:jc w:val="center"/>
            </w:pPr>
            <w:r>
              <w:rPr>
                <w:sz w:val="15"/>
              </w:rPr>
              <w:t>2018</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D95E2C" w14:textId="77777777" w:rsidR="003B3005" w:rsidRDefault="00000000">
            <w:pPr>
              <w:spacing w:line="240" w:lineRule="auto"/>
              <w:jc w:val="center"/>
            </w:pPr>
            <w:r>
              <w:rPr>
                <w:sz w:val="15"/>
              </w:rPr>
              <w:t>446</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FE6A0A" w14:textId="77777777" w:rsidR="003B3005" w:rsidRDefault="00000000">
            <w:pPr>
              <w:spacing w:line="240" w:lineRule="auto"/>
              <w:jc w:val="center"/>
            </w:pPr>
            <w:r>
              <w:rPr>
                <w:sz w:val="15"/>
              </w:rPr>
              <w:t>26495846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36FA59" w14:textId="77777777" w:rsidR="003B3005" w:rsidRDefault="00000000">
            <w:pPr>
              <w:spacing w:line="240" w:lineRule="auto"/>
              <w:jc w:val="center"/>
            </w:pPr>
            <w:r>
              <w:rPr>
                <w:sz w:val="15"/>
              </w:rPr>
              <w:t>1.6890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2EE45A" w14:textId="77777777" w:rsidR="003B3005" w:rsidRDefault="00000000">
            <w:pPr>
              <w:spacing w:line="240" w:lineRule="auto"/>
              <w:jc w:val="center"/>
            </w:pPr>
            <w:r>
              <w:rPr>
                <w:sz w:val="15"/>
              </w:rPr>
              <w:t>1.5328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FB1720" w14:textId="77777777" w:rsidR="003B3005" w:rsidRDefault="00000000">
            <w:pPr>
              <w:spacing w:line="240" w:lineRule="auto"/>
              <w:jc w:val="center"/>
            </w:pPr>
            <w:r>
              <w:rPr>
                <w:sz w:val="15"/>
              </w:rPr>
              <w:t>1.8583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B31CF1" w14:textId="77777777" w:rsidR="003B3005" w:rsidRDefault="00000000">
            <w:pPr>
              <w:spacing w:line="240" w:lineRule="auto"/>
              <w:jc w:val="center"/>
            </w:pPr>
            <w:r>
              <w:rPr>
                <w:sz w:val="15"/>
              </w:rPr>
              <w:t>0.0816</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69F5D6" w14:textId="77777777" w:rsidR="003B3005" w:rsidRDefault="00000000">
            <w:pPr>
              <w:spacing w:line="240" w:lineRule="auto"/>
              <w:jc w:val="center"/>
            </w:pPr>
            <w:r>
              <w:rPr>
                <w:sz w:val="15"/>
              </w:rPr>
              <w:t>Reliable</w:t>
            </w:r>
          </w:p>
        </w:tc>
      </w:tr>
      <w:tr w:rsidR="003B3005" w14:paraId="1E05FEF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ABACDE"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139145" w14:textId="77777777" w:rsidR="003B3005" w:rsidRDefault="00000000">
            <w:pPr>
              <w:spacing w:line="240" w:lineRule="auto"/>
              <w:jc w:val="center"/>
            </w:pPr>
            <w:r>
              <w:rPr>
                <w:sz w:val="15"/>
              </w:rPr>
              <w:t>2019</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B8EEFC" w14:textId="77777777" w:rsidR="003B3005" w:rsidRDefault="00000000">
            <w:pPr>
              <w:spacing w:line="240" w:lineRule="auto"/>
              <w:jc w:val="center"/>
            </w:pPr>
            <w:r>
              <w:rPr>
                <w:sz w:val="15"/>
              </w:rPr>
              <w:t>401</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B5418B" w14:textId="77777777" w:rsidR="003B3005" w:rsidRDefault="00000000">
            <w:pPr>
              <w:spacing w:line="240" w:lineRule="auto"/>
              <w:jc w:val="center"/>
            </w:pPr>
            <w:r>
              <w:rPr>
                <w:sz w:val="15"/>
              </w:rPr>
              <w:t>26874108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A03F0B" w14:textId="77777777" w:rsidR="003B3005" w:rsidRDefault="00000000">
            <w:pPr>
              <w:spacing w:line="240" w:lineRule="auto"/>
              <w:jc w:val="center"/>
            </w:pPr>
            <w:r>
              <w:rPr>
                <w:sz w:val="15"/>
              </w:rPr>
              <w:t>1.4615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9F8920" w14:textId="77777777" w:rsidR="003B3005" w:rsidRDefault="00000000">
            <w:pPr>
              <w:spacing w:line="240" w:lineRule="auto"/>
              <w:jc w:val="center"/>
            </w:pPr>
            <w:r>
              <w:rPr>
                <w:sz w:val="15"/>
              </w:rPr>
              <w:t>1.3175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5C5B54" w14:textId="77777777" w:rsidR="003B3005" w:rsidRDefault="00000000">
            <w:pPr>
              <w:spacing w:line="240" w:lineRule="auto"/>
              <w:jc w:val="center"/>
            </w:pPr>
            <w:r>
              <w:rPr>
                <w:sz w:val="15"/>
              </w:rPr>
              <w:t>1.6183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288308" w14:textId="77777777" w:rsidR="003B3005" w:rsidRDefault="00000000">
            <w:pPr>
              <w:spacing w:line="240" w:lineRule="auto"/>
              <w:jc w:val="center"/>
            </w:pPr>
            <w:r>
              <w:rPr>
                <w:sz w:val="15"/>
              </w:rPr>
              <w:t>0.0754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377165" w14:textId="77777777" w:rsidR="003B3005" w:rsidRDefault="00000000">
            <w:pPr>
              <w:spacing w:line="240" w:lineRule="auto"/>
              <w:jc w:val="center"/>
            </w:pPr>
            <w:r>
              <w:rPr>
                <w:sz w:val="15"/>
              </w:rPr>
              <w:t>Reliable</w:t>
            </w:r>
          </w:p>
        </w:tc>
      </w:tr>
      <w:tr w:rsidR="003B3005" w14:paraId="323A5B9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134150"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BD965E" w14:textId="77777777" w:rsidR="003B3005" w:rsidRDefault="00000000">
            <w:pPr>
              <w:spacing w:line="240" w:lineRule="auto"/>
              <w:jc w:val="center"/>
            </w:pPr>
            <w:r>
              <w:rPr>
                <w:sz w:val="15"/>
              </w:rPr>
              <w:t>2020</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3E7B19" w14:textId="77777777" w:rsidR="003B3005" w:rsidRDefault="00000000">
            <w:pPr>
              <w:spacing w:line="240" w:lineRule="auto"/>
              <w:jc w:val="center"/>
            </w:pPr>
            <w:r>
              <w:rPr>
                <w:sz w:val="15"/>
              </w:rPr>
              <w:t>828</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055DF4" w14:textId="77777777" w:rsidR="003B3005" w:rsidRDefault="00000000">
            <w:pPr>
              <w:spacing w:line="240" w:lineRule="auto"/>
              <w:jc w:val="center"/>
            </w:pPr>
            <w:r>
              <w:rPr>
                <w:sz w:val="15"/>
              </w:rPr>
              <w:t>27213418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F21463" w14:textId="77777777" w:rsidR="003B3005" w:rsidRDefault="00000000">
            <w:pPr>
              <w:spacing w:line="240" w:lineRule="auto"/>
              <w:jc w:val="center"/>
            </w:pPr>
            <w:r>
              <w:rPr>
                <w:sz w:val="15"/>
              </w:rPr>
              <w:t>3.0061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04DD06" w14:textId="77777777" w:rsidR="003B3005" w:rsidRDefault="00000000">
            <w:pPr>
              <w:spacing w:line="240" w:lineRule="auto"/>
              <w:jc w:val="center"/>
            </w:pPr>
            <w:r>
              <w:rPr>
                <w:sz w:val="15"/>
              </w:rPr>
              <w:t>2.8016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A01ED2" w14:textId="77777777" w:rsidR="003B3005" w:rsidRDefault="00000000">
            <w:pPr>
              <w:spacing w:line="240" w:lineRule="auto"/>
              <w:jc w:val="center"/>
            </w:pPr>
            <w:r>
              <w:rPr>
                <w:sz w:val="15"/>
              </w:rPr>
              <w:t>3.2228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CB50DB" w14:textId="77777777" w:rsidR="003B3005" w:rsidRDefault="00000000">
            <w:pPr>
              <w:spacing w:line="240" w:lineRule="auto"/>
              <w:jc w:val="center"/>
            </w:pPr>
            <w:r>
              <w:rPr>
                <w:sz w:val="15"/>
              </w:rPr>
              <w:t>0.1062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E9B10F" w14:textId="77777777" w:rsidR="003B3005" w:rsidRDefault="00000000">
            <w:pPr>
              <w:spacing w:line="240" w:lineRule="auto"/>
              <w:jc w:val="center"/>
            </w:pPr>
            <w:r>
              <w:rPr>
                <w:sz w:val="15"/>
              </w:rPr>
              <w:t>Reliable</w:t>
            </w:r>
          </w:p>
        </w:tc>
      </w:tr>
      <w:tr w:rsidR="003B3005" w14:paraId="21F0C55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D7E90D"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14589D" w14:textId="77777777" w:rsidR="003B3005" w:rsidRDefault="00000000">
            <w:pPr>
              <w:spacing w:line="240" w:lineRule="auto"/>
              <w:jc w:val="center"/>
            </w:pPr>
            <w:r>
              <w:rPr>
                <w:sz w:val="15"/>
              </w:rPr>
              <w:t>2021</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983E0C" w14:textId="77777777" w:rsidR="003B3005" w:rsidRDefault="00000000">
            <w:pPr>
              <w:spacing w:line="240" w:lineRule="auto"/>
              <w:jc w:val="center"/>
            </w:pPr>
            <w:r>
              <w:rPr>
                <w:sz w:val="15"/>
              </w:rPr>
              <w:t>1158</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914958" w14:textId="77777777" w:rsidR="003B3005" w:rsidRDefault="00000000">
            <w:pPr>
              <w:spacing w:line="240" w:lineRule="auto"/>
              <w:jc w:val="center"/>
            </w:pPr>
            <w:r>
              <w:rPr>
                <w:sz w:val="15"/>
              </w:rPr>
              <w:t>27538737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B79FE5" w14:textId="77777777" w:rsidR="003B3005" w:rsidRDefault="00000000">
            <w:pPr>
              <w:spacing w:line="240" w:lineRule="auto"/>
              <w:jc w:val="center"/>
            </w:pPr>
            <w:r>
              <w:rPr>
                <w:sz w:val="15"/>
              </w:rPr>
              <w:t>4.1520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7DCF62" w14:textId="77777777" w:rsidR="003B3005" w:rsidRDefault="00000000">
            <w:pPr>
              <w:spacing w:line="240" w:lineRule="auto"/>
              <w:jc w:val="center"/>
            </w:pPr>
            <w:r>
              <w:rPr>
                <w:sz w:val="15"/>
              </w:rPr>
              <w:t>3.9103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89CF7A" w14:textId="77777777" w:rsidR="003B3005" w:rsidRDefault="00000000">
            <w:pPr>
              <w:spacing w:line="240" w:lineRule="auto"/>
              <w:jc w:val="center"/>
            </w:pPr>
            <w:r>
              <w:rPr>
                <w:sz w:val="15"/>
              </w:rPr>
              <w:t>4.4061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E92BE0" w14:textId="77777777" w:rsidR="003B3005" w:rsidRDefault="00000000">
            <w:pPr>
              <w:spacing w:line="240" w:lineRule="auto"/>
              <w:jc w:val="center"/>
            </w:pPr>
            <w:r>
              <w:rPr>
                <w:sz w:val="15"/>
              </w:rPr>
              <w:t>0.1252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44FED3" w14:textId="77777777" w:rsidR="003B3005" w:rsidRDefault="00000000">
            <w:pPr>
              <w:spacing w:line="240" w:lineRule="auto"/>
              <w:jc w:val="center"/>
            </w:pPr>
            <w:r>
              <w:rPr>
                <w:sz w:val="15"/>
              </w:rPr>
              <w:t>Reliable</w:t>
            </w:r>
          </w:p>
        </w:tc>
      </w:tr>
      <w:tr w:rsidR="003B3005" w14:paraId="4F445C87"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CE4DAE" w14:textId="77777777" w:rsidR="003B3005" w:rsidRDefault="00000000">
            <w:pPr>
              <w:spacing w:line="240" w:lineRule="auto"/>
            </w:pPr>
            <w:r>
              <w:rPr>
                <w:sz w:val="15"/>
              </w:rPr>
              <w:lastRenderedPageBreak/>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86C7DC" w14:textId="77777777" w:rsidR="003B3005" w:rsidRDefault="00000000">
            <w:pPr>
              <w:spacing w:line="240" w:lineRule="auto"/>
              <w:jc w:val="center"/>
            </w:pPr>
            <w:r>
              <w:rPr>
                <w:sz w:val="15"/>
              </w:rPr>
              <w:t>2022</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ADE684" w14:textId="77777777" w:rsidR="003B3005" w:rsidRDefault="00000000">
            <w:pPr>
              <w:spacing w:line="240" w:lineRule="auto"/>
              <w:jc w:val="center"/>
            </w:pPr>
            <w:r>
              <w:rPr>
                <w:sz w:val="15"/>
              </w:rPr>
              <w:t>777</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711424" w14:textId="77777777" w:rsidR="003B3005" w:rsidRDefault="00000000">
            <w:pPr>
              <w:spacing w:line="240" w:lineRule="auto"/>
              <w:jc w:val="center"/>
            </w:pPr>
            <w:r>
              <w:rPr>
                <w:sz w:val="15"/>
              </w:rPr>
              <w:t>27685911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1EABA4" w14:textId="77777777" w:rsidR="003B3005" w:rsidRDefault="00000000">
            <w:pPr>
              <w:spacing w:line="240" w:lineRule="auto"/>
              <w:jc w:val="center"/>
            </w:pPr>
            <w:r>
              <w:rPr>
                <w:sz w:val="15"/>
              </w:rPr>
              <w:t>2.7785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AB8CB8" w14:textId="77777777" w:rsidR="003B3005" w:rsidRDefault="00000000">
            <w:pPr>
              <w:spacing w:line="240" w:lineRule="auto"/>
              <w:jc w:val="center"/>
            </w:pPr>
            <w:r>
              <w:rPr>
                <w:sz w:val="15"/>
              </w:rPr>
              <w:t>2.5826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423607" w14:textId="77777777" w:rsidR="003B3005" w:rsidRDefault="00000000">
            <w:pPr>
              <w:spacing w:line="240" w:lineRule="auto"/>
              <w:jc w:val="center"/>
            </w:pPr>
            <w:r>
              <w:rPr>
                <w:sz w:val="15"/>
              </w:rPr>
              <w:t>2.9864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1F7374" w14:textId="77777777" w:rsidR="003B3005" w:rsidRDefault="00000000">
            <w:pPr>
              <w:spacing w:line="240" w:lineRule="auto"/>
              <w:jc w:val="center"/>
            </w:pPr>
            <w:r>
              <w:rPr>
                <w:sz w:val="15"/>
              </w:rPr>
              <w:t>0.1018</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9CD280" w14:textId="77777777" w:rsidR="003B3005" w:rsidRDefault="00000000">
            <w:pPr>
              <w:spacing w:line="240" w:lineRule="auto"/>
              <w:jc w:val="center"/>
            </w:pPr>
            <w:r>
              <w:rPr>
                <w:sz w:val="15"/>
              </w:rPr>
              <w:t>Reliable</w:t>
            </w:r>
          </w:p>
        </w:tc>
      </w:tr>
      <w:tr w:rsidR="003B3005" w14:paraId="741458E8"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9E93B1"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94AF50" w14:textId="77777777" w:rsidR="003B3005" w:rsidRDefault="00000000">
            <w:pPr>
              <w:spacing w:line="240" w:lineRule="auto"/>
              <w:jc w:val="center"/>
            </w:pPr>
            <w:r>
              <w:rPr>
                <w:sz w:val="15"/>
              </w:rPr>
              <w:t>2023</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166ADF" w14:textId="77777777" w:rsidR="003B3005" w:rsidRDefault="00000000">
            <w:pPr>
              <w:spacing w:line="240" w:lineRule="auto"/>
              <w:jc w:val="center"/>
            </w:pPr>
            <w:r>
              <w:rPr>
                <w:sz w:val="15"/>
              </w:rPr>
              <w:t>676</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0EF2E8" w14:textId="77777777" w:rsidR="003B3005" w:rsidRDefault="00000000">
            <w:pPr>
              <w:spacing w:line="240" w:lineRule="auto"/>
              <w:jc w:val="center"/>
            </w:pPr>
            <w:r>
              <w:rPr>
                <w:sz w:val="15"/>
              </w:rPr>
              <w:t>28042483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899EE5" w14:textId="77777777" w:rsidR="003B3005" w:rsidRDefault="00000000">
            <w:pPr>
              <w:spacing w:line="240" w:lineRule="auto"/>
              <w:jc w:val="center"/>
            </w:pPr>
            <w:r>
              <w:rPr>
                <w:sz w:val="15"/>
              </w:rPr>
              <w:t>2.3587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A1B7B1" w14:textId="77777777" w:rsidR="003B3005" w:rsidRDefault="00000000">
            <w:pPr>
              <w:spacing w:line="240" w:lineRule="auto"/>
              <w:jc w:val="center"/>
            </w:pPr>
            <w:r>
              <w:rPr>
                <w:sz w:val="15"/>
              </w:rPr>
              <w:t>2.1800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910EEEB" w14:textId="77777777" w:rsidR="003B3005" w:rsidRDefault="00000000">
            <w:pPr>
              <w:spacing w:line="240" w:lineRule="auto"/>
              <w:jc w:val="center"/>
            </w:pPr>
            <w:r>
              <w:rPr>
                <w:sz w:val="15"/>
              </w:rPr>
              <w:t>2.5495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AAA39B" w14:textId="77777777" w:rsidR="003B3005" w:rsidRDefault="00000000">
            <w:pPr>
              <w:spacing w:line="240" w:lineRule="auto"/>
              <w:jc w:val="center"/>
            </w:pPr>
            <w:r>
              <w:rPr>
                <w:sz w:val="15"/>
              </w:rPr>
              <w:t>0.0930</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536347" w14:textId="77777777" w:rsidR="003B3005" w:rsidRDefault="00000000">
            <w:pPr>
              <w:spacing w:line="240" w:lineRule="auto"/>
              <w:jc w:val="center"/>
            </w:pPr>
            <w:r>
              <w:rPr>
                <w:sz w:val="15"/>
              </w:rPr>
              <w:t>Reliable</w:t>
            </w:r>
          </w:p>
        </w:tc>
      </w:tr>
      <w:tr w:rsidR="003B3005" w14:paraId="49B922E1"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A3AC60" w14:textId="77777777" w:rsidR="003B3005" w:rsidRDefault="00000000">
            <w:pPr>
              <w:spacing w:line="240" w:lineRule="auto"/>
            </w:pPr>
            <w:r>
              <w:rPr>
                <w:sz w:val="15"/>
              </w:rPr>
              <w:t>Non-Hispanic Black or African American</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18AE86" w14:textId="77777777" w:rsidR="003B3005" w:rsidRDefault="00000000">
            <w:pPr>
              <w:spacing w:line="240" w:lineRule="auto"/>
              <w:jc w:val="center"/>
            </w:pPr>
            <w:r>
              <w:rPr>
                <w:sz w:val="15"/>
              </w:rPr>
              <w:t>2024</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EC27BF" w14:textId="77777777" w:rsidR="003B3005" w:rsidRDefault="00000000">
            <w:pPr>
              <w:spacing w:line="240" w:lineRule="auto"/>
              <w:jc w:val="center"/>
            </w:pPr>
            <w:r>
              <w:rPr>
                <w:sz w:val="15"/>
              </w:rPr>
              <w:t>676</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BD6E6E" w14:textId="77777777" w:rsidR="003B3005" w:rsidRDefault="00000000">
            <w:pPr>
              <w:spacing w:line="240" w:lineRule="auto"/>
              <w:jc w:val="center"/>
            </w:pPr>
            <w:r>
              <w:rPr>
                <w:sz w:val="15"/>
              </w:rPr>
              <w:t>28588970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42339A" w14:textId="77777777" w:rsidR="003B3005" w:rsidRDefault="00000000">
            <w:pPr>
              <w:spacing w:line="240" w:lineRule="auto"/>
              <w:jc w:val="center"/>
            </w:pPr>
            <w:r>
              <w:rPr>
                <w:sz w:val="15"/>
              </w:rPr>
              <w:t>2.2822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C252EA" w14:textId="77777777" w:rsidR="003B3005" w:rsidRDefault="00000000">
            <w:pPr>
              <w:spacing w:line="240" w:lineRule="auto"/>
              <w:jc w:val="center"/>
            </w:pPr>
            <w:r>
              <w:rPr>
                <w:sz w:val="15"/>
              </w:rPr>
              <w:t>2.1107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F3CF25" w14:textId="77777777" w:rsidR="003B3005" w:rsidRDefault="00000000">
            <w:pPr>
              <w:spacing w:line="240" w:lineRule="auto"/>
              <w:jc w:val="center"/>
            </w:pPr>
            <w:r>
              <w:rPr>
                <w:sz w:val="15"/>
              </w:rPr>
              <w:t>2.4651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5EAD1D" w14:textId="77777777" w:rsidR="003B3005" w:rsidRDefault="00000000">
            <w:pPr>
              <w:spacing w:line="240" w:lineRule="auto"/>
              <w:jc w:val="center"/>
            </w:pPr>
            <w:r>
              <w:rPr>
                <w:sz w:val="15"/>
              </w:rPr>
              <w:t>0.0892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23EFF3" w14:textId="77777777" w:rsidR="003B3005" w:rsidRDefault="00000000">
            <w:pPr>
              <w:spacing w:line="240" w:lineRule="auto"/>
              <w:jc w:val="center"/>
            </w:pPr>
            <w:r>
              <w:rPr>
                <w:sz w:val="15"/>
              </w:rPr>
              <w:t>Reliable</w:t>
            </w:r>
          </w:p>
        </w:tc>
      </w:tr>
      <w:tr w:rsidR="003B3005" w14:paraId="00CCD61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7BF744" w14:textId="77777777" w:rsidR="003B3005" w:rsidRDefault="00000000">
            <w:pPr>
              <w:spacing w:line="240" w:lineRule="auto"/>
            </w:pPr>
            <w:r>
              <w:rPr>
                <w:sz w:val="15"/>
              </w:rPr>
              <w:t>Non-Hispanic Native Hawaiian or Other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C9CA43" w14:textId="77777777" w:rsidR="003B3005" w:rsidRDefault="00000000">
            <w:pPr>
              <w:spacing w:line="240" w:lineRule="auto"/>
              <w:jc w:val="center"/>
            </w:pPr>
            <w:r>
              <w:rPr>
                <w:sz w:val="15"/>
              </w:rPr>
              <w:t>2018</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614F05" w14:textId="77777777" w:rsidR="003B3005" w:rsidRDefault="00000000">
            <w:pPr>
              <w:spacing w:line="240" w:lineRule="auto"/>
              <w:jc w:val="center"/>
            </w:pPr>
            <w:r>
              <w:rPr>
                <w:sz w:val="15"/>
              </w:rPr>
              <w:t>10</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215520" w14:textId="77777777" w:rsidR="003B3005" w:rsidRDefault="00000000">
            <w:pPr>
              <w:spacing w:line="240" w:lineRule="auto"/>
              <w:jc w:val="center"/>
            </w:pPr>
            <w:r>
              <w:rPr>
                <w:sz w:val="15"/>
              </w:rPr>
              <w:t>378625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CB6C17" w14:textId="77777777" w:rsidR="003B3005" w:rsidRDefault="00000000">
            <w:pPr>
              <w:spacing w:line="240" w:lineRule="auto"/>
              <w:jc w:val="center"/>
            </w:pPr>
            <w:r>
              <w:rPr>
                <w:sz w:val="15"/>
              </w:rPr>
              <w:t>2.9789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FE826D" w14:textId="77777777" w:rsidR="003B3005" w:rsidRDefault="00000000">
            <w:pPr>
              <w:spacing w:line="240" w:lineRule="auto"/>
              <w:jc w:val="center"/>
            </w:pPr>
            <w:r>
              <w:rPr>
                <w:sz w:val="15"/>
              </w:rPr>
              <w:t>1.4059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DE61CB" w14:textId="77777777" w:rsidR="003B3005" w:rsidRDefault="00000000">
            <w:pPr>
              <w:spacing w:line="240" w:lineRule="auto"/>
              <w:jc w:val="center"/>
            </w:pPr>
            <w:r>
              <w:rPr>
                <w:sz w:val="15"/>
              </w:rPr>
              <w:t>5.8333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5A8C8E" w14:textId="77777777" w:rsidR="003B3005" w:rsidRDefault="00000000">
            <w:pPr>
              <w:spacing w:line="240" w:lineRule="auto"/>
              <w:jc w:val="center"/>
            </w:pPr>
            <w:r>
              <w:rPr>
                <w:sz w:val="15"/>
              </w:rPr>
              <w:t>0.9592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CED4F7" w14:textId="77777777" w:rsidR="003B3005" w:rsidRDefault="00000000">
            <w:pPr>
              <w:spacing w:line="240" w:lineRule="auto"/>
              <w:jc w:val="center"/>
            </w:pPr>
            <w:r>
              <w:rPr>
                <w:sz w:val="15"/>
              </w:rPr>
              <w:t>Reliable</w:t>
            </w:r>
          </w:p>
        </w:tc>
      </w:tr>
      <w:tr w:rsidR="003B3005" w14:paraId="66278D0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3EA37F" w14:textId="77777777" w:rsidR="003B3005" w:rsidRDefault="00000000">
            <w:pPr>
              <w:spacing w:line="240" w:lineRule="auto"/>
            </w:pPr>
            <w:r>
              <w:rPr>
                <w:sz w:val="15"/>
              </w:rPr>
              <w:t>Non-Hispanic Native Hawaiian or Other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13293C" w14:textId="77777777" w:rsidR="003B3005" w:rsidRDefault="00000000">
            <w:pPr>
              <w:spacing w:line="240" w:lineRule="auto"/>
              <w:jc w:val="center"/>
            </w:pPr>
            <w:r>
              <w:rPr>
                <w:sz w:val="15"/>
              </w:rPr>
              <w:t>2019</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21CFE5" w14:textId="77777777" w:rsidR="003B3005" w:rsidRDefault="00000000">
            <w:pPr>
              <w:spacing w:line="240" w:lineRule="auto"/>
              <w:jc w:val="center"/>
            </w:pPr>
            <w:r>
              <w:rPr>
                <w:sz w:val="15"/>
              </w:rPr>
              <w:t>12</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3149A6" w14:textId="77777777" w:rsidR="003B3005" w:rsidRDefault="00000000">
            <w:pPr>
              <w:spacing w:line="240" w:lineRule="auto"/>
              <w:jc w:val="center"/>
            </w:pPr>
            <w:r>
              <w:rPr>
                <w:sz w:val="15"/>
              </w:rPr>
              <w:t>389100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E34DC2" w14:textId="77777777" w:rsidR="003B3005" w:rsidRDefault="00000000">
            <w:pPr>
              <w:spacing w:line="240" w:lineRule="auto"/>
              <w:jc w:val="center"/>
            </w:pPr>
            <w:r>
              <w:rPr>
                <w:sz w:val="15"/>
              </w:rPr>
              <w:t>3.0380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2AC6E5" w14:textId="77777777" w:rsidR="003B3005" w:rsidRDefault="00000000">
            <w:pPr>
              <w:spacing w:line="240" w:lineRule="auto"/>
              <w:jc w:val="center"/>
            </w:pPr>
            <w:r>
              <w:rPr>
                <w:sz w:val="15"/>
              </w:rPr>
              <w:t>1.5573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1D1A9A" w14:textId="77777777" w:rsidR="003B3005" w:rsidRDefault="00000000">
            <w:pPr>
              <w:spacing w:line="240" w:lineRule="auto"/>
              <w:jc w:val="center"/>
            </w:pPr>
            <w:r>
              <w:rPr>
                <w:sz w:val="15"/>
              </w:rPr>
              <w:t>5.6594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9276DD" w14:textId="77777777" w:rsidR="003B3005" w:rsidRDefault="00000000">
            <w:pPr>
              <w:spacing w:line="240" w:lineRule="auto"/>
              <w:jc w:val="center"/>
            </w:pPr>
            <w:r>
              <w:rPr>
                <w:sz w:val="15"/>
              </w:rPr>
              <w:t>0.8861</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E6CBDC" w14:textId="77777777" w:rsidR="003B3005" w:rsidRDefault="00000000">
            <w:pPr>
              <w:spacing w:line="240" w:lineRule="auto"/>
              <w:jc w:val="center"/>
            </w:pPr>
            <w:r>
              <w:rPr>
                <w:sz w:val="15"/>
              </w:rPr>
              <w:t>Reliable</w:t>
            </w:r>
          </w:p>
        </w:tc>
      </w:tr>
      <w:tr w:rsidR="003B3005" w14:paraId="0207618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59A0FB" w14:textId="77777777" w:rsidR="003B3005" w:rsidRDefault="00000000">
            <w:pPr>
              <w:spacing w:line="240" w:lineRule="auto"/>
            </w:pPr>
            <w:r>
              <w:rPr>
                <w:sz w:val="15"/>
              </w:rPr>
              <w:t>Non-Hispanic Native Hawaiian or Other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817E73" w14:textId="77777777" w:rsidR="003B3005" w:rsidRDefault="00000000">
            <w:pPr>
              <w:spacing w:line="240" w:lineRule="auto"/>
              <w:jc w:val="center"/>
            </w:pPr>
            <w:r>
              <w:rPr>
                <w:sz w:val="15"/>
              </w:rPr>
              <w:t>2020</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DCBD46" w14:textId="77777777" w:rsidR="003B3005" w:rsidRDefault="00000000">
            <w:pPr>
              <w:spacing w:line="240" w:lineRule="auto"/>
              <w:jc w:val="center"/>
            </w:pPr>
            <w:r>
              <w:rPr>
                <w:sz w:val="15"/>
              </w:rPr>
              <w:t>25</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55E272" w14:textId="77777777" w:rsidR="003B3005" w:rsidRDefault="00000000">
            <w:pPr>
              <w:spacing w:line="240" w:lineRule="auto"/>
              <w:jc w:val="center"/>
            </w:pPr>
            <w:r>
              <w:rPr>
                <w:sz w:val="15"/>
              </w:rPr>
              <w:t>398507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1DD1C36" w14:textId="77777777" w:rsidR="003B3005" w:rsidRDefault="00000000">
            <w:pPr>
              <w:spacing w:line="240" w:lineRule="auto"/>
              <w:jc w:val="center"/>
            </w:pPr>
            <w:r>
              <w:rPr>
                <w:sz w:val="15"/>
              </w:rPr>
              <w:t>6.2416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901390" w14:textId="77777777" w:rsidR="003B3005" w:rsidRDefault="00000000">
            <w:pPr>
              <w:spacing w:line="240" w:lineRule="auto"/>
              <w:jc w:val="center"/>
            </w:pPr>
            <w:r>
              <w:rPr>
                <w:sz w:val="15"/>
              </w:rPr>
              <w:t>4.0040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4B743F" w14:textId="77777777" w:rsidR="003B3005" w:rsidRDefault="00000000">
            <w:pPr>
              <w:spacing w:line="240" w:lineRule="auto"/>
              <w:jc w:val="center"/>
            </w:pPr>
            <w:r>
              <w:rPr>
                <w:sz w:val="15"/>
              </w:rPr>
              <w:t>9.5011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B7752C" w14:textId="77777777" w:rsidR="003B3005" w:rsidRDefault="00000000">
            <w:pPr>
              <w:spacing w:line="240" w:lineRule="auto"/>
              <w:jc w:val="center"/>
            </w:pPr>
            <w:r>
              <w:rPr>
                <w:sz w:val="15"/>
              </w:rPr>
              <w:t>1.2709</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16DC1F" w14:textId="77777777" w:rsidR="003B3005" w:rsidRDefault="00000000">
            <w:pPr>
              <w:spacing w:line="240" w:lineRule="auto"/>
              <w:jc w:val="center"/>
            </w:pPr>
            <w:r>
              <w:rPr>
                <w:sz w:val="15"/>
              </w:rPr>
              <w:t>Reliable</w:t>
            </w:r>
          </w:p>
        </w:tc>
      </w:tr>
      <w:tr w:rsidR="003B3005" w14:paraId="53E7C52E"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34A6AB" w14:textId="77777777" w:rsidR="003B3005" w:rsidRDefault="00000000">
            <w:pPr>
              <w:spacing w:line="240" w:lineRule="auto"/>
            </w:pPr>
            <w:r>
              <w:rPr>
                <w:sz w:val="15"/>
              </w:rPr>
              <w:t>Non-Hispanic Native Hawaiian or Other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EAE449" w14:textId="77777777" w:rsidR="003B3005" w:rsidRDefault="00000000">
            <w:pPr>
              <w:spacing w:line="240" w:lineRule="auto"/>
              <w:jc w:val="center"/>
            </w:pPr>
            <w:r>
              <w:rPr>
                <w:sz w:val="15"/>
              </w:rPr>
              <w:t>2021</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44A029" w14:textId="77777777" w:rsidR="003B3005" w:rsidRDefault="00000000">
            <w:pPr>
              <w:spacing w:line="240" w:lineRule="auto"/>
              <w:jc w:val="center"/>
            </w:pPr>
            <w:r>
              <w:rPr>
                <w:sz w:val="15"/>
              </w:rPr>
              <w:t>53</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C0FDFD" w14:textId="77777777" w:rsidR="003B3005" w:rsidRDefault="00000000">
            <w:pPr>
              <w:spacing w:line="240" w:lineRule="auto"/>
              <w:jc w:val="center"/>
            </w:pPr>
            <w:r>
              <w:rPr>
                <w:sz w:val="15"/>
              </w:rPr>
              <w:t>408353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DCBC7C" w14:textId="77777777" w:rsidR="003B3005" w:rsidRDefault="00000000">
            <w:pPr>
              <w:spacing w:line="240" w:lineRule="auto"/>
              <w:jc w:val="center"/>
            </w:pPr>
            <w:r>
              <w:rPr>
                <w:sz w:val="15"/>
              </w:rPr>
              <w:t>13.1083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37B844" w14:textId="77777777" w:rsidR="003B3005" w:rsidRDefault="00000000">
            <w:pPr>
              <w:spacing w:line="240" w:lineRule="auto"/>
              <w:jc w:val="center"/>
            </w:pPr>
            <w:r>
              <w:rPr>
                <w:sz w:val="15"/>
              </w:rPr>
              <w:t>9.7986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A4CCA9" w14:textId="77777777" w:rsidR="003B3005" w:rsidRDefault="00000000">
            <w:pPr>
              <w:spacing w:line="240" w:lineRule="auto"/>
              <w:jc w:val="center"/>
            </w:pPr>
            <w:r>
              <w:rPr>
                <w:sz w:val="15"/>
              </w:rPr>
              <w:t>17.3762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4C65ED" w14:textId="77777777" w:rsidR="003B3005" w:rsidRDefault="00000000">
            <w:pPr>
              <w:spacing w:line="240" w:lineRule="auto"/>
              <w:jc w:val="center"/>
            </w:pPr>
            <w:r>
              <w:rPr>
                <w:sz w:val="15"/>
              </w:rPr>
              <w:t>1.8126</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EF42EF" w14:textId="77777777" w:rsidR="003B3005" w:rsidRDefault="00000000">
            <w:pPr>
              <w:spacing w:line="240" w:lineRule="auto"/>
              <w:jc w:val="center"/>
            </w:pPr>
            <w:r>
              <w:rPr>
                <w:sz w:val="15"/>
              </w:rPr>
              <w:t>Reliable</w:t>
            </w:r>
          </w:p>
        </w:tc>
      </w:tr>
      <w:tr w:rsidR="003B3005" w14:paraId="31A5504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846760" w14:textId="77777777" w:rsidR="003B3005" w:rsidRDefault="00000000">
            <w:pPr>
              <w:spacing w:line="240" w:lineRule="auto"/>
            </w:pPr>
            <w:r>
              <w:rPr>
                <w:sz w:val="15"/>
              </w:rPr>
              <w:t>Non-Hispanic Native Hawaiian or Other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7EBCC4" w14:textId="77777777" w:rsidR="003B3005" w:rsidRDefault="00000000">
            <w:pPr>
              <w:spacing w:line="240" w:lineRule="auto"/>
              <w:jc w:val="center"/>
            </w:pPr>
            <w:r>
              <w:rPr>
                <w:sz w:val="15"/>
              </w:rPr>
              <w:t>2022</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1CA4D0" w14:textId="77777777" w:rsidR="003B3005" w:rsidRDefault="00000000">
            <w:pPr>
              <w:spacing w:line="240" w:lineRule="auto"/>
              <w:jc w:val="center"/>
            </w:pPr>
            <w:r>
              <w:rPr>
                <w:sz w:val="15"/>
              </w:rPr>
              <w:t>17</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EB91D5" w14:textId="77777777" w:rsidR="003B3005" w:rsidRDefault="00000000">
            <w:pPr>
              <w:spacing w:line="240" w:lineRule="auto"/>
              <w:jc w:val="center"/>
            </w:pPr>
            <w:r>
              <w:rPr>
                <w:sz w:val="15"/>
              </w:rPr>
              <w:t>415854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468328" w14:textId="77777777" w:rsidR="003B3005" w:rsidRDefault="00000000">
            <w:pPr>
              <w:spacing w:line="240" w:lineRule="auto"/>
              <w:jc w:val="center"/>
            </w:pPr>
            <w:r>
              <w:rPr>
                <w:sz w:val="15"/>
              </w:rPr>
              <w:t>4.3257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92242DE" w14:textId="77777777" w:rsidR="003B3005" w:rsidRDefault="00000000">
            <w:pPr>
              <w:spacing w:line="240" w:lineRule="auto"/>
              <w:jc w:val="center"/>
            </w:pPr>
            <w:r>
              <w:rPr>
                <w:sz w:val="15"/>
              </w:rPr>
              <w:t>2.5025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6BEE02" w14:textId="77777777" w:rsidR="003B3005" w:rsidRDefault="00000000">
            <w:pPr>
              <w:spacing w:line="240" w:lineRule="auto"/>
              <w:jc w:val="center"/>
            </w:pPr>
            <w:r>
              <w:rPr>
                <w:sz w:val="15"/>
              </w:rPr>
              <w:t>7.1063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9679EA" w14:textId="77777777" w:rsidR="003B3005" w:rsidRDefault="00000000">
            <w:pPr>
              <w:spacing w:line="240" w:lineRule="auto"/>
              <w:jc w:val="center"/>
            </w:pPr>
            <w:r>
              <w:rPr>
                <w:sz w:val="15"/>
              </w:rPr>
              <w:t>1.0609</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CFC42B" w14:textId="77777777" w:rsidR="003B3005" w:rsidRDefault="00000000">
            <w:pPr>
              <w:spacing w:line="240" w:lineRule="auto"/>
              <w:jc w:val="center"/>
            </w:pPr>
            <w:r>
              <w:rPr>
                <w:sz w:val="15"/>
              </w:rPr>
              <w:t>Reliable</w:t>
            </w:r>
          </w:p>
        </w:tc>
      </w:tr>
      <w:tr w:rsidR="003B3005" w14:paraId="0697FE0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05EB76" w14:textId="77777777" w:rsidR="003B3005" w:rsidRDefault="00000000">
            <w:pPr>
              <w:spacing w:line="240" w:lineRule="auto"/>
            </w:pPr>
            <w:r>
              <w:rPr>
                <w:sz w:val="15"/>
              </w:rPr>
              <w:t>Non-Hispanic Native Hawaiian or Other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26E798" w14:textId="77777777" w:rsidR="003B3005" w:rsidRDefault="00000000">
            <w:pPr>
              <w:spacing w:line="240" w:lineRule="auto"/>
              <w:jc w:val="center"/>
            </w:pPr>
            <w:r>
              <w:rPr>
                <w:sz w:val="15"/>
              </w:rPr>
              <w:t>2023</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8F8C9E" w14:textId="77777777" w:rsidR="003B3005" w:rsidRDefault="00000000">
            <w:pPr>
              <w:spacing w:line="240" w:lineRule="auto"/>
              <w:jc w:val="center"/>
            </w:pPr>
            <w:r>
              <w:rPr>
                <w:sz w:val="15"/>
              </w:rPr>
              <w:t>19</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127C27" w14:textId="77777777" w:rsidR="003B3005" w:rsidRDefault="00000000">
            <w:pPr>
              <w:spacing w:line="240" w:lineRule="auto"/>
              <w:jc w:val="center"/>
            </w:pPr>
            <w:r>
              <w:rPr>
                <w:sz w:val="15"/>
              </w:rPr>
              <w:t>426814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31B1DE" w14:textId="77777777" w:rsidR="003B3005" w:rsidRDefault="00000000">
            <w:pPr>
              <w:spacing w:line="240" w:lineRule="auto"/>
              <w:jc w:val="center"/>
            </w:pPr>
            <w:r>
              <w:rPr>
                <w:sz w:val="15"/>
              </w:rPr>
              <w:t>4.4189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81795A" w14:textId="77777777" w:rsidR="003B3005" w:rsidRDefault="00000000">
            <w:pPr>
              <w:spacing w:line="240" w:lineRule="auto"/>
              <w:jc w:val="center"/>
            </w:pPr>
            <w:r>
              <w:rPr>
                <w:sz w:val="15"/>
              </w:rPr>
              <w:t>2.6357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193427" w14:textId="77777777" w:rsidR="003B3005" w:rsidRDefault="00000000">
            <w:pPr>
              <w:spacing w:line="240" w:lineRule="auto"/>
              <w:jc w:val="center"/>
            </w:pPr>
            <w:r>
              <w:rPr>
                <w:sz w:val="15"/>
              </w:rPr>
              <w:t>7.1107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F2C0CB" w14:textId="77777777" w:rsidR="003B3005" w:rsidRDefault="00000000">
            <w:pPr>
              <w:spacing w:line="240" w:lineRule="auto"/>
              <w:jc w:val="center"/>
            </w:pPr>
            <w:r>
              <w:rPr>
                <w:sz w:val="15"/>
              </w:rPr>
              <w:t>1.0303</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DAF28E" w14:textId="77777777" w:rsidR="003B3005" w:rsidRDefault="00000000">
            <w:pPr>
              <w:spacing w:line="240" w:lineRule="auto"/>
              <w:jc w:val="center"/>
            </w:pPr>
            <w:r>
              <w:rPr>
                <w:sz w:val="15"/>
              </w:rPr>
              <w:t>Reliable</w:t>
            </w:r>
          </w:p>
        </w:tc>
      </w:tr>
      <w:tr w:rsidR="003B3005" w14:paraId="2EA9357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F89D6C" w14:textId="77777777" w:rsidR="003B3005" w:rsidRDefault="00000000">
            <w:pPr>
              <w:spacing w:line="240" w:lineRule="auto"/>
            </w:pPr>
            <w:r>
              <w:rPr>
                <w:sz w:val="15"/>
              </w:rPr>
              <w:t>Non-Hispanic Native Hawaiian or Other Pacific Islander</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BBF407" w14:textId="77777777" w:rsidR="003B3005" w:rsidRDefault="00000000">
            <w:pPr>
              <w:spacing w:line="240" w:lineRule="auto"/>
              <w:jc w:val="center"/>
            </w:pPr>
            <w:r>
              <w:rPr>
                <w:sz w:val="15"/>
              </w:rPr>
              <w:t>2024</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8D886E" w14:textId="77777777" w:rsidR="003B3005" w:rsidRDefault="00000000">
            <w:pPr>
              <w:spacing w:line="240" w:lineRule="auto"/>
              <w:jc w:val="center"/>
            </w:pPr>
            <w:r>
              <w:rPr>
                <w:sz w:val="15"/>
              </w:rPr>
              <w:t>16</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B7E6A2" w14:textId="77777777" w:rsidR="003B3005" w:rsidRDefault="00000000">
            <w:pPr>
              <w:spacing w:line="240" w:lineRule="auto"/>
              <w:jc w:val="center"/>
            </w:pPr>
            <w:r>
              <w:rPr>
                <w:sz w:val="15"/>
              </w:rPr>
              <w:t>442751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17CCA9" w14:textId="77777777" w:rsidR="003B3005" w:rsidRDefault="00000000">
            <w:pPr>
              <w:spacing w:line="240" w:lineRule="auto"/>
              <w:jc w:val="center"/>
            </w:pPr>
            <w:r>
              <w:rPr>
                <w:sz w:val="15"/>
              </w:rPr>
              <w:t>3.9023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135A3F" w14:textId="77777777" w:rsidR="003B3005" w:rsidRDefault="00000000">
            <w:pPr>
              <w:spacing w:line="240" w:lineRule="auto"/>
              <w:jc w:val="center"/>
            </w:pPr>
            <w:r>
              <w:rPr>
                <w:sz w:val="15"/>
              </w:rPr>
              <w:t>2.2165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79D71C" w14:textId="77777777" w:rsidR="003B3005" w:rsidRDefault="00000000">
            <w:pPr>
              <w:spacing w:line="240" w:lineRule="auto"/>
              <w:jc w:val="center"/>
            </w:pPr>
            <w:r>
              <w:rPr>
                <w:sz w:val="15"/>
              </w:rPr>
              <w:t>6.4639</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3E3E2B" w14:textId="77777777" w:rsidR="003B3005" w:rsidRDefault="00000000">
            <w:pPr>
              <w:spacing w:line="240" w:lineRule="auto"/>
              <w:jc w:val="center"/>
            </w:pPr>
            <w:r>
              <w:rPr>
                <w:sz w:val="15"/>
              </w:rPr>
              <w:t>0.9852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E3A7CC" w14:textId="77777777" w:rsidR="003B3005" w:rsidRDefault="00000000">
            <w:pPr>
              <w:spacing w:line="240" w:lineRule="auto"/>
              <w:jc w:val="center"/>
            </w:pPr>
            <w:r>
              <w:rPr>
                <w:sz w:val="15"/>
              </w:rPr>
              <w:t>Reliable</w:t>
            </w:r>
          </w:p>
        </w:tc>
      </w:tr>
      <w:tr w:rsidR="003B3005" w14:paraId="7A2BC41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7433B4"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0F03957" w14:textId="77777777" w:rsidR="003B3005" w:rsidRDefault="00000000">
            <w:pPr>
              <w:spacing w:line="240" w:lineRule="auto"/>
              <w:jc w:val="center"/>
            </w:pPr>
            <w:r>
              <w:rPr>
                <w:sz w:val="15"/>
              </w:rPr>
              <w:t>2018</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D473E2" w14:textId="77777777" w:rsidR="003B3005" w:rsidRDefault="00000000">
            <w:pPr>
              <w:spacing w:line="240" w:lineRule="auto"/>
              <w:jc w:val="center"/>
            </w:pPr>
            <w:r>
              <w:rPr>
                <w:sz w:val="15"/>
              </w:rPr>
              <w:t>2049</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6E5E32" w14:textId="77777777" w:rsidR="003B3005" w:rsidRDefault="00000000">
            <w:pPr>
              <w:spacing w:line="240" w:lineRule="auto"/>
              <w:jc w:val="center"/>
            </w:pPr>
            <w:r>
              <w:rPr>
                <w:sz w:val="15"/>
              </w:rPr>
              <w:t>144298563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20993E" w14:textId="77777777" w:rsidR="003B3005" w:rsidRDefault="00000000">
            <w:pPr>
              <w:spacing w:line="240" w:lineRule="auto"/>
              <w:jc w:val="center"/>
            </w:pPr>
            <w:r>
              <w:rPr>
                <w:sz w:val="15"/>
              </w:rPr>
              <w:t>1.1420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A39F10" w14:textId="77777777" w:rsidR="003B3005" w:rsidRDefault="00000000">
            <w:pPr>
              <w:spacing w:line="240" w:lineRule="auto"/>
              <w:jc w:val="center"/>
            </w:pPr>
            <w:r>
              <w:rPr>
                <w:sz w:val="15"/>
              </w:rPr>
              <w:t>1.0903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1A03DB" w14:textId="77777777" w:rsidR="003B3005" w:rsidRDefault="00000000">
            <w:pPr>
              <w:spacing w:line="240" w:lineRule="auto"/>
              <w:jc w:val="center"/>
            </w:pPr>
            <w:r>
              <w:rPr>
                <w:sz w:val="15"/>
              </w:rPr>
              <w:t>1.1960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129045" w14:textId="77777777" w:rsidR="003B3005" w:rsidRDefault="00000000">
            <w:pPr>
              <w:spacing w:line="240" w:lineRule="auto"/>
              <w:jc w:val="center"/>
            </w:pPr>
            <w:r>
              <w:rPr>
                <w:sz w:val="15"/>
              </w:rPr>
              <w:t>0.0267</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358B3F" w14:textId="77777777" w:rsidR="003B3005" w:rsidRDefault="00000000">
            <w:pPr>
              <w:spacing w:line="240" w:lineRule="auto"/>
              <w:jc w:val="center"/>
            </w:pPr>
            <w:r>
              <w:rPr>
                <w:sz w:val="15"/>
              </w:rPr>
              <w:t>Reliable</w:t>
            </w:r>
          </w:p>
        </w:tc>
      </w:tr>
      <w:tr w:rsidR="003B3005" w14:paraId="7701EFD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0F1FF0"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493C30" w14:textId="77777777" w:rsidR="003B3005" w:rsidRDefault="00000000">
            <w:pPr>
              <w:spacing w:line="240" w:lineRule="auto"/>
              <w:jc w:val="center"/>
            </w:pPr>
            <w:r>
              <w:rPr>
                <w:sz w:val="15"/>
              </w:rPr>
              <w:t>2019</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96DCF8" w14:textId="77777777" w:rsidR="003B3005" w:rsidRDefault="00000000">
            <w:pPr>
              <w:spacing w:line="240" w:lineRule="auto"/>
              <w:jc w:val="center"/>
            </w:pPr>
            <w:r>
              <w:rPr>
                <w:sz w:val="15"/>
              </w:rPr>
              <w:t>2077</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A806B5" w14:textId="77777777" w:rsidR="003B3005" w:rsidRDefault="00000000">
            <w:pPr>
              <w:spacing w:line="240" w:lineRule="auto"/>
              <w:jc w:val="center"/>
            </w:pPr>
            <w:r>
              <w:rPr>
                <w:sz w:val="15"/>
              </w:rPr>
              <w:t>144527776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164E42" w14:textId="77777777" w:rsidR="003B3005" w:rsidRDefault="00000000">
            <w:pPr>
              <w:spacing w:line="240" w:lineRule="auto"/>
              <w:jc w:val="center"/>
            </w:pPr>
            <w:r>
              <w:rPr>
                <w:sz w:val="15"/>
              </w:rPr>
              <w:t>1.1513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C5013C" w14:textId="77777777" w:rsidR="003B3005" w:rsidRDefault="00000000">
            <w:pPr>
              <w:spacing w:line="240" w:lineRule="auto"/>
              <w:jc w:val="center"/>
            </w:pPr>
            <w:r>
              <w:rPr>
                <w:sz w:val="15"/>
              </w:rPr>
              <w:t>1.1001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CD2AAC" w14:textId="77777777" w:rsidR="003B3005" w:rsidRDefault="00000000">
            <w:pPr>
              <w:spacing w:line="240" w:lineRule="auto"/>
              <w:jc w:val="center"/>
            </w:pPr>
            <w:r>
              <w:rPr>
                <w:sz w:val="15"/>
              </w:rPr>
              <w:t>1.2048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EAD416" w14:textId="77777777" w:rsidR="003B3005" w:rsidRDefault="00000000">
            <w:pPr>
              <w:spacing w:line="240" w:lineRule="auto"/>
              <w:jc w:val="center"/>
            </w:pPr>
            <w:r>
              <w:rPr>
                <w:sz w:val="15"/>
              </w:rPr>
              <w:t>0.0264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D73465" w14:textId="77777777" w:rsidR="003B3005" w:rsidRDefault="00000000">
            <w:pPr>
              <w:spacing w:line="240" w:lineRule="auto"/>
              <w:jc w:val="center"/>
            </w:pPr>
            <w:r>
              <w:rPr>
                <w:sz w:val="15"/>
              </w:rPr>
              <w:t>Reliable</w:t>
            </w:r>
          </w:p>
        </w:tc>
      </w:tr>
      <w:tr w:rsidR="003B3005" w14:paraId="3A3467D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59F8B3"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A6A15A" w14:textId="77777777" w:rsidR="003B3005" w:rsidRDefault="00000000">
            <w:pPr>
              <w:spacing w:line="240" w:lineRule="auto"/>
              <w:jc w:val="center"/>
            </w:pPr>
            <w:r>
              <w:rPr>
                <w:sz w:val="15"/>
              </w:rPr>
              <w:t>2020</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88C79F" w14:textId="77777777" w:rsidR="003B3005" w:rsidRDefault="00000000">
            <w:pPr>
              <w:spacing w:line="240" w:lineRule="auto"/>
              <w:jc w:val="center"/>
            </w:pPr>
            <w:r>
              <w:rPr>
                <w:sz w:val="15"/>
              </w:rPr>
              <w:t>3296</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5EF501" w14:textId="77777777" w:rsidR="003B3005" w:rsidRDefault="00000000">
            <w:pPr>
              <w:spacing w:line="240" w:lineRule="auto"/>
              <w:jc w:val="center"/>
            </w:pPr>
            <w:r>
              <w:rPr>
                <w:sz w:val="15"/>
              </w:rPr>
              <w:t>144732061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EA03D3" w14:textId="77777777" w:rsidR="003B3005" w:rsidRDefault="00000000">
            <w:pPr>
              <w:spacing w:line="240" w:lineRule="auto"/>
              <w:jc w:val="center"/>
            </w:pPr>
            <w:r>
              <w:rPr>
                <w:sz w:val="15"/>
              </w:rPr>
              <w:t>1.8132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A19509" w14:textId="77777777" w:rsidR="003B3005" w:rsidRDefault="00000000">
            <w:pPr>
              <w:spacing w:line="240" w:lineRule="auto"/>
              <w:jc w:val="center"/>
            </w:pPr>
            <w:r>
              <w:rPr>
                <w:sz w:val="15"/>
              </w:rPr>
              <w:t>1.7483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DF5CE1" w14:textId="77777777" w:rsidR="003B3005" w:rsidRDefault="00000000">
            <w:pPr>
              <w:spacing w:line="240" w:lineRule="auto"/>
              <w:jc w:val="center"/>
            </w:pPr>
            <w:r>
              <w:rPr>
                <w:sz w:val="15"/>
              </w:rPr>
              <w:t>1.8803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FAD8B6" w14:textId="77777777" w:rsidR="003B3005" w:rsidRDefault="00000000">
            <w:pPr>
              <w:spacing w:line="240" w:lineRule="auto"/>
              <w:jc w:val="center"/>
            </w:pPr>
            <w:r>
              <w:rPr>
                <w:sz w:val="15"/>
              </w:rPr>
              <w:t>0.0334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58A811" w14:textId="77777777" w:rsidR="003B3005" w:rsidRDefault="00000000">
            <w:pPr>
              <w:spacing w:line="240" w:lineRule="auto"/>
              <w:jc w:val="center"/>
            </w:pPr>
            <w:r>
              <w:rPr>
                <w:sz w:val="15"/>
              </w:rPr>
              <w:t>Reliable</w:t>
            </w:r>
          </w:p>
        </w:tc>
      </w:tr>
      <w:tr w:rsidR="003B3005" w14:paraId="207FB3FA"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81ABBC"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A5F6FC" w14:textId="77777777" w:rsidR="003B3005" w:rsidRDefault="00000000">
            <w:pPr>
              <w:spacing w:line="240" w:lineRule="auto"/>
              <w:jc w:val="center"/>
            </w:pPr>
            <w:r>
              <w:rPr>
                <w:sz w:val="15"/>
              </w:rPr>
              <w:t>2021</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00D10D" w14:textId="77777777" w:rsidR="003B3005" w:rsidRDefault="00000000">
            <w:pPr>
              <w:spacing w:line="240" w:lineRule="auto"/>
              <w:jc w:val="center"/>
            </w:pPr>
            <w:r>
              <w:rPr>
                <w:sz w:val="15"/>
              </w:rPr>
              <w:t>4828</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60BFB5" w14:textId="77777777" w:rsidR="003B3005" w:rsidRDefault="00000000">
            <w:pPr>
              <w:spacing w:line="240" w:lineRule="auto"/>
              <w:jc w:val="center"/>
            </w:pPr>
            <w:r>
              <w:rPr>
                <w:sz w:val="15"/>
              </w:rPr>
              <w:t>144655323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A75061" w14:textId="77777777" w:rsidR="003B3005" w:rsidRDefault="00000000">
            <w:pPr>
              <w:spacing w:line="240" w:lineRule="auto"/>
              <w:jc w:val="center"/>
            </w:pPr>
            <w:r>
              <w:rPr>
                <w:sz w:val="15"/>
              </w:rPr>
              <w:t>2.7290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C379F8" w14:textId="77777777" w:rsidR="003B3005" w:rsidRDefault="00000000">
            <w:pPr>
              <w:spacing w:line="240" w:lineRule="auto"/>
              <w:jc w:val="center"/>
            </w:pPr>
            <w:r>
              <w:rPr>
                <w:sz w:val="15"/>
              </w:rPr>
              <w:t>2.6475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2B0C0A" w14:textId="77777777" w:rsidR="003B3005" w:rsidRDefault="00000000">
            <w:pPr>
              <w:spacing w:line="240" w:lineRule="auto"/>
              <w:jc w:val="center"/>
            </w:pPr>
            <w:r>
              <w:rPr>
                <w:sz w:val="15"/>
              </w:rPr>
              <w:t>2.8128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79B985" w14:textId="77777777" w:rsidR="003B3005" w:rsidRDefault="00000000">
            <w:pPr>
              <w:spacing w:line="240" w:lineRule="auto"/>
              <w:jc w:val="center"/>
            </w:pPr>
            <w:r>
              <w:rPr>
                <w:sz w:val="15"/>
              </w:rPr>
              <w:t>0.0419</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CEEDA5" w14:textId="77777777" w:rsidR="003B3005" w:rsidRDefault="00000000">
            <w:pPr>
              <w:spacing w:line="240" w:lineRule="auto"/>
              <w:jc w:val="center"/>
            </w:pPr>
            <w:r>
              <w:rPr>
                <w:sz w:val="15"/>
              </w:rPr>
              <w:t>Reliable</w:t>
            </w:r>
          </w:p>
        </w:tc>
      </w:tr>
      <w:tr w:rsidR="003B3005" w14:paraId="2407415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2839E9"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429369" w14:textId="77777777" w:rsidR="003B3005" w:rsidRDefault="00000000">
            <w:pPr>
              <w:spacing w:line="240" w:lineRule="auto"/>
              <w:jc w:val="center"/>
            </w:pPr>
            <w:r>
              <w:rPr>
                <w:sz w:val="15"/>
              </w:rPr>
              <w:t>2022</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1DEEF9" w14:textId="77777777" w:rsidR="003B3005" w:rsidRDefault="00000000">
            <w:pPr>
              <w:spacing w:line="240" w:lineRule="auto"/>
              <w:jc w:val="center"/>
            </w:pPr>
            <w:r>
              <w:rPr>
                <w:sz w:val="15"/>
              </w:rPr>
              <w:t>3745</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659967" w14:textId="77777777" w:rsidR="003B3005" w:rsidRDefault="00000000">
            <w:pPr>
              <w:spacing w:line="240" w:lineRule="auto"/>
              <w:jc w:val="center"/>
            </w:pPr>
            <w:r>
              <w:rPr>
                <w:sz w:val="15"/>
              </w:rPr>
              <w:t>144499701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BAE12F" w14:textId="77777777" w:rsidR="003B3005" w:rsidRDefault="00000000">
            <w:pPr>
              <w:spacing w:line="240" w:lineRule="auto"/>
              <w:jc w:val="center"/>
            </w:pPr>
            <w:r>
              <w:rPr>
                <w:sz w:val="15"/>
              </w:rPr>
              <w:t>2.0790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5D769A" w14:textId="77777777" w:rsidR="003B3005" w:rsidRDefault="00000000">
            <w:pPr>
              <w:spacing w:line="240" w:lineRule="auto"/>
              <w:jc w:val="center"/>
            </w:pPr>
            <w:r>
              <w:rPr>
                <w:sz w:val="15"/>
              </w:rPr>
              <w:t>2.0095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9BEA6D" w14:textId="77777777" w:rsidR="003B3005" w:rsidRDefault="00000000">
            <w:pPr>
              <w:spacing w:line="240" w:lineRule="auto"/>
              <w:jc w:val="center"/>
            </w:pPr>
            <w:r>
              <w:rPr>
                <w:sz w:val="15"/>
              </w:rPr>
              <w:t>2.1507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7D5ACD" w14:textId="77777777" w:rsidR="003B3005" w:rsidRDefault="00000000">
            <w:pPr>
              <w:spacing w:line="240" w:lineRule="auto"/>
              <w:jc w:val="center"/>
            </w:pPr>
            <w:r>
              <w:rPr>
                <w:sz w:val="15"/>
              </w:rPr>
              <w:t>0.0357</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11200C" w14:textId="77777777" w:rsidR="003B3005" w:rsidRDefault="00000000">
            <w:pPr>
              <w:spacing w:line="240" w:lineRule="auto"/>
              <w:jc w:val="center"/>
            </w:pPr>
            <w:r>
              <w:rPr>
                <w:sz w:val="15"/>
              </w:rPr>
              <w:t>Reliable</w:t>
            </w:r>
          </w:p>
        </w:tc>
      </w:tr>
      <w:tr w:rsidR="003B3005" w14:paraId="4120BCB9"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620C9B"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8A6F06" w14:textId="77777777" w:rsidR="003B3005" w:rsidRDefault="00000000">
            <w:pPr>
              <w:spacing w:line="240" w:lineRule="auto"/>
              <w:jc w:val="center"/>
            </w:pPr>
            <w:r>
              <w:rPr>
                <w:sz w:val="15"/>
              </w:rPr>
              <w:t>2023</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D2156B" w14:textId="77777777" w:rsidR="003B3005" w:rsidRDefault="00000000">
            <w:pPr>
              <w:spacing w:line="240" w:lineRule="auto"/>
              <w:jc w:val="center"/>
            </w:pPr>
            <w:r>
              <w:rPr>
                <w:sz w:val="15"/>
              </w:rPr>
              <w:t>2959</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8C7459" w14:textId="77777777" w:rsidR="003B3005" w:rsidRDefault="00000000">
            <w:pPr>
              <w:spacing w:line="240" w:lineRule="auto"/>
              <w:jc w:val="center"/>
            </w:pPr>
            <w:r>
              <w:rPr>
                <w:sz w:val="15"/>
              </w:rPr>
              <w:t>144415042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58694D" w14:textId="77777777" w:rsidR="003B3005" w:rsidRDefault="00000000">
            <w:pPr>
              <w:spacing w:line="240" w:lineRule="auto"/>
              <w:jc w:val="center"/>
            </w:pPr>
            <w:r>
              <w:rPr>
                <w:sz w:val="15"/>
              </w:rPr>
              <w:t>1.6329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CC8942" w14:textId="77777777" w:rsidR="003B3005" w:rsidRDefault="00000000">
            <w:pPr>
              <w:spacing w:line="240" w:lineRule="auto"/>
              <w:jc w:val="center"/>
            </w:pPr>
            <w:r>
              <w:rPr>
                <w:sz w:val="15"/>
              </w:rPr>
              <w:t>1.5723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BAA475" w14:textId="77777777" w:rsidR="003B3005" w:rsidRDefault="00000000">
            <w:pPr>
              <w:spacing w:line="240" w:lineRule="auto"/>
              <w:jc w:val="center"/>
            </w:pPr>
            <w:r>
              <w:rPr>
                <w:sz w:val="15"/>
              </w:rPr>
              <w:t>1.6957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440389" w14:textId="77777777" w:rsidR="003B3005" w:rsidRDefault="00000000">
            <w:pPr>
              <w:spacing w:line="240" w:lineRule="auto"/>
              <w:jc w:val="center"/>
            </w:pPr>
            <w:r>
              <w:rPr>
                <w:sz w:val="15"/>
              </w:rPr>
              <w:t>0.0312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4848E2" w14:textId="77777777" w:rsidR="003B3005" w:rsidRDefault="00000000">
            <w:pPr>
              <w:spacing w:line="240" w:lineRule="auto"/>
              <w:jc w:val="center"/>
            </w:pPr>
            <w:r>
              <w:rPr>
                <w:sz w:val="15"/>
              </w:rPr>
              <w:t>Reliable</w:t>
            </w:r>
          </w:p>
        </w:tc>
      </w:tr>
      <w:tr w:rsidR="003B3005" w14:paraId="0D837EC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F4EF02" w14:textId="77777777" w:rsidR="003B3005" w:rsidRDefault="00000000">
            <w:pPr>
              <w:spacing w:line="240" w:lineRule="auto"/>
            </w:pPr>
            <w:r>
              <w:rPr>
                <w:sz w:val="15"/>
              </w:rPr>
              <w:t>Non-Hispanic White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81E57D" w14:textId="77777777" w:rsidR="003B3005" w:rsidRDefault="00000000">
            <w:pPr>
              <w:spacing w:line="240" w:lineRule="auto"/>
              <w:jc w:val="center"/>
            </w:pPr>
            <w:r>
              <w:rPr>
                <w:sz w:val="15"/>
              </w:rPr>
              <w:t>2024</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4DA402" w14:textId="77777777" w:rsidR="003B3005" w:rsidRDefault="00000000">
            <w:pPr>
              <w:spacing w:line="240" w:lineRule="auto"/>
              <w:jc w:val="center"/>
            </w:pPr>
            <w:r>
              <w:rPr>
                <w:sz w:val="15"/>
              </w:rPr>
              <w:t>2776</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99B206" w14:textId="77777777" w:rsidR="003B3005" w:rsidRDefault="00000000">
            <w:pPr>
              <w:spacing w:line="240" w:lineRule="auto"/>
              <w:jc w:val="center"/>
            </w:pPr>
            <w:r>
              <w:rPr>
                <w:sz w:val="15"/>
              </w:rPr>
              <w:t>144849472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4F6D17" w14:textId="77777777" w:rsidR="003B3005" w:rsidRDefault="00000000">
            <w:pPr>
              <w:spacing w:line="240" w:lineRule="auto"/>
              <w:jc w:val="center"/>
            </w:pPr>
            <w:r>
              <w:rPr>
                <w:sz w:val="15"/>
              </w:rPr>
              <w:t>1.4937</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18EE30" w14:textId="77777777" w:rsidR="003B3005" w:rsidRDefault="00000000">
            <w:pPr>
              <w:spacing w:line="240" w:lineRule="auto"/>
              <w:jc w:val="center"/>
            </w:pPr>
            <w:r>
              <w:rPr>
                <w:sz w:val="15"/>
              </w:rPr>
              <w:t>1.4350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767152" w14:textId="77777777" w:rsidR="003B3005" w:rsidRDefault="00000000">
            <w:pPr>
              <w:spacing w:line="240" w:lineRule="auto"/>
              <w:jc w:val="center"/>
            </w:pPr>
            <w:r>
              <w:rPr>
                <w:sz w:val="15"/>
              </w:rPr>
              <w:t>1.5546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E60E02" w14:textId="77777777" w:rsidR="003B3005" w:rsidRDefault="00000000">
            <w:pPr>
              <w:spacing w:line="240" w:lineRule="auto"/>
              <w:jc w:val="center"/>
            </w:pPr>
            <w:r>
              <w:rPr>
                <w:sz w:val="15"/>
              </w:rPr>
              <w:t>0.0302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B45DE8" w14:textId="77777777" w:rsidR="003B3005" w:rsidRDefault="00000000">
            <w:pPr>
              <w:spacing w:line="240" w:lineRule="auto"/>
              <w:jc w:val="center"/>
            </w:pPr>
            <w:r>
              <w:rPr>
                <w:sz w:val="15"/>
              </w:rPr>
              <w:t>Reliable</w:t>
            </w:r>
          </w:p>
        </w:tc>
      </w:tr>
      <w:tr w:rsidR="003B3005" w14:paraId="6934E17D"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A43912" w14:textId="77777777" w:rsidR="003B3005" w:rsidRDefault="00000000">
            <w:pPr>
              <w:spacing w:line="240" w:lineRule="auto"/>
            </w:pPr>
            <w:r>
              <w:rPr>
                <w:sz w:val="15"/>
              </w:rPr>
              <w:t>Non-Hispanic more than one race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2E1CAA" w14:textId="77777777" w:rsidR="003B3005" w:rsidRDefault="00000000">
            <w:pPr>
              <w:spacing w:line="240" w:lineRule="auto"/>
              <w:jc w:val="center"/>
            </w:pPr>
            <w:r>
              <w:rPr>
                <w:sz w:val="15"/>
              </w:rPr>
              <w:t>2018</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0E7748" w14:textId="77777777" w:rsidR="003B3005" w:rsidRDefault="00000000">
            <w:pPr>
              <w:spacing w:line="240" w:lineRule="auto"/>
              <w:jc w:val="center"/>
            </w:pPr>
            <w:r>
              <w:rPr>
                <w:sz w:val="15"/>
              </w:rPr>
              <w:t>13</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02D09D" w14:textId="77777777" w:rsidR="003B3005" w:rsidRDefault="00000000">
            <w:pPr>
              <w:spacing w:line="240" w:lineRule="auto"/>
              <w:jc w:val="center"/>
            </w:pPr>
            <w:r>
              <w:rPr>
                <w:sz w:val="15"/>
              </w:rPr>
              <w:t>2984099</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09C724" w14:textId="77777777" w:rsidR="003B3005" w:rsidRDefault="00000000">
            <w:pPr>
              <w:spacing w:line="240" w:lineRule="auto"/>
              <w:jc w:val="center"/>
            </w:pPr>
            <w:r>
              <w:rPr>
                <w:sz w:val="15"/>
              </w:rPr>
              <w:t>0.5156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6297B14" w14:textId="77777777" w:rsidR="003B3005" w:rsidRDefault="00000000">
            <w:pPr>
              <w:spacing w:line="240" w:lineRule="auto"/>
              <w:jc w:val="center"/>
            </w:pPr>
            <w:r>
              <w:rPr>
                <w:sz w:val="15"/>
              </w:rPr>
              <w:t>0.2726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63A7A7" w14:textId="77777777" w:rsidR="003B3005" w:rsidRDefault="00000000">
            <w:pPr>
              <w:spacing w:line="240" w:lineRule="auto"/>
              <w:jc w:val="center"/>
            </w:pPr>
            <w:r>
              <w:rPr>
                <w:sz w:val="15"/>
              </w:rPr>
              <w:t>0.9258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236F08" w14:textId="77777777" w:rsidR="003B3005" w:rsidRDefault="00000000">
            <w:pPr>
              <w:spacing w:line="240" w:lineRule="auto"/>
              <w:jc w:val="center"/>
            </w:pPr>
            <w:r>
              <w:rPr>
                <w:sz w:val="15"/>
              </w:rPr>
              <w:t>0.1444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677D0B" w14:textId="77777777" w:rsidR="003B3005" w:rsidRDefault="00000000">
            <w:pPr>
              <w:spacing w:line="240" w:lineRule="auto"/>
              <w:jc w:val="center"/>
            </w:pPr>
            <w:r>
              <w:rPr>
                <w:sz w:val="15"/>
              </w:rPr>
              <w:t>Reliable</w:t>
            </w:r>
          </w:p>
        </w:tc>
      </w:tr>
      <w:tr w:rsidR="003B3005" w14:paraId="770E2A3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BB7817" w14:textId="77777777" w:rsidR="003B3005" w:rsidRDefault="00000000">
            <w:pPr>
              <w:spacing w:line="240" w:lineRule="auto"/>
            </w:pPr>
            <w:r>
              <w:rPr>
                <w:sz w:val="15"/>
              </w:rPr>
              <w:t>Non-Hispanic more than one race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FAD19D" w14:textId="77777777" w:rsidR="003B3005" w:rsidRDefault="00000000">
            <w:pPr>
              <w:spacing w:line="240" w:lineRule="auto"/>
              <w:jc w:val="center"/>
            </w:pPr>
            <w:r>
              <w:rPr>
                <w:sz w:val="15"/>
              </w:rPr>
              <w:t>2019</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4843E8" w14:textId="77777777" w:rsidR="003B3005" w:rsidRDefault="00000000">
            <w:pPr>
              <w:spacing w:line="240" w:lineRule="auto"/>
              <w:jc w:val="center"/>
            </w:pPr>
            <w:r>
              <w:rPr>
                <w:sz w:val="15"/>
              </w:rPr>
              <w:t>12</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620D3F" w14:textId="77777777" w:rsidR="003B3005" w:rsidRDefault="00000000">
            <w:pPr>
              <w:spacing w:line="240" w:lineRule="auto"/>
              <w:jc w:val="center"/>
            </w:pPr>
            <w:r>
              <w:rPr>
                <w:sz w:val="15"/>
              </w:rPr>
              <w:t>3092363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A30E4A" w14:textId="77777777" w:rsidR="003B3005" w:rsidRDefault="00000000">
            <w:pPr>
              <w:spacing w:line="240" w:lineRule="auto"/>
              <w:jc w:val="center"/>
            </w:pPr>
            <w:r>
              <w:rPr>
                <w:sz w:val="15"/>
              </w:rPr>
              <w:t>0.4565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681602" w14:textId="77777777" w:rsidR="003B3005" w:rsidRDefault="00000000">
            <w:pPr>
              <w:spacing w:line="240" w:lineRule="auto"/>
              <w:jc w:val="center"/>
            </w:pPr>
            <w:r>
              <w:rPr>
                <w:sz w:val="15"/>
              </w:rPr>
              <w:t>0.2360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211E92" w14:textId="77777777" w:rsidR="003B3005" w:rsidRDefault="00000000">
            <w:pPr>
              <w:spacing w:line="240" w:lineRule="auto"/>
              <w:jc w:val="center"/>
            </w:pPr>
            <w:r>
              <w:rPr>
                <w:sz w:val="15"/>
              </w:rPr>
              <w:t>0.8347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9EAAB2" w14:textId="77777777" w:rsidR="003B3005" w:rsidRDefault="00000000">
            <w:pPr>
              <w:spacing w:line="240" w:lineRule="auto"/>
              <w:jc w:val="center"/>
            </w:pPr>
            <w:r>
              <w:rPr>
                <w:sz w:val="15"/>
              </w:rPr>
              <w:t>0.1316</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073877" w14:textId="77777777" w:rsidR="003B3005" w:rsidRDefault="00000000">
            <w:pPr>
              <w:spacing w:line="240" w:lineRule="auto"/>
              <w:jc w:val="center"/>
            </w:pPr>
            <w:r>
              <w:rPr>
                <w:sz w:val="15"/>
              </w:rPr>
              <w:t>Reliable</w:t>
            </w:r>
          </w:p>
        </w:tc>
      </w:tr>
      <w:tr w:rsidR="003B3005" w14:paraId="4748E9D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76328E" w14:textId="77777777" w:rsidR="003B3005" w:rsidRDefault="00000000">
            <w:pPr>
              <w:spacing w:line="240" w:lineRule="auto"/>
            </w:pPr>
            <w:r>
              <w:rPr>
                <w:sz w:val="15"/>
              </w:rPr>
              <w:t>Non-Hispanic more than one race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7E62CD" w14:textId="77777777" w:rsidR="003B3005" w:rsidRDefault="00000000">
            <w:pPr>
              <w:spacing w:line="240" w:lineRule="auto"/>
              <w:jc w:val="center"/>
            </w:pPr>
            <w:r>
              <w:rPr>
                <w:sz w:val="15"/>
              </w:rPr>
              <w:t>2020</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A13DFE" w14:textId="77777777" w:rsidR="003B3005" w:rsidRDefault="00000000">
            <w:pPr>
              <w:spacing w:line="240" w:lineRule="auto"/>
              <w:jc w:val="center"/>
            </w:pPr>
            <w:r>
              <w:rPr>
                <w:sz w:val="15"/>
              </w:rPr>
              <w:t>38</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D42C37" w14:textId="77777777" w:rsidR="003B3005" w:rsidRDefault="00000000">
            <w:pPr>
              <w:spacing w:line="240" w:lineRule="auto"/>
              <w:jc w:val="center"/>
            </w:pPr>
            <w:r>
              <w:rPr>
                <w:sz w:val="15"/>
              </w:rPr>
              <w:t>3207488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B105E2" w14:textId="77777777" w:rsidR="003B3005" w:rsidRDefault="00000000">
            <w:pPr>
              <w:spacing w:line="240" w:lineRule="auto"/>
              <w:jc w:val="center"/>
            </w:pPr>
            <w:r>
              <w:rPr>
                <w:sz w:val="15"/>
              </w:rPr>
              <w:t>1.3791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3B8904" w14:textId="77777777" w:rsidR="003B3005" w:rsidRDefault="00000000">
            <w:pPr>
              <w:spacing w:line="240" w:lineRule="auto"/>
              <w:jc w:val="center"/>
            </w:pPr>
            <w:r>
              <w:rPr>
                <w:sz w:val="15"/>
              </w:rPr>
              <w:t>0.9639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043718" w14:textId="77777777" w:rsidR="003B3005" w:rsidRDefault="00000000">
            <w:pPr>
              <w:spacing w:line="240" w:lineRule="auto"/>
              <w:jc w:val="center"/>
            </w:pPr>
            <w:r>
              <w:rPr>
                <w:sz w:val="15"/>
              </w:rPr>
              <w:t>1.9372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C268FD" w14:textId="77777777" w:rsidR="003B3005" w:rsidRDefault="00000000">
            <w:pPr>
              <w:spacing w:line="240" w:lineRule="auto"/>
              <w:jc w:val="center"/>
            </w:pPr>
            <w:r>
              <w:rPr>
                <w:sz w:val="15"/>
              </w:rPr>
              <w:t>0.2311</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428083" w14:textId="77777777" w:rsidR="003B3005" w:rsidRDefault="00000000">
            <w:pPr>
              <w:spacing w:line="240" w:lineRule="auto"/>
              <w:jc w:val="center"/>
            </w:pPr>
            <w:r>
              <w:rPr>
                <w:sz w:val="15"/>
              </w:rPr>
              <w:t>Reliable</w:t>
            </w:r>
          </w:p>
        </w:tc>
      </w:tr>
      <w:tr w:rsidR="003B3005" w14:paraId="4F692083"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3EFB06" w14:textId="77777777" w:rsidR="003B3005" w:rsidRDefault="00000000">
            <w:pPr>
              <w:spacing w:line="240" w:lineRule="auto"/>
            </w:pPr>
            <w:r>
              <w:rPr>
                <w:sz w:val="15"/>
              </w:rPr>
              <w:t>Non-Hispanic more than one race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30F7F0" w14:textId="77777777" w:rsidR="003B3005" w:rsidRDefault="00000000">
            <w:pPr>
              <w:spacing w:line="240" w:lineRule="auto"/>
              <w:jc w:val="center"/>
            </w:pPr>
            <w:r>
              <w:rPr>
                <w:sz w:val="15"/>
              </w:rPr>
              <w:t>2021</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A4751A" w14:textId="77777777" w:rsidR="003B3005" w:rsidRDefault="00000000">
            <w:pPr>
              <w:spacing w:line="240" w:lineRule="auto"/>
              <w:jc w:val="center"/>
            </w:pPr>
            <w:r>
              <w:rPr>
                <w:sz w:val="15"/>
              </w:rPr>
              <w:t>46</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2D21CB" w14:textId="77777777" w:rsidR="003B3005" w:rsidRDefault="00000000">
            <w:pPr>
              <w:spacing w:line="240" w:lineRule="auto"/>
              <w:jc w:val="center"/>
            </w:pPr>
            <w:r>
              <w:rPr>
                <w:sz w:val="15"/>
              </w:rPr>
              <w:t>3326172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7616D4" w14:textId="77777777" w:rsidR="003B3005" w:rsidRDefault="00000000">
            <w:pPr>
              <w:spacing w:line="240" w:lineRule="auto"/>
              <w:jc w:val="center"/>
            </w:pPr>
            <w:r>
              <w:rPr>
                <w:sz w:val="15"/>
              </w:rPr>
              <w:t>1.5218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5691B1" w14:textId="77777777" w:rsidR="003B3005" w:rsidRDefault="00000000">
            <w:pPr>
              <w:spacing w:line="240" w:lineRule="auto"/>
              <w:jc w:val="center"/>
            </w:pPr>
            <w:r>
              <w:rPr>
                <w:sz w:val="15"/>
              </w:rPr>
              <w:t>1.1011</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200280" w14:textId="77777777" w:rsidR="003B3005" w:rsidRDefault="00000000">
            <w:pPr>
              <w:spacing w:line="240" w:lineRule="auto"/>
              <w:jc w:val="center"/>
            </w:pPr>
            <w:r>
              <w:rPr>
                <w:sz w:val="15"/>
              </w:rPr>
              <w:t>2.0757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0CC21D" w14:textId="77777777" w:rsidR="003B3005" w:rsidRDefault="00000000">
            <w:pPr>
              <w:spacing w:line="240" w:lineRule="auto"/>
              <w:jc w:val="center"/>
            </w:pPr>
            <w:r>
              <w:rPr>
                <w:sz w:val="15"/>
              </w:rPr>
              <w:t>0.2322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7FB5AA" w14:textId="77777777" w:rsidR="003B3005" w:rsidRDefault="00000000">
            <w:pPr>
              <w:spacing w:line="240" w:lineRule="auto"/>
              <w:jc w:val="center"/>
            </w:pPr>
            <w:r>
              <w:rPr>
                <w:sz w:val="15"/>
              </w:rPr>
              <w:t>Reliable</w:t>
            </w:r>
          </w:p>
        </w:tc>
      </w:tr>
      <w:tr w:rsidR="003B3005" w14:paraId="20064092"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110EB2" w14:textId="77777777" w:rsidR="003B3005" w:rsidRDefault="00000000">
            <w:pPr>
              <w:spacing w:line="240" w:lineRule="auto"/>
            </w:pPr>
            <w:r>
              <w:rPr>
                <w:sz w:val="15"/>
              </w:rPr>
              <w:t>Non-Hispanic more than one race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6D729F" w14:textId="77777777" w:rsidR="003B3005" w:rsidRDefault="00000000">
            <w:pPr>
              <w:spacing w:line="240" w:lineRule="auto"/>
              <w:jc w:val="center"/>
            </w:pPr>
            <w:r>
              <w:rPr>
                <w:sz w:val="15"/>
              </w:rPr>
              <w:t>2022</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D2FAD4" w14:textId="77777777" w:rsidR="003B3005" w:rsidRDefault="00000000">
            <w:pPr>
              <w:spacing w:line="240" w:lineRule="auto"/>
              <w:jc w:val="center"/>
            </w:pPr>
            <w:r>
              <w:rPr>
                <w:sz w:val="15"/>
              </w:rPr>
              <w:t>39</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ED7248" w14:textId="77777777" w:rsidR="003B3005" w:rsidRDefault="00000000">
            <w:pPr>
              <w:spacing w:line="240" w:lineRule="auto"/>
              <w:jc w:val="center"/>
            </w:pPr>
            <w:r>
              <w:rPr>
                <w:sz w:val="15"/>
              </w:rPr>
              <w:t>3454973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45F0C6" w14:textId="77777777" w:rsidR="003B3005" w:rsidRDefault="00000000">
            <w:pPr>
              <w:spacing w:line="240" w:lineRule="auto"/>
              <w:jc w:val="center"/>
            </w:pPr>
            <w:r>
              <w:rPr>
                <w:sz w:val="15"/>
              </w:rPr>
              <w:t>1.3375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32B3BE" w14:textId="77777777" w:rsidR="003B3005" w:rsidRDefault="00000000">
            <w:pPr>
              <w:spacing w:line="240" w:lineRule="auto"/>
              <w:jc w:val="center"/>
            </w:pPr>
            <w:r>
              <w:rPr>
                <w:sz w:val="15"/>
              </w:rPr>
              <w:t>0.9479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267BBB" w14:textId="77777777" w:rsidR="003B3005" w:rsidRDefault="00000000">
            <w:pPr>
              <w:spacing w:line="240" w:lineRule="auto"/>
              <w:jc w:val="center"/>
            </w:pPr>
            <w:r>
              <w:rPr>
                <w:sz w:val="15"/>
              </w:rPr>
              <w:t>1.8515</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658A80" w14:textId="77777777" w:rsidR="003B3005" w:rsidRDefault="00000000">
            <w:pPr>
              <w:spacing w:line="240" w:lineRule="auto"/>
              <w:jc w:val="center"/>
            </w:pPr>
            <w:r>
              <w:rPr>
                <w:sz w:val="15"/>
              </w:rPr>
              <w:t>0.2161</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7F3AFA" w14:textId="77777777" w:rsidR="003B3005" w:rsidRDefault="00000000">
            <w:pPr>
              <w:spacing w:line="240" w:lineRule="auto"/>
              <w:jc w:val="center"/>
            </w:pPr>
            <w:r>
              <w:rPr>
                <w:sz w:val="15"/>
              </w:rPr>
              <w:t>Reliable</w:t>
            </w:r>
          </w:p>
        </w:tc>
      </w:tr>
      <w:tr w:rsidR="003B3005" w14:paraId="45FCFB6F"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E7D9E9" w14:textId="77777777" w:rsidR="003B3005" w:rsidRDefault="00000000">
            <w:pPr>
              <w:spacing w:line="240" w:lineRule="auto"/>
            </w:pPr>
            <w:r>
              <w:rPr>
                <w:sz w:val="15"/>
              </w:rPr>
              <w:t>Non-Hispanic more than one race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9F9451" w14:textId="77777777" w:rsidR="003B3005" w:rsidRDefault="00000000">
            <w:pPr>
              <w:spacing w:line="240" w:lineRule="auto"/>
              <w:jc w:val="center"/>
            </w:pPr>
            <w:r>
              <w:rPr>
                <w:sz w:val="15"/>
              </w:rPr>
              <w:t>2023</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09A4A4" w14:textId="77777777" w:rsidR="003B3005" w:rsidRDefault="00000000">
            <w:pPr>
              <w:spacing w:line="240" w:lineRule="auto"/>
              <w:jc w:val="center"/>
            </w:pPr>
            <w:r>
              <w:rPr>
                <w:sz w:val="15"/>
              </w:rPr>
              <w:t>29</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FE10C8" w14:textId="77777777" w:rsidR="003B3005" w:rsidRDefault="00000000">
            <w:pPr>
              <w:spacing w:line="240" w:lineRule="auto"/>
              <w:jc w:val="center"/>
            </w:pPr>
            <w:r>
              <w:rPr>
                <w:sz w:val="15"/>
              </w:rPr>
              <w:t>3578086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D67D07" w14:textId="77777777" w:rsidR="003B3005" w:rsidRDefault="00000000">
            <w:pPr>
              <w:spacing w:line="240" w:lineRule="auto"/>
              <w:jc w:val="center"/>
            </w:pPr>
            <w:r>
              <w:rPr>
                <w:sz w:val="15"/>
              </w:rPr>
              <w:t>0.9972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877479" w14:textId="77777777" w:rsidR="003B3005" w:rsidRDefault="00000000">
            <w:pPr>
              <w:spacing w:line="240" w:lineRule="auto"/>
              <w:jc w:val="center"/>
            </w:pPr>
            <w:r>
              <w:rPr>
                <w:sz w:val="15"/>
              </w:rPr>
              <w:t>0.6648</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8C1441" w14:textId="77777777" w:rsidR="003B3005" w:rsidRDefault="00000000">
            <w:pPr>
              <w:spacing w:line="240" w:lineRule="auto"/>
              <w:jc w:val="center"/>
            </w:pPr>
            <w:r>
              <w:rPr>
                <w:sz w:val="15"/>
              </w:rPr>
              <w:t>1.4511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F1FAB2" w14:textId="77777777" w:rsidR="003B3005" w:rsidRDefault="00000000">
            <w:pPr>
              <w:spacing w:line="240" w:lineRule="auto"/>
              <w:jc w:val="center"/>
            </w:pPr>
            <w:r>
              <w:rPr>
                <w:sz w:val="15"/>
              </w:rPr>
              <w:t>0.1870</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2B6CE2" w14:textId="77777777" w:rsidR="003B3005" w:rsidRDefault="00000000">
            <w:pPr>
              <w:spacing w:line="240" w:lineRule="auto"/>
              <w:jc w:val="center"/>
            </w:pPr>
            <w:r>
              <w:rPr>
                <w:sz w:val="15"/>
              </w:rPr>
              <w:t>Reliable</w:t>
            </w:r>
          </w:p>
        </w:tc>
      </w:tr>
      <w:tr w:rsidR="003B3005" w14:paraId="637E2334"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46A94B" w14:textId="77777777" w:rsidR="003B3005" w:rsidRDefault="00000000">
            <w:pPr>
              <w:spacing w:line="240" w:lineRule="auto"/>
            </w:pPr>
            <w:r>
              <w:rPr>
                <w:sz w:val="15"/>
              </w:rPr>
              <w:t>Non-Hispanic more than one race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D95F29" w14:textId="77777777" w:rsidR="003B3005" w:rsidRDefault="00000000">
            <w:pPr>
              <w:spacing w:line="240" w:lineRule="auto"/>
              <w:jc w:val="center"/>
            </w:pPr>
            <w:r>
              <w:rPr>
                <w:sz w:val="15"/>
              </w:rPr>
              <w:t>2024</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249B95" w14:textId="77777777" w:rsidR="003B3005" w:rsidRDefault="00000000">
            <w:pPr>
              <w:spacing w:line="240" w:lineRule="auto"/>
              <w:jc w:val="center"/>
            </w:pPr>
            <w:r>
              <w:rPr>
                <w:sz w:val="15"/>
              </w:rPr>
              <w:t>28</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718E5A" w14:textId="77777777" w:rsidR="003B3005" w:rsidRDefault="00000000">
            <w:pPr>
              <w:spacing w:line="240" w:lineRule="auto"/>
              <w:jc w:val="center"/>
            </w:pPr>
            <w:r>
              <w:rPr>
                <w:sz w:val="15"/>
              </w:rPr>
              <w:t>3751198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6EE9D7" w14:textId="77777777" w:rsidR="003B3005" w:rsidRDefault="00000000">
            <w:pPr>
              <w:spacing w:line="240" w:lineRule="auto"/>
              <w:jc w:val="center"/>
            </w:pPr>
            <w:r>
              <w:rPr>
                <w:sz w:val="15"/>
              </w:rPr>
              <w:t>0.8965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0D9A18" w14:textId="77777777" w:rsidR="003B3005" w:rsidRDefault="00000000">
            <w:pPr>
              <w:spacing w:line="240" w:lineRule="auto"/>
              <w:jc w:val="center"/>
            </w:pPr>
            <w:r>
              <w:rPr>
                <w:sz w:val="15"/>
              </w:rPr>
              <w:t>0.5976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DD8560" w14:textId="77777777" w:rsidR="003B3005" w:rsidRDefault="00000000">
            <w:pPr>
              <w:spacing w:line="240" w:lineRule="auto"/>
              <w:jc w:val="center"/>
            </w:pPr>
            <w:r>
              <w:rPr>
                <w:sz w:val="15"/>
              </w:rPr>
              <w:t>1.3064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529AF9" w14:textId="77777777" w:rsidR="003B3005" w:rsidRDefault="00000000">
            <w:pPr>
              <w:spacing w:line="240" w:lineRule="auto"/>
              <w:jc w:val="center"/>
            </w:pPr>
            <w:r>
              <w:rPr>
                <w:sz w:val="15"/>
              </w:rPr>
              <w:t>0.1682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104043" w14:textId="77777777" w:rsidR="003B3005" w:rsidRDefault="00000000">
            <w:pPr>
              <w:spacing w:line="240" w:lineRule="auto"/>
              <w:jc w:val="center"/>
            </w:pPr>
            <w:r>
              <w:rPr>
                <w:sz w:val="15"/>
              </w:rPr>
              <w:t>Reliable</w:t>
            </w:r>
          </w:p>
        </w:tc>
      </w:tr>
      <w:tr w:rsidR="003B3005" w14:paraId="476C46A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196C10" w14:textId="77777777" w:rsidR="003B3005" w:rsidRDefault="00000000">
            <w:pPr>
              <w:spacing w:line="240" w:lineRule="auto"/>
            </w:pPr>
            <w:r>
              <w:rPr>
                <w:sz w:val="15"/>
              </w:rPr>
              <w:t>Hispanic or Latino, any race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538A69" w14:textId="77777777" w:rsidR="003B3005" w:rsidRDefault="00000000">
            <w:pPr>
              <w:spacing w:line="240" w:lineRule="auto"/>
              <w:jc w:val="center"/>
            </w:pPr>
            <w:r>
              <w:rPr>
                <w:sz w:val="15"/>
              </w:rPr>
              <w:t>2018</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F1CDDD" w14:textId="77777777" w:rsidR="003B3005" w:rsidRDefault="00000000">
            <w:pPr>
              <w:spacing w:line="240" w:lineRule="auto"/>
              <w:jc w:val="center"/>
            </w:pPr>
            <w:r>
              <w:rPr>
                <w:sz w:val="15"/>
              </w:rPr>
              <w:t>256</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736A75" w14:textId="77777777" w:rsidR="003B3005" w:rsidRDefault="00000000">
            <w:pPr>
              <w:spacing w:line="240" w:lineRule="auto"/>
              <w:jc w:val="center"/>
            </w:pPr>
            <w:r>
              <w:rPr>
                <w:sz w:val="15"/>
              </w:rPr>
              <w:t>34350362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C7D5CF" w14:textId="77777777" w:rsidR="003B3005" w:rsidRDefault="00000000">
            <w:pPr>
              <w:spacing w:line="240" w:lineRule="auto"/>
              <w:jc w:val="center"/>
            </w:pPr>
            <w:r>
              <w:rPr>
                <w:sz w:val="15"/>
              </w:rPr>
              <w:t>0.8763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622EBC" w14:textId="77777777" w:rsidR="003B3005" w:rsidRDefault="00000000">
            <w:pPr>
              <w:spacing w:line="240" w:lineRule="auto"/>
              <w:jc w:val="center"/>
            </w:pPr>
            <w:r>
              <w:rPr>
                <w:sz w:val="15"/>
              </w:rPr>
              <w:t>0.7693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A78F2F" w14:textId="77777777" w:rsidR="003B3005" w:rsidRDefault="00000000">
            <w:pPr>
              <w:spacing w:line="240" w:lineRule="auto"/>
              <w:jc w:val="center"/>
            </w:pPr>
            <w:r>
              <w:rPr>
                <w:sz w:val="15"/>
              </w:rPr>
              <w:t>0.9963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2CA9FB" w14:textId="77777777" w:rsidR="003B3005" w:rsidRDefault="00000000">
            <w:pPr>
              <w:spacing w:line="240" w:lineRule="auto"/>
              <w:jc w:val="center"/>
            </w:pPr>
            <w:r>
              <w:rPr>
                <w:sz w:val="15"/>
              </w:rPr>
              <w:t>0.0563</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481ECF5" w14:textId="77777777" w:rsidR="003B3005" w:rsidRDefault="00000000">
            <w:pPr>
              <w:spacing w:line="240" w:lineRule="auto"/>
              <w:jc w:val="center"/>
            </w:pPr>
            <w:r>
              <w:rPr>
                <w:sz w:val="15"/>
              </w:rPr>
              <w:t>Reliable</w:t>
            </w:r>
          </w:p>
        </w:tc>
      </w:tr>
      <w:tr w:rsidR="003B3005" w14:paraId="4799FBE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DE36E0" w14:textId="77777777" w:rsidR="003B3005" w:rsidRDefault="00000000">
            <w:pPr>
              <w:spacing w:line="240" w:lineRule="auto"/>
            </w:pPr>
            <w:r>
              <w:rPr>
                <w:sz w:val="15"/>
              </w:rPr>
              <w:t>Hispanic or Latino, any race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EC058B" w14:textId="77777777" w:rsidR="003B3005" w:rsidRDefault="00000000">
            <w:pPr>
              <w:spacing w:line="240" w:lineRule="auto"/>
              <w:jc w:val="center"/>
            </w:pPr>
            <w:r>
              <w:rPr>
                <w:sz w:val="15"/>
              </w:rPr>
              <w:t>2019</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9D7AFD" w14:textId="77777777" w:rsidR="003B3005" w:rsidRDefault="00000000">
            <w:pPr>
              <w:spacing w:line="240" w:lineRule="auto"/>
              <w:jc w:val="center"/>
            </w:pPr>
            <w:r>
              <w:rPr>
                <w:sz w:val="15"/>
              </w:rPr>
              <w:t>248</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841F6B" w14:textId="77777777" w:rsidR="003B3005" w:rsidRDefault="00000000">
            <w:pPr>
              <w:spacing w:line="240" w:lineRule="auto"/>
              <w:jc w:val="center"/>
            </w:pPr>
            <w:r>
              <w:rPr>
                <w:sz w:val="15"/>
              </w:rPr>
              <w:t>35025850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B607BE" w14:textId="77777777" w:rsidR="003B3005" w:rsidRDefault="00000000">
            <w:pPr>
              <w:spacing w:line="240" w:lineRule="auto"/>
              <w:jc w:val="center"/>
            </w:pPr>
            <w:r>
              <w:rPr>
                <w:sz w:val="15"/>
              </w:rPr>
              <w:t>0.8235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53BC85" w14:textId="77777777" w:rsidR="003B3005" w:rsidRDefault="00000000">
            <w:pPr>
              <w:spacing w:line="240" w:lineRule="auto"/>
              <w:jc w:val="center"/>
            </w:pPr>
            <w:r>
              <w:rPr>
                <w:sz w:val="15"/>
              </w:rPr>
              <w:t>0.7206</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741282" w14:textId="77777777" w:rsidR="003B3005" w:rsidRDefault="00000000">
            <w:pPr>
              <w:spacing w:line="240" w:lineRule="auto"/>
              <w:jc w:val="center"/>
            </w:pPr>
            <w:r>
              <w:rPr>
                <w:sz w:val="15"/>
              </w:rPr>
              <w:t>0.9391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F6D70D" w14:textId="77777777" w:rsidR="003B3005" w:rsidRDefault="00000000">
            <w:pPr>
              <w:spacing w:line="240" w:lineRule="auto"/>
              <w:jc w:val="center"/>
            </w:pPr>
            <w:r>
              <w:rPr>
                <w:sz w:val="15"/>
              </w:rPr>
              <w:t>0.0543</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A4CEB0" w14:textId="77777777" w:rsidR="003B3005" w:rsidRDefault="00000000">
            <w:pPr>
              <w:spacing w:line="240" w:lineRule="auto"/>
              <w:jc w:val="center"/>
            </w:pPr>
            <w:r>
              <w:rPr>
                <w:sz w:val="15"/>
              </w:rPr>
              <w:t>Reliable</w:t>
            </w:r>
          </w:p>
        </w:tc>
      </w:tr>
      <w:tr w:rsidR="003B3005" w14:paraId="02CE85D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62593C" w14:textId="77777777" w:rsidR="003B3005" w:rsidRDefault="00000000">
            <w:pPr>
              <w:spacing w:line="240" w:lineRule="auto"/>
            </w:pPr>
            <w:r>
              <w:rPr>
                <w:sz w:val="15"/>
              </w:rPr>
              <w:t>Hispanic or Latino, any race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063E18" w14:textId="77777777" w:rsidR="003B3005" w:rsidRDefault="00000000">
            <w:pPr>
              <w:spacing w:line="240" w:lineRule="auto"/>
              <w:jc w:val="center"/>
            </w:pPr>
            <w:r>
              <w:rPr>
                <w:sz w:val="15"/>
              </w:rPr>
              <w:t>2020</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88FCC2" w14:textId="77777777" w:rsidR="003B3005" w:rsidRDefault="00000000">
            <w:pPr>
              <w:spacing w:line="240" w:lineRule="auto"/>
              <w:jc w:val="center"/>
            </w:pPr>
            <w:r>
              <w:rPr>
                <w:sz w:val="15"/>
              </w:rPr>
              <w:t>891</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555061" w14:textId="77777777" w:rsidR="003B3005" w:rsidRDefault="00000000">
            <w:pPr>
              <w:spacing w:line="240" w:lineRule="auto"/>
              <w:jc w:val="center"/>
            </w:pPr>
            <w:r>
              <w:rPr>
                <w:sz w:val="15"/>
              </w:rPr>
              <w:t>35758193</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F97208" w14:textId="77777777" w:rsidR="003B3005" w:rsidRDefault="00000000">
            <w:pPr>
              <w:spacing w:line="240" w:lineRule="auto"/>
              <w:jc w:val="center"/>
            </w:pPr>
            <w:r>
              <w:rPr>
                <w:sz w:val="15"/>
              </w:rPr>
              <w:t>2.7409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9859C0" w14:textId="77777777" w:rsidR="003B3005" w:rsidRDefault="00000000">
            <w:pPr>
              <w:spacing w:line="240" w:lineRule="auto"/>
              <w:jc w:val="center"/>
            </w:pPr>
            <w:r>
              <w:rPr>
                <w:sz w:val="15"/>
              </w:rPr>
              <w:t>2.5584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B7E11B" w14:textId="77777777" w:rsidR="003B3005" w:rsidRDefault="00000000">
            <w:pPr>
              <w:spacing w:line="240" w:lineRule="auto"/>
              <w:jc w:val="center"/>
            </w:pPr>
            <w:r>
              <w:rPr>
                <w:sz w:val="15"/>
              </w:rPr>
              <w:t>2.9350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43B827" w14:textId="77777777" w:rsidR="003B3005" w:rsidRDefault="00000000">
            <w:pPr>
              <w:spacing w:line="240" w:lineRule="auto"/>
              <w:jc w:val="center"/>
            </w:pPr>
            <w:r>
              <w:rPr>
                <w:sz w:val="15"/>
              </w:rPr>
              <w:t>0.0947</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FC86DC" w14:textId="77777777" w:rsidR="003B3005" w:rsidRDefault="00000000">
            <w:pPr>
              <w:spacing w:line="240" w:lineRule="auto"/>
              <w:jc w:val="center"/>
            </w:pPr>
            <w:r>
              <w:rPr>
                <w:sz w:val="15"/>
              </w:rPr>
              <w:t>Reliable</w:t>
            </w:r>
          </w:p>
        </w:tc>
      </w:tr>
      <w:tr w:rsidR="003B3005" w14:paraId="326F53B5"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F10309" w14:textId="77777777" w:rsidR="003B3005" w:rsidRDefault="00000000">
            <w:pPr>
              <w:spacing w:line="240" w:lineRule="auto"/>
            </w:pPr>
            <w:r>
              <w:rPr>
                <w:sz w:val="15"/>
              </w:rPr>
              <w:t>Hispanic or Latino, any race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0E5521" w14:textId="77777777" w:rsidR="003B3005" w:rsidRDefault="00000000">
            <w:pPr>
              <w:spacing w:line="240" w:lineRule="auto"/>
              <w:jc w:val="center"/>
            </w:pPr>
            <w:r>
              <w:rPr>
                <w:sz w:val="15"/>
              </w:rPr>
              <w:t>2021</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E489D6" w14:textId="77777777" w:rsidR="003B3005" w:rsidRDefault="00000000">
            <w:pPr>
              <w:spacing w:line="240" w:lineRule="auto"/>
              <w:jc w:val="center"/>
            </w:pPr>
            <w:r>
              <w:rPr>
                <w:sz w:val="15"/>
              </w:rPr>
              <w:t>1158</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88AF15" w14:textId="77777777" w:rsidR="003B3005" w:rsidRDefault="00000000">
            <w:pPr>
              <w:spacing w:line="240" w:lineRule="auto"/>
              <w:jc w:val="center"/>
            </w:pPr>
            <w:r>
              <w:rPr>
                <w:sz w:val="15"/>
              </w:rPr>
              <w:t>36687942</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B19864" w14:textId="77777777" w:rsidR="003B3005" w:rsidRDefault="00000000">
            <w:pPr>
              <w:spacing w:line="240" w:lineRule="auto"/>
              <w:jc w:val="center"/>
            </w:pPr>
            <w:r>
              <w:rPr>
                <w:sz w:val="15"/>
              </w:rPr>
              <w:t>3.3822</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2FED0C" w14:textId="77777777" w:rsidR="003B3005" w:rsidRDefault="00000000">
            <w:pPr>
              <w:spacing w:line="240" w:lineRule="auto"/>
              <w:jc w:val="center"/>
            </w:pPr>
            <w:r>
              <w:rPr>
                <w:sz w:val="15"/>
              </w:rPr>
              <w:t>3.1839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A5D275" w14:textId="77777777" w:rsidR="003B3005" w:rsidRDefault="00000000">
            <w:pPr>
              <w:spacing w:line="240" w:lineRule="auto"/>
              <w:jc w:val="center"/>
            </w:pPr>
            <w:r>
              <w:rPr>
                <w:sz w:val="15"/>
              </w:rPr>
              <w:t>3.5918</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8797F6" w14:textId="77777777" w:rsidR="003B3005" w:rsidRDefault="00000000">
            <w:pPr>
              <w:spacing w:line="240" w:lineRule="auto"/>
              <w:jc w:val="center"/>
            </w:pPr>
            <w:r>
              <w:rPr>
                <w:sz w:val="15"/>
              </w:rPr>
              <w:t>0.1027</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5DDA0D1" w14:textId="77777777" w:rsidR="003B3005" w:rsidRDefault="00000000">
            <w:pPr>
              <w:spacing w:line="240" w:lineRule="auto"/>
              <w:jc w:val="center"/>
            </w:pPr>
            <w:r>
              <w:rPr>
                <w:sz w:val="15"/>
              </w:rPr>
              <w:t>Reliable</w:t>
            </w:r>
          </w:p>
        </w:tc>
      </w:tr>
      <w:tr w:rsidR="003B3005" w14:paraId="4FE6F1E0"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EB222A" w14:textId="77777777" w:rsidR="003B3005" w:rsidRDefault="00000000">
            <w:pPr>
              <w:spacing w:line="240" w:lineRule="auto"/>
            </w:pPr>
            <w:r>
              <w:rPr>
                <w:sz w:val="15"/>
              </w:rPr>
              <w:t>Hispanic or Latino, any race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8A962D" w14:textId="77777777" w:rsidR="003B3005" w:rsidRDefault="00000000">
            <w:pPr>
              <w:spacing w:line="240" w:lineRule="auto"/>
              <w:jc w:val="center"/>
            </w:pPr>
            <w:r>
              <w:rPr>
                <w:sz w:val="15"/>
              </w:rPr>
              <w:t>2022</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B00BFF" w14:textId="77777777" w:rsidR="003B3005" w:rsidRDefault="00000000">
            <w:pPr>
              <w:spacing w:line="240" w:lineRule="auto"/>
              <w:jc w:val="center"/>
            </w:pPr>
            <w:r>
              <w:rPr>
                <w:sz w:val="15"/>
              </w:rPr>
              <w:t>613</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C912B3" w14:textId="77777777" w:rsidR="003B3005" w:rsidRDefault="00000000">
            <w:pPr>
              <w:spacing w:line="240" w:lineRule="auto"/>
              <w:jc w:val="center"/>
            </w:pPr>
            <w:r>
              <w:rPr>
                <w:sz w:val="15"/>
              </w:rPr>
              <w:t>37391420</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DF276E" w14:textId="77777777" w:rsidR="003B3005" w:rsidRDefault="00000000">
            <w:pPr>
              <w:spacing w:line="240" w:lineRule="auto"/>
              <w:jc w:val="center"/>
            </w:pPr>
            <w:r>
              <w:rPr>
                <w:sz w:val="15"/>
              </w:rPr>
              <w:t>1.8223</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F88EF7" w14:textId="77777777" w:rsidR="003B3005" w:rsidRDefault="00000000">
            <w:pPr>
              <w:spacing w:line="240" w:lineRule="auto"/>
              <w:jc w:val="center"/>
            </w:pPr>
            <w:r>
              <w:rPr>
                <w:sz w:val="15"/>
              </w:rPr>
              <w:t>1.6779</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9151B4" w14:textId="77777777" w:rsidR="003B3005" w:rsidRDefault="00000000">
            <w:pPr>
              <w:spacing w:line="240" w:lineRule="auto"/>
              <w:jc w:val="center"/>
            </w:pPr>
            <w:r>
              <w:rPr>
                <w:sz w:val="15"/>
              </w:rPr>
              <w:t>1.9776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F8342A" w14:textId="77777777" w:rsidR="003B3005" w:rsidRDefault="00000000">
            <w:pPr>
              <w:spacing w:line="240" w:lineRule="auto"/>
              <w:jc w:val="center"/>
            </w:pPr>
            <w:r>
              <w:rPr>
                <w:sz w:val="15"/>
              </w:rPr>
              <w:t>0.0752</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F61DED" w14:textId="77777777" w:rsidR="003B3005" w:rsidRDefault="00000000">
            <w:pPr>
              <w:spacing w:line="240" w:lineRule="auto"/>
              <w:jc w:val="center"/>
            </w:pPr>
            <w:r>
              <w:rPr>
                <w:sz w:val="15"/>
              </w:rPr>
              <w:t>Reliable</w:t>
            </w:r>
          </w:p>
        </w:tc>
      </w:tr>
      <w:tr w:rsidR="003B3005" w14:paraId="784722CC"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9DA040D" w14:textId="77777777" w:rsidR="003B3005" w:rsidRDefault="00000000">
            <w:pPr>
              <w:spacing w:line="240" w:lineRule="auto"/>
            </w:pPr>
            <w:r>
              <w:rPr>
                <w:sz w:val="15"/>
              </w:rPr>
              <w:lastRenderedPageBreak/>
              <w:t>Hispanic or Latino, any race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DA5337" w14:textId="77777777" w:rsidR="003B3005" w:rsidRDefault="00000000">
            <w:pPr>
              <w:spacing w:line="240" w:lineRule="auto"/>
              <w:jc w:val="center"/>
            </w:pPr>
            <w:r>
              <w:rPr>
                <w:sz w:val="15"/>
              </w:rPr>
              <w:t>2023</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B765C9" w14:textId="77777777" w:rsidR="003B3005" w:rsidRDefault="00000000">
            <w:pPr>
              <w:spacing w:line="240" w:lineRule="auto"/>
              <w:jc w:val="center"/>
            </w:pPr>
            <w:r>
              <w:rPr>
                <w:sz w:val="15"/>
              </w:rPr>
              <w:t>467</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C88CC9" w14:textId="77777777" w:rsidR="003B3005" w:rsidRDefault="00000000">
            <w:pPr>
              <w:spacing w:line="240" w:lineRule="auto"/>
              <w:jc w:val="center"/>
            </w:pPr>
            <w:r>
              <w:rPr>
                <w:sz w:val="15"/>
              </w:rPr>
              <w:t>38599156</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CDE0C6" w14:textId="77777777" w:rsidR="003B3005" w:rsidRDefault="00000000">
            <w:pPr>
              <w:spacing w:line="240" w:lineRule="auto"/>
              <w:jc w:val="center"/>
            </w:pPr>
            <w:r>
              <w:rPr>
                <w:sz w:val="15"/>
              </w:rPr>
              <w:t>1.3620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34D908" w14:textId="77777777" w:rsidR="003B3005" w:rsidRDefault="00000000">
            <w:pPr>
              <w:spacing w:line="240" w:lineRule="auto"/>
              <w:jc w:val="center"/>
            </w:pPr>
            <w:r>
              <w:rPr>
                <w:sz w:val="15"/>
              </w:rPr>
              <w:t>1.2380</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76DE39" w14:textId="77777777" w:rsidR="003B3005" w:rsidRDefault="00000000">
            <w:pPr>
              <w:spacing w:line="240" w:lineRule="auto"/>
              <w:jc w:val="center"/>
            </w:pPr>
            <w:r>
              <w:rPr>
                <w:sz w:val="15"/>
              </w:rPr>
              <w:t>1.4967</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381424" w14:textId="77777777" w:rsidR="003B3005" w:rsidRDefault="00000000">
            <w:pPr>
              <w:spacing w:line="240" w:lineRule="auto"/>
              <w:jc w:val="center"/>
            </w:pPr>
            <w:r>
              <w:rPr>
                <w:sz w:val="15"/>
              </w:rPr>
              <w:t>0.0648</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695DFB" w14:textId="77777777" w:rsidR="003B3005" w:rsidRDefault="00000000">
            <w:pPr>
              <w:spacing w:line="240" w:lineRule="auto"/>
              <w:jc w:val="center"/>
            </w:pPr>
            <w:r>
              <w:rPr>
                <w:sz w:val="15"/>
              </w:rPr>
              <w:t>Reliable</w:t>
            </w:r>
          </w:p>
        </w:tc>
      </w:tr>
      <w:tr w:rsidR="003B3005" w14:paraId="68F8A6E6" w14:textId="77777777">
        <w:trPr>
          <w:cantSplit/>
          <w:jc w:val="center"/>
        </w:trPr>
        <w:tc>
          <w:tcPr>
            <w:tcW w:w="151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0EEA4A" w14:textId="77777777" w:rsidR="003B3005" w:rsidRDefault="00000000">
            <w:pPr>
              <w:spacing w:line="240" w:lineRule="auto"/>
            </w:pPr>
            <w:r>
              <w:rPr>
                <w:sz w:val="15"/>
              </w:rPr>
              <w:t>Hispanic or Latino, any race</w:t>
            </w:r>
          </w:p>
        </w:tc>
        <w:tc>
          <w:tcPr>
            <w:tcW w:w="74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3EEE3A" w14:textId="77777777" w:rsidR="003B3005" w:rsidRDefault="00000000">
            <w:pPr>
              <w:spacing w:line="240" w:lineRule="auto"/>
              <w:jc w:val="center"/>
            </w:pPr>
            <w:r>
              <w:rPr>
                <w:sz w:val="15"/>
              </w:rPr>
              <w:t>2024</w:t>
            </w:r>
          </w:p>
        </w:tc>
        <w:tc>
          <w:tcPr>
            <w:tcW w:w="83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45FCA3" w14:textId="77777777" w:rsidR="003B3005" w:rsidRDefault="00000000">
            <w:pPr>
              <w:spacing w:line="240" w:lineRule="auto"/>
              <w:jc w:val="center"/>
            </w:pPr>
            <w:r>
              <w:rPr>
                <w:sz w:val="15"/>
              </w:rPr>
              <w:t>402</w:t>
            </w:r>
          </w:p>
        </w:tc>
        <w:tc>
          <w:tcPr>
            <w:tcW w:w="13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F9E3AF" w14:textId="77777777" w:rsidR="003B3005" w:rsidRDefault="00000000">
            <w:pPr>
              <w:spacing w:line="240" w:lineRule="auto"/>
              <w:jc w:val="center"/>
            </w:pPr>
            <w:r>
              <w:rPr>
                <w:sz w:val="15"/>
              </w:rPr>
              <w:t>40491544</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A0B50C" w14:textId="77777777" w:rsidR="003B3005" w:rsidRDefault="00000000">
            <w:pPr>
              <w:spacing w:line="240" w:lineRule="auto"/>
              <w:jc w:val="center"/>
            </w:pPr>
            <w:r>
              <w:rPr>
                <w:sz w:val="15"/>
              </w:rPr>
              <w:t>1.1174</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4E6C98" w14:textId="77777777" w:rsidR="003B3005" w:rsidRDefault="00000000">
            <w:pPr>
              <w:spacing w:line="240" w:lineRule="auto"/>
              <w:jc w:val="center"/>
            </w:pPr>
            <w:r>
              <w:rPr>
                <w:sz w:val="15"/>
              </w:rPr>
              <w:t>1.0095</w:t>
            </w:r>
          </w:p>
        </w:tc>
        <w:tc>
          <w:tcPr>
            <w:tcW w:w="103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A8D7E3" w14:textId="77777777" w:rsidR="003B3005" w:rsidRDefault="00000000">
            <w:pPr>
              <w:spacing w:line="240" w:lineRule="auto"/>
              <w:jc w:val="center"/>
            </w:pPr>
            <w:r>
              <w:rPr>
                <w:sz w:val="15"/>
              </w:rPr>
              <w:t>1.2351</w:t>
            </w:r>
          </w:p>
        </w:tc>
        <w:tc>
          <w:tcPr>
            <w:tcW w:w="8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F6F030C" w14:textId="77777777" w:rsidR="003B3005" w:rsidRDefault="00000000">
            <w:pPr>
              <w:spacing w:line="240" w:lineRule="auto"/>
              <w:jc w:val="center"/>
            </w:pPr>
            <w:r>
              <w:rPr>
                <w:sz w:val="15"/>
              </w:rPr>
              <w:t>0.0564</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D4A632" w14:textId="77777777" w:rsidR="003B3005" w:rsidRDefault="00000000">
            <w:pPr>
              <w:spacing w:line="240" w:lineRule="auto"/>
              <w:jc w:val="center"/>
            </w:pPr>
            <w:r>
              <w:rPr>
                <w:sz w:val="15"/>
              </w:rPr>
              <w:t>Reliable</w:t>
            </w:r>
          </w:p>
        </w:tc>
      </w:tr>
    </w:tbl>
    <w:p w14:paraId="2627C47C" w14:textId="77777777" w:rsidR="003B3005" w:rsidRDefault="00000000">
      <w:pPr>
        <w:spacing w:line="240" w:lineRule="auto"/>
      </w:pPr>
      <w:r>
        <w:rPr>
          <w:i/>
          <w:sz w:val="16"/>
        </w:rPr>
        <w:t>Note: The seven contemporary groups are mutually exclusive: six non-Hispanic race groups plus Hispanic or Latino persons of any race.</w:t>
      </w:r>
    </w:p>
    <w:p w14:paraId="5EA99758" w14:textId="77777777" w:rsidR="003B3005" w:rsidRDefault="00000000">
      <w:pPr>
        <w:pStyle w:val="Heading2"/>
        <w:spacing w:before="0" w:line="240" w:lineRule="auto"/>
      </w:pPr>
      <w:r>
        <w:rPr>
          <w:rFonts w:ascii="Times New Roman" w:eastAsia="Times New Roman" w:hAnsi="Times New Roman"/>
          <w:sz w:val="24"/>
        </w:rPr>
        <w:t>Supplementary Table S19. Pooled contemporary race/ethnicity disparities, 2021-2024</w:t>
      </w:r>
    </w:p>
    <w:tbl>
      <w:tblPr>
        <w:tblW w:w="5000" w:type="pct"/>
        <w:jc w:val="center"/>
        <w:tblLayout w:type="fixed"/>
        <w:tblLook w:val="04A0" w:firstRow="1" w:lastRow="0" w:firstColumn="1" w:lastColumn="0" w:noHBand="0" w:noVBand="1"/>
      </w:tblPr>
      <w:tblGrid>
        <w:gridCol w:w="1227"/>
        <w:gridCol w:w="1298"/>
        <w:gridCol w:w="1803"/>
        <w:gridCol w:w="1226"/>
        <w:gridCol w:w="2525"/>
        <w:gridCol w:w="1371"/>
      </w:tblGrid>
      <w:tr w:rsidR="003B3005" w14:paraId="1C3090DF" w14:textId="77777777">
        <w:trPr>
          <w:cantSplit/>
          <w:tblHeader/>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20040E" w14:textId="77777777" w:rsidR="003B3005" w:rsidRDefault="00000000">
            <w:pPr>
              <w:spacing w:line="240" w:lineRule="auto"/>
            </w:pPr>
            <w:r>
              <w:rPr>
                <w:b/>
                <w:sz w:val="15"/>
              </w:rPr>
              <w:t>Mutually exclusive group</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4854F2" w14:textId="77777777" w:rsidR="003B3005" w:rsidRDefault="00000000">
            <w:pPr>
              <w:spacing w:line="240" w:lineRule="auto"/>
              <w:jc w:val="center"/>
            </w:pPr>
            <w:r>
              <w:rPr>
                <w:b/>
                <w:sz w:val="15"/>
              </w:rPr>
              <w:t>Deaths</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EF82CF" w14:textId="77777777" w:rsidR="003B3005" w:rsidRDefault="00000000">
            <w:pPr>
              <w:spacing w:line="240" w:lineRule="auto"/>
              <w:jc w:val="center"/>
            </w:pPr>
            <w:r>
              <w:rPr>
                <w:b/>
                <w:sz w:val="15"/>
              </w:rPr>
              <w:t>Population</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7A1032" w14:textId="77777777" w:rsidR="003B3005" w:rsidRDefault="00000000">
            <w:pPr>
              <w:spacing w:line="240" w:lineRule="auto"/>
              <w:jc w:val="center"/>
            </w:pPr>
            <w:r>
              <w:rPr>
                <w:b/>
                <w:sz w:val="15"/>
              </w:rPr>
              <w:t>Pooled AAMR (95% CI)</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CC3590" w14:textId="77777777" w:rsidR="003B3005" w:rsidRDefault="00000000">
            <w:pPr>
              <w:spacing w:line="240" w:lineRule="auto"/>
              <w:jc w:val="center"/>
            </w:pPr>
            <w:r>
              <w:rPr>
                <w:b/>
                <w:sz w:val="15"/>
              </w:rPr>
              <w:t>Difference vs NH White (95% CI)</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2FC8A1" w14:textId="77777777" w:rsidR="003B3005" w:rsidRDefault="00000000">
            <w:pPr>
              <w:spacing w:line="240" w:lineRule="auto"/>
              <w:jc w:val="center"/>
            </w:pPr>
            <w:r>
              <w:rPr>
                <w:b/>
                <w:sz w:val="15"/>
              </w:rPr>
              <w:t>Ratio vs NH White (95% CI)</w:t>
            </w:r>
          </w:p>
        </w:tc>
      </w:tr>
      <w:tr w:rsidR="003B3005" w14:paraId="78C112C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328053" w14:textId="77777777" w:rsidR="003B3005" w:rsidRDefault="00000000">
            <w:pPr>
              <w:spacing w:line="240" w:lineRule="auto"/>
            </w:pPr>
            <w:r>
              <w:rPr>
                <w:sz w:val="15"/>
              </w:rPr>
              <w:t>Non-Hispanic American Indian or Alaska Native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71A44D" w14:textId="77777777" w:rsidR="003B3005" w:rsidRDefault="00000000">
            <w:pPr>
              <w:spacing w:line="240" w:lineRule="auto"/>
              <w:jc w:val="center"/>
            </w:pPr>
            <w:r>
              <w:rPr>
                <w:sz w:val="15"/>
              </w:rPr>
              <w:t>350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B90800" w14:textId="77777777" w:rsidR="003B3005" w:rsidRDefault="00000000">
            <w:pPr>
              <w:spacing w:line="240" w:lineRule="auto"/>
              <w:jc w:val="center"/>
            </w:pPr>
            <w:r>
              <w:rPr>
                <w:sz w:val="15"/>
              </w:rPr>
              <w:t>6475949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749C4E" w14:textId="77777777" w:rsidR="003B3005" w:rsidRDefault="00000000">
            <w:pPr>
              <w:spacing w:line="240" w:lineRule="auto"/>
              <w:jc w:val="center"/>
            </w:pPr>
            <w:r>
              <w:rPr>
                <w:sz w:val="15"/>
              </w:rPr>
              <w:t>5.2043 (4.6585-5.8009)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9D0791" w14:textId="77777777" w:rsidR="003B3005" w:rsidRDefault="00000000">
            <w:pPr>
              <w:spacing w:line="240" w:lineRule="auto"/>
              <w:jc w:val="center"/>
            </w:pPr>
            <w:r>
              <w:rPr>
                <w:sz w:val="15"/>
              </w:rPr>
              <w:t>3.21 (2.64 to 3.77)</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383E76" w14:textId="77777777" w:rsidR="003B3005" w:rsidRDefault="00000000">
            <w:pPr>
              <w:spacing w:line="240" w:lineRule="auto"/>
              <w:jc w:val="center"/>
            </w:pPr>
            <w:r>
              <w:rPr>
                <w:sz w:val="15"/>
              </w:rPr>
              <w:t>2.60 (2.33 to 2.90)</w:t>
            </w:r>
          </w:p>
        </w:tc>
      </w:tr>
      <w:tr w:rsidR="003B3005" w14:paraId="021EB71B"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F94072" w14:textId="77777777" w:rsidR="003B3005" w:rsidRDefault="00000000">
            <w:pPr>
              <w:spacing w:line="240" w:lineRule="auto"/>
            </w:pPr>
            <w:r>
              <w:rPr>
                <w:sz w:val="15"/>
              </w:rPr>
              <w:t>Non-Hispanic Asian</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2A1015" w14:textId="77777777" w:rsidR="003B3005" w:rsidRDefault="00000000">
            <w:pPr>
              <w:spacing w:line="240" w:lineRule="auto"/>
              <w:jc w:val="center"/>
            </w:pPr>
            <w:r>
              <w:rPr>
                <w:sz w:val="15"/>
              </w:rPr>
              <w:t>156</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B7D815" w14:textId="77777777" w:rsidR="003B3005" w:rsidRDefault="00000000">
            <w:pPr>
              <w:spacing w:line="240" w:lineRule="auto"/>
              <w:jc w:val="center"/>
            </w:pPr>
            <w:r>
              <w:rPr>
                <w:sz w:val="15"/>
              </w:rPr>
              <w:t>59166009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E99164" w14:textId="77777777" w:rsidR="003B3005" w:rsidRDefault="00000000">
            <w:pPr>
              <w:spacing w:line="240" w:lineRule="auto"/>
              <w:jc w:val="center"/>
            </w:pPr>
            <w:r>
              <w:rPr>
                <w:sz w:val="15"/>
              </w:rPr>
              <w:t>0.2488 (0.2094-0.2938)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7B9B85" w14:textId="77777777" w:rsidR="003B3005" w:rsidRDefault="00000000">
            <w:pPr>
              <w:spacing w:line="240" w:lineRule="auto"/>
              <w:jc w:val="center"/>
            </w:pPr>
            <w:r>
              <w:rPr>
                <w:sz w:val="15"/>
              </w:rPr>
              <w:t>-1.75 (-1.80 to -1.70)</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0A1044" w14:textId="77777777" w:rsidR="003B3005" w:rsidRDefault="00000000">
            <w:pPr>
              <w:spacing w:line="240" w:lineRule="auto"/>
              <w:jc w:val="center"/>
            </w:pPr>
            <w:r>
              <w:rPr>
                <w:sz w:val="15"/>
              </w:rPr>
              <w:t>0.12 (0.11 to 0.15)</w:t>
            </w:r>
          </w:p>
        </w:tc>
      </w:tr>
      <w:tr w:rsidR="003B3005" w14:paraId="50B3EE18"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633556" w14:textId="77777777" w:rsidR="003B3005" w:rsidRDefault="00000000">
            <w:pPr>
              <w:spacing w:line="240" w:lineRule="auto"/>
            </w:pPr>
            <w:r>
              <w:rPr>
                <w:sz w:val="15"/>
              </w:rPr>
              <w:t>Non-Hispanic Black or African American</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021CBB" w14:textId="77777777" w:rsidR="003B3005" w:rsidRDefault="00000000">
            <w:pPr>
              <w:spacing w:line="240" w:lineRule="auto"/>
              <w:jc w:val="center"/>
            </w:pPr>
            <w:r>
              <w:rPr>
                <w:sz w:val="15"/>
              </w:rPr>
              <w:t>3287</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814FF57" w14:textId="77777777" w:rsidR="003B3005" w:rsidRDefault="00000000">
            <w:pPr>
              <w:spacing w:line="240" w:lineRule="auto"/>
              <w:jc w:val="center"/>
            </w:pPr>
            <w:r>
              <w:rPr>
                <w:sz w:val="15"/>
              </w:rPr>
              <w:t>111856101</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945212" w14:textId="77777777" w:rsidR="003B3005" w:rsidRDefault="00000000">
            <w:pPr>
              <w:spacing w:line="240" w:lineRule="auto"/>
              <w:jc w:val="center"/>
            </w:pPr>
            <w:r>
              <w:rPr>
                <w:sz w:val="15"/>
              </w:rPr>
              <w:t>2.8802 (2.7804-2.9830)</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1D4F7C" w14:textId="77777777" w:rsidR="003B3005" w:rsidRDefault="00000000">
            <w:pPr>
              <w:spacing w:line="240" w:lineRule="auto"/>
              <w:jc w:val="center"/>
            </w:pPr>
            <w:r>
              <w:rPr>
                <w:sz w:val="15"/>
              </w:rPr>
              <w:t>0.88 (0.77 to 0.99)</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7F24CF" w14:textId="77777777" w:rsidR="003B3005" w:rsidRDefault="00000000">
            <w:pPr>
              <w:spacing w:line="240" w:lineRule="auto"/>
              <w:jc w:val="center"/>
            </w:pPr>
            <w:r>
              <w:rPr>
                <w:sz w:val="15"/>
              </w:rPr>
              <w:t>1.44 (1.39 to 1.50)</w:t>
            </w:r>
          </w:p>
        </w:tc>
      </w:tr>
      <w:tr w:rsidR="003B3005" w14:paraId="33EF0831"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C1E0D8" w14:textId="77777777" w:rsidR="003B3005" w:rsidRDefault="00000000">
            <w:pPr>
              <w:spacing w:line="240" w:lineRule="auto"/>
            </w:pPr>
            <w:r>
              <w:rPr>
                <w:sz w:val="15"/>
              </w:rPr>
              <w:t>Non-Hispanic Native Hawaiian or Other Pacific Islander</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DB74F2" w14:textId="77777777" w:rsidR="003B3005" w:rsidRDefault="00000000">
            <w:pPr>
              <w:spacing w:line="240" w:lineRule="auto"/>
              <w:jc w:val="center"/>
            </w:pPr>
            <w:r>
              <w:rPr>
                <w:sz w:val="15"/>
              </w:rPr>
              <w:t>105</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221D69" w14:textId="77777777" w:rsidR="003B3005" w:rsidRDefault="00000000">
            <w:pPr>
              <w:spacing w:line="240" w:lineRule="auto"/>
              <w:jc w:val="center"/>
            </w:pPr>
            <w:r>
              <w:rPr>
                <w:sz w:val="15"/>
              </w:rPr>
              <w:t>1693772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CF3983" w14:textId="77777777" w:rsidR="003B3005" w:rsidRDefault="00000000">
            <w:pPr>
              <w:spacing w:line="240" w:lineRule="auto"/>
              <w:jc w:val="center"/>
            </w:pPr>
            <w:r>
              <w:rPr>
                <w:sz w:val="15"/>
              </w:rPr>
              <w:t>6.3877 (5.2135-7.7779)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DE0D83" w14:textId="77777777" w:rsidR="003B3005" w:rsidRDefault="00000000">
            <w:pPr>
              <w:spacing w:line="240" w:lineRule="auto"/>
              <w:jc w:val="center"/>
            </w:pPr>
            <w:r>
              <w:rPr>
                <w:sz w:val="15"/>
              </w:rPr>
              <w:t>4.39 (3.15 to 5.62)</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B939E6" w14:textId="77777777" w:rsidR="003B3005" w:rsidRDefault="00000000">
            <w:pPr>
              <w:spacing w:line="240" w:lineRule="auto"/>
              <w:jc w:val="center"/>
            </w:pPr>
            <w:r>
              <w:rPr>
                <w:sz w:val="15"/>
              </w:rPr>
              <w:t>3.20 (2.63 to 3.88)</w:t>
            </w:r>
          </w:p>
        </w:tc>
      </w:tr>
      <w:tr w:rsidR="003B3005" w14:paraId="4F1DEC37"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1A1F42" w14:textId="77777777" w:rsidR="003B3005" w:rsidRDefault="00000000">
            <w:pPr>
              <w:spacing w:line="240" w:lineRule="auto"/>
            </w:pPr>
            <w:r>
              <w:rPr>
                <w:sz w:val="15"/>
              </w:rPr>
              <w:t>Non-Hispanic White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2E108D" w14:textId="77777777" w:rsidR="003B3005" w:rsidRDefault="00000000">
            <w:pPr>
              <w:spacing w:line="240" w:lineRule="auto"/>
              <w:jc w:val="center"/>
            </w:pPr>
            <w:r>
              <w:rPr>
                <w:sz w:val="15"/>
              </w:rPr>
              <w:t>14308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3DC883" w14:textId="77777777" w:rsidR="003B3005" w:rsidRDefault="00000000">
            <w:pPr>
              <w:spacing w:line="240" w:lineRule="auto"/>
              <w:jc w:val="center"/>
            </w:pPr>
            <w:r>
              <w:rPr>
                <w:sz w:val="15"/>
              </w:rPr>
              <w:t>578419538</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8423AE2" w14:textId="77777777" w:rsidR="003B3005" w:rsidRDefault="00000000">
            <w:pPr>
              <w:spacing w:line="240" w:lineRule="auto"/>
              <w:jc w:val="center"/>
            </w:pPr>
            <w:r>
              <w:rPr>
                <w:sz w:val="15"/>
              </w:rPr>
              <w:t>1.9990 (1.9648-2.0338)</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D9BC28" w14:textId="77777777" w:rsidR="003B3005" w:rsidRDefault="00000000">
            <w:pPr>
              <w:spacing w:line="240" w:lineRule="auto"/>
              <w:jc w:val="center"/>
            </w:pPr>
            <w:r>
              <w:rPr>
                <w:sz w:val="15"/>
              </w:rPr>
              <w:t>Reference</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140C05" w14:textId="77777777" w:rsidR="003B3005" w:rsidRDefault="00000000">
            <w:pPr>
              <w:spacing w:line="240" w:lineRule="auto"/>
              <w:jc w:val="center"/>
            </w:pPr>
            <w:r>
              <w:rPr>
                <w:sz w:val="15"/>
              </w:rPr>
              <w:t>Reference</w:t>
            </w:r>
          </w:p>
        </w:tc>
      </w:tr>
      <w:tr w:rsidR="003B3005" w14:paraId="607D0FE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FBCFFF" w14:textId="77777777" w:rsidR="003B3005" w:rsidRDefault="00000000">
            <w:pPr>
              <w:spacing w:line="240" w:lineRule="auto"/>
            </w:pPr>
            <w:r>
              <w:rPr>
                <w:sz w:val="15"/>
              </w:rPr>
              <w:t>Non-Hispanic more than one race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67578E" w14:textId="77777777" w:rsidR="003B3005" w:rsidRDefault="00000000">
            <w:pPr>
              <w:spacing w:line="240" w:lineRule="auto"/>
              <w:jc w:val="center"/>
            </w:pPr>
            <w:r>
              <w:rPr>
                <w:sz w:val="15"/>
              </w:rPr>
              <w:t>142</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396CE56" w14:textId="77777777" w:rsidR="003B3005" w:rsidRDefault="00000000">
            <w:pPr>
              <w:spacing w:line="240" w:lineRule="auto"/>
              <w:jc w:val="center"/>
            </w:pPr>
            <w:r>
              <w:rPr>
                <w:sz w:val="15"/>
              </w:rPr>
              <w:t>14110429</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76745C" w14:textId="77777777" w:rsidR="003B3005" w:rsidRDefault="00000000">
            <w:pPr>
              <w:spacing w:line="240" w:lineRule="auto"/>
              <w:jc w:val="center"/>
            </w:pPr>
            <w:r>
              <w:rPr>
                <w:sz w:val="15"/>
              </w:rPr>
              <w:t>1.1569 (0.9688-1.3745)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5AD354" w14:textId="77777777" w:rsidR="003B3005" w:rsidRDefault="00000000">
            <w:pPr>
              <w:spacing w:line="240" w:lineRule="auto"/>
              <w:jc w:val="center"/>
            </w:pPr>
            <w:r>
              <w:rPr>
                <w:sz w:val="15"/>
              </w:rPr>
              <w:t>-0.84 (-1.04 to -0.64)</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69F231" w14:textId="77777777" w:rsidR="003B3005" w:rsidRDefault="00000000">
            <w:pPr>
              <w:spacing w:line="240" w:lineRule="auto"/>
              <w:jc w:val="center"/>
            </w:pPr>
            <w:r>
              <w:rPr>
                <w:sz w:val="15"/>
              </w:rPr>
              <w:t>0.58 (0.49 to 0.69)</w:t>
            </w:r>
          </w:p>
        </w:tc>
      </w:tr>
      <w:tr w:rsidR="003B3005" w14:paraId="6D1E00EE"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D6E88E" w14:textId="77777777" w:rsidR="003B3005" w:rsidRDefault="00000000">
            <w:pPr>
              <w:spacing w:line="240" w:lineRule="auto"/>
            </w:pPr>
            <w:r>
              <w:rPr>
                <w:sz w:val="15"/>
              </w:rPr>
              <w:t>Hispanic or Latino, any race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A463CF" w14:textId="77777777" w:rsidR="003B3005" w:rsidRDefault="00000000">
            <w:pPr>
              <w:spacing w:line="240" w:lineRule="auto"/>
              <w:jc w:val="center"/>
            </w:pPr>
            <w:r>
              <w:rPr>
                <w:sz w:val="15"/>
              </w:rPr>
              <w:t>2640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95B5F7" w14:textId="77777777" w:rsidR="003B3005" w:rsidRDefault="00000000">
            <w:pPr>
              <w:spacing w:line="240" w:lineRule="auto"/>
              <w:jc w:val="center"/>
            </w:pPr>
            <w:r>
              <w:rPr>
                <w:sz w:val="15"/>
              </w:rPr>
              <w:t>153170062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72C6A8" w14:textId="77777777" w:rsidR="003B3005" w:rsidRDefault="00000000">
            <w:pPr>
              <w:spacing w:line="240" w:lineRule="auto"/>
              <w:jc w:val="center"/>
            </w:pPr>
            <w:r>
              <w:rPr>
                <w:sz w:val="15"/>
              </w:rPr>
              <w:t>1.8606 (1.7874-1.9363)</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3BF386" w14:textId="77777777" w:rsidR="003B3005" w:rsidRDefault="00000000">
            <w:pPr>
              <w:spacing w:line="240" w:lineRule="auto"/>
              <w:jc w:val="center"/>
            </w:pPr>
            <w:r>
              <w:rPr>
                <w:sz w:val="15"/>
              </w:rPr>
              <w:t>-0.14 (-0.22 to -0.06)</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FA2303" w14:textId="77777777" w:rsidR="003B3005" w:rsidRDefault="00000000">
            <w:pPr>
              <w:spacing w:line="240" w:lineRule="auto"/>
              <w:jc w:val="center"/>
            </w:pPr>
            <w:r>
              <w:rPr>
                <w:sz w:val="15"/>
              </w:rPr>
              <w:t>0.93 (0.89 to 0.97)</w:t>
            </w:r>
          </w:p>
        </w:tc>
      </w:tr>
    </w:tbl>
    <w:p w14:paraId="3316984F" w14:textId="77777777" w:rsidR="003B3005" w:rsidRDefault="00000000">
      <w:pPr>
        <w:spacing w:line="240" w:lineRule="auto"/>
      </w:pPr>
      <w:r>
        <w:rPr>
          <w:i/>
          <w:sz w:val="16"/>
        </w:rPr>
        <w:t>Note: Non-Hispanic White is the reference group for the difference and ratio columns.</w:t>
      </w:r>
    </w:p>
    <w:p w14:paraId="04DDCD1E" w14:textId="77777777" w:rsidR="003B3005" w:rsidRDefault="00000000">
      <w:pPr>
        <w:pStyle w:val="Heading2"/>
        <w:spacing w:before="0" w:line="240" w:lineRule="auto"/>
      </w:pPr>
      <w:r>
        <w:rPr>
          <w:rFonts w:ascii="Times New Roman" w:eastAsia="Times New Roman" w:hAnsi="Times New Roman"/>
          <w:sz w:val="24"/>
        </w:rPr>
        <w:t>Supplementary Table S20. Bridged-versus-single-race overlap assessment, 2018-2020</w:t>
      </w:r>
    </w:p>
    <w:tbl>
      <w:tblPr>
        <w:tblW w:w="5000" w:type="pct"/>
        <w:jc w:val="center"/>
        <w:tblLayout w:type="fixed"/>
        <w:tblLook w:val="04A0" w:firstRow="1" w:lastRow="0" w:firstColumn="1" w:lastColumn="0" w:noHBand="0" w:noVBand="1"/>
      </w:tblPr>
      <w:tblGrid>
        <w:gridCol w:w="1227"/>
        <w:gridCol w:w="1298"/>
        <w:gridCol w:w="1803"/>
        <w:gridCol w:w="1226"/>
        <w:gridCol w:w="2525"/>
        <w:gridCol w:w="1371"/>
      </w:tblGrid>
      <w:tr w:rsidR="003B3005" w14:paraId="497D9CF2" w14:textId="77777777">
        <w:trPr>
          <w:cantSplit/>
          <w:tblHeader/>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12B723" w14:textId="77777777" w:rsidR="003B3005" w:rsidRDefault="00000000">
            <w:pPr>
              <w:spacing w:line="240" w:lineRule="auto"/>
            </w:pPr>
            <w:r>
              <w:rPr>
                <w:b/>
                <w:sz w:val="15"/>
              </w:rPr>
              <w:t>Group</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089F3F" w14:textId="77777777" w:rsidR="003B3005" w:rsidRDefault="00000000">
            <w:pPr>
              <w:spacing w:line="240" w:lineRule="auto"/>
              <w:jc w:val="center"/>
            </w:pPr>
            <w:r>
              <w:rPr>
                <w:b/>
                <w:sz w:val="15"/>
              </w:rPr>
              <w:t>Year</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D1EC15" w14:textId="77777777" w:rsidR="003B3005" w:rsidRDefault="00000000">
            <w:pPr>
              <w:spacing w:line="240" w:lineRule="auto"/>
              <w:jc w:val="center"/>
            </w:pPr>
            <w:r>
              <w:rPr>
                <w:b/>
                <w:sz w:val="15"/>
              </w:rPr>
              <w:t>Bridged-race AAMR</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5AC450" w14:textId="77777777" w:rsidR="003B3005" w:rsidRDefault="00000000">
            <w:pPr>
              <w:spacing w:line="240" w:lineRule="auto"/>
              <w:jc w:val="center"/>
            </w:pPr>
            <w:r>
              <w:rPr>
                <w:b/>
                <w:sz w:val="15"/>
              </w:rPr>
              <w:t>Single-race AAMR</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29ED01" w14:textId="77777777" w:rsidR="003B3005" w:rsidRDefault="00000000">
            <w:pPr>
              <w:spacing w:line="240" w:lineRule="auto"/>
              <w:jc w:val="center"/>
            </w:pPr>
            <w:r>
              <w:rPr>
                <w:b/>
                <w:sz w:val="15"/>
              </w:rPr>
              <w:t>Absolute difference</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762531" w14:textId="77777777" w:rsidR="003B3005" w:rsidRDefault="00000000">
            <w:pPr>
              <w:spacing w:line="240" w:lineRule="auto"/>
              <w:jc w:val="center"/>
            </w:pPr>
            <w:r>
              <w:rPr>
                <w:b/>
                <w:sz w:val="15"/>
              </w:rPr>
              <w:t>Relative difference</w:t>
            </w:r>
          </w:p>
        </w:tc>
      </w:tr>
      <w:tr w:rsidR="003B3005" w14:paraId="7A68A212"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FAC913" w14:textId="77777777" w:rsidR="003B3005" w:rsidRDefault="00000000">
            <w:pPr>
              <w:spacing w:line="240" w:lineRule="auto"/>
            </w:pPr>
            <w:r>
              <w:rPr>
                <w:sz w:val="15"/>
              </w:rPr>
              <w:t>Non-Hispanic American Indian or Alaska Native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00E3F4" w14:textId="77777777" w:rsidR="003B3005" w:rsidRDefault="00000000">
            <w:pPr>
              <w:spacing w:line="240" w:lineRule="auto"/>
              <w:jc w:val="center"/>
            </w:pPr>
            <w:r>
              <w:rPr>
                <w:sz w:val="15"/>
              </w:rPr>
              <w:t>2018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35B978" w14:textId="77777777" w:rsidR="003B3005" w:rsidRDefault="00000000">
            <w:pPr>
              <w:spacing w:line="240" w:lineRule="auto"/>
              <w:jc w:val="center"/>
            </w:pPr>
            <w:r>
              <w:rPr>
                <w:sz w:val="15"/>
              </w:rPr>
              <w:t>2.6347</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19026B" w14:textId="77777777" w:rsidR="003B3005" w:rsidRDefault="00000000">
            <w:pPr>
              <w:spacing w:line="240" w:lineRule="auto"/>
              <w:jc w:val="center"/>
            </w:pPr>
            <w:r>
              <w:rPr>
                <w:sz w:val="15"/>
              </w:rPr>
              <w:t>2.6916</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7E83D5" w14:textId="77777777" w:rsidR="003B3005" w:rsidRDefault="00000000">
            <w:pPr>
              <w:spacing w:line="240" w:lineRule="auto"/>
              <w:jc w:val="center"/>
            </w:pPr>
            <w:r>
              <w:rPr>
                <w:sz w:val="15"/>
              </w:rPr>
              <w:t>0.0569</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946EBA" w14:textId="77777777" w:rsidR="003B3005" w:rsidRDefault="00000000">
            <w:pPr>
              <w:spacing w:line="240" w:lineRule="auto"/>
              <w:jc w:val="center"/>
            </w:pPr>
            <w:r>
              <w:rPr>
                <w:sz w:val="15"/>
              </w:rPr>
              <w:t>2.16%</w:t>
            </w:r>
          </w:p>
        </w:tc>
      </w:tr>
      <w:tr w:rsidR="003B3005" w14:paraId="0741BBB6"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1E77D7" w14:textId="77777777" w:rsidR="003B3005" w:rsidRDefault="00000000">
            <w:pPr>
              <w:spacing w:line="240" w:lineRule="auto"/>
            </w:pPr>
            <w:r>
              <w:rPr>
                <w:sz w:val="15"/>
              </w:rPr>
              <w:t>Non-Hispanic American Indian or Alaska Native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E82AC6" w14:textId="77777777" w:rsidR="003B3005" w:rsidRDefault="00000000">
            <w:pPr>
              <w:spacing w:line="240" w:lineRule="auto"/>
              <w:jc w:val="center"/>
            </w:pPr>
            <w:r>
              <w:rPr>
                <w:sz w:val="15"/>
              </w:rPr>
              <w:t>2019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BDEC8F" w14:textId="77777777" w:rsidR="003B3005" w:rsidRDefault="00000000">
            <w:pPr>
              <w:spacing w:line="240" w:lineRule="auto"/>
              <w:jc w:val="center"/>
            </w:pPr>
            <w:r>
              <w:rPr>
                <w:sz w:val="15"/>
              </w:rPr>
              <w:t>2.0001</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2902BE" w14:textId="77777777" w:rsidR="003B3005" w:rsidRDefault="00000000">
            <w:pPr>
              <w:spacing w:line="240" w:lineRule="auto"/>
              <w:jc w:val="center"/>
            </w:pPr>
            <w:r>
              <w:rPr>
                <w:sz w:val="15"/>
              </w:rPr>
              <w:t>2.1349</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5AEFDE" w14:textId="77777777" w:rsidR="003B3005" w:rsidRDefault="00000000">
            <w:pPr>
              <w:spacing w:line="240" w:lineRule="auto"/>
              <w:jc w:val="center"/>
            </w:pPr>
            <w:r>
              <w:rPr>
                <w:sz w:val="15"/>
              </w:rPr>
              <w:t>0.1348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B0DE01" w14:textId="77777777" w:rsidR="003B3005" w:rsidRDefault="00000000">
            <w:pPr>
              <w:spacing w:line="240" w:lineRule="auto"/>
              <w:jc w:val="center"/>
            </w:pPr>
            <w:r>
              <w:rPr>
                <w:sz w:val="15"/>
              </w:rPr>
              <w:t>6.74%</w:t>
            </w:r>
          </w:p>
        </w:tc>
      </w:tr>
      <w:tr w:rsidR="003B3005" w14:paraId="492FB89A"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FCAE571" w14:textId="77777777" w:rsidR="003B3005" w:rsidRDefault="00000000">
            <w:pPr>
              <w:spacing w:line="240" w:lineRule="auto"/>
            </w:pPr>
            <w:r>
              <w:rPr>
                <w:sz w:val="15"/>
              </w:rPr>
              <w:t>Non-Hispanic American Indian or Alaska Native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D12653" w14:textId="77777777" w:rsidR="003B3005" w:rsidRDefault="00000000">
            <w:pPr>
              <w:spacing w:line="240" w:lineRule="auto"/>
              <w:jc w:val="center"/>
            </w:pPr>
            <w:r>
              <w:rPr>
                <w:sz w:val="15"/>
              </w:rPr>
              <w:t>2020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B804CF" w14:textId="77777777" w:rsidR="003B3005" w:rsidRDefault="00000000">
            <w:pPr>
              <w:spacing w:line="240" w:lineRule="auto"/>
              <w:jc w:val="center"/>
            </w:pPr>
            <w:r>
              <w:rPr>
                <w:sz w:val="15"/>
              </w:rPr>
              <w:t>5.6122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9D5E0E" w14:textId="77777777" w:rsidR="003B3005" w:rsidRDefault="00000000">
            <w:pPr>
              <w:spacing w:line="240" w:lineRule="auto"/>
              <w:jc w:val="center"/>
            </w:pPr>
            <w:r>
              <w:rPr>
                <w:sz w:val="15"/>
              </w:rPr>
              <w:t>5.8720</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2E054C" w14:textId="77777777" w:rsidR="003B3005" w:rsidRDefault="00000000">
            <w:pPr>
              <w:spacing w:line="240" w:lineRule="auto"/>
              <w:jc w:val="center"/>
            </w:pPr>
            <w:r>
              <w:rPr>
                <w:sz w:val="15"/>
              </w:rPr>
              <w:t>0.2598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8DEFA6" w14:textId="77777777" w:rsidR="003B3005" w:rsidRDefault="00000000">
            <w:pPr>
              <w:spacing w:line="240" w:lineRule="auto"/>
              <w:jc w:val="center"/>
            </w:pPr>
            <w:r>
              <w:rPr>
                <w:sz w:val="15"/>
              </w:rPr>
              <w:t>4.63%</w:t>
            </w:r>
          </w:p>
        </w:tc>
      </w:tr>
      <w:tr w:rsidR="003B3005" w14:paraId="117DB40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C9CB2E" w14:textId="77777777" w:rsidR="003B3005" w:rsidRDefault="00000000">
            <w:pPr>
              <w:spacing w:line="240" w:lineRule="auto"/>
            </w:pPr>
            <w:r>
              <w:rPr>
                <w:sz w:val="15"/>
              </w:rPr>
              <w:t>Non-Hispanic Black or African American</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847861" w14:textId="77777777" w:rsidR="003B3005" w:rsidRDefault="00000000">
            <w:pPr>
              <w:spacing w:line="240" w:lineRule="auto"/>
              <w:jc w:val="center"/>
            </w:pPr>
            <w:r>
              <w:rPr>
                <w:sz w:val="15"/>
              </w:rPr>
              <w:t>2018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0B04D1" w14:textId="77777777" w:rsidR="003B3005" w:rsidRDefault="00000000">
            <w:pPr>
              <w:spacing w:line="240" w:lineRule="auto"/>
              <w:jc w:val="center"/>
            </w:pPr>
            <w:r>
              <w:rPr>
                <w:sz w:val="15"/>
              </w:rPr>
              <w:t>1.6582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C4AF20" w14:textId="77777777" w:rsidR="003B3005" w:rsidRDefault="00000000">
            <w:pPr>
              <w:spacing w:line="240" w:lineRule="auto"/>
              <w:jc w:val="center"/>
            </w:pPr>
            <w:r>
              <w:rPr>
                <w:sz w:val="15"/>
              </w:rPr>
              <w:t>1.6890</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7F395C" w14:textId="77777777" w:rsidR="003B3005" w:rsidRDefault="00000000">
            <w:pPr>
              <w:spacing w:line="240" w:lineRule="auto"/>
              <w:jc w:val="center"/>
            </w:pPr>
            <w:r>
              <w:rPr>
                <w:sz w:val="15"/>
              </w:rPr>
              <w:t>0.0308</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7C87D59" w14:textId="77777777" w:rsidR="003B3005" w:rsidRDefault="00000000">
            <w:pPr>
              <w:spacing w:line="240" w:lineRule="auto"/>
              <w:jc w:val="center"/>
            </w:pPr>
            <w:r>
              <w:rPr>
                <w:sz w:val="15"/>
              </w:rPr>
              <w:t>1.86%</w:t>
            </w:r>
          </w:p>
        </w:tc>
      </w:tr>
      <w:tr w:rsidR="003B3005" w14:paraId="256E247D"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6F105C" w14:textId="77777777" w:rsidR="003B3005" w:rsidRDefault="00000000">
            <w:pPr>
              <w:spacing w:line="240" w:lineRule="auto"/>
            </w:pPr>
            <w:r>
              <w:rPr>
                <w:sz w:val="15"/>
              </w:rPr>
              <w:t>Non-Hispanic Black or African American</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5D36148" w14:textId="77777777" w:rsidR="003B3005" w:rsidRDefault="00000000">
            <w:pPr>
              <w:spacing w:line="240" w:lineRule="auto"/>
              <w:jc w:val="center"/>
            </w:pPr>
            <w:r>
              <w:rPr>
                <w:sz w:val="15"/>
              </w:rPr>
              <w:t>2019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47C20D" w14:textId="77777777" w:rsidR="003B3005" w:rsidRDefault="00000000">
            <w:pPr>
              <w:spacing w:line="240" w:lineRule="auto"/>
              <w:jc w:val="center"/>
            </w:pPr>
            <w:r>
              <w:rPr>
                <w:sz w:val="15"/>
              </w:rPr>
              <w:t>1.4272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EC3DB9" w14:textId="77777777" w:rsidR="003B3005" w:rsidRDefault="00000000">
            <w:pPr>
              <w:spacing w:line="240" w:lineRule="auto"/>
              <w:jc w:val="center"/>
            </w:pPr>
            <w:r>
              <w:rPr>
                <w:sz w:val="15"/>
              </w:rPr>
              <w:t>1.4615</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08A33E" w14:textId="77777777" w:rsidR="003B3005" w:rsidRDefault="00000000">
            <w:pPr>
              <w:spacing w:line="240" w:lineRule="auto"/>
              <w:jc w:val="center"/>
            </w:pPr>
            <w:r>
              <w:rPr>
                <w:sz w:val="15"/>
              </w:rPr>
              <w:t>0.0343</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6B74D7" w14:textId="77777777" w:rsidR="003B3005" w:rsidRDefault="00000000">
            <w:pPr>
              <w:spacing w:line="240" w:lineRule="auto"/>
              <w:jc w:val="center"/>
            </w:pPr>
            <w:r>
              <w:rPr>
                <w:sz w:val="15"/>
              </w:rPr>
              <w:t>2.40%</w:t>
            </w:r>
          </w:p>
        </w:tc>
      </w:tr>
      <w:tr w:rsidR="003B3005" w14:paraId="585BE52C"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7A94B9" w14:textId="77777777" w:rsidR="003B3005" w:rsidRDefault="00000000">
            <w:pPr>
              <w:spacing w:line="240" w:lineRule="auto"/>
            </w:pPr>
            <w:r>
              <w:rPr>
                <w:sz w:val="15"/>
              </w:rPr>
              <w:t>Non-Hispanic Black or African American</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A8315C" w14:textId="77777777" w:rsidR="003B3005" w:rsidRDefault="00000000">
            <w:pPr>
              <w:spacing w:line="240" w:lineRule="auto"/>
              <w:jc w:val="center"/>
            </w:pPr>
            <w:r>
              <w:rPr>
                <w:sz w:val="15"/>
              </w:rPr>
              <w:t>2020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7A5A14" w14:textId="77777777" w:rsidR="003B3005" w:rsidRDefault="00000000">
            <w:pPr>
              <w:spacing w:line="240" w:lineRule="auto"/>
              <w:jc w:val="center"/>
            </w:pPr>
            <w:r>
              <w:rPr>
                <w:sz w:val="15"/>
              </w:rPr>
              <w:t>2.9865</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DEB24A" w14:textId="77777777" w:rsidR="003B3005" w:rsidRDefault="00000000">
            <w:pPr>
              <w:spacing w:line="240" w:lineRule="auto"/>
              <w:jc w:val="center"/>
            </w:pPr>
            <w:r>
              <w:rPr>
                <w:sz w:val="15"/>
              </w:rPr>
              <w:t>3.0061</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6AB8D8" w14:textId="77777777" w:rsidR="003B3005" w:rsidRDefault="00000000">
            <w:pPr>
              <w:spacing w:line="240" w:lineRule="auto"/>
              <w:jc w:val="center"/>
            </w:pPr>
            <w:r>
              <w:rPr>
                <w:sz w:val="15"/>
              </w:rPr>
              <w:t>0.0196</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4208E4" w14:textId="77777777" w:rsidR="003B3005" w:rsidRDefault="00000000">
            <w:pPr>
              <w:spacing w:line="240" w:lineRule="auto"/>
              <w:jc w:val="center"/>
            </w:pPr>
            <w:r>
              <w:rPr>
                <w:sz w:val="15"/>
              </w:rPr>
              <w:t>0.66%</w:t>
            </w:r>
          </w:p>
        </w:tc>
      </w:tr>
      <w:tr w:rsidR="003B3005" w14:paraId="5DE3D01F"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73BAB9" w14:textId="77777777" w:rsidR="003B3005" w:rsidRDefault="00000000">
            <w:pPr>
              <w:spacing w:line="240" w:lineRule="auto"/>
            </w:pPr>
            <w:r>
              <w:rPr>
                <w:sz w:val="15"/>
              </w:rPr>
              <w:t>Non-Hispanic White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CF4111" w14:textId="77777777" w:rsidR="003B3005" w:rsidRDefault="00000000">
            <w:pPr>
              <w:spacing w:line="240" w:lineRule="auto"/>
              <w:jc w:val="center"/>
            </w:pPr>
            <w:r>
              <w:rPr>
                <w:sz w:val="15"/>
              </w:rPr>
              <w:t>2018</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001EAA" w14:textId="77777777" w:rsidR="003B3005" w:rsidRDefault="00000000">
            <w:pPr>
              <w:spacing w:line="240" w:lineRule="auto"/>
              <w:jc w:val="center"/>
            </w:pPr>
            <w:r>
              <w:rPr>
                <w:sz w:val="15"/>
              </w:rPr>
              <w:t>1.1420</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A53268" w14:textId="77777777" w:rsidR="003B3005" w:rsidRDefault="00000000">
            <w:pPr>
              <w:spacing w:line="240" w:lineRule="auto"/>
              <w:jc w:val="center"/>
            </w:pPr>
            <w:r>
              <w:rPr>
                <w:sz w:val="15"/>
              </w:rPr>
              <w:t>1.1420</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8B80AC" w14:textId="77777777" w:rsidR="003B3005" w:rsidRDefault="00000000">
            <w:pPr>
              <w:spacing w:line="240" w:lineRule="auto"/>
              <w:jc w:val="center"/>
            </w:pPr>
            <w:r>
              <w:rPr>
                <w:sz w:val="15"/>
              </w:rPr>
              <w:t>0.0000</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D40580" w14:textId="77777777" w:rsidR="003B3005" w:rsidRDefault="00000000">
            <w:pPr>
              <w:spacing w:line="240" w:lineRule="auto"/>
              <w:jc w:val="center"/>
            </w:pPr>
            <w:r>
              <w:rPr>
                <w:sz w:val="15"/>
              </w:rPr>
              <w:t>0.00%</w:t>
            </w:r>
          </w:p>
        </w:tc>
      </w:tr>
      <w:tr w:rsidR="003B3005" w14:paraId="67AAC500"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B42030" w14:textId="77777777" w:rsidR="003B3005" w:rsidRDefault="00000000">
            <w:pPr>
              <w:spacing w:line="240" w:lineRule="auto"/>
            </w:pPr>
            <w:r>
              <w:rPr>
                <w:sz w:val="15"/>
              </w:rPr>
              <w:t>Non-Hispanic White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438CA2" w14:textId="77777777" w:rsidR="003B3005" w:rsidRDefault="00000000">
            <w:pPr>
              <w:spacing w:line="240" w:lineRule="auto"/>
              <w:jc w:val="center"/>
            </w:pPr>
            <w:r>
              <w:rPr>
                <w:sz w:val="15"/>
              </w:rPr>
              <w:t>2019</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E76E95C" w14:textId="77777777" w:rsidR="003B3005" w:rsidRDefault="00000000">
            <w:pPr>
              <w:spacing w:line="240" w:lineRule="auto"/>
              <w:jc w:val="center"/>
            </w:pPr>
            <w:r>
              <w:rPr>
                <w:sz w:val="15"/>
              </w:rPr>
              <w:t>1.1378</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E34557" w14:textId="77777777" w:rsidR="003B3005" w:rsidRDefault="00000000">
            <w:pPr>
              <w:spacing w:line="240" w:lineRule="auto"/>
              <w:jc w:val="center"/>
            </w:pPr>
            <w:r>
              <w:rPr>
                <w:sz w:val="15"/>
              </w:rPr>
              <w:t>1.1513</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3E7E90F" w14:textId="77777777" w:rsidR="003B3005" w:rsidRDefault="00000000">
            <w:pPr>
              <w:spacing w:line="240" w:lineRule="auto"/>
              <w:jc w:val="center"/>
            </w:pPr>
            <w:r>
              <w:rPr>
                <w:sz w:val="15"/>
              </w:rPr>
              <w:t>0.0135</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E49EBF" w14:textId="77777777" w:rsidR="003B3005" w:rsidRDefault="00000000">
            <w:pPr>
              <w:spacing w:line="240" w:lineRule="auto"/>
              <w:jc w:val="center"/>
            </w:pPr>
            <w:r>
              <w:rPr>
                <w:sz w:val="15"/>
              </w:rPr>
              <w:t>1.19%</w:t>
            </w:r>
          </w:p>
        </w:tc>
      </w:tr>
      <w:tr w:rsidR="003B3005" w14:paraId="5D68F813" w14:textId="77777777">
        <w:trPr>
          <w:cantSplit/>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547302" w14:textId="77777777" w:rsidR="003B3005" w:rsidRDefault="00000000">
            <w:pPr>
              <w:spacing w:line="240" w:lineRule="auto"/>
            </w:pPr>
            <w:r>
              <w:rPr>
                <w:sz w:val="15"/>
              </w:rPr>
              <w:t>Non-Hispanic White</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CCDDAE" w14:textId="77777777" w:rsidR="003B3005" w:rsidRDefault="00000000">
            <w:pPr>
              <w:spacing w:line="240" w:lineRule="auto"/>
              <w:jc w:val="center"/>
            </w:pPr>
            <w:r>
              <w:rPr>
                <w:sz w:val="15"/>
              </w:rPr>
              <w:t>2020</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D6140C5" w14:textId="77777777" w:rsidR="003B3005" w:rsidRDefault="00000000">
            <w:pPr>
              <w:spacing w:line="240" w:lineRule="auto"/>
              <w:jc w:val="center"/>
            </w:pPr>
            <w:r>
              <w:rPr>
                <w:sz w:val="15"/>
              </w:rPr>
              <w:t>1.8132</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FE6FE6" w14:textId="77777777" w:rsidR="003B3005" w:rsidRDefault="00000000">
            <w:pPr>
              <w:spacing w:line="240" w:lineRule="auto"/>
              <w:jc w:val="center"/>
            </w:pPr>
            <w:r>
              <w:rPr>
                <w:sz w:val="15"/>
              </w:rPr>
              <w:t>1.8132</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17BC72" w14:textId="77777777" w:rsidR="003B3005" w:rsidRDefault="00000000">
            <w:pPr>
              <w:spacing w:line="240" w:lineRule="auto"/>
              <w:jc w:val="center"/>
            </w:pPr>
            <w:r>
              <w:rPr>
                <w:sz w:val="15"/>
              </w:rPr>
              <w:t>0.0000</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BA53EDA" w14:textId="77777777" w:rsidR="003B3005" w:rsidRDefault="00000000">
            <w:pPr>
              <w:spacing w:line="240" w:lineRule="auto"/>
              <w:jc w:val="center"/>
            </w:pPr>
            <w:r>
              <w:rPr>
                <w:sz w:val="15"/>
              </w:rPr>
              <w:t>0.00%</w:t>
            </w:r>
          </w:p>
        </w:tc>
      </w:tr>
    </w:tbl>
    <w:p w14:paraId="1F01EAAA" w14:textId="77777777" w:rsidR="003B3005" w:rsidRDefault="00000000">
      <w:pPr>
        <w:pStyle w:val="Heading2"/>
        <w:spacing w:before="0" w:line="240" w:lineRule="auto"/>
      </w:pPr>
      <w:r>
        <w:rPr>
          <w:rFonts w:ascii="Times New Roman" w:eastAsia="Times New Roman" w:hAnsi="Times New Roman"/>
          <w:sz w:val="24"/>
        </w:rPr>
        <w:t>Supplementary Table S21. Race Joinpoint model specifications</w:t>
      </w:r>
    </w:p>
    <w:tbl>
      <w:tblPr>
        <w:tblW w:w="5000" w:type="pct"/>
        <w:jc w:val="center"/>
        <w:tblLayout w:type="fixed"/>
        <w:tblLook w:val="04A0" w:firstRow="1" w:lastRow="0" w:firstColumn="1" w:lastColumn="0" w:noHBand="0" w:noVBand="1"/>
      </w:tblPr>
      <w:tblGrid>
        <w:gridCol w:w="1155"/>
        <w:gridCol w:w="2236"/>
        <w:gridCol w:w="2236"/>
        <w:gridCol w:w="2236"/>
        <w:gridCol w:w="1587"/>
      </w:tblGrid>
      <w:tr w:rsidR="003B3005" w14:paraId="34F7F69A" w14:textId="77777777">
        <w:trPr>
          <w:cantSplit/>
          <w:tblHeader/>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94359B" w14:textId="77777777" w:rsidR="003B3005" w:rsidRDefault="00000000">
            <w:pPr>
              <w:spacing w:line="240" w:lineRule="auto"/>
            </w:pPr>
            <w:r>
              <w:rPr>
                <w:b/>
                <w:sz w:val="15"/>
              </w:rPr>
              <w:t>Analysis</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BD93779" w14:textId="77777777" w:rsidR="003B3005" w:rsidRDefault="00000000">
            <w:pPr>
              <w:spacing w:line="240" w:lineRule="auto"/>
              <w:jc w:val="center"/>
            </w:pPr>
            <w:r>
              <w:rPr>
                <w:b/>
                <w:sz w:val="15"/>
              </w:rPr>
              <w:t>Input interval</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73217B0" w14:textId="77777777" w:rsidR="003B3005" w:rsidRDefault="00000000">
            <w:pPr>
              <w:spacing w:line="240" w:lineRule="auto"/>
              <w:jc w:val="center"/>
            </w:pPr>
            <w:r>
              <w:rPr>
                <w:b/>
                <w:sz w:val="15"/>
              </w:rPr>
              <w:t>Groups</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7C3A902" w14:textId="77777777" w:rsidR="003B3005" w:rsidRDefault="00000000">
            <w:pPr>
              <w:spacing w:line="240" w:lineRule="auto"/>
              <w:jc w:val="center"/>
            </w:pPr>
            <w:r>
              <w:rPr>
                <w:b/>
                <w:sz w:val="15"/>
              </w:rPr>
              <w:t>Status</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37850B" w14:textId="77777777" w:rsidR="003B3005" w:rsidRDefault="00000000">
            <w:pPr>
              <w:spacing w:line="240" w:lineRule="auto"/>
              <w:jc w:val="center"/>
            </w:pPr>
            <w:r>
              <w:rPr>
                <w:b/>
                <w:sz w:val="15"/>
              </w:rPr>
              <w:t>Reported output</w:t>
            </w:r>
          </w:p>
        </w:tc>
      </w:tr>
      <w:tr w:rsidR="003B3005" w14:paraId="09BC9AFE" w14:textId="77777777">
        <w:trPr>
          <w:cantSplit/>
          <w:jc w:val="center"/>
        </w:trPr>
        <w:tc>
          <w:tcPr>
            <w:tcW w:w="1152" w:type="dxa"/>
            <w:tcMar>
              <w:top w:w="35" w:type="dxa"/>
              <w:left w:w="45" w:type="dxa"/>
              <w:bottom w:w="35" w:type="dxa"/>
              <w:right w:w="45" w:type="dxa"/>
            </w:tcMar>
            <w:vAlign w:val="center"/>
            <w:tcBorders>
              <w:left w:val="nil"/>
              <w:right w:val="nil"/>
            </w:tcBorders>
          </w:tcPr>
          <w:p w14:paraId="27BC323C" w14:textId="77777777" w:rsidR="003B3005" w:rsidRDefault="00000000">
            <w:pPr>
              <w:spacing w:line="240" w:lineRule="auto"/>
            </w:pPr>
            <w:r>
              <w:rPr>
                <w:sz w:val="15"/>
              </w:rPr>
              <w:lastRenderedPageBreak/>
              <w:t>Historical bridged-race trend</w:t>
            </w:r>
          </w:p>
        </w:tc>
        <w:tc>
          <w:tcPr>
            <w:tcW w:w="2231" w:type="dxa"/>
            <w:tcMar>
              <w:top w:w="35" w:type="dxa"/>
              <w:left w:w="45" w:type="dxa"/>
              <w:bottom w:w="35" w:type="dxa"/>
              <w:right w:w="45" w:type="dxa"/>
            </w:tcMar>
            <w:vAlign w:val="center"/>
            <w:tcBorders>
              <w:left w:val="nil"/>
              <w:right w:val="nil"/>
            </w:tcBorders>
          </w:tcPr>
          <w:p w14:paraId="79DFFBCA" w14:textId="77777777" w:rsidR="003B3005" w:rsidRDefault="00000000">
            <w:pPr>
              <w:spacing w:line="240" w:lineRule="auto"/>
              <w:jc w:val="center"/>
            </w:pPr>
            <w:r>
              <w:rPr>
                <w:sz w:val="15"/>
              </w:rPr>
              <w:t>1999-2020</w:t>
            </w:r>
          </w:p>
        </w:tc>
        <w:tc>
          <w:tcPr>
            <w:tcW w:w="2231" w:type="dxa"/>
            <w:tcMar>
              <w:top w:w="35" w:type="dxa"/>
              <w:left w:w="45" w:type="dxa"/>
              <w:bottom w:w="35" w:type="dxa"/>
              <w:right w:w="45" w:type="dxa"/>
            </w:tcMar>
            <w:vAlign w:val="center"/>
            <w:tcBorders>
              <w:left w:val="nil"/>
              <w:right w:val="nil"/>
            </w:tcBorders>
          </w:tcPr>
          <w:p w14:paraId="20CB65FA" w14:textId="77777777" w:rsidR="003B3005" w:rsidRDefault="00000000">
            <w:pPr>
              <w:spacing w:line="240" w:lineRule="auto"/>
              <w:jc w:val="center"/>
            </w:pPr>
            <w:r>
              <w:rPr>
                <w:sz w:val="15"/>
              </w:rPr>
              <w:t>Non-Hispanic Black; non-Hispanic White</w:t>
            </w:r>
          </w:p>
        </w:tc>
        <w:tc>
          <w:tcPr>
            <w:tcW w:w="2231" w:type="dxa"/>
            <w:tcMar>
              <w:top w:w="35" w:type="dxa"/>
              <w:left w:w="45" w:type="dxa"/>
              <w:bottom w:w="35" w:type="dxa"/>
              <w:right w:w="45" w:type="dxa"/>
            </w:tcMar>
            <w:vAlign w:val="center"/>
            <w:tcBorders>
              <w:left w:val="nil"/>
              <w:right w:val="nil"/>
            </w:tcBorders>
          </w:tcPr>
          <w:p w14:paraId="3613E962" w14:textId="77777777" w:rsidR="003B3005" w:rsidRDefault="00000000">
            <w:pPr>
              <w:spacing w:line="240" w:lineRule="auto"/>
              <w:jc w:val="center"/>
            </w:pPr>
            <w:r>
              <w:rPr>
                <w:sz w:val="15"/>
              </w:rPr>
              <w:t>Completed</w:t>
            </w:r>
          </w:p>
        </w:tc>
        <w:tc>
          <w:tcPr>
            <w:tcW w:w="1583" w:type="dxa"/>
            <w:tcMar>
              <w:top w:w="35" w:type="dxa"/>
              <w:left w:w="45" w:type="dxa"/>
              <w:bottom w:w="35" w:type="dxa"/>
              <w:right w:w="45" w:type="dxa"/>
            </w:tcMar>
            <w:vAlign w:val="center"/>
            <w:tcBorders>
              <w:left w:val="nil"/>
              <w:right w:val="nil"/>
            </w:tcBorders>
          </w:tcPr>
          <w:p w14:paraId="34ED2BF8" w14:textId="77777777" w:rsidR="003B3005" w:rsidRDefault="00000000">
            <w:pPr>
              <w:spacing w:line="240" w:lineRule="auto"/>
              <w:jc w:val="center"/>
            </w:pPr>
            <w:r>
              <w:rPr>
                <w:sz w:val="15"/>
              </w:rPr>
              <w:t>One joinpoint for Black; two joinpoints for White; full APC/AAPC outputs in Tables S22-S23</w:t>
            </w:r>
          </w:p>
        </w:tc>
      </w:tr>
      <w:tr w:rsidR="003B3005" w14:paraId="07349137" w14:textId="77777777">
        <w:trPr>
          <w:cantSplit/>
          <w:jc w:val="center"/>
        </w:trPr>
        <w:tc>
          <w:tcPr>
            <w:tcW w:w="1152" w:type="dxa"/>
            <w:tcMar>
              <w:top w:w="35" w:type="dxa"/>
              <w:left w:w="45" w:type="dxa"/>
              <w:bottom w:w="35" w:type="dxa"/>
              <w:right w:w="45" w:type="dxa"/>
            </w:tcMar>
            <w:vAlign w:val="center"/>
            <w:tcBorders>
              <w:left w:val="nil"/>
              <w:right w:val="nil"/>
            </w:tcBorders>
          </w:tcPr>
          <w:p w14:paraId="2392CA35" w14:textId="77777777" w:rsidR="003B3005" w:rsidRDefault="00000000">
            <w:pPr>
              <w:spacing w:line="240" w:lineRule="auto"/>
            </w:pPr>
            <w:r>
              <w:rPr>
                <w:sz w:val="15"/>
              </w:rPr>
              <w:t>Contemporary single-race/ethnicity trend</w:t>
            </w:r>
          </w:p>
        </w:tc>
        <w:tc>
          <w:tcPr>
            <w:tcW w:w="2231" w:type="dxa"/>
            <w:tcMar>
              <w:top w:w="35" w:type="dxa"/>
              <w:left w:w="45" w:type="dxa"/>
              <w:bottom w:w="35" w:type="dxa"/>
              <w:right w:w="45" w:type="dxa"/>
            </w:tcMar>
            <w:vAlign w:val="center"/>
            <w:tcBorders>
              <w:left w:val="nil"/>
              <w:right w:val="nil"/>
            </w:tcBorders>
          </w:tcPr>
          <w:p w14:paraId="5164151D" w14:textId="77777777" w:rsidR="003B3005" w:rsidRDefault="00000000">
            <w:pPr>
              <w:spacing w:line="240" w:lineRule="auto"/>
              <w:jc w:val="center"/>
            </w:pPr>
            <w:r>
              <w:rPr>
                <w:sz w:val="15"/>
              </w:rPr>
              <w:t>2018-2024</w:t>
            </w:r>
          </w:p>
        </w:tc>
        <w:tc>
          <w:tcPr>
            <w:tcW w:w="2231" w:type="dxa"/>
            <w:tcMar>
              <w:top w:w="35" w:type="dxa"/>
              <w:left w:w="45" w:type="dxa"/>
              <w:bottom w:w="35" w:type="dxa"/>
              <w:right w:w="45" w:type="dxa"/>
            </w:tcMar>
            <w:vAlign w:val="center"/>
            <w:tcBorders>
              <w:left w:val="nil"/>
              <w:right w:val="nil"/>
            </w:tcBorders>
          </w:tcPr>
          <w:p w14:paraId="078AECC7" w14:textId="77777777" w:rsidR="003B3005" w:rsidRDefault="00000000">
            <w:pPr>
              <w:spacing w:line="240" w:lineRule="auto"/>
              <w:jc w:val="center"/>
            </w:pPr>
            <w:r>
              <w:rPr>
                <w:sz w:val="15"/>
              </w:rPr>
              <w:t>Six non-Hispanic race groups; Hispanic any race</w:t>
            </w:r>
          </w:p>
        </w:tc>
        <w:tc>
          <w:tcPr>
            <w:tcW w:w="2231" w:type="dxa"/>
            <w:tcMar>
              <w:top w:w="35" w:type="dxa"/>
              <w:left w:w="45" w:type="dxa"/>
              <w:bottom w:w="35" w:type="dxa"/>
              <w:right w:w="45" w:type="dxa"/>
            </w:tcMar>
            <w:vAlign w:val="center"/>
            <w:tcBorders>
              <w:left w:val="nil"/>
              <w:right w:val="nil"/>
            </w:tcBorders>
          </w:tcPr>
          <w:p w14:paraId="77AA4FB4" w14:textId="77777777" w:rsidR="003B3005" w:rsidRDefault="00000000">
            <w:pPr>
              <w:spacing w:line="240" w:lineRule="auto"/>
              <w:jc w:val="center"/>
            </w:pPr>
            <w:r>
              <w:rPr>
                <w:sz w:val="15"/>
              </w:rPr>
              <w:t>Completed; exploratory</w:t>
            </w:r>
          </w:p>
        </w:tc>
        <w:tc>
          <w:tcPr>
            <w:tcW w:w="1583" w:type="dxa"/>
            <w:tcMar>
              <w:top w:w="35" w:type="dxa"/>
              <w:left w:w="45" w:type="dxa"/>
              <w:bottom w:w="35" w:type="dxa"/>
              <w:right w:w="45" w:type="dxa"/>
            </w:tcMar>
            <w:vAlign w:val="center"/>
            <w:tcBorders>
              <w:left w:val="nil"/>
              <w:right w:val="nil"/>
            </w:tcBorders>
          </w:tcPr>
          <w:p w14:paraId="5BC09C2F" w14:textId="77777777" w:rsidR="003B3005" w:rsidRDefault="00000000">
            <w:pPr>
              <w:spacing w:line="240" w:lineRule="auto"/>
              <w:jc w:val="center"/>
            </w:pPr>
            <w:r>
              <w:rPr>
                <w:sz w:val="15"/>
              </w:rPr>
              <w:t>One 2021 joinpoint in each group; full APC/AAPC outputs in Tables S24-S25</w:t>
            </w:r>
          </w:p>
        </w:tc>
      </w:tr>
    </w:tbl>
    <w:p w14:paraId="06B3B22B" w14:textId="77777777" w:rsidR="003B3005" w:rsidRDefault="00000000">
      <w:pPr>
        <w:spacing w:line="240" w:lineRule="auto"/>
      </w:pPr>
      <w:r>
        <w:t>Note: Historical and contemporary analyses were modeled separately and were not concatenated.</w:t>
      </w:r>
    </w:p>
    <w:p w14:paraId="36C6BE2A" w14:textId="77777777" w:rsidR="003B3005" w:rsidRDefault="00000000">
      <w:pPr>
        <w:pStyle w:val="Heading2"/>
        <w:spacing w:before="0" w:line="240" w:lineRule="auto"/>
      </w:pPr>
      <w:r>
        <w:rPr>
          <w:rFonts w:ascii="Times New Roman" w:eastAsia="Times New Roman" w:hAnsi="Times New Roman"/>
          <w:sz w:val="24"/>
        </w:rPr>
        <w:t>Supplementary Table S22. Historical race APC results</w:t>
      </w:r>
    </w:p>
    <w:tbl>
      <w:tblPr>
        <w:tblW w:w="5000" w:type="pct"/>
        <w:jc w:val="center"/>
        <w:tblLayout w:type="fixed"/>
        <w:tblLook w:val="04A0" w:firstRow="1" w:lastRow="0" w:firstColumn="1" w:lastColumn="0" w:noHBand="0" w:noVBand="1"/>
      </w:tblPr>
      <w:tblGrid>
        <w:gridCol w:w="1348"/>
        <w:gridCol w:w="1055"/>
        <w:gridCol w:w="1055"/>
        <w:gridCol w:w="1055"/>
        <w:gridCol w:w="908"/>
        <w:gridCol w:w="1348"/>
        <w:gridCol w:w="1348"/>
        <w:gridCol w:w="1333"/>
      </w:tblGrid>
      <w:tr w:rsidR="003B3005" w14:paraId="5F0EC520" w14:textId="77777777">
        <w:trPr>
          <w:cantSplit/>
          <w:tblHeader/>
          <w:jc w:val="center"/>
        </w:trPr>
        <w:tc>
          <w:tcPr>
            <w:tcW w:w="134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17A20FC" w14:textId="77777777" w:rsidR="003B3005" w:rsidRDefault="00000000">
            <w:pPr>
              <w:spacing w:line="240" w:lineRule="auto"/>
            </w:pPr>
            <w:r>
              <w:rPr>
                <w:b/>
                <w:sz w:val="15"/>
              </w:rPr>
              <w:t>Group</w:t>
            </w:r>
          </w:p>
        </w:tc>
        <w:tc>
          <w:tcPr>
            <w:tcW w:w="10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502136" w14:textId="77777777" w:rsidR="003B3005" w:rsidRDefault="00000000">
            <w:pPr>
              <w:spacing w:line="240" w:lineRule="auto"/>
              <w:jc w:val="center"/>
            </w:pPr>
            <w:r>
              <w:rPr>
                <w:b/>
                <w:sz w:val="15"/>
              </w:rPr>
              <w:t>Segment</w:t>
            </w:r>
          </w:p>
        </w:tc>
        <w:tc>
          <w:tcPr>
            <w:tcW w:w="10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170144" w14:textId="77777777" w:rsidR="003B3005" w:rsidRDefault="00000000">
            <w:pPr>
              <w:spacing w:line="240" w:lineRule="auto"/>
              <w:jc w:val="center"/>
            </w:pPr>
            <w:r>
              <w:rPr>
                <w:b/>
                <w:sz w:val="15"/>
              </w:rPr>
              <w:t>Lower endpoint</w:t>
            </w:r>
          </w:p>
        </w:tc>
        <w:tc>
          <w:tcPr>
            <w:tcW w:w="10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3985B2E" w14:textId="77777777" w:rsidR="003B3005" w:rsidRDefault="00000000">
            <w:pPr>
              <w:spacing w:line="240" w:lineRule="auto"/>
              <w:jc w:val="center"/>
            </w:pPr>
            <w:r>
              <w:rPr>
                <w:b/>
                <w:sz w:val="15"/>
              </w:rPr>
              <w:t>Upper endpoint</w:t>
            </w:r>
          </w:p>
        </w:tc>
        <w:tc>
          <w:tcPr>
            <w:tcW w:w="90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EEC682" w14:textId="77777777" w:rsidR="003B3005" w:rsidRDefault="00000000">
            <w:pPr>
              <w:spacing w:line="240" w:lineRule="auto"/>
              <w:jc w:val="center"/>
            </w:pPr>
            <w:r>
              <w:rPr>
                <w:b/>
                <w:sz w:val="15"/>
              </w:rPr>
              <w:t>APC</w:t>
            </w:r>
          </w:p>
        </w:tc>
        <w:tc>
          <w:tcPr>
            <w:tcW w:w="134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142380D" w14:textId="77777777" w:rsidR="003B3005" w:rsidRDefault="00000000">
            <w:pPr>
              <w:spacing w:line="240" w:lineRule="auto"/>
              <w:jc w:val="center"/>
            </w:pPr>
            <w:r>
              <w:rPr>
                <w:b/>
                <w:sz w:val="15"/>
              </w:rPr>
              <w:t>Lower 95% CI</w:t>
            </w:r>
          </w:p>
        </w:tc>
        <w:tc>
          <w:tcPr>
            <w:tcW w:w="134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46D27DB" w14:textId="77777777" w:rsidR="003B3005" w:rsidRDefault="00000000">
            <w:pPr>
              <w:spacing w:line="240" w:lineRule="auto"/>
              <w:jc w:val="center"/>
            </w:pPr>
            <w:r>
              <w:rPr>
                <w:b/>
                <w:sz w:val="15"/>
              </w:rPr>
              <w:t>Upper 95% CI</w:t>
            </w:r>
          </w:p>
        </w:tc>
        <w:tc>
          <w:tcPr>
            <w:tcW w:w="133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9EF44C" w14:textId="77777777" w:rsidR="003B3005" w:rsidRDefault="00000000">
            <w:pPr>
              <w:spacing w:line="240" w:lineRule="auto"/>
              <w:jc w:val="center"/>
            </w:pPr>
            <w:r>
              <w:rPr>
                <w:b/>
                <w:sz w:val="15"/>
              </w:rPr>
              <w:t>P value</w:t>
            </w:r>
          </w:p>
        </w:tc>
      </w:tr>
      <w:tr w:rsidR="003B3005" w14:paraId="5CE3C61F" w14:textId="77777777">
        <w:trPr>
          <w:cantSplit/>
          <w:jc w:val="center"/>
        </w:trPr>
        <w:tc>
          <w:tcPr>
            <w:tcW w:w="1345" w:type="dxa"/>
            <w:tcMar>
              <w:top w:w="35" w:type="dxa"/>
              <w:left w:w="45" w:type="dxa"/>
              <w:bottom w:w="35" w:type="dxa"/>
              <w:right w:w="45" w:type="dxa"/>
            </w:tcMar>
            <w:vAlign w:val="center"/>
            <w:tcBorders>
              <w:left w:val="nil"/>
              <w:right w:val="nil"/>
            </w:tcBorders>
          </w:tcPr>
          <w:p w14:paraId="54AD3B55" w14:textId="77777777" w:rsidR="003B3005" w:rsidRDefault="00000000">
            <w:pPr>
              <w:spacing w:line="240" w:lineRule="auto"/>
            </w:pPr>
            <w:r>
              <w:rPr>
                <w:sz w:val="15"/>
              </w:rPr>
              <w:t>Non-Hispanic Black</w:t>
            </w:r>
          </w:p>
        </w:tc>
        <w:tc>
          <w:tcPr>
            <w:tcW w:w="1052" w:type="dxa"/>
            <w:tcMar>
              <w:top w:w="35" w:type="dxa"/>
              <w:left w:w="45" w:type="dxa"/>
              <w:bottom w:w="35" w:type="dxa"/>
              <w:right w:w="45" w:type="dxa"/>
            </w:tcMar>
            <w:vAlign w:val="center"/>
            <w:tcBorders>
              <w:left w:val="nil"/>
              <w:right w:val="nil"/>
            </w:tcBorders>
          </w:tcPr>
          <w:p w14:paraId="14CA1C80" w14:textId="77777777" w:rsidR="003B3005" w:rsidRDefault="00000000">
            <w:pPr>
              <w:spacing w:line="240" w:lineRule="auto"/>
              <w:jc w:val="center"/>
            </w:pPr>
            <w:r>
              <w:rPr>
                <w:sz w:val="15"/>
              </w:rPr>
              <w:t>1</w:t>
            </w:r>
          </w:p>
        </w:tc>
        <w:tc>
          <w:tcPr>
            <w:tcW w:w="1052" w:type="dxa"/>
            <w:tcMar>
              <w:top w:w="35" w:type="dxa"/>
              <w:left w:w="45" w:type="dxa"/>
              <w:bottom w:w="35" w:type="dxa"/>
              <w:right w:w="45" w:type="dxa"/>
            </w:tcMar>
            <w:vAlign w:val="center"/>
            <w:tcBorders>
              <w:left w:val="nil"/>
              <w:right w:val="nil"/>
            </w:tcBorders>
          </w:tcPr>
          <w:p w14:paraId="28B40E34" w14:textId="77777777" w:rsidR="003B3005" w:rsidRDefault="00000000">
            <w:pPr>
              <w:spacing w:line="240" w:lineRule="auto"/>
              <w:jc w:val="center"/>
            </w:pPr>
            <w:r>
              <w:rPr>
                <w:sz w:val="15"/>
              </w:rPr>
              <w:t>1999</w:t>
            </w:r>
          </w:p>
        </w:tc>
        <w:tc>
          <w:tcPr>
            <w:tcW w:w="1052" w:type="dxa"/>
            <w:tcMar>
              <w:top w:w="35" w:type="dxa"/>
              <w:left w:w="45" w:type="dxa"/>
              <w:bottom w:w="35" w:type="dxa"/>
              <w:right w:w="45" w:type="dxa"/>
            </w:tcMar>
            <w:vAlign w:val="center"/>
            <w:tcBorders>
              <w:left w:val="nil"/>
              <w:right w:val="nil"/>
            </w:tcBorders>
          </w:tcPr>
          <w:p w14:paraId="1E91A11B" w14:textId="77777777" w:rsidR="003B3005" w:rsidRDefault="00000000">
            <w:pPr>
              <w:spacing w:line="240" w:lineRule="auto"/>
              <w:jc w:val="center"/>
            </w:pPr>
            <w:r>
              <w:rPr>
                <w:sz w:val="15"/>
              </w:rPr>
              <w:t>2018</w:t>
            </w:r>
          </w:p>
        </w:tc>
        <w:tc>
          <w:tcPr>
            <w:tcW w:w="906" w:type="dxa"/>
            <w:tcMar>
              <w:top w:w="35" w:type="dxa"/>
              <w:left w:w="45" w:type="dxa"/>
              <w:bottom w:w="35" w:type="dxa"/>
              <w:right w:w="45" w:type="dxa"/>
            </w:tcMar>
            <w:vAlign w:val="center"/>
            <w:tcBorders>
              <w:left w:val="nil"/>
              <w:right w:val="nil"/>
            </w:tcBorders>
          </w:tcPr>
          <w:p w14:paraId="53DE55D6" w14:textId="77777777" w:rsidR="003B3005" w:rsidRDefault="00000000">
            <w:pPr>
              <w:spacing w:line="240" w:lineRule="auto"/>
              <w:jc w:val="center"/>
            </w:pPr>
            <w:r>
              <w:rPr>
                <w:sz w:val="15"/>
              </w:rPr>
              <w:t>2.3724</w:t>
            </w:r>
          </w:p>
        </w:tc>
        <w:tc>
          <w:tcPr>
            <w:tcW w:w="1345" w:type="dxa"/>
            <w:tcMar>
              <w:top w:w="35" w:type="dxa"/>
              <w:left w:w="45" w:type="dxa"/>
              <w:bottom w:w="35" w:type="dxa"/>
              <w:right w:w="45" w:type="dxa"/>
            </w:tcMar>
            <w:vAlign w:val="center"/>
            <w:tcBorders>
              <w:left w:val="nil"/>
              <w:right w:val="nil"/>
            </w:tcBorders>
          </w:tcPr>
          <w:p w14:paraId="138FC218" w14:textId="77777777" w:rsidR="003B3005" w:rsidRDefault="00000000">
            <w:pPr>
              <w:spacing w:line="240" w:lineRule="auto"/>
              <w:jc w:val="center"/>
            </w:pPr>
            <w:r>
              <w:rPr>
                <w:sz w:val="15"/>
              </w:rPr>
              <w:t>-0.107</w:t>
            </w:r>
          </w:p>
        </w:tc>
        <w:tc>
          <w:tcPr>
            <w:tcW w:w="1345" w:type="dxa"/>
            <w:tcMar>
              <w:top w:w="35" w:type="dxa"/>
              <w:left w:w="45" w:type="dxa"/>
              <w:bottom w:w="35" w:type="dxa"/>
              <w:right w:w="45" w:type="dxa"/>
            </w:tcMar>
            <w:vAlign w:val="center"/>
            <w:tcBorders>
              <w:left w:val="nil"/>
              <w:right w:val="nil"/>
            </w:tcBorders>
          </w:tcPr>
          <w:p w14:paraId="0D15D3E9" w14:textId="77777777" w:rsidR="003B3005" w:rsidRDefault="00000000">
            <w:pPr>
              <w:spacing w:line="240" w:lineRule="auto"/>
              <w:jc w:val="center"/>
            </w:pPr>
            <w:r>
              <w:rPr>
                <w:sz w:val="15"/>
              </w:rPr>
              <w:t>3.8608</w:t>
            </w:r>
          </w:p>
        </w:tc>
        <w:tc>
          <w:tcPr>
            <w:tcW w:w="1330" w:type="dxa"/>
            <w:tcMar>
              <w:top w:w="35" w:type="dxa"/>
              <w:left w:w="45" w:type="dxa"/>
              <w:bottom w:w="35" w:type="dxa"/>
              <w:right w:w="45" w:type="dxa"/>
            </w:tcMar>
            <w:vAlign w:val="center"/>
            <w:tcBorders>
              <w:left w:val="nil"/>
              <w:right w:val="nil"/>
            </w:tcBorders>
          </w:tcPr>
          <w:p w14:paraId="196F462C" w14:textId="77777777" w:rsidR="003B3005" w:rsidRDefault="00000000">
            <w:pPr>
              <w:spacing w:line="240" w:lineRule="auto"/>
              <w:jc w:val="center"/>
            </w:pPr>
            <w:r>
              <w:rPr>
                <w:sz w:val="15"/>
              </w:rPr>
              <w:t>0.055189</w:t>
            </w:r>
          </w:p>
        </w:tc>
      </w:tr>
      <w:tr w:rsidR="003B3005" w14:paraId="45663FEA" w14:textId="77777777">
        <w:trPr>
          <w:cantSplit/>
          <w:jc w:val="center"/>
        </w:trPr>
        <w:tc>
          <w:tcPr>
            <w:tcW w:w="1345" w:type="dxa"/>
            <w:tcMar>
              <w:top w:w="35" w:type="dxa"/>
              <w:left w:w="45" w:type="dxa"/>
              <w:bottom w:w="35" w:type="dxa"/>
              <w:right w:w="45" w:type="dxa"/>
            </w:tcMar>
            <w:vAlign w:val="center"/>
            <w:tcBorders>
              <w:left w:val="nil"/>
              <w:right w:val="nil"/>
            </w:tcBorders>
          </w:tcPr>
          <w:p w14:paraId="29347FAF" w14:textId="77777777" w:rsidR="003B3005" w:rsidRDefault="00000000">
            <w:pPr>
              <w:spacing w:line="240" w:lineRule="auto"/>
            </w:pPr>
            <w:r>
              <w:rPr>
                <w:sz w:val="15"/>
              </w:rPr>
              <w:t>Non-Hispanic Black</w:t>
            </w:r>
          </w:p>
        </w:tc>
        <w:tc>
          <w:tcPr>
            <w:tcW w:w="1052" w:type="dxa"/>
            <w:tcMar>
              <w:top w:w="35" w:type="dxa"/>
              <w:left w:w="45" w:type="dxa"/>
              <w:bottom w:w="35" w:type="dxa"/>
              <w:right w:w="45" w:type="dxa"/>
            </w:tcMar>
            <w:vAlign w:val="center"/>
            <w:tcBorders>
              <w:left w:val="nil"/>
              <w:right w:val="nil"/>
            </w:tcBorders>
          </w:tcPr>
          <w:p w14:paraId="5E13300B" w14:textId="77777777" w:rsidR="003B3005" w:rsidRDefault="00000000">
            <w:pPr>
              <w:spacing w:line="240" w:lineRule="auto"/>
              <w:jc w:val="center"/>
            </w:pPr>
            <w:r>
              <w:rPr>
                <w:sz w:val="15"/>
              </w:rPr>
              <w:t>2</w:t>
            </w:r>
          </w:p>
        </w:tc>
        <w:tc>
          <w:tcPr>
            <w:tcW w:w="1052" w:type="dxa"/>
            <w:tcMar>
              <w:top w:w="35" w:type="dxa"/>
              <w:left w:w="45" w:type="dxa"/>
              <w:bottom w:w="35" w:type="dxa"/>
              <w:right w:w="45" w:type="dxa"/>
            </w:tcMar>
            <w:vAlign w:val="center"/>
            <w:tcBorders>
              <w:left w:val="nil"/>
              <w:right w:val="nil"/>
            </w:tcBorders>
          </w:tcPr>
          <w:p w14:paraId="2126FD2D" w14:textId="77777777" w:rsidR="003B3005" w:rsidRDefault="00000000">
            <w:pPr>
              <w:spacing w:line="240" w:lineRule="auto"/>
              <w:jc w:val="center"/>
            </w:pPr>
            <w:r>
              <w:rPr>
                <w:sz w:val="15"/>
              </w:rPr>
              <w:t>2018</w:t>
            </w:r>
          </w:p>
        </w:tc>
        <w:tc>
          <w:tcPr>
            <w:tcW w:w="1052" w:type="dxa"/>
            <w:tcMar>
              <w:top w:w="35" w:type="dxa"/>
              <w:left w:w="45" w:type="dxa"/>
              <w:bottom w:w="35" w:type="dxa"/>
              <w:right w:w="45" w:type="dxa"/>
            </w:tcMar>
            <w:vAlign w:val="center"/>
            <w:tcBorders>
              <w:left w:val="nil"/>
              <w:right w:val="nil"/>
            </w:tcBorders>
          </w:tcPr>
          <w:p w14:paraId="6FCB5F64" w14:textId="77777777" w:rsidR="003B3005" w:rsidRDefault="00000000">
            <w:pPr>
              <w:spacing w:line="240" w:lineRule="auto"/>
              <w:jc w:val="center"/>
            </w:pPr>
            <w:r>
              <w:rPr>
                <w:sz w:val="15"/>
              </w:rPr>
              <w:t>2020</w:t>
            </w:r>
          </w:p>
        </w:tc>
        <w:tc>
          <w:tcPr>
            <w:tcW w:w="906" w:type="dxa"/>
            <w:tcMar>
              <w:top w:w="35" w:type="dxa"/>
              <w:left w:w="45" w:type="dxa"/>
              <w:bottom w:w="35" w:type="dxa"/>
              <w:right w:w="45" w:type="dxa"/>
            </w:tcMar>
            <w:vAlign w:val="center"/>
            <w:tcBorders>
              <w:left w:val="nil"/>
              <w:right w:val="nil"/>
            </w:tcBorders>
          </w:tcPr>
          <w:p w14:paraId="68177A6F" w14:textId="77777777" w:rsidR="003B3005" w:rsidRDefault="00000000">
            <w:pPr>
              <w:spacing w:line="240" w:lineRule="auto"/>
              <w:jc w:val="center"/>
            </w:pPr>
            <w:r>
              <w:rPr>
                <w:sz w:val="15"/>
              </w:rPr>
              <w:t>33.0251</w:t>
            </w:r>
          </w:p>
        </w:tc>
        <w:tc>
          <w:tcPr>
            <w:tcW w:w="1345" w:type="dxa"/>
            <w:tcMar>
              <w:top w:w="35" w:type="dxa"/>
              <w:left w:w="45" w:type="dxa"/>
              <w:bottom w:w="35" w:type="dxa"/>
              <w:right w:w="45" w:type="dxa"/>
            </w:tcMar>
            <w:vAlign w:val="center"/>
            <w:tcBorders>
              <w:left w:val="nil"/>
              <w:right w:val="nil"/>
            </w:tcBorders>
          </w:tcPr>
          <w:p w14:paraId="67C0DEF2" w14:textId="77777777" w:rsidR="003B3005" w:rsidRDefault="00000000">
            <w:pPr>
              <w:spacing w:line="240" w:lineRule="auto"/>
              <w:jc w:val="center"/>
            </w:pPr>
            <w:r>
              <w:rPr>
                <w:sz w:val="15"/>
              </w:rPr>
              <w:t>7.66</w:t>
            </w:r>
          </w:p>
        </w:tc>
        <w:tc>
          <w:tcPr>
            <w:tcW w:w="1345" w:type="dxa"/>
            <w:tcMar>
              <w:top w:w="35" w:type="dxa"/>
              <w:left w:w="45" w:type="dxa"/>
              <w:bottom w:w="35" w:type="dxa"/>
              <w:right w:w="45" w:type="dxa"/>
            </w:tcMar>
            <w:vAlign w:val="center"/>
            <w:tcBorders>
              <w:left w:val="nil"/>
              <w:right w:val="nil"/>
            </w:tcBorders>
          </w:tcPr>
          <w:p w14:paraId="6D35D5F5" w14:textId="77777777" w:rsidR="003B3005" w:rsidRDefault="00000000">
            <w:pPr>
              <w:spacing w:line="240" w:lineRule="auto"/>
              <w:jc w:val="center"/>
            </w:pPr>
            <w:r>
              <w:rPr>
                <w:sz w:val="15"/>
              </w:rPr>
              <w:t>45.6902</w:t>
            </w:r>
          </w:p>
        </w:tc>
        <w:tc>
          <w:tcPr>
            <w:tcW w:w="1330" w:type="dxa"/>
            <w:tcMar>
              <w:top w:w="35" w:type="dxa"/>
              <w:left w:w="45" w:type="dxa"/>
              <w:bottom w:w="35" w:type="dxa"/>
              <w:right w:w="45" w:type="dxa"/>
            </w:tcMar>
            <w:vAlign w:val="center"/>
            <w:tcBorders>
              <w:left w:val="nil"/>
              <w:right w:val="nil"/>
            </w:tcBorders>
          </w:tcPr>
          <w:p w14:paraId="455E155C" w14:textId="77777777" w:rsidR="003B3005" w:rsidRDefault="00000000">
            <w:pPr>
              <w:spacing w:line="240" w:lineRule="auto"/>
              <w:jc w:val="center"/>
            </w:pPr>
            <w:r>
              <w:rPr>
                <w:sz w:val="15"/>
              </w:rPr>
              <w:t>&lt;0.000001</w:t>
            </w:r>
          </w:p>
        </w:tc>
      </w:tr>
      <w:tr w:rsidR="003B3005" w14:paraId="30FEDDF9" w14:textId="77777777">
        <w:trPr>
          <w:cantSplit/>
          <w:jc w:val="center"/>
        </w:trPr>
        <w:tc>
          <w:tcPr>
            <w:tcW w:w="1345" w:type="dxa"/>
            <w:tcMar>
              <w:top w:w="35" w:type="dxa"/>
              <w:left w:w="45" w:type="dxa"/>
              <w:bottom w:w="35" w:type="dxa"/>
              <w:right w:w="45" w:type="dxa"/>
            </w:tcMar>
            <w:vAlign w:val="center"/>
            <w:tcBorders>
              <w:left w:val="nil"/>
              <w:right w:val="nil"/>
            </w:tcBorders>
          </w:tcPr>
          <w:p w14:paraId="7EAED782" w14:textId="77777777" w:rsidR="003B3005" w:rsidRDefault="00000000">
            <w:pPr>
              <w:spacing w:line="240" w:lineRule="auto"/>
            </w:pPr>
            <w:r>
              <w:rPr>
                <w:sz w:val="15"/>
              </w:rPr>
              <w:t>Non-Hispanic White</w:t>
            </w:r>
          </w:p>
        </w:tc>
        <w:tc>
          <w:tcPr>
            <w:tcW w:w="1052" w:type="dxa"/>
            <w:tcMar>
              <w:top w:w="35" w:type="dxa"/>
              <w:left w:w="45" w:type="dxa"/>
              <w:bottom w:w="35" w:type="dxa"/>
              <w:right w:w="45" w:type="dxa"/>
            </w:tcMar>
            <w:vAlign w:val="center"/>
            <w:tcBorders>
              <w:left w:val="nil"/>
              <w:right w:val="nil"/>
            </w:tcBorders>
          </w:tcPr>
          <w:p w14:paraId="148E9ED3" w14:textId="77777777" w:rsidR="003B3005" w:rsidRDefault="00000000">
            <w:pPr>
              <w:spacing w:line="240" w:lineRule="auto"/>
              <w:jc w:val="center"/>
            </w:pPr>
            <w:r>
              <w:rPr>
                <w:sz w:val="15"/>
              </w:rPr>
              <w:t>1</w:t>
            </w:r>
          </w:p>
        </w:tc>
        <w:tc>
          <w:tcPr>
            <w:tcW w:w="1052" w:type="dxa"/>
            <w:tcMar>
              <w:top w:w="35" w:type="dxa"/>
              <w:left w:w="45" w:type="dxa"/>
              <w:bottom w:w="35" w:type="dxa"/>
              <w:right w:w="45" w:type="dxa"/>
            </w:tcMar>
            <w:vAlign w:val="center"/>
            <w:tcBorders>
              <w:left w:val="nil"/>
              <w:right w:val="nil"/>
            </w:tcBorders>
          </w:tcPr>
          <w:p w14:paraId="3E6FBD39" w14:textId="77777777" w:rsidR="003B3005" w:rsidRDefault="00000000">
            <w:pPr>
              <w:spacing w:line="240" w:lineRule="auto"/>
              <w:jc w:val="center"/>
            </w:pPr>
            <w:r>
              <w:rPr>
                <w:sz w:val="15"/>
              </w:rPr>
              <w:t>1999</w:t>
            </w:r>
          </w:p>
        </w:tc>
        <w:tc>
          <w:tcPr>
            <w:tcW w:w="1052" w:type="dxa"/>
            <w:tcMar>
              <w:top w:w="35" w:type="dxa"/>
              <w:left w:w="45" w:type="dxa"/>
              <w:bottom w:w="35" w:type="dxa"/>
              <w:right w:w="45" w:type="dxa"/>
            </w:tcMar>
            <w:vAlign w:val="center"/>
            <w:tcBorders>
              <w:left w:val="nil"/>
              <w:right w:val="nil"/>
            </w:tcBorders>
          </w:tcPr>
          <w:p w14:paraId="5FBB12DD" w14:textId="77777777" w:rsidR="003B3005" w:rsidRDefault="00000000">
            <w:pPr>
              <w:spacing w:line="240" w:lineRule="auto"/>
              <w:jc w:val="center"/>
            </w:pPr>
            <w:r>
              <w:rPr>
                <w:sz w:val="15"/>
              </w:rPr>
              <w:t>2003</w:t>
            </w:r>
          </w:p>
        </w:tc>
        <w:tc>
          <w:tcPr>
            <w:tcW w:w="906" w:type="dxa"/>
            <w:tcMar>
              <w:top w:w="35" w:type="dxa"/>
              <w:left w:w="45" w:type="dxa"/>
              <w:bottom w:w="35" w:type="dxa"/>
              <w:right w:w="45" w:type="dxa"/>
            </w:tcMar>
            <w:vAlign w:val="center"/>
            <w:tcBorders>
              <w:left w:val="nil"/>
              <w:right w:val="nil"/>
            </w:tcBorders>
          </w:tcPr>
          <w:p w14:paraId="26CF9C5A" w14:textId="77777777" w:rsidR="003B3005" w:rsidRDefault="00000000">
            <w:pPr>
              <w:spacing w:line="240" w:lineRule="auto"/>
              <w:jc w:val="center"/>
            </w:pPr>
            <w:r>
              <w:rPr>
                <w:sz w:val="15"/>
              </w:rPr>
              <w:t>13.1187</w:t>
            </w:r>
          </w:p>
        </w:tc>
        <w:tc>
          <w:tcPr>
            <w:tcW w:w="1345" w:type="dxa"/>
            <w:tcMar>
              <w:top w:w="35" w:type="dxa"/>
              <w:left w:w="45" w:type="dxa"/>
              <w:bottom w:w="35" w:type="dxa"/>
              <w:right w:w="45" w:type="dxa"/>
            </w:tcMar>
            <w:vAlign w:val="center"/>
            <w:tcBorders>
              <w:left w:val="nil"/>
              <w:right w:val="nil"/>
            </w:tcBorders>
          </w:tcPr>
          <w:p w14:paraId="05ADEA09" w14:textId="77777777" w:rsidR="003B3005" w:rsidRDefault="00000000">
            <w:pPr>
              <w:spacing w:line="240" w:lineRule="auto"/>
              <w:jc w:val="center"/>
            </w:pPr>
            <w:r>
              <w:rPr>
                <w:sz w:val="15"/>
              </w:rPr>
              <w:t>5.6102</w:t>
            </w:r>
          </w:p>
        </w:tc>
        <w:tc>
          <w:tcPr>
            <w:tcW w:w="1345" w:type="dxa"/>
            <w:tcMar>
              <w:top w:w="35" w:type="dxa"/>
              <w:left w:w="45" w:type="dxa"/>
              <w:bottom w:w="35" w:type="dxa"/>
              <w:right w:w="45" w:type="dxa"/>
            </w:tcMar>
            <w:vAlign w:val="center"/>
            <w:tcBorders>
              <w:left w:val="nil"/>
              <w:right w:val="nil"/>
            </w:tcBorders>
          </w:tcPr>
          <w:p w14:paraId="7BF81DBA" w14:textId="77777777" w:rsidR="003B3005" w:rsidRDefault="00000000">
            <w:pPr>
              <w:spacing w:line="240" w:lineRule="auto"/>
              <w:jc w:val="center"/>
            </w:pPr>
            <w:r>
              <w:rPr>
                <w:sz w:val="15"/>
              </w:rPr>
              <w:t>47.6901</w:t>
            </w:r>
          </w:p>
        </w:tc>
        <w:tc>
          <w:tcPr>
            <w:tcW w:w="1330" w:type="dxa"/>
            <w:tcMar>
              <w:top w:w="35" w:type="dxa"/>
              <w:left w:w="45" w:type="dxa"/>
              <w:bottom w:w="35" w:type="dxa"/>
              <w:right w:w="45" w:type="dxa"/>
            </w:tcMar>
            <w:vAlign w:val="center"/>
            <w:tcBorders>
              <w:left w:val="nil"/>
              <w:right w:val="nil"/>
            </w:tcBorders>
          </w:tcPr>
          <w:p w14:paraId="78996D31" w14:textId="77777777" w:rsidR="003B3005" w:rsidRDefault="00000000">
            <w:pPr>
              <w:spacing w:line="240" w:lineRule="auto"/>
              <w:jc w:val="center"/>
            </w:pPr>
            <w:r>
              <w:rPr>
                <w:sz w:val="15"/>
              </w:rPr>
              <w:t>0.002</w:t>
            </w:r>
          </w:p>
        </w:tc>
      </w:tr>
      <w:tr w:rsidR="003B3005" w14:paraId="1B2BE21E" w14:textId="77777777">
        <w:trPr>
          <w:cantSplit/>
          <w:jc w:val="center"/>
        </w:trPr>
        <w:tc>
          <w:tcPr>
            <w:tcW w:w="1345" w:type="dxa"/>
            <w:tcMar>
              <w:top w:w="35" w:type="dxa"/>
              <w:left w:w="45" w:type="dxa"/>
              <w:bottom w:w="35" w:type="dxa"/>
              <w:right w:w="45" w:type="dxa"/>
            </w:tcMar>
            <w:vAlign w:val="center"/>
            <w:tcBorders>
              <w:left w:val="nil"/>
              <w:right w:val="nil"/>
            </w:tcBorders>
          </w:tcPr>
          <w:p w14:paraId="3C9665F6" w14:textId="77777777" w:rsidR="003B3005" w:rsidRDefault="00000000">
            <w:pPr>
              <w:spacing w:line="240" w:lineRule="auto"/>
            </w:pPr>
            <w:r>
              <w:rPr>
                <w:sz w:val="15"/>
              </w:rPr>
              <w:t>Non-Hispanic White</w:t>
            </w:r>
          </w:p>
        </w:tc>
        <w:tc>
          <w:tcPr>
            <w:tcW w:w="1052" w:type="dxa"/>
            <w:tcMar>
              <w:top w:w="35" w:type="dxa"/>
              <w:left w:w="45" w:type="dxa"/>
              <w:bottom w:w="35" w:type="dxa"/>
              <w:right w:w="45" w:type="dxa"/>
            </w:tcMar>
            <w:vAlign w:val="center"/>
            <w:tcBorders>
              <w:left w:val="nil"/>
              <w:right w:val="nil"/>
            </w:tcBorders>
          </w:tcPr>
          <w:p w14:paraId="70D2534C" w14:textId="77777777" w:rsidR="003B3005" w:rsidRDefault="00000000">
            <w:pPr>
              <w:spacing w:line="240" w:lineRule="auto"/>
              <w:jc w:val="center"/>
            </w:pPr>
            <w:r>
              <w:rPr>
                <w:sz w:val="15"/>
              </w:rPr>
              <w:t>2</w:t>
            </w:r>
          </w:p>
        </w:tc>
        <w:tc>
          <w:tcPr>
            <w:tcW w:w="1052" w:type="dxa"/>
            <w:tcMar>
              <w:top w:w="35" w:type="dxa"/>
              <w:left w:w="45" w:type="dxa"/>
              <w:bottom w:w="35" w:type="dxa"/>
              <w:right w:w="45" w:type="dxa"/>
            </w:tcMar>
            <w:vAlign w:val="center"/>
            <w:tcBorders>
              <w:left w:val="nil"/>
              <w:right w:val="nil"/>
            </w:tcBorders>
          </w:tcPr>
          <w:p w14:paraId="4FD28F02" w14:textId="77777777" w:rsidR="003B3005" w:rsidRDefault="00000000">
            <w:pPr>
              <w:spacing w:line="240" w:lineRule="auto"/>
              <w:jc w:val="center"/>
            </w:pPr>
            <w:r>
              <w:rPr>
                <w:sz w:val="15"/>
              </w:rPr>
              <w:t>2003</w:t>
            </w:r>
          </w:p>
        </w:tc>
        <w:tc>
          <w:tcPr>
            <w:tcW w:w="1052" w:type="dxa"/>
            <w:tcMar>
              <w:top w:w="35" w:type="dxa"/>
              <w:left w:w="45" w:type="dxa"/>
              <w:bottom w:w="35" w:type="dxa"/>
              <w:right w:w="45" w:type="dxa"/>
            </w:tcMar>
            <w:vAlign w:val="center"/>
            <w:tcBorders>
              <w:left w:val="nil"/>
              <w:right w:val="nil"/>
            </w:tcBorders>
          </w:tcPr>
          <w:p w14:paraId="5BC51811" w14:textId="77777777" w:rsidR="003B3005" w:rsidRDefault="00000000">
            <w:pPr>
              <w:spacing w:line="240" w:lineRule="auto"/>
              <w:jc w:val="center"/>
            </w:pPr>
            <w:r>
              <w:rPr>
                <w:sz w:val="15"/>
              </w:rPr>
              <w:t>2018</w:t>
            </w:r>
          </w:p>
        </w:tc>
        <w:tc>
          <w:tcPr>
            <w:tcW w:w="906" w:type="dxa"/>
            <w:tcMar>
              <w:top w:w="35" w:type="dxa"/>
              <w:left w:w="45" w:type="dxa"/>
              <w:bottom w:w="35" w:type="dxa"/>
              <w:right w:w="45" w:type="dxa"/>
            </w:tcMar>
            <w:vAlign w:val="center"/>
            <w:tcBorders>
              <w:left w:val="nil"/>
              <w:right w:val="nil"/>
            </w:tcBorders>
          </w:tcPr>
          <w:p w14:paraId="333923EF" w14:textId="77777777" w:rsidR="003B3005" w:rsidRDefault="00000000">
            <w:pPr>
              <w:spacing w:line="240" w:lineRule="auto"/>
              <w:jc w:val="center"/>
            </w:pPr>
            <w:r>
              <w:rPr>
                <w:sz w:val="15"/>
              </w:rPr>
              <w:t>4.3126</w:t>
            </w:r>
          </w:p>
        </w:tc>
        <w:tc>
          <w:tcPr>
            <w:tcW w:w="1345" w:type="dxa"/>
            <w:tcMar>
              <w:top w:w="35" w:type="dxa"/>
              <w:left w:w="45" w:type="dxa"/>
              <w:bottom w:w="35" w:type="dxa"/>
              <w:right w:w="45" w:type="dxa"/>
            </w:tcMar>
            <w:vAlign w:val="center"/>
            <w:tcBorders>
              <w:left w:val="nil"/>
              <w:right w:val="nil"/>
            </w:tcBorders>
          </w:tcPr>
          <w:p w14:paraId="322466E9" w14:textId="77777777" w:rsidR="003B3005" w:rsidRDefault="00000000">
            <w:pPr>
              <w:spacing w:line="240" w:lineRule="auto"/>
              <w:jc w:val="center"/>
            </w:pPr>
            <w:r>
              <w:rPr>
                <w:sz w:val="15"/>
              </w:rPr>
              <w:t>-5.3564</w:t>
            </w:r>
          </w:p>
        </w:tc>
        <w:tc>
          <w:tcPr>
            <w:tcW w:w="1345" w:type="dxa"/>
            <w:tcMar>
              <w:top w:w="35" w:type="dxa"/>
              <w:left w:w="45" w:type="dxa"/>
              <w:bottom w:w="35" w:type="dxa"/>
              <w:right w:w="45" w:type="dxa"/>
            </w:tcMar>
            <w:vAlign w:val="center"/>
            <w:tcBorders>
              <w:left w:val="nil"/>
              <w:right w:val="nil"/>
            </w:tcBorders>
          </w:tcPr>
          <w:p w14:paraId="398CBF61" w14:textId="77777777" w:rsidR="003B3005" w:rsidRDefault="00000000">
            <w:pPr>
              <w:spacing w:line="240" w:lineRule="auto"/>
              <w:jc w:val="center"/>
            </w:pPr>
            <w:r>
              <w:rPr>
                <w:sz w:val="15"/>
              </w:rPr>
              <w:t>5.1634</w:t>
            </w:r>
          </w:p>
        </w:tc>
        <w:tc>
          <w:tcPr>
            <w:tcW w:w="1330" w:type="dxa"/>
            <w:tcMar>
              <w:top w:w="35" w:type="dxa"/>
              <w:left w:w="45" w:type="dxa"/>
              <w:bottom w:w="35" w:type="dxa"/>
              <w:right w:w="45" w:type="dxa"/>
            </w:tcMar>
            <w:vAlign w:val="center"/>
            <w:tcBorders>
              <w:left w:val="nil"/>
              <w:right w:val="nil"/>
            </w:tcBorders>
          </w:tcPr>
          <w:p w14:paraId="6796B1B2" w14:textId="77777777" w:rsidR="003B3005" w:rsidRDefault="00000000">
            <w:pPr>
              <w:spacing w:line="240" w:lineRule="auto"/>
              <w:jc w:val="center"/>
            </w:pPr>
            <w:r>
              <w:rPr>
                <w:sz w:val="15"/>
              </w:rPr>
              <w:t>0.294741</w:t>
            </w:r>
          </w:p>
        </w:tc>
      </w:tr>
      <w:tr w:rsidR="003B3005" w14:paraId="38D0F35F" w14:textId="77777777">
        <w:trPr>
          <w:cantSplit/>
          <w:jc w:val="center"/>
        </w:trPr>
        <w:tc>
          <w:tcPr>
            <w:tcW w:w="1345" w:type="dxa"/>
            <w:tcMar>
              <w:top w:w="35" w:type="dxa"/>
              <w:left w:w="45" w:type="dxa"/>
              <w:bottom w:w="35" w:type="dxa"/>
              <w:right w:w="45" w:type="dxa"/>
            </w:tcMar>
            <w:vAlign w:val="center"/>
            <w:tcBorders>
              <w:left w:val="nil"/>
              <w:right w:val="nil"/>
            </w:tcBorders>
          </w:tcPr>
          <w:p w14:paraId="7D8E5450" w14:textId="77777777" w:rsidR="003B3005" w:rsidRDefault="00000000">
            <w:pPr>
              <w:spacing w:line="240" w:lineRule="auto"/>
            </w:pPr>
            <w:r>
              <w:rPr>
                <w:sz w:val="15"/>
              </w:rPr>
              <w:t>Non-Hispanic White</w:t>
            </w:r>
          </w:p>
        </w:tc>
        <w:tc>
          <w:tcPr>
            <w:tcW w:w="1052" w:type="dxa"/>
            <w:tcMar>
              <w:top w:w="35" w:type="dxa"/>
              <w:left w:w="45" w:type="dxa"/>
              <w:bottom w:w="35" w:type="dxa"/>
              <w:right w:w="45" w:type="dxa"/>
            </w:tcMar>
            <w:vAlign w:val="center"/>
            <w:tcBorders>
              <w:left w:val="nil"/>
              <w:right w:val="nil"/>
            </w:tcBorders>
          </w:tcPr>
          <w:p w14:paraId="584582D6" w14:textId="77777777" w:rsidR="003B3005" w:rsidRDefault="00000000">
            <w:pPr>
              <w:spacing w:line="240" w:lineRule="auto"/>
              <w:jc w:val="center"/>
            </w:pPr>
            <w:r>
              <w:rPr>
                <w:sz w:val="15"/>
              </w:rPr>
              <w:t>3</w:t>
            </w:r>
          </w:p>
        </w:tc>
        <w:tc>
          <w:tcPr>
            <w:tcW w:w="1052" w:type="dxa"/>
            <w:tcMar>
              <w:top w:w="35" w:type="dxa"/>
              <w:left w:w="45" w:type="dxa"/>
              <w:bottom w:w="35" w:type="dxa"/>
              <w:right w:w="45" w:type="dxa"/>
            </w:tcMar>
            <w:vAlign w:val="center"/>
            <w:tcBorders>
              <w:left w:val="nil"/>
              <w:right w:val="nil"/>
            </w:tcBorders>
          </w:tcPr>
          <w:p w14:paraId="7DB93CA8" w14:textId="77777777" w:rsidR="003B3005" w:rsidRDefault="00000000">
            <w:pPr>
              <w:spacing w:line="240" w:lineRule="auto"/>
              <w:jc w:val="center"/>
            </w:pPr>
            <w:r>
              <w:rPr>
                <w:sz w:val="15"/>
              </w:rPr>
              <w:t>2018</w:t>
            </w:r>
          </w:p>
        </w:tc>
        <w:tc>
          <w:tcPr>
            <w:tcW w:w="1052" w:type="dxa"/>
            <w:tcMar>
              <w:top w:w="35" w:type="dxa"/>
              <w:left w:w="45" w:type="dxa"/>
              <w:bottom w:w="35" w:type="dxa"/>
              <w:right w:w="45" w:type="dxa"/>
            </w:tcMar>
            <w:vAlign w:val="center"/>
            <w:tcBorders>
              <w:left w:val="nil"/>
              <w:right w:val="nil"/>
            </w:tcBorders>
          </w:tcPr>
          <w:p w14:paraId="4658EEF8" w14:textId="77777777" w:rsidR="003B3005" w:rsidRDefault="00000000">
            <w:pPr>
              <w:spacing w:line="240" w:lineRule="auto"/>
              <w:jc w:val="center"/>
            </w:pPr>
            <w:r>
              <w:rPr>
                <w:sz w:val="15"/>
              </w:rPr>
              <w:t>2020</w:t>
            </w:r>
          </w:p>
        </w:tc>
        <w:tc>
          <w:tcPr>
            <w:tcW w:w="906" w:type="dxa"/>
            <w:tcMar>
              <w:top w:w="35" w:type="dxa"/>
              <w:left w:w="45" w:type="dxa"/>
              <w:bottom w:w="35" w:type="dxa"/>
              <w:right w:w="45" w:type="dxa"/>
            </w:tcMar>
            <w:vAlign w:val="center"/>
            <w:tcBorders>
              <w:left w:val="nil"/>
              <w:right w:val="nil"/>
            </w:tcBorders>
          </w:tcPr>
          <w:p w14:paraId="5CD4762F" w14:textId="77777777" w:rsidR="003B3005" w:rsidRDefault="00000000">
            <w:pPr>
              <w:spacing w:line="240" w:lineRule="auto"/>
              <w:jc w:val="center"/>
            </w:pPr>
            <w:r>
              <w:rPr>
                <w:sz w:val="15"/>
              </w:rPr>
              <w:t>21.4628</w:t>
            </w:r>
          </w:p>
        </w:tc>
        <w:tc>
          <w:tcPr>
            <w:tcW w:w="1345" w:type="dxa"/>
            <w:tcMar>
              <w:top w:w="35" w:type="dxa"/>
              <w:left w:w="45" w:type="dxa"/>
              <w:bottom w:w="35" w:type="dxa"/>
              <w:right w:w="45" w:type="dxa"/>
            </w:tcMar>
            <w:vAlign w:val="center"/>
            <w:tcBorders>
              <w:left w:val="nil"/>
              <w:right w:val="nil"/>
            </w:tcBorders>
          </w:tcPr>
          <w:p w14:paraId="5DC6DDF6" w14:textId="77777777" w:rsidR="003B3005" w:rsidRDefault="00000000">
            <w:pPr>
              <w:spacing w:line="240" w:lineRule="auto"/>
              <w:jc w:val="center"/>
            </w:pPr>
            <w:r>
              <w:rPr>
                <w:sz w:val="15"/>
              </w:rPr>
              <w:t>7.2132</w:t>
            </w:r>
          </w:p>
        </w:tc>
        <w:tc>
          <w:tcPr>
            <w:tcW w:w="1345" w:type="dxa"/>
            <w:tcMar>
              <w:top w:w="35" w:type="dxa"/>
              <w:left w:w="45" w:type="dxa"/>
              <w:bottom w:w="35" w:type="dxa"/>
              <w:right w:w="45" w:type="dxa"/>
            </w:tcMar>
            <w:vAlign w:val="center"/>
            <w:tcBorders>
              <w:left w:val="nil"/>
              <w:right w:val="nil"/>
            </w:tcBorders>
          </w:tcPr>
          <w:p w14:paraId="313E0DFF" w14:textId="77777777" w:rsidR="003B3005" w:rsidRDefault="00000000">
            <w:pPr>
              <w:spacing w:line="240" w:lineRule="auto"/>
              <w:jc w:val="center"/>
            </w:pPr>
            <w:r>
              <w:rPr>
                <w:sz w:val="15"/>
              </w:rPr>
              <w:t>32.1974</w:t>
            </w:r>
          </w:p>
        </w:tc>
        <w:tc>
          <w:tcPr>
            <w:tcW w:w="1330" w:type="dxa"/>
            <w:tcMar>
              <w:top w:w="35" w:type="dxa"/>
              <w:left w:w="45" w:type="dxa"/>
              <w:bottom w:w="35" w:type="dxa"/>
              <w:right w:w="45" w:type="dxa"/>
            </w:tcMar>
            <w:vAlign w:val="center"/>
            <w:tcBorders>
              <w:left w:val="nil"/>
              <w:right w:val="nil"/>
            </w:tcBorders>
          </w:tcPr>
          <w:p w14:paraId="34ABAB21" w14:textId="77777777" w:rsidR="003B3005" w:rsidRDefault="00000000">
            <w:pPr>
              <w:spacing w:line="240" w:lineRule="auto"/>
              <w:jc w:val="center"/>
            </w:pPr>
            <w:r>
              <w:rPr>
                <w:sz w:val="15"/>
              </w:rPr>
              <w:t>&lt;0.000001</w:t>
            </w:r>
          </w:p>
        </w:tc>
      </w:tr>
    </w:tbl>
    <w:p w14:paraId="431549F2" w14:textId="77777777" w:rsidR="003B3005" w:rsidRDefault="00000000">
      <w:pPr>
        <w:spacing w:line="240" w:lineRule="auto"/>
      </w:pPr>
      <w:r>
        <w:t>Note: Historical models used complete reliable non-Hispanic Black and non-Hispanic White annual series.</w:t>
      </w:r>
    </w:p>
    <w:p w14:paraId="22C298DD" w14:textId="77777777" w:rsidR="003B3005" w:rsidRDefault="00000000">
      <w:pPr>
        <w:pStyle w:val="Heading2"/>
        <w:spacing w:before="0" w:line="240" w:lineRule="auto"/>
      </w:pPr>
      <w:r>
        <w:rPr>
          <w:rFonts w:ascii="Times New Roman" w:eastAsia="Times New Roman" w:hAnsi="Times New Roman"/>
          <w:sz w:val="24"/>
        </w:rPr>
        <w:t>Supplementary Table S23. Historical race full-period AAPCs</w:t>
      </w:r>
    </w:p>
    <w:tbl>
      <w:tblPr>
        <w:tblW w:w="5000" w:type="pct"/>
        <w:jc w:val="center"/>
        <w:tblLayout w:type="fixed"/>
        <w:tblLook w:val="04A0" w:firstRow="1" w:lastRow="0" w:firstColumn="1" w:lastColumn="0" w:noHBand="0" w:noVBand="1"/>
      </w:tblPr>
      <w:tblGrid>
        <w:gridCol w:w="1227"/>
        <w:gridCol w:w="1298"/>
        <w:gridCol w:w="1803"/>
        <w:gridCol w:w="1226"/>
        <w:gridCol w:w="2525"/>
        <w:gridCol w:w="1371"/>
      </w:tblGrid>
      <w:tr w:rsidR="003B3005" w14:paraId="598BEC63" w14:textId="77777777">
        <w:trPr>
          <w:cantSplit/>
          <w:tblHeader/>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6F28DC" w14:textId="77777777" w:rsidR="003B3005" w:rsidRDefault="00000000">
            <w:pPr>
              <w:spacing w:line="240" w:lineRule="auto"/>
            </w:pPr>
            <w:r>
              <w:rPr>
                <w:b/>
                <w:sz w:val="15"/>
              </w:rPr>
              <w:t>Group</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97F39D8" w14:textId="77777777" w:rsidR="003B3005" w:rsidRDefault="00000000">
            <w:pPr>
              <w:spacing w:line="240" w:lineRule="auto"/>
              <w:jc w:val="center"/>
            </w:pPr>
            <w:r>
              <w:rPr>
                <w:b/>
                <w:sz w:val="15"/>
              </w:rPr>
              <w:t>Interval</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0DAD69C" w14:textId="77777777" w:rsidR="003B3005" w:rsidRDefault="00000000">
            <w:pPr>
              <w:spacing w:line="240" w:lineRule="auto"/>
              <w:jc w:val="center"/>
            </w:pPr>
            <w:r>
              <w:rPr>
                <w:b/>
                <w:sz w:val="15"/>
              </w:rPr>
              <w:t>AAPC</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67C88F" w14:textId="77777777" w:rsidR="003B3005" w:rsidRDefault="00000000">
            <w:pPr>
              <w:spacing w:line="240" w:lineRule="auto"/>
              <w:jc w:val="center"/>
            </w:pPr>
            <w:r>
              <w:rPr>
                <w:b/>
                <w:sz w:val="15"/>
              </w:rPr>
              <w:t>Lower 95% CI</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85DE08" w14:textId="77777777" w:rsidR="003B3005" w:rsidRDefault="00000000">
            <w:pPr>
              <w:spacing w:line="240" w:lineRule="auto"/>
              <w:jc w:val="center"/>
            </w:pPr>
            <w:r>
              <w:rPr>
                <w:b/>
                <w:sz w:val="15"/>
              </w:rPr>
              <w:t>Upper 95% CI</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A3A8B5" w14:textId="77777777" w:rsidR="003B3005" w:rsidRDefault="00000000">
            <w:pPr>
              <w:spacing w:line="240" w:lineRule="auto"/>
              <w:jc w:val="center"/>
            </w:pPr>
            <w:r>
              <w:rPr>
                <w:b/>
                <w:sz w:val="15"/>
              </w:rPr>
              <w:t>P value</w:t>
            </w:r>
          </w:p>
        </w:tc>
      </w:tr>
      <w:tr w:rsidR="003B3005" w14:paraId="1098ED83" w14:textId="77777777">
        <w:trPr>
          <w:cantSplit/>
          <w:jc w:val="center"/>
        </w:trPr>
        <w:tc>
          <w:tcPr>
            <w:tcW w:w="1224" w:type="dxa"/>
            <w:tcMar>
              <w:top w:w="35" w:type="dxa"/>
              <w:left w:w="45" w:type="dxa"/>
              <w:bottom w:w="35" w:type="dxa"/>
              <w:right w:w="45" w:type="dxa"/>
            </w:tcMar>
            <w:vAlign w:val="center"/>
            <w:tcBorders>
              <w:left w:val="nil"/>
              <w:right w:val="nil"/>
            </w:tcBorders>
          </w:tcPr>
          <w:p w14:paraId="67F87A7D" w14:textId="77777777" w:rsidR="003B3005" w:rsidRDefault="00000000">
            <w:pPr>
              <w:spacing w:line="240" w:lineRule="auto"/>
            </w:pPr>
            <w:r>
              <w:rPr>
                <w:sz w:val="15"/>
              </w:rPr>
              <w:t>Non-Hispanic Black</w:t>
            </w:r>
          </w:p>
        </w:tc>
        <w:tc>
          <w:tcPr>
            <w:tcW w:w="1296" w:type="dxa"/>
            <w:tcMar>
              <w:top w:w="35" w:type="dxa"/>
              <w:left w:w="45" w:type="dxa"/>
              <w:bottom w:w="35" w:type="dxa"/>
              <w:right w:w="45" w:type="dxa"/>
            </w:tcMar>
            <w:vAlign w:val="center"/>
            <w:tcBorders>
              <w:left w:val="nil"/>
              <w:right w:val="nil"/>
            </w:tcBorders>
          </w:tcPr>
          <w:p w14:paraId="427FF629" w14:textId="77777777" w:rsidR="003B3005" w:rsidRDefault="00000000">
            <w:pPr>
              <w:spacing w:line="240" w:lineRule="auto"/>
              <w:jc w:val="center"/>
            </w:pPr>
            <w:r>
              <w:rPr>
                <w:sz w:val="15"/>
              </w:rPr>
              <w:t>1999-2020</w:t>
            </w:r>
          </w:p>
        </w:tc>
        <w:tc>
          <w:tcPr>
            <w:tcW w:w="1800" w:type="dxa"/>
            <w:tcMar>
              <w:top w:w="35" w:type="dxa"/>
              <w:left w:w="45" w:type="dxa"/>
              <w:bottom w:w="35" w:type="dxa"/>
              <w:right w:w="45" w:type="dxa"/>
            </w:tcMar>
            <w:vAlign w:val="center"/>
            <w:tcBorders>
              <w:left w:val="nil"/>
              <w:right w:val="nil"/>
            </w:tcBorders>
          </w:tcPr>
          <w:p w14:paraId="42135A30" w14:textId="77777777" w:rsidR="003B3005" w:rsidRDefault="00000000">
            <w:pPr>
              <w:spacing w:line="240" w:lineRule="auto"/>
              <w:jc w:val="center"/>
            </w:pPr>
            <w:r>
              <w:rPr>
                <w:sz w:val="15"/>
              </w:rPr>
              <w:t>4.9582</w:t>
            </w:r>
          </w:p>
        </w:tc>
        <w:tc>
          <w:tcPr>
            <w:tcW w:w="1224" w:type="dxa"/>
            <w:tcMar>
              <w:top w:w="35" w:type="dxa"/>
              <w:left w:w="45" w:type="dxa"/>
              <w:bottom w:w="35" w:type="dxa"/>
              <w:right w:w="45" w:type="dxa"/>
            </w:tcMar>
            <w:vAlign w:val="center"/>
            <w:tcBorders>
              <w:left w:val="nil"/>
              <w:right w:val="nil"/>
            </w:tcBorders>
          </w:tcPr>
          <w:p w14:paraId="7B77AE5D" w14:textId="77777777" w:rsidR="003B3005" w:rsidRDefault="00000000">
            <w:pPr>
              <w:spacing w:line="240" w:lineRule="auto"/>
              <w:jc w:val="center"/>
            </w:pPr>
            <w:r>
              <w:rPr>
                <w:sz w:val="15"/>
              </w:rPr>
              <w:t>3.2446</w:t>
            </w:r>
          </w:p>
        </w:tc>
        <w:tc>
          <w:tcPr>
            <w:tcW w:w="2520" w:type="dxa"/>
            <w:tcMar>
              <w:top w:w="35" w:type="dxa"/>
              <w:left w:w="45" w:type="dxa"/>
              <w:bottom w:w="35" w:type="dxa"/>
              <w:right w:w="45" w:type="dxa"/>
            </w:tcMar>
            <w:vAlign w:val="center"/>
            <w:tcBorders>
              <w:left w:val="nil"/>
              <w:right w:val="nil"/>
            </w:tcBorders>
          </w:tcPr>
          <w:p w14:paraId="39691834" w14:textId="77777777" w:rsidR="003B3005" w:rsidRDefault="00000000">
            <w:pPr>
              <w:spacing w:line="240" w:lineRule="auto"/>
              <w:jc w:val="center"/>
            </w:pPr>
            <w:r>
              <w:rPr>
                <w:sz w:val="15"/>
              </w:rPr>
              <w:t>6.1544</w:t>
            </w:r>
          </w:p>
        </w:tc>
        <w:tc>
          <w:tcPr>
            <w:tcW w:w="1368" w:type="dxa"/>
            <w:tcMar>
              <w:top w:w="35" w:type="dxa"/>
              <w:left w:w="45" w:type="dxa"/>
              <w:bottom w:w="35" w:type="dxa"/>
              <w:right w:w="45" w:type="dxa"/>
            </w:tcMar>
            <w:vAlign w:val="center"/>
            <w:tcBorders>
              <w:left w:val="nil"/>
              <w:right w:val="nil"/>
            </w:tcBorders>
          </w:tcPr>
          <w:p w14:paraId="0FD24475" w14:textId="77777777" w:rsidR="003B3005" w:rsidRDefault="00000000">
            <w:pPr>
              <w:spacing w:line="240" w:lineRule="auto"/>
              <w:jc w:val="center"/>
            </w:pPr>
            <w:r>
              <w:rPr>
                <w:sz w:val="15"/>
              </w:rPr>
              <w:t>&lt;0.000001</w:t>
            </w:r>
          </w:p>
        </w:tc>
      </w:tr>
      <w:tr w:rsidR="003B3005" w14:paraId="2A7603F8" w14:textId="77777777">
        <w:trPr>
          <w:cantSplit/>
          <w:jc w:val="center"/>
        </w:trPr>
        <w:tc>
          <w:tcPr>
            <w:tcW w:w="1224" w:type="dxa"/>
            <w:tcMar>
              <w:top w:w="35" w:type="dxa"/>
              <w:left w:w="45" w:type="dxa"/>
              <w:bottom w:w="35" w:type="dxa"/>
              <w:right w:w="45" w:type="dxa"/>
            </w:tcMar>
            <w:vAlign w:val="center"/>
            <w:tcBorders>
              <w:left w:val="nil"/>
              <w:right w:val="nil"/>
            </w:tcBorders>
          </w:tcPr>
          <w:p w14:paraId="55DC661F" w14:textId="77777777" w:rsidR="003B3005" w:rsidRDefault="00000000">
            <w:pPr>
              <w:spacing w:line="240" w:lineRule="auto"/>
            </w:pPr>
            <w:r>
              <w:rPr>
                <w:sz w:val="15"/>
              </w:rPr>
              <w:t>Non-Hispanic White</w:t>
            </w:r>
          </w:p>
        </w:tc>
        <w:tc>
          <w:tcPr>
            <w:tcW w:w="1296" w:type="dxa"/>
            <w:tcMar>
              <w:top w:w="35" w:type="dxa"/>
              <w:left w:w="45" w:type="dxa"/>
              <w:bottom w:w="35" w:type="dxa"/>
              <w:right w:w="45" w:type="dxa"/>
            </w:tcMar>
            <w:vAlign w:val="center"/>
            <w:tcBorders>
              <w:left w:val="nil"/>
              <w:right w:val="nil"/>
            </w:tcBorders>
          </w:tcPr>
          <w:p w14:paraId="0346A18F" w14:textId="77777777" w:rsidR="003B3005" w:rsidRDefault="00000000">
            <w:pPr>
              <w:spacing w:line="240" w:lineRule="auto"/>
              <w:jc w:val="center"/>
            </w:pPr>
            <w:r>
              <w:rPr>
                <w:sz w:val="15"/>
              </w:rPr>
              <w:t>1999-2020</w:t>
            </w:r>
          </w:p>
        </w:tc>
        <w:tc>
          <w:tcPr>
            <w:tcW w:w="1800" w:type="dxa"/>
            <w:tcMar>
              <w:top w:w="35" w:type="dxa"/>
              <w:left w:w="45" w:type="dxa"/>
              <w:bottom w:w="35" w:type="dxa"/>
              <w:right w:w="45" w:type="dxa"/>
            </w:tcMar>
            <w:vAlign w:val="center"/>
            <w:tcBorders>
              <w:left w:val="nil"/>
              <w:right w:val="nil"/>
            </w:tcBorders>
          </w:tcPr>
          <w:p w14:paraId="47B0ACD0" w14:textId="77777777" w:rsidR="003B3005" w:rsidRDefault="00000000">
            <w:pPr>
              <w:spacing w:line="240" w:lineRule="auto"/>
              <w:jc w:val="center"/>
            </w:pPr>
            <w:r>
              <w:rPr>
                <w:sz w:val="15"/>
              </w:rPr>
              <w:t>7.4823</w:t>
            </w:r>
          </w:p>
        </w:tc>
        <w:tc>
          <w:tcPr>
            <w:tcW w:w="1224" w:type="dxa"/>
            <w:tcMar>
              <w:top w:w="35" w:type="dxa"/>
              <w:left w:w="45" w:type="dxa"/>
              <w:bottom w:w="35" w:type="dxa"/>
              <w:right w:w="45" w:type="dxa"/>
            </w:tcMar>
            <w:vAlign w:val="center"/>
            <w:tcBorders>
              <w:left w:val="nil"/>
              <w:right w:val="nil"/>
            </w:tcBorders>
          </w:tcPr>
          <w:p w14:paraId="5FE27471" w14:textId="77777777" w:rsidR="003B3005" w:rsidRDefault="00000000">
            <w:pPr>
              <w:spacing w:line="240" w:lineRule="auto"/>
              <w:jc w:val="center"/>
            </w:pPr>
            <w:r>
              <w:rPr>
                <w:sz w:val="15"/>
              </w:rPr>
              <w:t>6.2016</w:t>
            </w:r>
          </w:p>
        </w:tc>
        <w:tc>
          <w:tcPr>
            <w:tcW w:w="2520" w:type="dxa"/>
            <w:tcMar>
              <w:top w:w="35" w:type="dxa"/>
              <w:left w:w="45" w:type="dxa"/>
              <w:bottom w:w="35" w:type="dxa"/>
              <w:right w:w="45" w:type="dxa"/>
            </w:tcMar>
            <w:vAlign w:val="center"/>
            <w:tcBorders>
              <w:left w:val="nil"/>
              <w:right w:val="nil"/>
            </w:tcBorders>
          </w:tcPr>
          <w:p w14:paraId="0D99EB78" w14:textId="77777777" w:rsidR="003B3005" w:rsidRDefault="00000000">
            <w:pPr>
              <w:spacing w:line="240" w:lineRule="auto"/>
              <w:jc w:val="center"/>
            </w:pPr>
            <w:r>
              <w:rPr>
                <w:sz w:val="15"/>
              </w:rPr>
              <w:t>9.7101</w:t>
            </w:r>
          </w:p>
        </w:tc>
        <w:tc>
          <w:tcPr>
            <w:tcW w:w="1368" w:type="dxa"/>
            <w:tcMar>
              <w:top w:w="35" w:type="dxa"/>
              <w:left w:w="45" w:type="dxa"/>
              <w:bottom w:w="35" w:type="dxa"/>
              <w:right w:w="45" w:type="dxa"/>
            </w:tcMar>
            <w:vAlign w:val="center"/>
            <w:tcBorders>
              <w:left w:val="nil"/>
              <w:right w:val="nil"/>
            </w:tcBorders>
          </w:tcPr>
          <w:p w14:paraId="64EB1AF5" w14:textId="77777777" w:rsidR="003B3005" w:rsidRDefault="00000000">
            <w:pPr>
              <w:spacing w:line="240" w:lineRule="auto"/>
              <w:jc w:val="center"/>
            </w:pPr>
            <w:r>
              <w:rPr>
                <w:sz w:val="15"/>
              </w:rPr>
              <w:t>&lt;0.000001</w:t>
            </w:r>
          </w:p>
        </w:tc>
      </w:tr>
    </w:tbl>
    <w:p w14:paraId="0C830834" w14:textId="77777777" w:rsidR="003B3005" w:rsidRDefault="00000000">
      <w:pPr>
        <w:spacing w:line="240" w:lineRule="auto"/>
      </w:pPr>
      <w:r>
        <w:t>Note: Historical models used complete reliable non-Hispanic Black and non-Hispanic White annual series.</w:t>
      </w:r>
    </w:p>
    <w:p w14:paraId="19DE74D5" w14:textId="77777777" w:rsidR="003B3005" w:rsidRDefault="00000000">
      <w:pPr>
        <w:pStyle w:val="Heading2"/>
        <w:spacing w:before="0" w:line="240" w:lineRule="auto"/>
      </w:pPr>
      <w:r>
        <w:rPr>
          <w:rFonts w:ascii="Times New Roman" w:eastAsia="Times New Roman" w:hAnsi="Times New Roman"/>
          <w:sz w:val="24"/>
        </w:rPr>
        <w:t>Supplementary Table S24. Contemporary race and ethnicity APC results</w:t>
      </w:r>
    </w:p>
    <w:tbl>
      <w:tblPr>
        <w:tblW w:w="5000" w:type="pct"/>
        <w:jc w:val="center"/>
        <w:tblLayout w:type="fixed"/>
        <w:tblLook w:val="04A0" w:firstRow="1" w:lastRow="0" w:firstColumn="1" w:lastColumn="0" w:noHBand="0" w:noVBand="1"/>
      </w:tblPr>
      <w:tblGrid>
        <w:gridCol w:w="1348"/>
        <w:gridCol w:w="1055"/>
        <w:gridCol w:w="1055"/>
        <w:gridCol w:w="1055"/>
        <w:gridCol w:w="908"/>
        <w:gridCol w:w="1348"/>
        <w:gridCol w:w="1348"/>
        <w:gridCol w:w="1333"/>
      </w:tblGrid>
      <w:tr w:rsidR="003B3005" w14:paraId="7FBD4853" w14:textId="77777777">
        <w:trPr>
          <w:cantSplit/>
          <w:tblHeader/>
          <w:jc w:val="center"/>
        </w:trPr>
        <w:tc>
          <w:tcPr>
            <w:tcW w:w="134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34BCDD" w14:textId="77777777" w:rsidR="003B3005" w:rsidRDefault="00000000">
            <w:pPr>
              <w:spacing w:line="240" w:lineRule="auto"/>
            </w:pPr>
            <w:r>
              <w:rPr>
                <w:b/>
                <w:sz w:val="15"/>
              </w:rPr>
              <w:t>Group</w:t>
            </w:r>
          </w:p>
        </w:tc>
        <w:tc>
          <w:tcPr>
            <w:tcW w:w="10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03E2794" w14:textId="77777777" w:rsidR="003B3005" w:rsidRDefault="00000000">
            <w:pPr>
              <w:spacing w:line="240" w:lineRule="auto"/>
              <w:jc w:val="center"/>
            </w:pPr>
            <w:r>
              <w:rPr>
                <w:b/>
                <w:sz w:val="15"/>
              </w:rPr>
              <w:t>Segment</w:t>
            </w:r>
          </w:p>
        </w:tc>
        <w:tc>
          <w:tcPr>
            <w:tcW w:w="10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812292" w14:textId="77777777" w:rsidR="003B3005" w:rsidRDefault="00000000">
            <w:pPr>
              <w:spacing w:line="240" w:lineRule="auto"/>
              <w:jc w:val="center"/>
            </w:pPr>
            <w:r>
              <w:rPr>
                <w:b/>
                <w:sz w:val="15"/>
              </w:rPr>
              <w:t>Lower endpoint</w:t>
            </w:r>
          </w:p>
        </w:tc>
        <w:tc>
          <w:tcPr>
            <w:tcW w:w="10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1811A9" w14:textId="77777777" w:rsidR="003B3005" w:rsidRDefault="00000000">
            <w:pPr>
              <w:spacing w:line="240" w:lineRule="auto"/>
              <w:jc w:val="center"/>
            </w:pPr>
            <w:r>
              <w:rPr>
                <w:b/>
                <w:sz w:val="15"/>
              </w:rPr>
              <w:t>Upper endpoint</w:t>
            </w:r>
          </w:p>
        </w:tc>
        <w:tc>
          <w:tcPr>
            <w:tcW w:w="90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6A32F9" w14:textId="77777777" w:rsidR="003B3005" w:rsidRDefault="00000000">
            <w:pPr>
              <w:spacing w:line="240" w:lineRule="auto"/>
              <w:jc w:val="center"/>
            </w:pPr>
            <w:r>
              <w:rPr>
                <w:b/>
                <w:sz w:val="15"/>
              </w:rPr>
              <w:t>APC</w:t>
            </w:r>
          </w:p>
        </w:tc>
        <w:tc>
          <w:tcPr>
            <w:tcW w:w="134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32453C" w14:textId="77777777" w:rsidR="003B3005" w:rsidRDefault="00000000">
            <w:pPr>
              <w:spacing w:line="240" w:lineRule="auto"/>
              <w:jc w:val="center"/>
            </w:pPr>
            <w:r>
              <w:rPr>
                <w:b/>
                <w:sz w:val="15"/>
              </w:rPr>
              <w:t>Lower 95% CI</w:t>
            </w:r>
          </w:p>
        </w:tc>
        <w:tc>
          <w:tcPr>
            <w:tcW w:w="1345"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96F346" w14:textId="77777777" w:rsidR="003B3005" w:rsidRDefault="00000000">
            <w:pPr>
              <w:spacing w:line="240" w:lineRule="auto"/>
              <w:jc w:val="center"/>
            </w:pPr>
            <w:r>
              <w:rPr>
                <w:b/>
                <w:sz w:val="15"/>
              </w:rPr>
              <w:t>Upper 95% CI</w:t>
            </w:r>
          </w:p>
        </w:tc>
        <w:tc>
          <w:tcPr>
            <w:tcW w:w="133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FFFB486" w14:textId="77777777" w:rsidR="003B3005" w:rsidRDefault="00000000">
            <w:pPr>
              <w:spacing w:line="240" w:lineRule="auto"/>
              <w:jc w:val="center"/>
            </w:pPr>
            <w:r>
              <w:rPr>
                <w:b/>
                <w:sz w:val="15"/>
              </w:rPr>
              <w:t>P value</w:t>
            </w:r>
          </w:p>
        </w:tc>
      </w:tr>
      <w:tr w:rsidR="003B3005" w14:paraId="7640F709" w14:textId="77777777">
        <w:trPr>
          <w:cantSplit/>
          <w:jc w:val="center"/>
        </w:trPr>
        <w:tc>
          <w:tcPr>
            <w:tcW w:w="1345" w:type="dxa"/>
            <w:tcMar>
              <w:top w:w="35" w:type="dxa"/>
              <w:left w:w="45" w:type="dxa"/>
              <w:bottom w:w="35" w:type="dxa"/>
              <w:right w:w="45" w:type="dxa"/>
            </w:tcMar>
            <w:vAlign w:val="center"/>
            <w:tcBorders>
              <w:left w:val="nil"/>
              <w:right w:val="nil"/>
            </w:tcBorders>
          </w:tcPr>
          <w:p w14:paraId="1B8C9B94" w14:textId="77777777" w:rsidR="003B3005" w:rsidRDefault="00000000">
            <w:pPr>
              <w:spacing w:line="240" w:lineRule="auto"/>
            </w:pPr>
            <w:r>
              <w:rPr>
                <w:sz w:val="15"/>
              </w:rPr>
              <w:t>Non-Hispanic American Indian or Alaska Native</w:t>
            </w:r>
          </w:p>
        </w:tc>
        <w:tc>
          <w:tcPr>
            <w:tcW w:w="1052" w:type="dxa"/>
            <w:tcMar>
              <w:top w:w="35" w:type="dxa"/>
              <w:left w:w="45" w:type="dxa"/>
              <w:bottom w:w="35" w:type="dxa"/>
              <w:right w:w="45" w:type="dxa"/>
            </w:tcMar>
            <w:vAlign w:val="center"/>
            <w:tcBorders>
              <w:left w:val="nil"/>
              <w:right w:val="nil"/>
            </w:tcBorders>
          </w:tcPr>
          <w:p w14:paraId="7C39472B" w14:textId="77777777" w:rsidR="003B3005" w:rsidRDefault="00000000">
            <w:pPr>
              <w:spacing w:line="240" w:lineRule="auto"/>
              <w:jc w:val="center"/>
            </w:pPr>
            <w:r>
              <w:rPr>
                <w:sz w:val="15"/>
              </w:rPr>
              <w:t>1</w:t>
            </w:r>
          </w:p>
        </w:tc>
        <w:tc>
          <w:tcPr>
            <w:tcW w:w="1052" w:type="dxa"/>
            <w:tcMar>
              <w:top w:w="35" w:type="dxa"/>
              <w:left w:w="45" w:type="dxa"/>
              <w:bottom w:w="35" w:type="dxa"/>
              <w:right w:w="45" w:type="dxa"/>
            </w:tcMar>
            <w:vAlign w:val="center"/>
            <w:tcBorders>
              <w:left w:val="nil"/>
              <w:right w:val="nil"/>
            </w:tcBorders>
          </w:tcPr>
          <w:p w14:paraId="3C6C249F" w14:textId="77777777" w:rsidR="003B3005" w:rsidRDefault="00000000">
            <w:pPr>
              <w:spacing w:line="240" w:lineRule="auto"/>
              <w:jc w:val="center"/>
            </w:pPr>
            <w:r>
              <w:rPr>
                <w:sz w:val="15"/>
              </w:rPr>
              <w:t>2018</w:t>
            </w:r>
          </w:p>
        </w:tc>
        <w:tc>
          <w:tcPr>
            <w:tcW w:w="1052" w:type="dxa"/>
            <w:tcMar>
              <w:top w:w="35" w:type="dxa"/>
              <w:left w:w="45" w:type="dxa"/>
              <w:bottom w:w="35" w:type="dxa"/>
              <w:right w:w="45" w:type="dxa"/>
            </w:tcMar>
            <w:vAlign w:val="center"/>
            <w:tcBorders>
              <w:left w:val="nil"/>
              <w:right w:val="nil"/>
            </w:tcBorders>
          </w:tcPr>
          <w:p w14:paraId="1BC5C619" w14:textId="77777777" w:rsidR="003B3005" w:rsidRDefault="00000000">
            <w:pPr>
              <w:spacing w:line="240" w:lineRule="auto"/>
              <w:jc w:val="center"/>
            </w:pPr>
            <w:r>
              <w:rPr>
                <w:sz w:val="15"/>
              </w:rPr>
              <w:t>2021</w:t>
            </w:r>
          </w:p>
        </w:tc>
        <w:tc>
          <w:tcPr>
            <w:tcW w:w="906" w:type="dxa"/>
            <w:tcMar>
              <w:top w:w="35" w:type="dxa"/>
              <w:left w:w="45" w:type="dxa"/>
              <w:bottom w:w="35" w:type="dxa"/>
              <w:right w:w="45" w:type="dxa"/>
            </w:tcMar>
            <w:vAlign w:val="center"/>
            <w:tcBorders>
              <w:left w:val="nil"/>
              <w:right w:val="nil"/>
            </w:tcBorders>
          </w:tcPr>
          <w:p w14:paraId="0D4D7ADC" w14:textId="77777777" w:rsidR="003B3005" w:rsidRDefault="00000000">
            <w:pPr>
              <w:spacing w:line="240" w:lineRule="auto"/>
              <w:jc w:val="center"/>
            </w:pPr>
            <w:r>
              <w:rPr>
                <w:sz w:val="15"/>
              </w:rPr>
              <w:t>51.8193</w:t>
            </w:r>
          </w:p>
        </w:tc>
        <w:tc>
          <w:tcPr>
            <w:tcW w:w="1345" w:type="dxa"/>
            <w:tcMar>
              <w:top w:w="35" w:type="dxa"/>
              <w:left w:w="45" w:type="dxa"/>
              <w:bottom w:w="35" w:type="dxa"/>
              <w:right w:w="45" w:type="dxa"/>
            </w:tcMar>
            <w:vAlign w:val="center"/>
            <w:tcBorders>
              <w:left w:val="nil"/>
              <w:right w:val="nil"/>
            </w:tcBorders>
          </w:tcPr>
          <w:p w14:paraId="706F123A" w14:textId="77777777" w:rsidR="003B3005" w:rsidRDefault="00000000">
            <w:pPr>
              <w:spacing w:line="240" w:lineRule="auto"/>
              <w:jc w:val="center"/>
            </w:pPr>
            <w:r>
              <w:rPr>
                <w:sz w:val="15"/>
              </w:rPr>
              <w:t>24.9468</w:t>
            </w:r>
          </w:p>
        </w:tc>
        <w:tc>
          <w:tcPr>
            <w:tcW w:w="1345" w:type="dxa"/>
            <w:tcMar>
              <w:top w:w="35" w:type="dxa"/>
              <w:left w:w="45" w:type="dxa"/>
              <w:bottom w:w="35" w:type="dxa"/>
              <w:right w:w="45" w:type="dxa"/>
            </w:tcMar>
            <w:vAlign w:val="center"/>
            <w:tcBorders>
              <w:left w:val="nil"/>
              <w:right w:val="nil"/>
            </w:tcBorders>
          </w:tcPr>
          <w:p w14:paraId="701B1FC5" w14:textId="77777777" w:rsidR="003B3005" w:rsidRDefault="00000000">
            <w:pPr>
              <w:spacing w:line="240" w:lineRule="auto"/>
              <w:jc w:val="center"/>
            </w:pPr>
            <w:r>
              <w:rPr>
                <w:sz w:val="15"/>
              </w:rPr>
              <w:t>120.3992</w:t>
            </w:r>
          </w:p>
        </w:tc>
        <w:tc>
          <w:tcPr>
            <w:tcW w:w="1330" w:type="dxa"/>
            <w:tcMar>
              <w:top w:w="35" w:type="dxa"/>
              <w:left w:w="45" w:type="dxa"/>
              <w:bottom w:w="35" w:type="dxa"/>
              <w:right w:w="45" w:type="dxa"/>
            </w:tcMar>
            <w:vAlign w:val="center"/>
            <w:tcBorders>
              <w:left w:val="nil"/>
              <w:right w:val="nil"/>
            </w:tcBorders>
          </w:tcPr>
          <w:p w14:paraId="5B9ECD90" w14:textId="77777777" w:rsidR="003B3005" w:rsidRDefault="00000000">
            <w:pPr>
              <w:spacing w:line="240" w:lineRule="auto"/>
              <w:jc w:val="center"/>
            </w:pPr>
            <w:r>
              <w:rPr>
                <w:sz w:val="15"/>
              </w:rPr>
              <w:t>&lt;0.000001</w:t>
            </w:r>
          </w:p>
        </w:tc>
      </w:tr>
      <w:tr w:rsidR="003B3005" w14:paraId="28A186E0" w14:textId="77777777">
        <w:trPr>
          <w:cantSplit/>
          <w:jc w:val="center"/>
        </w:trPr>
        <w:tc>
          <w:tcPr>
            <w:tcW w:w="1345" w:type="dxa"/>
            <w:tcMar>
              <w:top w:w="35" w:type="dxa"/>
              <w:left w:w="45" w:type="dxa"/>
              <w:bottom w:w="35" w:type="dxa"/>
              <w:right w:w="45" w:type="dxa"/>
            </w:tcMar>
            <w:vAlign w:val="center"/>
            <w:tcBorders>
              <w:left w:val="nil"/>
              <w:right w:val="nil"/>
            </w:tcBorders>
          </w:tcPr>
          <w:p w14:paraId="3551F96C" w14:textId="77777777" w:rsidR="003B3005" w:rsidRDefault="00000000">
            <w:pPr>
              <w:spacing w:line="240" w:lineRule="auto"/>
            </w:pPr>
            <w:r>
              <w:rPr>
                <w:sz w:val="15"/>
              </w:rPr>
              <w:t>Non-Hispanic American Indian or Alaska Native</w:t>
            </w:r>
          </w:p>
        </w:tc>
        <w:tc>
          <w:tcPr>
            <w:tcW w:w="1052" w:type="dxa"/>
            <w:tcMar>
              <w:top w:w="35" w:type="dxa"/>
              <w:left w:w="45" w:type="dxa"/>
              <w:bottom w:w="35" w:type="dxa"/>
              <w:right w:w="45" w:type="dxa"/>
            </w:tcMar>
            <w:vAlign w:val="center"/>
            <w:tcBorders>
              <w:left w:val="nil"/>
              <w:right w:val="nil"/>
            </w:tcBorders>
          </w:tcPr>
          <w:p w14:paraId="24DA8651" w14:textId="77777777" w:rsidR="003B3005" w:rsidRDefault="00000000">
            <w:pPr>
              <w:spacing w:line="240" w:lineRule="auto"/>
              <w:jc w:val="center"/>
            </w:pPr>
            <w:r>
              <w:rPr>
                <w:sz w:val="15"/>
              </w:rPr>
              <w:t>2</w:t>
            </w:r>
          </w:p>
        </w:tc>
        <w:tc>
          <w:tcPr>
            <w:tcW w:w="1052" w:type="dxa"/>
            <w:tcMar>
              <w:top w:w="35" w:type="dxa"/>
              <w:left w:w="45" w:type="dxa"/>
              <w:bottom w:w="35" w:type="dxa"/>
              <w:right w:w="45" w:type="dxa"/>
            </w:tcMar>
            <w:vAlign w:val="center"/>
            <w:tcBorders>
              <w:left w:val="nil"/>
              <w:right w:val="nil"/>
            </w:tcBorders>
          </w:tcPr>
          <w:p w14:paraId="6E5FA259" w14:textId="77777777" w:rsidR="003B3005" w:rsidRDefault="00000000">
            <w:pPr>
              <w:spacing w:line="240" w:lineRule="auto"/>
              <w:jc w:val="center"/>
            </w:pPr>
            <w:r>
              <w:rPr>
                <w:sz w:val="15"/>
              </w:rPr>
              <w:t>2021</w:t>
            </w:r>
          </w:p>
        </w:tc>
        <w:tc>
          <w:tcPr>
            <w:tcW w:w="1052" w:type="dxa"/>
            <w:tcMar>
              <w:top w:w="35" w:type="dxa"/>
              <w:left w:w="45" w:type="dxa"/>
              <w:bottom w:w="35" w:type="dxa"/>
              <w:right w:w="45" w:type="dxa"/>
            </w:tcMar>
            <w:vAlign w:val="center"/>
            <w:tcBorders>
              <w:left w:val="nil"/>
              <w:right w:val="nil"/>
            </w:tcBorders>
          </w:tcPr>
          <w:p w14:paraId="65E410C3" w14:textId="77777777" w:rsidR="003B3005" w:rsidRDefault="00000000">
            <w:pPr>
              <w:spacing w:line="240" w:lineRule="auto"/>
              <w:jc w:val="center"/>
            </w:pPr>
            <w:r>
              <w:rPr>
                <w:sz w:val="15"/>
              </w:rPr>
              <w:t>2024</w:t>
            </w:r>
          </w:p>
        </w:tc>
        <w:tc>
          <w:tcPr>
            <w:tcW w:w="906" w:type="dxa"/>
            <w:tcMar>
              <w:top w:w="35" w:type="dxa"/>
              <w:left w:w="45" w:type="dxa"/>
              <w:bottom w:w="35" w:type="dxa"/>
              <w:right w:w="45" w:type="dxa"/>
            </w:tcMar>
            <w:vAlign w:val="center"/>
            <w:tcBorders>
              <w:left w:val="nil"/>
              <w:right w:val="nil"/>
            </w:tcBorders>
          </w:tcPr>
          <w:p w14:paraId="79640059" w14:textId="77777777" w:rsidR="003B3005" w:rsidRDefault="00000000">
            <w:pPr>
              <w:spacing w:line="240" w:lineRule="auto"/>
              <w:jc w:val="center"/>
            </w:pPr>
            <w:r>
              <w:rPr>
                <w:sz w:val="15"/>
              </w:rPr>
              <w:t>-26.1374</w:t>
            </w:r>
          </w:p>
        </w:tc>
        <w:tc>
          <w:tcPr>
            <w:tcW w:w="1345" w:type="dxa"/>
            <w:tcMar>
              <w:top w:w="35" w:type="dxa"/>
              <w:left w:w="45" w:type="dxa"/>
              <w:bottom w:w="35" w:type="dxa"/>
              <w:right w:w="45" w:type="dxa"/>
            </w:tcMar>
            <w:vAlign w:val="center"/>
            <w:tcBorders>
              <w:left w:val="nil"/>
              <w:right w:val="nil"/>
            </w:tcBorders>
          </w:tcPr>
          <w:p w14:paraId="0C6E4BAC" w14:textId="77777777" w:rsidR="003B3005" w:rsidRDefault="00000000">
            <w:pPr>
              <w:spacing w:line="240" w:lineRule="auto"/>
              <w:jc w:val="center"/>
            </w:pPr>
            <w:r>
              <w:rPr>
                <w:sz w:val="15"/>
              </w:rPr>
              <w:t>-46.4506</w:t>
            </w:r>
          </w:p>
        </w:tc>
        <w:tc>
          <w:tcPr>
            <w:tcW w:w="1345" w:type="dxa"/>
            <w:tcMar>
              <w:top w:w="35" w:type="dxa"/>
              <w:left w:w="45" w:type="dxa"/>
              <w:bottom w:w="35" w:type="dxa"/>
              <w:right w:w="45" w:type="dxa"/>
            </w:tcMar>
            <w:vAlign w:val="center"/>
            <w:tcBorders>
              <w:left w:val="nil"/>
              <w:right w:val="nil"/>
            </w:tcBorders>
          </w:tcPr>
          <w:p w14:paraId="7E59CA31" w14:textId="77777777" w:rsidR="003B3005" w:rsidRDefault="00000000">
            <w:pPr>
              <w:spacing w:line="240" w:lineRule="auto"/>
              <w:jc w:val="center"/>
            </w:pPr>
            <w:r>
              <w:rPr>
                <w:sz w:val="15"/>
              </w:rPr>
              <w:t>-11.5822</w:t>
            </w:r>
          </w:p>
        </w:tc>
        <w:tc>
          <w:tcPr>
            <w:tcW w:w="1330" w:type="dxa"/>
            <w:tcMar>
              <w:top w:w="35" w:type="dxa"/>
              <w:left w:w="45" w:type="dxa"/>
              <w:bottom w:w="35" w:type="dxa"/>
              <w:right w:w="45" w:type="dxa"/>
            </w:tcMar>
            <w:vAlign w:val="center"/>
            <w:tcBorders>
              <w:left w:val="nil"/>
              <w:right w:val="nil"/>
            </w:tcBorders>
          </w:tcPr>
          <w:p w14:paraId="55AEA94B" w14:textId="77777777" w:rsidR="003B3005" w:rsidRDefault="00000000">
            <w:pPr>
              <w:spacing w:line="240" w:lineRule="auto"/>
              <w:jc w:val="center"/>
            </w:pPr>
            <w:r>
              <w:rPr>
                <w:sz w:val="15"/>
              </w:rPr>
              <w:t>&lt;0.000001</w:t>
            </w:r>
          </w:p>
        </w:tc>
      </w:tr>
      <w:tr w:rsidR="003B3005" w14:paraId="645AD73F" w14:textId="77777777">
        <w:trPr>
          <w:cantSplit/>
          <w:jc w:val="center"/>
        </w:trPr>
        <w:tc>
          <w:tcPr>
            <w:tcW w:w="1345" w:type="dxa"/>
            <w:tcMar>
              <w:top w:w="35" w:type="dxa"/>
              <w:left w:w="45" w:type="dxa"/>
              <w:bottom w:w="35" w:type="dxa"/>
              <w:right w:w="45" w:type="dxa"/>
            </w:tcMar>
            <w:vAlign w:val="center"/>
            <w:tcBorders>
              <w:left w:val="nil"/>
              <w:right w:val="nil"/>
            </w:tcBorders>
          </w:tcPr>
          <w:p w14:paraId="57C0170A" w14:textId="77777777" w:rsidR="003B3005" w:rsidRDefault="00000000">
            <w:pPr>
              <w:spacing w:line="240" w:lineRule="auto"/>
            </w:pPr>
            <w:r>
              <w:rPr>
                <w:sz w:val="15"/>
              </w:rPr>
              <w:t>Non-Hispanic Asian</w:t>
            </w:r>
          </w:p>
        </w:tc>
        <w:tc>
          <w:tcPr>
            <w:tcW w:w="1052" w:type="dxa"/>
            <w:tcMar>
              <w:top w:w="35" w:type="dxa"/>
              <w:left w:w="45" w:type="dxa"/>
              <w:bottom w:w="35" w:type="dxa"/>
              <w:right w:w="45" w:type="dxa"/>
            </w:tcMar>
            <w:vAlign w:val="center"/>
            <w:tcBorders>
              <w:left w:val="nil"/>
              <w:right w:val="nil"/>
            </w:tcBorders>
          </w:tcPr>
          <w:p w14:paraId="7F40C866" w14:textId="77777777" w:rsidR="003B3005" w:rsidRDefault="00000000">
            <w:pPr>
              <w:spacing w:line="240" w:lineRule="auto"/>
              <w:jc w:val="center"/>
            </w:pPr>
            <w:r>
              <w:rPr>
                <w:sz w:val="15"/>
              </w:rPr>
              <w:t>1</w:t>
            </w:r>
          </w:p>
        </w:tc>
        <w:tc>
          <w:tcPr>
            <w:tcW w:w="1052" w:type="dxa"/>
            <w:tcMar>
              <w:top w:w="35" w:type="dxa"/>
              <w:left w:w="45" w:type="dxa"/>
              <w:bottom w:w="35" w:type="dxa"/>
              <w:right w:w="45" w:type="dxa"/>
            </w:tcMar>
            <w:vAlign w:val="center"/>
            <w:tcBorders>
              <w:left w:val="nil"/>
              <w:right w:val="nil"/>
            </w:tcBorders>
          </w:tcPr>
          <w:p w14:paraId="7354F53A" w14:textId="77777777" w:rsidR="003B3005" w:rsidRDefault="00000000">
            <w:pPr>
              <w:spacing w:line="240" w:lineRule="auto"/>
              <w:jc w:val="center"/>
            </w:pPr>
            <w:r>
              <w:rPr>
                <w:sz w:val="15"/>
              </w:rPr>
              <w:t>2018</w:t>
            </w:r>
          </w:p>
        </w:tc>
        <w:tc>
          <w:tcPr>
            <w:tcW w:w="1052" w:type="dxa"/>
            <w:tcMar>
              <w:top w:w="35" w:type="dxa"/>
              <w:left w:w="45" w:type="dxa"/>
              <w:bottom w:w="35" w:type="dxa"/>
              <w:right w:w="45" w:type="dxa"/>
            </w:tcMar>
            <w:vAlign w:val="center"/>
            <w:tcBorders>
              <w:left w:val="nil"/>
              <w:right w:val="nil"/>
            </w:tcBorders>
          </w:tcPr>
          <w:p w14:paraId="1D509BCC" w14:textId="77777777" w:rsidR="003B3005" w:rsidRDefault="00000000">
            <w:pPr>
              <w:spacing w:line="240" w:lineRule="auto"/>
              <w:jc w:val="center"/>
            </w:pPr>
            <w:r>
              <w:rPr>
                <w:sz w:val="15"/>
              </w:rPr>
              <w:t>2021</w:t>
            </w:r>
          </w:p>
        </w:tc>
        <w:tc>
          <w:tcPr>
            <w:tcW w:w="906" w:type="dxa"/>
            <w:tcMar>
              <w:top w:w="35" w:type="dxa"/>
              <w:left w:w="45" w:type="dxa"/>
              <w:bottom w:w="35" w:type="dxa"/>
              <w:right w:w="45" w:type="dxa"/>
            </w:tcMar>
            <w:vAlign w:val="center"/>
            <w:tcBorders>
              <w:left w:val="nil"/>
              <w:right w:val="nil"/>
            </w:tcBorders>
          </w:tcPr>
          <w:p w14:paraId="38759FFA" w14:textId="77777777" w:rsidR="003B3005" w:rsidRDefault="00000000">
            <w:pPr>
              <w:spacing w:line="240" w:lineRule="auto"/>
              <w:jc w:val="center"/>
            </w:pPr>
            <w:r>
              <w:rPr>
                <w:sz w:val="15"/>
              </w:rPr>
              <w:t>77.5177</w:t>
            </w:r>
          </w:p>
        </w:tc>
        <w:tc>
          <w:tcPr>
            <w:tcW w:w="1345" w:type="dxa"/>
            <w:tcMar>
              <w:top w:w="35" w:type="dxa"/>
              <w:left w:w="45" w:type="dxa"/>
              <w:bottom w:w="35" w:type="dxa"/>
              <w:right w:w="45" w:type="dxa"/>
            </w:tcMar>
            <w:vAlign w:val="center"/>
            <w:tcBorders>
              <w:left w:val="nil"/>
              <w:right w:val="nil"/>
            </w:tcBorders>
          </w:tcPr>
          <w:p w14:paraId="1386FC82" w14:textId="77777777" w:rsidR="003B3005" w:rsidRDefault="00000000">
            <w:pPr>
              <w:spacing w:line="240" w:lineRule="auto"/>
              <w:jc w:val="center"/>
            </w:pPr>
            <w:r>
              <w:rPr>
                <w:sz w:val="15"/>
              </w:rPr>
              <w:t>60.8583</w:t>
            </w:r>
          </w:p>
        </w:tc>
        <w:tc>
          <w:tcPr>
            <w:tcW w:w="1345" w:type="dxa"/>
            <w:tcMar>
              <w:top w:w="35" w:type="dxa"/>
              <w:left w:w="45" w:type="dxa"/>
              <w:bottom w:w="35" w:type="dxa"/>
              <w:right w:w="45" w:type="dxa"/>
            </w:tcMar>
            <w:vAlign w:val="center"/>
            <w:tcBorders>
              <w:left w:val="nil"/>
              <w:right w:val="nil"/>
            </w:tcBorders>
          </w:tcPr>
          <w:p w14:paraId="3C91D407" w14:textId="77777777" w:rsidR="003B3005" w:rsidRDefault="00000000">
            <w:pPr>
              <w:spacing w:line="240" w:lineRule="auto"/>
              <w:jc w:val="center"/>
            </w:pPr>
            <w:r>
              <w:rPr>
                <w:sz w:val="15"/>
              </w:rPr>
              <w:t>108.403</w:t>
            </w:r>
          </w:p>
        </w:tc>
        <w:tc>
          <w:tcPr>
            <w:tcW w:w="1330" w:type="dxa"/>
            <w:tcMar>
              <w:top w:w="35" w:type="dxa"/>
              <w:left w:w="45" w:type="dxa"/>
              <w:bottom w:w="35" w:type="dxa"/>
              <w:right w:w="45" w:type="dxa"/>
            </w:tcMar>
            <w:vAlign w:val="center"/>
            <w:tcBorders>
              <w:left w:val="nil"/>
              <w:right w:val="nil"/>
            </w:tcBorders>
          </w:tcPr>
          <w:p w14:paraId="417FF15A" w14:textId="77777777" w:rsidR="003B3005" w:rsidRDefault="00000000">
            <w:pPr>
              <w:spacing w:line="240" w:lineRule="auto"/>
              <w:jc w:val="center"/>
            </w:pPr>
            <w:r>
              <w:rPr>
                <w:sz w:val="15"/>
              </w:rPr>
              <w:t>&lt;0.000001</w:t>
            </w:r>
          </w:p>
        </w:tc>
      </w:tr>
      <w:tr w:rsidR="003B3005" w14:paraId="1B6CC89B" w14:textId="77777777">
        <w:trPr>
          <w:cantSplit/>
          <w:jc w:val="center"/>
        </w:trPr>
        <w:tc>
          <w:tcPr>
            <w:tcW w:w="1345" w:type="dxa"/>
            <w:tcMar>
              <w:top w:w="35" w:type="dxa"/>
              <w:left w:w="45" w:type="dxa"/>
              <w:bottom w:w="35" w:type="dxa"/>
              <w:right w:w="45" w:type="dxa"/>
            </w:tcMar>
            <w:vAlign w:val="center"/>
            <w:tcBorders>
              <w:left w:val="nil"/>
              <w:right w:val="nil"/>
            </w:tcBorders>
          </w:tcPr>
          <w:p w14:paraId="0C0065A8" w14:textId="77777777" w:rsidR="003B3005" w:rsidRDefault="00000000">
            <w:pPr>
              <w:spacing w:line="240" w:lineRule="auto"/>
            </w:pPr>
            <w:r>
              <w:rPr>
                <w:sz w:val="15"/>
              </w:rPr>
              <w:t>Non-Hispanic Asian</w:t>
            </w:r>
          </w:p>
        </w:tc>
        <w:tc>
          <w:tcPr>
            <w:tcW w:w="1052" w:type="dxa"/>
            <w:tcMar>
              <w:top w:w="35" w:type="dxa"/>
              <w:left w:w="45" w:type="dxa"/>
              <w:bottom w:w="35" w:type="dxa"/>
              <w:right w:w="45" w:type="dxa"/>
            </w:tcMar>
            <w:vAlign w:val="center"/>
            <w:tcBorders>
              <w:left w:val="nil"/>
              <w:right w:val="nil"/>
            </w:tcBorders>
          </w:tcPr>
          <w:p w14:paraId="06488260" w14:textId="77777777" w:rsidR="003B3005" w:rsidRDefault="00000000">
            <w:pPr>
              <w:spacing w:line="240" w:lineRule="auto"/>
              <w:jc w:val="center"/>
            </w:pPr>
            <w:r>
              <w:rPr>
                <w:sz w:val="15"/>
              </w:rPr>
              <w:t>2</w:t>
            </w:r>
          </w:p>
        </w:tc>
        <w:tc>
          <w:tcPr>
            <w:tcW w:w="1052" w:type="dxa"/>
            <w:tcMar>
              <w:top w:w="35" w:type="dxa"/>
              <w:left w:w="45" w:type="dxa"/>
              <w:bottom w:w="35" w:type="dxa"/>
              <w:right w:w="45" w:type="dxa"/>
            </w:tcMar>
            <w:vAlign w:val="center"/>
            <w:tcBorders>
              <w:left w:val="nil"/>
              <w:right w:val="nil"/>
            </w:tcBorders>
          </w:tcPr>
          <w:p w14:paraId="26BE5406" w14:textId="77777777" w:rsidR="003B3005" w:rsidRDefault="00000000">
            <w:pPr>
              <w:spacing w:line="240" w:lineRule="auto"/>
              <w:jc w:val="center"/>
            </w:pPr>
            <w:r>
              <w:rPr>
                <w:sz w:val="15"/>
              </w:rPr>
              <w:t>2021</w:t>
            </w:r>
          </w:p>
        </w:tc>
        <w:tc>
          <w:tcPr>
            <w:tcW w:w="1052" w:type="dxa"/>
            <w:tcMar>
              <w:top w:w="35" w:type="dxa"/>
              <w:left w:w="45" w:type="dxa"/>
              <w:bottom w:w="35" w:type="dxa"/>
              <w:right w:w="45" w:type="dxa"/>
            </w:tcMar>
            <w:vAlign w:val="center"/>
            <w:tcBorders>
              <w:left w:val="nil"/>
              <w:right w:val="nil"/>
            </w:tcBorders>
          </w:tcPr>
          <w:p w14:paraId="6EAA3807" w14:textId="77777777" w:rsidR="003B3005" w:rsidRDefault="00000000">
            <w:pPr>
              <w:spacing w:line="240" w:lineRule="auto"/>
              <w:jc w:val="center"/>
            </w:pPr>
            <w:r>
              <w:rPr>
                <w:sz w:val="15"/>
              </w:rPr>
              <w:t>2024</w:t>
            </w:r>
          </w:p>
        </w:tc>
        <w:tc>
          <w:tcPr>
            <w:tcW w:w="906" w:type="dxa"/>
            <w:tcMar>
              <w:top w:w="35" w:type="dxa"/>
              <w:left w:w="45" w:type="dxa"/>
              <w:bottom w:w="35" w:type="dxa"/>
              <w:right w:w="45" w:type="dxa"/>
            </w:tcMar>
            <w:vAlign w:val="center"/>
            <w:tcBorders>
              <w:left w:val="nil"/>
              <w:right w:val="nil"/>
            </w:tcBorders>
          </w:tcPr>
          <w:p w14:paraId="13345A2F" w14:textId="77777777" w:rsidR="003B3005" w:rsidRDefault="00000000">
            <w:pPr>
              <w:spacing w:line="240" w:lineRule="auto"/>
              <w:jc w:val="center"/>
            </w:pPr>
            <w:r>
              <w:rPr>
                <w:sz w:val="15"/>
              </w:rPr>
              <w:t>-37.6194</w:t>
            </w:r>
          </w:p>
        </w:tc>
        <w:tc>
          <w:tcPr>
            <w:tcW w:w="1345" w:type="dxa"/>
            <w:tcMar>
              <w:top w:w="35" w:type="dxa"/>
              <w:left w:w="45" w:type="dxa"/>
              <w:bottom w:w="35" w:type="dxa"/>
              <w:right w:w="45" w:type="dxa"/>
            </w:tcMar>
            <w:vAlign w:val="center"/>
            <w:tcBorders>
              <w:left w:val="nil"/>
              <w:right w:val="nil"/>
            </w:tcBorders>
          </w:tcPr>
          <w:p w14:paraId="5A74774B" w14:textId="77777777" w:rsidR="003B3005" w:rsidRDefault="00000000">
            <w:pPr>
              <w:spacing w:line="240" w:lineRule="auto"/>
              <w:jc w:val="center"/>
            </w:pPr>
            <w:r>
              <w:rPr>
                <w:sz w:val="15"/>
              </w:rPr>
              <w:t>-44.8488</w:t>
            </w:r>
          </w:p>
        </w:tc>
        <w:tc>
          <w:tcPr>
            <w:tcW w:w="1345" w:type="dxa"/>
            <w:tcMar>
              <w:top w:w="35" w:type="dxa"/>
              <w:left w:w="45" w:type="dxa"/>
              <w:bottom w:w="35" w:type="dxa"/>
              <w:right w:w="45" w:type="dxa"/>
            </w:tcMar>
            <w:vAlign w:val="center"/>
            <w:tcBorders>
              <w:left w:val="nil"/>
              <w:right w:val="nil"/>
            </w:tcBorders>
          </w:tcPr>
          <w:p w14:paraId="41115741" w14:textId="77777777" w:rsidR="003B3005" w:rsidRDefault="00000000">
            <w:pPr>
              <w:spacing w:line="240" w:lineRule="auto"/>
              <w:jc w:val="center"/>
            </w:pPr>
            <w:r>
              <w:rPr>
                <w:sz w:val="15"/>
              </w:rPr>
              <w:t>-31.889</w:t>
            </w:r>
          </w:p>
        </w:tc>
        <w:tc>
          <w:tcPr>
            <w:tcW w:w="1330" w:type="dxa"/>
            <w:tcMar>
              <w:top w:w="35" w:type="dxa"/>
              <w:left w:w="45" w:type="dxa"/>
              <w:bottom w:w="35" w:type="dxa"/>
              <w:right w:w="45" w:type="dxa"/>
            </w:tcMar>
            <w:vAlign w:val="center"/>
            <w:tcBorders>
              <w:left w:val="nil"/>
              <w:right w:val="nil"/>
            </w:tcBorders>
          </w:tcPr>
          <w:p w14:paraId="514D3EBD" w14:textId="77777777" w:rsidR="003B3005" w:rsidRDefault="00000000">
            <w:pPr>
              <w:spacing w:line="240" w:lineRule="auto"/>
              <w:jc w:val="center"/>
            </w:pPr>
            <w:r>
              <w:rPr>
                <w:sz w:val="15"/>
              </w:rPr>
              <w:t>&lt;0.000001</w:t>
            </w:r>
          </w:p>
        </w:tc>
      </w:tr>
      <w:tr w:rsidR="003B3005" w14:paraId="7D426D9F" w14:textId="77777777">
        <w:trPr>
          <w:cantSplit/>
          <w:jc w:val="center"/>
        </w:trPr>
        <w:tc>
          <w:tcPr>
            <w:tcW w:w="1345" w:type="dxa"/>
            <w:tcMar>
              <w:top w:w="35" w:type="dxa"/>
              <w:left w:w="45" w:type="dxa"/>
              <w:bottom w:w="35" w:type="dxa"/>
              <w:right w:w="45" w:type="dxa"/>
            </w:tcMar>
            <w:vAlign w:val="center"/>
            <w:tcBorders>
              <w:left w:val="nil"/>
              <w:right w:val="nil"/>
            </w:tcBorders>
          </w:tcPr>
          <w:p w14:paraId="3758A406" w14:textId="77777777" w:rsidR="003B3005" w:rsidRDefault="00000000">
            <w:pPr>
              <w:spacing w:line="240" w:lineRule="auto"/>
            </w:pPr>
            <w:r>
              <w:rPr>
                <w:sz w:val="15"/>
              </w:rPr>
              <w:t>Non-Hispanic Black</w:t>
            </w:r>
          </w:p>
        </w:tc>
        <w:tc>
          <w:tcPr>
            <w:tcW w:w="1052" w:type="dxa"/>
            <w:tcMar>
              <w:top w:w="35" w:type="dxa"/>
              <w:left w:w="45" w:type="dxa"/>
              <w:bottom w:w="35" w:type="dxa"/>
              <w:right w:w="45" w:type="dxa"/>
            </w:tcMar>
            <w:vAlign w:val="center"/>
            <w:tcBorders>
              <w:left w:val="nil"/>
              <w:right w:val="nil"/>
            </w:tcBorders>
          </w:tcPr>
          <w:p w14:paraId="5E99391E" w14:textId="77777777" w:rsidR="003B3005" w:rsidRDefault="00000000">
            <w:pPr>
              <w:spacing w:line="240" w:lineRule="auto"/>
              <w:jc w:val="center"/>
            </w:pPr>
            <w:r>
              <w:rPr>
                <w:sz w:val="15"/>
              </w:rPr>
              <w:t>1</w:t>
            </w:r>
          </w:p>
        </w:tc>
        <w:tc>
          <w:tcPr>
            <w:tcW w:w="1052" w:type="dxa"/>
            <w:tcMar>
              <w:top w:w="35" w:type="dxa"/>
              <w:left w:w="45" w:type="dxa"/>
              <w:bottom w:w="35" w:type="dxa"/>
              <w:right w:w="45" w:type="dxa"/>
            </w:tcMar>
            <w:vAlign w:val="center"/>
            <w:tcBorders>
              <w:left w:val="nil"/>
              <w:right w:val="nil"/>
            </w:tcBorders>
          </w:tcPr>
          <w:p w14:paraId="373123EB" w14:textId="77777777" w:rsidR="003B3005" w:rsidRDefault="00000000">
            <w:pPr>
              <w:spacing w:line="240" w:lineRule="auto"/>
              <w:jc w:val="center"/>
            </w:pPr>
            <w:r>
              <w:rPr>
                <w:sz w:val="15"/>
              </w:rPr>
              <w:t>2018</w:t>
            </w:r>
          </w:p>
        </w:tc>
        <w:tc>
          <w:tcPr>
            <w:tcW w:w="1052" w:type="dxa"/>
            <w:tcMar>
              <w:top w:w="35" w:type="dxa"/>
              <w:left w:w="45" w:type="dxa"/>
              <w:bottom w:w="35" w:type="dxa"/>
              <w:right w:w="45" w:type="dxa"/>
            </w:tcMar>
            <w:vAlign w:val="center"/>
            <w:tcBorders>
              <w:left w:val="nil"/>
              <w:right w:val="nil"/>
            </w:tcBorders>
          </w:tcPr>
          <w:p w14:paraId="733BB70C" w14:textId="77777777" w:rsidR="003B3005" w:rsidRDefault="00000000">
            <w:pPr>
              <w:spacing w:line="240" w:lineRule="auto"/>
              <w:jc w:val="center"/>
            </w:pPr>
            <w:r>
              <w:rPr>
                <w:sz w:val="15"/>
              </w:rPr>
              <w:t>2021</w:t>
            </w:r>
          </w:p>
        </w:tc>
        <w:tc>
          <w:tcPr>
            <w:tcW w:w="906" w:type="dxa"/>
            <w:tcMar>
              <w:top w:w="35" w:type="dxa"/>
              <w:left w:w="45" w:type="dxa"/>
              <w:bottom w:w="35" w:type="dxa"/>
              <w:right w:w="45" w:type="dxa"/>
            </w:tcMar>
            <w:vAlign w:val="center"/>
            <w:tcBorders>
              <w:left w:val="nil"/>
              <w:right w:val="nil"/>
            </w:tcBorders>
          </w:tcPr>
          <w:p w14:paraId="54EA4EE7" w14:textId="77777777" w:rsidR="003B3005" w:rsidRDefault="00000000">
            <w:pPr>
              <w:spacing w:line="240" w:lineRule="auto"/>
              <w:jc w:val="center"/>
            </w:pPr>
            <w:r>
              <w:rPr>
                <w:sz w:val="15"/>
              </w:rPr>
              <w:t>38.2607</w:t>
            </w:r>
          </w:p>
        </w:tc>
        <w:tc>
          <w:tcPr>
            <w:tcW w:w="1345" w:type="dxa"/>
            <w:tcMar>
              <w:top w:w="35" w:type="dxa"/>
              <w:left w:w="45" w:type="dxa"/>
              <w:bottom w:w="35" w:type="dxa"/>
              <w:right w:w="45" w:type="dxa"/>
            </w:tcMar>
            <w:vAlign w:val="center"/>
            <w:tcBorders>
              <w:left w:val="nil"/>
              <w:right w:val="nil"/>
            </w:tcBorders>
          </w:tcPr>
          <w:p w14:paraId="3BE1E463" w14:textId="77777777" w:rsidR="003B3005" w:rsidRDefault="00000000">
            <w:pPr>
              <w:spacing w:line="240" w:lineRule="auto"/>
              <w:jc w:val="center"/>
            </w:pPr>
            <w:r>
              <w:rPr>
                <w:sz w:val="15"/>
              </w:rPr>
              <w:t>20.1908</w:t>
            </w:r>
          </w:p>
        </w:tc>
        <w:tc>
          <w:tcPr>
            <w:tcW w:w="1345" w:type="dxa"/>
            <w:tcMar>
              <w:top w:w="35" w:type="dxa"/>
              <w:left w:w="45" w:type="dxa"/>
              <w:bottom w:w="35" w:type="dxa"/>
              <w:right w:w="45" w:type="dxa"/>
            </w:tcMar>
            <w:vAlign w:val="center"/>
            <w:tcBorders>
              <w:left w:val="nil"/>
              <w:right w:val="nil"/>
            </w:tcBorders>
          </w:tcPr>
          <w:p w14:paraId="64037617" w14:textId="77777777" w:rsidR="003B3005" w:rsidRDefault="00000000">
            <w:pPr>
              <w:spacing w:line="240" w:lineRule="auto"/>
              <w:jc w:val="center"/>
            </w:pPr>
            <w:r>
              <w:rPr>
                <w:sz w:val="15"/>
              </w:rPr>
              <w:t>81.6278</w:t>
            </w:r>
          </w:p>
        </w:tc>
        <w:tc>
          <w:tcPr>
            <w:tcW w:w="1330" w:type="dxa"/>
            <w:tcMar>
              <w:top w:w="35" w:type="dxa"/>
              <w:left w:w="45" w:type="dxa"/>
              <w:bottom w:w="35" w:type="dxa"/>
              <w:right w:w="45" w:type="dxa"/>
            </w:tcMar>
            <w:vAlign w:val="center"/>
            <w:tcBorders>
              <w:left w:val="nil"/>
              <w:right w:val="nil"/>
            </w:tcBorders>
          </w:tcPr>
          <w:p w14:paraId="73D63F2C" w14:textId="77777777" w:rsidR="003B3005" w:rsidRDefault="00000000">
            <w:pPr>
              <w:spacing w:line="240" w:lineRule="auto"/>
              <w:jc w:val="center"/>
            </w:pPr>
            <w:r>
              <w:rPr>
                <w:sz w:val="15"/>
              </w:rPr>
              <w:t>&lt;0.000001</w:t>
            </w:r>
          </w:p>
        </w:tc>
      </w:tr>
      <w:tr w:rsidR="003B3005" w14:paraId="1B85D625" w14:textId="77777777">
        <w:trPr>
          <w:cantSplit/>
          <w:jc w:val="center"/>
        </w:trPr>
        <w:tc>
          <w:tcPr>
            <w:tcW w:w="1345" w:type="dxa"/>
            <w:tcMar>
              <w:top w:w="35" w:type="dxa"/>
              <w:left w:w="45" w:type="dxa"/>
              <w:bottom w:w="35" w:type="dxa"/>
              <w:right w:w="45" w:type="dxa"/>
            </w:tcMar>
            <w:vAlign w:val="center"/>
            <w:tcBorders>
              <w:left w:val="nil"/>
              <w:right w:val="nil"/>
            </w:tcBorders>
          </w:tcPr>
          <w:p w14:paraId="78746984" w14:textId="77777777" w:rsidR="003B3005" w:rsidRDefault="00000000">
            <w:pPr>
              <w:spacing w:line="240" w:lineRule="auto"/>
            </w:pPr>
            <w:r>
              <w:rPr>
                <w:sz w:val="15"/>
              </w:rPr>
              <w:t>Non-Hispanic Black</w:t>
            </w:r>
          </w:p>
        </w:tc>
        <w:tc>
          <w:tcPr>
            <w:tcW w:w="1052" w:type="dxa"/>
            <w:tcMar>
              <w:top w:w="35" w:type="dxa"/>
              <w:left w:w="45" w:type="dxa"/>
              <w:bottom w:w="35" w:type="dxa"/>
              <w:right w:w="45" w:type="dxa"/>
            </w:tcMar>
            <w:vAlign w:val="center"/>
            <w:tcBorders>
              <w:left w:val="nil"/>
              <w:right w:val="nil"/>
            </w:tcBorders>
          </w:tcPr>
          <w:p w14:paraId="2500D76E" w14:textId="77777777" w:rsidR="003B3005" w:rsidRDefault="00000000">
            <w:pPr>
              <w:spacing w:line="240" w:lineRule="auto"/>
              <w:jc w:val="center"/>
            </w:pPr>
            <w:r>
              <w:rPr>
                <w:sz w:val="15"/>
              </w:rPr>
              <w:t>2</w:t>
            </w:r>
          </w:p>
        </w:tc>
        <w:tc>
          <w:tcPr>
            <w:tcW w:w="1052" w:type="dxa"/>
            <w:tcMar>
              <w:top w:w="35" w:type="dxa"/>
              <w:left w:w="45" w:type="dxa"/>
              <w:bottom w:w="35" w:type="dxa"/>
              <w:right w:w="45" w:type="dxa"/>
            </w:tcMar>
            <w:vAlign w:val="center"/>
            <w:tcBorders>
              <w:left w:val="nil"/>
              <w:right w:val="nil"/>
            </w:tcBorders>
          </w:tcPr>
          <w:p w14:paraId="2C554EC9" w14:textId="77777777" w:rsidR="003B3005" w:rsidRDefault="00000000">
            <w:pPr>
              <w:spacing w:line="240" w:lineRule="auto"/>
              <w:jc w:val="center"/>
            </w:pPr>
            <w:r>
              <w:rPr>
                <w:sz w:val="15"/>
              </w:rPr>
              <w:t>2021</w:t>
            </w:r>
          </w:p>
        </w:tc>
        <w:tc>
          <w:tcPr>
            <w:tcW w:w="1052" w:type="dxa"/>
            <w:tcMar>
              <w:top w:w="35" w:type="dxa"/>
              <w:left w:w="45" w:type="dxa"/>
              <w:bottom w:w="35" w:type="dxa"/>
              <w:right w:w="45" w:type="dxa"/>
            </w:tcMar>
            <w:vAlign w:val="center"/>
            <w:tcBorders>
              <w:left w:val="nil"/>
              <w:right w:val="nil"/>
            </w:tcBorders>
          </w:tcPr>
          <w:p w14:paraId="5FBC34DB" w14:textId="77777777" w:rsidR="003B3005" w:rsidRDefault="00000000">
            <w:pPr>
              <w:spacing w:line="240" w:lineRule="auto"/>
              <w:jc w:val="center"/>
            </w:pPr>
            <w:r>
              <w:rPr>
                <w:sz w:val="15"/>
              </w:rPr>
              <w:t>2024</w:t>
            </w:r>
          </w:p>
        </w:tc>
        <w:tc>
          <w:tcPr>
            <w:tcW w:w="906" w:type="dxa"/>
            <w:tcMar>
              <w:top w:w="35" w:type="dxa"/>
              <w:left w:w="45" w:type="dxa"/>
              <w:bottom w:w="35" w:type="dxa"/>
              <w:right w:w="45" w:type="dxa"/>
            </w:tcMar>
            <w:vAlign w:val="center"/>
            <w:tcBorders>
              <w:left w:val="nil"/>
              <w:right w:val="nil"/>
            </w:tcBorders>
          </w:tcPr>
          <w:p w14:paraId="5244AC78" w14:textId="77777777" w:rsidR="003B3005" w:rsidRDefault="00000000">
            <w:pPr>
              <w:spacing w:line="240" w:lineRule="auto"/>
              <w:jc w:val="center"/>
            </w:pPr>
            <w:r>
              <w:rPr>
                <w:sz w:val="15"/>
              </w:rPr>
              <w:t>-18.7755</w:t>
            </w:r>
          </w:p>
        </w:tc>
        <w:tc>
          <w:tcPr>
            <w:tcW w:w="1345" w:type="dxa"/>
            <w:tcMar>
              <w:top w:w="35" w:type="dxa"/>
              <w:left w:w="45" w:type="dxa"/>
              <w:bottom w:w="35" w:type="dxa"/>
              <w:right w:w="45" w:type="dxa"/>
            </w:tcMar>
            <w:vAlign w:val="center"/>
            <w:tcBorders>
              <w:left w:val="nil"/>
              <w:right w:val="nil"/>
            </w:tcBorders>
          </w:tcPr>
          <w:p w14:paraId="2F995B8D" w14:textId="77777777" w:rsidR="003B3005" w:rsidRDefault="00000000">
            <w:pPr>
              <w:spacing w:line="240" w:lineRule="auto"/>
              <w:jc w:val="center"/>
            </w:pPr>
            <w:r>
              <w:rPr>
                <w:sz w:val="15"/>
              </w:rPr>
              <w:t>-35.643</w:t>
            </w:r>
          </w:p>
        </w:tc>
        <w:tc>
          <w:tcPr>
            <w:tcW w:w="1345" w:type="dxa"/>
            <w:tcMar>
              <w:top w:w="35" w:type="dxa"/>
              <w:left w:w="45" w:type="dxa"/>
              <w:bottom w:w="35" w:type="dxa"/>
              <w:right w:w="45" w:type="dxa"/>
            </w:tcMar>
            <w:vAlign w:val="center"/>
            <w:tcBorders>
              <w:left w:val="nil"/>
              <w:right w:val="nil"/>
            </w:tcBorders>
          </w:tcPr>
          <w:p w14:paraId="2959EF8A" w14:textId="77777777" w:rsidR="003B3005" w:rsidRDefault="00000000">
            <w:pPr>
              <w:spacing w:line="240" w:lineRule="auto"/>
              <w:jc w:val="center"/>
            </w:pPr>
            <w:r>
              <w:rPr>
                <w:sz w:val="15"/>
              </w:rPr>
              <w:t>-7.1571</w:t>
            </w:r>
          </w:p>
        </w:tc>
        <w:tc>
          <w:tcPr>
            <w:tcW w:w="1330" w:type="dxa"/>
            <w:tcMar>
              <w:top w:w="35" w:type="dxa"/>
              <w:left w:w="45" w:type="dxa"/>
              <w:bottom w:w="35" w:type="dxa"/>
              <w:right w:w="45" w:type="dxa"/>
            </w:tcMar>
            <w:vAlign w:val="center"/>
            <w:tcBorders>
              <w:left w:val="nil"/>
              <w:right w:val="nil"/>
            </w:tcBorders>
          </w:tcPr>
          <w:p w14:paraId="7A474743" w14:textId="77777777" w:rsidR="003B3005" w:rsidRDefault="00000000">
            <w:pPr>
              <w:spacing w:line="240" w:lineRule="auto"/>
              <w:jc w:val="center"/>
            </w:pPr>
            <w:r>
              <w:rPr>
                <w:sz w:val="15"/>
              </w:rPr>
              <w:t>&lt;0.000001</w:t>
            </w:r>
          </w:p>
        </w:tc>
      </w:tr>
      <w:tr w:rsidR="003B3005" w14:paraId="14B94B06" w14:textId="77777777">
        <w:trPr>
          <w:cantSplit/>
          <w:jc w:val="center"/>
        </w:trPr>
        <w:tc>
          <w:tcPr>
            <w:tcW w:w="1345" w:type="dxa"/>
            <w:tcMar>
              <w:top w:w="35" w:type="dxa"/>
              <w:left w:w="45" w:type="dxa"/>
              <w:bottom w:w="35" w:type="dxa"/>
              <w:right w:w="45" w:type="dxa"/>
            </w:tcMar>
            <w:vAlign w:val="center"/>
            <w:tcBorders>
              <w:left w:val="nil"/>
              <w:right w:val="nil"/>
            </w:tcBorders>
          </w:tcPr>
          <w:p w14:paraId="78750635" w14:textId="77777777" w:rsidR="003B3005" w:rsidRDefault="00000000">
            <w:pPr>
              <w:spacing w:line="240" w:lineRule="auto"/>
            </w:pPr>
            <w:r>
              <w:rPr>
                <w:sz w:val="15"/>
              </w:rPr>
              <w:t>Non-Hispanic Native Hawaiian or Other Pacific Islander</w:t>
            </w:r>
          </w:p>
        </w:tc>
        <w:tc>
          <w:tcPr>
            <w:tcW w:w="1052" w:type="dxa"/>
            <w:tcMar>
              <w:top w:w="35" w:type="dxa"/>
              <w:left w:w="45" w:type="dxa"/>
              <w:bottom w:w="35" w:type="dxa"/>
              <w:right w:w="45" w:type="dxa"/>
            </w:tcMar>
            <w:vAlign w:val="center"/>
            <w:tcBorders>
              <w:left w:val="nil"/>
              <w:right w:val="nil"/>
            </w:tcBorders>
          </w:tcPr>
          <w:p w14:paraId="3C7C0502" w14:textId="77777777" w:rsidR="003B3005" w:rsidRDefault="00000000">
            <w:pPr>
              <w:spacing w:line="240" w:lineRule="auto"/>
              <w:jc w:val="center"/>
            </w:pPr>
            <w:r>
              <w:rPr>
                <w:sz w:val="15"/>
              </w:rPr>
              <w:t>1</w:t>
            </w:r>
          </w:p>
        </w:tc>
        <w:tc>
          <w:tcPr>
            <w:tcW w:w="1052" w:type="dxa"/>
            <w:tcMar>
              <w:top w:w="35" w:type="dxa"/>
              <w:left w:w="45" w:type="dxa"/>
              <w:bottom w:w="35" w:type="dxa"/>
              <w:right w:w="45" w:type="dxa"/>
            </w:tcMar>
            <w:vAlign w:val="center"/>
            <w:tcBorders>
              <w:left w:val="nil"/>
              <w:right w:val="nil"/>
            </w:tcBorders>
          </w:tcPr>
          <w:p w14:paraId="7CD8EAD3" w14:textId="77777777" w:rsidR="003B3005" w:rsidRDefault="00000000">
            <w:pPr>
              <w:spacing w:line="240" w:lineRule="auto"/>
              <w:jc w:val="center"/>
            </w:pPr>
            <w:r>
              <w:rPr>
                <w:sz w:val="15"/>
              </w:rPr>
              <w:t>2018</w:t>
            </w:r>
          </w:p>
        </w:tc>
        <w:tc>
          <w:tcPr>
            <w:tcW w:w="1052" w:type="dxa"/>
            <w:tcMar>
              <w:top w:w="35" w:type="dxa"/>
              <w:left w:w="45" w:type="dxa"/>
              <w:bottom w:w="35" w:type="dxa"/>
              <w:right w:w="45" w:type="dxa"/>
            </w:tcMar>
            <w:vAlign w:val="center"/>
            <w:tcBorders>
              <w:left w:val="nil"/>
              <w:right w:val="nil"/>
            </w:tcBorders>
          </w:tcPr>
          <w:p w14:paraId="28B59D56" w14:textId="77777777" w:rsidR="003B3005" w:rsidRDefault="00000000">
            <w:pPr>
              <w:spacing w:line="240" w:lineRule="auto"/>
              <w:jc w:val="center"/>
            </w:pPr>
            <w:r>
              <w:rPr>
                <w:sz w:val="15"/>
              </w:rPr>
              <w:t>2021</w:t>
            </w:r>
          </w:p>
        </w:tc>
        <w:tc>
          <w:tcPr>
            <w:tcW w:w="906" w:type="dxa"/>
            <w:tcMar>
              <w:top w:w="35" w:type="dxa"/>
              <w:left w:w="45" w:type="dxa"/>
              <w:bottom w:w="35" w:type="dxa"/>
              <w:right w:w="45" w:type="dxa"/>
            </w:tcMar>
            <w:vAlign w:val="center"/>
            <w:tcBorders>
              <w:left w:val="nil"/>
              <w:right w:val="nil"/>
            </w:tcBorders>
          </w:tcPr>
          <w:p w14:paraId="5A61A94F" w14:textId="77777777" w:rsidR="003B3005" w:rsidRDefault="00000000">
            <w:pPr>
              <w:spacing w:line="240" w:lineRule="auto"/>
              <w:jc w:val="center"/>
            </w:pPr>
            <w:r>
              <w:rPr>
                <w:sz w:val="15"/>
              </w:rPr>
              <w:t>69.3608</w:t>
            </w:r>
          </w:p>
        </w:tc>
        <w:tc>
          <w:tcPr>
            <w:tcW w:w="1345" w:type="dxa"/>
            <w:tcMar>
              <w:top w:w="35" w:type="dxa"/>
              <w:left w:w="45" w:type="dxa"/>
              <w:bottom w:w="35" w:type="dxa"/>
              <w:right w:w="45" w:type="dxa"/>
            </w:tcMar>
            <w:vAlign w:val="center"/>
            <w:tcBorders>
              <w:left w:val="nil"/>
              <w:right w:val="nil"/>
            </w:tcBorders>
          </w:tcPr>
          <w:p w14:paraId="6FA916F6" w14:textId="77777777" w:rsidR="003B3005" w:rsidRDefault="00000000">
            <w:pPr>
              <w:spacing w:line="240" w:lineRule="auto"/>
              <w:jc w:val="center"/>
            </w:pPr>
            <w:r>
              <w:rPr>
                <w:sz w:val="15"/>
              </w:rPr>
              <w:t>24.2645</w:t>
            </w:r>
          </w:p>
        </w:tc>
        <w:tc>
          <w:tcPr>
            <w:tcW w:w="1345" w:type="dxa"/>
            <w:tcMar>
              <w:top w:w="35" w:type="dxa"/>
              <w:left w:w="45" w:type="dxa"/>
              <w:bottom w:w="35" w:type="dxa"/>
              <w:right w:w="45" w:type="dxa"/>
            </w:tcMar>
            <w:vAlign w:val="center"/>
            <w:tcBorders>
              <w:left w:val="nil"/>
              <w:right w:val="nil"/>
            </w:tcBorders>
          </w:tcPr>
          <w:p w14:paraId="44E2BE59" w14:textId="77777777" w:rsidR="003B3005" w:rsidRDefault="00000000">
            <w:pPr>
              <w:spacing w:line="240" w:lineRule="auto"/>
              <w:jc w:val="center"/>
            </w:pPr>
            <w:r>
              <w:rPr>
                <w:sz w:val="15"/>
              </w:rPr>
              <w:t>558.3848</w:t>
            </w:r>
          </w:p>
        </w:tc>
        <w:tc>
          <w:tcPr>
            <w:tcW w:w="1330" w:type="dxa"/>
            <w:tcMar>
              <w:top w:w="35" w:type="dxa"/>
              <w:left w:w="45" w:type="dxa"/>
              <w:bottom w:w="35" w:type="dxa"/>
              <w:right w:w="45" w:type="dxa"/>
            </w:tcMar>
            <w:vAlign w:val="center"/>
            <w:tcBorders>
              <w:left w:val="nil"/>
              <w:right w:val="nil"/>
            </w:tcBorders>
          </w:tcPr>
          <w:p w14:paraId="49AD3439" w14:textId="77777777" w:rsidR="003B3005" w:rsidRDefault="00000000">
            <w:pPr>
              <w:spacing w:line="240" w:lineRule="auto"/>
              <w:jc w:val="center"/>
            </w:pPr>
            <w:r>
              <w:rPr>
                <w:sz w:val="15"/>
              </w:rPr>
              <w:t>0.006399</w:t>
            </w:r>
          </w:p>
        </w:tc>
      </w:tr>
      <w:tr w:rsidR="003B3005" w14:paraId="6A697FA1" w14:textId="77777777">
        <w:trPr>
          <w:cantSplit/>
          <w:jc w:val="center"/>
        </w:trPr>
        <w:tc>
          <w:tcPr>
            <w:tcW w:w="1345" w:type="dxa"/>
            <w:tcMar>
              <w:top w:w="35" w:type="dxa"/>
              <w:left w:w="45" w:type="dxa"/>
              <w:bottom w:w="35" w:type="dxa"/>
              <w:right w:w="45" w:type="dxa"/>
            </w:tcMar>
            <w:vAlign w:val="center"/>
            <w:tcBorders>
              <w:left w:val="nil"/>
              <w:right w:val="nil"/>
            </w:tcBorders>
          </w:tcPr>
          <w:p w14:paraId="237FD044" w14:textId="77777777" w:rsidR="003B3005" w:rsidRDefault="00000000">
            <w:pPr>
              <w:spacing w:line="240" w:lineRule="auto"/>
            </w:pPr>
            <w:r>
              <w:rPr>
                <w:sz w:val="15"/>
              </w:rPr>
              <w:t>Non-Hispanic Native Hawaiian or Other Pacific Islander</w:t>
            </w:r>
          </w:p>
        </w:tc>
        <w:tc>
          <w:tcPr>
            <w:tcW w:w="1052" w:type="dxa"/>
            <w:tcMar>
              <w:top w:w="35" w:type="dxa"/>
              <w:left w:w="45" w:type="dxa"/>
              <w:bottom w:w="35" w:type="dxa"/>
              <w:right w:w="45" w:type="dxa"/>
            </w:tcMar>
            <w:vAlign w:val="center"/>
            <w:tcBorders>
              <w:left w:val="nil"/>
              <w:right w:val="nil"/>
            </w:tcBorders>
          </w:tcPr>
          <w:p w14:paraId="7965852F" w14:textId="77777777" w:rsidR="003B3005" w:rsidRDefault="00000000">
            <w:pPr>
              <w:spacing w:line="240" w:lineRule="auto"/>
              <w:jc w:val="center"/>
            </w:pPr>
            <w:r>
              <w:rPr>
                <w:sz w:val="15"/>
              </w:rPr>
              <w:t>2</w:t>
            </w:r>
          </w:p>
        </w:tc>
        <w:tc>
          <w:tcPr>
            <w:tcW w:w="1052" w:type="dxa"/>
            <w:tcMar>
              <w:top w:w="35" w:type="dxa"/>
              <w:left w:w="45" w:type="dxa"/>
              <w:bottom w:w="35" w:type="dxa"/>
              <w:right w:w="45" w:type="dxa"/>
            </w:tcMar>
            <w:vAlign w:val="center"/>
            <w:tcBorders>
              <w:left w:val="nil"/>
              <w:right w:val="nil"/>
            </w:tcBorders>
          </w:tcPr>
          <w:p w14:paraId="46B35D07" w14:textId="77777777" w:rsidR="003B3005" w:rsidRDefault="00000000">
            <w:pPr>
              <w:spacing w:line="240" w:lineRule="auto"/>
              <w:jc w:val="center"/>
            </w:pPr>
            <w:r>
              <w:rPr>
                <w:sz w:val="15"/>
              </w:rPr>
              <w:t>2021</w:t>
            </w:r>
          </w:p>
        </w:tc>
        <w:tc>
          <w:tcPr>
            <w:tcW w:w="1052" w:type="dxa"/>
            <w:tcMar>
              <w:top w:w="35" w:type="dxa"/>
              <w:left w:w="45" w:type="dxa"/>
              <w:bottom w:w="35" w:type="dxa"/>
              <w:right w:w="45" w:type="dxa"/>
            </w:tcMar>
            <w:vAlign w:val="center"/>
            <w:tcBorders>
              <w:left w:val="nil"/>
              <w:right w:val="nil"/>
            </w:tcBorders>
          </w:tcPr>
          <w:p w14:paraId="6A04A03F" w14:textId="77777777" w:rsidR="003B3005" w:rsidRDefault="00000000">
            <w:pPr>
              <w:spacing w:line="240" w:lineRule="auto"/>
              <w:jc w:val="center"/>
            </w:pPr>
            <w:r>
              <w:rPr>
                <w:sz w:val="15"/>
              </w:rPr>
              <w:t>2024</w:t>
            </w:r>
          </w:p>
        </w:tc>
        <w:tc>
          <w:tcPr>
            <w:tcW w:w="906" w:type="dxa"/>
            <w:tcMar>
              <w:top w:w="35" w:type="dxa"/>
              <w:left w:w="45" w:type="dxa"/>
              <w:bottom w:w="35" w:type="dxa"/>
              <w:right w:w="45" w:type="dxa"/>
            </w:tcMar>
            <w:vAlign w:val="center"/>
            <w:tcBorders>
              <w:left w:val="nil"/>
              <w:right w:val="nil"/>
            </w:tcBorders>
          </w:tcPr>
          <w:p w14:paraId="4E846E66" w14:textId="77777777" w:rsidR="003B3005" w:rsidRDefault="00000000">
            <w:pPr>
              <w:spacing w:line="240" w:lineRule="auto"/>
              <w:jc w:val="center"/>
            </w:pPr>
            <w:r>
              <w:rPr>
                <w:sz w:val="15"/>
              </w:rPr>
              <w:t>-35.0355</w:t>
            </w:r>
          </w:p>
        </w:tc>
        <w:tc>
          <w:tcPr>
            <w:tcW w:w="1345" w:type="dxa"/>
            <w:tcMar>
              <w:top w:w="35" w:type="dxa"/>
              <w:left w:w="45" w:type="dxa"/>
              <w:bottom w:w="35" w:type="dxa"/>
              <w:right w:w="45" w:type="dxa"/>
            </w:tcMar>
            <w:vAlign w:val="center"/>
            <w:tcBorders>
              <w:left w:val="nil"/>
              <w:right w:val="nil"/>
            </w:tcBorders>
          </w:tcPr>
          <w:p w14:paraId="498C0CE8" w14:textId="77777777" w:rsidR="003B3005" w:rsidRDefault="00000000">
            <w:pPr>
              <w:spacing w:line="240" w:lineRule="auto"/>
              <w:jc w:val="center"/>
            </w:pPr>
            <w:r>
              <w:rPr>
                <w:sz w:val="15"/>
              </w:rPr>
              <w:t>-80.0181</w:t>
            </w:r>
          </w:p>
        </w:tc>
        <w:tc>
          <w:tcPr>
            <w:tcW w:w="1345" w:type="dxa"/>
            <w:tcMar>
              <w:top w:w="35" w:type="dxa"/>
              <w:left w:w="45" w:type="dxa"/>
              <w:bottom w:w="35" w:type="dxa"/>
              <w:right w:w="45" w:type="dxa"/>
            </w:tcMar>
            <w:vAlign w:val="center"/>
            <w:tcBorders>
              <w:left w:val="nil"/>
              <w:right w:val="nil"/>
            </w:tcBorders>
          </w:tcPr>
          <w:p w14:paraId="1CD7EF8F" w14:textId="77777777" w:rsidR="003B3005" w:rsidRDefault="00000000">
            <w:pPr>
              <w:spacing w:line="240" w:lineRule="auto"/>
              <w:jc w:val="center"/>
            </w:pPr>
            <w:r>
              <w:rPr>
                <w:sz w:val="15"/>
              </w:rPr>
              <w:t>-11.4047</w:t>
            </w:r>
          </w:p>
        </w:tc>
        <w:tc>
          <w:tcPr>
            <w:tcW w:w="1330" w:type="dxa"/>
            <w:tcMar>
              <w:top w:w="35" w:type="dxa"/>
              <w:left w:w="45" w:type="dxa"/>
              <w:bottom w:w="35" w:type="dxa"/>
              <w:right w:w="45" w:type="dxa"/>
            </w:tcMar>
            <w:vAlign w:val="center"/>
            <w:tcBorders>
              <w:left w:val="nil"/>
              <w:right w:val="nil"/>
            </w:tcBorders>
          </w:tcPr>
          <w:p w14:paraId="230DFB2C" w14:textId="77777777" w:rsidR="003B3005" w:rsidRDefault="00000000">
            <w:pPr>
              <w:spacing w:line="240" w:lineRule="auto"/>
              <w:jc w:val="center"/>
            </w:pPr>
            <w:r>
              <w:rPr>
                <w:sz w:val="15"/>
              </w:rPr>
              <w:t>0.010798</w:t>
            </w:r>
          </w:p>
        </w:tc>
      </w:tr>
      <w:tr w:rsidR="003B3005" w14:paraId="50254D18" w14:textId="77777777">
        <w:trPr>
          <w:cantSplit/>
          <w:jc w:val="center"/>
        </w:trPr>
        <w:tc>
          <w:tcPr>
            <w:tcW w:w="1345" w:type="dxa"/>
            <w:tcMar>
              <w:top w:w="35" w:type="dxa"/>
              <w:left w:w="45" w:type="dxa"/>
              <w:bottom w:w="35" w:type="dxa"/>
              <w:right w:w="45" w:type="dxa"/>
            </w:tcMar>
            <w:vAlign w:val="center"/>
            <w:tcBorders>
              <w:left w:val="nil"/>
              <w:right w:val="nil"/>
            </w:tcBorders>
          </w:tcPr>
          <w:p w14:paraId="6C52299D" w14:textId="77777777" w:rsidR="003B3005" w:rsidRDefault="00000000">
            <w:pPr>
              <w:spacing w:line="240" w:lineRule="auto"/>
            </w:pPr>
            <w:r>
              <w:rPr>
                <w:sz w:val="15"/>
              </w:rPr>
              <w:t>Non-Hispanic White</w:t>
            </w:r>
          </w:p>
        </w:tc>
        <w:tc>
          <w:tcPr>
            <w:tcW w:w="1052" w:type="dxa"/>
            <w:tcMar>
              <w:top w:w="35" w:type="dxa"/>
              <w:left w:w="45" w:type="dxa"/>
              <w:bottom w:w="35" w:type="dxa"/>
              <w:right w:w="45" w:type="dxa"/>
            </w:tcMar>
            <w:vAlign w:val="center"/>
            <w:tcBorders>
              <w:left w:val="nil"/>
              <w:right w:val="nil"/>
            </w:tcBorders>
          </w:tcPr>
          <w:p w14:paraId="27135BFB" w14:textId="77777777" w:rsidR="003B3005" w:rsidRDefault="00000000">
            <w:pPr>
              <w:spacing w:line="240" w:lineRule="auto"/>
              <w:jc w:val="center"/>
            </w:pPr>
            <w:r>
              <w:rPr>
                <w:sz w:val="15"/>
              </w:rPr>
              <w:t>1</w:t>
            </w:r>
          </w:p>
        </w:tc>
        <w:tc>
          <w:tcPr>
            <w:tcW w:w="1052" w:type="dxa"/>
            <w:tcMar>
              <w:top w:w="35" w:type="dxa"/>
              <w:left w:w="45" w:type="dxa"/>
              <w:bottom w:w="35" w:type="dxa"/>
              <w:right w:w="45" w:type="dxa"/>
            </w:tcMar>
            <w:vAlign w:val="center"/>
            <w:tcBorders>
              <w:left w:val="nil"/>
              <w:right w:val="nil"/>
            </w:tcBorders>
          </w:tcPr>
          <w:p w14:paraId="2CBC6DE6" w14:textId="77777777" w:rsidR="003B3005" w:rsidRDefault="00000000">
            <w:pPr>
              <w:spacing w:line="240" w:lineRule="auto"/>
              <w:jc w:val="center"/>
            </w:pPr>
            <w:r>
              <w:rPr>
                <w:sz w:val="15"/>
              </w:rPr>
              <w:t>2018</w:t>
            </w:r>
          </w:p>
        </w:tc>
        <w:tc>
          <w:tcPr>
            <w:tcW w:w="1052" w:type="dxa"/>
            <w:tcMar>
              <w:top w:w="35" w:type="dxa"/>
              <w:left w:w="45" w:type="dxa"/>
              <w:bottom w:w="35" w:type="dxa"/>
              <w:right w:w="45" w:type="dxa"/>
            </w:tcMar>
            <w:vAlign w:val="center"/>
            <w:tcBorders>
              <w:left w:val="nil"/>
              <w:right w:val="nil"/>
            </w:tcBorders>
          </w:tcPr>
          <w:p w14:paraId="53D0CF7E" w14:textId="77777777" w:rsidR="003B3005" w:rsidRDefault="00000000">
            <w:pPr>
              <w:spacing w:line="240" w:lineRule="auto"/>
              <w:jc w:val="center"/>
            </w:pPr>
            <w:r>
              <w:rPr>
                <w:sz w:val="15"/>
              </w:rPr>
              <w:t>2021</w:t>
            </w:r>
          </w:p>
        </w:tc>
        <w:tc>
          <w:tcPr>
            <w:tcW w:w="906" w:type="dxa"/>
            <w:tcMar>
              <w:top w:w="35" w:type="dxa"/>
              <w:left w:w="45" w:type="dxa"/>
              <w:bottom w:w="35" w:type="dxa"/>
              <w:right w:w="45" w:type="dxa"/>
            </w:tcMar>
            <w:vAlign w:val="center"/>
            <w:tcBorders>
              <w:left w:val="nil"/>
              <w:right w:val="nil"/>
            </w:tcBorders>
          </w:tcPr>
          <w:p w14:paraId="0CB504CB" w14:textId="77777777" w:rsidR="003B3005" w:rsidRDefault="00000000">
            <w:pPr>
              <w:spacing w:line="240" w:lineRule="auto"/>
              <w:jc w:val="center"/>
            </w:pPr>
            <w:r>
              <w:rPr>
                <w:sz w:val="15"/>
              </w:rPr>
              <w:t>37.1008</w:t>
            </w:r>
          </w:p>
        </w:tc>
        <w:tc>
          <w:tcPr>
            <w:tcW w:w="1345" w:type="dxa"/>
            <w:tcMar>
              <w:top w:w="35" w:type="dxa"/>
              <w:left w:w="45" w:type="dxa"/>
              <w:bottom w:w="35" w:type="dxa"/>
              <w:right w:w="45" w:type="dxa"/>
            </w:tcMar>
            <w:vAlign w:val="center"/>
            <w:tcBorders>
              <w:left w:val="nil"/>
              <w:right w:val="nil"/>
            </w:tcBorders>
          </w:tcPr>
          <w:p w14:paraId="1785A86E" w14:textId="77777777" w:rsidR="003B3005" w:rsidRDefault="00000000">
            <w:pPr>
              <w:spacing w:line="240" w:lineRule="auto"/>
              <w:jc w:val="center"/>
            </w:pPr>
            <w:r>
              <w:rPr>
                <w:sz w:val="15"/>
              </w:rPr>
              <w:t>19.313</w:t>
            </w:r>
          </w:p>
        </w:tc>
        <w:tc>
          <w:tcPr>
            <w:tcW w:w="1345" w:type="dxa"/>
            <w:tcMar>
              <w:top w:w="35" w:type="dxa"/>
              <w:left w:w="45" w:type="dxa"/>
              <w:bottom w:w="35" w:type="dxa"/>
              <w:right w:w="45" w:type="dxa"/>
            </w:tcMar>
            <w:vAlign w:val="center"/>
            <w:tcBorders>
              <w:left w:val="nil"/>
              <w:right w:val="nil"/>
            </w:tcBorders>
          </w:tcPr>
          <w:p w14:paraId="7D9B3EC7" w14:textId="77777777" w:rsidR="003B3005" w:rsidRDefault="00000000">
            <w:pPr>
              <w:spacing w:line="240" w:lineRule="auto"/>
              <w:jc w:val="center"/>
            </w:pPr>
            <w:r>
              <w:rPr>
                <w:sz w:val="15"/>
              </w:rPr>
              <w:t>72.0592</w:t>
            </w:r>
          </w:p>
        </w:tc>
        <w:tc>
          <w:tcPr>
            <w:tcW w:w="1330" w:type="dxa"/>
            <w:tcMar>
              <w:top w:w="35" w:type="dxa"/>
              <w:left w:w="45" w:type="dxa"/>
              <w:bottom w:w="35" w:type="dxa"/>
              <w:right w:w="45" w:type="dxa"/>
            </w:tcMar>
            <w:vAlign w:val="center"/>
            <w:tcBorders>
              <w:left w:val="nil"/>
              <w:right w:val="nil"/>
            </w:tcBorders>
          </w:tcPr>
          <w:p w14:paraId="47C448AF" w14:textId="77777777" w:rsidR="003B3005" w:rsidRDefault="00000000">
            <w:pPr>
              <w:spacing w:line="240" w:lineRule="auto"/>
              <w:jc w:val="center"/>
            </w:pPr>
            <w:r>
              <w:rPr>
                <w:sz w:val="15"/>
              </w:rPr>
              <w:t>&lt;0.000001</w:t>
            </w:r>
          </w:p>
        </w:tc>
      </w:tr>
      <w:tr w:rsidR="003B3005" w14:paraId="37E29F00" w14:textId="77777777">
        <w:trPr>
          <w:cantSplit/>
          <w:jc w:val="center"/>
        </w:trPr>
        <w:tc>
          <w:tcPr>
            <w:tcW w:w="1345" w:type="dxa"/>
            <w:tcMar>
              <w:top w:w="35" w:type="dxa"/>
              <w:left w:w="45" w:type="dxa"/>
              <w:bottom w:w="35" w:type="dxa"/>
              <w:right w:w="45" w:type="dxa"/>
            </w:tcMar>
            <w:vAlign w:val="center"/>
            <w:tcBorders>
              <w:left w:val="nil"/>
              <w:right w:val="nil"/>
            </w:tcBorders>
          </w:tcPr>
          <w:p w14:paraId="420B84A9" w14:textId="77777777" w:rsidR="003B3005" w:rsidRDefault="00000000">
            <w:pPr>
              <w:spacing w:line="240" w:lineRule="auto"/>
            </w:pPr>
            <w:r>
              <w:rPr>
                <w:sz w:val="15"/>
              </w:rPr>
              <w:t>Non-Hispanic White</w:t>
            </w:r>
          </w:p>
        </w:tc>
        <w:tc>
          <w:tcPr>
            <w:tcW w:w="1052" w:type="dxa"/>
            <w:tcMar>
              <w:top w:w="35" w:type="dxa"/>
              <w:left w:w="45" w:type="dxa"/>
              <w:bottom w:w="35" w:type="dxa"/>
              <w:right w:w="45" w:type="dxa"/>
            </w:tcMar>
            <w:vAlign w:val="center"/>
            <w:tcBorders>
              <w:left w:val="nil"/>
              <w:right w:val="nil"/>
            </w:tcBorders>
          </w:tcPr>
          <w:p w14:paraId="4EED134C" w14:textId="77777777" w:rsidR="003B3005" w:rsidRDefault="00000000">
            <w:pPr>
              <w:spacing w:line="240" w:lineRule="auto"/>
              <w:jc w:val="center"/>
            </w:pPr>
            <w:r>
              <w:rPr>
                <w:sz w:val="15"/>
              </w:rPr>
              <w:t>2</w:t>
            </w:r>
          </w:p>
        </w:tc>
        <w:tc>
          <w:tcPr>
            <w:tcW w:w="1052" w:type="dxa"/>
            <w:tcMar>
              <w:top w:w="35" w:type="dxa"/>
              <w:left w:w="45" w:type="dxa"/>
              <w:bottom w:w="35" w:type="dxa"/>
              <w:right w:w="45" w:type="dxa"/>
            </w:tcMar>
            <w:vAlign w:val="center"/>
            <w:tcBorders>
              <w:left w:val="nil"/>
              <w:right w:val="nil"/>
            </w:tcBorders>
          </w:tcPr>
          <w:p w14:paraId="780A2485" w14:textId="77777777" w:rsidR="003B3005" w:rsidRDefault="00000000">
            <w:pPr>
              <w:spacing w:line="240" w:lineRule="auto"/>
              <w:jc w:val="center"/>
            </w:pPr>
            <w:r>
              <w:rPr>
                <w:sz w:val="15"/>
              </w:rPr>
              <w:t>2021</w:t>
            </w:r>
          </w:p>
        </w:tc>
        <w:tc>
          <w:tcPr>
            <w:tcW w:w="1052" w:type="dxa"/>
            <w:tcMar>
              <w:top w:w="35" w:type="dxa"/>
              <w:left w:w="45" w:type="dxa"/>
              <w:bottom w:w="35" w:type="dxa"/>
              <w:right w:w="45" w:type="dxa"/>
            </w:tcMar>
            <w:vAlign w:val="center"/>
            <w:tcBorders>
              <w:left w:val="nil"/>
              <w:right w:val="nil"/>
            </w:tcBorders>
          </w:tcPr>
          <w:p w14:paraId="38280152" w14:textId="77777777" w:rsidR="003B3005" w:rsidRDefault="00000000">
            <w:pPr>
              <w:spacing w:line="240" w:lineRule="auto"/>
              <w:jc w:val="center"/>
            </w:pPr>
            <w:r>
              <w:rPr>
                <w:sz w:val="15"/>
              </w:rPr>
              <w:t>2024</w:t>
            </w:r>
          </w:p>
        </w:tc>
        <w:tc>
          <w:tcPr>
            <w:tcW w:w="906" w:type="dxa"/>
            <w:tcMar>
              <w:top w:w="35" w:type="dxa"/>
              <w:left w:w="45" w:type="dxa"/>
              <w:bottom w:w="35" w:type="dxa"/>
              <w:right w:w="45" w:type="dxa"/>
            </w:tcMar>
            <w:vAlign w:val="center"/>
            <w:tcBorders>
              <w:left w:val="nil"/>
              <w:right w:val="nil"/>
            </w:tcBorders>
          </w:tcPr>
          <w:p w14:paraId="71C77C21" w14:textId="77777777" w:rsidR="003B3005" w:rsidRDefault="00000000">
            <w:pPr>
              <w:spacing w:line="240" w:lineRule="auto"/>
              <w:jc w:val="center"/>
            </w:pPr>
            <w:r>
              <w:rPr>
                <w:sz w:val="15"/>
              </w:rPr>
              <w:t>-17.9067</w:t>
            </w:r>
          </w:p>
        </w:tc>
        <w:tc>
          <w:tcPr>
            <w:tcW w:w="1345" w:type="dxa"/>
            <w:tcMar>
              <w:top w:w="35" w:type="dxa"/>
              <w:left w:w="45" w:type="dxa"/>
              <w:bottom w:w="35" w:type="dxa"/>
              <w:right w:w="45" w:type="dxa"/>
            </w:tcMar>
            <w:vAlign w:val="center"/>
            <w:tcBorders>
              <w:left w:val="nil"/>
              <w:right w:val="nil"/>
            </w:tcBorders>
          </w:tcPr>
          <w:p w14:paraId="0CF1F9EC" w14:textId="77777777" w:rsidR="003B3005" w:rsidRDefault="00000000">
            <w:pPr>
              <w:spacing w:line="240" w:lineRule="auto"/>
              <w:jc w:val="center"/>
            </w:pPr>
            <w:r>
              <w:rPr>
                <w:sz w:val="15"/>
              </w:rPr>
              <w:t>-32.1702</w:t>
            </w:r>
          </w:p>
        </w:tc>
        <w:tc>
          <w:tcPr>
            <w:tcW w:w="1345" w:type="dxa"/>
            <w:tcMar>
              <w:top w:w="35" w:type="dxa"/>
              <w:left w:w="45" w:type="dxa"/>
              <w:bottom w:w="35" w:type="dxa"/>
              <w:right w:w="45" w:type="dxa"/>
            </w:tcMar>
            <w:vAlign w:val="center"/>
            <w:tcBorders>
              <w:left w:val="nil"/>
              <w:right w:val="nil"/>
            </w:tcBorders>
          </w:tcPr>
          <w:p w14:paraId="3A0D96D8" w14:textId="77777777" w:rsidR="003B3005" w:rsidRDefault="00000000">
            <w:pPr>
              <w:spacing w:line="240" w:lineRule="auto"/>
              <w:jc w:val="center"/>
            </w:pPr>
            <w:r>
              <w:rPr>
                <w:sz w:val="15"/>
              </w:rPr>
              <w:t>-6.4713</w:t>
            </w:r>
          </w:p>
        </w:tc>
        <w:tc>
          <w:tcPr>
            <w:tcW w:w="1330" w:type="dxa"/>
            <w:tcMar>
              <w:top w:w="35" w:type="dxa"/>
              <w:left w:w="45" w:type="dxa"/>
              <w:bottom w:w="35" w:type="dxa"/>
              <w:right w:w="45" w:type="dxa"/>
            </w:tcMar>
            <w:vAlign w:val="center"/>
            <w:tcBorders>
              <w:left w:val="nil"/>
              <w:right w:val="nil"/>
            </w:tcBorders>
          </w:tcPr>
          <w:p w14:paraId="3660BA94" w14:textId="77777777" w:rsidR="003B3005" w:rsidRDefault="00000000">
            <w:pPr>
              <w:spacing w:line="240" w:lineRule="auto"/>
              <w:jc w:val="center"/>
            </w:pPr>
            <w:r>
              <w:rPr>
                <w:sz w:val="15"/>
              </w:rPr>
              <w:t>&lt;0.000001</w:t>
            </w:r>
          </w:p>
        </w:tc>
      </w:tr>
      <w:tr w:rsidR="003B3005" w14:paraId="69B1DF96" w14:textId="77777777">
        <w:trPr>
          <w:cantSplit/>
          <w:jc w:val="center"/>
        </w:trPr>
        <w:tc>
          <w:tcPr>
            <w:tcW w:w="1345" w:type="dxa"/>
            <w:tcMar>
              <w:top w:w="35" w:type="dxa"/>
              <w:left w:w="45" w:type="dxa"/>
              <w:bottom w:w="35" w:type="dxa"/>
              <w:right w:w="45" w:type="dxa"/>
            </w:tcMar>
            <w:vAlign w:val="center"/>
            <w:tcBorders>
              <w:left w:val="nil"/>
              <w:right w:val="nil"/>
            </w:tcBorders>
          </w:tcPr>
          <w:p w14:paraId="0BFA97AC" w14:textId="77777777" w:rsidR="003B3005" w:rsidRDefault="00000000">
            <w:pPr>
              <w:spacing w:line="240" w:lineRule="auto"/>
            </w:pPr>
            <w:r>
              <w:rPr>
                <w:sz w:val="15"/>
              </w:rPr>
              <w:t>Non-Hispanic More than one race</w:t>
            </w:r>
          </w:p>
        </w:tc>
        <w:tc>
          <w:tcPr>
            <w:tcW w:w="1052" w:type="dxa"/>
            <w:tcMar>
              <w:top w:w="35" w:type="dxa"/>
              <w:left w:w="45" w:type="dxa"/>
              <w:bottom w:w="35" w:type="dxa"/>
              <w:right w:w="45" w:type="dxa"/>
            </w:tcMar>
            <w:vAlign w:val="center"/>
            <w:tcBorders>
              <w:left w:val="nil"/>
              <w:right w:val="nil"/>
            </w:tcBorders>
          </w:tcPr>
          <w:p w14:paraId="27995EB4" w14:textId="77777777" w:rsidR="003B3005" w:rsidRDefault="00000000">
            <w:pPr>
              <w:spacing w:line="240" w:lineRule="auto"/>
              <w:jc w:val="center"/>
            </w:pPr>
            <w:r>
              <w:rPr>
                <w:sz w:val="15"/>
              </w:rPr>
              <w:t>1</w:t>
            </w:r>
          </w:p>
        </w:tc>
        <w:tc>
          <w:tcPr>
            <w:tcW w:w="1052" w:type="dxa"/>
            <w:tcMar>
              <w:top w:w="35" w:type="dxa"/>
              <w:left w:w="45" w:type="dxa"/>
              <w:bottom w:w="35" w:type="dxa"/>
              <w:right w:w="45" w:type="dxa"/>
            </w:tcMar>
            <w:vAlign w:val="center"/>
            <w:tcBorders>
              <w:left w:val="nil"/>
              <w:right w:val="nil"/>
            </w:tcBorders>
          </w:tcPr>
          <w:p w14:paraId="41D2E23A" w14:textId="77777777" w:rsidR="003B3005" w:rsidRDefault="00000000">
            <w:pPr>
              <w:spacing w:line="240" w:lineRule="auto"/>
              <w:jc w:val="center"/>
            </w:pPr>
            <w:r>
              <w:rPr>
                <w:sz w:val="15"/>
              </w:rPr>
              <w:t>2018</w:t>
            </w:r>
          </w:p>
        </w:tc>
        <w:tc>
          <w:tcPr>
            <w:tcW w:w="1052" w:type="dxa"/>
            <w:tcMar>
              <w:top w:w="35" w:type="dxa"/>
              <w:left w:w="45" w:type="dxa"/>
              <w:bottom w:w="35" w:type="dxa"/>
              <w:right w:w="45" w:type="dxa"/>
            </w:tcMar>
            <w:vAlign w:val="center"/>
            <w:tcBorders>
              <w:left w:val="nil"/>
              <w:right w:val="nil"/>
            </w:tcBorders>
          </w:tcPr>
          <w:p w14:paraId="523DA5CF" w14:textId="77777777" w:rsidR="003B3005" w:rsidRDefault="00000000">
            <w:pPr>
              <w:spacing w:line="240" w:lineRule="auto"/>
              <w:jc w:val="center"/>
            </w:pPr>
            <w:r>
              <w:rPr>
                <w:sz w:val="15"/>
              </w:rPr>
              <w:t>2021</w:t>
            </w:r>
          </w:p>
        </w:tc>
        <w:tc>
          <w:tcPr>
            <w:tcW w:w="906" w:type="dxa"/>
            <w:tcMar>
              <w:top w:w="35" w:type="dxa"/>
              <w:left w:w="45" w:type="dxa"/>
              <w:bottom w:w="35" w:type="dxa"/>
              <w:right w:w="45" w:type="dxa"/>
            </w:tcMar>
            <w:vAlign w:val="center"/>
            <w:tcBorders>
              <w:left w:val="nil"/>
              <w:right w:val="nil"/>
            </w:tcBorders>
          </w:tcPr>
          <w:p w14:paraId="220ECEC4" w14:textId="77777777" w:rsidR="003B3005" w:rsidRDefault="00000000">
            <w:pPr>
              <w:spacing w:line="240" w:lineRule="auto"/>
              <w:jc w:val="center"/>
            </w:pPr>
            <w:r>
              <w:rPr>
                <w:sz w:val="15"/>
              </w:rPr>
              <w:t>50.732</w:t>
            </w:r>
          </w:p>
        </w:tc>
        <w:tc>
          <w:tcPr>
            <w:tcW w:w="1345" w:type="dxa"/>
            <w:tcMar>
              <w:top w:w="35" w:type="dxa"/>
              <w:left w:w="45" w:type="dxa"/>
              <w:bottom w:w="35" w:type="dxa"/>
              <w:right w:w="45" w:type="dxa"/>
            </w:tcMar>
            <w:vAlign w:val="center"/>
            <w:tcBorders>
              <w:left w:val="nil"/>
              <w:right w:val="nil"/>
            </w:tcBorders>
          </w:tcPr>
          <w:p w14:paraId="2D1F0381" w14:textId="77777777" w:rsidR="003B3005" w:rsidRDefault="00000000">
            <w:pPr>
              <w:spacing w:line="240" w:lineRule="auto"/>
              <w:jc w:val="center"/>
            </w:pPr>
            <w:r>
              <w:rPr>
                <w:sz w:val="15"/>
              </w:rPr>
              <w:t>25.185</w:t>
            </w:r>
          </w:p>
        </w:tc>
        <w:tc>
          <w:tcPr>
            <w:tcW w:w="1345" w:type="dxa"/>
            <w:tcMar>
              <w:top w:w="35" w:type="dxa"/>
              <w:left w:w="45" w:type="dxa"/>
              <w:bottom w:w="35" w:type="dxa"/>
              <w:right w:w="45" w:type="dxa"/>
            </w:tcMar>
            <w:vAlign w:val="center"/>
            <w:tcBorders>
              <w:left w:val="nil"/>
              <w:right w:val="nil"/>
            </w:tcBorders>
          </w:tcPr>
          <w:p w14:paraId="19D63E96" w14:textId="77777777" w:rsidR="003B3005" w:rsidRDefault="00000000">
            <w:pPr>
              <w:spacing w:line="240" w:lineRule="auto"/>
              <w:jc w:val="center"/>
            </w:pPr>
            <w:r>
              <w:rPr>
                <w:sz w:val="15"/>
              </w:rPr>
              <w:t>121.9743</w:t>
            </w:r>
          </w:p>
        </w:tc>
        <w:tc>
          <w:tcPr>
            <w:tcW w:w="1330" w:type="dxa"/>
            <w:tcMar>
              <w:top w:w="35" w:type="dxa"/>
              <w:left w:w="45" w:type="dxa"/>
              <w:bottom w:w="35" w:type="dxa"/>
              <w:right w:w="45" w:type="dxa"/>
            </w:tcMar>
            <w:vAlign w:val="center"/>
            <w:tcBorders>
              <w:left w:val="nil"/>
              <w:right w:val="nil"/>
            </w:tcBorders>
          </w:tcPr>
          <w:p w14:paraId="4B2BC859" w14:textId="77777777" w:rsidR="003B3005" w:rsidRDefault="00000000">
            <w:pPr>
              <w:spacing w:line="240" w:lineRule="auto"/>
              <w:jc w:val="center"/>
            </w:pPr>
            <w:r>
              <w:rPr>
                <w:sz w:val="15"/>
              </w:rPr>
              <w:t>&lt;0.000001</w:t>
            </w:r>
          </w:p>
        </w:tc>
      </w:tr>
      <w:tr w:rsidR="003B3005" w14:paraId="7735F518" w14:textId="77777777">
        <w:trPr>
          <w:cantSplit/>
          <w:jc w:val="center"/>
        </w:trPr>
        <w:tc>
          <w:tcPr>
            <w:tcW w:w="1345" w:type="dxa"/>
            <w:tcMar>
              <w:top w:w="35" w:type="dxa"/>
              <w:left w:w="45" w:type="dxa"/>
              <w:bottom w:w="35" w:type="dxa"/>
              <w:right w:w="45" w:type="dxa"/>
            </w:tcMar>
            <w:vAlign w:val="center"/>
            <w:tcBorders>
              <w:left w:val="nil"/>
              <w:right w:val="nil"/>
            </w:tcBorders>
          </w:tcPr>
          <w:p w14:paraId="67DB74DA" w14:textId="77777777" w:rsidR="003B3005" w:rsidRDefault="00000000">
            <w:pPr>
              <w:spacing w:line="240" w:lineRule="auto"/>
            </w:pPr>
            <w:r>
              <w:rPr>
                <w:sz w:val="15"/>
              </w:rPr>
              <w:t>Non-Hispanic More than one race</w:t>
            </w:r>
          </w:p>
        </w:tc>
        <w:tc>
          <w:tcPr>
            <w:tcW w:w="1052" w:type="dxa"/>
            <w:tcMar>
              <w:top w:w="35" w:type="dxa"/>
              <w:left w:w="45" w:type="dxa"/>
              <w:bottom w:w="35" w:type="dxa"/>
              <w:right w:w="45" w:type="dxa"/>
            </w:tcMar>
            <w:vAlign w:val="center"/>
            <w:tcBorders>
              <w:left w:val="nil"/>
              <w:right w:val="nil"/>
            </w:tcBorders>
          </w:tcPr>
          <w:p w14:paraId="691EB698" w14:textId="77777777" w:rsidR="003B3005" w:rsidRDefault="00000000">
            <w:pPr>
              <w:spacing w:line="240" w:lineRule="auto"/>
              <w:jc w:val="center"/>
            </w:pPr>
            <w:r>
              <w:rPr>
                <w:sz w:val="15"/>
              </w:rPr>
              <w:t>2</w:t>
            </w:r>
          </w:p>
        </w:tc>
        <w:tc>
          <w:tcPr>
            <w:tcW w:w="1052" w:type="dxa"/>
            <w:tcMar>
              <w:top w:w="35" w:type="dxa"/>
              <w:left w:w="45" w:type="dxa"/>
              <w:bottom w:w="35" w:type="dxa"/>
              <w:right w:w="45" w:type="dxa"/>
            </w:tcMar>
            <w:vAlign w:val="center"/>
            <w:tcBorders>
              <w:left w:val="nil"/>
              <w:right w:val="nil"/>
            </w:tcBorders>
          </w:tcPr>
          <w:p w14:paraId="5A4FD888" w14:textId="77777777" w:rsidR="003B3005" w:rsidRDefault="00000000">
            <w:pPr>
              <w:spacing w:line="240" w:lineRule="auto"/>
              <w:jc w:val="center"/>
            </w:pPr>
            <w:r>
              <w:rPr>
                <w:sz w:val="15"/>
              </w:rPr>
              <w:t>2021</w:t>
            </w:r>
          </w:p>
        </w:tc>
        <w:tc>
          <w:tcPr>
            <w:tcW w:w="1052" w:type="dxa"/>
            <w:tcMar>
              <w:top w:w="35" w:type="dxa"/>
              <w:left w:w="45" w:type="dxa"/>
              <w:bottom w:w="35" w:type="dxa"/>
              <w:right w:w="45" w:type="dxa"/>
            </w:tcMar>
            <w:vAlign w:val="center"/>
            <w:tcBorders>
              <w:left w:val="nil"/>
              <w:right w:val="nil"/>
            </w:tcBorders>
          </w:tcPr>
          <w:p w14:paraId="4432C826" w14:textId="77777777" w:rsidR="003B3005" w:rsidRDefault="00000000">
            <w:pPr>
              <w:spacing w:line="240" w:lineRule="auto"/>
              <w:jc w:val="center"/>
            </w:pPr>
            <w:r>
              <w:rPr>
                <w:sz w:val="15"/>
              </w:rPr>
              <w:t>2024</w:t>
            </w:r>
          </w:p>
        </w:tc>
        <w:tc>
          <w:tcPr>
            <w:tcW w:w="906" w:type="dxa"/>
            <w:tcMar>
              <w:top w:w="35" w:type="dxa"/>
              <w:left w:w="45" w:type="dxa"/>
              <w:bottom w:w="35" w:type="dxa"/>
              <w:right w:w="45" w:type="dxa"/>
            </w:tcMar>
            <w:vAlign w:val="center"/>
            <w:tcBorders>
              <w:left w:val="nil"/>
              <w:right w:val="nil"/>
            </w:tcBorders>
          </w:tcPr>
          <w:p w14:paraId="6B354579" w14:textId="77777777" w:rsidR="003B3005" w:rsidRDefault="00000000">
            <w:pPr>
              <w:spacing w:line="240" w:lineRule="auto"/>
              <w:jc w:val="center"/>
            </w:pPr>
            <w:r>
              <w:rPr>
                <w:sz w:val="15"/>
              </w:rPr>
              <w:t>-19.417</w:t>
            </w:r>
          </w:p>
        </w:tc>
        <w:tc>
          <w:tcPr>
            <w:tcW w:w="1345" w:type="dxa"/>
            <w:tcMar>
              <w:top w:w="35" w:type="dxa"/>
              <w:left w:w="45" w:type="dxa"/>
              <w:bottom w:w="35" w:type="dxa"/>
              <w:right w:w="45" w:type="dxa"/>
            </w:tcMar>
            <w:vAlign w:val="center"/>
            <w:tcBorders>
              <w:left w:val="nil"/>
              <w:right w:val="nil"/>
            </w:tcBorders>
          </w:tcPr>
          <w:p w14:paraId="75B733D5" w14:textId="77777777" w:rsidR="003B3005" w:rsidRDefault="00000000">
            <w:pPr>
              <w:spacing w:line="240" w:lineRule="auto"/>
              <w:jc w:val="center"/>
            </w:pPr>
            <w:r>
              <w:rPr>
                <w:sz w:val="15"/>
              </w:rPr>
              <w:t>-37.8853</w:t>
            </w:r>
          </w:p>
        </w:tc>
        <w:tc>
          <w:tcPr>
            <w:tcW w:w="1345" w:type="dxa"/>
            <w:tcMar>
              <w:top w:w="35" w:type="dxa"/>
              <w:left w:w="45" w:type="dxa"/>
              <w:bottom w:w="35" w:type="dxa"/>
              <w:right w:w="45" w:type="dxa"/>
            </w:tcMar>
            <w:vAlign w:val="center"/>
            <w:tcBorders>
              <w:left w:val="nil"/>
              <w:right w:val="nil"/>
            </w:tcBorders>
          </w:tcPr>
          <w:p w14:paraId="104C5C68" w14:textId="77777777" w:rsidR="003B3005" w:rsidRDefault="00000000">
            <w:pPr>
              <w:spacing w:line="240" w:lineRule="auto"/>
              <w:jc w:val="center"/>
            </w:pPr>
            <w:r>
              <w:rPr>
                <w:sz w:val="15"/>
              </w:rPr>
              <w:t>-4.521</w:t>
            </w:r>
          </w:p>
        </w:tc>
        <w:tc>
          <w:tcPr>
            <w:tcW w:w="1330" w:type="dxa"/>
            <w:tcMar>
              <w:top w:w="35" w:type="dxa"/>
              <w:left w:w="45" w:type="dxa"/>
              <w:bottom w:w="35" w:type="dxa"/>
              <w:right w:w="45" w:type="dxa"/>
            </w:tcMar>
            <w:vAlign w:val="center"/>
            <w:tcBorders>
              <w:left w:val="nil"/>
              <w:right w:val="nil"/>
            </w:tcBorders>
          </w:tcPr>
          <w:p w14:paraId="5C81B628" w14:textId="77777777" w:rsidR="003B3005" w:rsidRDefault="00000000">
            <w:pPr>
              <w:spacing w:line="240" w:lineRule="auto"/>
              <w:jc w:val="center"/>
            </w:pPr>
            <w:r>
              <w:rPr>
                <w:sz w:val="15"/>
              </w:rPr>
              <w:t>0.007998</w:t>
            </w:r>
          </w:p>
        </w:tc>
      </w:tr>
      <w:tr w:rsidR="003B3005" w14:paraId="56A0E20F" w14:textId="77777777">
        <w:trPr>
          <w:cantSplit/>
          <w:jc w:val="center"/>
        </w:trPr>
        <w:tc>
          <w:tcPr>
            <w:tcW w:w="1345" w:type="dxa"/>
            <w:tcMar>
              <w:top w:w="35" w:type="dxa"/>
              <w:left w:w="45" w:type="dxa"/>
              <w:bottom w:w="35" w:type="dxa"/>
              <w:right w:w="45" w:type="dxa"/>
            </w:tcMar>
            <w:vAlign w:val="center"/>
            <w:tcBorders>
              <w:left w:val="nil"/>
              <w:right w:val="nil"/>
            </w:tcBorders>
          </w:tcPr>
          <w:p w14:paraId="6C088E61" w14:textId="77777777" w:rsidR="003B3005" w:rsidRDefault="00000000">
            <w:pPr>
              <w:spacing w:line="240" w:lineRule="auto"/>
            </w:pPr>
            <w:r>
              <w:rPr>
                <w:sz w:val="15"/>
              </w:rPr>
              <w:t>Hispanic or Latino, any race</w:t>
            </w:r>
          </w:p>
        </w:tc>
        <w:tc>
          <w:tcPr>
            <w:tcW w:w="1052" w:type="dxa"/>
            <w:tcMar>
              <w:top w:w="35" w:type="dxa"/>
              <w:left w:w="45" w:type="dxa"/>
              <w:bottom w:w="35" w:type="dxa"/>
              <w:right w:w="45" w:type="dxa"/>
            </w:tcMar>
            <w:vAlign w:val="center"/>
            <w:tcBorders>
              <w:left w:val="nil"/>
              <w:right w:val="nil"/>
            </w:tcBorders>
          </w:tcPr>
          <w:p w14:paraId="1F4B1866" w14:textId="77777777" w:rsidR="003B3005" w:rsidRDefault="00000000">
            <w:pPr>
              <w:spacing w:line="240" w:lineRule="auto"/>
              <w:jc w:val="center"/>
            </w:pPr>
            <w:r>
              <w:rPr>
                <w:sz w:val="15"/>
              </w:rPr>
              <w:t>1</w:t>
            </w:r>
          </w:p>
        </w:tc>
        <w:tc>
          <w:tcPr>
            <w:tcW w:w="1052" w:type="dxa"/>
            <w:tcMar>
              <w:top w:w="35" w:type="dxa"/>
              <w:left w:w="45" w:type="dxa"/>
              <w:bottom w:w="35" w:type="dxa"/>
              <w:right w:w="45" w:type="dxa"/>
            </w:tcMar>
            <w:vAlign w:val="center"/>
            <w:tcBorders>
              <w:left w:val="nil"/>
              <w:right w:val="nil"/>
            </w:tcBorders>
          </w:tcPr>
          <w:p w14:paraId="1EF3CFF5" w14:textId="77777777" w:rsidR="003B3005" w:rsidRDefault="00000000">
            <w:pPr>
              <w:spacing w:line="240" w:lineRule="auto"/>
              <w:jc w:val="center"/>
            </w:pPr>
            <w:r>
              <w:rPr>
                <w:sz w:val="15"/>
              </w:rPr>
              <w:t>2018</w:t>
            </w:r>
          </w:p>
        </w:tc>
        <w:tc>
          <w:tcPr>
            <w:tcW w:w="1052" w:type="dxa"/>
            <w:tcMar>
              <w:top w:w="35" w:type="dxa"/>
              <w:left w:w="45" w:type="dxa"/>
              <w:bottom w:w="35" w:type="dxa"/>
              <w:right w:w="45" w:type="dxa"/>
            </w:tcMar>
            <w:vAlign w:val="center"/>
            <w:tcBorders>
              <w:left w:val="nil"/>
              <w:right w:val="nil"/>
            </w:tcBorders>
          </w:tcPr>
          <w:p w14:paraId="0A7DA7C0" w14:textId="77777777" w:rsidR="003B3005" w:rsidRDefault="00000000">
            <w:pPr>
              <w:spacing w:line="240" w:lineRule="auto"/>
              <w:jc w:val="center"/>
            </w:pPr>
            <w:r>
              <w:rPr>
                <w:sz w:val="15"/>
              </w:rPr>
              <w:t>2021</w:t>
            </w:r>
          </w:p>
        </w:tc>
        <w:tc>
          <w:tcPr>
            <w:tcW w:w="906" w:type="dxa"/>
            <w:tcMar>
              <w:top w:w="35" w:type="dxa"/>
              <w:left w:w="45" w:type="dxa"/>
              <w:bottom w:w="35" w:type="dxa"/>
              <w:right w:w="45" w:type="dxa"/>
            </w:tcMar>
            <w:vAlign w:val="center"/>
            <w:tcBorders>
              <w:left w:val="nil"/>
              <w:right w:val="nil"/>
            </w:tcBorders>
          </w:tcPr>
          <w:p w14:paraId="119917A4" w14:textId="77777777" w:rsidR="003B3005" w:rsidRDefault="00000000">
            <w:pPr>
              <w:spacing w:line="240" w:lineRule="auto"/>
              <w:jc w:val="center"/>
            </w:pPr>
            <w:r>
              <w:rPr>
                <w:sz w:val="15"/>
              </w:rPr>
              <w:t>58.9113</w:t>
            </w:r>
          </w:p>
        </w:tc>
        <w:tc>
          <w:tcPr>
            <w:tcW w:w="1345" w:type="dxa"/>
            <w:tcMar>
              <w:top w:w="35" w:type="dxa"/>
              <w:left w:w="45" w:type="dxa"/>
              <w:bottom w:w="35" w:type="dxa"/>
              <w:right w:w="45" w:type="dxa"/>
            </w:tcMar>
            <w:vAlign w:val="center"/>
            <w:tcBorders>
              <w:left w:val="nil"/>
              <w:right w:val="nil"/>
            </w:tcBorders>
          </w:tcPr>
          <w:p w14:paraId="392CAC78" w14:textId="77777777" w:rsidR="003B3005" w:rsidRDefault="00000000">
            <w:pPr>
              <w:spacing w:line="240" w:lineRule="auto"/>
              <w:jc w:val="center"/>
            </w:pPr>
            <w:r>
              <w:rPr>
                <w:sz w:val="15"/>
              </w:rPr>
              <w:t>24.7439</w:t>
            </w:r>
          </w:p>
        </w:tc>
        <w:tc>
          <w:tcPr>
            <w:tcW w:w="1345" w:type="dxa"/>
            <w:tcMar>
              <w:top w:w="35" w:type="dxa"/>
              <w:left w:w="45" w:type="dxa"/>
              <w:bottom w:w="35" w:type="dxa"/>
              <w:right w:w="45" w:type="dxa"/>
            </w:tcMar>
            <w:vAlign w:val="center"/>
            <w:tcBorders>
              <w:left w:val="nil"/>
              <w:right w:val="nil"/>
            </w:tcBorders>
          </w:tcPr>
          <w:p w14:paraId="01E152C9" w14:textId="77777777" w:rsidR="003B3005" w:rsidRDefault="00000000">
            <w:pPr>
              <w:spacing w:line="240" w:lineRule="auto"/>
              <w:jc w:val="center"/>
            </w:pPr>
            <w:r>
              <w:rPr>
                <w:sz w:val="15"/>
              </w:rPr>
              <w:t>209.437</w:t>
            </w:r>
          </w:p>
        </w:tc>
        <w:tc>
          <w:tcPr>
            <w:tcW w:w="1330" w:type="dxa"/>
            <w:tcMar>
              <w:top w:w="35" w:type="dxa"/>
              <w:left w:w="45" w:type="dxa"/>
              <w:bottom w:w="35" w:type="dxa"/>
              <w:right w:w="45" w:type="dxa"/>
            </w:tcMar>
            <w:vAlign w:val="center"/>
            <w:tcBorders>
              <w:left w:val="nil"/>
              <w:right w:val="nil"/>
            </w:tcBorders>
          </w:tcPr>
          <w:p w14:paraId="3C319EAB" w14:textId="77777777" w:rsidR="003B3005" w:rsidRDefault="00000000">
            <w:pPr>
              <w:spacing w:line="240" w:lineRule="auto"/>
              <w:jc w:val="center"/>
            </w:pPr>
            <w:r>
              <w:rPr>
                <w:sz w:val="15"/>
              </w:rPr>
              <w:t>&lt;0.000001</w:t>
            </w:r>
          </w:p>
        </w:tc>
      </w:tr>
      <w:tr w:rsidR="003B3005" w14:paraId="0129C80C" w14:textId="77777777">
        <w:trPr>
          <w:cantSplit/>
          <w:jc w:val="center"/>
        </w:trPr>
        <w:tc>
          <w:tcPr>
            <w:tcW w:w="1345" w:type="dxa"/>
            <w:tcMar>
              <w:top w:w="35" w:type="dxa"/>
              <w:left w:w="45" w:type="dxa"/>
              <w:bottom w:w="35" w:type="dxa"/>
              <w:right w:w="45" w:type="dxa"/>
            </w:tcMar>
            <w:vAlign w:val="center"/>
            <w:tcBorders>
              <w:left w:val="nil"/>
              <w:right w:val="nil"/>
            </w:tcBorders>
          </w:tcPr>
          <w:p w14:paraId="750D456B" w14:textId="77777777" w:rsidR="003B3005" w:rsidRDefault="00000000">
            <w:pPr>
              <w:spacing w:line="240" w:lineRule="auto"/>
            </w:pPr>
            <w:r>
              <w:rPr>
                <w:sz w:val="15"/>
              </w:rPr>
              <w:lastRenderedPageBreak/>
              <w:t>Hispanic or Latino, any race</w:t>
            </w:r>
          </w:p>
        </w:tc>
        <w:tc>
          <w:tcPr>
            <w:tcW w:w="1052" w:type="dxa"/>
            <w:tcMar>
              <w:top w:w="35" w:type="dxa"/>
              <w:left w:w="45" w:type="dxa"/>
              <w:bottom w:w="35" w:type="dxa"/>
              <w:right w:w="45" w:type="dxa"/>
            </w:tcMar>
            <w:vAlign w:val="center"/>
            <w:tcBorders>
              <w:left w:val="nil"/>
              <w:right w:val="nil"/>
            </w:tcBorders>
          </w:tcPr>
          <w:p w14:paraId="192D1043" w14:textId="77777777" w:rsidR="003B3005" w:rsidRDefault="00000000">
            <w:pPr>
              <w:spacing w:line="240" w:lineRule="auto"/>
              <w:jc w:val="center"/>
            </w:pPr>
            <w:r>
              <w:rPr>
                <w:sz w:val="15"/>
              </w:rPr>
              <w:t>2</w:t>
            </w:r>
          </w:p>
        </w:tc>
        <w:tc>
          <w:tcPr>
            <w:tcW w:w="1052" w:type="dxa"/>
            <w:tcMar>
              <w:top w:w="35" w:type="dxa"/>
              <w:left w:w="45" w:type="dxa"/>
              <w:bottom w:w="35" w:type="dxa"/>
              <w:right w:w="45" w:type="dxa"/>
            </w:tcMar>
            <w:vAlign w:val="center"/>
            <w:tcBorders>
              <w:left w:val="nil"/>
              <w:right w:val="nil"/>
            </w:tcBorders>
          </w:tcPr>
          <w:p w14:paraId="70D58D83" w14:textId="77777777" w:rsidR="003B3005" w:rsidRDefault="00000000">
            <w:pPr>
              <w:spacing w:line="240" w:lineRule="auto"/>
              <w:jc w:val="center"/>
            </w:pPr>
            <w:r>
              <w:rPr>
                <w:sz w:val="15"/>
              </w:rPr>
              <w:t>2021</w:t>
            </w:r>
          </w:p>
        </w:tc>
        <w:tc>
          <w:tcPr>
            <w:tcW w:w="1052" w:type="dxa"/>
            <w:tcMar>
              <w:top w:w="35" w:type="dxa"/>
              <w:left w:w="45" w:type="dxa"/>
              <w:bottom w:w="35" w:type="dxa"/>
              <w:right w:w="45" w:type="dxa"/>
            </w:tcMar>
            <w:vAlign w:val="center"/>
            <w:tcBorders>
              <w:left w:val="nil"/>
              <w:right w:val="nil"/>
            </w:tcBorders>
          </w:tcPr>
          <w:p w14:paraId="4BA2DD1D" w14:textId="77777777" w:rsidR="003B3005" w:rsidRDefault="00000000">
            <w:pPr>
              <w:spacing w:line="240" w:lineRule="auto"/>
              <w:jc w:val="center"/>
            </w:pPr>
            <w:r>
              <w:rPr>
                <w:sz w:val="15"/>
              </w:rPr>
              <w:t>2024</w:t>
            </w:r>
          </w:p>
        </w:tc>
        <w:tc>
          <w:tcPr>
            <w:tcW w:w="906" w:type="dxa"/>
            <w:tcMar>
              <w:top w:w="35" w:type="dxa"/>
              <w:left w:w="45" w:type="dxa"/>
              <w:bottom w:w="35" w:type="dxa"/>
              <w:right w:w="45" w:type="dxa"/>
            </w:tcMar>
            <w:vAlign w:val="center"/>
            <w:tcBorders>
              <w:left w:val="nil"/>
              <w:right w:val="nil"/>
            </w:tcBorders>
          </w:tcPr>
          <w:p w14:paraId="42098B69" w14:textId="77777777" w:rsidR="003B3005" w:rsidRDefault="00000000">
            <w:pPr>
              <w:spacing w:line="240" w:lineRule="auto"/>
              <w:jc w:val="center"/>
            </w:pPr>
            <w:r>
              <w:rPr>
                <w:sz w:val="15"/>
              </w:rPr>
              <w:t>-34.518</w:t>
            </w:r>
          </w:p>
        </w:tc>
        <w:tc>
          <w:tcPr>
            <w:tcW w:w="1345" w:type="dxa"/>
            <w:tcMar>
              <w:top w:w="35" w:type="dxa"/>
              <w:left w:w="45" w:type="dxa"/>
              <w:bottom w:w="35" w:type="dxa"/>
              <w:right w:w="45" w:type="dxa"/>
            </w:tcMar>
            <w:vAlign w:val="center"/>
            <w:tcBorders>
              <w:left w:val="nil"/>
              <w:right w:val="nil"/>
            </w:tcBorders>
          </w:tcPr>
          <w:p w14:paraId="033607E0" w14:textId="77777777" w:rsidR="003B3005" w:rsidRDefault="00000000">
            <w:pPr>
              <w:spacing w:line="240" w:lineRule="auto"/>
              <w:jc w:val="center"/>
            </w:pPr>
            <w:r>
              <w:rPr>
                <w:sz w:val="15"/>
              </w:rPr>
              <w:t>-60.5435</w:t>
            </w:r>
          </w:p>
        </w:tc>
        <w:tc>
          <w:tcPr>
            <w:tcW w:w="1345" w:type="dxa"/>
            <w:tcMar>
              <w:top w:w="35" w:type="dxa"/>
              <w:left w:w="45" w:type="dxa"/>
              <w:bottom w:w="35" w:type="dxa"/>
              <w:right w:w="45" w:type="dxa"/>
            </w:tcMar>
            <w:vAlign w:val="center"/>
            <w:tcBorders>
              <w:left w:val="nil"/>
              <w:right w:val="nil"/>
            </w:tcBorders>
          </w:tcPr>
          <w:p w14:paraId="4AD8CFDA" w14:textId="77777777" w:rsidR="003B3005" w:rsidRDefault="00000000">
            <w:pPr>
              <w:spacing w:line="240" w:lineRule="auto"/>
              <w:jc w:val="center"/>
            </w:pPr>
            <w:r>
              <w:rPr>
                <w:sz w:val="15"/>
              </w:rPr>
              <w:t>-16.2811</w:t>
            </w:r>
          </w:p>
        </w:tc>
        <w:tc>
          <w:tcPr>
            <w:tcW w:w="1330" w:type="dxa"/>
            <w:tcMar>
              <w:top w:w="35" w:type="dxa"/>
              <w:left w:w="45" w:type="dxa"/>
              <w:bottom w:w="35" w:type="dxa"/>
              <w:right w:w="45" w:type="dxa"/>
            </w:tcMar>
            <w:vAlign w:val="center"/>
            <w:tcBorders>
              <w:left w:val="nil"/>
              <w:right w:val="nil"/>
            </w:tcBorders>
          </w:tcPr>
          <w:p w14:paraId="7AAAAFDE" w14:textId="77777777" w:rsidR="003B3005" w:rsidRDefault="00000000">
            <w:pPr>
              <w:spacing w:line="240" w:lineRule="auto"/>
              <w:jc w:val="center"/>
            </w:pPr>
            <w:r>
              <w:rPr>
                <w:sz w:val="15"/>
              </w:rPr>
              <w:t>&lt;0.000001</w:t>
            </w:r>
          </w:p>
        </w:tc>
      </w:tr>
    </w:tbl>
    <w:p w14:paraId="3AEC1328" w14:textId="77777777" w:rsidR="003B3005" w:rsidRDefault="00000000">
      <w:pPr>
        <w:spacing w:line="240" w:lineRule="auto"/>
      </w:pPr>
      <w:r>
        <w:t>Note: These seven-observation models were exploratory and permitted one joinpoint.</w:t>
      </w:r>
    </w:p>
    <w:p w14:paraId="0DA7B21D" w14:textId="77777777" w:rsidR="003B3005" w:rsidRDefault="00000000">
      <w:pPr>
        <w:pStyle w:val="Heading2"/>
        <w:spacing w:before="0" w:line="240" w:lineRule="auto"/>
      </w:pPr>
      <w:r>
        <w:rPr>
          <w:rFonts w:ascii="Times New Roman" w:eastAsia="Times New Roman" w:hAnsi="Times New Roman"/>
          <w:sz w:val="24"/>
        </w:rPr>
        <w:t>Supplementary Table S25. Contemporary race and ethnicity full-period AAPCs</w:t>
      </w:r>
    </w:p>
    <w:tbl>
      <w:tblPr>
        <w:tblW w:w="5000" w:type="pct"/>
        <w:jc w:val="center"/>
        <w:tblLayout w:type="fixed"/>
        <w:tblLook w:val="04A0" w:firstRow="1" w:lastRow="0" w:firstColumn="1" w:lastColumn="0" w:noHBand="0" w:noVBand="1"/>
      </w:tblPr>
      <w:tblGrid>
        <w:gridCol w:w="1227"/>
        <w:gridCol w:w="1298"/>
        <w:gridCol w:w="1803"/>
        <w:gridCol w:w="1226"/>
        <w:gridCol w:w="2525"/>
        <w:gridCol w:w="1371"/>
      </w:tblGrid>
      <w:tr w:rsidR="003B3005" w14:paraId="537250CF" w14:textId="77777777">
        <w:trPr>
          <w:cantSplit/>
          <w:tblHeader/>
          <w:jc w:val="center"/>
        </w:trPr>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68B389" w14:textId="77777777" w:rsidR="003B3005" w:rsidRDefault="00000000">
            <w:pPr>
              <w:spacing w:line="240" w:lineRule="auto"/>
            </w:pPr>
            <w:r>
              <w:rPr>
                <w:b/>
                <w:sz w:val="15"/>
              </w:rPr>
              <w:t>Group</w:t>
            </w:r>
          </w:p>
        </w:tc>
        <w:tc>
          <w:tcPr>
            <w:tcW w:w="1296"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BC8707" w14:textId="77777777" w:rsidR="003B3005" w:rsidRDefault="00000000">
            <w:pPr>
              <w:spacing w:line="240" w:lineRule="auto"/>
              <w:jc w:val="center"/>
            </w:pPr>
            <w:r>
              <w:rPr>
                <w:b/>
                <w:sz w:val="15"/>
              </w:rPr>
              <w:t>Interval</w:t>
            </w:r>
          </w:p>
        </w:tc>
        <w:tc>
          <w:tcPr>
            <w:tcW w:w="180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9505E9" w14:textId="77777777" w:rsidR="003B3005" w:rsidRDefault="00000000">
            <w:pPr>
              <w:spacing w:line="240" w:lineRule="auto"/>
              <w:jc w:val="center"/>
            </w:pPr>
            <w:r>
              <w:rPr>
                <w:b/>
                <w:sz w:val="15"/>
              </w:rPr>
              <w:t>AAPC</w:t>
            </w:r>
          </w:p>
        </w:tc>
        <w:tc>
          <w:tcPr>
            <w:tcW w:w="122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10AAD7" w14:textId="77777777" w:rsidR="003B3005" w:rsidRDefault="00000000">
            <w:pPr>
              <w:spacing w:line="240" w:lineRule="auto"/>
              <w:jc w:val="center"/>
            </w:pPr>
            <w:r>
              <w:rPr>
                <w:b/>
                <w:sz w:val="15"/>
              </w:rPr>
              <w:t>Lower 95% CI</w:t>
            </w:r>
          </w:p>
        </w:tc>
        <w:tc>
          <w:tcPr>
            <w:tcW w:w="252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976C2DD" w14:textId="77777777" w:rsidR="003B3005" w:rsidRDefault="00000000">
            <w:pPr>
              <w:spacing w:line="240" w:lineRule="auto"/>
              <w:jc w:val="center"/>
            </w:pPr>
            <w:r>
              <w:rPr>
                <w:b/>
                <w:sz w:val="15"/>
              </w:rPr>
              <w:t>Upper 95% CI</w:t>
            </w:r>
          </w:p>
        </w:tc>
        <w:tc>
          <w:tcPr>
            <w:tcW w:w="136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C1E5A13" w14:textId="77777777" w:rsidR="003B3005" w:rsidRDefault="00000000">
            <w:pPr>
              <w:spacing w:line="240" w:lineRule="auto"/>
              <w:jc w:val="center"/>
            </w:pPr>
            <w:r>
              <w:rPr>
                <w:b/>
                <w:sz w:val="15"/>
              </w:rPr>
              <w:t>P value</w:t>
            </w:r>
          </w:p>
        </w:tc>
      </w:tr>
      <w:tr w:rsidR="003B3005" w14:paraId="4E1F6572" w14:textId="77777777">
        <w:trPr>
          <w:cantSplit/>
          <w:jc w:val="center"/>
        </w:trPr>
        <w:tc>
          <w:tcPr>
            <w:tcW w:w="1224" w:type="dxa"/>
            <w:tcMar>
              <w:top w:w="35" w:type="dxa"/>
              <w:left w:w="45" w:type="dxa"/>
              <w:bottom w:w="35" w:type="dxa"/>
              <w:right w:w="45" w:type="dxa"/>
            </w:tcMar>
            <w:vAlign w:val="center"/>
            <w:tcBorders>
              <w:left w:val="nil"/>
              <w:right w:val="nil"/>
            </w:tcBorders>
          </w:tcPr>
          <w:p w14:paraId="63930118" w14:textId="77777777" w:rsidR="003B3005" w:rsidRDefault="00000000">
            <w:pPr>
              <w:spacing w:line="240" w:lineRule="auto"/>
            </w:pPr>
            <w:r>
              <w:rPr>
                <w:sz w:val="15"/>
              </w:rPr>
              <w:t>Non-Hispanic American Indian or Alaska Native</w:t>
            </w:r>
          </w:p>
        </w:tc>
        <w:tc>
          <w:tcPr>
            <w:tcW w:w="1296" w:type="dxa"/>
            <w:tcMar>
              <w:top w:w="35" w:type="dxa"/>
              <w:left w:w="45" w:type="dxa"/>
              <w:bottom w:w="35" w:type="dxa"/>
              <w:right w:w="45" w:type="dxa"/>
            </w:tcMar>
            <w:vAlign w:val="center"/>
            <w:tcBorders>
              <w:left w:val="nil"/>
              <w:right w:val="nil"/>
            </w:tcBorders>
          </w:tcPr>
          <w:p w14:paraId="199DE524" w14:textId="77777777" w:rsidR="003B3005" w:rsidRDefault="00000000">
            <w:pPr>
              <w:spacing w:line="240" w:lineRule="auto"/>
              <w:jc w:val="center"/>
            </w:pPr>
            <w:r>
              <w:rPr>
                <w:sz w:val="15"/>
              </w:rPr>
              <w:t>2018-2024</w:t>
            </w:r>
          </w:p>
        </w:tc>
        <w:tc>
          <w:tcPr>
            <w:tcW w:w="1800" w:type="dxa"/>
            <w:tcMar>
              <w:top w:w="35" w:type="dxa"/>
              <w:left w:w="45" w:type="dxa"/>
              <w:bottom w:w="35" w:type="dxa"/>
              <w:right w:w="45" w:type="dxa"/>
            </w:tcMar>
            <w:vAlign w:val="center"/>
            <w:tcBorders>
              <w:left w:val="nil"/>
              <w:right w:val="nil"/>
            </w:tcBorders>
          </w:tcPr>
          <w:p w14:paraId="596C4D60" w14:textId="77777777" w:rsidR="003B3005" w:rsidRDefault="00000000">
            <w:pPr>
              <w:spacing w:line="240" w:lineRule="auto"/>
              <w:jc w:val="center"/>
            </w:pPr>
            <w:r>
              <w:rPr>
                <w:sz w:val="15"/>
              </w:rPr>
              <w:t>5.8951</w:t>
            </w:r>
          </w:p>
        </w:tc>
        <w:tc>
          <w:tcPr>
            <w:tcW w:w="1224" w:type="dxa"/>
            <w:tcMar>
              <w:top w:w="35" w:type="dxa"/>
              <w:left w:w="45" w:type="dxa"/>
              <w:bottom w:w="35" w:type="dxa"/>
              <w:right w:w="45" w:type="dxa"/>
            </w:tcMar>
            <w:vAlign w:val="center"/>
            <w:tcBorders>
              <w:left w:val="nil"/>
              <w:right w:val="nil"/>
            </w:tcBorders>
          </w:tcPr>
          <w:p w14:paraId="2AE137AA" w14:textId="77777777" w:rsidR="003B3005" w:rsidRDefault="00000000">
            <w:pPr>
              <w:spacing w:line="240" w:lineRule="auto"/>
              <w:jc w:val="center"/>
            </w:pPr>
            <w:r>
              <w:rPr>
                <w:sz w:val="15"/>
              </w:rPr>
              <w:t>-4.7606</w:t>
            </w:r>
          </w:p>
        </w:tc>
        <w:tc>
          <w:tcPr>
            <w:tcW w:w="2520" w:type="dxa"/>
            <w:tcMar>
              <w:top w:w="35" w:type="dxa"/>
              <w:left w:w="45" w:type="dxa"/>
              <w:bottom w:w="35" w:type="dxa"/>
              <w:right w:w="45" w:type="dxa"/>
            </w:tcMar>
            <w:vAlign w:val="center"/>
            <w:tcBorders>
              <w:left w:val="nil"/>
              <w:right w:val="nil"/>
            </w:tcBorders>
          </w:tcPr>
          <w:p w14:paraId="1D213BCB" w14:textId="77777777" w:rsidR="003B3005" w:rsidRDefault="00000000">
            <w:pPr>
              <w:spacing w:line="240" w:lineRule="auto"/>
              <w:jc w:val="center"/>
            </w:pPr>
            <w:r>
              <w:rPr>
                <w:sz w:val="15"/>
              </w:rPr>
              <w:t>18.9584</w:t>
            </w:r>
          </w:p>
        </w:tc>
        <w:tc>
          <w:tcPr>
            <w:tcW w:w="1368" w:type="dxa"/>
            <w:tcMar>
              <w:top w:w="35" w:type="dxa"/>
              <w:left w:w="45" w:type="dxa"/>
              <w:bottom w:w="35" w:type="dxa"/>
              <w:right w:w="45" w:type="dxa"/>
            </w:tcMar>
            <w:vAlign w:val="center"/>
            <w:tcBorders>
              <w:left w:val="nil"/>
              <w:right w:val="nil"/>
            </w:tcBorders>
          </w:tcPr>
          <w:p w14:paraId="1EFF95B8" w14:textId="77777777" w:rsidR="003B3005" w:rsidRDefault="00000000">
            <w:pPr>
              <w:spacing w:line="240" w:lineRule="auto"/>
              <w:jc w:val="center"/>
            </w:pPr>
            <w:r>
              <w:rPr>
                <w:sz w:val="15"/>
              </w:rPr>
              <w:t>0.306339</w:t>
            </w:r>
          </w:p>
        </w:tc>
      </w:tr>
      <w:tr w:rsidR="003B3005" w14:paraId="69DE120D" w14:textId="77777777">
        <w:trPr>
          <w:cantSplit/>
          <w:jc w:val="center"/>
        </w:trPr>
        <w:tc>
          <w:tcPr>
            <w:tcW w:w="1224" w:type="dxa"/>
            <w:tcMar>
              <w:top w:w="35" w:type="dxa"/>
              <w:left w:w="45" w:type="dxa"/>
              <w:bottom w:w="35" w:type="dxa"/>
              <w:right w:w="45" w:type="dxa"/>
            </w:tcMar>
            <w:vAlign w:val="center"/>
            <w:tcBorders>
              <w:left w:val="nil"/>
              <w:right w:val="nil"/>
            </w:tcBorders>
          </w:tcPr>
          <w:p w14:paraId="2583A9B2" w14:textId="77777777" w:rsidR="003B3005" w:rsidRDefault="00000000">
            <w:pPr>
              <w:spacing w:line="240" w:lineRule="auto"/>
            </w:pPr>
            <w:r>
              <w:rPr>
                <w:sz w:val="15"/>
              </w:rPr>
              <w:t>Non-Hispanic Asian</w:t>
            </w:r>
          </w:p>
        </w:tc>
        <w:tc>
          <w:tcPr>
            <w:tcW w:w="1296" w:type="dxa"/>
            <w:tcMar>
              <w:top w:w="35" w:type="dxa"/>
              <w:left w:w="45" w:type="dxa"/>
              <w:bottom w:w="35" w:type="dxa"/>
              <w:right w:w="45" w:type="dxa"/>
            </w:tcMar>
            <w:vAlign w:val="center"/>
            <w:tcBorders>
              <w:left w:val="nil"/>
              <w:right w:val="nil"/>
            </w:tcBorders>
          </w:tcPr>
          <w:p w14:paraId="4711DEFD" w14:textId="77777777" w:rsidR="003B3005" w:rsidRDefault="00000000">
            <w:pPr>
              <w:spacing w:line="240" w:lineRule="auto"/>
              <w:jc w:val="center"/>
            </w:pPr>
            <w:r>
              <w:rPr>
                <w:sz w:val="15"/>
              </w:rPr>
              <w:t>2018-2024</w:t>
            </w:r>
          </w:p>
        </w:tc>
        <w:tc>
          <w:tcPr>
            <w:tcW w:w="1800" w:type="dxa"/>
            <w:tcMar>
              <w:top w:w="35" w:type="dxa"/>
              <w:left w:w="45" w:type="dxa"/>
              <w:bottom w:w="35" w:type="dxa"/>
              <w:right w:w="45" w:type="dxa"/>
            </w:tcMar>
            <w:vAlign w:val="center"/>
            <w:tcBorders>
              <w:left w:val="nil"/>
              <w:right w:val="nil"/>
            </w:tcBorders>
          </w:tcPr>
          <w:p w14:paraId="13A47B23" w14:textId="77777777" w:rsidR="003B3005" w:rsidRDefault="00000000">
            <w:pPr>
              <w:spacing w:line="240" w:lineRule="auto"/>
              <w:jc w:val="center"/>
            </w:pPr>
            <w:r>
              <w:rPr>
                <w:sz w:val="15"/>
              </w:rPr>
              <w:t>5.2315</w:t>
            </w:r>
          </w:p>
        </w:tc>
        <w:tc>
          <w:tcPr>
            <w:tcW w:w="1224" w:type="dxa"/>
            <w:tcMar>
              <w:top w:w="35" w:type="dxa"/>
              <w:left w:w="45" w:type="dxa"/>
              <w:bottom w:w="35" w:type="dxa"/>
              <w:right w:w="45" w:type="dxa"/>
            </w:tcMar>
            <w:vAlign w:val="center"/>
            <w:tcBorders>
              <w:left w:val="nil"/>
              <w:right w:val="nil"/>
            </w:tcBorders>
          </w:tcPr>
          <w:p w14:paraId="28149E6C" w14:textId="77777777" w:rsidR="003B3005" w:rsidRDefault="00000000">
            <w:pPr>
              <w:spacing w:line="240" w:lineRule="auto"/>
              <w:jc w:val="center"/>
            </w:pPr>
            <w:r>
              <w:rPr>
                <w:sz w:val="15"/>
              </w:rPr>
              <w:t>-0.6423</w:t>
            </w:r>
          </w:p>
        </w:tc>
        <w:tc>
          <w:tcPr>
            <w:tcW w:w="2520" w:type="dxa"/>
            <w:tcMar>
              <w:top w:w="35" w:type="dxa"/>
              <w:left w:w="45" w:type="dxa"/>
              <w:bottom w:w="35" w:type="dxa"/>
              <w:right w:w="45" w:type="dxa"/>
            </w:tcMar>
            <w:vAlign w:val="center"/>
            <w:tcBorders>
              <w:left w:val="nil"/>
              <w:right w:val="nil"/>
            </w:tcBorders>
          </w:tcPr>
          <w:p w14:paraId="3A0E4B42" w14:textId="77777777" w:rsidR="003B3005" w:rsidRDefault="00000000">
            <w:pPr>
              <w:spacing w:line="240" w:lineRule="auto"/>
              <w:jc w:val="center"/>
            </w:pPr>
            <w:r>
              <w:rPr>
                <w:sz w:val="15"/>
              </w:rPr>
              <w:t>13.1114</w:t>
            </w:r>
          </w:p>
        </w:tc>
        <w:tc>
          <w:tcPr>
            <w:tcW w:w="1368" w:type="dxa"/>
            <w:tcMar>
              <w:top w:w="35" w:type="dxa"/>
              <w:left w:w="45" w:type="dxa"/>
              <w:bottom w:w="35" w:type="dxa"/>
              <w:right w:w="45" w:type="dxa"/>
            </w:tcMar>
            <w:vAlign w:val="center"/>
            <w:tcBorders>
              <w:left w:val="nil"/>
              <w:right w:val="nil"/>
            </w:tcBorders>
          </w:tcPr>
          <w:p w14:paraId="5169FB64" w14:textId="77777777" w:rsidR="003B3005" w:rsidRDefault="00000000">
            <w:pPr>
              <w:spacing w:line="240" w:lineRule="auto"/>
              <w:jc w:val="center"/>
            </w:pPr>
            <w:r>
              <w:rPr>
                <w:sz w:val="15"/>
              </w:rPr>
              <w:t>0.082783</w:t>
            </w:r>
          </w:p>
        </w:tc>
      </w:tr>
      <w:tr w:rsidR="003B3005" w14:paraId="73C70DC7" w14:textId="77777777">
        <w:trPr>
          <w:cantSplit/>
          <w:jc w:val="center"/>
        </w:trPr>
        <w:tc>
          <w:tcPr>
            <w:tcW w:w="1224" w:type="dxa"/>
            <w:tcMar>
              <w:top w:w="35" w:type="dxa"/>
              <w:left w:w="45" w:type="dxa"/>
              <w:bottom w:w="35" w:type="dxa"/>
              <w:right w:w="45" w:type="dxa"/>
            </w:tcMar>
            <w:vAlign w:val="center"/>
            <w:tcBorders>
              <w:left w:val="nil"/>
              <w:right w:val="nil"/>
            </w:tcBorders>
          </w:tcPr>
          <w:p w14:paraId="07677E0D" w14:textId="77777777" w:rsidR="003B3005" w:rsidRDefault="00000000">
            <w:pPr>
              <w:spacing w:line="240" w:lineRule="auto"/>
            </w:pPr>
            <w:r>
              <w:rPr>
                <w:sz w:val="15"/>
              </w:rPr>
              <w:t>Non-Hispanic Black</w:t>
            </w:r>
          </w:p>
        </w:tc>
        <w:tc>
          <w:tcPr>
            <w:tcW w:w="1296" w:type="dxa"/>
            <w:tcMar>
              <w:top w:w="35" w:type="dxa"/>
              <w:left w:w="45" w:type="dxa"/>
              <w:bottom w:w="35" w:type="dxa"/>
              <w:right w:w="45" w:type="dxa"/>
            </w:tcMar>
            <w:vAlign w:val="center"/>
            <w:tcBorders>
              <w:left w:val="nil"/>
              <w:right w:val="nil"/>
            </w:tcBorders>
          </w:tcPr>
          <w:p w14:paraId="285B7FD5" w14:textId="77777777" w:rsidR="003B3005" w:rsidRDefault="00000000">
            <w:pPr>
              <w:spacing w:line="240" w:lineRule="auto"/>
              <w:jc w:val="center"/>
            </w:pPr>
            <w:r>
              <w:rPr>
                <w:sz w:val="15"/>
              </w:rPr>
              <w:t>2018-2024</w:t>
            </w:r>
          </w:p>
        </w:tc>
        <w:tc>
          <w:tcPr>
            <w:tcW w:w="1800" w:type="dxa"/>
            <w:tcMar>
              <w:top w:w="35" w:type="dxa"/>
              <w:left w:w="45" w:type="dxa"/>
              <w:bottom w:w="35" w:type="dxa"/>
              <w:right w:w="45" w:type="dxa"/>
            </w:tcMar>
            <w:vAlign w:val="center"/>
            <w:tcBorders>
              <w:left w:val="nil"/>
              <w:right w:val="nil"/>
            </w:tcBorders>
          </w:tcPr>
          <w:p w14:paraId="5943D051" w14:textId="77777777" w:rsidR="003B3005" w:rsidRDefault="00000000">
            <w:pPr>
              <w:spacing w:line="240" w:lineRule="auto"/>
              <w:jc w:val="center"/>
            </w:pPr>
            <w:r>
              <w:rPr>
                <w:sz w:val="15"/>
              </w:rPr>
              <w:t>5.9724</w:t>
            </w:r>
          </w:p>
        </w:tc>
        <w:tc>
          <w:tcPr>
            <w:tcW w:w="1224" w:type="dxa"/>
            <w:tcMar>
              <w:top w:w="35" w:type="dxa"/>
              <w:left w:w="45" w:type="dxa"/>
              <w:bottom w:w="35" w:type="dxa"/>
              <w:right w:w="45" w:type="dxa"/>
            </w:tcMar>
            <w:vAlign w:val="center"/>
            <w:tcBorders>
              <w:left w:val="nil"/>
              <w:right w:val="nil"/>
            </w:tcBorders>
          </w:tcPr>
          <w:p w14:paraId="199B8746" w14:textId="77777777" w:rsidR="003B3005" w:rsidRDefault="00000000">
            <w:pPr>
              <w:spacing w:line="240" w:lineRule="auto"/>
              <w:jc w:val="center"/>
            </w:pPr>
            <w:r>
              <w:rPr>
                <w:sz w:val="15"/>
              </w:rPr>
              <w:t>-1.3778</w:t>
            </w:r>
          </w:p>
        </w:tc>
        <w:tc>
          <w:tcPr>
            <w:tcW w:w="2520" w:type="dxa"/>
            <w:tcMar>
              <w:top w:w="35" w:type="dxa"/>
              <w:left w:w="45" w:type="dxa"/>
              <w:bottom w:w="35" w:type="dxa"/>
              <w:right w:w="45" w:type="dxa"/>
            </w:tcMar>
            <w:vAlign w:val="center"/>
            <w:tcBorders>
              <w:left w:val="nil"/>
              <w:right w:val="nil"/>
            </w:tcBorders>
          </w:tcPr>
          <w:p w14:paraId="7EA145B8" w14:textId="77777777" w:rsidR="003B3005" w:rsidRDefault="00000000">
            <w:pPr>
              <w:spacing w:line="240" w:lineRule="auto"/>
              <w:jc w:val="center"/>
            </w:pPr>
            <w:r>
              <w:rPr>
                <w:sz w:val="15"/>
              </w:rPr>
              <w:t>15.0339</w:t>
            </w:r>
          </w:p>
        </w:tc>
        <w:tc>
          <w:tcPr>
            <w:tcW w:w="1368" w:type="dxa"/>
            <w:tcMar>
              <w:top w:w="35" w:type="dxa"/>
              <w:left w:w="45" w:type="dxa"/>
              <w:bottom w:w="35" w:type="dxa"/>
              <w:right w:w="45" w:type="dxa"/>
            </w:tcMar>
            <w:vAlign w:val="center"/>
            <w:tcBorders>
              <w:left w:val="nil"/>
              <w:right w:val="nil"/>
            </w:tcBorders>
          </w:tcPr>
          <w:p w14:paraId="0BFC9404" w14:textId="77777777" w:rsidR="003B3005" w:rsidRDefault="00000000">
            <w:pPr>
              <w:spacing w:line="240" w:lineRule="auto"/>
              <w:jc w:val="center"/>
            </w:pPr>
            <w:r>
              <w:rPr>
                <w:sz w:val="15"/>
              </w:rPr>
              <w:t>0.118376</w:t>
            </w:r>
          </w:p>
        </w:tc>
      </w:tr>
      <w:tr w:rsidR="003B3005" w14:paraId="0BEBA42A" w14:textId="77777777">
        <w:trPr>
          <w:cantSplit/>
          <w:jc w:val="center"/>
        </w:trPr>
        <w:tc>
          <w:tcPr>
            <w:tcW w:w="1224" w:type="dxa"/>
            <w:tcMar>
              <w:top w:w="35" w:type="dxa"/>
              <w:left w:w="45" w:type="dxa"/>
              <w:bottom w:w="35" w:type="dxa"/>
              <w:right w:w="45" w:type="dxa"/>
            </w:tcMar>
            <w:vAlign w:val="center"/>
            <w:tcBorders>
              <w:left w:val="nil"/>
              <w:right w:val="nil"/>
            </w:tcBorders>
          </w:tcPr>
          <w:p w14:paraId="36689191" w14:textId="77777777" w:rsidR="003B3005" w:rsidRDefault="00000000">
            <w:pPr>
              <w:spacing w:line="240" w:lineRule="auto"/>
            </w:pPr>
            <w:r>
              <w:rPr>
                <w:sz w:val="15"/>
              </w:rPr>
              <w:t>Non-Hispanic Native Hawaiian or Other Pacific Islander</w:t>
            </w:r>
          </w:p>
        </w:tc>
        <w:tc>
          <w:tcPr>
            <w:tcW w:w="1296" w:type="dxa"/>
            <w:tcMar>
              <w:top w:w="35" w:type="dxa"/>
              <w:left w:w="45" w:type="dxa"/>
              <w:bottom w:w="35" w:type="dxa"/>
              <w:right w:w="45" w:type="dxa"/>
            </w:tcMar>
            <w:vAlign w:val="center"/>
            <w:tcBorders>
              <w:left w:val="nil"/>
              <w:right w:val="nil"/>
            </w:tcBorders>
          </w:tcPr>
          <w:p w14:paraId="64A52E55" w14:textId="77777777" w:rsidR="003B3005" w:rsidRDefault="00000000">
            <w:pPr>
              <w:spacing w:line="240" w:lineRule="auto"/>
              <w:jc w:val="center"/>
            </w:pPr>
            <w:r>
              <w:rPr>
                <w:sz w:val="15"/>
              </w:rPr>
              <w:t>2018-2024</w:t>
            </w:r>
          </w:p>
        </w:tc>
        <w:tc>
          <w:tcPr>
            <w:tcW w:w="1800" w:type="dxa"/>
            <w:tcMar>
              <w:top w:w="35" w:type="dxa"/>
              <w:left w:w="45" w:type="dxa"/>
              <w:bottom w:w="35" w:type="dxa"/>
              <w:right w:w="45" w:type="dxa"/>
            </w:tcMar>
            <w:vAlign w:val="center"/>
            <w:tcBorders>
              <w:left w:val="nil"/>
              <w:right w:val="nil"/>
            </w:tcBorders>
          </w:tcPr>
          <w:p w14:paraId="2FEF57BC" w14:textId="77777777" w:rsidR="003B3005" w:rsidRDefault="00000000">
            <w:pPr>
              <w:spacing w:line="240" w:lineRule="auto"/>
              <w:jc w:val="center"/>
            </w:pPr>
            <w:r>
              <w:rPr>
                <w:sz w:val="15"/>
              </w:rPr>
              <w:t>4.8925</w:t>
            </w:r>
          </w:p>
        </w:tc>
        <w:tc>
          <w:tcPr>
            <w:tcW w:w="1224" w:type="dxa"/>
            <w:tcMar>
              <w:top w:w="35" w:type="dxa"/>
              <w:left w:w="45" w:type="dxa"/>
              <w:bottom w:w="35" w:type="dxa"/>
              <w:right w:w="45" w:type="dxa"/>
            </w:tcMar>
            <w:vAlign w:val="center"/>
            <w:tcBorders>
              <w:left w:val="nil"/>
              <w:right w:val="nil"/>
            </w:tcBorders>
          </w:tcPr>
          <w:p w14:paraId="0C058D82" w14:textId="77777777" w:rsidR="003B3005" w:rsidRDefault="00000000">
            <w:pPr>
              <w:spacing w:line="240" w:lineRule="auto"/>
              <w:jc w:val="center"/>
            </w:pPr>
            <w:r>
              <w:rPr>
                <w:sz w:val="15"/>
              </w:rPr>
              <w:t>-22.1902</w:t>
            </w:r>
          </w:p>
        </w:tc>
        <w:tc>
          <w:tcPr>
            <w:tcW w:w="2520" w:type="dxa"/>
            <w:tcMar>
              <w:top w:w="35" w:type="dxa"/>
              <w:left w:w="45" w:type="dxa"/>
              <w:bottom w:w="35" w:type="dxa"/>
              <w:right w:w="45" w:type="dxa"/>
            </w:tcMar>
            <w:vAlign w:val="center"/>
            <w:tcBorders>
              <w:left w:val="nil"/>
              <w:right w:val="nil"/>
            </w:tcBorders>
          </w:tcPr>
          <w:p w14:paraId="4C126F45" w14:textId="77777777" w:rsidR="003B3005" w:rsidRDefault="00000000">
            <w:pPr>
              <w:spacing w:line="240" w:lineRule="auto"/>
              <w:jc w:val="center"/>
            </w:pPr>
            <w:r>
              <w:rPr>
                <w:sz w:val="15"/>
              </w:rPr>
              <w:t>54.7917</w:t>
            </w:r>
          </w:p>
        </w:tc>
        <w:tc>
          <w:tcPr>
            <w:tcW w:w="1368" w:type="dxa"/>
            <w:tcMar>
              <w:top w:w="35" w:type="dxa"/>
              <w:left w:w="45" w:type="dxa"/>
              <w:bottom w:w="35" w:type="dxa"/>
              <w:right w:w="45" w:type="dxa"/>
            </w:tcMar>
            <w:vAlign w:val="center"/>
            <w:tcBorders>
              <w:left w:val="nil"/>
              <w:right w:val="nil"/>
            </w:tcBorders>
          </w:tcPr>
          <w:p w14:paraId="7A4388FF" w14:textId="77777777" w:rsidR="003B3005" w:rsidRDefault="00000000">
            <w:pPr>
              <w:spacing w:line="240" w:lineRule="auto"/>
              <w:jc w:val="center"/>
            </w:pPr>
            <w:r>
              <w:rPr>
                <w:sz w:val="15"/>
              </w:rPr>
              <w:t>0.624275</w:t>
            </w:r>
          </w:p>
        </w:tc>
      </w:tr>
      <w:tr w:rsidR="003B3005" w14:paraId="396DD3C9" w14:textId="77777777">
        <w:trPr>
          <w:cantSplit/>
          <w:jc w:val="center"/>
        </w:trPr>
        <w:tc>
          <w:tcPr>
            <w:tcW w:w="1224" w:type="dxa"/>
            <w:tcMar>
              <w:top w:w="35" w:type="dxa"/>
              <w:left w:w="45" w:type="dxa"/>
              <w:bottom w:w="35" w:type="dxa"/>
              <w:right w:w="45" w:type="dxa"/>
            </w:tcMar>
            <w:vAlign w:val="center"/>
            <w:tcBorders>
              <w:left w:val="nil"/>
              <w:right w:val="nil"/>
            </w:tcBorders>
          </w:tcPr>
          <w:p w14:paraId="6A058698" w14:textId="77777777" w:rsidR="003B3005" w:rsidRDefault="00000000">
            <w:pPr>
              <w:spacing w:line="240" w:lineRule="auto"/>
            </w:pPr>
            <w:r>
              <w:rPr>
                <w:sz w:val="15"/>
              </w:rPr>
              <w:t>Non-Hispanic White</w:t>
            </w:r>
          </w:p>
        </w:tc>
        <w:tc>
          <w:tcPr>
            <w:tcW w:w="1296" w:type="dxa"/>
            <w:tcMar>
              <w:top w:w="35" w:type="dxa"/>
              <w:left w:w="45" w:type="dxa"/>
              <w:bottom w:w="35" w:type="dxa"/>
              <w:right w:w="45" w:type="dxa"/>
            </w:tcMar>
            <w:vAlign w:val="center"/>
            <w:tcBorders>
              <w:left w:val="nil"/>
              <w:right w:val="nil"/>
            </w:tcBorders>
          </w:tcPr>
          <w:p w14:paraId="71095CEB" w14:textId="77777777" w:rsidR="003B3005" w:rsidRDefault="00000000">
            <w:pPr>
              <w:spacing w:line="240" w:lineRule="auto"/>
              <w:jc w:val="center"/>
            </w:pPr>
            <w:r>
              <w:rPr>
                <w:sz w:val="15"/>
              </w:rPr>
              <w:t>2018-2024</w:t>
            </w:r>
          </w:p>
        </w:tc>
        <w:tc>
          <w:tcPr>
            <w:tcW w:w="1800" w:type="dxa"/>
            <w:tcMar>
              <w:top w:w="35" w:type="dxa"/>
              <w:left w:w="45" w:type="dxa"/>
              <w:bottom w:w="35" w:type="dxa"/>
              <w:right w:w="45" w:type="dxa"/>
            </w:tcMar>
            <w:vAlign w:val="center"/>
            <w:tcBorders>
              <w:left w:val="nil"/>
              <w:right w:val="nil"/>
            </w:tcBorders>
          </w:tcPr>
          <w:p w14:paraId="0F3E8C33" w14:textId="77777777" w:rsidR="003B3005" w:rsidRDefault="00000000">
            <w:pPr>
              <w:spacing w:line="240" w:lineRule="auto"/>
              <w:jc w:val="center"/>
            </w:pPr>
            <w:r>
              <w:rPr>
                <w:sz w:val="15"/>
              </w:rPr>
              <w:t>6.0899</w:t>
            </w:r>
          </w:p>
        </w:tc>
        <w:tc>
          <w:tcPr>
            <w:tcW w:w="1224" w:type="dxa"/>
            <w:tcMar>
              <w:top w:w="35" w:type="dxa"/>
              <w:left w:w="45" w:type="dxa"/>
              <w:bottom w:w="35" w:type="dxa"/>
              <w:right w:w="45" w:type="dxa"/>
            </w:tcMar>
            <w:vAlign w:val="center"/>
            <w:tcBorders>
              <w:left w:val="nil"/>
              <w:right w:val="nil"/>
            </w:tcBorders>
          </w:tcPr>
          <w:p w14:paraId="6D95387F" w14:textId="77777777" w:rsidR="003B3005" w:rsidRDefault="00000000">
            <w:pPr>
              <w:spacing w:line="240" w:lineRule="auto"/>
              <w:jc w:val="center"/>
            </w:pPr>
            <w:r>
              <w:rPr>
                <w:sz w:val="15"/>
              </w:rPr>
              <w:t>-1.186</w:t>
            </w:r>
          </w:p>
        </w:tc>
        <w:tc>
          <w:tcPr>
            <w:tcW w:w="2520" w:type="dxa"/>
            <w:tcMar>
              <w:top w:w="35" w:type="dxa"/>
              <w:left w:w="45" w:type="dxa"/>
              <w:bottom w:w="35" w:type="dxa"/>
              <w:right w:w="45" w:type="dxa"/>
            </w:tcMar>
            <w:vAlign w:val="center"/>
            <w:tcBorders>
              <w:left w:val="nil"/>
              <w:right w:val="nil"/>
            </w:tcBorders>
          </w:tcPr>
          <w:p w14:paraId="10A55447" w14:textId="77777777" w:rsidR="003B3005" w:rsidRDefault="00000000">
            <w:pPr>
              <w:spacing w:line="240" w:lineRule="auto"/>
              <w:jc w:val="center"/>
            </w:pPr>
            <w:r>
              <w:rPr>
                <w:sz w:val="15"/>
              </w:rPr>
              <w:t>15.2374</w:t>
            </w:r>
          </w:p>
        </w:tc>
        <w:tc>
          <w:tcPr>
            <w:tcW w:w="1368" w:type="dxa"/>
            <w:tcMar>
              <w:top w:w="35" w:type="dxa"/>
              <w:left w:w="45" w:type="dxa"/>
              <w:bottom w:w="35" w:type="dxa"/>
              <w:right w:w="45" w:type="dxa"/>
            </w:tcMar>
            <w:vAlign w:val="center"/>
            <w:tcBorders>
              <w:left w:val="nil"/>
              <w:right w:val="nil"/>
            </w:tcBorders>
          </w:tcPr>
          <w:p w14:paraId="319EF01A" w14:textId="77777777" w:rsidR="003B3005" w:rsidRDefault="00000000">
            <w:pPr>
              <w:spacing w:line="240" w:lineRule="auto"/>
              <w:jc w:val="center"/>
            </w:pPr>
            <w:r>
              <w:rPr>
                <w:sz w:val="15"/>
              </w:rPr>
              <w:t>0.080384</w:t>
            </w:r>
          </w:p>
        </w:tc>
      </w:tr>
      <w:tr w:rsidR="003B3005" w14:paraId="3A1FBED2" w14:textId="77777777">
        <w:trPr>
          <w:cantSplit/>
          <w:jc w:val="center"/>
        </w:trPr>
        <w:tc>
          <w:tcPr>
            <w:tcW w:w="1224" w:type="dxa"/>
            <w:tcMar>
              <w:top w:w="35" w:type="dxa"/>
              <w:left w:w="45" w:type="dxa"/>
              <w:bottom w:w="35" w:type="dxa"/>
              <w:right w:w="45" w:type="dxa"/>
            </w:tcMar>
            <w:vAlign w:val="center"/>
            <w:tcBorders>
              <w:left w:val="nil"/>
              <w:right w:val="nil"/>
            </w:tcBorders>
          </w:tcPr>
          <w:p w14:paraId="4562A4A7" w14:textId="77777777" w:rsidR="003B3005" w:rsidRDefault="00000000">
            <w:pPr>
              <w:spacing w:line="240" w:lineRule="auto"/>
            </w:pPr>
            <w:r>
              <w:rPr>
                <w:sz w:val="15"/>
              </w:rPr>
              <w:t>Non-Hispanic More than one race</w:t>
            </w:r>
          </w:p>
        </w:tc>
        <w:tc>
          <w:tcPr>
            <w:tcW w:w="1296" w:type="dxa"/>
            <w:tcMar>
              <w:top w:w="35" w:type="dxa"/>
              <w:left w:w="45" w:type="dxa"/>
              <w:bottom w:w="35" w:type="dxa"/>
              <w:right w:w="45" w:type="dxa"/>
            </w:tcMar>
            <w:vAlign w:val="center"/>
            <w:tcBorders>
              <w:left w:val="nil"/>
              <w:right w:val="nil"/>
            </w:tcBorders>
          </w:tcPr>
          <w:p w14:paraId="74538450" w14:textId="77777777" w:rsidR="003B3005" w:rsidRDefault="00000000">
            <w:pPr>
              <w:spacing w:line="240" w:lineRule="auto"/>
              <w:jc w:val="center"/>
            </w:pPr>
            <w:r>
              <w:rPr>
                <w:sz w:val="15"/>
              </w:rPr>
              <w:t>2018-2024</w:t>
            </w:r>
          </w:p>
        </w:tc>
        <w:tc>
          <w:tcPr>
            <w:tcW w:w="1800" w:type="dxa"/>
            <w:tcMar>
              <w:top w:w="35" w:type="dxa"/>
              <w:left w:w="45" w:type="dxa"/>
              <w:bottom w:w="35" w:type="dxa"/>
              <w:right w:w="45" w:type="dxa"/>
            </w:tcMar>
            <w:vAlign w:val="center"/>
            <w:tcBorders>
              <w:left w:val="nil"/>
              <w:right w:val="nil"/>
            </w:tcBorders>
          </w:tcPr>
          <w:p w14:paraId="4307F59C" w14:textId="77777777" w:rsidR="003B3005" w:rsidRDefault="00000000">
            <w:pPr>
              <w:spacing w:line="240" w:lineRule="auto"/>
              <w:jc w:val="center"/>
            </w:pPr>
            <w:r>
              <w:rPr>
                <w:sz w:val="15"/>
              </w:rPr>
              <w:t>10.2109</w:t>
            </w:r>
          </w:p>
        </w:tc>
        <w:tc>
          <w:tcPr>
            <w:tcW w:w="1224" w:type="dxa"/>
            <w:tcMar>
              <w:top w:w="35" w:type="dxa"/>
              <w:left w:w="45" w:type="dxa"/>
              <w:bottom w:w="35" w:type="dxa"/>
              <w:right w:w="45" w:type="dxa"/>
            </w:tcMar>
            <w:vAlign w:val="center"/>
            <w:tcBorders>
              <w:left w:val="nil"/>
              <w:right w:val="nil"/>
            </w:tcBorders>
          </w:tcPr>
          <w:p w14:paraId="236647F3" w14:textId="77777777" w:rsidR="003B3005" w:rsidRDefault="00000000">
            <w:pPr>
              <w:spacing w:line="240" w:lineRule="auto"/>
              <w:jc w:val="center"/>
            </w:pPr>
            <w:r>
              <w:rPr>
                <w:sz w:val="15"/>
              </w:rPr>
              <w:t>0.5009</w:t>
            </w:r>
          </w:p>
        </w:tc>
        <w:tc>
          <w:tcPr>
            <w:tcW w:w="2520" w:type="dxa"/>
            <w:tcMar>
              <w:top w:w="35" w:type="dxa"/>
              <w:left w:w="45" w:type="dxa"/>
              <w:bottom w:w="35" w:type="dxa"/>
              <w:right w:w="45" w:type="dxa"/>
            </w:tcMar>
            <w:vAlign w:val="center"/>
            <w:tcBorders>
              <w:left w:val="nil"/>
              <w:right w:val="nil"/>
            </w:tcBorders>
          </w:tcPr>
          <w:p w14:paraId="25E30CCC" w14:textId="77777777" w:rsidR="003B3005" w:rsidRDefault="00000000">
            <w:pPr>
              <w:spacing w:line="240" w:lineRule="auto"/>
              <w:jc w:val="center"/>
            </w:pPr>
            <w:r>
              <w:rPr>
                <w:sz w:val="15"/>
              </w:rPr>
              <w:t>23.9395</w:t>
            </w:r>
          </w:p>
        </w:tc>
        <w:tc>
          <w:tcPr>
            <w:tcW w:w="1368" w:type="dxa"/>
            <w:tcMar>
              <w:top w:w="35" w:type="dxa"/>
              <w:left w:w="45" w:type="dxa"/>
              <w:bottom w:w="35" w:type="dxa"/>
              <w:right w:w="45" w:type="dxa"/>
            </w:tcMar>
            <w:vAlign w:val="center"/>
            <w:tcBorders>
              <w:left w:val="nil"/>
              <w:right w:val="nil"/>
            </w:tcBorders>
          </w:tcPr>
          <w:p w14:paraId="126EA795" w14:textId="77777777" w:rsidR="003B3005" w:rsidRDefault="00000000">
            <w:pPr>
              <w:spacing w:line="240" w:lineRule="auto"/>
              <w:jc w:val="center"/>
            </w:pPr>
            <w:r>
              <w:rPr>
                <w:sz w:val="15"/>
              </w:rPr>
              <w:t>0.039192</w:t>
            </w:r>
          </w:p>
        </w:tc>
      </w:tr>
      <w:tr w:rsidR="003B3005" w14:paraId="5222C396" w14:textId="77777777">
        <w:trPr>
          <w:cantSplit/>
          <w:jc w:val="center"/>
        </w:trPr>
        <w:tc>
          <w:tcPr>
            <w:tcW w:w="1224" w:type="dxa"/>
            <w:tcMar>
              <w:top w:w="35" w:type="dxa"/>
              <w:left w:w="45" w:type="dxa"/>
              <w:bottom w:w="35" w:type="dxa"/>
              <w:right w:w="45" w:type="dxa"/>
            </w:tcMar>
            <w:vAlign w:val="center"/>
            <w:tcBorders>
              <w:left w:val="nil"/>
              <w:right w:val="nil"/>
            </w:tcBorders>
          </w:tcPr>
          <w:p w14:paraId="6EE840E6" w14:textId="77777777" w:rsidR="003B3005" w:rsidRDefault="00000000">
            <w:pPr>
              <w:spacing w:line="240" w:lineRule="auto"/>
            </w:pPr>
            <w:r>
              <w:rPr>
                <w:sz w:val="15"/>
              </w:rPr>
              <w:t>Hispanic or Latino, any race</w:t>
            </w:r>
          </w:p>
        </w:tc>
        <w:tc>
          <w:tcPr>
            <w:tcW w:w="1296" w:type="dxa"/>
            <w:tcMar>
              <w:top w:w="35" w:type="dxa"/>
              <w:left w:w="45" w:type="dxa"/>
              <w:bottom w:w="35" w:type="dxa"/>
              <w:right w:w="45" w:type="dxa"/>
            </w:tcMar>
            <w:vAlign w:val="center"/>
            <w:tcBorders>
              <w:left w:val="nil"/>
              <w:right w:val="nil"/>
            </w:tcBorders>
          </w:tcPr>
          <w:p w14:paraId="5F0EA3C0" w14:textId="77777777" w:rsidR="003B3005" w:rsidRDefault="00000000">
            <w:pPr>
              <w:spacing w:line="240" w:lineRule="auto"/>
              <w:jc w:val="center"/>
            </w:pPr>
            <w:r>
              <w:rPr>
                <w:sz w:val="15"/>
              </w:rPr>
              <w:t>2018-2024</w:t>
            </w:r>
          </w:p>
        </w:tc>
        <w:tc>
          <w:tcPr>
            <w:tcW w:w="1800" w:type="dxa"/>
            <w:tcMar>
              <w:top w:w="35" w:type="dxa"/>
              <w:left w:w="45" w:type="dxa"/>
              <w:bottom w:w="35" w:type="dxa"/>
              <w:right w:w="45" w:type="dxa"/>
            </w:tcMar>
            <w:vAlign w:val="center"/>
            <w:tcBorders>
              <w:left w:val="nil"/>
              <w:right w:val="nil"/>
            </w:tcBorders>
          </w:tcPr>
          <w:p w14:paraId="4FACE1AE" w14:textId="77777777" w:rsidR="003B3005" w:rsidRDefault="00000000">
            <w:pPr>
              <w:spacing w:line="240" w:lineRule="auto"/>
              <w:jc w:val="center"/>
            </w:pPr>
            <w:r>
              <w:rPr>
                <w:sz w:val="15"/>
              </w:rPr>
              <w:t>2.009</w:t>
            </w:r>
          </w:p>
        </w:tc>
        <w:tc>
          <w:tcPr>
            <w:tcW w:w="1224" w:type="dxa"/>
            <w:tcMar>
              <w:top w:w="35" w:type="dxa"/>
              <w:left w:w="45" w:type="dxa"/>
              <w:bottom w:w="35" w:type="dxa"/>
              <w:right w:w="45" w:type="dxa"/>
            </w:tcMar>
            <w:vAlign w:val="center"/>
            <w:tcBorders>
              <w:left w:val="nil"/>
              <w:right w:val="nil"/>
            </w:tcBorders>
          </w:tcPr>
          <w:p w14:paraId="365A9D63" w14:textId="77777777" w:rsidR="003B3005" w:rsidRDefault="00000000">
            <w:pPr>
              <w:spacing w:line="240" w:lineRule="auto"/>
              <w:jc w:val="center"/>
            </w:pPr>
            <w:r>
              <w:rPr>
                <w:sz w:val="15"/>
              </w:rPr>
              <w:t>-14.2243</w:t>
            </w:r>
          </w:p>
        </w:tc>
        <w:tc>
          <w:tcPr>
            <w:tcW w:w="2520" w:type="dxa"/>
            <w:tcMar>
              <w:top w:w="35" w:type="dxa"/>
              <w:left w:w="45" w:type="dxa"/>
              <w:bottom w:w="35" w:type="dxa"/>
              <w:right w:w="45" w:type="dxa"/>
            </w:tcMar>
            <w:vAlign w:val="center"/>
            <w:tcBorders>
              <w:left w:val="nil"/>
              <w:right w:val="nil"/>
            </w:tcBorders>
          </w:tcPr>
          <w:p w14:paraId="4D54BC40" w14:textId="77777777" w:rsidR="003B3005" w:rsidRDefault="00000000">
            <w:pPr>
              <w:spacing w:line="240" w:lineRule="auto"/>
              <w:jc w:val="center"/>
            </w:pPr>
            <w:r>
              <w:rPr>
                <w:sz w:val="15"/>
              </w:rPr>
              <w:t>27.4257</w:t>
            </w:r>
          </w:p>
        </w:tc>
        <w:tc>
          <w:tcPr>
            <w:tcW w:w="1368" w:type="dxa"/>
            <w:tcMar>
              <w:top w:w="35" w:type="dxa"/>
              <w:left w:w="45" w:type="dxa"/>
              <w:bottom w:w="35" w:type="dxa"/>
              <w:right w:w="45" w:type="dxa"/>
            </w:tcMar>
            <w:vAlign w:val="center"/>
            <w:tcBorders>
              <w:left w:val="nil"/>
              <w:right w:val="nil"/>
            </w:tcBorders>
          </w:tcPr>
          <w:p w14:paraId="46C6C28F" w14:textId="77777777" w:rsidR="003B3005" w:rsidRDefault="00000000">
            <w:pPr>
              <w:spacing w:line="240" w:lineRule="auto"/>
              <w:jc w:val="center"/>
            </w:pPr>
            <w:r>
              <w:rPr>
                <w:sz w:val="15"/>
              </w:rPr>
              <w:t>0.70066</w:t>
            </w:r>
          </w:p>
        </w:tc>
      </w:tr>
    </w:tbl>
    <w:p w14:paraId="1AB630F4" w14:textId="77777777" w:rsidR="003B3005" w:rsidRDefault="00000000">
      <w:pPr>
        <w:spacing w:line="240" w:lineRule="auto"/>
      </w:pPr>
      <w:r>
        <w:t>Note: These seven-observation models were exploratory and permitted one joinpoint.</w:t>
      </w:r>
    </w:p>
    <w:p w14:paraId="5A80C3DA" w14:textId="77777777" w:rsidR="003B3005" w:rsidRDefault="00000000">
      <w:pPr>
        <w:pStyle w:val="Heading2"/>
        <w:spacing w:before="0" w:line="240" w:lineRule="auto"/>
      </w:pPr>
      <w:r>
        <w:rPr>
          <w:rFonts w:ascii="Times New Roman" w:eastAsia="Times New Roman" w:hAnsi="Times New Roman"/>
          <w:sz w:val="24"/>
        </w:rPr>
        <w:t>Supplementary Table S26. Hispanic-origin Not Stated data-quality assessment</w:t>
      </w:r>
    </w:p>
    <w:tbl>
      <w:tblPr>
        <w:tblW w:w="5000" w:type="pct"/>
        <w:jc w:val="center"/>
        <w:tblLayout w:type="fixed"/>
        <w:tblLook w:val="04A0" w:firstRow="1" w:lastRow="0" w:firstColumn="1" w:lastColumn="0" w:noHBand="0" w:noVBand="1"/>
      </w:tblPr>
      <w:tblGrid>
        <w:gridCol w:w="1155"/>
        <w:gridCol w:w="2236"/>
        <w:gridCol w:w="2236"/>
        <w:gridCol w:w="2236"/>
        <w:gridCol w:w="1587"/>
      </w:tblGrid>
      <w:tr w:rsidR="003B3005" w14:paraId="07589F9D" w14:textId="77777777">
        <w:trPr>
          <w:cantSplit/>
          <w:tblHeader/>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E6596A" w14:textId="77777777" w:rsidR="003B3005" w:rsidRDefault="00000000">
            <w:pPr>
              <w:spacing w:line="240" w:lineRule="auto"/>
            </w:pPr>
            <w:r>
              <w:rPr>
                <w:b/>
                <w:sz w:val="15"/>
              </w:rPr>
              <w:t>Database era</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800FB77" w14:textId="77777777" w:rsidR="003B3005" w:rsidRDefault="00000000">
            <w:pPr>
              <w:spacing w:line="240" w:lineRule="auto"/>
              <w:jc w:val="center"/>
            </w:pPr>
            <w:r>
              <w:rPr>
                <w:b/>
                <w:sz w:val="15"/>
              </w:rPr>
              <w:t>Year</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BBFAC5" w14:textId="77777777" w:rsidR="003B3005" w:rsidRDefault="00000000">
            <w:pPr>
              <w:spacing w:line="240" w:lineRule="auto"/>
              <w:jc w:val="center"/>
            </w:pPr>
            <w:r>
              <w:rPr>
                <w:b/>
                <w:sz w:val="15"/>
              </w:rPr>
              <w:t>Deaths with Hispanic origin Not Stated</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9018AE" w14:textId="77777777" w:rsidR="003B3005" w:rsidRDefault="00000000">
            <w:pPr>
              <w:spacing w:line="240" w:lineRule="auto"/>
              <w:jc w:val="center"/>
            </w:pPr>
            <w:r>
              <w:rPr>
                <w:b/>
                <w:sz w:val="15"/>
              </w:rPr>
              <w:t>Population/rate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0F9F22" w14:textId="77777777" w:rsidR="003B3005" w:rsidRDefault="00000000">
            <w:pPr>
              <w:spacing w:line="240" w:lineRule="auto"/>
              <w:jc w:val="center"/>
            </w:pPr>
            <w:r>
              <w:rPr>
                <w:b/>
                <w:sz w:val="15"/>
              </w:rPr>
              <w:t>Analytic handling</w:t>
            </w:r>
          </w:p>
        </w:tc>
      </w:tr>
      <w:tr w:rsidR="003B3005" w14:paraId="311DADC0"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DF00FB7"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97DCD6" w14:textId="77777777" w:rsidR="003B3005" w:rsidRDefault="00000000">
            <w:pPr>
              <w:spacing w:line="240" w:lineRule="auto"/>
              <w:jc w:val="center"/>
            </w:pPr>
            <w:r>
              <w:rPr>
                <w:sz w:val="15"/>
              </w:rPr>
              <w:t>1999</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FFD33C" w14:textId="77777777" w:rsidR="003B3005" w:rsidRDefault="00000000">
            <w:pPr>
              <w:spacing w:line="240" w:lineRule="auto"/>
              <w:jc w:val="center"/>
            </w:pPr>
            <w:r>
              <w:rPr>
                <w:sz w:val="15"/>
              </w:rPr>
              <w:t>Suppressed</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57884E"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314D434" w14:textId="77777777" w:rsidR="003B3005" w:rsidRDefault="00000000">
            <w:pPr>
              <w:spacing w:line="240" w:lineRule="auto"/>
              <w:jc w:val="center"/>
            </w:pPr>
            <w:r>
              <w:rPr>
                <w:sz w:val="15"/>
              </w:rPr>
              <w:t>Counts only</w:t>
            </w:r>
          </w:p>
        </w:tc>
      </w:tr>
      <w:tr w:rsidR="003B3005" w14:paraId="7465BCDA"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9F76F0"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A2CD60" w14:textId="77777777" w:rsidR="003B3005" w:rsidRDefault="00000000">
            <w:pPr>
              <w:spacing w:line="240" w:lineRule="auto"/>
              <w:jc w:val="center"/>
            </w:pPr>
            <w:r>
              <w:rPr>
                <w:sz w:val="15"/>
              </w:rPr>
              <w:t>2000</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AD9CD7" w14:textId="77777777" w:rsidR="003B3005" w:rsidRDefault="00000000">
            <w:pPr>
              <w:spacing w:line="240" w:lineRule="auto"/>
              <w:jc w:val="center"/>
            </w:pPr>
            <w:r>
              <w:rPr>
                <w:sz w:val="15"/>
              </w:rPr>
              <w:t>Suppressed</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66AA16"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A9800DC" w14:textId="77777777" w:rsidR="003B3005" w:rsidRDefault="00000000">
            <w:pPr>
              <w:spacing w:line="240" w:lineRule="auto"/>
              <w:jc w:val="center"/>
            </w:pPr>
            <w:r>
              <w:rPr>
                <w:sz w:val="15"/>
              </w:rPr>
              <w:t>Counts only</w:t>
            </w:r>
          </w:p>
        </w:tc>
      </w:tr>
      <w:tr w:rsidR="003B3005" w14:paraId="08D1B0C5"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0AFB97"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62CE90" w14:textId="77777777" w:rsidR="003B3005" w:rsidRDefault="00000000">
            <w:pPr>
              <w:spacing w:line="240" w:lineRule="auto"/>
              <w:jc w:val="center"/>
            </w:pPr>
            <w:r>
              <w:rPr>
                <w:sz w:val="15"/>
              </w:rPr>
              <w:t>2001</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9B23C9" w14:textId="77777777" w:rsidR="003B3005" w:rsidRDefault="00000000">
            <w:pPr>
              <w:spacing w:line="240" w:lineRule="auto"/>
              <w:jc w:val="center"/>
            </w:pPr>
            <w:r>
              <w:rPr>
                <w:sz w:val="15"/>
              </w:rPr>
              <w:t>Suppressed</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5B895B6"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55429BB" w14:textId="77777777" w:rsidR="003B3005" w:rsidRDefault="00000000">
            <w:pPr>
              <w:spacing w:line="240" w:lineRule="auto"/>
              <w:jc w:val="center"/>
            </w:pPr>
            <w:r>
              <w:rPr>
                <w:sz w:val="15"/>
              </w:rPr>
              <w:t>Counts only</w:t>
            </w:r>
          </w:p>
        </w:tc>
      </w:tr>
      <w:tr w:rsidR="003B3005" w14:paraId="1C69B658"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F773421"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17C987" w14:textId="77777777" w:rsidR="003B3005" w:rsidRDefault="00000000">
            <w:pPr>
              <w:spacing w:line="240" w:lineRule="auto"/>
              <w:jc w:val="center"/>
            </w:pPr>
            <w:r>
              <w:rPr>
                <w:sz w:val="15"/>
              </w:rPr>
              <w:t>2002</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A9B1D54" w14:textId="77777777" w:rsidR="003B3005" w:rsidRDefault="00000000">
            <w:pPr>
              <w:spacing w:line="240" w:lineRule="auto"/>
              <w:jc w:val="center"/>
            </w:pPr>
            <w:r>
              <w:rPr>
                <w:sz w:val="15"/>
              </w:rPr>
              <w:t>Suppressed</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C0FED3"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FCC04B" w14:textId="77777777" w:rsidR="003B3005" w:rsidRDefault="00000000">
            <w:pPr>
              <w:spacing w:line="240" w:lineRule="auto"/>
              <w:jc w:val="center"/>
            </w:pPr>
            <w:r>
              <w:rPr>
                <w:sz w:val="15"/>
              </w:rPr>
              <w:t>Counts only</w:t>
            </w:r>
          </w:p>
        </w:tc>
      </w:tr>
      <w:tr w:rsidR="003B3005" w14:paraId="0B334FCA"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85112F"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1F0E8ED" w14:textId="77777777" w:rsidR="003B3005" w:rsidRDefault="00000000">
            <w:pPr>
              <w:spacing w:line="240" w:lineRule="auto"/>
              <w:jc w:val="center"/>
            </w:pPr>
            <w:r>
              <w:rPr>
                <w:sz w:val="15"/>
              </w:rPr>
              <w:t>2003</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24B66C" w14:textId="77777777" w:rsidR="003B3005" w:rsidRDefault="00000000">
            <w:pPr>
              <w:spacing w:line="240" w:lineRule="auto"/>
              <w:jc w:val="center"/>
            </w:pPr>
            <w:r>
              <w:rPr>
                <w:sz w:val="15"/>
              </w:rPr>
              <w:t>Suppressed</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771D7C"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B2E621" w14:textId="77777777" w:rsidR="003B3005" w:rsidRDefault="00000000">
            <w:pPr>
              <w:spacing w:line="240" w:lineRule="auto"/>
              <w:jc w:val="center"/>
            </w:pPr>
            <w:r>
              <w:rPr>
                <w:sz w:val="15"/>
              </w:rPr>
              <w:t>Counts only</w:t>
            </w:r>
          </w:p>
        </w:tc>
      </w:tr>
      <w:tr w:rsidR="003B3005" w14:paraId="2B1D5933"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A88BD04"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C82AFA" w14:textId="77777777" w:rsidR="003B3005" w:rsidRDefault="00000000">
            <w:pPr>
              <w:spacing w:line="240" w:lineRule="auto"/>
              <w:jc w:val="center"/>
            </w:pPr>
            <w:r>
              <w:rPr>
                <w:sz w:val="15"/>
              </w:rPr>
              <w:t>2004</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25A191" w14:textId="77777777" w:rsidR="003B3005" w:rsidRDefault="00000000">
            <w:pPr>
              <w:spacing w:line="240" w:lineRule="auto"/>
              <w:jc w:val="center"/>
            </w:pPr>
            <w:r>
              <w:rPr>
                <w:sz w:val="15"/>
              </w:rPr>
              <w:t>Suppressed</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AB43554"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E6EC8E1" w14:textId="77777777" w:rsidR="003B3005" w:rsidRDefault="00000000">
            <w:pPr>
              <w:spacing w:line="240" w:lineRule="auto"/>
              <w:jc w:val="center"/>
            </w:pPr>
            <w:r>
              <w:rPr>
                <w:sz w:val="15"/>
              </w:rPr>
              <w:t>Counts only</w:t>
            </w:r>
          </w:p>
        </w:tc>
      </w:tr>
      <w:tr w:rsidR="003B3005" w14:paraId="26F4EBCA"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F3BDF0"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CA73CE" w14:textId="77777777" w:rsidR="003B3005" w:rsidRDefault="00000000">
            <w:pPr>
              <w:spacing w:line="240" w:lineRule="auto"/>
              <w:jc w:val="center"/>
            </w:pPr>
            <w:r>
              <w:rPr>
                <w:sz w:val="15"/>
              </w:rPr>
              <w:t>2005</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C99AF3" w14:textId="77777777" w:rsidR="003B3005" w:rsidRDefault="00000000">
            <w:pPr>
              <w:spacing w:line="240" w:lineRule="auto"/>
              <w:jc w:val="center"/>
            </w:pPr>
            <w:r>
              <w:rPr>
                <w:sz w:val="15"/>
              </w:rPr>
              <w:t>Suppressed</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24A3271"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7E14E8" w14:textId="77777777" w:rsidR="003B3005" w:rsidRDefault="00000000">
            <w:pPr>
              <w:spacing w:line="240" w:lineRule="auto"/>
              <w:jc w:val="center"/>
            </w:pPr>
            <w:r>
              <w:rPr>
                <w:sz w:val="15"/>
              </w:rPr>
              <w:t>Counts only</w:t>
            </w:r>
          </w:p>
        </w:tc>
      </w:tr>
      <w:tr w:rsidR="003B3005" w14:paraId="25062133"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066041"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A7561D" w14:textId="77777777" w:rsidR="003B3005" w:rsidRDefault="00000000">
            <w:pPr>
              <w:spacing w:line="240" w:lineRule="auto"/>
              <w:jc w:val="center"/>
            </w:pPr>
            <w:r>
              <w:rPr>
                <w:sz w:val="15"/>
              </w:rPr>
              <w:t>2006</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9F485C" w14:textId="77777777" w:rsidR="003B3005" w:rsidRDefault="00000000">
            <w:pPr>
              <w:spacing w:line="240" w:lineRule="auto"/>
              <w:jc w:val="center"/>
            </w:pPr>
            <w:r>
              <w:rPr>
                <w:sz w:val="15"/>
              </w:rPr>
              <w:t>Suppressed</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A7E99C"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B9C6A2" w14:textId="77777777" w:rsidR="003B3005" w:rsidRDefault="00000000">
            <w:pPr>
              <w:spacing w:line="240" w:lineRule="auto"/>
              <w:jc w:val="center"/>
            </w:pPr>
            <w:r>
              <w:rPr>
                <w:sz w:val="15"/>
              </w:rPr>
              <w:t>Counts only</w:t>
            </w:r>
          </w:p>
        </w:tc>
      </w:tr>
      <w:tr w:rsidR="003B3005" w14:paraId="2454ADC2"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7346E07"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6DEDD7" w14:textId="77777777" w:rsidR="003B3005" w:rsidRDefault="00000000">
            <w:pPr>
              <w:spacing w:line="240" w:lineRule="auto"/>
              <w:jc w:val="center"/>
            </w:pPr>
            <w:r>
              <w:rPr>
                <w:sz w:val="15"/>
              </w:rPr>
              <w:t>2007</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4A2F24" w14:textId="77777777" w:rsidR="003B3005" w:rsidRDefault="00000000">
            <w:pPr>
              <w:spacing w:line="240" w:lineRule="auto"/>
              <w:jc w:val="center"/>
            </w:pPr>
            <w:r>
              <w:rPr>
                <w:sz w:val="15"/>
              </w:rPr>
              <w:t>Suppressed</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FF5057"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EBA18C2" w14:textId="77777777" w:rsidR="003B3005" w:rsidRDefault="00000000">
            <w:pPr>
              <w:spacing w:line="240" w:lineRule="auto"/>
              <w:jc w:val="center"/>
            </w:pPr>
            <w:r>
              <w:rPr>
                <w:sz w:val="15"/>
              </w:rPr>
              <w:t>Counts only</w:t>
            </w:r>
          </w:p>
        </w:tc>
      </w:tr>
      <w:tr w:rsidR="003B3005" w14:paraId="7BE4779D"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9AB8CD"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DB07BB2" w14:textId="77777777" w:rsidR="003B3005" w:rsidRDefault="00000000">
            <w:pPr>
              <w:spacing w:line="240" w:lineRule="auto"/>
              <w:jc w:val="center"/>
            </w:pPr>
            <w:r>
              <w:rPr>
                <w:sz w:val="15"/>
              </w:rPr>
              <w:t>2008</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8632BC" w14:textId="77777777" w:rsidR="003B3005" w:rsidRDefault="00000000">
            <w:pPr>
              <w:spacing w:line="240" w:lineRule="auto"/>
              <w:jc w:val="center"/>
            </w:pPr>
            <w:r>
              <w:rPr>
                <w:sz w:val="15"/>
              </w:rPr>
              <w:t>Suppressed</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5550C51"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AC67E35" w14:textId="77777777" w:rsidR="003B3005" w:rsidRDefault="00000000">
            <w:pPr>
              <w:spacing w:line="240" w:lineRule="auto"/>
              <w:jc w:val="center"/>
            </w:pPr>
            <w:r>
              <w:rPr>
                <w:sz w:val="15"/>
              </w:rPr>
              <w:t>Counts only</w:t>
            </w:r>
          </w:p>
        </w:tc>
      </w:tr>
      <w:tr w:rsidR="003B3005" w14:paraId="04F17F14"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6CDC35D"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CC8DE5" w14:textId="77777777" w:rsidR="003B3005" w:rsidRDefault="00000000">
            <w:pPr>
              <w:spacing w:line="240" w:lineRule="auto"/>
              <w:jc w:val="center"/>
            </w:pPr>
            <w:r>
              <w:rPr>
                <w:sz w:val="15"/>
              </w:rPr>
              <w:t>2009</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86C4C21" w14:textId="77777777" w:rsidR="003B3005" w:rsidRDefault="00000000">
            <w:pPr>
              <w:spacing w:line="240" w:lineRule="auto"/>
              <w:jc w:val="center"/>
            </w:pPr>
            <w:r>
              <w:rPr>
                <w:sz w:val="15"/>
              </w:rPr>
              <w:t>Suppressed</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DB161D5"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030C08" w14:textId="77777777" w:rsidR="003B3005" w:rsidRDefault="00000000">
            <w:pPr>
              <w:spacing w:line="240" w:lineRule="auto"/>
              <w:jc w:val="center"/>
            </w:pPr>
            <w:r>
              <w:rPr>
                <w:sz w:val="15"/>
              </w:rPr>
              <w:t>Counts only</w:t>
            </w:r>
          </w:p>
        </w:tc>
      </w:tr>
      <w:tr w:rsidR="003B3005" w14:paraId="7A4A63D4"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FA4D298"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2FF121" w14:textId="77777777" w:rsidR="003B3005" w:rsidRDefault="00000000">
            <w:pPr>
              <w:spacing w:line="240" w:lineRule="auto"/>
              <w:jc w:val="center"/>
            </w:pPr>
            <w:r>
              <w:rPr>
                <w:sz w:val="15"/>
              </w:rPr>
              <w:t>2010</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74245A6" w14:textId="77777777" w:rsidR="003B3005" w:rsidRDefault="00000000">
            <w:pPr>
              <w:spacing w:line="240" w:lineRule="auto"/>
              <w:jc w:val="center"/>
            </w:pPr>
            <w:r>
              <w:rPr>
                <w:sz w:val="15"/>
              </w:rPr>
              <w:t>Suppressed</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76AFCB"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42EB51" w14:textId="77777777" w:rsidR="003B3005" w:rsidRDefault="00000000">
            <w:pPr>
              <w:spacing w:line="240" w:lineRule="auto"/>
              <w:jc w:val="center"/>
            </w:pPr>
            <w:r>
              <w:rPr>
                <w:sz w:val="15"/>
              </w:rPr>
              <w:t>Counts only</w:t>
            </w:r>
          </w:p>
        </w:tc>
      </w:tr>
      <w:tr w:rsidR="003B3005" w14:paraId="3D31F1DB"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2E4C151"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CD8F94B" w14:textId="77777777" w:rsidR="003B3005" w:rsidRDefault="00000000">
            <w:pPr>
              <w:spacing w:line="240" w:lineRule="auto"/>
              <w:jc w:val="center"/>
            </w:pPr>
            <w:r>
              <w:rPr>
                <w:sz w:val="15"/>
              </w:rPr>
              <w:t>2011</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AE0AD47" w14:textId="77777777" w:rsidR="003B3005" w:rsidRDefault="00000000">
            <w:pPr>
              <w:spacing w:line="240" w:lineRule="auto"/>
              <w:jc w:val="center"/>
            </w:pPr>
            <w:r>
              <w:rPr>
                <w:sz w:val="15"/>
              </w:rPr>
              <w:t>Suppressed</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64605F"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D205B6" w14:textId="77777777" w:rsidR="003B3005" w:rsidRDefault="00000000">
            <w:pPr>
              <w:spacing w:line="240" w:lineRule="auto"/>
              <w:jc w:val="center"/>
            </w:pPr>
            <w:r>
              <w:rPr>
                <w:sz w:val="15"/>
              </w:rPr>
              <w:t>Counts only</w:t>
            </w:r>
          </w:p>
        </w:tc>
      </w:tr>
      <w:tr w:rsidR="003B3005" w14:paraId="69BCA206"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183720"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0794EC" w14:textId="77777777" w:rsidR="003B3005" w:rsidRDefault="00000000">
            <w:pPr>
              <w:spacing w:line="240" w:lineRule="auto"/>
              <w:jc w:val="center"/>
            </w:pPr>
            <w:r>
              <w:rPr>
                <w:sz w:val="15"/>
              </w:rPr>
              <w:t>2012</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E91AD1" w14:textId="77777777" w:rsidR="003B3005" w:rsidRDefault="00000000">
            <w:pPr>
              <w:spacing w:line="240" w:lineRule="auto"/>
              <w:jc w:val="center"/>
            </w:pPr>
            <w:r>
              <w:rPr>
                <w:sz w:val="15"/>
              </w:rPr>
              <w:t>Suppressed</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B6B226"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DD16B4" w14:textId="77777777" w:rsidR="003B3005" w:rsidRDefault="00000000">
            <w:pPr>
              <w:spacing w:line="240" w:lineRule="auto"/>
              <w:jc w:val="center"/>
            </w:pPr>
            <w:r>
              <w:rPr>
                <w:sz w:val="15"/>
              </w:rPr>
              <w:t>Counts only</w:t>
            </w:r>
          </w:p>
        </w:tc>
      </w:tr>
      <w:tr w:rsidR="003B3005" w14:paraId="3BD985B3"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A0A796"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49CC15" w14:textId="77777777" w:rsidR="003B3005" w:rsidRDefault="00000000">
            <w:pPr>
              <w:spacing w:line="240" w:lineRule="auto"/>
              <w:jc w:val="center"/>
            </w:pPr>
            <w:r>
              <w:rPr>
                <w:sz w:val="15"/>
              </w:rPr>
              <w:t>2013</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270A03" w14:textId="77777777" w:rsidR="003B3005" w:rsidRDefault="00000000">
            <w:pPr>
              <w:spacing w:line="240" w:lineRule="auto"/>
              <w:jc w:val="center"/>
            </w:pPr>
            <w:r>
              <w:rPr>
                <w:sz w:val="15"/>
              </w:rPr>
              <w:t>15</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B7DA65"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0425591" w14:textId="77777777" w:rsidR="003B3005" w:rsidRDefault="00000000">
            <w:pPr>
              <w:spacing w:line="240" w:lineRule="auto"/>
              <w:jc w:val="center"/>
            </w:pPr>
            <w:r>
              <w:rPr>
                <w:sz w:val="15"/>
              </w:rPr>
              <w:t>Counts only</w:t>
            </w:r>
          </w:p>
        </w:tc>
      </w:tr>
      <w:tr w:rsidR="003B3005" w14:paraId="13072669"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EAFEC5" w14:textId="77777777" w:rsidR="003B3005" w:rsidRDefault="00000000">
            <w:pPr>
              <w:spacing w:line="240" w:lineRule="auto"/>
            </w:pPr>
            <w:r>
              <w:rPr>
                <w:sz w:val="15"/>
              </w:rPr>
              <w:lastRenderedPageBreak/>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3C7DC5" w14:textId="77777777" w:rsidR="003B3005" w:rsidRDefault="00000000">
            <w:pPr>
              <w:spacing w:line="240" w:lineRule="auto"/>
              <w:jc w:val="center"/>
            </w:pPr>
            <w:r>
              <w:rPr>
                <w:sz w:val="15"/>
              </w:rPr>
              <w:t>2014</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B1BCDE" w14:textId="77777777" w:rsidR="003B3005" w:rsidRDefault="00000000">
            <w:pPr>
              <w:spacing w:line="240" w:lineRule="auto"/>
              <w:jc w:val="center"/>
            </w:pPr>
            <w:r>
              <w:rPr>
                <w:sz w:val="15"/>
              </w:rPr>
              <w:t>Suppressed</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A7635E"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89BFB5D" w14:textId="77777777" w:rsidR="003B3005" w:rsidRDefault="00000000">
            <w:pPr>
              <w:spacing w:line="240" w:lineRule="auto"/>
              <w:jc w:val="center"/>
            </w:pPr>
            <w:r>
              <w:rPr>
                <w:sz w:val="15"/>
              </w:rPr>
              <w:t>Counts only</w:t>
            </w:r>
          </w:p>
        </w:tc>
      </w:tr>
      <w:tr w:rsidR="003B3005" w14:paraId="1F29EE3F"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45934C8"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D4A9DB2" w14:textId="77777777" w:rsidR="003B3005" w:rsidRDefault="00000000">
            <w:pPr>
              <w:spacing w:line="240" w:lineRule="auto"/>
              <w:jc w:val="center"/>
            </w:pPr>
            <w:r>
              <w:rPr>
                <w:sz w:val="15"/>
              </w:rPr>
              <w:t>2015</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90829D" w14:textId="77777777" w:rsidR="003B3005" w:rsidRDefault="00000000">
            <w:pPr>
              <w:spacing w:line="240" w:lineRule="auto"/>
              <w:jc w:val="center"/>
            </w:pPr>
            <w:r>
              <w:rPr>
                <w:sz w:val="15"/>
              </w:rPr>
              <w:t>15</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EFAFC8"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3750F8" w14:textId="77777777" w:rsidR="003B3005" w:rsidRDefault="00000000">
            <w:pPr>
              <w:spacing w:line="240" w:lineRule="auto"/>
              <w:jc w:val="center"/>
            </w:pPr>
            <w:r>
              <w:rPr>
                <w:sz w:val="15"/>
              </w:rPr>
              <w:t>Counts only</w:t>
            </w:r>
          </w:p>
        </w:tc>
      </w:tr>
      <w:tr w:rsidR="003B3005" w14:paraId="536BC30C"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A5AA8D"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8CAE87" w14:textId="77777777" w:rsidR="003B3005" w:rsidRDefault="00000000">
            <w:pPr>
              <w:spacing w:line="240" w:lineRule="auto"/>
              <w:jc w:val="center"/>
            </w:pPr>
            <w:r>
              <w:rPr>
                <w:sz w:val="15"/>
              </w:rPr>
              <w:t>2016</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103992" w14:textId="77777777" w:rsidR="003B3005" w:rsidRDefault="00000000">
            <w:pPr>
              <w:spacing w:line="240" w:lineRule="auto"/>
              <w:jc w:val="center"/>
            </w:pPr>
            <w:r>
              <w:rPr>
                <w:sz w:val="15"/>
              </w:rPr>
              <w:t>11</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7D8FA7"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CFCA5A8" w14:textId="77777777" w:rsidR="003B3005" w:rsidRDefault="00000000">
            <w:pPr>
              <w:spacing w:line="240" w:lineRule="auto"/>
              <w:jc w:val="center"/>
            </w:pPr>
            <w:r>
              <w:rPr>
                <w:sz w:val="15"/>
              </w:rPr>
              <w:t>Counts only</w:t>
            </w:r>
          </w:p>
        </w:tc>
      </w:tr>
      <w:tr w:rsidR="003B3005" w14:paraId="11794022"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2672DB"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11310C" w14:textId="77777777" w:rsidR="003B3005" w:rsidRDefault="00000000">
            <w:pPr>
              <w:spacing w:line="240" w:lineRule="auto"/>
              <w:jc w:val="center"/>
            </w:pPr>
            <w:r>
              <w:rPr>
                <w:sz w:val="15"/>
              </w:rPr>
              <w:t>2017</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C936C00" w14:textId="77777777" w:rsidR="003B3005" w:rsidRDefault="00000000">
            <w:pPr>
              <w:spacing w:line="240" w:lineRule="auto"/>
              <w:jc w:val="center"/>
            </w:pPr>
            <w:r>
              <w:rPr>
                <w:sz w:val="15"/>
              </w:rPr>
              <w:t>13</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EA3499D"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4BF16A" w14:textId="77777777" w:rsidR="003B3005" w:rsidRDefault="00000000">
            <w:pPr>
              <w:spacing w:line="240" w:lineRule="auto"/>
              <w:jc w:val="center"/>
            </w:pPr>
            <w:r>
              <w:rPr>
                <w:sz w:val="15"/>
              </w:rPr>
              <w:t>Counts only</w:t>
            </w:r>
          </w:p>
        </w:tc>
      </w:tr>
      <w:tr w:rsidR="003B3005" w14:paraId="50882EF0"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39E1CE8"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C7F834" w14:textId="77777777" w:rsidR="003B3005" w:rsidRDefault="00000000">
            <w:pPr>
              <w:spacing w:line="240" w:lineRule="auto"/>
              <w:jc w:val="center"/>
            </w:pPr>
            <w:r>
              <w:rPr>
                <w:sz w:val="15"/>
              </w:rPr>
              <w:t>2018</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89A965" w14:textId="77777777" w:rsidR="003B3005" w:rsidRDefault="00000000">
            <w:pPr>
              <w:spacing w:line="240" w:lineRule="auto"/>
              <w:jc w:val="center"/>
            </w:pPr>
            <w:r>
              <w:rPr>
                <w:sz w:val="15"/>
              </w:rPr>
              <w:t>Suppressed</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13484F9"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DE12E8" w14:textId="77777777" w:rsidR="003B3005" w:rsidRDefault="00000000">
            <w:pPr>
              <w:spacing w:line="240" w:lineRule="auto"/>
              <w:jc w:val="center"/>
            </w:pPr>
            <w:r>
              <w:rPr>
                <w:sz w:val="15"/>
              </w:rPr>
              <w:t>Counts only</w:t>
            </w:r>
          </w:p>
        </w:tc>
      </w:tr>
      <w:tr w:rsidR="003B3005" w14:paraId="76337167"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7D932B"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839443" w14:textId="77777777" w:rsidR="003B3005" w:rsidRDefault="00000000">
            <w:pPr>
              <w:spacing w:line="240" w:lineRule="auto"/>
              <w:jc w:val="center"/>
            </w:pPr>
            <w:r>
              <w:rPr>
                <w:sz w:val="15"/>
              </w:rPr>
              <w:t>2019</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9DBBEA7" w14:textId="77777777" w:rsidR="003B3005" w:rsidRDefault="00000000">
            <w:pPr>
              <w:spacing w:line="240" w:lineRule="auto"/>
              <w:jc w:val="center"/>
            </w:pPr>
            <w:r>
              <w:rPr>
                <w:sz w:val="15"/>
              </w:rPr>
              <w:t>Suppressed</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E2E1795"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94BA631" w14:textId="77777777" w:rsidR="003B3005" w:rsidRDefault="00000000">
            <w:pPr>
              <w:spacing w:line="240" w:lineRule="auto"/>
              <w:jc w:val="center"/>
            </w:pPr>
            <w:r>
              <w:rPr>
                <w:sz w:val="15"/>
              </w:rPr>
              <w:t>Counts only</w:t>
            </w:r>
          </w:p>
        </w:tc>
      </w:tr>
      <w:tr w:rsidR="003B3005" w14:paraId="355D21EA"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E9260D3" w14:textId="77777777" w:rsidR="003B3005" w:rsidRDefault="00000000">
            <w:pPr>
              <w:spacing w:line="240" w:lineRule="auto"/>
            </w:pPr>
            <w:r>
              <w:rPr>
                <w:sz w:val="15"/>
              </w:rPr>
              <w:t>Bridged-race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99416A" w14:textId="77777777" w:rsidR="003B3005" w:rsidRDefault="00000000">
            <w:pPr>
              <w:spacing w:line="240" w:lineRule="auto"/>
              <w:jc w:val="center"/>
            </w:pPr>
            <w:r>
              <w:rPr>
                <w:sz w:val="15"/>
              </w:rPr>
              <w:t>2020</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26F5347" w14:textId="77777777" w:rsidR="003B3005" w:rsidRDefault="00000000">
            <w:pPr>
              <w:spacing w:line="240" w:lineRule="auto"/>
              <w:jc w:val="center"/>
            </w:pPr>
            <w:r>
              <w:rPr>
                <w:sz w:val="15"/>
              </w:rPr>
              <w:t>13</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DAA77B"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657E79C" w14:textId="77777777" w:rsidR="003B3005" w:rsidRDefault="00000000">
            <w:pPr>
              <w:spacing w:line="240" w:lineRule="auto"/>
              <w:jc w:val="center"/>
            </w:pPr>
            <w:r>
              <w:rPr>
                <w:sz w:val="15"/>
              </w:rPr>
              <w:t>Counts only</w:t>
            </w:r>
          </w:p>
        </w:tc>
      </w:tr>
      <w:tr w:rsidR="003B3005" w14:paraId="5D911AA0"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0EAEA78" w14:textId="77777777" w:rsidR="003B3005" w:rsidRDefault="00000000">
            <w:pPr>
              <w:spacing w:line="240" w:lineRule="auto"/>
            </w:pPr>
            <w:r>
              <w:rPr>
                <w:sz w:val="15"/>
              </w:rPr>
              <w:t>Single-race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F31DCFA" w14:textId="77777777" w:rsidR="003B3005" w:rsidRDefault="00000000">
            <w:pPr>
              <w:spacing w:line="240" w:lineRule="auto"/>
              <w:jc w:val="center"/>
            </w:pPr>
            <w:r>
              <w:rPr>
                <w:sz w:val="15"/>
              </w:rPr>
              <w:t>2018</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6F7456E" w14:textId="77777777" w:rsidR="003B3005" w:rsidRDefault="00000000">
            <w:pPr>
              <w:spacing w:line="240" w:lineRule="auto"/>
              <w:jc w:val="center"/>
            </w:pPr>
            <w:r>
              <w:rPr>
                <w:sz w:val="15"/>
              </w:rPr>
              <w:t>Suppressed</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72F41F0"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B0157C6" w14:textId="77777777" w:rsidR="003B3005" w:rsidRDefault="00000000">
            <w:pPr>
              <w:spacing w:line="240" w:lineRule="auto"/>
              <w:jc w:val="center"/>
            </w:pPr>
            <w:r>
              <w:rPr>
                <w:sz w:val="15"/>
              </w:rPr>
              <w:t>Counts only</w:t>
            </w:r>
          </w:p>
        </w:tc>
      </w:tr>
      <w:tr w:rsidR="003B3005" w14:paraId="4F52BED1"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2B741D8" w14:textId="77777777" w:rsidR="003B3005" w:rsidRDefault="00000000">
            <w:pPr>
              <w:spacing w:line="240" w:lineRule="auto"/>
            </w:pPr>
            <w:r>
              <w:rPr>
                <w:sz w:val="15"/>
              </w:rPr>
              <w:t>Single-race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B65CD83" w14:textId="77777777" w:rsidR="003B3005" w:rsidRDefault="00000000">
            <w:pPr>
              <w:spacing w:line="240" w:lineRule="auto"/>
              <w:jc w:val="center"/>
            </w:pPr>
            <w:r>
              <w:rPr>
                <w:sz w:val="15"/>
              </w:rPr>
              <w:t>2019</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8A16D2" w14:textId="77777777" w:rsidR="003B3005" w:rsidRDefault="00000000">
            <w:pPr>
              <w:spacing w:line="240" w:lineRule="auto"/>
              <w:jc w:val="center"/>
            </w:pPr>
            <w:r>
              <w:rPr>
                <w:sz w:val="15"/>
              </w:rPr>
              <w:t>Suppressed</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B9A5646"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AEC890F" w14:textId="77777777" w:rsidR="003B3005" w:rsidRDefault="00000000">
            <w:pPr>
              <w:spacing w:line="240" w:lineRule="auto"/>
              <w:jc w:val="center"/>
            </w:pPr>
            <w:r>
              <w:rPr>
                <w:sz w:val="15"/>
              </w:rPr>
              <w:t>Counts only</w:t>
            </w:r>
          </w:p>
        </w:tc>
      </w:tr>
      <w:tr w:rsidR="003B3005" w14:paraId="45ED9C9A"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6F44DF" w14:textId="77777777" w:rsidR="003B3005" w:rsidRDefault="00000000">
            <w:pPr>
              <w:spacing w:line="240" w:lineRule="auto"/>
            </w:pPr>
            <w:r>
              <w:rPr>
                <w:sz w:val="15"/>
              </w:rPr>
              <w:t>Single-race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BB1FCE6" w14:textId="77777777" w:rsidR="003B3005" w:rsidRDefault="00000000">
            <w:pPr>
              <w:spacing w:line="240" w:lineRule="auto"/>
              <w:jc w:val="center"/>
            </w:pPr>
            <w:r>
              <w:rPr>
                <w:sz w:val="15"/>
              </w:rPr>
              <w:t>2020</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63FCDE2" w14:textId="77777777" w:rsidR="003B3005" w:rsidRDefault="00000000">
            <w:pPr>
              <w:spacing w:line="240" w:lineRule="auto"/>
              <w:jc w:val="center"/>
            </w:pPr>
            <w:r>
              <w:rPr>
                <w:sz w:val="15"/>
              </w:rPr>
              <w:t>13</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CA3822"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0D852CF" w14:textId="77777777" w:rsidR="003B3005" w:rsidRDefault="00000000">
            <w:pPr>
              <w:spacing w:line="240" w:lineRule="auto"/>
              <w:jc w:val="center"/>
            </w:pPr>
            <w:r>
              <w:rPr>
                <w:sz w:val="15"/>
              </w:rPr>
              <w:t>Counts only</w:t>
            </w:r>
          </w:p>
        </w:tc>
      </w:tr>
      <w:tr w:rsidR="003B3005" w14:paraId="17902CE8"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79D8BC6" w14:textId="77777777" w:rsidR="003B3005" w:rsidRDefault="00000000">
            <w:pPr>
              <w:spacing w:line="240" w:lineRule="auto"/>
            </w:pPr>
            <w:r>
              <w:rPr>
                <w:sz w:val="15"/>
              </w:rPr>
              <w:t>Single-race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207FDE1" w14:textId="77777777" w:rsidR="003B3005" w:rsidRDefault="00000000">
            <w:pPr>
              <w:spacing w:line="240" w:lineRule="auto"/>
              <w:jc w:val="center"/>
            </w:pPr>
            <w:r>
              <w:rPr>
                <w:sz w:val="15"/>
              </w:rPr>
              <w:t>2021</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A35724" w14:textId="77777777" w:rsidR="003B3005" w:rsidRDefault="00000000">
            <w:pPr>
              <w:spacing w:line="240" w:lineRule="auto"/>
              <w:jc w:val="center"/>
            </w:pPr>
            <w:r>
              <w:rPr>
                <w:sz w:val="15"/>
              </w:rPr>
              <w:t>14</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52AE9D"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F017FCA" w14:textId="77777777" w:rsidR="003B3005" w:rsidRDefault="00000000">
            <w:pPr>
              <w:spacing w:line="240" w:lineRule="auto"/>
              <w:jc w:val="center"/>
            </w:pPr>
            <w:r>
              <w:rPr>
                <w:sz w:val="15"/>
              </w:rPr>
              <w:t>Counts only</w:t>
            </w:r>
          </w:p>
        </w:tc>
      </w:tr>
      <w:tr w:rsidR="003B3005" w14:paraId="70E878D0"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1178B2D" w14:textId="77777777" w:rsidR="003B3005" w:rsidRDefault="00000000">
            <w:pPr>
              <w:spacing w:line="240" w:lineRule="auto"/>
            </w:pPr>
            <w:r>
              <w:rPr>
                <w:sz w:val="15"/>
              </w:rPr>
              <w:t>Single-race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F42F2BC" w14:textId="77777777" w:rsidR="003B3005" w:rsidRDefault="00000000">
            <w:pPr>
              <w:spacing w:line="240" w:lineRule="auto"/>
              <w:jc w:val="center"/>
            </w:pPr>
            <w:r>
              <w:rPr>
                <w:sz w:val="15"/>
              </w:rPr>
              <w:t>2022</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66ED06" w14:textId="77777777" w:rsidR="003B3005" w:rsidRDefault="00000000">
            <w:pPr>
              <w:spacing w:line="240" w:lineRule="auto"/>
              <w:jc w:val="center"/>
            </w:pPr>
            <w:r>
              <w:rPr>
                <w:sz w:val="15"/>
              </w:rPr>
              <w:t>13</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59FF5CB"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A534D4" w14:textId="77777777" w:rsidR="003B3005" w:rsidRDefault="00000000">
            <w:pPr>
              <w:spacing w:line="240" w:lineRule="auto"/>
              <w:jc w:val="center"/>
            </w:pPr>
            <w:r>
              <w:rPr>
                <w:sz w:val="15"/>
              </w:rPr>
              <w:t>Counts only</w:t>
            </w:r>
          </w:p>
        </w:tc>
      </w:tr>
      <w:tr w:rsidR="003B3005" w14:paraId="2FC42AF0"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16FAE90" w14:textId="77777777" w:rsidR="003B3005" w:rsidRDefault="00000000">
            <w:pPr>
              <w:spacing w:line="240" w:lineRule="auto"/>
            </w:pPr>
            <w:r>
              <w:rPr>
                <w:sz w:val="15"/>
              </w:rPr>
              <w:t>Single-race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4888C79" w14:textId="77777777" w:rsidR="003B3005" w:rsidRDefault="00000000">
            <w:pPr>
              <w:spacing w:line="240" w:lineRule="auto"/>
              <w:jc w:val="center"/>
            </w:pPr>
            <w:r>
              <w:rPr>
                <w:sz w:val="15"/>
              </w:rPr>
              <w:t>2023</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581E6B6" w14:textId="77777777" w:rsidR="003B3005" w:rsidRDefault="00000000">
            <w:pPr>
              <w:spacing w:line="240" w:lineRule="auto"/>
              <w:jc w:val="center"/>
            </w:pPr>
            <w:r>
              <w:rPr>
                <w:sz w:val="15"/>
              </w:rPr>
              <w:t>21</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37C850C"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B08E84A" w14:textId="77777777" w:rsidR="003B3005" w:rsidRDefault="00000000">
            <w:pPr>
              <w:spacing w:line="240" w:lineRule="auto"/>
              <w:jc w:val="center"/>
            </w:pPr>
            <w:r>
              <w:rPr>
                <w:sz w:val="15"/>
              </w:rPr>
              <w:t>Counts only</w:t>
            </w:r>
          </w:p>
        </w:tc>
      </w:tr>
      <w:tr w:rsidR="003B3005" w14:paraId="3145C5E5" w14:textId="77777777">
        <w:trPr>
          <w:cantSplit/>
          <w:jc w:val="center"/>
        </w:trPr>
        <w:tc>
          <w:tcPr>
            <w:tcW w:w="1152"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AFFAAE" w14:textId="77777777" w:rsidR="003B3005" w:rsidRDefault="00000000">
            <w:pPr>
              <w:spacing w:line="240" w:lineRule="auto"/>
            </w:pPr>
            <w:r>
              <w:rPr>
                <w:sz w:val="15"/>
              </w:rPr>
              <w:t>Single-race database</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1308F3E" w14:textId="77777777" w:rsidR="003B3005" w:rsidRDefault="00000000">
            <w:pPr>
              <w:spacing w:line="240" w:lineRule="auto"/>
              <w:jc w:val="center"/>
            </w:pPr>
            <w:r>
              <w:rPr>
                <w:sz w:val="15"/>
              </w:rPr>
              <w:t>2024</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F439E8" w14:textId="77777777" w:rsidR="003B3005" w:rsidRDefault="00000000">
            <w:pPr>
              <w:spacing w:line="240" w:lineRule="auto"/>
              <w:jc w:val="center"/>
            </w:pPr>
            <w:r>
              <w:rPr>
                <w:sz w:val="15"/>
              </w:rPr>
              <w:t>11</w:t>
            </w:r>
          </w:p>
        </w:tc>
        <w:tc>
          <w:tcPr>
            <w:tcW w:w="2231"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5E40D7" w14:textId="77777777" w:rsidR="003B3005" w:rsidRDefault="00000000">
            <w:pPr>
              <w:spacing w:line="240" w:lineRule="auto"/>
              <w:jc w:val="center"/>
            </w:pPr>
            <w:r>
              <w:rPr>
                <w:sz w:val="15"/>
              </w:rPr>
              <w:t>Not applicable</w:t>
            </w:r>
          </w:p>
        </w:tc>
        <w:tc>
          <w:tcPr>
            <w:tcW w:w="1583"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CEA3D7E" w14:textId="77777777" w:rsidR="003B3005" w:rsidRDefault="00000000">
            <w:pPr>
              <w:spacing w:line="240" w:lineRule="auto"/>
              <w:jc w:val="center"/>
            </w:pPr>
            <w:r>
              <w:rPr>
                <w:sz w:val="15"/>
              </w:rPr>
              <w:t>Counts only</w:t>
            </w:r>
          </w:p>
        </w:tc>
      </w:tr>
    </w:tbl>
    <w:p w14:paraId="5CC5A1BB" w14:textId="77777777" w:rsidR="003B3005" w:rsidRDefault="00000000">
      <w:pPr>
        <w:pStyle w:val="Heading2"/>
        <w:spacing w:before="0" w:line="240" w:lineRule="auto"/>
      </w:pPr>
      <w:r>
        <w:rPr>
          <w:rFonts w:ascii="Times New Roman" w:eastAsia="Times New Roman" w:hAnsi="Times New Roman"/>
          <w:sz w:val="24"/>
        </w:rPr>
        <w:t>Supplementary Table S27. Race-by-Hispanic-origin Not Stated counts assessment</w:t>
      </w:r>
    </w:p>
    <w:tbl>
      <w:tblPr>
        <w:tblW w:w="5000" w:type="pct"/>
        <w:jc w:val="center"/>
        <w:tblLayout w:type="fixed"/>
        <w:tblLook w:val="04A0" w:firstRow="1" w:lastRow="0" w:firstColumn="1" w:lastColumn="0" w:noHBand="0" w:noVBand="1"/>
      </w:tblPr>
      <w:tblGrid>
        <w:gridCol w:w="3968"/>
        <w:gridCol w:w="1731"/>
        <w:gridCol w:w="3751"/>
      </w:tblGrid>
      <w:tr w:rsidR="003B3005" w14:paraId="1AE2BEB7" w14:textId="77777777">
        <w:trPr>
          <w:cantSplit/>
          <w:tblHeader/>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4DA5DF9" w14:textId="77777777" w:rsidR="003B3005" w:rsidRDefault="00000000">
            <w:pPr>
              <w:spacing w:line="240" w:lineRule="auto"/>
            </w:pPr>
            <w:r>
              <w:rPr>
                <w:b/>
                <w:sz w:val="15"/>
              </w:rPr>
              <w:t>Database era</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853E788" w14:textId="77777777" w:rsidR="003B3005" w:rsidRDefault="00000000">
            <w:pPr>
              <w:spacing w:line="240" w:lineRule="auto"/>
              <w:jc w:val="center"/>
            </w:pPr>
            <w:r>
              <w:rPr>
                <w:b/>
                <w:sz w:val="15"/>
              </w:rPr>
              <w:t>Race category</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5E63095" w14:textId="77777777" w:rsidR="003B3005" w:rsidRDefault="00000000">
            <w:pPr>
              <w:spacing w:line="240" w:lineRule="auto"/>
              <w:jc w:val="center"/>
            </w:pPr>
            <w:r>
              <w:rPr>
                <w:b/>
                <w:sz w:val="15"/>
              </w:rPr>
              <w:t>Deaths</w:t>
            </w:r>
          </w:p>
        </w:tc>
      </w:tr>
      <w:tr w:rsidR="003B3005" w14:paraId="0C75B26C"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7BB2C41" w14:textId="77777777" w:rsidR="003B3005" w:rsidRDefault="00000000">
            <w:pPr>
              <w:spacing w:line="240" w:lineRule="auto"/>
            </w:pPr>
            <w:r>
              <w:rPr>
                <w:sz w:val="15"/>
              </w:rPr>
              <w:t>1999-2020 bridged race</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29D6ED0" w14:textId="77777777" w:rsidR="003B3005" w:rsidRDefault="00000000">
            <w:pPr>
              <w:spacing w:line="240" w:lineRule="auto"/>
              <w:jc w:val="center"/>
            </w:pPr>
            <w:r>
              <w:rPr>
                <w:sz w:val="15"/>
              </w:rPr>
              <w:t>American Indian or Alaska Native</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CB0FA0D" w14:textId="77777777" w:rsidR="003B3005" w:rsidRDefault="00000000">
            <w:pPr>
              <w:spacing w:line="240" w:lineRule="auto"/>
              <w:jc w:val="center"/>
            </w:pPr>
            <w:r>
              <w:rPr>
                <w:sz w:val="15"/>
              </w:rPr>
              <w:t>Suppressed</w:t>
            </w:r>
          </w:p>
        </w:tc>
      </w:tr>
      <w:tr w:rsidR="003B3005" w14:paraId="15A5A30C"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A4A89B7" w14:textId="77777777" w:rsidR="003B3005" w:rsidRDefault="00000000">
            <w:pPr>
              <w:spacing w:line="240" w:lineRule="auto"/>
            </w:pPr>
            <w:r>
              <w:rPr>
                <w:sz w:val="15"/>
              </w:rPr>
              <w:t>1999-2020 bridged race</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891F8F6" w14:textId="77777777" w:rsidR="003B3005" w:rsidRDefault="00000000">
            <w:pPr>
              <w:spacing w:line="240" w:lineRule="auto"/>
              <w:jc w:val="center"/>
            </w:pPr>
            <w:r>
              <w:rPr>
                <w:sz w:val="15"/>
              </w:rPr>
              <w:t>Asian or Pacific Islander</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308DA25" w14:textId="77777777" w:rsidR="003B3005" w:rsidRDefault="00000000">
            <w:pPr>
              <w:spacing w:line="240" w:lineRule="auto"/>
              <w:jc w:val="center"/>
            </w:pPr>
            <w:r>
              <w:rPr>
                <w:sz w:val="15"/>
              </w:rPr>
              <w:t>Suppressed</w:t>
            </w:r>
          </w:p>
        </w:tc>
      </w:tr>
      <w:tr w:rsidR="003B3005" w14:paraId="4A06DD7C"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E6CC287" w14:textId="77777777" w:rsidR="003B3005" w:rsidRDefault="00000000">
            <w:pPr>
              <w:spacing w:line="240" w:lineRule="auto"/>
            </w:pPr>
            <w:r>
              <w:rPr>
                <w:sz w:val="15"/>
              </w:rPr>
              <w:t>1999-2020 bridged race</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D6F6D3C" w14:textId="77777777" w:rsidR="003B3005" w:rsidRDefault="00000000">
            <w:pPr>
              <w:spacing w:line="240" w:lineRule="auto"/>
              <w:jc w:val="center"/>
            </w:pPr>
            <w:r>
              <w:rPr>
                <w:sz w:val="15"/>
              </w:rPr>
              <w:t>Black or African American</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BE9FD7" w14:textId="77777777" w:rsidR="003B3005" w:rsidRDefault="00000000">
            <w:pPr>
              <w:spacing w:line="240" w:lineRule="auto"/>
              <w:jc w:val="center"/>
            </w:pPr>
            <w:r>
              <w:rPr>
                <w:sz w:val="15"/>
              </w:rPr>
              <w:t>25</w:t>
            </w:r>
          </w:p>
        </w:tc>
      </w:tr>
      <w:tr w:rsidR="003B3005" w14:paraId="0A756E56"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046BCAD9" w14:textId="77777777" w:rsidR="003B3005" w:rsidRDefault="00000000">
            <w:pPr>
              <w:spacing w:line="240" w:lineRule="auto"/>
            </w:pPr>
            <w:r>
              <w:rPr>
                <w:sz w:val="15"/>
              </w:rPr>
              <w:t>1999-2020 bridged race</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51906B" w14:textId="77777777" w:rsidR="003B3005" w:rsidRDefault="00000000">
            <w:pPr>
              <w:spacing w:line="240" w:lineRule="auto"/>
              <w:jc w:val="center"/>
            </w:pPr>
            <w:r>
              <w:rPr>
                <w:sz w:val="15"/>
              </w:rPr>
              <w:t>White</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721E2B70" w14:textId="77777777" w:rsidR="003B3005" w:rsidRDefault="00000000">
            <w:pPr>
              <w:spacing w:line="240" w:lineRule="auto"/>
              <w:jc w:val="center"/>
            </w:pPr>
            <w:r>
              <w:rPr>
                <w:sz w:val="15"/>
              </w:rPr>
              <w:t>101</w:t>
            </w:r>
          </w:p>
        </w:tc>
      </w:tr>
      <w:tr w:rsidR="003B3005" w14:paraId="72CF85C6"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56169C74" w14:textId="77777777" w:rsidR="003B3005" w:rsidRDefault="00000000">
            <w:pPr>
              <w:spacing w:line="240" w:lineRule="auto"/>
            </w:pPr>
            <w:r>
              <w:rPr>
                <w:sz w:val="15"/>
              </w:rPr>
              <w:t>2021-2024 single race</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C7CE55C" w14:textId="77777777" w:rsidR="003B3005" w:rsidRDefault="00000000">
            <w:pPr>
              <w:spacing w:line="240" w:lineRule="auto"/>
              <w:jc w:val="center"/>
            </w:pPr>
            <w:r>
              <w:rPr>
                <w:sz w:val="15"/>
              </w:rPr>
              <w:t>American Indian or Alaska Native</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77BE62" w14:textId="77777777" w:rsidR="003B3005" w:rsidRDefault="00000000">
            <w:pPr>
              <w:spacing w:line="240" w:lineRule="auto"/>
              <w:jc w:val="center"/>
            </w:pPr>
            <w:r>
              <w:rPr>
                <w:sz w:val="15"/>
              </w:rPr>
              <w:t>0</w:t>
            </w:r>
          </w:p>
        </w:tc>
      </w:tr>
      <w:tr w:rsidR="003B3005" w14:paraId="3458C43E"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E4BE468" w14:textId="77777777" w:rsidR="003B3005" w:rsidRDefault="00000000">
            <w:pPr>
              <w:spacing w:line="240" w:lineRule="auto"/>
            </w:pPr>
            <w:r>
              <w:rPr>
                <w:sz w:val="15"/>
              </w:rPr>
              <w:t>2021-2024 single race</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863DC6" w14:textId="77777777" w:rsidR="003B3005" w:rsidRDefault="00000000">
            <w:pPr>
              <w:spacing w:line="240" w:lineRule="auto"/>
              <w:jc w:val="center"/>
            </w:pPr>
            <w:r>
              <w:rPr>
                <w:sz w:val="15"/>
              </w:rPr>
              <w:t>Asian</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FCC686" w14:textId="77777777" w:rsidR="003B3005" w:rsidRDefault="00000000">
            <w:pPr>
              <w:spacing w:line="240" w:lineRule="auto"/>
              <w:jc w:val="center"/>
            </w:pPr>
            <w:r>
              <w:rPr>
                <w:sz w:val="15"/>
              </w:rPr>
              <w:t>Suppressed</w:t>
            </w:r>
          </w:p>
        </w:tc>
      </w:tr>
      <w:tr w:rsidR="003B3005" w14:paraId="052946BB"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C6D55E4" w14:textId="77777777" w:rsidR="003B3005" w:rsidRDefault="00000000">
            <w:pPr>
              <w:spacing w:line="240" w:lineRule="auto"/>
            </w:pPr>
            <w:r>
              <w:rPr>
                <w:sz w:val="15"/>
              </w:rPr>
              <w:t>2021-2024 single race</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84DDBA" w14:textId="77777777" w:rsidR="003B3005" w:rsidRDefault="00000000">
            <w:pPr>
              <w:spacing w:line="240" w:lineRule="auto"/>
              <w:jc w:val="center"/>
            </w:pPr>
            <w:r>
              <w:rPr>
                <w:sz w:val="15"/>
              </w:rPr>
              <w:t>Black or African American</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93AF081" w14:textId="77777777" w:rsidR="003B3005" w:rsidRDefault="00000000">
            <w:pPr>
              <w:spacing w:line="240" w:lineRule="auto"/>
              <w:jc w:val="center"/>
            </w:pPr>
            <w:r>
              <w:rPr>
                <w:sz w:val="15"/>
              </w:rPr>
              <w:t>Suppressed</w:t>
            </w:r>
          </w:p>
        </w:tc>
      </w:tr>
      <w:tr w:rsidR="003B3005" w14:paraId="43A7D593"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B8B1A73" w14:textId="77777777" w:rsidR="003B3005" w:rsidRDefault="00000000">
            <w:pPr>
              <w:spacing w:line="240" w:lineRule="auto"/>
            </w:pPr>
            <w:r>
              <w:rPr>
                <w:sz w:val="15"/>
              </w:rPr>
              <w:t>2021-2024 single race</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42826F31" w14:textId="77777777" w:rsidR="003B3005" w:rsidRDefault="00000000">
            <w:pPr>
              <w:spacing w:line="240" w:lineRule="auto"/>
              <w:jc w:val="center"/>
            </w:pPr>
            <w:r>
              <w:rPr>
                <w:sz w:val="15"/>
              </w:rPr>
              <w:t>Native Hawaiian or Other Pacific Islander</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0F0743C" w14:textId="77777777" w:rsidR="003B3005" w:rsidRDefault="00000000">
            <w:pPr>
              <w:spacing w:line="240" w:lineRule="auto"/>
              <w:jc w:val="center"/>
            </w:pPr>
            <w:r>
              <w:rPr>
                <w:sz w:val="15"/>
              </w:rPr>
              <w:t>0</w:t>
            </w:r>
          </w:p>
        </w:tc>
      </w:tr>
      <w:tr w:rsidR="003B3005" w14:paraId="596BF452"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8B92F96" w14:textId="77777777" w:rsidR="003B3005" w:rsidRDefault="00000000">
            <w:pPr>
              <w:spacing w:line="240" w:lineRule="auto"/>
            </w:pPr>
            <w:r>
              <w:rPr>
                <w:sz w:val="15"/>
              </w:rPr>
              <w:t>2021-2024 single race</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3635667" w14:textId="77777777" w:rsidR="003B3005" w:rsidRDefault="00000000">
            <w:pPr>
              <w:spacing w:line="240" w:lineRule="auto"/>
              <w:jc w:val="center"/>
            </w:pPr>
            <w:r>
              <w:rPr>
                <w:sz w:val="15"/>
              </w:rPr>
              <w:t>White</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4F656C7" w14:textId="77777777" w:rsidR="003B3005" w:rsidRDefault="00000000">
            <w:pPr>
              <w:spacing w:line="240" w:lineRule="auto"/>
              <w:jc w:val="center"/>
            </w:pPr>
            <w:r>
              <w:rPr>
                <w:sz w:val="15"/>
              </w:rPr>
              <w:t>50</w:t>
            </w:r>
          </w:p>
        </w:tc>
      </w:tr>
      <w:tr w:rsidR="003B3005" w14:paraId="17548CA4" w14:textId="77777777">
        <w:trPr>
          <w:cantSplit/>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1D88DA70" w14:textId="77777777" w:rsidR="003B3005" w:rsidRDefault="00000000">
            <w:pPr>
              <w:spacing w:line="240" w:lineRule="auto"/>
            </w:pPr>
            <w:r>
              <w:rPr>
                <w:sz w:val="15"/>
              </w:rPr>
              <w:t>2021-2024 single race</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630BCB4" w14:textId="77777777" w:rsidR="003B3005" w:rsidRDefault="00000000">
            <w:pPr>
              <w:spacing w:line="240" w:lineRule="auto"/>
              <w:jc w:val="center"/>
            </w:pPr>
            <w:r>
              <w:rPr>
                <w:sz w:val="15"/>
              </w:rPr>
              <w:t>More than one race</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6C3F9D7" w14:textId="77777777" w:rsidR="003B3005" w:rsidRDefault="00000000">
            <w:pPr>
              <w:spacing w:line="240" w:lineRule="auto"/>
              <w:jc w:val="center"/>
            </w:pPr>
            <w:r>
              <w:rPr>
                <w:sz w:val="15"/>
              </w:rPr>
              <w:t>0</w:t>
            </w:r>
          </w:p>
        </w:tc>
      </w:tr>
    </w:tbl>
    <w:p w14:paraId="21A439C2" w14:textId="77777777" w:rsidR="003B3005" w:rsidRDefault="00000000">
      <w:pPr>
        <w:pStyle w:val="Heading2"/>
        <w:spacing w:before="0" w:line="240" w:lineRule="auto"/>
      </w:pPr>
      <w:r>
        <w:rPr>
          <w:rFonts w:ascii="Times New Roman" w:eastAsia="Times New Roman" w:hAnsi="Times New Roman"/>
          <w:sz w:val="24"/>
        </w:rPr>
        <w:t>Supplementary Table S28. STROBE and RECORD reporting checklist</w:t>
      </w:r>
    </w:p>
    <w:tbl>
      <w:tblPr>
        <w:tblW w:w="5000" w:type="pct"/>
        <w:jc w:val="center"/>
        <w:tblLayout w:type="fixed"/>
        <w:tblLook w:val="04A0" w:firstRow="1" w:lastRow="0" w:firstColumn="1" w:lastColumn="0" w:noHBand="0" w:noVBand="1"/>
      </w:tblPr>
      <w:tblGrid>
        <w:gridCol w:w="3968"/>
        <w:gridCol w:w="1731"/>
        <w:gridCol w:w="3751"/>
      </w:tblGrid>
      <w:tr w:rsidR="003B3005" w14:paraId="328E77EF" w14:textId="77777777">
        <w:trPr>
          <w:cantSplit/>
          <w:tblHeader/>
          <w:jc w:val="center"/>
        </w:trPr>
        <w:tc>
          <w:tcPr>
            <w:tcW w:w="3960"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34489A93" w14:textId="77777777" w:rsidR="003B3005" w:rsidRDefault="00000000">
            <w:pPr>
              <w:spacing w:line="240" w:lineRule="auto"/>
            </w:pPr>
            <w:r>
              <w:rPr>
                <w:b/>
                <w:sz w:val="15"/>
              </w:rPr>
              <w:t>Checklist item</w:t>
            </w:r>
          </w:p>
        </w:tc>
        <w:tc>
          <w:tcPr>
            <w:tcW w:w="1728"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605EBDBC" w14:textId="77777777" w:rsidR="003B3005" w:rsidRDefault="00000000">
            <w:pPr>
              <w:spacing w:line="240" w:lineRule="auto"/>
              <w:jc w:val="center"/>
            </w:pPr>
            <w:r>
              <w:rPr>
                <w:b/>
                <w:sz w:val="15"/>
              </w:rPr>
              <w:t>Reporting requirement</w:t>
            </w:r>
          </w:p>
        </w:tc>
        <w:tc>
          <w:tcPr>
            <w:tcW w:w="3744" w:type="dxa"/>
            <w:tcBorders>
              <w:top w:val="single" w:sz="4" w:space="0" w:color="000000"/>
              <w:left w:val="nil"/>
              <w:bottom w:val="single" w:sz="4" w:space="0" w:color="000000"/>
              <w:right w:val="nil"/>
            </w:tcBorders>
            <w:tcMar>
              <w:top w:w="35" w:type="dxa"/>
              <w:left w:w="45" w:type="dxa"/>
              <w:bottom w:w="35" w:type="dxa"/>
              <w:right w:w="45" w:type="dxa"/>
            </w:tcMar>
            <w:vAlign w:val="center"/>
          </w:tcPr>
          <w:p w14:paraId="2DA1C850" w14:textId="77777777" w:rsidR="003B3005" w:rsidRDefault="00000000">
            <w:pPr>
              <w:spacing w:line="240" w:lineRule="auto"/>
              <w:jc w:val="center"/>
            </w:pPr>
            <w:r>
              <w:rPr>
                <w:b/>
                <w:sz w:val="15"/>
              </w:rPr>
              <w:t>Location in manuscript or supplement</w:t>
            </w:r>
          </w:p>
        </w:tc>
      </w:tr>
      <w:tr w:rsidR="003B3005" w14:paraId="4BAA9CF8" w14:textId="77777777">
        <w:trPr>
          <w:cantSplit/>
          <w:jc w:val="center"/>
        </w:trPr>
        <w:tc>
          <w:tcPr>
            <w:tcW w:w="3960" w:type="dxa"/>
            <w:tcMar>
              <w:top w:w="35" w:type="dxa"/>
              <w:left w:w="45" w:type="dxa"/>
              <w:bottom w:w="35" w:type="dxa"/>
              <w:right w:w="45" w:type="dxa"/>
            </w:tcMar>
            <w:vAlign w:val="center"/>
            <w:tcBorders>
              <w:left w:val="nil"/>
              <w:right w:val="nil"/>
            </w:tcBorders>
          </w:tcPr>
          <w:p w14:paraId="1E9BE19F" w14:textId="77777777" w:rsidR="003B3005" w:rsidRDefault="00000000">
            <w:pPr>
              <w:spacing w:line="240" w:lineRule="auto"/>
            </w:pPr>
            <w:r>
              <w:rPr>
                <w:sz w:val="15"/>
              </w:rPr>
              <w:t>STROBE 1</w:t>
            </w:r>
          </w:p>
        </w:tc>
        <w:tc>
          <w:tcPr>
            <w:tcW w:w="1728" w:type="dxa"/>
            <w:tcMar>
              <w:top w:w="35" w:type="dxa"/>
              <w:left w:w="45" w:type="dxa"/>
              <w:bottom w:w="35" w:type="dxa"/>
              <w:right w:w="45" w:type="dxa"/>
            </w:tcMar>
            <w:vAlign w:val="center"/>
            <w:tcBorders>
              <w:left w:val="nil"/>
              <w:right w:val="nil"/>
            </w:tcBorders>
          </w:tcPr>
          <w:p w14:paraId="5D2B4369" w14:textId="77777777" w:rsidR="003B3005" w:rsidRDefault="00000000">
            <w:pPr>
              <w:spacing w:line="240" w:lineRule="auto"/>
              <w:jc w:val="center"/>
            </w:pPr>
            <w:r>
              <w:rPr>
                <w:sz w:val="15"/>
              </w:rPr>
              <w:t>Identify design and provide an informative summary</w:t>
            </w:r>
          </w:p>
        </w:tc>
        <w:tc>
          <w:tcPr>
            <w:tcW w:w="3744" w:type="dxa"/>
            <w:tcMar>
              <w:top w:w="35" w:type="dxa"/>
              <w:left w:w="45" w:type="dxa"/>
              <w:bottom w:w="35" w:type="dxa"/>
              <w:right w:w="45" w:type="dxa"/>
            </w:tcMar>
            <w:vAlign w:val="center"/>
            <w:tcBorders>
              <w:left w:val="nil"/>
              <w:right w:val="nil"/>
            </w:tcBorders>
          </w:tcPr>
          <w:p w14:paraId="5FC60B41" w14:textId="77777777" w:rsidR="003B3005" w:rsidRDefault="00000000">
            <w:pPr>
              <w:spacing w:line="240" w:lineRule="auto"/>
              <w:jc w:val="center"/>
            </w:pPr>
            <w:r>
              <w:rPr>
                <w:sz w:val="15"/>
              </w:rPr>
              <w:t>Title and structured abstract</w:t>
            </w:r>
          </w:p>
        </w:tc>
      </w:tr>
      <w:tr w:rsidR="003B3005" w14:paraId="324B0081" w14:textId="77777777">
        <w:trPr>
          <w:cantSplit/>
          <w:jc w:val="center"/>
        </w:trPr>
        <w:tc>
          <w:tcPr>
            <w:tcW w:w="3960" w:type="dxa"/>
            <w:tcMar>
              <w:top w:w="35" w:type="dxa"/>
              <w:left w:w="45" w:type="dxa"/>
              <w:bottom w:w="35" w:type="dxa"/>
              <w:right w:w="45" w:type="dxa"/>
            </w:tcMar>
            <w:vAlign w:val="center"/>
            <w:tcBorders>
              <w:left w:val="nil"/>
              <w:right w:val="nil"/>
            </w:tcBorders>
          </w:tcPr>
          <w:p w14:paraId="6B54C68F" w14:textId="77777777" w:rsidR="003B3005" w:rsidRDefault="00000000">
            <w:pPr>
              <w:spacing w:line="240" w:lineRule="auto"/>
            </w:pPr>
            <w:r>
              <w:rPr>
                <w:sz w:val="15"/>
              </w:rPr>
              <w:t>STROBE 2</w:t>
            </w:r>
          </w:p>
        </w:tc>
        <w:tc>
          <w:tcPr>
            <w:tcW w:w="1728" w:type="dxa"/>
            <w:tcMar>
              <w:top w:w="35" w:type="dxa"/>
              <w:left w:w="45" w:type="dxa"/>
              <w:bottom w:w="35" w:type="dxa"/>
              <w:right w:w="45" w:type="dxa"/>
            </w:tcMar>
            <w:vAlign w:val="center"/>
            <w:tcBorders>
              <w:left w:val="nil"/>
              <w:right w:val="nil"/>
            </w:tcBorders>
          </w:tcPr>
          <w:p w14:paraId="2E524E71" w14:textId="77777777" w:rsidR="003B3005" w:rsidRDefault="00000000">
            <w:pPr>
              <w:spacing w:line="240" w:lineRule="auto"/>
              <w:jc w:val="center"/>
            </w:pPr>
            <w:r>
              <w:rPr>
                <w:sz w:val="15"/>
              </w:rPr>
              <w:t>Explain scientific background and rationale</w:t>
            </w:r>
          </w:p>
        </w:tc>
        <w:tc>
          <w:tcPr>
            <w:tcW w:w="3744" w:type="dxa"/>
            <w:tcMar>
              <w:top w:w="35" w:type="dxa"/>
              <w:left w:w="45" w:type="dxa"/>
              <w:bottom w:w="35" w:type="dxa"/>
              <w:right w:w="45" w:type="dxa"/>
            </w:tcMar>
            <w:vAlign w:val="center"/>
            <w:tcBorders>
              <w:left w:val="nil"/>
              <w:right w:val="nil"/>
            </w:tcBorders>
          </w:tcPr>
          <w:p w14:paraId="26980D82" w14:textId="77777777" w:rsidR="003B3005" w:rsidRDefault="00000000">
            <w:pPr>
              <w:spacing w:line="240" w:lineRule="auto"/>
              <w:jc w:val="center"/>
            </w:pPr>
            <w:r>
              <w:rPr>
                <w:sz w:val="15"/>
              </w:rPr>
              <w:t>Background, paragraphs 1-3</w:t>
            </w:r>
          </w:p>
        </w:tc>
      </w:tr>
      <w:tr w:rsidR="003B3005" w14:paraId="152B72CB" w14:textId="77777777">
        <w:trPr>
          <w:cantSplit/>
          <w:jc w:val="center"/>
        </w:trPr>
        <w:tc>
          <w:tcPr>
            <w:tcW w:w="3960" w:type="dxa"/>
            <w:tcMar>
              <w:top w:w="35" w:type="dxa"/>
              <w:left w:w="45" w:type="dxa"/>
              <w:bottom w:w="35" w:type="dxa"/>
              <w:right w:w="45" w:type="dxa"/>
            </w:tcMar>
            <w:vAlign w:val="center"/>
            <w:tcBorders>
              <w:left w:val="nil"/>
              <w:right w:val="nil"/>
            </w:tcBorders>
          </w:tcPr>
          <w:p w14:paraId="025F2B42" w14:textId="77777777" w:rsidR="003B3005" w:rsidRDefault="00000000">
            <w:pPr>
              <w:spacing w:line="240" w:lineRule="auto"/>
            </w:pPr>
            <w:r>
              <w:rPr>
                <w:sz w:val="15"/>
              </w:rPr>
              <w:t>STROBE 3</w:t>
            </w:r>
          </w:p>
        </w:tc>
        <w:tc>
          <w:tcPr>
            <w:tcW w:w="1728" w:type="dxa"/>
            <w:tcMar>
              <w:top w:w="35" w:type="dxa"/>
              <w:left w:w="45" w:type="dxa"/>
              <w:bottom w:w="35" w:type="dxa"/>
              <w:right w:w="45" w:type="dxa"/>
            </w:tcMar>
            <w:vAlign w:val="center"/>
            <w:tcBorders>
              <w:left w:val="nil"/>
              <w:right w:val="nil"/>
            </w:tcBorders>
          </w:tcPr>
          <w:p w14:paraId="180B4704" w14:textId="77777777" w:rsidR="003B3005" w:rsidRDefault="00000000">
            <w:pPr>
              <w:spacing w:line="240" w:lineRule="auto"/>
              <w:jc w:val="center"/>
            </w:pPr>
            <w:r>
              <w:rPr>
                <w:sz w:val="15"/>
              </w:rPr>
              <w:t>State prespecified objectives</w:t>
            </w:r>
          </w:p>
        </w:tc>
        <w:tc>
          <w:tcPr>
            <w:tcW w:w="3744" w:type="dxa"/>
            <w:tcMar>
              <w:top w:w="35" w:type="dxa"/>
              <w:left w:w="45" w:type="dxa"/>
              <w:bottom w:w="35" w:type="dxa"/>
              <w:right w:w="45" w:type="dxa"/>
            </w:tcMar>
            <w:vAlign w:val="center"/>
            <w:tcBorders>
              <w:left w:val="nil"/>
              <w:right w:val="nil"/>
            </w:tcBorders>
          </w:tcPr>
          <w:p w14:paraId="03B0153D" w14:textId="77777777" w:rsidR="003B3005" w:rsidRDefault="00000000">
            <w:pPr>
              <w:spacing w:line="240" w:lineRule="auto"/>
              <w:jc w:val="center"/>
            </w:pPr>
            <w:r>
              <w:rPr>
                <w:sz w:val="15"/>
              </w:rPr>
              <w:t>End of Background</w:t>
            </w:r>
          </w:p>
        </w:tc>
      </w:tr>
      <w:tr w:rsidR="003B3005" w14:paraId="0F39C1FE" w14:textId="77777777">
        <w:trPr>
          <w:cantSplit/>
          <w:jc w:val="center"/>
        </w:trPr>
        <w:tc>
          <w:tcPr>
            <w:tcW w:w="3960" w:type="dxa"/>
            <w:tcMar>
              <w:top w:w="35" w:type="dxa"/>
              <w:left w:w="45" w:type="dxa"/>
              <w:bottom w:w="35" w:type="dxa"/>
              <w:right w:w="45" w:type="dxa"/>
            </w:tcMar>
            <w:vAlign w:val="center"/>
            <w:tcBorders>
              <w:left w:val="nil"/>
              <w:right w:val="nil"/>
            </w:tcBorders>
          </w:tcPr>
          <w:p w14:paraId="3EDFA0F9" w14:textId="77777777" w:rsidR="003B3005" w:rsidRDefault="00000000">
            <w:pPr>
              <w:spacing w:line="240" w:lineRule="auto"/>
            </w:pPr>
            <w:r>
              <w:rPr>
                <w:sz w:val="15"/>
              </w:rPr>
              <w:t>STROBE 4</w:t>
            </w:r>
          </w:p>
        </w:tc>
        <w:tc>
          <w:tcPr>
            <w:tcW w:w="1728" w:type="dxa"/>
            <w:tcMar>
              <w:top w:w="35" w:type="dxa"/>
              <w:left w:w="45" w:type="dxa"/>
              <w:bottom w:w="35" w:type="dxa"/>
              <w:right w:w="45" w:type="dxa"/>
            </w:tcMar>
            <w:vAlign w:val="center"/>
            <w:tcBorders>
              <w:left w:val="nil"/>
              <w:right w:val="nil"/>
            </w:tcBorders>
          </w:tcPr>
          <w:p w14:paraId="242F5862" w14:textId="77777777" w:rsidR="003B3005" w:rsidRDefault="00000000">
            <w:pPr>
              <w:spacing w:line="240" w:lineRule="auto"/>
              <w:jc w:val="center"/>
            </w:pPr>
            <w:r>
              <w:rPr>
                <w:sz w:val="15"/>
              </w:rPr>
              <w:t>Present key design elements early</w:t>
            </w:r>
          </w:p>
        </w:tc>
        <w:tc>
          <w:tcPr>
            <w:tcW w:w="3744" w:type="dxa"/>
            <w:tcMar>
              <w:top w:w="35" w:type="dxa"/>
              <w:left w:w="45" w:type="dxa"/>
              <w:bottom w:w="35" w:type="dxa"/>
              <w:right w:w="45" w:type="dxa"/>
            </w:tcMar>
            <w:vAlign w:val="center"/>
            <w:tcBorders>
              <w:left w:val="nil"/>
              <w:right w:val="nil"/>
            </w:tcBorders>
          </w:tcPr>
          <w:p w14:paraId="475E7EF8" w14:textId="77777777" w:rsidR="003B3005" w:rsidRDefault="00000000">
            <w:pPr>
              <w:spacing w:line="240" w:lineRule="auto"/>
              <w:jc w:val="center"/>
            </w:pPr>
            <w:r>
              <w:rPr>
                <w:sz w:val="15"/>
              </w:rPr>
              <w:t>Methods: Study design and data source</w:t>
            </w:r>
          </w:p>
        </w:tc>
      </w:tr>
      <w:tr w:rsidR="003B3005" w14:paraId="2D8826B5" w14:textId="77777777">
        <w:trPr>
          <w:cantSplit/>
          <w:jc w:val="center"/>
        </w:trPr>
        <w:tc>
          <w:tcPr>
            <w:tcW w:w="3960" w:type="dxa"/>
            <w:tcMar>
              <w:top w:w="35" w:type="dxa"/>
              <w:left w:w="45" w:type="dxa"/>
              <w:bottom w:w="35" w:type="dxa"/>
              <w:right w:w="45" w:type="dxa"/>
            </w:tcMar>
            <w:vAlign w:val="center"/>
            <w:tcBorders>
              <w:left w:val="nil"/>
              <w:right w:val="nil"/>
            </w:tcBorders>
          </w:tcPr>
          <w:p w14:paraId="35D3F535" w14:textId="77777777" w:rsidR="003B3005" w:rsidRDefault="00000000">
            <w:pPr>
              <w:spacing w:line="240" w:lineRule="auto"/>
            </w:pPr>
            <w:r>
              <w:rPr>
                <w:sz w:val="15"/>
              </w:rPr>
              <w:t>STROBE 5</w:t>
            </w:r>
          </w:p>
        </w:tc>
        <w:tc>
          <w:tcPr>
            <w:tcW w:w="1728" w:type="dxa"/>
            <w:tcMar>
              <w:top w:w="35" w:type="dxa"/>
              <w:left w:w="45" w:type="dxa"/>
              <w:bottom w:w="35" w:type="dxa"/>
              <w:right w:w="45" w:type="dxa"/>
            </w:tcMar>
            <w:vAlign w:val="center"/>
            <w:tcBorders>
              <w:left w:val="nil"/>
              <w:right w:val="nil"/>
            </w:tcBorders>
          </w:tcPr>
          <w:p w14:paraId="1F72B41E" w14:textId="77777777" w:rsidR="003B3005" w:rsidRDefault="00000000">
            <w:pPr>
              <w:spacing w:line="240" w:lineRule="auto"/>
              <w:jc w:val="center"/>
            </w:pPr>
            <w:r>
              <w:rPr>
                <w:sz w:val="15"/>
              </w:rPr>
              <w:t>Describe setting, locations, and dates</w:t>
            </w:r>
          </w:p>
        </w:tc>
        <w:tc>
          <w:tcPr>
            <w:tcW w:w="3744" w:type="dxa"/>
            <w:tcMar>
              <w:top w:w="35" w:type="dxa"/>
              <w:left w:w="45" w:type="dxa"/>
              <w:bottom w:w="35" w:type="dxa"/>
              <w:right w:w="45" w:type="dxa"/>
            </w:tcMar>
            <w:vAlign w:val="center"/>
            <w:tcBorders>
              <w:left w:val="nil"/>
              <w:right w:val="nil"/>
            </w:tcBorders>
          </w:tcPr>
          <w:p w14:paraId="0E74AFC7" w14:textId="77777777" w:rsidR="003B3005" w:rsidRDefault="00000000">
            <w:pPr>
              <w:spacing w:line="240" w:lineRule="auto"/>
              <w:jc w:val="center"/>
            </w:pPr>
            <w:r>
              <w:rPr>
                <w:sz w:val="15"/>
              </w:rPr>
              <w:t>Methods: Study design and data source</w:t>
            </w:r>
          </w:p>
        </w:tc>
      </w:tr>
      <w:tr w:rsidR="003B3005" w14:paraId="5264452A" w14:textId="77777777">
        <w:trPr>
          <w:cantSplit/>
          <w:jc w:val="center"/>
        </w:trPr>
        <w:tc>
          <w:tcPr>
            <w:tcW w:w="3960" w:type="dxa"/>
            <w:tcMar>
              <w:top w:w="35" w:type="dxa"/>
              <w:left w:w="45" w:type="dxa"/>
              <w:bottom w:w="35" w:type="dxa"/>
              <w:right w:w="45" w:type="dxa"/>
            </w:tcMar>
            <w:vAlign w:val="center"/>
            <w:tcBorders>
              <w:left w:val="nil"/>
              <w:right w:val="nil"/>
            </w:tcBorders>
          </w:tcPr>
          <w:p w14:paraId="5B41B72F" w14:textId="77777777" w:rsidR="003B3005" w:rsidRDefault="00000000">
            <w:pPr>
              <w:spacing w:line="240" w:lineRule="auto"/>
            </w:pPr>
            <w:r>
              <w:rPr>
                <w:sz w:val="15"/>
              </w:rPr>
              <w:lastRenderedPageBreak/>
              <w:t>STROBE 6</w:t>
            </w:r>
          </w:p>
        </w:tc>
        <w:tc>
          <w:tcPr>
            <w:tcW w:w="1728" w:type="dxa"/>
            <w:tcMar>
              <w:top w:w="35" w:type="dxa"/>
              <w:left w:w="45" w:type="dxa"/>
              <w:bottom w:w="35" w:type="dxa"/>
              <w:right w:w="45" w:type="dxa"/>
            </w:tcMar>
            <w:vAlign w:val="center"/>
            <w:tcBorders>
              <w:left w:val="nil"/>
              <w:right w:val="nil"/>
            </w:tcBorders>
          </w:tcPr>
          <w:p w14:paraId="031D6038" w14:textId="77777777" w:rsidR="003B3005" w:rsidRDefault="00000000">
            <w:pPr>
              <w:spacing w:line="240" w:lineRule="auto"/>
              <w:jc w:val="center"/>
            </w:pPr>
            <w:r>
              <w:rPr>
                <w:sz w:val="15"/>
              </w:rPr>
              <w:t>State eligibility and selection criteria</w:t>
            </w:r>
          </w:p>
        </w:tc>
        <w:tc>
          <w:tcPr>
            <w:tcW w:w="3744" w:type="dxa"/>
            <w:tcMar>
              <w:top w:w="35" w:type="dxa"/>
              <w:left w:w="45" w:type="dxa"/>
              <w:bottom w:w="35" w:type="dxa"/>
              <w:right w:w="45" w:type="dxa"/>
            </w:tcMar>
            <w:vAlign w:val="center"/>
            <w:tcBorders>
              <w:left w:val="nil"/>
              <w:right w:val="nil"/>
            </w:tcBorders>
          </w:tcPr>
          <w:p w14:paraId="1900E52A" w14:textId="77777777" w:rsidR="003B3005" w:rsidRDefault="00000000">
            <w:pPr>
              <w:spacing w:line="240" w:lineRule="auto"/>
              <w:jc w:val="center"/>
            </w:pPr>
            <w:r>
              <w:rPr>
                <w:sz w:val="15"/>
              </w:rPr>
              <w:t>Methods: Study population and case definition</w:t>
            </w:r>
          </w:p>
        </w:tc>
      </w:tr>
      <w:tr w:rsidR="003B3005" w14:paraId="0508B50B" w14:textId="77777777">
        <w:trPr>
          <w:cantSplit/>
          <w:jc w:val="center"/>
        </w:trPr>
        <w:tc>
          <w:tcPr>
            <w:tcW w:w="3960" w:type="dxa"/>
            <w:tcMar>
              <w:top w:w="35" w:type="dxa"/>
              <w:left w:w="45" w:type="dxa"/>
              <w:bottom w:w="35" w:type="dxa"/>
              <w:right w:w="45" w:type="dxa"/>
            </w:tcMar>
            <w:vAlign w:val="center"/>
            <w:tcBorders>
              <w:left w:val="nil"/>
              <w:right w:val="nil"/>
            </w:tcBorders>
          </w:tcPr>
          <w:p w14:paraId="6BBE42FB" w14:textId="77777777" w:rsidR="003B3005" w:rsidRDefault="00000000">
            <w:pPr>
              <w:spacing w:line="240" w:lineRule="auto"/>
            </w:pPr>
            <w:r>
              <w:rPr>
                <w:sz w:val="15"/>
              </w:rPr>
              <w:t>STROBE 7</w:t>
            </w:r>
          </w:p>
        </w:tc>
        <w:tc>
          <w:tcPr>
            <w:tcW w:w="1728" w:type="dxa"/>
            <w:tcMar>
              <w:top w:w="35" w:type="dxa"/>
              <w:left w:w="45" w:type="dxa"/>
              <w:bottom w:w="35" w:type="dxa"/>
              <w:right w:w="45" w:type="dxa"/>
            </w:tcMar>
            <w:vAlign w:val="center"/>
            <w:tcBorders>
              <w:left w:val="nil"/>
              <w:right w:val="nil"/>
            </w:tcBorders>
          </w:tcPr>
          <w:p w14:paraId="7D1C9882" w14:textId="77777777" w:rsidR="003B3005" w:rsidRDefault="00000000">
            <w:pPr>
              <w:spacing w:line="240" w:lineRule="auto"/>
              <w:jc w:val="center"/>
            </w:pPr>
            <w:r>
              <w:rPr>
                <w:sz w:val="15"/>
              </w:rPr>
              <w:t>Define outcomes, exposures, and covariates</w:t>
            </w:r>
          </w:p>
        </w:tc>
        <w:tc>
          <w:tcPr>
            <w:tcW w:w="3744" w:type="dxa"/>
            <w:tcMar>
              <w:top w:w="35" w:type="dxa"/>
              <w:left w:w="45" w:type="dxa"/>
              <w:bottom w:w="35" w:type="dxa"/>
              <w:right w:w="45" w:type="dxa"/>
            </w:tcMar>
            <w:vAlign w:val="center"/>
            <w:tcBorders>
              <w:left w:val="nil"/>
              <w:right w:val="nil"/>
            </w:tcBorders>
          </w:tcPr>
          <w:p w14:paraId="4D13A0B2" w14:textId="77777777" w:rsidR="003B3005" w:rsidRDefault="00000000">
            <w:pPr>
              <w:spacing w:line="240" w:lineRule="auto"/>
              <w:jc w:val="center"/>
            </w:pPr>
            <w:r>
              <w:rPr>
                <w:sz w:val="15"/>
              </w:rPr>
              <w:t>Methods: Study population and case definition; Mortality measures and subgroup variables</w:t>
            </w:r>
          </w:p>
        </w:tc>
      </w:tr>
      <w:tr w:rsidR="003B3005" w14:paraId="65E55A99" w14:textId="77777777">
        <w:trPr>
          <w:cantSplit/>
          <w:jc w:val="center"/>
        </w:trPr>
        <w:tc>
          <w:tcPr>
            <w:tcW w:w="3960" w:type="dxa"/>
            <w:tcMar>
              <w:top w:w="35" w:type="dxa"/>
              <w:left w:w="45" w:type="dxa"/>
              <w:bottom w:w="35" w:type="dxa"/>
              <w:right w:w="45" w:type="dxa"/>
            </w:tcMar>
            <w:vAlign w:val="center"/>
            <w:tcBorders>
              <w:left w:val="nil"/>
              <w:right w:val="nil"/>
            </w:tcBorders>
          </w:tcPr>
          <w:p w14:paraId="3A161B72" w14:textId="77777777" w:rsidR="003B3005" w:rsidRDefault="00000000">
            <w:pPr>
              <w:spacing w:line="240" w:lineRule="auto"/>
            </w:pPr>
            <w:r>
              <w:rPr>
                <w:sz w:val="15"/>
              </w:rPr>
              <w:t>STROBE 8</w:t>
            </w:r>
          </w:p>
        </w:tc>
        <w:tc>
          <w:tcPr>
            <w:tcW w:w="1728" w:type="dxa"/>
            <w:tcMar>
              <w:top w:w="35" w:type="dxa"/>
              <w:left w:w="45" w:type="dxa"/>
              <w:bottom w:w="35" w:type="dxa"/>
              <w:right w:w="45" w:type="dxa"/>
            </w:tcMar>
            <w:vAlign w:val="center"/>
            <w:tcBorders>
              <w:left w:val="nil"/>
              <w:right w:val="nil"/>
            </w:tcBorders>
          </w:tcPr>
          <w:p w14:paraId="7D27C3F2" w14:textId="77777777" w:rsidR="003B3005" w:rsidRDefault="00000000">
            <w:pPr>
              <w:spacing w:line="240" w:lineRule="auto"/>
              <w:jc w:val="center"/>
            </w:pPr>
            <w:r>
              <w:rPr>
                <w:sz w:val="15"/>
              </w:rPr>
              <w:t>Describe data sources and measurement</w:t>
            </w:r>
          </w:p>
        </w:tc>
        <w:tc>
          <w:tcPr>
            <w:tcW w:w="3744" w:type="dxa"/>
            <w:tcMar>
              <w:top w:w="35" w:type="dxa"/>
              <w:left w:w="45" w:type="dxa"/>
              <w:bottom w:w="35" w:type="dxa"/>
              <w:right w:w="45" w:type="dxa"/>
            </w:tcMar>
            <w:vAlign w:val="center"/>
            <w:tcBorders>
              <w:left w:val="nil"/>
              <w:right w:val="nil"/>
            </w:tcBorders>
          </w:tcPr>
          <w:p w14:paraId="79950B74" w14:textId="77777777" w:rsidR="003B3005" w:rsidRDefault="00000000">
            <w:pPr>
              <w:spacing w:line="240" w:lineRule="auto"/>
              <w:jc w:val="center"/>
            </w:pPr>
            <w:r>
              <w:rPr>
                <w:sz w:val="15"/>
              </w:rPr>
              <w:t>Methods and Supplementary Tables S1, S4-S20</w:t>
            </w:r>
          </w:p>
        </w:tc>
      </w:tr>
      <w:tr w:rsidR="003B3005" w14:paraId="6083C888" w14:textId="77777777">
        <w:trPr>
          <w:cantSplit/>
          <w:jc w:val="center"/>
        </w:trPr>
        <w:tc>
          <w:tcPr>
            <w:tcW w:w="3960" w:type="dxa"/>
            <w:tcMar>
              <w:top w:w="35" w:type="dxa"/>
              <w:left w:w="45" w:type="dxa"/>
              <w:bottom w:w="35" w:type="dxa"/>
              <w:right w:w="45" w:type="dxa"/>
            </w:tcMar>
            <w:vAlign w:val="center"/>
            <w:tcBorders>
              <w:left w:val="nil"/>
              <w:right w:val="nil"/>
            </w:tcBorders>
          </w:tcPr>
          <w:p w14:paraId="2AD18A5B" w14:textId="77777777" w:rsidR="003B3005" w:rsidRDefault="00000000">
            <w:pPr>
              <w:spacing w:line="240" w:lineRule="auto"/>
            </w:pPr>
            <w:r>
              <w:rPr>
                <w:sz w:val="15"/>
              </w:rPr>
              <w:t>STROBE 9</w:t>
            </w:r>
          </w:p>
        </w:tc>
        <w:tc>
          <w:tcPr>
            <w:tcW w:w="1728" w:type="dxa"/>
            <w:tcMar>
              <w:top w:w="35" w:type="dxa"/>
              <w:left w:w="45" w:type="dxa"/>
              <w:bottom w:w="35" w:type="dxa"/>
              <w:right w:w="45" w:type="dxa"/>
            </w:tcMar>
            <w:vAlign w:val="center"/>
            <w:tcBorders>
              <w:left w:val="nil"/>
              <w:right w:val="nil"/>
            </w:tcBorders>
          </w:tcPr>
          <w:p w14:paraId="43B598AE" w14:textId="77777777" w:rsidR="003B3005" w:rsidRDefault="00000000">
            <w:pPr>
              <w:spacing w:line="240" w:lineRule="auto"/>
              <w:jc w:val="center"/>
            </w:pPr>
            <w:r>
              <w:rPr>
                <w:sz w:val="15"/>
              </w:rPr>
              <w:t>Describe efforts to address bias</w:t>
            </w:r>
          </w:p>
        </w:tc>
        <w:tc>
          <w:tcPr>
            <w:tcW w:w="3744" w:type="dxa"/>
            <w:tcMar>
              <w:top w:w="35" w:type="dxa"/>
              <w:left w:w="45" w:type="dxa"/>
              <w:bottom w:w="35" w:type="dxa"/>
              <w:right w:w="45" w:type="dxa"/>
            </w:tcMar>
            <w:vAlign w:val="center"/>
            <w:tcBorders>
              <w:left w:val="nil"/>
              <w:right w:val="nil"/>
            </w:tcBorders>
          </w:tcPr>
          <w:p w14:paraId="28AF19F6" w14:textId="77777777" w:rsidR="003B3005" w:rsidRDefault="00000000">
            <w:pPr>
              <w:spacing w:line="240" w:lineRule="auto"/>
              <w:jc w:val="center"/>
            </w:pPr>
            <w:r>
              <w:rPr>
                <w:sz w:val="15"/>
              </w:rPr>
              <w:t>Separate database eras; A40-A41 sensitivity analysis; suppression handling</w:t>
            </w:r>
          </w:p>
        </w:tc>
      </w:tr>
      <w:tr w:rsidR="003B3005" w14:paraId="476E1FE3" w14:textId="77777777">
        <w:trPr>
          <w:cantSplit/>
          <w:jc w:val="center"/>
        </w:trPr>
        <w:tc>
          <w:tcPr>
            <w:tcW w:w="3960" w:type="dxa"/>
            <w:tcMar>
              <w:top w:w="35" w:type="dxa"/>
              <w:left w:w="45" w:type="dxa"/>
              <w:bottom w:w="35" w:type="dxa"/>
              <w:right w:w="45" w:type="dxa"/>
            </w:tcMar>
            <w:vAlign w:val="center"/>
            <w:tcBorders>
              <w:left w:val="nil"/>
              <w:right w:val="nil"/>
            </w:tcBorders>
          </w:tcPr>
          <w:p w14:paraId="3AB10543" w14:textId="77777777" w:rsidR="003B3005" w:rsidRDefault="00000000">
            <w:pPr>
              <w:spacing w:line="240" w:lineRule="auto"/>
            </w:pPr>
            <w:r>
              <w:rPr>
                <w:sz w:val="15"/>
              </w:rPr>
              <w:t>STROBE 10</w:t>
            </w:r>
          </w:p>
        </w:tc>
        <w:tc>
          <w:tcPr>
            <w:tcW w:w="1728" w:type="dxa"/>
            <w:tcMar>
              <w:top w:w="35" w:type="dxa"/>
              <w:left w:w="45" w:type="dxa"/>
              <w:bottom w:w="35" w:type="dxa"/>
              <w:right w:w="45" w:type="dxa"/>
            </w:tcMar>
            <w:vAlign w:val="center"/>
            <w:tcBorders>
              <w:left w:val="nil"/>
              <w:right w:val="nil"/>
            </w:tcBorders>
          </w:tcPr>
          <w:p w14:paraId="3423BED8" w14:textId="77777777" w:rsidR="003B3005" w:rsidRDefault="00000000">
            <w:pPr>
              <w:spacing w:line="240" w:lineRule="auto"/>
              <w:jc w:val="center"/>
            </w:pPr>
            <w:r>
              <w:rPr>
                <w:sz w:val="15"/>
              </w:rPr>
              <w:t>Explain study size</w:t>
            </w:r>
          </w:p>
        </w:tc>
        <w:tc>
          <w:tcPr>
            <w:tcW w:w="3744" w:type="dxa"/>
            <w:tcMar>
              <w:top w:w="35" w:type="dxa"/>
              <w:left w:w="45" w:type="dxa"/>
              <w:bottom w:w="35" w:type="dxa"/>
              <w:right w:w="45" w:type="dxa"/>
            </w:tcMar>
            <w:vAlign w:val="center"/>
            <w:tcBorders>
              <w:left w:val="nil"/>
              <w:right w:val="nil"/>
            </w:tcBorders>
          </w:tcPr>
          <w:p w14:paraId="5A5D46B3" w14:textId="77777777" w:rsidR="003B3005" w:rsidRDefault="00000000">
            <w:pPr>
              <w:spacing w:line="240" w:lineRule="auto"/>
              <w:jc w:val="center"/>
            </w:pPr>
            <w:r>
              <w:rPr>
                <w:sz w:val="15"/>
              </w:rPr>
              <w:t>All eligible national records; Results</w:t>
            </w:r>
          </w:p>
        </w:tc>
      </w:tr>
      <w:tr w:rsidR="003B3005" w14:paraId="14DFEDBE" w14:textId="77777777">
        <w:trPr>
          <w:cantSplit/>
          <w:jc w:val="center"/>
        </w:trPr>
        <w:tc>
          <w:tcPr>
            <w:tcW w:w="3960" w:type="dxa"/>
            <w:tcMar>
              <w:top w:w="35" w:type="dxa"/>
              <w:left w:w="45" w:type="dxa"/>
              <w:bottom w:w="35" w:type="dxa"/>
              <w:right w:w="45" w:type="dxa"/>
            </w:tcMar>
            <w:vAlign w:val="center"/>
            <w:tcBorders>
              <w:left w:val="nil"/>
              <w:right w:val="nil"/>
            </w:tcBorders>
          </w:tcPr>
          <w:p w14:paraId="66CA1FA7" w14:textId="77777777" w:rsidR="003B3005" w:rsidRDefault="00000000">
            <w:pPr>
              <w:spacing w:line="240" w:lineRule="auto"/>
            </w:pPr>
            <w:r>
              <w:rPr>
                <w:sz w:val="15"/>
              </w:rPr>
              <w:t>STROBE 11</w:t>
            </w:r>
          </w:p>
        </w:tc>
        <w:tc>
          <w:tcPr>
            <w:tcW w:w="1728" w:type="dxa"/>
            <w:tcMar>
              <w:top w:w="35" w:type="dxa"/>
              <w:left w:w="45" w:type="dxa"/>
              <w:bottom w:w="35" w:type="dxa"/>
              <w:right w:w="45" w:type="dxa"/>
            </w:tcMar>
            <w:vAlign w:val="center"/>
            <w:tcBorders>
              <w:left w:val="nil"/>
              <w:right w:val="nil"/>
            </w:tcBorders>
          </w:tcPr>
          <w:p w14:paraId="732D41DA" w14:textId="77777777" w:rsidR="003B3005" w:rsidRDefault="00000000">
            <w:pPr>
              <w:spacing w:line="240" w:lineRule="auto"/>
              <w:jc w:val="center"/>
            </w:pPr>
            <w:r>
              <w:rPr>
                <w:sz w:val="15"/>
              </w:rPr>
              <w:t>Explain handling of quantitative variables</w:t>
            </w:r>
          </w:p>
        </w:tc>
        <w:tc>
          <w:tcPr>
            <w:tcW w:w="3744" w:type="dxa"/>
            <w:tcMar>
              <w:top w:w="35" w:type="dxa"/>
              <w:left w:w="45" w:type="dxa"/>
              <w:bottom w:w="35" w:type="dxa"/>
              <w:right w:w="45" w:type="dxa"/>
            </w:tcMar>
            <w:vAlign w:val="center"/>
            <w:tcBorders>
              <w:left w:val="nil"/>
              <w:right w:val="nil"/>
            </w:tcBorders>
          </w:tcPr>
          <w:p w14:paraId="2A442F86" w14:textId="77777777" w:rsidR="003B3005" w:rsidRDefault="00000000">
            <w:pPr>
              <w:spacing w:line="240" w:lineRule="auto"/>
              <w:jc w:val="center"/>
            </w:pPr>
            <w:r>
              <w:rPr>
                <w:sz w:val="15"/>
              </w:rPr>
              <w:t>AAMRs, standardization, APC/AAPC definitions</w:t>
            </w:r>
          </w:p>
        </w:tc>
      </w:tr>
      <w:tr w:rsidR="003B3005" w14:paraId="6116D5BC" w14:textId="77777777">
        <w:trPr>
          <w:cantSplit/>
          <w:jc w:val="center"/>
        </w:trPr>
        <w:tc>
          <w:tcPr>
            <w:tcW w:w="3960" w:type="dxa"/>
            <w:tcMar>
              <w:top w:w="35" w:type="dxa"/>
              <w:left w:w="45" w:type="dxa"/>
              <w:bottom w:w="35" w:type="dxa"/>
              <w:right w:w="45" w:type="dxa"/>
            </w:tcMar>
            <w:vAlign w:val="center"/>
            <w:tcBorders>
              <w:left w:val="nil"/>
              <w:right w:val="nil"/>
            </w:tcBorders>
          </w:tcPr>
          <w:p w14:paraId="6DB03F21" w14:textId="77777777" w:rsidR="003B3005" w:rsidRDefault="00000000">
            <w:pPr>
              <w:spacing w:line="240" w:lineRule="auto"/>
            </w:pPr>
            <w:r>
              <w:rPr>
                <w:sz w:val="15"/>
              </w:rPr>
              <w:t>STROBE 12</w:t>
            </w:r>
          </w:p>
        </w:tc>
        <w:tc>
          <w:tcPr>
            <w:tcW w:w="1728" w:type="dxa"/>
            <w:tcMar>
              <w:top w:w="35" w:type="dxa"/>
              <w:left w:w="45" w:type="dxa"/>
              <w:bottom w:w="35" w:type="dxa"/>
              <w:right w:w="45" w:type="dxa"/>
            </w:tcMar>
            <w:vAlign w:val="center"/>
            <w:tcBorders>
              <w:left w:val="nil"/>
              <w:right w:val="nil"/>
            </w:tcBorders>
          </w:tcPr>
          <w:p w14:paraId="1D72BC2B" w14:textId="77777777" w:rsidR="003B3005" w:rsidRDefault="00000000">
            <w:pPr>
              <w:spacing w:line="240" w:lineRule="auto"/>
              <w:jc w:val="center"/>
            </w:pPr>
            <w:r>
              <w:rPr>
                <w:sz w:val="15"/>
              </w:rPr>
              <w:t>Describe statistical methods and additional analyses</w:t>
            </w:r>
          </w:p>
        </w:tc>
        <w:tc>
          <w:tcPr>
            <w:tcW w:w="3744" w:type="dxa"/>
            <w:tcMar>
              <w:top w:w="35" w:type="dxa"/>
              <w:left w:w="45" w:type="dxa"/>
              <w:bottom w:w="35" w:type="dxa"/>
              <w:right w:w="45" w:type="dxa"/>
            </w:tcMar>
            <w:vAlign w:val="center"/>
            <w:tcBorders>
              <w:left w:val="nil"/>
              <w:right w:val="nil"/>
            </w:tcBorders>
          </w:tcPr>
          <w:p w14:paraId="55A975BE" w14:textId="77777777" w:rsidR="003B3005" w:rsidRDefault="00000000">
            <w:pPr>
              <w:spacing w:line="240" w:lineRule="auto"/>
              <w:jc w:val="center"/>
            </w:pPr>
            <w:r>
              <w:rPr>
                <w:sz w:val="15"/>
              </w:rPr>
              <w:t>Methods: Joinpoint trend analysis; Sensitivity analyses; Supplementary Tables S2-S3</w:t>
            </w:r>
          </w:p>
        </w:tc>
      </w:tr>
      <w:tr w:rsidR="003B3005" w14:paraId="5B0A3959" w14:textId="77777777">
        <w:trPr>
          <w:cantSplit/>
          <w:jc w:val="center"/>
        </w:trPr>
        <w:tc>
          <w:tcPr>
            <w:tcW w:w="3960" w:type="dxa"/>
            <w:tcMar>
              <w:top w:w="35" w:type="dxa"/>
              <w:left w:w="45" w:type="dxa"/>
              <w:bottom w:w="35" w:type="dxa"/>
              <w:right w:w="45" w:type="dxa"/>
            </w:tcMar>
            <w:vAlign w:val="center"/>
            <w:tcBorders>
              <w:left w:val="nil"/>
              <w:right w:val="nil"/>
            </w:tcBorders>
          </w:tcPr>
          <w:p w14:paraId="441273B9" w14:textId="77777777" w:rsidR="003B3005" w:rsidRDefault="00000000">
            <w:pPr>
              <w:spacing w:line="240" w:lineRule="auto"/>
            </w:pPr>
            <w:r>
              <w:rPr>
                <w:sz w:val="15"/>
              </w:rPr>
              <w:t>STROBE 13</w:t>
            </w:r>
          </w:p>
        </w:tc>
        <w:tc>
          <w:tcPr>
            <w:tcW w:w="1728" w:type="dxa"/>
            <w:tcMar>
              <w:top w:w="35" w:type="dxa"/>
              <w:left w:w="45" w:type="dxa"/>
              <w:bottom w:w="35" w:type="dxa"/>
              <w:right w:w="45" w:type="dxa"/>
            </w:tcMar>
            <w:vAlign w:val="center"/>
            <w:tcBorders>
              <w:left w:val="nil"/>
              <w:right w:val="nil"/>
            </w:tcBorders>
          </w:tcPr>
          <w:p w14:paraId="12EE65AA" w14:textId="77777777" w:rsidR="003B3005" w:rsidRDefault="00000000">
            <w:pPr>
              <w:spacing w:line="240" w:lineRule="auto"/>
              <w:jc w:val="center"/>
            </w:pPr>
            <w:r>
              <w:rPr>
                <w:sz w:val="15"/>
              </w:rPr>
              <w:t>Report numbers at each study stage</w:t>
            </w:r>
          </w:p>
        </w:tc>
        <w:tc>
          <w:tcPr>
            <w:tcW w:w="3744" w:type="dxa"/>
            <w:tcMar>
              <w:top w:w="35" w:type="dxa"/>
              <w:left w:w="45" w:type="dxa"/>
              <w:bottom w:w="35" w:type="dxa"/>
              <w:right w:w="45" w:type="dxa"/>
            </w:tcMar>
            <w:vAlign w:val="center"/>
            <w:tcBorders>
              <w:left w:val="nil"/>
              <w:right w:val="nil"/>
            </w:tcBorders>
          </w:tcPr>
          <w:p w14:paraId="5EBEDBFC" w14:textId="77777777" w:rsidR="003B3005" w:rsidRDefault="00000000">
            <w:pPr>
              <w:spacing w:line="240" w:lineRule="auto"/>
              <w:jc w:val="center"/>
            </w:pPr>
            <w:r>
              <w:rPr>
                <w:sz w:val="15"/>
              </w:rPr>
              <w:t>Results and Supplementary annual/pooled tables</w:t>
            </w:r>
          </w:p>
        </w:tc>
      </w:tr>
      <w:tr w:rsidR="003B3005" w14:paraId="0C0FEB5D" w14:textId="77777777">
        <w:trPr>
          <w:cantSplit/>
          <w:jc w:val="center"/>
        </w:trPr>
        <w:tc>
          <w:tcPr>
            <w:tcW w:w="3960" w:type="dxa"/>
            <w:tcMar>
              <w:top w:w="35" w:type="dxa"/>
              <w:left w:w="45" w:type="dxa"/>
              <w:bottom w:w="35" w:type="dxa"/>
              <w:right w:w="45" w:type="dxa"/>
            </w:tcMar>
            <w:vAlign w:val="center"/>
            <w:tcBorders>
              <w:left w:val="nil"/>
              <w:right w:val="nil"/>
            </w:tcBorders>
          </w:tcPr>
          <w:p w14:paraId="3246ED44" w14:textId="77777777" w:rsidR="003B3005" w:rsidRDefault="00000000">
            <w:pPr>
              <w:spacing w:line="240" w:lineRule="auto"/>
            </w:pPr>
            <w:r>
              <w:rPr>
                <w:sz w:val="15"/>
              </w:rPr>
              <w:t>STROBE 14</w:t>
            </w:r>
          </w:p>
        </w:tc>
        <w:tc>
          <w:tcPr>
            <w:tcW w:w="1728" w:type="dxa"/>
            <w:tcMar>
              <w:top w:w="35" w:type="dxa"/>
              <w:left w:w="45" w:type="dxa"/>
              <w:bottom w:w="35" w:type="dxa"/>
              <w:right w:w="45" w:type="dxa"/>
            </w:tcMar>
            <w:vAlign w:val="center"/>
            <w:tcBorders>
              <w:left w:val="nil"/>
              <w:right w:val="nil"/>
            </w:tcBorders>
          </w:tcPr>
          <w:p w14:paraId="66090CB0" w14:textId="77777777" w:rsidR="003B3005" w:rsidRDefault="00000000">
            <w:pPr>
              <w:spacing w:line="240" w:lineRule="auto"/>
              <w:jc w:val="center"/>
            </w:pPr>
            <w:r>
              <w:rPr>
                <w:sz w:val="15"/>
              </w:rPr>
              <w:t>Provide descriptive data</w:t>
            </w:r>
          </w:p>
        </w:tc>
        <w:tc>
          <w:tcPr>
            <w:tcW w:w="3744" w:type="dxa"/>
            <w:tcMar>
              <w:top w:w="35" w:type="dxa"/>
              <w:left w:w="45" w:type="dxa"/>
              <w:bottom w:w="35" w:type="dxa"/>
              <w:right w:w="45" w:type="dxa"/>
            </w:tcMar>
            <w:vAlign w:val="center"/>
            <w:tcBorders>
              <w:left w:val="nil"/>
              <w:right w:val="nil"/>
            </w:tcBorders>
          </w:tcPr>
          <w:p w14:paraId="0438A49E" w14:textId="77777777" w:rsidR="003B3005" w:rsidRDefault="00000000">
            <w:pPr>
              <w:spacing w:line="240" w:lineRule="auto"/>
              <w:jc w:val="center"/>
            </w:pPr>
            <w:r>
              <w:rPr>
                <w:sz w:val="15"/>
              </w:rPr>
              <w:t>Results; Table 1; Supplementary Tables S4-S20</w:t>
            </w:r>
          </w:p>
        </w:tc>
      </w:tr>
      <w:tr w:rsidR="003B3005" w14:paraId="271681CA" w14:textId="77777777">
        <w:trPr>
          <w:cantSplit/>
          <w:jc w:val="center"/>
        </w:trPr>
        <w:tc>
          <w:tcPr>
            <w:tcW w:w="3960" w:type="dxa"/>
            <w:tcMar>
              <w:top w:w="35" w:type="dxa"/>
              <w:left w:w="45" w:type="dxa"/>
              <w:bottom w:w="35" w:type="dxa"/>
              <w:right w:w="45" w:type="dxa"/>
            </w:tcMar>
            <w:vAlign w:val="center"/>
            <w:tcBorders>
              <w:left w:val="nil"/>
              <w:right w:val="nil"/>
            </w:tcBorders>
          </w:tcPr>
          <w:p w14:paraId="59C4F778" w14:textId="77777777" w:rsidR="003B3005" w:rsidRDefault="00000000">
            <w:pPr>
              <w:spacing w:line="240" w:lineRule="auto"/>
            </w:pPr>
            <w:r>
              <w:rPr>
                <w:sz w:val="15"/>
              </w:rPr>
              <w:t>STROBE 15</w:t>
            </w:r>
          </w:p>
        </w:tc>
        <w:tc>
          <w:tcPr>
            <w:tcW w:w="1728" w:type="dxa"/>
            <w:tcMar>
              <w:top w:w="35" w:type="dxa"/>
              <w:left w:w="45" w:type="dxa"/>
              <w:bottom w:w="35" w:type="dxa"/>
              <w:right w:w="45" w:type="dxa"/>
            </w:tcMar>
            <w:vAlign w:val="center"/>
            <w:tcBorders>
              <w:left w:val="nil"/>
              <w:right w:val="nil"/>
            </w:tcBorders>
          </w:tcPr>
          <w:p w14:paraId="7456A8A2" w14:textId="77777777" w:rsidR="003B3005" w:rsidRDefault="00000000">
            <w:pPr>
              <w:spacing w:line="240" w:lineRule="auto"/>
              <w:jc w:val="center"/>
            </w:pPr>
            <w:r>
              <w:rPr>
                <w:sz w:val="15"/>
              </w:rPr>
              <w:t>Report outcome data</w:t>
            </w:r>
          </w:p>
        </w:tc>
        <w:tc>
          <w:tcPr>
            <w:tcW w:w="3744" w:type="dxa"/>
            <w:tcMar>
              <w:top w:w="35" w:type="dxa"/>
              <w:left w:w="45" w:type="dxa"/>
              <w:bottom w:w="35" w:type="dxa"/>
              <w:right w:w="45" w:type="dxa"/>
            </w:tcMar>
            <w:vAlign w:val="center"/>
            <w:tcBorders>
              <w:left w:val="nil"/>
              <w:right w:val="nil"/>
            </w:tcBorders>
          </w:tcPr>
          <w:p w14:paraId="3B903A39" w14:textId="77777777" w:rsidR="003B3005" w:rsidRDefault="00000000">
            <w:pPr>
              <w:spacing w:line="240" w:lineRule="auto"/>
              <w:jc w:val="center"/>
            </w:pPr>
            <w:r>
              <w:rPr>
                <w:sz w:val="15"/>
              </w:rPr>
              <w:t>Results; Tables 1-2; Supplementary Tables S2-S25</w:t>
            </w:r>
          </w:p>
        </w:tc>
      </w:tr>
      <w:tr w:rsidR="003B3005" w14:paraId="2D1B9C58" w14:textId="77777777">
        <w:trPr>
          <w:cantSplit/>
          <w:jc w:val="center"/>
        </w:trPr>
        <w:tc>
          <w:tcPr>
            <w:tcW w:w="3960" w:type="dxa"/>
            <w:tcMar>
              <w:top w:w="35" w:type="dxa"/>
              <w:left w:w="45" w:type="dxa"/>
              <w:bottom w:w="35" w:type="dxa"/>
              <w:right w:w="45" w:type="dxa"/>
            </w:tcMar>
            <w:vAlign w:val="center"/>
            <w:tcBorders>
              <w:left w:val="nil"/>
              <w:right w:val="nil"/>
            </w:tcBorders>
          </w:tcPr>
          <w:p w14:paraId="257DD722" w14:textId="77777777" w:rsidR="003B3005" w:rsidRDefault="00000000">
            <w:pPr>
              <w:spacing w:line="240" w:lineRule="auto"/>
            </w:pPr>
            <w:r>
              <w:rPr>
                <w:sz w:val="15"/>
              </w:rPr>
              <w:t>STROBE 16</w:t>
            </w:r>
          </w:p>
        </w:tc>
        <w:tc>
          <w:tcPr>
            <w:tcW w:w="1728" w:type="dxa"/>
            <w:tcMar>
              <w:top w:w="35" w:type="dxa"/>
              <w:left w:w="45" w:type="dxa"/>
              <w:bottom w:w="35" w:type="dxa"/>
              <w:right w:w="45" w:type="dxa"/>
            </w:tcMar>
            <w:vAlign w:val="center"/>
            <w:tcBorders>
              <w:left w:val="nil"/>
              <w:right w:val="nil"/>
            </w:tcBorders>
          </w:tcPr>
          <w:p w14:paraId="67B30865" w14:textId="77777777" w:rsidR="003B3005" w:rsidRDefault="00000000">
            <w:pPr>
              <w:spacing w:line="240" w:lineRule="auto"/>
              <w:jc w:val="center"/>
            </w:pPr>
            <w:r>
              <w:rPr>
                <w:sz w:val="15"/>
              </w:rPr>
              <w:t>Report main estimates with precision</w:t>
            </w:r>
          </w:p>
        </w:tc>
        <w:tc>
          <w:tcPr>
            <w:tcW w:w="3744" w:type="dxa"/>
            <w:tcMar>
              <w:top w:w="35" w:type="dxa"/>
              <w:left w:w="45" w:type="dxa"/>
              <w:bottom w:w="35" w:type="dxa"/>
              <w:right w:w="45" w:type="dxa"/>
            </w:tcMar>
            <w:vAlign w:val="center"/>
            <w:tcBorders>
              <w:left w:val="nil"/>
              <w:right w:val="nil"/>
            </w:tcBorders>
          </w:tcPr>
          <w:p w14:paraId="5A55EAC0" w14:textId="77777777" w:rsidR="003B3005" w:rsidRDefault="00000000">
            <w:pPr>
              <w:spacing w:line="240" w:lineRule="auto"/>
              <w:jc w:val="center"/>
            </w:pPr>
            <w:r>
              <w:rPr>
                <w:sz w:val="15"/>
              </w:rPr>
              <w:t>Results; Table 2; Supplementary Tables S2-S25</w:t>
            </w:r>
          </w:p>
        </w:tc>
      </w:tr>
      <w:tr w:rsidR="003B3005" w14:paraId="684C1825" w14:textId="77777777">
        <w:trPr>
          <w:cantSplit/>
          <w:jc w:val="center"/>
        </w:trPr>
        <w:tc>
          <w:tcPr>
            <w:tcW w:w="3960" w:type="dxa"/>
            <w:tcMar>
              <w:top w:w="35" w:type="dxa"/>
              <w:left w:w="45" w:type="dxa"/>
              <w:bottom w:w="35" w:type="dxa"/>
              <w:right w:w="45" w:type="dxa"/>
            </w:tcMar>
            <w:vAlign w:val="center"/>
            <w:tcBorders>
              <w:left w:val="nil"/>
              <w:right w:val="nil"/>
            </w:tcBorders>
          </w:tcPr>
          <w:p w14:paraId="1749B895" w14:textId="77777777" w:rsidR="003B3005" w:rsidRDefault="00000000">
            <w:pPr>
              <w:spacing w:line="240" w:lineRule="auto"/>
            </w:pPr>
            <w:r>
              <w:rPr>
                <w:sz w:val="15"/>
              </w:rPr>
              <w:t>STROBE 17</w:t>
            </w:r>
          </w:p>
        </w:tc>
        <w:tc>
          <w:tcPr>
            <w:tcW w:w="1728" w:type="dxa"/>
            <w:tcMar>
              <w:top w:w="35" w:type="dxa"/>
              <w:left w:w="45" w:type="dxa"/>
              <w:bottom w:w="35" w:type="dxa"/>
              <w:right w:w="45" w:type="dxa"/>
            </w:tcMar>
            <w:vAlign w:val="center"/>
            <w:tcBorders>
              <w:left w:val="nil"/>
              <w:right w:val="nil"/>
            </w:tcBorders>
          </w:tcPr>
          <w:p w14:paraId="023AF317" w14:textId="77777777" w:rsidR="003B3005" w:rsidRDefault="00000000">
            <w:pPr>
              <w:spacing w:line="240" w:lineRule="auto"/>
              <w:jc w:val="center"/>
            </w:pPr>
            <w:r>
              <w:rPr>
                <w:sz w:val="15"/>
              </w:rPr>
              <w:t>Report other analyses</w:t>
            </w:r>
          </w:p>
        </w:tc>
        <w:tc>
          <w:tcPr>
            <w:tcW w:w="3744" w:type="dxa"/>
            <w:tcMar>
              <w:top w:w="35" w:type="dxa"/>
              <w:left w:w="45" w:type="dxa"/>
              <w:bottom w:w="35" w:type="dxa"/>
              <w:right w:w="45" w:type="dxa"/>
            </w:tcMar>
            <w:vAlign w:val="center"/>
            <w:tcBorders>
              <w:left w:val="nil"/>
              <w:right w:val="nil"/>
            </w:tcBorders>
          </w:tcPr>
          <w:p w14:paraId="2A8C6D5B" w14:textId="77777777" w:rsidR="003B3005" w:rsidRDefault="00000000">
            <w:pPr>
              <w:spacing w:line="240" w:lineRule="auto"/>
              <w:jc w:val="center"/>
            </w:pPr>
            <w:r>
              <w:rPr>
                <w:sz w:val="15"/>
              </w:rPr>
              <w:t>A40-A41 sensitivity analysis; COVID-19 descriptive analysis; race-era comparability</w:t>
            </w:r>
          </w:p>
        </w:tc>
      </w:tr>
      <w:tr w:rsidR="003B3005" w14:paraId="5E5F24CA" w14:textId="77777777">
        <w:trPr>
          <w:cantSplit/>
          <w:jc w:val="center"/>
        </w:trPr>
        <w:tc>
          <w:tcPr>
            <w:tcW w:w="3960" w:type="dxa"/>
            <w:tcMar>
              <w:top w:w="35" w:type="dxa"/>
              <w:left w:w="45" w:type="dxa"/>
              <w:bottom w:w="35" w:type="dxa"/>
              <w:right w:w="45" w:type="dxa"/>
            </w:tcMar>
            <w:vAlign w:val="center"/>
            <w:tcBorders>
              <w:left w:val="nil"/>
              <w:right w:val="nil"/>
            </w:tcBorders>
          </w:tcPr>
          <w:p w14:paraId="4A473D59" w14:textId="77777777" w:rsidR="003B3005" w:rsidRDefault="00000000">
            <w:pPr>
              <w:spacing w:line="240" w:lineRule="auto"/>
            </w:pPr>
            <w:r>
              <w:rPr>
                <w:sz w:val="15"/>
              </w:rPr>
              <w:t>STROBE 18</w:t>
            </w:r>
          </w:p>
        </w:tc>
        <w:tc>
          <w:tcPr>
            <w:tcW w:w="1728" w:type="dxa"/>
            <w:tcMar>
              <w:top w:w="35" w:type="dxa"/>
              <w:left w:w="45" w:type="dxa"/>
              <w:bottom w:w="35" w:type="dxa"/>
              <w:right w:w="45" w:type="dxa"/>
            </w:tcMar>
            <w:vAlign w:val="center"/>
            <w:tcBorders>
              <w:left w:val="nil"/>
              <w:right w:val="nil"/>
            </w:tcBorders>
          </w:tcPr>
          <w:p w14:paraId="2A096D7A" w14:textId="77777777" w:rsidR="003B3005" w:rsidRDefault="00000000">
            <w:pPr>
              <w:spacing w:line="240" w:lineRule="auto"/>
              <w:jc w:val="center"/>
            </w:pPr>
            <w:r>
              <w:rPr>
                <w:sz w:val="15"/>
              </w:rPr>
              <w:t>Summarize key results against objectives</w:t>
            </w:r>
          </w:p>
        </w:tc>
        <w:tc>
          <w:tcPr>
            <w:tcW w:w="3744" w:type="dxa"/>
            <w:tcMar>
              <w:top w:w="35" w:type="dxa"/>
              <w:left w:w="45" w:type="dxa"/>
              <w:bottom w:w="35" w:type="dxa"/>
              <w:right w:w="45" w:type="dxa"/>
            </w:tcMar>
            <w:vAlign w:val="center"/>
            <w:tcBorders>
              <w:left w:val="nil"/>
              <w:right w:val="nil"/>
            </w:tcBorders>
          </w:tcPr>
          <w:p w14:paraId="46B9BB9C" w14:textId="77777777" w:rsidR="003B3005" w:rsidRDefault="00000000">
            <w:pPr>
              <w:spacing w:line="240" w:lineRule="auto"/>
              <w:jc w:val="center"/>
            </w:pPr>
            <w:r>
              <w:rPr>
                <w:sz w:val="15"/>
              </w:rPr>
              <w:t>Discussion: Principal findings</w:t>
            </w:r>
          </w:p>
        </w:tc>
      </w:tr>
      <w:tr w:rsidR="003B3005" w14:paraId="0E03FE68" w14:textId="77777777">
        <w:trPr>
          <w:cantSplit/>
          <w:jc w:val="center"/>
        </w:trPr>
        <w:tc>
          <w:tcPr>
            <w:tcW w:w="3960" w:type="dxa"/>
            <w:tcMar>
              <w:top w:w="35" w:type="dxa"/>
              <w:left w:w="45" w:type="dxa"/>
              <w:bottom w:w="35" w:type="dxa"/>
              <w:right w:w="45" w:type="dxa"/>
            </w:tcMar>
            <w:vAlign w:val="center"/>
            <w:tcBorders>
              <w:left w:val="nil"/>
              <w:right w:val="nil"/>
            </w:tcBorders>
          </w:tcPr>
          <w:p w14:paraId="0313406A" w14:textId="77777777" w:rsidR="003B3005" w:rsidRDefault="00000000">
            <w:pPr>
              <w:spacing w:line="240" w:lineRule="auto"/>
            </w:pPr>
            <w:r>
              <w:rPr>
                <w:sz w:val="15"/>
              </w:rPr>
              <w:t>STROBE 19</w:t>
            </w:r>
          </w:p>
        </w:tc>
        <w:tc>
          <w:tcPr>
            <w:tcW w:w="1728" w:type="dxa"/>
            <w:tcMar>
              <w:top w:w="35" w:type="dxa"/>
              <w:left w:w="45" w:type="dxa"/>
              <w:bottom w:w="35" w:type="dxa"/>
              <w:right w:w="45" w:type="dxa"/>
            </w:tcMar>
            <w:vAlign w:val="center"/>
            <w:tcBorders>
              <w:left w:val="nil"/>
              <w:right w:val="nil"/>
            </w:tcBorders>
          </w:tcPr>
          <w:p w14:paraId="149ACC9F" w14:textId="77777777" w:rsidR="003B3005" w:rsidRDefault="00000000">
            <w:pPr>
              <w:spacing w:line="240" w:lineRule="auto"/>
              <w:jc w:val="center"/>
            </w:pPr>
            <w:r>
              <w:rPr>
                <w:sz w:val="15"/>
              </w:rPr>
              <w:t>Discuss limitations and likely direction</w:t>
            </w:r>
          </w:p>
        </w:tc>
        <w:tc>
          <w:tcPr>
            <w:tcW w:w="3744" w:type="dxa"/>
            <w:tcMar>
              <w:top w:w="35" w:type="dxa"/>
              <w:left w:w="45" w:type="dxa"/>
              <w:bottom w:w="35" w:type="dxa"/>
              <w:right w:w="45" w:type="dxa"/>
            </w:tcMar>
            <w:vAlign w:val="center"/>
            <w:tcBorders>
              <w:left w:val="nil"/>
              <w:right w:val="nil"/>
            </w:tcBorders>
          </w:tcPr>
          <w:p w14:paraId="11A8A664" w14:textId="77777777" w:rsidR="003B3005" w:rsidRDefault="00000000">
            <w:pPr>
              <w:spacing w:line="240" w:lineRule="auto"/>
              <w:jc w:val="center"/>
            </w:pPr>
            <w:r>
              <w:rPr>
                <w:sz w:val="15"/>
              </w:rPr>
              <w:t>Discussion: Strengths and limitations</w:t>
            </w:r>
          </w:p>
        </w:tc>
      </w:tr>
      <w:tr w:rsidR="003B3005" w14:paraId="527B20D4" w14:textId="77777777">
        <w:trPr>
          <w:cantSplit/>
          <w:jc w:val="center"/>
        </w:trPr>
        <w:tc>
          <w:tcPr>
            <w:tcW w:w="3960" w:type="dxa"/>
            <w:tcMar>
              <w:top w:w="35" w:type="dxa"/>
              <w:left w:w="45" w:type="dxa"/>
              <w:bottom w:w="35" w:type="dxa"/>
              <w:right w:w="45" w:type="dxa"/>
            </w:tcMar>
            <w:vAlign w:val="center"/>
            <w:tcBorders>
              <w:left w:val="nil"/>
              <w:right w:val="nil"/>
            </w:tcBorders>
          </w:tcPr>
          <w:p w14:paraId="4A439879" w14:textId="77777777" w:rsidR="003B3005" w:rsidRDefault="00000000">
            <w:pPr>
              <w:spacing w:line="240" w:lineRule="auto"/>
            </w:pPr>
            <w:r>
              <w:rPr>
                <w:sz w:val="15"/>
              </w:rPr>
              <w:t>STROBE 20</w:t>
            </w:r>
          </w:p>
        </w:tc>
        <w:tc>
          <w:tcPr>
            <w:tcW w:w="1728" w:type="dxa"/>
            <w:tcMar>
              <w:top w:w="35" w:type="dxa"/>
              <w:left w:w="45" w:type="dxa"/>
              <w:bottom w:w="35" w:type="dxa"/>
              <w:right w:w="45" w:type="dxa"/>
            </w:tcMar>
            <w:vAlign w:val="center"/>
            <w:tcBorders>
              <w:left w:val="nil"/>
              <w:right w:val="nil"/>
            </w:tcBorders>
          </w:tcPr>
          <w:p w14:paraId="1E3D38BE" w14:textId="77777777" w:rsidR="003B3005" w:rsidRDefault="00000000">
            <w:pPr>
              <w:spacing w:line="240" w:lineRule="auto"/>
              <w:jc w:val="center"/>
            </w:pPr>
            <w:r>
              <w:rPr>
                <w:sz w:val="15"/>
              </w:rPr>
              <w:t>Provide cautious overall interpretation</w:t>
            </w:r>
          </w:p>
        </w:tc>
        <w:tc>
          <w:tcPr>
            <w:tcW w:w="3744" w:type="dxa"/>
            <w:tcMar>
              <w:top w:w="35" w:type="dxa"/>
              <w:left w:w="45" w:type="dxa"/>
              <w:bottom w:w="35" w:type="dxa"/>
              <w:right w:w="45" w:type="dxa"/>
            </w:tcMar>
            <w:vAlign w:val="center"/>
            <w:tcBorders>
              <w:left w:val="nil"/>
              <w:right w:val="nil"/>
            </w:tcBorders>
          </w:tcPr>
          <w:p w14:paraId="2DB6A23F" w14:textId="77777777" w:rsidR="003B3005" w:rsidRDefault="00000000">
            <w:pPr>
              <w:spacing w:line="240" w:lineRule="auto"/>
              <w:jc w:val="center"/>
            </w:pPr>
            <w:r>
              <w:rPr>
                <w:sz w:val="15"/>
              </w:rPr>
              <w:t>Discussion and Conclusions</w:t>
            </w:r>
          </w:p>
        </w:tc>
      </w:tr>
      <w:tr w:rsidR="003B3005" w14:paraId="0E38615D" w14:textId="77777777">
        <w:trPr>
          <w:cantSplit/>
          <w:jc w:val="center"/>
        </w:trPr>
        <w:tc>
          <w:tcPr>
            <w:tcW w:w="3960" w:type="dxa"/>
            <w:tcMar>
              <w:top w:w="35" w:type="dxa"/>
              <w:left w:w="45" w:type="dxa"/>
              <w:bottom w:w="35" w:type="dxa"/>
              <w:right w:w="45" w:type="dxa"/>
            </w:tcMar>
            <w:vAlign w:val="center"/>
            <w:tcBorders>
              <w:left w:val="nil"/>
              <w:right w:val="nil"/>
            </w:tcBorders>
          </w:tcPr>
          <w:p w14:paraId="58A74BF7" w14:textId="77777777" w:rsidR="003B3005" w:rsidRDefault="00000000">
            <w:pPr>
              <w:spacing w:line="240" w:lineRule="auto"/>
            </w:pPr>
            <w:r>
              <w:rPr>
                <w:sz w:val="15"/>
              </w:rPr>
              <w:t>STROBE 21</w:t>
            </w:r>
          </w:p>
        </w:tc>
        <w:tc>
          <w:tcPr>
            <w:tcW w:w="1728" w:type="dxa"/>
            <w:tcMar>
              <w:top w:w="35" w:type="dxa"/>
              <w:left w:w="45" w:type="dxa"/>
              <w:bottom w:w="35" w:type="dxa"/>
              <w:right w:w="45" w:type="dxa"/>
            </w:tcMar>
            <w:vAlign w:val="center"/>
            <w:tcBorders>
              <w:left w:val="nil"/>
              <w:right w:val="nil"/>
            </w:tcBorders>
          </w:tcPr>
          <w:p w14:paraId="251A329A" w14:textId="77777777" w:rsidR="003B3005" w:rsidRDefault="00000000">
            <w:pPr>
              <w:spacing w:line="240" w:lineRule="auto"/>
              <w:jc w:val="center"/>
            </w:pPr>
            <w:r>
              <w:rPr>
                <w:sz w:val="15"/>
              </w:rPr>
              <w:t>Discuss generalizability</w:t>
            </w:r>
          </w:p>
        </w:tc>
        <w:tc>
          <w:tcPr>
            <w:tcW w:w="3744" w:type="dxa"/>
            <w:tcMar>
              <w:top w:w="35" w:type="dxa"/>
              <w:left w:w="45" w:type="dxa"/>
              <w:bottom w:w="35" w:type="dxa"/>
              <w:right w:w="45" w:type="dxa"/>
            </w:tcMar>
            <w:vAlign w:val="center"/>
            <w:tcBorders>
              <w:left w:val="nil"/>
              <w:right w:val="nil"/>
            </w:tcBorders>
          </w:tcPr>
          <w:p w14:paraId="7913F8B0" w14:textId="77777777" w:rsidR="003B3005" w:rsidRDefault="00000000">
            <w:pPr>
              <w:spacing w:line="240" w:lineRule="auto"/>
              <w:jc w:val="center"/>
            </w:pPr>
            <w:r>
              <w:rPr>
                <w:sz w:val="15"/>
              </w:rPr>
              <w:t>Discussion: Strengths and limitations; Implications</w:t>
            </w:r>
          </w:p>
        </w:tc>
      </w:tr>
      <w:tr w:rsidR="003B3005" w14:paraId="0F91701F" w14:textId="77777777">
        <w:trPr>
          <w:cantSplit/>
          <w:jc w:val="center"/>
        </w:trPr>
        <w:tc>
          <w:tcPr>
            <w:tcW w:w="3960" w:type="dxa"/>
            <w:tcMar>
              <w:top w:w="35" w:type="dxa"/>
              <w:left w:w="45" w:type="dxa"/>
              <w:bottom w:w="35" w:type="dxa"/>
              <w:right w:w="45" w:type="dxa"/>
            </w:tcMar>
            <w:vAlign w:val="center"/>
            <w:tcBorders>
              <w:left w:val="nil"/>
              <w:right w:val="nil"/>
            </w:tcBorders>
          </w:tcPr>
          <w:p w14:paraId="23FBF624" w14:textId="77777777" w:rsidR="003B3005" w:rsidRDefault="00000000">
            <w:pPr>
              <w:spacing w:line="240" w:lineRule="auto"/>
            </w:pPr>
            <w:r>
              <w:rPr>
                <w:sz w:val="15"/>
              </w:rPr>
              <w:t>STROBE 22</w:t>
            </w:r>
          </w:p>
        </w:tc>
        <w:tc>
          <w:tcPr>
            <w:tcW w:w="1728" w:type="dxa"/>
            <w:tcMar>
              <w:top w:w="35" w:type="dxa"/>
              <w:left w:w="45" w:type="dxa"/>
              <w:bottom w:w="35" w:type="dxa"/>
              <w:right w:w="45" w:type="dxa"/>
            </w:tcMar>
            <w:vAlign w:val="center"/>
            <w:tcBorders>
              <w:left w:val="nil"/>
              <w:right w:val="nil"/>
            </w:tcBorders>
          </w:tcPr>
          <w:p w14:paraId="141E9640" w14:textId="77777777" w:rsidR="003B3005" w:rsidRDefault="00000000">
            <w:pPr>
              <w:spacing w:line="240" w:lineRule="auto"/>
              <w:jc w:val="center"/>
            </w:pPr>
            <w:r>
              <w:rPr>
                <w:sz w:val="15"/>
              </w:rPr>
              <w:t>State funding</w:t>
            </w:r>
          </w:p>
        </w:tc>
        <w:tc>
          <w:tcPr>
            <w:tcW w:w="3744" w:type="dxa"/>
            <w:tcMar>
              <w:top w:w="35" w:type="dxa"/>
              <w:left w:w="45" w:type="dxa"/>
              <w:bottom w:w="35" w:type="dxa"/>
              <w:right w:w="45" w:type="dxa"/>
            </w:tcMar>
            <w:vAlign w:val="center"/>
            <w:tcBorders>
              <w:left w:val="nil"/>
              <w:right w:val="nil"/>
            </w:tcBorders>
          </w:tcPr>
          <w:p w14:paraId="7476E08D" w14:textId="77777777" w:rsidR="003B3005" w:rsidRDefault="00000000">
            <w:pPr>
              <w:spacing w:line="240" w:lineRule="auto"/>
              <w:jc w:val="center"/>
            </w:pPr>
            <w:r>
              <w:rPr>
                <w:sz w:val="15"/>
              </w:rPr>
              <w:t>Declarations: Funding</w:t>
            </w:r>
          </w:p>
        </w:tc>
      </w:tr>
      <w:tr w:rsidR="003B3005" w14:paraId="022F7D74" w14:textId="77777777">
        <w:trPr>
          <w:cantSplit/>
          <w:jc w:val="center"/>
        </w:trPr>
        <w:tc>
          <w:tcPr>
            <w:tcW w:w="3960" w:type="dxa"/>
            <w:tcMar>
              <w:top w:w="35" w:type="dxa"/>
              <w:left w:w="45" w:type="dxa"/>
              <w:bottom w:w="35" w:type="dxa"/>
              <w:right w:w="45" w:type="dxa"/>
            </w:tcMar>
            <w:vAlign w:val="center"/>
            <w:tcBorders>
              <w:left w:val="nil"/>
              <w:right w:val="nil"/>
            </w:tcBorders>
          </w:tcPr>
          <w:p w14:paraId="59870224" w14:textId="77777777" w:rsidR="003B3005" w:rsidRDefault="00000000">
            <w:pPr>
              <w:spacing w:line="240" w:lineRule="auto"/>
            </w:pPr>
            <w:r>
              <w:rPr>
                <w:sz w:val="15"/>
              </w:rPr>
              <w:t>RECORD 1.1</w:t>
            </w:r>
          </w:p>
        </w:tc>
        <w:tc>
          <w:tcPr>
            <w:tcW w:w="1728" w:type="dxa"/>
            <w:tcMar>
              <w:top w:w="35" w:type="dxa"/>
              <w:left w:w="45" w:type="dxa"/>
              <w:bottom w:w="35" w:type="dxa"/>
              <w:right w:w="45" w:type="dxa"/>
            </w:tcMar>
            <w:vAlign w:val="center"/>
            <w:tcBorders>
              <w:left w:val="nil"/>
              <w:right w:val="nil"/>
            </w:tcBorders>
          </w:tcPr>
          <w:p w14:paraId="2B6A17B7" w14:textId="77777777" w:rsidR="003B3005" w:rsidRDefault="00000000">
            <w:pPr>
              <w:spacing w:line="240" w:lineRule="auto"/>
              <w:jc w:val="center"/>
            </w:pPr>
            <w:r>
              <w:rPr>
                <w:sz w:val="15"/>
              </w:rPr>
              <w:t>Name the routinely collected data source</w:t>
            </w:r>
          </w:p>
        </w:tc>
        <w:tc>
          <w:tcPr>
            <w:tcW w:w="3744" w:type="dxa"/>
            <w:tcMar>
              <w:top w:w="35" w:type="dxa"/>
              <w:left w:w="45" w:type="dxa"/>
              <w:bottom w:w="35" w:type="dxa"/>
              <w:right w:w="45" w:type="dxa"/>
            </w:tcMar>
            <w:vAlign w:val="center"/>
            <w:tcBorders>
              <w:left w:val="nil"/>
              <w:right w:val="nil"/>
            </w:tcBorders>
          </w:tcPr>
          <w:p w14:paraId="201C8BE4" w14:textId="77777777" w:rsidR="003B3005" w:rsidRDefault="00000000">
            <w:pPr>
              <w:spacing w:line="240" w:lineRule="auto"/>
              <w:jc w:val="center"/>
            </w:pPr>
            <w:r>
              <w:rPr>
                <w:sz w:val="15"/>
              </w:rPr>
              <w:t>Title, abstract, and Methods</w:t>
            </w:r>
          </w:p>
        </w:tc>
      </w:tr>
      <w:tr w:rsidR="003B3005" w14:paraId="37425F2E" w14:textId="77777777">
        <w:trPr>
          <w:cantSplit/>
          <w:jc w:val="center"/>
        </w:trPr>
        <w:tc>
          <w:tcPr>
            <w:tcW w:w="3960" w:type="dxa"/>
            <w:tcMar>
              <w:top w:w="35" w:type="dxa"/>
              <w:left w:w="45" w:type="dxa"/>
              <w:bottom w:w="35" w:type="dxa"/>
              <w:right w:w="45" w:type="dxa"/>
            </w:tcMar>
            <w:vAlign w:val="center"/>
            <w:tcBorders>
              <w:left w:val="nil"/>
              <w:right w:val="nil"/>
            </w:tcBorders>
          </w:tcPr>
          <w:p w14:paraId="72EC7386" w14:textId="77777777" w:rsidR="003B3005" w:rsidRDefault="00000000">
            <w:pPr>
              <w:spacing w:line="240" w:lineRule="auto"/>
            </w:pPr>
            <w:r>
              <w:rPr>
                <w:sz w:val="15"/>
              </w:rPr>
              <w:t>RECORD 6.1</w:t>
            </w:r>
          </w:p>
        </w:tc>
        <w:tc>
          <w:tcPr>
            <w:tcW w:w="1728" w:type="dxa"/>
            <w:tcMar>
              <w:top w:w="35" w:type="dxa"/>
              <w:left w:w="45" w:type="dxa"/>
              <w:bottom w:w="35" w:type="dxa"/>
              <w:right w:w="45" w:type="dxa"/>
            </w:tcMar>
            <w:vAlign w:val="center"/>
            <w:tcBorders>
              <w:left w:val="nil"/>
              <w:right w:val="nil"/>
            </w:tcBorders>
          </w:tcPr>
          <w:p w14:paraId="7418D836" w14:textId="77777777" w:rsidR="003B3005" w:rsidRDefault="00000000">
            <w:pPr>
              <w:spacing w:line="240" w:lineRule="auto"/>
              <w:jc w:val="center"/>
            </w:pPr>
            <w:r>
              <w:rPr>
                <w:sz w:val="15"/>
              </w:rPr>
              <w:t>Describe codes and algorithms used to identify the population</w:t>
            </w:r>
          </w:p>
        </w:tc>
        <w:tc>
          <w:tcPr>
            <w:tcW w:w="3744" w:type="dxa"/>
            <w:tcMar>
              <w:top w:w="35" w:type="dxa"/>
              <w:left w:w="45" w:type="dxa"/>
              <w:bottom w:w="35" w:type="dxa"/>
              <w:right w:w="45" w:type="dxa"/>
            </w:tcMar>
            <w:vAlign w:val="center"/>
            <w:tcBorders>
              <w:left w:val="nil"/>
              <w:right w:val="nil"/>
            </w:tcBorders>
          </w:tcPr>
          <w:p w14:paraId="782B7C09" w14:textId="77777777" w:rsidR="003B3005" w:rsidRDefault="00000000">
            <w:pPr>
              <w:spacing w:line="240" w:lineRule="auto"/>
              <w:jc w:val="center"/>
            </w:pPr>
            <w:r>
              <w:rPr>
                <w:sz w:val="15"/>
              </w:rPr>
              <w:t>Methods; Supplementary Table S1</w:t>
            </w:r>
          </w:p>
        </w:tc>
      </w:tr>
      <w:tr w:rsidR="003B3005" w14:paraId="0E827AB2" w14:textId="77777777">
        <w:trPr>
          <w:cantSplit/>
          <w:jc w:val="center"/>
        </w:trPr>
        <w:tc>
          <w:tcPr>
            <w:tcW w:w="3960" w:type="dxa"/>
            <w:tcMar>
              <w:top w:w="35" w:type="dxa"/>
              <w:left w:w="45" w:type="dxa"/>
              <w:bottom w:w="35" w:type="dxa"/>
              <w:right w:w="45" w:type="dxa"/>
            </w:tcMar>
            <w:vAlign w:val="center"/>
            <w:tcBorders>
              <w:left w:val="nil"/>
              <w:right w:val="nil"/>
            </w:tcBorders>
          </w:tcPr>
          <w:p w14:paraId="084A2F92" w14:textId="77777777" w:rsidR="003B3005" w:rsidRDefault="00000000">
            <w:pPr>
              <w:spacing w:line="240" w:lineRule="auto"/>
            </w:pPr>
            <w:r>
              <w:rPr>
                <w:sz w:val="15"/>
              </w:rPr>
              <w:t>RECORD 6.2</w:t>
            </w:r>
          </w:p>
        </w:tc>
        <w:tc>
          <w:tcPr>
            <w:tcW w:w="1728" w:type="dxa"/>
            <w:tcMar>
              <w:top w:w="35" w:type="dxa"/>
              <w:left w:w="45" w:type="dxa"/>
              <w:bottom w:w="35" w:type="dxa"/>
              <w:right w:w="45" w:type="dxa"/>
            </w:tcMar>
            <w:vAlign w:val="center"/>
            <w:tcBorders>
              <w:left w:val="nil"/>
              <w:right w:val="nil"/>
            </w:tcBorders>
          </w:tcPr>
          <w:p w14:paraId="210FAEEF" w14:textId="77777777" w:rsidR="003B3005" w:rsidRDefault="00000000">
            <w:pPr>
              <w:spacing w:line="240" w:lineRule="auto"/>
              <w:jc w:val="center"/>
            </w:pPr>
            <w:r>
              <w:rPr>
                <w:sz w:val="15"/>
              </w:rPr>
              <w:t>Describe validation or note its absence</w:t>
            </w:r>
          </w:p>
        </w:tc>
        <w:tc>
          <w:tcPr>
            <w:tcW w:w="3744" w:type="dxa"/>
            <w:tcMar>
              <w:top w:w="35" w:type="dxa"/>
              <w:left w:w="45" w:type="dxa"/>
              <w:bottom w:w="35" w:type="dxa"/>
              <w:right w:w="45" w:type="dxa"/>
            </w:tcMar>
            <w:vAlign w:val="center"/>
            <w:tcBorders>
              <w:left w:val="nil"/>
              <w:right w:val="nil"/>
            </w:tcBorders>
          </w:tcPr>
          <w:p w14:paraId="71B6D7D2" w14:textId="77777777" w:rsidR="003B3005" w:rsidRDefault="00000000">
            <w:pPr>
              <w:spacing w:line="240" w:lineRule="auto"/>
              <w:jc w:val="center"/>
            </w:pPr>
            <w:r>
              <w:rPr>
                <w:sz w:val="15"/>
              </w:rPr>
              <w:t>Limitations: no clinical Sepsis-3 validation</w:t>
            </w:r>
          </w:p>
        </w:tc>
      </w:tr>
      <w:tr w:rsidR="003B3005" w14:paraId="6F0FF36D" w14:textId="77777777">
        <w:trPr>
          <w:cantSplit/>
          <w:jc w:val="center"/>
        </w:trPr>
        <w:tc>
          <w:tcPr>
            <w:tcW w:w="3960" w:type="dxa"/>
            <w:tcMar>
              <w:top w:w="35" w:type="dxa"/>
              <w:left w:w="45" w:type="dxa"/>
              <w:bottom w:w="35" w:type="dxa"/>
              <w:right w:w="45" w:type="dxa"/>
            </w:tcMar>
            <w:vAlign w:val="center"/>
            <w:tcBorders>
              <w:left w:val="nil"/>
              <w:right w:val="nil"/>
            </w:tcBorders>
          </w:tcPr>
          <w:p w14:paraId="3EA9A541" w14:textId="77777777" w:rsidR="003B3005" w:rsidRDefault="00000000">
            <w:pPr>
              <w:spacing w:line="240" w:lineRule="auto"/>
            </w:pPr>
            <w:r>
              <w:rPr>
                <w:sz w:val="15"/>
              </w:rPr>
              <w:t>RECORD 7.1</w:t>
            </w:r>
          </w:p>
        </w:tc>
        <w:tc>
          <w:tcPr>
            <w:tcW w:w="1728" w:type="dxa"/>
            <w:tcMar>
              <w:top w:w="35" w:type="dxa"/>
              <w:left w:w="45" w:type="dxa"/>
              <w:bottom w:w="35" w:type="dxa"/>
              <w:right w:w="45" w:type="dxa"/>
            </w:tcMar>
            <w:vAlign w:val="center"/>
            <w:tcBorders>
              <w:left w:val="nil"/>
              <w:right w:val="nil"/>
            </w:tcBorders>
          </w:tcPr>
          <w:p w14:paraId="0D3576FF" w14:textId="77777777" w:rsidR="003B3005" w:rsidRDefault="00000000">
            <w:pPr>
              <w:spacing w:line="240" w:lineRule="auto"/>
              <w:jc w:val="center"/>
            </w:pPr>
            <w:r>
              <w:rPr>
                <w:sz w:val="15"/>
              </w:rPr>
              <w:t>Provide complete code lists</w:t>
            </w:r>
          </w:p>
        </w:tc>
        <w:tc>
          <w:tcPr>
            <w:tcW w:w="3744" w:type="dxa"/>
            <w:tcMar>
              <w:top w:w="35" w:type="dxa"/>
              <w:left w:w="45" w:type="dxa"/>
              <w:bottom w:w="35" w:type="dxa"/>
              <w:right w:w="45" w:type="dxa"/>
            </w:tcMar>
            <w:vAlign w:val="center"/>
            <w:tcBorders>
              <w:left w:val="nil"/>
              <w:right w:val="nil"/>
            </w:tcBorders>
          </w:tcPr>
          <w:p w14:paraId="5722D9F2" w14:textId="77777777" w:rsidR="003B3005" w:rsidRDefault="00000000">
            <w:pPr>
              <w:spacing w:line="240" w:lineRule="auto"/>
              <w:jc w:val="center"/>
            </w:pPr>
            <w:r>
              <w:rPr>
                <w:sz w:val="15"/>
              </w:rPr>
              <w:t>Methods and Supplementary Table S1</w:t>
            </w:r>
          </w:p>
        </w:tc>
      </w:tr>
      <w:tr w:rsidR="003B3005" w14:paraId="3193217A" w14:textId="77777777">
        <w:trPr>
          <w:cantSplit/>
          <w:jc w:val="center"/>
        </w:trPr>
        <w:tc>
          <w:tcPr>
            <w:tcW w:w="3960" w:type="dxa"/>
            <w:tcMar>
              <w:top w:w="35" w:type="dxa"/>
              <w:left w:w="45" w:type="dxa"/>
              <w:bottom w:w="35" w:type="dxa"/>
              <w:right w:w="45" w:type="dxa"/>
            </w:tcMar>
            <w:vAlign w:val="center"/>
            <w:tcBorders>
              <w:left w:val="nil"/>
              <w:right w:val="nil"/>
            </w:tcBorders>
          </w:tcPr>
          <w:p w14:paraId="51FA869F" w14:textId="77777777" w:rsidR="003B3005" w:rsidRDefault="00000000">
            <w:pPr>
              <w:spacing w:line="240" w:lineRule="auto"/>
            </w:pPr>
            <w:r>
              <w:rPr>
                <w:sz w:val="15"/>
              </w:rPr>
              <w:t>RECORD 12.1</w:t>
            </w:r>
          </w:p>
        </w:tc>
        <w:tc>
          <w:tcPr>
            <w:tcW w:w="1728" w:type="dxa"/>
            <w:tcMar>
              <w:top w:w="35" w:type="dxa"/>
              <w:left w:w="45" w:type="dxa"/>
              <w:bottom w:w="35" w:type="dxa"/>
              <w:right w:w="45" w:type="dxa"/>
            </w:tcMar>
            <w:vAlign w:val="center"/>
            <w:tcBorders>
              <w:left w:val="nil"/>
              <w:right w:val="nil"/>
            </w:tcBorders>
          </w:tcPr>
          <w:p w14:paraId="130B5C81" w14:textId="77777777" w:rsidR="003B3005" w:rsidRDefault="00000000">
            <w:pPr>
              <w:spacing w:line="240" w:lineRule="auto"/>
              <w:jc w:val="center"/>
            </w:pPr>
            <w:r>
              <w:rPr>
                <w:sz w:val="15"/>
              </w:rPr>
              <w:t>Describe data access, cleaning, and preparation</w:t>
            </w:r>
          </w:p>
        </w:tc>
        <w:tc>
          <w:tcPr>
            <w:tcW w:w="3744" w:type="dxa"/>
            <w:tcMar>
              <w:top w:w="35" w:type="dxa"/>
              <w:left w:w="45" w:type="dxa"/>
              <w:bottom w:w="35" w:type="dxa"/>
              <w:right w:w="45" w:type="dxa"/>
            </w:tcMar>
            <w:vAlign w:val="center"/>
            <w:tcBorders>
              <w:left w:val="nil"/>
              <w:right w:val="nil"/>
            </w:tcBorders>
          </w:tcPr>
          <w:p w14:paraId="35E87311" w14:textId="77777777" w:rsidR="003B3005" w:rsidRDefault="00000000">
            <w:pPr>
              <w:spacing w:line="240" w:lineRule="auto"/>
              <w:jc w:val="center"/>
            </w:pPr>
            <w:r>
              <w:rPr>
                <w:sz w:val="15"/>
              </w:rPr>
              <w:t>Methods; Supplementary Methods 1-5</w:t>
            </w:r>
          </w:p>
        </w:tc>
      </w:tr>
      <w:tr w:rsidR="003B3005" w14:paraId="5659FC02" w14:textId="77777777">
        <w:trPr>
          <w:cantSplit/>
          <w:jc w:val="center"/>
        </w:trPr>
        <w:tc>
          <w:tcPr>
            <w:tcW w:w="3960" w:type="dxa"/>
            <w:tcMar>
              <w:top w:w="35" w:type="dxa"/>
              <w:left w:w="45" w:type="dxa"/>
              <w:bottom w:w="35" w:type="dxa"/>
              <w:right w:w="45" w:type="dxa"/>
            </w:tcMar>
            <w:vAlign w:val="center"/>
            <w:tcBorders>
              <w:left w:val="nil"/>
              <w:right w:val="nil"/>
            </w:tcBorders>
          </w:tcPr>
          <w:p w14:paraId="7478180A" w14:textId="77777777" w:rsidR="003B3005" w:rsidRDefault="00000000">
            <w:pPr>
              <w:spacing w:line="240" w:lineRule="auto"/>
            </w:pPr>
            <w:r>
              <w:rPr>
                <w:sz w:val="15"/>
              </w:rPr>
              <w:t>RECORD 12.2</w:t>
            </w:r>
          </w:p>
        </w:tc>
        <w:tc>
          <w:tcPr>
            <w:tcW w:w="1728" w:type="dxa"/>
            <w:tcMar>
              <w:top w:w="35" w:type="dxa"/>
              <w:left w:w="45" w:type="dxa"/>
              <w:bottom w:w="35" w:type="dxa"/>
              <w:right w:w="45" w:type="dxa"/>
            </w:tcMar>
            <w:vAlign w:val="center"/>
            <w:tcBorders>
              <w:left w:val="nil"/>
              <w:right w:val="nil"/>
            </w:tcBorders>
          </w:tcPr>
          <w:p w14:paraId="3E3F25DA" w14:textId="77777777" w:rsidR="003B3005" w:rsidRDefault="00000000">
            <w:pPr>
              <w:spacing w:line="240" w:lineRule="auto"/>
              <w:jc w:val="center"/>
            </w:pPr>
            <w:r>
              <w:rPr>
                <w:sz w:val="15"/>
              </w:rPr>
              <w:t>Describe linkage methods</w:t>
            </w:r>
          </w:p>
        </w:tc>
        <w:tc>
          <w:tcPr>
            <w:tcW w:w="3744" w:type="dxa"/>
            <w:tcMar>
              <w:top w:w="35" w:type="dxa"/>
              <w:left w:w="45" w:type="dxa"/>
              <w:bottom w:w="35" w:type="dxa"/>
              <w:right w:w="45" w:type="dxa"/>
            </w:tcMar>
            <w:vAlign w:val="center"/>
            <w:tcBorders>
              <w:left w:val="nil"/>
              <w:right w:val="nil"/>
            </w:tcBorders>
          </w:tcPr>
          <w:p w14:paraId="179BFD88" w14:textId="77777777" w:rsidR="003B3005" w:rsidRDefault="00000000">
            <w:pPr>
              <w:spacing w:line="240" w:lineRule="auto"/>
              <w:jc w:val="center"/>
            </w:pPr>
            <w:r>
              <w:rPr>
                <w:sz w:val="15"/>
              </w:rPr>
              <w:t>Not applicable; no record linkage</w:t>
            </w:r>
          </w:p>
        </w:tc>
      </w:tr>
      <w:tr w:rsidR="003B3005" w14:paraId="0C7D79FC" w14:textId="77777777">
        <w:trPr>
          <w:cantSplit/>
          <w:jc w:val="center"/>
        </w:trPr>
        <w:tc>
          <w:tcPr>
            <w:tcW w:w="3960" w:type="dxa"/>
            <w:tcMar>
              <w:top w:w="35" w:type="dxa"/>
              <w:left w:w="45" w:type="dxa"/>
              <w:bottom w:w="35" w:type="dxa"/>
              <w:right w:w="45" w:type="dxa"/>
            </w:tcMar>
            <w:vAlign w:val="center"/>
            <w:tcBorders>
              <w:left w:val="nil"/>
              <w:right w:val="nil"/>
            </w:tcBorders>
          </w:tcPr>
          <w:p w14:paraId="5525BC01" w14:textId="77777777" w:rsidR="003B3005" w:rsidRDefault="00000000">
            <w:pPr>
              <w:spacing w:line="240" w:lineRule="auto"/>
            </w:pPr>
            <w:r>
              <w:rPr>
                <w:sz w:val="15"/>
              </w:rPr>
              <w:t>RECORD 13.1</w:t>
            </w:r>
          </w:p>
        </w:tc>
        <w:tc>
          <w:tcPr>
            <w:tcW w:w="1728" w:type="dxa"/>
            <w:tcMar>
              <w:top w:w="35" w:type="dxa"/>
              <w:left w:w="45" w:type="dxa"/>
              <w:bottom w:w="35" w:type="dxa"/>
              <w:right w:w="45" w:type="dxa"/>
            </w:tcMar>
            <w:vAlign w:val="center"/>
            <w:tcBorders>
              <w:left w:val="nil"/>
              <w:right w:val="nil"/>
            </w:tcBorders>
          </w:tcPr>
          <w:p w14:paraId="23AA660E" w14:textId="77777777" w:rsidR="003B3005" w:rsidRDefault="00000000">
            <w:pPr>
              <w:spacing w:line="240" w:lineRule="auto"/>
              <w:jc w:val="center"/>
            </w:pPr>
            <w:r>
              <w:rPr>
                <w:sz w:val="15"/>
              </w:rPr>
              <w:t>Describe selection from source population</w:t>
            </w:r>
          </w:p>
        </w:tc>
        <w:tc>
          <w:tcPr>
            <w:tcW w:w="3744" w:type="dxa"/>
            <w:tcMar>
              <w:top w:w="35" w:type="dxa"/>
              <w:left w:w="45" w:type="dxa"/>
              <w:bottom w:w="35" w:type="dxa"/>
              <w:right w:w="45" w:type="dxa"/>
            </w:tcMar>
            <w:vAlign w:val="center"/>
            <w:tcBorders>
              <w:left w:val="nil"/>
              <w:right w:val="nil"/>
            </w:tcBorders>
          </w:tcPr>
          <w:p w14:paraId="5B19EBF2" w14:textId="77777777" w:rsidR="003B3005" w:rsidRDefault="00000000">
            <w:pPr>
              <w:spacing w:line="240" w:lineRule="auto"/>
              <w:jc w:val="center"/>
            </w:pPr>
            <w:r>
              <w:rPr>
                <w:sz w:val="15"/>
              </w:rPr>
              <w:t>All eligible US resident deaths; Methods and Results</w:t>
            </w:r>
          </w:p>
        </w:tc>
      </w:tr>
      <w:tr w:rsidR="003B3005" w14:paraId="6B59AE9C" w14:textId="77777777">
        <w:trPr>
          <w:cantSplit/>
          <w:jc w:val="center"/>
        </w:trPr>
        <w:tc>
          <w:tcPr>
            <w:tcW w:w="3960" w:type="dxa"/>
            <w:tcMar>
              <w:top w:w="35" w:type="dxa"/>
              <w:left w:w="45" w:type="dxa"/>
              <w:bottom w:w="35" w:type="dxa"/>
              <w:right w:w="45" w:type="dxa"/>
            </w:tcMar>
            <w:vAlign w:val="center"/>
            <w:tcBorders>
              <w:left w:val="nil"/>
              <w:right w:val="nil"/>
            </w:tcBorders>
          </w:tcPr>
          <w:p w14:paraId="44BD6E92" w14:textId="77777777" w:rsidR="003B3005" w:rsidRDefault="00000000">
            <w:pPr>
              <w:spacing w:line="240" w:lineRule="auto"/>
            </w:pPr>
            <w:r>
              <w:rPr>
                <w:sz w:val="15"/>
              </w:rPr>
              <w:t>RECORD 13.2</w:t>
            </w:r>
          </w:p>
        </w:tc>
        <w:tc>
          <w:tcPr>
            <w:tcW w:w="1728" w:type="dxa"/>
            <w:tcMar>
              <w:top w:w="35" w:type="dxa"/>
              <w:left w:w="45" w:type="dxa"/>
              <w:bottom w:w="35" w:type="dxa"/>
              <w:right w:w="45" w:type="dxa"/>
            </w:tcMar>
            <w:vAlign w:val="center"/>
            <w:tcBorders>
              <w:left w:val="nil"/>
              <w:right w:val="nil"/>
            </w:tcBorders>
          </w:tcPr>
          <w:p w14:paraId="3247AF75" w14:textId="77777777" w:rsidR="003B3005" w:rsidRDefault="00000000">
            <w:pPr>
              <w:spacing w:line="240" w:lineRule="auto"/>
              <w:jc w:val="center"/>
            </w:pPr>
            <w:r>
              <w:rPr>
                <w:sz w:val="15"/>
              </w:rPr>
              <w:t>Report linkage flow</w:t>
            </w:r>
          </w:p>
        </w:tc>
        <w:tc>
          <w:tcPr>
            <w:tcW w:w="3744" w:type="dxa"/>
            <w:tcMar>
              <w:top w:w="35" w:type="dxa"/>
              <w:left w:w="45" w:type="dxa"/>
              <w:bottom w:w="35" w:type="dxa"/>
              <w:right w:w="45" w:type="dxa"/>
            </w:tcMar>
            <w:vAlign w:val="center"/>
            <w:tcBorders>
              <w:left w:val="nil"/>
              <w:right w:val="nil"/>
            </w:tcBorders>
          </w:tcPr>
          <w:p w14:paraId="0322DBDF" w14:textId="77777777" w:rsidR="003B3005" w:rsidRDefault="00000000">
            <w:pPr>
              <w:spacing w:line="240" w:lineRule="auto"/>
              <w:jc w:val="center"/>
            </w:pPr>
            <w:r>
              <w:rPr>
                <w:sz w:val="15"/>
              </w:rPr>
              <w:t>Not applicable; no linkage</w:t>
            </w:r>
          </w:p>
        </w:tc>
      </w:tr>
      <w:tr w:rsidR="003B3005" w14:paraId="2155D7B8" w14:textId="77777777">
        <w:trPr>
          <w:cantSplit/>
          <w:jc w:val="center"/>
        </w:trPr>
        <w:tc>
          <w:tcPr>
            <w:tcW w:w="3960" w:type="dxa"/>
            <w:tcMar>
              <w:top w:w="35" w:type="dxa"/>
              <w:left w:w="45" w:type="dxa"/>
              <w:bottom w:w="35" w:type="dxa"/>
              <w:right w:w="45" w:type="dxa"/>
            </w:tcMar>
            <w:vAlign w:val="center"/>
            <w:tcBorders>
              <w:left w:val="nil"/>
              <w:right w:val="nil"/>
            </w:tcBorders>
          </w:tcPr>
          <w:p w14:paraId="6A8C8424" w14:textId="77777777" w:rsidR="003B3005" w:rsidRDefault="00000000">
            <w:pPr>
              <w:spacing w:line="240" w:lineRule="auto"/>
            </w:pPr>
            <w:r>
              <w:rPr>
                <w:sz w:val="15"/>
              </w:rPr>
              <w:t>RECORD 13.3</w:t>
            </w:r>
          </w:p>
        </w:tc>
        <w:tc>
          <w:tcPr>
            <w:tcW w:w="1728" w:type="dxa"/>
            <w:tcMar>
              <w:top w:w="35" w:type="dxa"/>
              <w:left w:w="45" w:type="dxa"/>
              <w:bottom w:w="35" w:type="dxa"/>
              <w:right w:w="45" w:type="dxa"/>
            </w:tcMar>
            <w:vAlign w:val="center"/>
            <w:tcBorders>
              <w:left w:val="nil"/>
              <w:right w:val="nil"/>
            </w:tcBorders>
          </w:tcPr>
          <w:p w14:paraId="2BB65862" w14:textId="77777777" w:rsidR="003B3005" w:rsidRDefault="00000000">
            <w:pPr>
              <w:spacing w:line="240" w:lineRule="auto"/>
              <w:jc w:val="center"/>
            </w:pPr>
            <w:r>
              <w:rPr>
                <w:sz w:val="15"/>
              </w:rPr>
              <w:t>Report data quality and availability</w:t>
            </w:r>
          </w:p>
        </w:tc>
        <w:tc>
          <w:tcPr>
            <w:tcW w:w="3744" w:type="dxa"/>
            <w:tcMar>
              <w:top w:w="35" w:type="dxa"/>
              <w:left w:w="45" w:type="dxa"/>
              <w:bottom w:w="35" w:type="dxa"/>
              <w:right w:w="45" w:type="dxa"/>
            </w:tcMar>
            <w:vAlign w:val="center"/>
            <w:tcBorders>
              <w:left w:val="nil"/>
              <w:right w:val="nil"/>
            </w:tcBorders>
          </w:tcPr>
          <w:p w14:paraId="0D697262" w14:textId="77777777" w:rsidR="003B3005" w:rsidRDefault="00000000">
            <w:pPr>
              <w:spacing w:line="240" w:lineRule="auto"/>
              <w:jc w:val="center"/>
            </w:pPr>
            <w:r>
              <w:rPr>
                <w:sz w:val="15"/>
              </w:rPr>
              <w:t>Suppression, Not Stated categories, rate reliability, and non-comparable classification eras</w:t>
            </w:r>
          </w:p>
        </w:tc>
      </w:tr>
      <w:tr w:rsidR="003B3005" w14:paraId="169E1E5F" w14:textId="77777777">
        <w:trPr>
          <w:cantSplit/>
          <w:jc w:val="center"/>
        </w:trPr>
        <w:tc>
          <w:tcPr>
            <w:tcW w:w="3960" w:type="dxa"/>
            <w:tcMar>
              <w:top w:w="35" w:type="dxa"/>
              <w:left w:w="45" w:type="dxa"/>
              <w:bottom w:w="35" w:type="dxa"/>
              <w:right w:w="45" w:type="dxa"/>
            </w:tcMar>
            <w:vAlign w:val="center"/>
            <w:tcBorders>
              <w:left w:val="nil"/>
              <w:right w:val="nil"/>
            </w:tcBorders>
          </w:tcPr>
          <w:p w14:paraId="75417792" w14:textId="77777777" w:rsidR="003B3005" w:rsidRDefault="00000000">
            <w:pPr>
              <w:spacing w:line="240" w:lineRule="auto"/>
            </w:pPr>
            <w:r>
              <w:rPr>
                <w:sz w:val="15"/>
              </w:rPr>
              <w:t>RECORD 19.1</w:t>
            </w:r>
          </w:p>
        </w:tc>
        <w:tc>
          <w:tcPr>
            <w:tcW w:w="1728" w:type="dxa"/>
            <w:tcMar>
              <w:top w:w="35" w:type="dxa"/>
              <w:left w:w="45" w:type="dxa"/>
              <w:bottom w:w="35" w:type="dxa"/>
              <w:right w:w="45" w:type="dxa"/>
            </w:tcMar>
            <w:vAlign w:val="center"/>
            <w:tcBorders>
              <w:left w:val="nil"/>
              <w:right w:val="nil"/>
            </w:tcBorders>
          </w:tcPr>
          <w:p w14:paraId="6B95120C" w14:textId="77777777" w:rsidR="003B3005" w:rsidRDefault="00000000">
            <w:pPr>
              <w:spacing w:line="240" w:lineRule="auto"/>
              <w:jc w:val="center"/>
            </w:pPr>
            <w:r>
              <w:rPr>
                <w:sz w:val="15"/>
              </w:rPr>
              <w:t>Discuss limitations of routinely collected data</w:t>
            </w:r>
          </w:p>
        </w:tc>
        <w:tc>
          <w:tcPr>
            <w:tcW w:w="3744" w:type="dxa"/>
            <w:tcMar>
              <w:top w:w="35" w:type="dxa"/>
              <w:left w:w="45" w:type="dxa"/>
              <w:bottom w:w="35" w:type="dxa"/>
              <w:right w:w="45" w:type="dxa"/>
            </w:tcMar>
            <w:vAlign w:val="center"/>
            <w:tcBorders>
              <w:left w:val="nil"/>
              <w:right w:val="nil"/>
            </w:tcBorders>
          </w:tcPr>
          <w:p w14:paraId="50E259DC" w14:textId="77777777" w:rsidR="003B3005" w:rsidRDefault="00000000">
            <w:pPr>
              <w:spacing w:line="240" w:lineRule="auto"/>
              <w:jc w:val="center"/>
            </w:pPr>
            <w:r>
              <w:rPr>
                <w:sz w:val="15"/>
              </w:rPr>
              <w:t>Discussion: Strengths and limitations</w:t>
            </w:r>
          </w:p>
        </w:tc>
      </w:tr>
      <w:tr w:rsidR="003B3005" w14:paraId="548C2F92" w14:textId="77777777">
        <w:trPr>
          <w:cantSplit/>
          <w:jc w:val="center"/>
        </w:trPr>
        <w:tc>
          <w:tcPr>
            <w:tcW w:w="3960" w:type="dxa"/>
            <w:tcMar>
              <w:top w:w="35" w:type="dxa"/>
              <w:left w:w="45" w:type="dxa"/>
              <w:bottom w:w="35" w:type="dxa"/>
              <w:right w:w="45" w:type="dxa"/>
            </w:tcMar>
            <w:vAlign w:val="center"/>
            <w:tcBorders>
              <w:left w:val="nil"/>
              <w:right w:val="nil"/>
            </w:tcBorders>
          </w:tcPr>
          <w:p w14:paraId="4AFFE6FF" w14:textId="77777777" w:rsidR="003B3005" w:rsidRDefault="00000000">
            <w:pPr>
              <w:spacing w:line="240" w:lineRule="auto"/>
            </w:pPr>
            <w:r>
              <w:rPr>
                <w:sz w:val="15"/>
              </w:rPr>
              <w:t>RECORD 22.1</w:t>
            </w:r>
          </w:p>
        </w:tc>
        <w:tc>
          <w:tcPr>
            <w:tcW w:w="1728" w:type="dxa"/>
            <w:tcMar>
              <w:top w:w="35" w:type="dxa"/>
              <w:left w:w="45" w:type="dxa"/>
              <w:bottom w:w="35" w:type="dxa"/>
              <w:right w:w="45" w:type="dxa"/>
            </w:tcMar>
            <w:vAlign w:val="center"/>
            <w:tcBorders>
              <w:left w:val="nil"/>
              <w:right w:val="nil"/>
            </w:tcBorders>
          </w:tcPr>
          <w:p w14:paraId="564D9F39" w14:textId="77777777" w:rsidR="003B3005" w:rsidRDefault="00000000">
            <w:pPr>
              <w:spacing w:line="240" w:lineRule="auto"/>
              <w:jc w:val="center"/>
            </w:pPr>
            <w:r>
              <w:rPr>
                <w:sz w:val="15"/>
              </w:rPr>
              <w:t>State access to code lists and algorithms</w:t>
            </w:r>
          </w:p>
        </w:tc>
        <w:tc>
          <w:tcPr>
            <w:tcW w:w="3744" w:type="dxa"/>
            <w:tcMar>
              <w:top w:w="35" w:type="dxa"/>
              <w:left w:w="45" w:type="dxa"/>
              <w:bottom w:w="35" w:type="dxa"/>
              <w:right w:w="45" w:type="dxa"/>
            </w:tcMar>
            <w:vAlign w:val="center"/>
            <w:tcBorders>
              <w:left w:val="nil"/>
              <w:right w:val="nil"/>
            </w:tcBorders>
          </w:tcPr>
          <w:p w14:paraId="7AE23EB2" w14:textId="77777777" w:rsidR="003B3005" w:rsidRDefault="00000000">
            <w:pPr>
              <w:spacing w:line="240" w:lineRule="auto"/>
              <w:jc w:val="center"/>
            </w:pPr>
            <w:r>
              <w:rPr>
                <w:sz w:val="15"/>
              </w:rPr>
              <w:t>Full ICD-10 definitions in article and Additional file 1</w:t>
            </w:r>
          </w:p>
        </w:tc>
      </w:tr>
    </w:tbl>
    <w:p w14:paraId="2109C616" w14:textId="77777777" w:rsidR="003B3005" w:rsidRDefault="00000000">
      <w:pPr>
        <w:pStyle w:val="Heading1"/>
        <w:pageBreakBefore/>
        <w:spacing w:before="0" w:line="240" w:lineRule="auto"/>
      </w:pPr>
      <w:r>
        <w:rPr>
          <w:rFonts w:ascii="Times New Roman" w:eastAsia="Times New Roman" w:hAnsi="Times New Roman"/>
        </w:rPr>
        <w:lastRenderedPageBreak/>
        <w:t>Supplementary Figures</w:t>
      </w:r>
    </w:p>
    <w:p w14:paraId="0F010FDD" w14:textId="77777777" w:rsidR="003B3005" w:rsidRDefault="00000000">
      <w:pPr>
        <w:pStyle w:val="Heading2"/>
        <w:spacing w:before="0" w:line="240" w:lineRule="auto"/>
      </w:pPr>
      <w:r>
        <w:rPr>
          <w:rFonts w:ascii="Times New Roman" w:eastAsia="Times New Roman" w:hAnsi="Times New Roman"/>
          <w:sz w:val="24"/>
        </w:rPr>
        <w:t>Supplementary Figure S1. Overall age-adjusted mortality trends, 1999-2024</w:t>
      </w:r>
    </w:p>
    <w:p w14:paraId="36CA4AE8" w14:textId="77777777" w:rsidR="003B3005" w:rsidRDefault="00000000">
      <w:pPr>
        <w:keepNext/>
        <w:jc w:val="center"/>
      </w:pPr>
      <w:r>
        <w:rPr>
          <w:noProof/>
        </w:rPr>
        <w:drawing>
          <wp:inline distT="0" distB="0" distL="0" distR="0" wp14:anchorId="081F2BED" wp14:editId="2EE4C5A4">
            <wp:extent cx="5760720" cy="3496959"/>
            <wp:effectExtent l="0" t="0" r="0" b="0"/>
            <wp:docPr id="1" name="Picture 1" descr="Source-generated Joinpoint graph of overall annual age-adjusted mortality rates from 1999 through 2024." title="Supplementary Figure S1. Overall age-adjusted mortality trends, 1999-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Overall.jpeg"/>
                    <pic:cNvPicPr/>
                  </pic:nvPicPr>
                  <pic:blipFill>
                    <a:blip r:embed="rId8"/>
                    <a:stretch>
                      <a:fillRect/>
                    </a:stretch>
                  </pic:blipFill>
                  <pic:spPr>
                    <a:xfrm>
                      <a:off x="0" y="0"/>
                      <a:ext cx="5760720" cy="3496959"/>
                    </a:xfrm>
                    <a:prstGeom prst="rect">
                      <a:avLst/>
                    </a:prstGeom>
                  </pic:spPr>
                </pic:pic>
              </a:graphicData>
            </a:graphic>
          </wp:inline>
        </w:drawing>
      </w:r>
    </w:p>
    <w:p w14:paraId="09A873E9" w14:textId="77777777" w:rsidR="003B3005" w:rsidRDefault="00000000">
      <w:pPr>
        <w:spacing w:line="240" w:lineRule="auto"/>
      </w:pPr>
      <w:r>
        <w:t>Observed AAMRs and fitted Joinpoint segments for the overall population. APC labels and significance indicators were generated by the Joinpoint Regression Program. AAMRs are deaths per 100000 population.</w:t>
      </w:r>
    </w:p>
    <w:p w14:paraId="1E736C04" w14:textId="77777777" w:rsidR="003B3005" w:rsidRDefault="00000000">
      <w:pPr>
        <w:pStyle w:val="Heading2"/>
        <w:keepNext w:val="0"/>
        <w:pageBreakBefore/>
        <w:spacing w:before="1080" w:line="240" w:lineRule="auto"/>
      </w:pPr>
      <w:r>
        <w:rPr>
          <w:rFonts w:ascii="Times New Roman" w:eastAsia="Times New Roman" w:hAnsi="Times New Roman"/>
          <w:sz w:val="24"/>
        </w:rPr>
        <w:lastRenderedPageBreak/>
        <w:t>Supplementary Figure S2. Sex-specific age-adjusted mortality trends, 1999-2024</w:t>
      </w:r>
    </w:p>
    <w:p w14:paraId="4D039C09" w14:textId="77777777" w:rsidR="003B3005" w:rsidRDefault="00000000">
      <w:pPr>
        <w:keepNext/>
        <w:jc w:val="center"/>
      </w:pPr>
      <w:r>
        <w:rPr>
          <w:noProof/>
        </w:rPr>
        <w:drawing>
          <wp:inline distT="0" distB="0" distL="0" distR="0" wp14:anchorId="197EF44E" wp14:editId="366F1201">
            <wp:extent cx="5760720" cy="3496959"/>
            <wp:effectExtent l="0" t="0" r="0" b="0"/>
            <wp:docPr id="2" name="Picture 2" descr="Source-generated Joinpoint graph comparing female and male age-adjusted mortality trends from 1999 through 2024." title="Supplementary Figure S2. Sex-specific age-adjusted mortality trends, 1999-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ex.jpeg"/>
                    <pic:cNvPicPr/>
                  </pic:nvPicPr>
                  <pic:blipFill>
                    <a:blip r:embed="rId9"/>
                    <a:stretch>
                      <a:fillRect/>
                    </a:stretch>
                  </pic:blipFill>
                  <pic:spPr>
                    <a:xfrm>
                      <a:off x="0" y="0"/>
                      <a:ext cx="5760720" cy="3496959"/>
                    </a:xfrm>
                    <a:prstGeom prst="rect">
                      <a:avLst/>
                    </a:prstGeom>
                  </pic:spPr>
                </pic:pic>
              </a:graphicData>
            </a:graphic>
          </wp:inline>
        </w:drawing>
      </w:r>
    </w:p>
    <w:p w14:paraId="1E85E328" w14:textId="77777777" w:rsidR="003B3005" w:rsidRDefault="00000000">
      <w:pPr>
        <w:spacing w:line="240" w:lineRule="auto"/>
      </w:pPr>
      <w:r>
        <w:t>Observed AAMRs and fitted Joinpoint segments for female and male decedents. APC labels and significance indicators were generated by the Joinpoint Regression Program. AAMRs are deaths per 100000 population.</w:t>
      </w:r>
    </w:p>
    <w:p w14:paraId="11683FDD" w14:textId="77777777" w:rsidR="003B3005" w:rsidRDefault="00000000">
      <w:pPr>
        <w:pStyle w:val="Heading2"/>
        <w:keepNext w:val="0"/>
        <w:pageBreakBefore/>
        <w:spacing w:before="1080" w:line="240" w:lineRule="auto"/>
      </w:pPr>
      <w:r>
        <w:rPr>
          <w:rFonts w:ascii="Times New Roman" w:eastAsia="Times New Roman" w:hAnsi="Times New Roman"/>
          <w:sz w:val="24"/>
        </w:rPr>
        <w:lastRenderedPageBreak/>
        <w:t>Supplementary Figure S3. Hispanic-origin mortality trends, 1999-2024</w:t>
      </w:r>
    </w:p>
    <w:p w14:paraId="6766BBF4" w14:textId="77777777" w:rsidR="003B3005" w:rsidRDefault="00000000">
      <w:pPr>
        <w:keepNext/>
        <w:jc w:val="center"/>
      </w:pPr>
      <w:r>
        <w:rPr>
          <w:noProof/>
        </w:rPr>
        <w:drawing>
          <wp:inline distT="0" distB="0" distL="0" distR="0" wp14:anchorId="5E1276A5" wp14:editId="055E8052">
            <wp:extent cx="5760720" cy="3496959"/>
            <wp:effectExtent l="0" t="0" r="0" b="0"/>
            <wp:docPr id="3" name="Picture 3" descr="Source-generated Joinpoint graph comparing Hispanic and non-Hispanic age-adjusted mortality trends from 1999 through 2024." title="Supplementary Figure S3. Hispanic-origin mortality trends, 1999-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HispanicOrigin.jpeg"/>
                    <pic:cNvPicPr/>
                  </pic:nvPicPr>
                  <pic:blipFill>
                    <a:blip r:embed="rId10"/>
                    <a:stretch>
                      <a:fillRect/>
                    </a:stretch>
                  </pic:blipFill>
                  <pic:spPr>
                    <a:xfrm>
                      <a:off x="0" y="0"/>
                      <a:ext cx="5760720" cy="3496959"/>
                    </a:xfrm>
                    <a:prstGeom prst="rect">
                      <a:avLst/>
                    </a:prstGeom>
                  </pic:spPr>
                </pic:pic>
              </a:graphicData>
            </a:graphic>
          </wp:inline>
        </w:drawing>
      </w:r>
    </w:p>
    <w:p w14:paraId="6B456218" w14:textId="77777777" w:rsidR="003B3005" w:rsidRDefault="00000000">
      <w:pPr>
        <w:spacing w:line="240" w:lineRule="auto"/>
      </w:pPr>
      <w:r>
        <w:t>Observed AAMRs and fitted Joinpoint segments for Hispanic and non-Hispanic decedents. APC labels and significance indicators were generated by the Joinpoint Regression Program. AAMRs are deaths per 100000 population.</w:t>
      </w:r>
    </w:p>
    <w:p w14:paraId="5FD1267B" w14:textId="77777777" w:rsidR="003B3005" w:rsidRDefault="00000000">
      <w:pPr>
        <w:pStyle w:val="Heading2"/>
        <w:keepNext w:val="0"/>
        <w:pageBreakBefore/>
        <w:spacing w:before="1080" w:line="240" w:lineRule="auto"/>
      </w:pPr>
      <w:r>
        <w:rPr>
          <w:rFonts w:ascii="Times New Roman" w:eastAsia="Times New Roman" w:hAnsi="Times New Roman"/>
          <w:sz w:val="24"/>
        </w:rPr>
        <w:lastRenderedPageBreak/>
        <w:t>Supplementary Figure S4. Census-region mortality trends, 1999-2024</w:t>
      </w:r>
    </w:p>
    <w:p w14:paraId="75BE2EF2" w14:textId="77777777" w:rsidR="003B3005" w:rsidRDefault="00000000">
      <w:pPr>
        <w:keepNext/>
        <w:jc w:val="center"/>
      </w:pPr>
      <w:r>
        <w:rPr>
          <w:noProof/>
        </w:rPr>
        <w:drawing>
          <wp:inline distT="0" distB="0" distL="0" distR="0" wp14:anchorId="156D7E3E" wp14:editId="2490C9B2">
            <wp:extent cx="5760720" cy="3496959"/>
            <wp:effectExtent l="0" t="0" r="0" b="0"/>
            <wp:docPr id="4" name="Picture 4" descr="Source-generated Joinpoint graph of age-adjusted mortality trends across four US Census regions from 1999 through 2024." title="Supplementary Figure S4. Census-region mortality trends, 1999-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CensusRegion.jpeg"/>
                    <pic:cNvPicPr/>
                  </pic:nvPicPr>
                  <pic:blipFill>
                    <a:blip r:embed="rId11"/>
                    <a:stretch>
                      <a:fillRect/>
                    </a:stretch>
                  </pic:blipFill>
                  <pic:spPr>
                    <a:xfrm>
                      <a:off x="0" y="0"/>
                      <a:ext cx="5760720" cy="3496959"/>
                    </a:xfrm>
                    <a:prstGeom prst="rect">
                      <a:avLst/>
                    </a:prstGeom>
                  </pic:spPr>
                </pic:pic>
              </a:graphicData>
            </a:graphic>
          </wp:inline>
        </w:drawing>
      </w:r>
    </w:p>
    <w:p w14:paraId="1C1BFA32" w14:textId="77777777" w:rsidR="003B3005" w:rsidRDefault="00000000">
      <w:pPr>
        <w:spacing w:line="240" w:lineRule="auto"/>
      </w:pPr>
      <w:r>
        <w:t>Observed AAMRs and fitted Joinpoint segments for the Northeast, Midwest, South, and West. APC labels and significance indicators were generated by the Joinpoint Regression Program. AAMRs are deaths per 100000 population.</w:t>
      </w:r>
    </w:p>
    <w:p w14:paraId="785A0270" w14:textId="77777777" w:rsidR="003B3005" w:rsidRDefault="00000000">
      <w:pPr>
        <w:pStyle w:val="Heading2"/>
        <w:keepNext w:val="0"/>
        <w:pageBreakBefore/>
        <w:spacing w:before="1080" w:line="240" w:lineRule="auto"/>
      </w:pPr>
      <w:r>
        <w:rPr>
          <w:rFonts w:ascii="Times New Roman" w:eastAsia="Times New Roman" w:hAnsi="Times New Roman"/>
          <w:sz w:val="24"/>
        </w:rPr>
        <w:lastRenderedPageBreak/>
        <w:t>Supplementary Figure S5. Urbanization-specific mortality trends, 1999-2020</w:t>
      </w:r>
    </w:p>
    <w:p w14:paraId="301C7E52" w14:textId="77777777" w:rsidR="003B3005" w:rsidRDefault="00000000">
      <w:pPr>
        <w:keepNext/>
        <w:jc w:val="center"/>
      </w:pPr>
      <w:r>
        <w:rPr>
          <w:noProof/>
        </w:rPr>
        <w:drawing>
          <wp:inline distT="0" distB="0" distL="0" distR="0" wp14:anchorId="61967BD7" wp14:editId="6519E090">
            <wp:extent cx="5760720" cy="3496959"/>
            <wp:effectExtent l="0" t="0" r="0" b="0"/>
            <wp:docPr id="5" name="Picture 5" descr="Source-generated Joinpoint graph of age-adjusted mortality trends across six urbanization categories from 1999 through 2020." title="Supplementary Figure S5. Urbanization-specific mortality trends, 1999-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Urbanization.jpeg"/>
                    <pic:cNvPicPr/>
                  </pic:nvPicPr>
                  <pic:blipFill>
                    <a:blip r:embed="rId12"/>
                    <a:stretch>
                      <a:fillRect/>
                    </a:stretch>
                  </pic:blipFill>
                  <pic:spPr>
                    <a:xfrm>
                      <a:off x="0" y="0"/>
                      <a:ext cx="5760720" cy="3496959"/>
                    </a:xfrm>
                    <a:prstGeom prst="rect">
                      <a:avLst/>
                    </a:prstGeom>
                  </pic:spPr>
                </pic:pic>
              </a:graphicData>
            </a:graphic>
          </wp:inline>
        </w:drawing>
      </w:r>
    </w:p>
    <w:p w14:paraId="5026DE63" w14:textId="77777777" w:rsidR="003B3005" w:rsidRDefault="00000000">
      <w:pPr>
        <w:spacing w:line="240" w:lineRule="auto"/>
      </w:pPr>
      <w:r>
        <w:t>Observed AAMRs and fitted Joinpoint segments across six NCHS urban-rural categories. APC labels and significance indicators were generated by the Joinpoint Regression Program. AAMRs are deaths per 100000 population.</w:t>
      </w:r>
    </w:p>
    <w:p w14:paraId="7E2E6A8E" w14:textId="77777777" w:rsidR="003B3005" w:rsidRDefault="00000000">
      <w:pPr>
        <w:pStyle w:val="Heading2"/>
        <w:keepNext w:val="0"/>
        <w:pageBreakBefore/>
        <w:spacing w:before="1080" w:line="240" w:lineRule="auto"/>
      </w:pPr>
      <w:r>
        <w:rPr>
          <w:rFonts w:ascii="Times New Roman" w:eastAsia="Times New Roman" w:hAnsi="Times New Roman"/>
          <w:sz w:val="24"/>
        </w:rPr>
        <w:lastRenderedPageBreak/>
        <w:t>Supplementary Figure S6. A40-A41 sensitivity mortality trends, 1999-2024</w:t>
      </w:r>
    </w:p>
    <w:p w14:paraId="55BACDAF" w14:textId="77777777" w:rsidR="003B3005" w:rsidRDefault="00000000">
      <w:pPr>
        <w:keepNext/>
        <w:jc w:val="center"/>
      </w:pPr>
      <w:r>
        <w:rPr>
          <w:noProof/>
        </w:rPr>
        <w:drawing>
          <wp:inline distT="0" distB="0" distL="0" distR="0" wp14:anchorId="2CC8DF03" wp14:editId="312042BE">
            <wp:extent cx="5760720" cy="3496959"/>
            <wp:effectExtent l="0" t="0" r="0" b="0"/>
            <wp:docPr id="6" name="Picture 6" descr="Source-generated Joinpoint graph of the A40-A41 sensitivity analysis from 1999 through 2024." title="Supplementary Figure S6. A40-A41 sensitivity mortality trends, 1999-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ensitivity_A40-A41.jpeg"/>
                    <pic:cNvPicPr/>
                  </pic:nvPicPr>
                  <pic:blipFill>
                    <a:blip r:embed="rId13"/>
                    <a:stretch>
                      <a:fillRect/>
                    </a:stretch>
                  </pic:blipFill>
                  <pic:spPr>
                    <a:xfrm>
                      <a:off x="0" y="0"/>
                      <a:ext cx="5760720" cy="3496959"/>
                    </a:xfrm>
                    <a:prstGeom prst="rect">
                      <a:avLst/>
                    </a:prstGeom>
                  </pic:spPr>
                </pic:pic>
              </a:graphicData>
            </a:graphic>
          </wp:inline>
        </w:drawing>
      </w:r>
    </w:p>
    <w:p w14:paraId="7A719567" w14:textId="77777777" w:rsidR="003B3005" w:rsidRDefault="00000000">
      <w:pPr>
        <w:spacing w:line="240" w:lineRule="auto"/>
      </w:pPr>
      <w:r>
        <w:t>Observed AAMRs and fitted Joinpoint segments after restricting the septicemia definition to ICD-10 A40-A41. APC labels and significance indicators were generated by the Joinpoint Regression Program. AAMRs are deaths per 100000 population.</w:t>
      </w:r>
    </w:p>
    <w:p w14:paraId="727D80A8" w14:textId="77777777" w:rsidR="003B3005" w:rsidRDefault="00000000">
      <w:pPr>
        <w:pStyle w:val="Heading2"/>
        <w:keepNext w:val="0"/>
        <w:pageBreakBefore/>
        <w:spacing w:before="1080" w:line="240" w:lineRule="auto"/>
      </w:pPr>
      <w:r>
        <w:rPr>
          <w:rFonts w:ascii="Times New Roman" w:eastAsia="Times New Roman" w:hAnsi="Times New Roman"/>
          <w:sz w:val="24"/>
        </w:rPr>
        <w:lastRenderedPageBreak/>
        <w:t>Supplementary Figure S7. Historical race mortality trends, 1999-2020</w:t>
      </w:r>
    </w:p>
    <w:p w14:paraId="53BDB0FB" w14:textId="77777777" w:rsidR="003B3005" w:rsidRDefault="00000000">
      <w:pPr>
        <w:jc w:val="center"/>
      </w:pPr>
      <w:r>
        <w:rPr>
          <w:noProof/>
        </w:rPr>
        <w:drawing>
          <wp:inline distT="0" distB="0" distL="0" distR="0" wp14:anchorId="3DAD45E5" wp14:editId="3B5F37FC">
            <wp:extent cx="5760720" cy="349356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
                    <a:stretch>
                      <a:fillRect/>
                    </a:stretch>
                  </pic:blipFill>
                  <pic:spPr>
                    <a:xfrm>
                      <a:off x="0" y="0"/>
                      <a:ext cx="5760720" cy="3493562"/>
                    </a:xfrm>
                    <a:prstGeom prst="rect">
                      <a:avLst/>
                    </a:prstGeom>
                  </pic:spPr>
                </pic:pic>
              </a:graphicData>
            </a:graphic>
          </wp:inline>
        </w:drawing>
      </w:r>
    </w:p>
    <w:p w14:paraId="2F3B6214" w14:textId="77777777" w:rsidR="003B3005" w:rsidRDefault="00000000">
      <w:r>
        <w:t>Observed AAMRs and fitted Joinpoint segments for non-Hispanic Black and non-Hispanic White decedents. APC labels and significance indicators were generated by the Joinpoint Regression Program. AAMRs are deaths per 100000 population.</w:t>
      </w:r>
    </w:p>
    <w:p w14:paraId="142E6B64" w14:textId="77777777" w:rsidR="003B3005" w:rsidRDefault="00000000">
      <w:pPr>
        <w:pStyle w:val="Heading2"/>
        <w:keepNext w:val="0"/>
        <w:pageBreakBefore/>
        <w:spacing w:before="1080" w:line="240" w:lineRule="auto"/>
      </w:pPr>
      <w:r>
        <w:rPr>
          <w:rFonts w:ascii="Times New Roman" w:eastAsia="Times New Roman" w:hAnsi="Times New Roman"/>
          <w:sz w:val="24"/>
        </w:rPr>
        <w:lastRenderedPageBreak/>
        <w:t>Supplementary Figure S8. Contemporary race/ethnicity trends, 2018-2024</w:t>
      </w:r>
    </w:p>
    <w:p w14:paraId="53DA91CD" w14:textId="77777777" w:rsidR="003B3005" w:rsidRDefault="00000000">
      <w:pPr>
        <w:jc w:val="center"/>
      </w:pPr>
      <w:r>
        <w:rPr>
          <w:noProof/>
        </w:rPr>
        <w:drawing>
          <wp:inline distT="0" distB="0" distL="0" distR="0" wp14:anchorId="4EF39790" wp14:editId="720A410E">
            <wp:extent cx="5760720" cy="349356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5"/>
                    <a:stretch>
                      <a:fillRect/>
                    </a:stretch>
                  </pic:blipFill>
                  <pic:spPr>
                    <a:xfrm>
                      <a:off x="0" y="0"/>
                      <a:ext cx="5760720" cy="3493562"/>
                    </a:xfrm>
                    <a:prstGeom prst="rect">
                      <a:avLst/>
                    </a:prstGeom>
                  </pic:spPr>
                </pic:pic>
              </a:graphicData>
            </a:graphic>
          </wp:inline>
        </w:drawing>
      </w:r>
    </w:p>
    <w:p w14:paraId="03184157" w14:textId="77777777" w:rsidR="003B3005" w:rsidRDefault="00000000">
      <w:r>
        <w:t>Observed AAMRs and fitted Joinpoint segments for six non-Hispanic race groups and Hispanic or Latino decedents of any race. APC labels and significance indicators were generated by the Joinpoint Regression Program. AAMRs are deaths per 100000 population.</w:t>
      </w:r>
    </w:p>
    <w:p w14:paraId="548F4E3E" w14:textId="77777777" w:rsidR="003B3005" w:rsidRDefault="00000000">
      <w:pPr>
        <w:pageBreakBefore/>
        <w:spacing w:before="1080" w:line="240" w:lineRule="auto"/>
      </w:pPr>
      <w:r>
        <w:lastRenderedPageBreak/>
        <w:t>Supplementary Figure S9. State-level pooled AAMRs, 1999-2020</w:t>
      </w:r>
    </w:p>
    <w:p w14:paraId="18B97DBD" w14:textId="77777777" w:rsidR="003B3005" w:rsidRDefault="00000000">
      <w:pPr>
        <w:keepNext/>
        <w:jc w:val="center"/>
      </w:pPr>
      <w:r>
        <w:rPr>
          <w:noProof/>
        </w:rPr>
        <w:drawing>
          <wp:inline distT="0" distB="0" distL="0" distR="0" wp14:anchorId="0E6EBCCF" wp14:editId="494E1B4E">
            <wp:extent cx="5760720" cy="3725885"/>
            <wp:effectExtent l="0" t="0" r="0" b="0"/>
            <wp:docPr id="9" name="Picture 9" descr="US map of pooled state age-adjusted mortality rates for deaths involving co-documented septicemia and obesity, 1999-2020." title="US map of pooled state age-adjusted mortality rates for deaths involving co-documented septicemia and obesity, 1999-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 map 99-20.png"/>
                    <pic:cNvPicPr/>
                  </pic:nvPicPr>
                  <pic:blipFill>
                    <a:blip r:embed="rId16"/>
                    <a:stretch>
                      <a:fillRect/>
                    </a:stretch>
                  </pic:blipFill>
                  <pic:spPr>
                    <a:xfrm>
                      <a:off x="0" y="0"/>
                      <a:ext cx="5760720" cy="3725885"/>
                    </a:xfrm>
                    <a:prstGeom prst="rect">
                      <a:avLst/>
                    </a:prstGeom>
                  </pic:spPr>
                </pic:pic>
              </a:graphicData>
            </a:graphic>
          </wp:inline>
        </w:drawing>
      </w:r>
    </w:p>
    <w:p w14:paraId="1F1984A5" w14:textId="77777777" w:rsidR="003B3005" w:rsidRDefault="00000000">
      <w:pPr>
        <w:spacing w:line="240" w:lineRule="auto"/>
      </w:pPr>
      <w:r>
        <w:t>Pooled state AAMRs per 100000 adults aged 25 years or older during 1999-2020, classified using the displayed intervals. Numerical estimates are reported in Supplementary Table S10. Period-specific estimates were not formally compared. States are classified into quantile-based intervals; because the highest interval (1.2-2.0) spans a wide absolute range, states within it may differ substantially in AAMR (e.g., Oklahoma, 2.0, versus Kentucky, 1.2). Exact values and 95% confidence intervals for every state are reported in Supplementary Table S10 and should be used for state-to-state comparisons.</w:t>
      </w:r>
    </w:p>
    <w:p w14:paraId="31025E45" w14:textId="77777777" w:rsidR="003B3005" w:rsidRDefault="00000000">
      <w:pPr>
        <w:pageBreakBefore/>
        <w:spacing w:before="1080" w:line="240" w:lineRule="auto"/>
      </w:pPr>
      <w:r>
        <w:lastRenderedPageBreak/>
        <w:t>Supplementary Figure S10. State-level pooled AAMRs, 2021-2024</w:t>
      </w:r>
    </w:p>
    <w:p w14:paraId="42E75CFA" w14:textId="77777777" w:rsidR="003B3005" w:rsidRDefault="00000000">
      <w:pPr>
        <w:keepNext/>
        <w:jc w:val="center"/>
      </w:pPr>
      <w:r>
        <w:rPr>
          <w:noProof/>
        </w:rPr>
        <w:drawing>
          <wp:inline distT="0" distB="0" distL="0" distR="0" wp14:anchorId="547A4B76" wp14:editId="72ADDCAF">
            <wp:extent cx="5760720" cy="3725885"/>
            <wp:effectExtent l="0" t="0" r="0" b="0"/>
            <wp:docPr id="10" name="Picture 10" descr="US map of pooled state age-adjusted mortality rates for deaths involving co-documented septicemia and obesity, 2021-2024." title="US map of pooled state age-adjusted mortality rates for deaths involving co-documented septicemia and obesity, 2021-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 map 21-24.png"/>
                    <pic:cNvPicPr/>
                  </pic:nvPicPr>
                  <pic:blipFill>
                    <a:blip r:embed="rId17"/>
                    <a:stretch>
                      <a:fillRect/>
                    </a:stretch>
                  </pic:blipFill>
                  <pic:spPr>
                    <a:xfrm>
                      <a:off x="0" y="0"/>
                      <a:ext cx="5760720" cy="3725885"/>
                    </a:xfrm>
                    <a:prstGeom prst="rect">
                      <a:avLst/>
                    </a:prstGeom>
                  </pic:spPr>
                </pic:pic>
              </a:graphicData>
            </a:graphic>
          </wp:inline>
        </w:drawing>
      </w:r>
    </w:p>
    <w:p w14:paraId="40E6A97A" w14:textId="77777777" w:rsidR="003B3005" w:rsidRDefault="00000000">
      <w:pPr>
        <w:spacing w:line="240" w:lineRule="auto"/>
      </w:pPr>
      <w:r>
        <w:t>Pooled state AAMRs per 100000 adults aged 25 years or older during 2021-2024, classified using the displayed intervals. Numerical estimates are reported in Supplementary Table S11. Period-specific estimates were not formally compared. States are classified into quantile-based intervals; because the highest interval (2.9-6.6) spans a wide absolute range, states within it may differ substantially in AAMR (e.g., Oklahoma, 6.6, versus Montana, 3.2). Exact values and 95% confidence intervals for every state are reported in Supplementary Table S11 and should be used for state-to-state comparisons.</w:t>
      </w:r>
    </w:p>
    <w:p w14:paraId="6C00922C" w14:textId="77777777" w:rsidR="003B3005" w:rsidRDefault="00000000">
      <w:pPr>
        <w:pStyle w:val="Heading1"/>
        <w:spacing w:before="0" w:line="240" w:lineRule="auto"/>
      </w:pPr>
      <w:r>
        <w:rPr>
          <w:rFonts w:ascii="Times New Roman" w:eastAsia="Times New Roman" w:hAnsi="Times New Roman"/>
        </w:rPr>
        <w:t>Supplementary References</w:t>
      </w:r>
    </w:p>
    <w:p w14:paraId="6CF48E8E" w14:textId="77777777" w:rsidR="003B3005" w:rsidRDefault="00000000">
      <w:pPr>
        <w:pStyle w:val="ListNumber"/>
        <w:spacing w:line="240" w:lineRule="auto"/>
      </w:pPr>
      <w:r>
        <w:t>Centers for Disease Control and Prevention, National Center for Health Statistics. Multiple Cause of Death, 1999-2020: CDC WONDER documentation. https://wonder.cdc.gov/wonder/help/mcd.html. Accessed 23 July 2026.</w:t>
      </w:r>
    </w:p>
    <w:p w14:paraId="7D0DBF10" w14:textId="77777777" w:rsidR="003B3005" w:rsidRDefault="00000000">
      <w:pPr>
        <w:pStyle w:val="ListNumber"/>
        <w:spacing w:line="240" w:lineRule="auto"/>
      </w:pPr>
      <w:r>
        <w:t>Centers for Disease Control and Prevention, National Center for Health Statistics. Multiple Cause of Death, 2018-2024, Single Race: CDC WONDER documentation. https://wonder.cdc.gov/wonder/help/mcd-expanded.html. Accessed 23 July 2026.</w:t>
      </w:r>
    </w:p>
    <w:p w14:paraId="1367D528" w14:textId="77777777" w:rsidR="003B3005" w:rsidRDefault="00000000">
      <w:pPr>
        <w:pStyle w:val="ListNumber"/>
        <w:spacing w:line="240" w:lineRule="auto"/>
      </w:pPr>
      <w:r>
        <w:t>National Cancer Institute. Joinpoint Regression Program. https://surveillance.cancer.gov/joinpoint/. Accessed 23 July 2026.</w:t>
      </w:r>
    </w:p>
    <w:p w14:paraId="11691B41" w14:textId="77777777" w:rsidR="003B3005" w:rsidRDefault="00000000">
      <w:pPr>
        <w:pStyle w:val="ListNumber"/>
        <w:spacing w:line="240" w:lineRule="auto"/>
      </w:pPr>
      <w:r>
        <w:t>Heron M. Comparability of race-specific mortality data based on 1977 versus 1997 reporting standards. Natl Vital Stat Rep. 2021;70(3):1-31. doi:10.15620/cdc:103476.</w:t>
      </w:r>
    </w:p>
    <w:p w14:paraId="0847372D" w14:textId="77777777" w:rsidR="003B3005" w:rsidRDefault="00000000">
      <w:pPr>
        <w:pStyle w:val="ListNumber"/>
        <w:spacing w:line="240" w:lineRule="auto"/>
      </w:pPr>
      <w:r>
        <w:lastRenderedPageBreak/>
        <w:t>Arias E, Heron M, Hakes J. The validity of race and Hispanic-origin reporting on death certificates in the United States: an update. Vital Health Stat 2. 2016;(172):1-21.</w:t>
      </w:r>
    </w:p>
    <w:p w14:paraId="2F1C736B" w14:textId="77777777" w:rsidR="003B3005" w:rsidRDefault="00000000">
      <w:pPr>
        <w:pStyle w:val="ListNumber"/>
        <w:spacing w:line="240" w:lineRule="auto"/>
      </w:pPr>
      <w:r>
        <w:t>von Elm E, Altman DG, Egger M, Pocock SJ, Gøtzsche PC, Vandenbroucke JP, et al. The Strengthening the Reporting of Observational Studies in Epidemiology (STROBE) Statement: guidelines for reporting observational studies. PLoS Med. 2007;4(10):e296. doi:10.1371/journal.pmed.0040296.</w:t>
      </w:r>
    </w:p>
    <w:p w14:paraId="7184A0F1" w14:textId="77777777" w:rsidR="003B3005" w:rsidRDefault="00000000">
      <w:pPr>
        <w:pStyle w:val="ListNumber"/>
        <w:spacing w:line="240" w:lineRule="auto"/>
      </w:pPr>
      <w:r>
        <w:t>Benchimol EI, Smeeth L, Guttmann A, et al. The REporting of studies Conducted using Observational Routinely-collected health Data (RECORD) statement. PLoS Med. 2015;12:e1001885. doi:10.1371/journal.pmed.1001885.</w:t>
      </w:r>
    </w:p>
    <w:sectPr w:rsidR="003B3005">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B339CC" w14:textId="77777777" w:rsidR="002A1AB5" w:rsidRDefault="002A1AB5">
      <w:pPr>
        <w:spacing w:line="240" w:lineRule="auto"/>
      </w:pPr>
      <w:r>
        <w:separator/>
      </w:r>
    </w:p>
  </w:endnote>
  <w:endnote w:type="continuationSeparator" w:id="0">
    <w:p w14:paraId="322F7EB9" w14:textId="77777777" w:rsidR="002A1AB5" w:rsidRDefault="002A1A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E99B7A" w14:textId="77777777" w:rsidR="003B3005" w:rsidRDefault="003B30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B00172" w14:textId="77777777" w:rsidR="003B3005" w:rsidRDefault="00000000">
    <w:pPr>
      <w:pStyle w:val="Footer"/>
      <w:jc w:val="center"/>
    </w:pPr>
    <w:r>
      <w:fldChar w:fldCharType="begin"/>
    </w:r>
    <w:r>
      <w:instrText>PAGE</w:instrText>
    </w:r>
    <w:r w:rsidR="000E6906">
      <w:fldChar w:fldCharType="separate"/>
    </w:r>
    <w:r w:rsidR="000E6906">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9C7492" w14:textId="77777777" w:rsidR="003B3005" w:rsidRDefault="003B30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291276" w14:textId="77777777" w:rsidR="002A1AB5" w:rsidRDefault="002A1AB5">
      <w:pPr>
        <w:spacing w:line="240" w:lineRule="auto"/>
      </w:pPr>
      <w:r>
        <w:separator/>
      </w:r>
    </w:p>
  </w:footnote>
  <w:footnote w:type="continuationSeparator" w:id="0">
    <w:p w14:paraId="09CAD485" w14:textId="77777777" w:rsidR="002A1AB5" w:rsidRDefault="002A1AB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1C5CCC" w14:textId="77777777" w:rsidR="003B3005" w:rsidRDefault="003B30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7FDFB1" w14:textId="77777777" w:rsidR="003B3005" w:rsidRDefault="00000000">
    <w:pPr>
      <w:pStyle w:val="Header"/>
      <w:jc w:val="center"/>
    </w:pPr>
    <w:r>
      <w:rPr>
        <w:sz w:val="16"/>
      </w:rPr>
      <w:t>Additional file 1 - Sepsis-obesity mortality study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7C1A90" w14:textId="77777777" w:rsidR="003B3005" w:rsidRDefault="003B30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6984700">
    <w:abstractNumId w:val="8"/>
  </w:num>
  <w:num w:numId="2" w16cid:durableId="1389302384">
    <w:abstractNumId w:val="6"/>
  </w:num>
  <w:num w:numId="3" w16cid:durableId="1054817423">
    <w:abstractNumId w:val="5"/>
  </w:num>
  <w:num w:numId="4" w16cid:durableId="2065982725">
    <w:abstractNumId w:val="4"/>
  </w:num>
  <w:num w:numId="5" w16cid:durableId="164517379">
    <w:abstractNumId w:val="7"/>
  </w:num>
  <w:num w:numId="6" w16cid:durableId="1021513962">
    <w:abstractNumId w:val="3"/>
  </w:num>
  <w:num w:numId="7" w16cid:durableId="1578514658">
    <w:abstractNumId w:val="2"/>
  </w:num>
  <w:num w:numId="8" w16cid:durableId="1468816850">
    <w:abstractNumId w:val="1"/>
  </w:num>
  <w:num w:numId="9" w16cid:durableId="189045677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6906"/>
    <w:rsid w:val="0015074B"/>
    <w:rsid w:val="0029639D"/>
    <w:rsid w:val="002A1AB5"/>
    <w:rsid w:val="00326F90"/>
    <w:rsid w:val="003B3005"/>
    <w:rsid w:val="003E00B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B96BE1"/>
  <w14:defaultImageDpi w14:val="300"/>
  <w15:docId w15:val="{3531BE47-9C5F-0242-9DD3-6D1B05D58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48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000000"/>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sz w:val="2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contextualSpacing/>
    </w:pPr>
    <w:rPr>
      <w:rFonts w:asciiTheme="majorHAnsi" w:eastAsiaTheme="majorEastAsia" w:hAnsiTheme="majorHAnsi" w:cstheme="majorBid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neNumber">
    <w:name w:val="line number"/>
    <w:basedOn w:val="DefaultParagraphFont"/>
    <w:uiPriority w:val="99"/>
    <w:semiHidden/>
    <w:unhideWhenUsed/>
    <w:rsid w:val="000E69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11905</Words>
  <Characters>67863</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79609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 Supplementary Methods, Tables, and Figures</dc:title>
  <dc:subject>Supplementary material for the CDC WONDER sepsis and obesity mortality study</dc:subject>
  <dc:creator/>
  <cp:keywords>sepsis; septicemia; obesity; mortality; CDC WONDER; Joinpoint regression; health disparities</cp:keywords>
  <dc:description/>
  <cp:lastModifiedBy>maham afzal</cp:lastModifiedBy>
  <cp:revision>1</cp:revision>
  <dcterms:created xsi:type="dcterms:W3CDTF">2026-07-28T15:32:00Z</dcterms:created>
  <dcterms:modified xsi:type="dcterms:W3CDTF">2026-07-28T15:32:00Z</dcterms:modified>
  <cp:category/>
</cp:coreProperties>
</file>