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i w:val="0"/>
          <w:color w:val="1F4E79"/>
          <w:sz w:val="19"/>
        </w:rPr>
        <w:t>Additional file 1</w:t>
      </w:r>
    </w:p>
    <w:p>
      <w:pPr>
        <w:spacing w:after="80"/>
        <w:jc w:val="center"/>
      </w:pPr>
      <w:r>
        <w:rPr>
          <w:rFonts w:ascii="Arial" w:hAnsi="Arial"/>
          <w:b/>
          <w:i w:val="0"/>
          <w:color w:val="1F4E79"/>
          <w:sz w:val="28"/>
        </w:rPr>
        <w:t>CONSORT 2010 Checklist of Information to Include When Reporting a Randomised Trial</w:t>
      </w:r>
    </w:p>
    <w:p>
      <w:pPr>
        <w:spacing w:after="140"/>
        <w:jc w:val="center"/>
      </w:pPr>
      <w:r>
        <w:rPr>
          <w:rFonts w:ascii="Arial" w:hAnsi="Arial"/>
          <w:b w:val="0"/>
          <w:i/>
          <w:sz w:val="17"/>
        </w:rPr>
        <w:t>Manuscript: PSi-guided Propofol Target-controlled Infusion Reduces Sedation-related Adverse Events in Patients Undergoing ERCP: A Randomized Controlled Trial</w:t>
      </w:r>
    </w:p>
    <w:p>
      <w:pPr>
        <w:spacing w:after="120"/>
      </w:pPr>
      <w:r>
        <w:rPr>
          <w:rFonts w:ascii="Arial" w:hAnsi="Arial"/>
          <w:b/>
          <w:i w:val="0"/>
          <w:sz w:val="17"/>
        </w:rPr>
        <w:t xml:space="preserve">Instructions: </w:t>
      </w:r>
      <w:r>
        <w:rPr>
          <w:rFonts w:ascii="Arial" w:hAnsi="Arial"/>
          <w:b w:val="0"/>
          <w:i w:val="0"/>
          <w:sz w:val="17"/>
        </w:rPr>
        <w:t>“NR” indicates that the information is not reported in the submitted manuscript; “NA” indicates not applicable. These items should be addressed before submission when applicable. Page numbers refer to the manuscript dated 5 August 2026.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W w:w="12960" w:type="dxa"/>
      </w:tblPr>
      <w:tblGrid>
        <w:gridCol w:w="835"/>
        <w:gridCol w:w="1843"/>
        <w:gridCol w:w="6408"/>
        <w:gridCol w:w="3874"/>
      </w:tblGrid>
      <w:tr>
        <w:trPr>
          <w:tblHeader w:val="true"/>
        </w:trPr>
        <w:tc>
          <w:tcPr>
            <w:tcW w:type="dxa" w:w="835"/>
            <w:tcW w:w="835" w:type="dxa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7"/>
              </w:rPr>
              <w:t>Item No.</w:t>
            </w:r>
          </w:p>
        </w:tc>
        <w:tc>
          <w:tcPr>
            <w:tcW w:type="dxa" w:w="1843"/>
            <w:tcW w:w="1843" w:type="dxa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7"/>
              </w:rPr>
              <w:t>Checklist item</w:t>
            </w:r>
          </w:p>
        </w:tc>
        <w:tc>
          <w:tcPr>
            <w:tcW w:type="dxa" w:w="6408"/>
            <w:tcW w:w="6408" w:type="dxa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7"/>
              </w:rPr>
              <w:t>Information reported in manuscript</w:t>
            </w:r>
          </w:p>
        </w:tc>
        <w:tc>
          <w:tcPr>
            <w:tcW w:type="dxa" w:w="3874"/>
            <w:tcW w:w="3874" w:type="dxa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7"/>
              </w:rPr>
              <w:t>Reported on page No.</w:t>
            </w:r>
          </w:p>
        </w:tc>
      </w:tr>
      <w:tr>
        <w:tc>
          <w:tcPr>
            <w:tcW w:type="dxa" w:w="12960"/>
            <w:gridSpan w:val="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2F8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sz w:val="17"/>
              </w:rPr>
              <w:t>Title and abstract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1a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Title</w:t>
              <w:br/>
              <w:t>Identify the report as a randomised trial in the title.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Randomized Controlled Trial.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1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1b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Structured abstract</w:t>
              <w:br/>
              <w:t>Structured summary of trial design, methods, results, and conclusions.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Structured Abstract, including trial registration.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1</w:t>
            </w:r>
          </w:p>
        </w:tc>
      </w:tr>
      <w:tr>
        <w:tc>
          <w:tcPr>
            <w:tcW w:type="dxa" w:w="12960"/>
            <w:gridSpan w:val="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2F8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sz w:val="17"/>
              </w:rPr>
              <w:t>Introduction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2a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Background</w:t>
              <w:br/>
              <w:t>Scientific background and explanation of rationale.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Introduction.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2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2b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Objectives</w:t>
              <w:br/>
              <w:t>Specific objectives or hypotheses.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Introduction: final paragraph.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2</w:t>
            </w:r>
          </w:p>
        </w:tc>
      </w:tr>
      <w:tr>
        <w:tc>
          <w:tcPr>
            <w:tcW w:type="dxa" w:w="12960"/>
            <w:gridSpan w:val="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2F8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sz w:val="17"/>
              </w:rPr>
              <w:t>Methods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3a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Trial design</w:t>
              <w:br/>
              <w:t>Description of trial design, including allocation ratio.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Methods 2.1: prospective, single-centre, parallel-group, open-label trial; 1:1 allocation.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3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3b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Changes to methods</w:t>
              <w:br/>
              <w:t>Important changes to methods after trial commencement, with reasons.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FFF2CC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Not reported. Add a statement if no material changes occurred after commencement.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FFF2C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NR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4a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Participants</w:t>
              <w:br/>
              <w:t>Eligibility criteria for participants.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Methods 2.2.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3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4b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Setting</w:t>
              <w:br/>
              <w:t>Settings and locations where data were collected.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Methods 2.1: Departments of Anesthesiology and Endoscopy, General Hospital of Northern Theater Command.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3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5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Interventions</w:t>
              <w:br/>
              <w:t>Interventions for each group with sufficient detail to allow replication.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Methods 2.4.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3–4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6a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Outcomes</w:t>
              <w:br/>
              <w:t>Completely defined prespecified primary and secondary outcome measures, including assessment timing.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Methods 2.5.1–2.5.2.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4–5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6b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Changes to outcomes</w:t>
              <w:br/>
              <w:t>Any changes to trial outcomes after commencement, with reasons.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FFF2CC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Not reported. Add a statement if no outcome changes occurred after commencement.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FFF2C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NR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7a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Sample size</w:t>
              <w:br/>
              <w:t>How sample size was determined.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Methods 2.6.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5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7b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Interim analyses</w:t>
              <w:br/>
              <w:t>Interim analyses and stopping guidelines, when applicable.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FFF2CC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Not reported; appears not applicable if no interim analysis or stopping rule was planned.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FFF2C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NA/NR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8a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Sequence generation</w:t>
              <w:br/>
              <w:t>Method used to generate the random allocation sequence.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Methods 2.3: computer-generated unrestricted randomisation sequence.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3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8b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Randomisation type</w:t>
              <w:br/>
              <w:t>Type of randomisation; details of restriction, if any.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Methods 2.3: unrestricted randomisation.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3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9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Allocation concealment</w:t>
              <w:br/>
              <w:t>Mechanism used to implement random allocation and conceal the sequence until assignment.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Methods 2.3: sequentially numbered, opaque, sealed envelopes.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3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10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Implementation</w:t>
              <w:br/>
              <w:t>Who generated sequence, enrolled participants, and assigned interventions.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Methods 2.3 identifies sequence generator/envelope preparer; enrolment and assignment personnel are not explicitly identified.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3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11a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Blinding</w:t>
              <w:br/>
              <w:t>Who was blinded after assignment and how blinding was achieved.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Methods 2.3: research nurses, outcome assessors, and statisticians blinded; treating clinicians not blinded.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3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11b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Intervention similarity</w:t>
              <w:br/>
              <w:t>Similarity of interventions, if relevant.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Not applicable: monitoring and titration strategies were intentionally different and visible.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NA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12a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Statistical methods</w:t>
              <w:br/>
              <w:t>Methods used to compare groups for primary and secondary outcomes.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Methods 2.7.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5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12b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Additional analyses</w:t>
              <w:br/>
              <w:t>Methods for additional analyses, such as subgroup and adjusted analyses.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FFF2CC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Not reported; no subgroup or adjusted analyses are described.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FFF2C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NR</w:t>
            </w:r>
          </w:p>
        </w:tc>
      </w:tr>
      <w:tr>
        <w:tc>
          <w:tcPr>
            <w:tcW w:type="dxa" w:w="12960"/>
            <w:gridSpan w:val="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2F8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sz w:val="17"/>
              </w:rPr>
              <w:t>Results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13a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Participant flow</w:t>
              <w:br/>
              <w:t>Numbers randomly assigned, treated, and analysed for the primary outcome for each group.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Results 3.1 and Figure 1.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6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13b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Losses/exclusions</w:t>
              <w:br/>
              <w:t>Losses and exclusions after randomisation, with reasons.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Results 3.1 and Figure 1: all randomised participants completed follow-up and were analysed.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6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14a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Recruitment</w:t>
              <w:br/>
              <w:t>Dates defining recruitment and follow-up periods.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Results 3.1.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6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14b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Trial end</w:t>
              <w:br/>
              <w:t>Why the trial ended or was stopped.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FFF2CC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Not explicitly reported; recruitment end date is given. Add a statement if the trial ended as planned.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FFF2C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NR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15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Baseline data</w:t>
              <w:br/>
              <w:t>Baseline demographic and clinical characteristics for each group.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Table 1.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7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16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Numbers analysed</w:t>
              <w:br/>
              <w:t>Number included in each analysis and whether analysed in assigned groups.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Results 3.1: all 759 randomised participants were included in analysis; group denominators reported.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6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17a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Outcomes and estimation</w:t>
              <w:br/>
              <w:t>Results for each primary and secondary outcome, including effect size and precision.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Results 3.2–3.3; Tables 2–3; Figures 2–3.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7–11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17b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Binary outcomes</w:t>
              <w:br/>
              <w:t>For binary outcomes, presentation of absolute and relative effect sizes is recommended.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Figure 2 reports absolute risk difference and relative risk for the primary binary outcome.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8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18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Ancillary analyses</w:t>
              <w:br/>
              <w:t>Results of other analyses, distinguishing prespecified from exploratory.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FFF2CC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Not reported; no ancillary analyses are presented.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FFF2C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NR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19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Harms</w:t>
              <w:br/>
              <w:t>All important harms or unintended effects for each group.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Results 3.3.1 and Table 2; no cardiac arrest or unplanned ICU admission occurred.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9</w:t>
            </w:r>
          </w:p>
        </w:tc>
      </w:tr>
      <w:tr>
        <w:tc>
          <w:tcPr>
            <w:tcW w:type="dxa" w:w="12960"/>
            <w:gridSpan w:val="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2F8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sz w:val="17"/>
              </w:rPr>
              <w:t>Discussion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20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Limitations</w:t>
              <w:br/>
              <w:t>Trial limitations, potential sources of bias, imprecision, and multiplicity of analyses.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Discussion: limitations paragraph.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12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21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Generalisability</w:t>
              <w:br/>
              <w:t>Generalisability (external validity) of trial findings.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Discussion: limitations and future research paragraphs.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12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22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Interpretation</w:t>
              <w:br/>
              <w:t>Interpretation consistent with results, balancing benefits and harms and considering other evidence.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Discussion and Conclusion.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11–13</w:t>
            </w:r>
          </w:p>
        </w:tc>
      </w:tr>
      <w:tr>
        <w:tc>
          <w:tcPr>
            <w:tcW w:type="dxa" w:w="12960"/>
            <w:gridSpan w:val="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2F8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sz w:val="17"/>
              </w:rPr>
              <w:t>Other information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23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Registration</w:t>
              <w:br/>
              <w:t>Registration number and name of trial registry.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Abstract; Methods 2.1; Ethics statement. Chinese Clinical Trial Registry, ChiCTR2500114862; retrospectively registered 18 December 2025.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1, 3, 13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24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Protocol</w:t>
              <w:br/>
              <w:t>Where the full trial protocol can be accessed, if available.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FFF2CC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Not reported. If a protocol is available, provide its access location or repository link.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FFF2C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NR</w:t>
            </w:r>
          </w:p>
        </w:tc>
      </w:tr>
      <w:tr>
        <w:tc>
          <w:tcPr>
            <w:tcW w:type="dxa" w:w="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sz w:val="16"/>
              </w:rPr>
              <w:t>25</w:t>
            </w:r>
          </w:p>
        </w:tc>
        <w:tc>
          <w:tcPr>
            <w:tcW w:type="dxa" w:w="184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Funding</w:t>
              <w:br/>
              <w:t>Sources of funding and other support; role of funders.</w:t>
            </w:r>
          </w:p>
        </w:tc>
        <w:tc>
          <w:tcPr>
            <w:tcW w:type="dxa" w:w="6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Funding statement.</w:t>
            </w:r>
          </w:p>
        </w:tc>
        <w:tc>
          <w:tcPr>
            <w:tcW w:type="dxa" w:w="38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13</w:t>
            </w:r>
          </w:p>
        </w:tc>
      </w:tr>
    </w:tbl>
    <w:sectPr w:rsidR="00FC693F" w:rsidRPr="0006063C" w:rsidSect="00034616">
      <w:footerReference w:type="default" r:id="rId9"/>
      <w:pgSz w:w="15840" w:h="12240" w:orient="landscape"/>
      <w:pgMar w:top="835" w:right="1080" w:bottom="835" w:left="1080" w:header="432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>CONSORT 2010 Checklist | Additional file 1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file 1 - CONSORT 2010 Checklist</dc:title>
  <dc:subject>Completed CONSORT checklist for revised manuscript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