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19B2" w14:textId="00277469" w:rsidR="001C3762" w:rsidRPr="00472B23" w:rsidRDefault="00472B23" w:rsidP="00E043C5">
      <w:pPr>
        <w:keepNext/>
        <w:rPr>
          <w:b/>
          <w:bCs/>
        </w:rPr>
      </w:pPr>
      <w:r w:rsidRPr="00E043C5">
        <w:rPr>
          <w:b/>
        </w:rPr>
        <w:t>TABLE</w:t>
      </w:r>
      <w:r w:rsidR="00C51D85" w:rsidRPr="00E043C5">
        <w:rPr>
          <w:b/>
        </w:rPr>
        <w:t xml:space="preserve"> 1</w:t>
      </w:r>
      <w:r w:rsidR="00C51D85" w:rsidRPr="00E043C5">
        <w:t xml:space="preserve"> </w:t>
      </w:r>
      <w:r w:rsidR="00C51D85" w:rsidRPr="00472B23">
        <w:rPr>
          <w:b/>
          <w:bCs/>
        </w:rPr>
        <w:t>Baseline characteristics of the cohort</w:t>
      </w:r>
    </w:p>
    <w:tbl>
      <w:tblPr>
        <w:tblW w:w="6520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22"/>
        <w:gridCol w:w="2098"/>
      </w:tblGrid>
      <w:tr w:rsidR="001C3762" w:rsidRPr="00E043C5" w14:paraId="3619CC22" w14:textId="77777777" w:rsidTr="00B6478C">
        <w:trPr>
          <w:trHeight w:val="340"/>
          <w:tblHeader/>
        </w:trPr>
        <w:tc>
          <w:tcPr>
            <w:tcW w:w="442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5C82DA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Characteristic</w:t>
            </w:r>
          </w:p>
        </w:tc>
        <w:tc>
          <w:tcPr>
            <w:tcW w:w="20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14C016" w14:textId="7CD5D1B5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Overall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644)</w:t>
            </w:r>
          </w:p>
        </w:tc>
      </w:tr>
      <w:tr w:rsidR="001C3762" w:rsidRPr="00E043C5" w14:paraId="1F8CAB37" w14:textId="77777777" w:rsidTr="00B6478C">
        <w:trPr>
          <w:trHeight w:val="340"/>
        </w:trPr>
        <w:tc>
          <w:tcPr>
            <w:tcW w:w="4422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B8FA6A" w14:textId="77777777" w:rsidR="001C3762" w:rsidRPr="00E043C5" w:rsidRDefault="00C51D85">
            <w:pPr>
              <w:spacing w:line="240" w:lineRule="auto"/>
            </w:pPr>
            <w:r w:rsidRPr="00E043C5">
              <w:t>Age, years, mean (SD)</w:t>
            </w:r>
          </w:p>
        </w:tc>
        <w:tc>
          <w:tcPr>
            <w:tcW w:w="2098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6B619D" w14:textId="77777777" w:rsidR="001C3762" w:rsidRPr="00E043C5" w:rsidRDefault="00C51D85">
            <w:pPr>
              <w:spacing w:line="240" w:lineRule="auto"/>
            </w:pPr>
            <w:r w:rsidRPr="00E043C5">
              <w:t>31.7 (5.5)</w:t>
            </w:r>
          </w:p>
        </w:tc>
      </w:tr>
      <w:tr w:rsidR="001C3762" w:rsidRPr="00E043C5" w14:paraId="39F31525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911506" w14:textId="77777777" w:rsidR="001C3762" w:rsidRPr="00E043C5" w:rsidRDefault="00C51D85">
            <w:pPr>
              <w:spacing w:line="240" w:lineRule="auto"/>
            </w:pPr>
            <w:r w:rsidRPr="00E043C5">
              <w:t>BMI, kg/m</w:t>
            </w:r>
            <w:r w:rsidRPr="00E043C5">
              <w:rPr>
                <w:vertAlign w:val="superscript"/>
              </w:rPr>
              <w:t>2</w:t>
            </w:r>
            <w:r w:rsidRPr="00E043C5">
              <w:t>, mean (SD)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E08249" w14:textId="77777777" w:rsidR="001C3762" w:rsidRPr="00E043C5" w:rsidRDefault="00C51D85">
            <w:pPr>
              <w:spacing w:line="240" w:lineRule="auto"/>
            </w:pPr>
            <w:r w:rsidRPr="00E043C5">
              <w:t>24.3 (5.7)</w:t>
            </w:r>
          </w:p>
        </w:tc>
      </w:tr>
      <w:tr w:rsidR="001C3762" w:rsidRPr="00E043C5" w14:paraId="1DEE5ED2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7EF220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Occupation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1B8C9E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0E0D57D5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B85476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Housewife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8D1939" w14:textId="77777777" w:rsidR="001C3762" w:rsidRPr="00E043C5" w:rsidRDefault="00C51D85">
            <w:pPr>
              <w:spacing w:line="240" w:lineRule="auto"/>
            </w:pPr>
            <w:r w:rsidRPr="00E043C5">
              <w:t>85 (13.2%)</w:t>
            </w:r>
          </w:p>
        </w:tc>
      </w:tr>
      <w:tr w:rsidR="001C3762" w:rsidRPr="00E043C5" w14:paraId="15A50018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EF3BBB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Employed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D334FF" w14:textId="77777777" w:rsidR="001C3762" w:rsidRPr="00E043C5" w:rsidRDefault="00C51D85">
            <w:pPr>
              <w:spacing w:line="240" w:lineRule="auto"/>
            </w:pPr>
            <w:r w:rsidRPr="00E043C5">
              <w:t>236 (36.6%)</w:t>
            </w:r>
          </w:p>
        </w:tc>
      </w:tr>
      <w:tr w:rsidR="001C3762" w:rsidRPr="00E043C5" w14:paraId="5927E169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0149F2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Trader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7EAFB8" w14:textId="77777777" w:rsidR="001C3762" w:rsidRPr="00E043C5" w:rsidRDefault="00C51D85">
            <w:pPr>
              <w:spacing w:line="240" w:lineRule="auto"/>
            </w:pPr>
            <w:r w:rsidRPr="00E043C5">
              <w:t>48 (7.5%)</w:t>
            </w:r>
          </w:p>
        </w:tc>
      </w:tr>
      <w:tr w:rsidR="001C3762" w:rsidRPr="00E043C5" w14:paraId="1084601B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FF627E" w14:textId="544165C0" w:rsidR="001C3762" w:rsidRPr="00E043C5" w:rsidRDefault="00C51D85">
            <w:pPr>
              <w:spacing w:line="240" w:lineRule="auto"/>
              <w:ind w:left="227"/>
            </w:pPr>
            <w:r w:rsidRPr="00E043C5">
              <w:t>Government/state enterprise employee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726474" w14:textId="77777777" w:rsidR="001C3762" w:rsidRPr="00E043C5" w:rsidRDefault="00C51D85">
            <w:pPr>
              <w:spacing w:line="240" w:lineRule="auto"/>
            </w:pPr>
            <w:r w:rsidRPr="00E043C5">
              <w:t>101 (15.7%)</w:t>
            </w:r>
          </w:p>
        </w:tc>
      </w:tr>
      <w:tr w:rsidR="001C3762" w:rsidRPr="00E043C5" w14:paraId="6DA4F1EF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67947F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Self-employed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97D1" w14:textId="77777777" w:rsidR="001C3762" w:rsidRPr="00E043C5" w:rsidRDefault="00C51D85">
            <w:pPr>
              <w:spacing w:line="240" w:lineRule="auto"/>
            </w:pPr>
            <w:r w:rsidRPr="00E043C5">
              <w:t>48 (7.5%)</w:t>
            </w:r>
          </w:p>
        </w:tc>
      </w:tr>
      <w:tr w:rsidR="001C3762" w:rsidRPr="00E043C5" w14:paraId="165C6523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E242D3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Student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2A9329" w14:textId="77777777" w:rsidR="001C3762" w:rsidRPr="00E043C5" w:rsidRDefault="00C51D85">
            <w:pPr>
              <w:spacing w:line="240" w:lineRule="auto"/>
            </w:pPr>
            <w:r w:rsidRPr="00E043C5">
              <w:t>4 (0.6%)</w:t>
            </w:r>
          </w:p>
        </w:tc>
      </w:tr>
      <w:tr w:rsidR="001C3762" w:rsidRPr="00E043C5" w14:paraId="050796BB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A0B000" w14:textId="09570299" w:rsidR="001C3762" w:rsidRPr="00E043C5" w:rsidRDefault="00C51D85">
            <w:pPr>
              <w:spacing w:line="240" w:lineRule="auto"/>
              <w:ind w:left="227"/>
            </w:pPr>
            <w:r w:rsidRPr="00E043C5">
              <w:t>Other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8CEA5C" w14:textId="77777777" w:rsidR="001C3762" w:rsidRPr="00E043C5" w:rsidRDefault="00C51D85">
            <w:pPr>
              <w:spacing w:line="240" w:lineRule="auto"/>
            </w:pPr>
            <w:r w:rsidRPr="00E043C5">
              <w:t>122 (18.9%)</w:t>
            </w:r>
          </w:p>
        </w:tc>
      </w:tr>
      <w:tr w:rsidR="001C3762" w:rsidRPr="00E043C5" w14:paraId="42D40692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2E261B" w14:textId="4B30DD6E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Income</w:t>
            </w:r>
            <w:r w:rsidR="00721627">
              <w:rPr>
                <w:b/>
              </w:rPr>
              <w:t xml:space="preserve">, </w:t>
            </w:r>
            <w:r w:rsidR="00721627" w:rsidRPr="00721627">
              <w:rPr>
                <w:b/>
              </w:rPr>
              <w:t>baht per month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7886B0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367AD19B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0CF9F6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&lt; 10 000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DE33ED" w14:textId="77777777" w:rsidR="001C3762" w:rsidRPr="00E043C5" w:rsidRDefault="00C51D85">
            <w:pPr>
              <w:spacing w:line="240" w:lineRule="auto"/>
            </w:pPr>
            <w:r w:rsidRPr="00E043C5">
              <w:t>44 (6.9%)</w:t>
            </w:r>
          </w:p>
        </w:tc>
      </w:tr>
      <w:tr w:rsidR="001C3762" w:rsidRPr="00E043C5" w14:paraId="08565FFA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C7FE3A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10 000–19 999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70C585" w14:textId="77777777" w:rsidR="001C3762" w:rsidRPr="00E043C5" w:rsidRDefault="00C51D85">
            <w:pPr>
              <w:spacing w:line="240" w:lineRule="auto"/>
            </w:pPr>
            <w:r w:rsidRPr="00E043C5">
              <w:t>217 (33.7%)</w:t>
            </w:r>
          </w:p>
        </w:tc>
      </w:tr>
      <w:tr w:rsidR="001C3762" w:rsidRPr="00E043C5" w14:paraId="7D9CBBD4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ACB96E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20 000–29 999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52B955" w14:textId="77777777" w:rsidR="001C3762" w:rsidRPr="00E043C5" w:rsidRDefault="00C51D85">
            <w:pPr>
              <w:spacing w:line="240" w:lineRule="auto"/>
            </w:pPr>
            <w:r w:rsidRPr="00E043C5">
              <w:t>183 (28.4%)</w:t>
            </w:r>
          </w:p>
        </w:tc>
      </w:tr>
      <w:tr w:rsidR="001C3762" w:rsidRPr="00E043C5" w14:paraId="16E04AF4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DEBEF0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30 000–49 999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4FA7AB" w14:textId="77777777" w:rsidR="001C3762" w:rsidRPr="00E043C5" w:rsidRDefault="00C51D85">
            <w:pPr>
              <w:spacing w:line="240" w:lineRule="auto"/>
            </w:pPr>
            <w:r w:rsidRPr="00E043C5">
              <w:t>131 (20.3%)</w:t>
            </w:r>
          </w:p>
        </w:tc>
      </w:tr>
      <w:tr w:rsidR="001C3762" w:rsidRPr="00E043C5" w14:paraId="42AEAE5F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A82D03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≥ 50 000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D392AD" w14:textId="77777777" w:rsidR="001C3762" w:rsidRPr="00E043C5" w:rsidRDefault="00C51D85">
            <w:pPr>
              <w:spacing w:line="240" w:lineRule="auto"/>
            </w:pPr>
            <w:r w:rsidRPr="00E043C5">
              <w:t>69 (10.7%)</w:t>
            </w:r>
          </w:p>
        </w:tc>
      </w:tr>
      <w:tr w:rsidR="001C3762" w:rsidRPr="00E043C5" w14:paraId="1129522C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643CD7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Education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7EE524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30C4A2B1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422F62" w14:textId="13E4C58B" w:rsidR="001C3762" w:rsidRPr="00E043C5" w:rsidRDefault="00C51D85">
            <w:pPr>
              <w:spacing w:line="240" w:lineRule="auto"/>
              <w:ind w:left="227"/>
            </w:pPr>
            <w:r w:rsidRPr="00E043C5">
              <w:t>Below bachelor’s degree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20B4CA" w14:textId="77777777" w:rsidR="001C3762" w:rsidRPr="00E043C5" w:rsidRDefault="00C51D85">
            <w:pPr>
              <w:spacing w:line="240" w:lineRule="auto"/>
            </w:pPr>
            <w:r w:rsidRPr="00E043C5">
              <w:t>239 (37.1%)</w:t>
            </w:r>
          </w:p>
        </w:tc>
      </w:tr>
      <w:tr w:rsidR="001C3762" w:rsidRPr="00E043C5" w14:paraId="7BFD52C4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A23D24" w14:textId="7343B1D3" w:rsidR="001C3762" w:rsidRPr="00E043C5" w:rsidRDefault="00C51D85">
            <w:pPr>
              <w:spacing w:line="240" w:lineRule="auto"/>
              <w:ind w:left="227"/>
            </w:pPr>
            <w:r w:rsidRPr="00E043C5">
              <w:t>Bachelor’s degree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104394" w14:textId="77777777" w:rsidR="001C3762" w:rsidRPr="00E043C5" w:rsidRDefault="00C51D85">
            <w:pPr>
              <w:spacing w:line="240" w:lineRule="auto"/>
            </w:pPr>
            <w:r w:rsidRPr="00E043C5">
              <w:t>333 (51.7%)</w:t>
            </w:r>
          </w:p>
        </w:tc>
      </w:tr>
      <w:tr w:rsidR="001C3762" w:rsidRPr="00E043C5" w14:paraId="272488E6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5D1D6B" w14:textId="4BD43BA7" w:rsidR="001C3762" w:rsidRPr="00E043C5" w:rsidRDefault="00C51D85">
            <w:pPr>
              <w:spacing w:line="240" w:lineRule="auto"/>
              <w:ind w:left="227"/>
            </w:pPr>
            <w:r w:rsidRPr="00E043C5">
              <w:t>Higher than a bachelor’s degree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3E6138" w14:textId="77777777" w:rsidR="001C3762" w:rsidRPr="00E043C5" w:rsidRDefault="00C51D85">
            <w:pPr>
              <w:spacing w:line="240" w:lineRule="auto"/>
            </w:pPr>
            <w:r w:rsidRPr="00E043C5">
              <w:t>72 (11.2%)</w:t>
            </w:r>
          </w:p>
        </w:tc>
      </w:tr>
      <w:tr w:rsidR="001C3762" w:rsidRPr="00E043C5" w14:paraId="316AB0A0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A49414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Marital status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D1A9C5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1B99C1B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06BD98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Married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A45765" w14:textId="77777777" w:rsidR="001C3762" w:rsidRPr="00E043C5" w:rsidRDefault="00C51D85">
            <w:pPr>
              <w:spacing w:line="240" w:lineRule="auto"/>
            </w:pPr>
            <w:r w:rsidRPr="00E043C5">
              <w:t>632 (98.1%)</w:t>
            </w:r>
          </w:p>
        </w:tc>
      </w:tr>
      <w:tr w:rsidR="001C3762" w:rsidRPr="00E043C5" w14:paraId="3B768DA0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A66631" w14:textId="7EA00CAF" w:rsidR="001C3762" w:rsidRPr="00E043C5" w:rsidRDefault="00C51D85">
            <w:pPr>
              <w:spacing w:line="240" w:lineRule="auto"/>
              <w:ind w:left="227"/>
            </w:pPr>
            <w:r w:rsidRPr="00E043C5">
              <w:t>Divorced, separated, or widowed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AB29FC" w14:textId="77777777" w:rsidR="001C3762" w:rsidRPr="00E043C5" w:rsidRDefault="00C51D85">
            <w:pPr>
              <w:spacing w:line="240" w:lineRule="auto"/>
            </w:pPr>
            <w:r w:rsidRPr="00E043C5">
              <w:t>12 (1.9%)</w:t>
            </w:r>
          </w:p>
        </w:tc>
      </w:tr>
      <w:tr w:rsidR="001C3762" w:rsidRPr="00E043C5" w14:paraId="1FAB1DF3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240E3D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Smoking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430F34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03EDCB17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A8C7E0" w14:textId="1AB8D7B5" w:rsidR="001C3762" w:rsidRPr="00E043C5" w:rsidRDefault="00CA6172">
            <w:pPr>
              <w:spacing w:line="240" w:lineRule="auto"/>
              <w:ind w:left="227"/>
            </w:pPr>
            <w:r w:rsidRPr="00E043C5">
              <w:t>No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0892A0" w14:textId="77777777" w:rsidR="001C3762" w:rsidRPr="00E043C5" w:rsidRDefault="00C51D85">
            <w:pPr>
              <w:spacing w:line="240" w:lineRule="auto"/>
            </w:pPr>
            <w:r w:rsidRPr="00E043C5">
              <w:t>513 (79.7%)</w:t>
            </w:r>
          </w:p>
        </w:tc>
      </w:tr>
      <w:tr w:rsidR="001C3762" w:rsidRPr="00E043C5" w14:paraId="452292C3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94D5FF" w14:textId="73A55243" w:rsidR="001C3762" w:rsidRPr="00E043C5" w:rsidRDefault="00C51D85">
            <w:pPr>
              <w:spacing w:line="240" w:lineRule="auto"/>
              <w:ind w:left="227"/>
            </w:pPr>
            <w:r w:rsidRPr="00E043C5">
              <w:t>Former or current smoker, or secondhand smoke exposure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E26AA8" w14:textId="77777777" w:rsidR="001C3762" w:rsidRPr="00E043C5" w:rsidRDefault="00C51D85">
            <w:pPr>
              <w:spacing w:line="240" w:lineRule="auto"/>
            </w:pPr>
            <w:r w:rsidRPr="00E043C5">
              <w:t>131 (20.3%)</w:t>
            </w:r>
          </w:p>
        </w:tc>
      </w:tr>
      <w:tr w:rsidR="001C3762" w:rsidRPr="00E043C5" w14:paraId="1034E49D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6513B0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Alcohol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B12066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78A25735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3322BE" w14:textId="69DC2D75" w:rsidR="001C3762" w:rsidRPr="00E043C5" w:rsidRDefault="00C51D85">
            <w:pPr>
              <w:spacing w:line="240" w:lineRule="auto"/>
              <w:ind w:left="227"/>
            </w:pPr>
            <w:r w:rsidRPr="00E043C5">
              <w:lastRenderedPageBreak/>
              <w:t xml:space="preserve">Never </w:t>
            </w:r>
            <w:r w:rsidR="0026369A">
              <w:t xml:space="preserve">a </w:t>
            </w:r>
            <w:r w:rsidRPr="00E043C5">
              <w:t>drinker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C8A658" w14:textId="77777777" w:rsidR="001C3762" w:rsidRPr="00E043C5" w:rsidRDefault="00C51D85">
            <w:pPr>
              <w:spacing w:line="240" w:lineRule="auto"/>
            </w:pPr>
            <w:r w:rsidRPr="00E043C5">
              <w:t>376 (58.4%)</w:t>
            </w:r>
          </w:p>
        </w:tc>
      </w:tr>
      <w:tr w:rsidR="001C3762" w:rsidRPr="00E043C5" w14:paraId="7F32E8C2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F872E9" w14:textId="58C8CA88" w:rsidR="001C3762" w:rsidRPr="00E043C5" w:rsidRDefault="00C51D85">
            <w:pPr>
              <w:spacing w:line="240" w:lineRule="auto"/>
              <w:ind w:left="227"/>
            </w:pPr>
            <w:r w:rsidRPr="004B4194">
              <w:t>Former or current drinker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5D026E" w14:textId="77777777" w:rsidR="001C3762" w:rsidRPr="00E043C5" w:rsidRDefault="00C51D85">
            <w:pPr>
              <w:spacing w:line="240" w:lineRule="auto"/>
            </w:pPr>
            <w:r w:rsidRPr="00E043C5">
              <w:t>268 (41.6%)</w:t>
            </w:r>
          </w:p>
        </w:tc>
      </w:tr>
      <w:tr w:rsidR="001C3762" w:rsidRPr="00E043C5" w14:paraId="222F58D6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186086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Contraception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3BCCDF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2F8CEA2A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6FCAB5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No contraceptive use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C047BD" w14:textId="77777777" w:rsidR="001C3762" w:rsidRPr="00E043C5" w:rsidRDefault="00C51D85">
            <w:pPr>
              <w:spacing w:line="240" w:lineRule="auto"/>
            </w:pPr>
            <w:r w:rsidRPr="00E043C5">
              <w:t>83 (12.9%)</w:t>
            </w:r>
          </w:p>
        </w:tc>
      </w:tr>
      <w:tr w:rsidR="001C3762" w:rsidRPr="00E043C5" w14:paraId="18BA4D03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001231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Consistent condom use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C6BFD6" w14:textId="77777777" w:rsidR="001C3762" w:rsidRPr="00E043C5" w:rsidRDefault="00C51D85">
            <w:pPr>
              <w:spacing w:line="240" w:lineRule="auto"/>
            </w:pPr>
            <w:r w:rsidRPr="00E043C5">
              <w:t>107 (16.6%)</w:t>
            </w:r>
          </w:p>
        </w:tc>
      </w:tr>
      <w:tr w:rsidR="001C3762" w:rsidRPr="00E043C5" w14:paraId="5AC19840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291E84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Non-condom contraceptive methods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849128" w14:textId="77777777" w:rsidR="001C3762" w:rsidRPr="00E043C5" w:rsidRDefault="00C51D85">
            <w:pPr>
              <w:spacing w:line="240" w:lineRule="auto"/>
            </w:pPr>
            <w:r w:rsidRPr="00E043C5">
              <w:t>307 (47.7%)</w:t>
            </w:r>
          </w:p>
        </w:tc>
      </w:tr>
      <w:tr w:rsidR="001C3762" w:rsidRPr="00E043C5" w14:paraId="6C93018D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FABE98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Inconsistent condom use with other contraceptive methods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6EA3E9" w14:textId="77777777" w:rsidR="001C3762" w:rsidRPr="00E043C5" w:rsidRDefault="00C51D85">
            <w:pPr>
              <w:spacing w:line="240" w:lineRule="auto"/>
            </w:pPr>
            <w:r w:rsidRPr="00E043C5">
              <w:t>147 (22.8%)</w:t>
            </w:r>
          </w:p>
        </w:tc>
      </w:tr>
      <w:tr w:rsidR="001C3762" w:rsidRPr="00E043C5" w14:paraId="6BE14550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AF6B3E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HPV vaccination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B20E75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2222DB1C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2D11B6" w14:textId="3D4684FE" w:rsidR="001C3762" w:rsidRPr="00E043C5" w:rsidRDefault="00C51D85">
            <w:pPr>
              <w:spacing w:line="240" w:lineRule="auto"/>
              <w:ind w:left="227"/>
            </w:pPr>
            <w:r w:rsidRPr="00E043C5">
              <w:t>None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0D5281" w14:textId="77777777" w:rsidR="001C3762" w:rsidRPr="00E043C5" w:rsidRDefault="00C51D85">
            <w:pPr>
              <w:spacing w:line="240" w:lineRule="auto"/>
            </w:pPr>
            <w:r w:rsidRPr="00E043C5">
              <w:t>584 (90.6%)</w:t>
            </w:r>
          </w:p>
        </w:tc>
      </w:tr>
      <w:tr w:rsidR="001C3762" w:rsidRPr="00E043C5" w14:paraId="28C4F706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3C7626" w14:textId="49817156" w:rsidR="001C3762" w:rsidRPr="00E043C5" w:rsidRDefault="00C51D85">
            <w:pPr>
              <w:spacing w:line="240" w:lineRule="auto"/>
              <w:ind w:left="227"/>
            </w:pPr>
            <w:r w:rsidRPr="00E043C5">
              <w:t>Bivalent (2-valent)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8D5363" w14:textId="77777777" w:rsidR="001C3762" w:rsidRPr="00E043C5" w:rsidRDefault="00C51D85">
            <w:pPr>
              <w:spacing w:line="240" w:lineRule="auto"/>
            </w:pPr>
            <w:r w:rsidRPr="00E043C5">
              <w:t>29 (4.5%)</w:t>
            </w:r>
          </w:p>
        </w:tc>
      </w:tr>
      <w:tr w:rsidR="001C3762" w:rsidRPr="00E043C5" w14:paraId="27CF14D1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4576E6" w14:textId="3B8B7D5D" w:rsidR="001C3762" w:rsidRPr="00E043C5" w:rsidRDefault="00C51D85">
            <w:pPr>
              <w:spacing w:line="240" w:lineRule="auto"/>
              <w:ind w:left="227"/>
            </w:pPr>
            <w:r w:rsidRPr="00E043C5">
              <w:t>Quadrivalent (4-valent)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EF279A" w14:textId="77777777" w:rsidR="001C3762" w:rsidRPr="00E043C5" w:rsidRDefault="00C51D85">
            <w:pPr>
              <w:spacing w:line="240" w:lineRule="auto"/>
            </w:pPr>
            <w:r w:rsidRPr="00E043C5">
              <w:t>19 (3.0%)</w:t>
            </w:r>
          </w:p>
        </w:tc>
      </w:tr>
      <w:tr w:rsidR="001C3762" w:rsidRPr="00E043C5" w14:paraId="137424C8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5E4F8C" w14:textId="3FE4BD7D" w:rsidR="001C3762" w:rsidRPr="00E043C5" w:rsidRDefault="00C51D85">
            <w:pPr>
              <w:spacing w:line="240" w:lineRule="auto"/>
              <w:ind w:left="227"/>
            </w:pPr>
            <w:proofErr w:type="spellStart"/>
            <w:r w:rsidRPr="00E043C5">
              <w:t>Nonavalent</w:t>
            </w:r>
            <w:proofErr w:type="spellEnd"/>
            <w:r w:rsidRPr="00E043C5">
              <w:t xml:space="preserve"> (9-valent)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1E7B7D" w14:textId="77777777" w:rsidR="001C3762" w:rsidRPr="00E043C5" w:rsidRDefault="00C51D85">
            <w:pPr>
              <w:spacing w:line="240" w:lineRule="auto"/>
            </w:pPr>
            <w:r w:rsidRPr="00E043C5">
              <w:t>12 (1.9%)</w:t>
            </w:r>
          </w:p>
        </w:tc>
      </w:tr>
      <w:tr w:rsidR="001C3762" w:rsidRPr="00E043C5" w14:paraId="6450FBB0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B3D33D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Previous cervical cancer screening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BBA90C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0D671A0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D46FF9" w14:textId="74C11D88" w:rsidR="001C3762" w:rsidRPr="00E043C5" w:rsidRDefault="00C51D85">
            <w:pPr>
              <w:spacing w:line="240" w:lineRule="auto"/>
              <w:ind w:left="227"/>
            </w:pPr>
            <w:r w:rsidRPr="00E043C5">
              <w:t>None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D85F8D" w14:textId="77777777" w:rsidR="001C3762" w:rsidRPr="00E043C5" w:rsidRDefault="00C51D85">
            <w:pPr>
              <w:spacing w:line="240" w:lineRule="auto"/>
            </w:pPr>
            <w:r w:rsidRPr="00E043C5">
              <w:t>402 (62.4%)</w:t>
            </w:r>
          </w:p>
        </w:tc>
      </w:tr>
      <w:tr w:rsidR="001C3762" w:rsidRPr="00E043C5" w14:paraId="408E3041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D1D2F5" w14:textId="483FF003" w:rsidR="001C3762" w:rsidRPr="00E043C5" w:rsidRDefault="00C51D85">
            <w:pPr>
              <w:spacing w:line="240" w:lineRule="auto"/>
              <w:ind w:left="227"/>
            </w:pPr>
            <w:r w:rsidRPr="00E043C5">
              <w:t>Within the past 3 years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96AD96" w14:textId="77777777" w:rsidR="001C3762" w:rsidRPr="00E043C5" w:rsidRDefault="00C51D85">
            <w:pPr>
              <w:spacing w:line="240" w:lineRule="auto"/>
            </w:pPr>
            <w:r w:rsidRPr="00E043C5">
              <w:t>139 (21.6%)</w:t>
            </w:r>
          </w:p>
        </w:tc>
      </w:tr>
      <w:tr w:rsidR="001C3762" w:rsidRPr="00E043C5" w14:paraId="060DBE2C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DE0282" w14:textId="756A6F36" w:rsidR="001C3762" w:rsidRPr="00E043C5" w:rsidRDefault="00C51D85">
            <w:pPr>
              <w:spacing w:line="240" w:lineRule="auto"/>
              <w:ind w:left="227"/>
            </w:pPr>
            <w:r w:rsidRPr="00E043C5">
              <w:t>More than 3 years ago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130759" w14:textId="77777777" w:rsidR="001C3762" w:rsidRPr="00E043C5" w:rsidRDefault="00C51D85">
            <w:pPr>
              <w:spacing w:line="240" w:lineRule="auto"/>
            </w:pPr>
            <w:r w:rsidRPr="00E043C5">
              <w:t>103 (16.0%)</w:t>
            </w:r>
          </w:p>
        </w:tc>
      </w:tr>
      <w:tr w:rsidR="001C3762" w:rsidRPr="00E043C5" w14:paraId="07DCCB93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45537B" w14:textId="77777777" w:rsidR="001C3762" w:rsidRPr="00E043C5" w:rsidRDefault="00C51D85">
            <w:pPr>
              <w:spacing w:line="240" w:lineRule="auto"/>
            </w:pPr>
            <w:r w:rsidRPr="00E043C5">
              <w:t>History of STD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A08A0B" w14:textId="77777777" w:rsidR="001C3762" w:rsidRPr="00E043C5" w:rsidRDefault="00C51D85">
            <w:pPr>
              <w:spacing w:line="240" w:lineRule="auto"/>
            </w:pPr>
            <w:r w:rsidRPr="00E043C5">
              <w:t>6 (0.9%)</w:t>
            </w:r>
          </w:p>
        </w:tc>
      </w:tr>
      <w:tr w:rsidR="001C3762" w:rsidRPr="00E043C5" w14:paraId="745815B8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7A7861" w14:textId="03953DC6" w:rsidR="001C3762" w:rsidRPr="00E9447D" w:rsidRDefault="00E9447D">
            <w:pPr>
              <w:spacing w:line="240" w:lineRule="auto"/>
              <w:rPr>
                <w:rFonts w:cs="Angsana New"/>
                <w:szCs w:val="30"/>
                <w:lang w:bidi="th-TH"/>
              </w:rPr>
            </w:pPr>
            <w:r>
              <w:rPr>
                <w:rFonts w:cs="Angsana New"/>
                <w:b/>
                <w:szCs w:val="30"/>
                <w:lang w:bidi="th-TH"/>
              </w:rPr>
              <w:t>Parity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6900FF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C30CC41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4620F0" w14:textId="5CF8C471" w:rsidR="001C3762" w:rsidRPr="00E043C5" w:rsidRDefault="00E9447D">
            <w:pPr>
              <w:spacing w:line="240" w:lineRule="auto"/>
              <w:ind w:left="227"/>
            </w:pPr>
            <w:r>
              <w:t>0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6A8303" w14:textId="77777777" w:rsidR="001C3762" w:rsidRPr="00E043C5" w:rsidRDefault="00C51D85">
            <w:pPr>
              <w:spacing w:line="240" w:lineRule="auto"/>
            </w:pPr>
            <w:r w:rsidRPr="00E043C5">
              <w:t>313 (48.6%)</w:t>
            </w:r>
          </w:p>
        </w:tc>
      </w:tr>
      <w:tr w:rsidR="001C3762" w:rsidRPr="00E043C5" w14:paraId="082A9F2E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189C01" w14:textId="77777777" w:rsidR="001C3762" w:rsidRPr="00E043C5" w:rsidRDefault="00C51D85">
            <w:pPr>
              <w:spacing w:line="240" w:lineRule="auto"/>
              <w:ind w:left="227"/>
            </w:pPr>
            <w:r w:rsidRPr="004B4194">
              <w:rPr>
                <w:u w:val="single"/>
              </w:rPr>
              <w:t>&gt;</w:t>
            </w:r>
            <w:r w:rsidRPr="004B4194">
              <w:t xml:space="preserve"> 1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25834B" w14:textId="77777777" w:rsidR="001C3762" w:rsidRPr="00E043C5" w:rsidRDefault="00C51D85">
            <w:pPr>
              <w:spacing w:line="240" w:lineRule="auto"/>
            </w:pPr>
            <w:r w:rsidRPr="00E043C5">
              <w:t>331 (51.4%)</w:t>
            </w:r>
          </w:p>
        </w:tc>
      </w:tr>
      <w:tr w:rsidR="001C3762" w:rsidRPr="00E043C5" w14:paraId="4AD379AE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294D66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Pregnancy type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8B29E7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71BC89A8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EFDE3B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Singleton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2D44FD" w14:textId="77777777" w:rsidR="001C3762" w:rsidRPr="00E043C5" w:rsidRDefault="00C51D85">
            <w:pPr>
              <w:spacing w:line="240" w:lineRule="auto"/>
            </w:pPr>
            <w:r w:rsidRPr="00E043C5">
              <w:t>639 (99.2%)</w:t>
            </w:r>
          </w:p>
        </w:tc>
      </w:tr>
      <w:tr w:rsidR="001C3762" w:rsidRPr="00E043C5" w14:paraId="13EB52AF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F9D383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Twin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342E91" w14:textId="77777777" w:rsidR="001C3762" w:rsidRPr="00E043C5" w:rsidRDefault="00C51D85">
            <w:pPr>
              <w:spacing w:line="240" w:lineRule="auto"/>
            </w:pPr>
            <w:r w:rsidRPr="00E043C5">
              <w:t>5 (0.8%)</w:t>
            </w:r>
          </w:p>
        </w:tc>
      </w:tr>
      <w:tr w:rsidR="001C3762" w:rsidRPr="00E043C5" w14:paraId="0E46F648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CFCD87" w14:textId="254F6C91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Gestational age at self-sampling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0C9899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8C25FFA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62F3AF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12 to &lt; 16 weeks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2B5E03" w14:textId="77777777" w:rsidR="001C3762" w:rsidRPr="00E043C5" w:rsidRDefault="00C51D85">
            <w:pPr>
              <w:spacing w:line="240" w:lineRule="auto"/>
            </w:pPr>
            <w:r w:rsidRPr="00E043C5">
              <w:t>183 (28.4%)</w:t>
            </w:r>
          </w:p>
        </w:tc>
      </w:tr>
      <w:tr w:rsidR="001C3762" w:rsidRPr="00E043C5" w14:paraId="5B8226F3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E8A6D9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16 to &lt; 20 weeks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55D967" w14:textId="77777777" w:rsidR="001C3762" w:rsidRPr="00E043C5" w:rsidRDefault="00C51D85">
            <w:pPr>
              <w:spacing w:line="240" w:lineRule="auto"/>
            </w:pPr>
            <w:r w:rsidRPr="00E043C5">
              <w:t>177 (27.4%)</w:t>
            </w:r>
          </w:p>
        </w:tc>
      </w:tr>
      <w:tr w:rsidR="001C3762" w:rsidRPr="00E043C5" w14:paraId="4E55BA69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1D0CA6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20 to &lt; 24 weeks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7B0404" w14:textId="77777777" w:rsidR="001C3762" w:rsidRPr="00E043C5" w:rsidRDefault="00C51D85">
            <w:pPr>
              <w:spacing w:line="240" w:lineRule="auto"/>
            </w:pPr>
            <w:r w:rsidRPr="00E043C5">
              <w:t>29 (4.5%)</w:t>
            </w:r>
          </w:p>
        </w:tc>
      </w:tr>
      <w:tr w:rsidR="001C3762" w:rsidRPr="00E043C5" w14:paraId="69CEAE9B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DD2762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24 to &lt; 28 weeks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3CC141" w14:textId="77777777" w:rsidR="001C3762" w:rsidRPr="00E043C5" w:rsidRDefault="00C51D85">
            <w:pPr>
              <w:spacing w:line="240" w:lineRule="auto"/>
            </w:pPr>
            <w:r w:rsidRPr="00E043C5">
              <w:t>45 (7.0%)</w:t>
            </w:r>
          </w:p>
        </w:tc>
      </w:tr>
      <w:tr w:rsidR="001C3762" w:rsidRPr="00E043C5" w14:paraId="0E8CF20E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0D61E7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28 to &lt; 32 weeks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719C7B" w14:textId="77777777" w:rsidR="001C3762" w:rsidRPr="00E043C5" w:rsidRDefault="00C51D85">
            <w:pPr>
              <w:spacing w:line="240" w:lineRule="auto"/>
            </w:pPr>
            <w:r w:rsidRPr="00E043C5">
              <w:t>72 (11.2%)</w:t>
            </w:r>
          </w:p>
        </w:tc>
      </w:tr>
      <w:tr w:rsidR="001C3762" w:rsidRPr="00E043C5" w14:paraId="23925B87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2EAE9E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lastRenderedPageBreak/>
              <w:t>32 to &lt; 36 weeks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EDD1B2" w14:textId="77777777" w:rsidR="001C3762" w:rsidRPr="00E043C5" w:rsidRDefault="00C51D85">
            <w:pPr>
              <w:spacing w:line="240" w:lineRule="auto"/>
            </w:pPr>
            <w:r w:rsidRPr="00E043C5">
              <w:t>124 (19.3%)</w:t>
            </w:r>
          </w:p>
        </w:tc>
      </w:tr>
      <w:tr w:rsidR="001C3762" w:rsidRPr="00E043C5" w14:paraId="1235043D" w14:textId="77777777" w:rsidTr="00B6478C">
        <w:trPr>
          <w:trHeight w:val="340"/>
        </w:trPr>
        <w:tc>
          <w:tcPr>
            <w:tcW w:w="442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CE16EB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36 to &lt; 40 weeks</w:t>
            </w:r>
          </w:p>
        </w:tc>
        <w:tc>
          <w:tcPr>
            <w:tcW w:w="20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521D26" w14:textId="77777777" w:rsidR="001C3762" w:rsidRPr="00E043C5" w:rsidRDefault="00C51D85">
            <w:pPr>
              <w:spacing w:line="240" w:lineRule="auto"/>
            </w:pPr>
            <w:r w:rsidRPr="00E043C5">
              <w:t>14 (2.2%)</w:t>
            </w:r>
          </w:p>
        </w:tc>
      </w:tr>
    </w:tbl>
    <w:p w14:paraId="16F04BF0" w14:textId="1210806F" w:rsidR="001C3762" w:rsidRDefault="00C51D85" w:rsidP="00B6478C">
      <w:pPr>
        <w:spacing w:before="100" w:beforeAutospacing="1"/>
      </w:pPr>
      <w:r w:rsidRPr="00E043C5">
        <w:t xml:space="preserve">Data are presented as mean (SD) or </w:t>
      </w:r>
      <w:r w:rsidRPr="00E043C5">
        <w:rPr>
          <w:i/>
        </w:rPr>
        <w:t>n</w:t>
      </w:r>
      <w:r w:rsidRPr="00E043C5">
        <w:t xml:space="preserve"> (%).</w:t>
      </w:r>
      <w:r w:rsidRPr="00E043C5">
        <w:br/>
      </w:r>
      <w:r w:rsidRPr="00E043C5">
        <w:rPr>
          <w:b/>
        </w:rPr>
        <w:t>Abbreviations:</w:t>
      </w:r>
      <w:r w:rsidRPr="00E043C5">
        <w:t xml:space="preserve"> BMI, body mass index; HPV, human papillomavirus; STD, sexually transmitted disease.</w:t>
      </w:r>
    </w:p>
    <w:p w14:paraId="757152A8" w14:textId="77777777" w:rsidR="00094EE8" w:rsidRPr="00E043C5" w:rsidRDefault="00094EE8" w:rsidP="007E2365"/>
    <w:p w14:paraId="1B9DFD5F" w14:textId="77777777" w:rsidR="001C3762" w:rsidRPr="00E043C5" w:rsidRDefault="001C3762" w:rsidP="007E2365">
      <w:r w:rsidRPr="00E043C5">
        <w:br w:type="page"/>
      </w:r>
    </w:p>
    <w:p w14:paraId="170DEE6B" w14:textId="742CC676" w:rsidR="001C3762" w:rsidRPr="00472B23" w:rsidRDefault="00472B23" w:rsidP="001075D5">
      <w:pPr>
        <w:keepNext/>
        <w:rPr>
          <w:b/>
        </w:rPr>
      </w:pPr>
      <w:r w:rsidRPr="00E043C5">
        <w:rPr>
          <w:b/>
        </w:rPr>
        <w:lastRenderedPageBreak/>
        <w:t>TABLE</w:t>
      </w:r>
      <w:r w:rsidR="00C51D85" w:rsidRPr="00472B23">
        <w:rPr>
          <w:b/>
        </w:rPr>
        <w:t xml:space="preserve"> 2 Prevalence of HPV infection</w:t>
      </w:r>
    </w:p>
    <w:tbl>
      <w:tblPr>
        <w:tblW w:w="6520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1"/>
        <w:gridCol w:w="1304"/>
        <w:gridCol w:w="2665"/>
      </w:tblGrid>
      <w:tr w:rsidR="001C3762" w:rsidRPr="00E043C5" w14:paraId="42C0DBC8" w14:textId="77777777" w:rsidTr="001A16F2">
        <w:trPr>
          <w:trHeight w:val="340"/>
          <w:tblHeader/>
        </w:trPr>
        <w:tc>
          <w:tcPr>
            <w:tcW w:w="25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804E99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Outcome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540140" w14:textId="535A12DC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>/</w:t>
            </w:r>
            <w:r w:rsidR="00B208B3" w:rsidRPr="00E043C5">
              <w:rPr>
                <w:b/>
              </w:rPr>
              <w:t>T</w:t>
            </w:r>
            <w:r w:rsidRPr="00E043C5">
              <w:rPr>
                <w:b/>
              </w:rPr>
              <w:t>otal</w:t>
            </w:r>
          </w:p>
        </w:tc>
        <w:tc>
          <w:tcPr>
            <w:tcW w:w="26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C0BA87" w14:textId="19510F82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% (95% CI)</w:t>
            </w:r>
          </w:p>
        </w:tc>
      </w:tr>
      <w:tr w:rsidR="001C3762" w:rsidRPr="00E043C5" w14:paraId="6ADFBDEB" w14:textId="77777777" w:rsidTr="001A16F2">
        <w:trPr>
          <w:trHeight w:val="340"/>
        </w:trPr>
        <w:tc>
          <w:tcPr>
            <w:tcW w:w="2551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BC628A" w14:textId="77777777" w:rsidR="001C3762" w:rsidRPr="00E043C5" w:rsidRDefault="00C51D85">
            <w:pPr>
              <w:spacing w:line="240" w:lineRule="auto"/>
            </w:pPr>
            <w:r w:rsidRPr="00E043C5">
              <w:t>Any HPV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1D5500" w14:textId="77777777" w:rsidR="001C3762" w:rsidRPr="00E043C5" w:rsidRDefault="00C51D85">
            <w:pPr>
              <w:spacing w:line="240" w:lineRule="auto"/>
            </w:pPr>
            <w:r w:rsidRPr="00E043C5">
              <w:t>147/644</w:t>
            </w:r>
          </w:p>
        </w:tc>
        <w:tc>
          <w:tcPr>
            <w:tcW w:w="266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52A70F" w14:textId="77777777" w:rsidR="001C3762" w:rsidRPr="00E043C5" w:rsidRDefault="00C51D85">
            <w:pPr>
              <w:spacing w:line="240" w:lineRule="auto"/>
            </w:pPr>
            <w:r w:rsidRPr="00E043C5">
              <w:t>22.8% (19.8%–26.2%)</w:t>
            </w:r>
          </w:p>
        </w:tc>
      </w:tr>
      <w:tr w:rsidR="001C3762" w:rsidRPr="00E043C5" w14:paraId="421C3CA3" w14:textId="77777777" w:rsidTr="001A16F2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85C78D" w14:textId="3B5F55EF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HPV type</w:t>
            </w:r>
          </w:p>
        </w:tc>
        <w:tc>
          <w:tcPr>
            <w:tcW w:w="130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452458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901FAE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0A5A1A4E" w14:textId="77777777" w:rsidTr="001A16F2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4F1EAB" w14:textId="34C9EC02" w:rsidR="001C3762" w:rsidRPr="00E043C5" w:rsidRDefault="00C51D85">
            <w:pPr>
              <w:spacing w:line="240" w:lineRule="auto"/>
              <w:ind w:left="227"/>
            </w:pPr>
            <w:r w:rsidRPr="00E043C5">
              <w:t>HPV16/18</w:t>
            </w:r>
          </w:p>
        </w:tc>
        <w:tc>
          <w:tcPr>
            <w:tcW w:w="130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585DB7" w14:textId="77777777" w:rsidR="001C3762" w:rsidRPr="00E043C5" w:rsidRDefault="00C51D85">
            <w:pPr>
              <w:spacing w:line="240" w:lineRule="auto"/>
            </w:pPr>
            <w:r w:rsidRPr="00E043C5">
              <w:t>37/147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0FF5EC" w14:textId="77777777" w:rsidR="001C3762" w:rsidRPr="00E043C5" w:rsidRDefault="00C51D85">
            <w:pPr>
              <w:spacing w:line="240" w:lineRule="auto"/>
            </w:pPr>
            <w:r w:rsidRPr="00E043C5">
              <w:t>25.2% (18.8%–32.8%)</w:t>
            </w:r>
          </w:p>
        </w:tc>
      </w:tr>
      <w:tr w:rsidR="001C3762" w:rsidRPr="00E043C5" w14:paraId="0ECBC2A3" w14:textId="77777777" w:rsidTr="001A16F2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AFE553" w14:textId="64481E18" w:rsidR="001C3762" w:rsidRPr="00E043C5" w:rsidRDefault="00C51D85">
            <w:pPr>
              <w:spacing w:line="240" w:lineRule="auto"/>
              <w:ind w:left="227"/>
            </w:pPr>
            <w:r w:rsidRPr="00E043C5">
              <w:t>Non-16/18</w:t>
            </w:r>
          </w:p>
        </w:tc>
        <w:tc>
          <w:tcPr>
            <w:tcW w:w="130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FD6377" w14:textId="77777777" w:rsidR="001C3762" w:rsidRPr="00E043C5" w:rsidRDefault="00C51D85">
            <w:pPr>
              <w:spacing w:line="240" w:lineRule="auto"/>
            </w:pPr>
            <w:r w:rsidRPr="00E043C5">
              <w:t>110/147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DD9C8D" w14:textId="77777777" w:rsidR="001C3762" w:rsidRPr="00E043C5" w:rsidRDefault="00C51D85">
            <w:pPr>
              <w:spacing w:line="240" w:lineRule="auto"/>
            </w:pPr>
            <w:r w:rsidRPr="00E043C5">
              <w:t>74.8% (67.2%–81.2%)</w:t>
            </w:r>
          </w:p>
        </w:tc>
      </w:tr>
      <w:tr w:rsidR="001C3762" w:rsidRPr="00E043C5" w14:paraId="1604BA8E" w14:textId="77777777" w:rsidTr="001A16F2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F6B2E5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Number of infections</w:t>
            </w:r>
          </w:p>
        </w:tc>
        <w:tc>
          <w:tcPr>
            <w:tcW w:w="130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39C033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8F4987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B2EAB17" w14:textId="77777777" w:rsidTr="001A16F2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758C63" w14:textId="5494E5C5" w:rsidR="001C3762" w:rsidRPr="00E043C5" w:rsidRDefault="00C51D85">
            <w:pPr>
              <w:spacing w:line="240" w:lineRule="auto"/>
              <w:ind w:left="227"/>
            </w:pPr>
            <w:r w:rsidRPr="00E043C5">
              <w:t>Single (1 type)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9791A7" w14:textId="77777777" w:rsidR="001C3762" w:rsidRPr="00E043C5" w:rsidRDefault="00C51D85">
            <w:pPr>
              <w:spacing w:line="240" w:lineRule="auto"/>
            </w:pPr>
            <w:r w:rsidRPr="00E043C5">
              <w:t>93/147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BB656B" w14:textId="77777777" w:rsidR="001C3762" w:rsidRPr="00E043C5" w:rsidRDefault="00C51D85">
            <w:pPr>
              <w:spacing w:line="240" w:lineRule="auto"/>
            </w:pPr>
            <w:r w:rsidRPr="00E043C5">
              <w:t>63.3% (55.2%–70.6%)</w:t>
            </w:r>
          </w:p>
        </w:tc>
      </w:tr>
      <w:tr w:rsidR="001C3762" w:rsidRPr="00E043C5" w14:paraId="048F9B6A" w14:textId="77777777" w:rsidTr="001A16F2">
        <w:trPr>
          <w:trHeight w:val="340"/>
        </w:trPr>
        <w:tc>
          <w:tcPr>
            <w:tcW w:w="255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665670" w14:textId="1158FE85" w:rsidR="001C3762" w:rsidRPr="00E043C5" w:rsidRDefault="00C51D85">
            <w:pPr>
              <w:spacing w:line="240" w:lineRule="auto"/>
              <w:ind w:left="227"/>
            </w:pPr>
            <w:r w:rsidRPr="00E043C5">
              <w:t>Multiple (&gt; 1 type)</w:t>
            </w:r>
          </w:p>
        </w:tc>
        <w:tc>
          <w:tcPr>
            <w:tcW w:w="130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0EF2A9" w14:textId="77777777" w:rsidR="001C3762" w:rsidRPr="00E043C5" w:rsidRDefault="00C51D85">
            <w:pPr>
              <w:spacing w:line="240" w:lineRule="auto"/>
            </w:pPr>
            <w:r w:rsidRPr="00E043C5">
              <w:t>54/147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800D6C" w14:textId="77777777" w:rsidR="001C3762" w:rsidRPr="00E043C5" w:rsidRDefault="00C51D85">
            <w:pPr>
              <w:spacing w:line="240" w:lineRule="auto"/>
            </w:pPr>
            <w:r w:rsidRPr="00E043C5">
              <w:t>36.7% (29.4%–44.8%)</w:t>
            </w:r>
          </w:p>
        </w:tc>
      </w:tr>
    </w:tbl>
    <w:p w14:paraId="1449E74F" w14:textId="77777777" w:rsidR="001C3762" w:rsidRPr="00E043C5" w:rsidRDefault="00C51D85" w:rsidP="001075D5">
      <w:pPr>
        <w:spacing w:before="100" w:beforeAutospacing="1"/>
      </w:pPr>
      <w:r w:rsidRPr="00E043C5">
        <w:rPr>
          <w:b/>
        </w:rPr>
        <w:t>Abbreviations:</w:t>
      </w:r>
      <w:r w:rsidRPr="00E043C5">
        <w:t xml:space="preserve"> HPV, human papillomavirus.</w:t>
      </w:r>
    </w:p>
    <w:p w14:paraId="723B8535" w14:textId="77777777" w:rsidR="001C3762" w:rsidRPr="00E043C5" w:rsidRDefault="001C3762">
      <w:r w:rsidRPr="00E043C5">
        <w:br w:type="page"/>
      </w:r>
    </w:p>
    <w:p w14:paraId="70723557" w14:textId="7F6B30FA" w:rsidR="001C3762" w:rsidRPr="00472B23" w:rsidRDefault="00472B23" w:rsidP="001075D5">
      <w:pPr>
        <w:keepNext/>
        <w:rPr>
          <w:b/>
        </w:rPr>
      </w:pPr>
      <w:r w:rsidRPr="00472B23">
        <w:rPr>
          <w:b/>
        </w:rPr>
        <w:lastRenderedPageBreak/>
        <w:t>TABLE</w:t>
      </w:r>
      <w:r w:rsidR="00C51D85" w:rsidRPr="00472B23">
        <w:rPr>
          <w:b/>
        </w:rPr>
        <w:t xml:space="preserve"> 3 Distribution of HPV genotypes</w:t>
      </w:r>
    </w:p>
    <w:tbl>
      <w:tblPr>
        <w:tblW w:w="5897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44"/>
        <w:gridCol w:w="2381"/>
        <w:gridCol w:w="1872"/>
      </w:tblGrid>
      <w:tr w:rsidR="001C3762" w:rsidRPr="00E043C5" w14:paraId="4DCCD3AF" w14:textId="77777777" w:rsidTr="00B208B3">
        <w:trPr>
          <w:trHeight w:val="340"/>
          <w:tblHeader/>
        </w:trPr>
        <w:tc>
          <w:tcPr>
            <w:tcW w:w="164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754ACE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Genotype</w:t>
            </w:r>
          </w:p>
        </w:tc>
        <w:tc>
          <w:tcPr>
            <w:tcW w:w="2381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C3B8F1" w14:textId="42A95DF9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(% of detections)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9AFC45" w14:textId="523360FA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(% of cohort)</w:t>
            </w:r>
          </w:p>
        </w:tc>
      </w:tr>
      <w:tr w:rsidR="001C3762" w:rsidRPr="00E043C5" w14:paraId="347BA048" w14:textId="77777777" w:rsidTr="00B208B3">
        <w:trPr>
          <w:trHeight w:val="340"/>
          <w:tblHeader/>
        </w:trPr>
        <w:tc>
          <w:tcPr>
            <w:tcW w:w="164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E1BAA3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38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C1E5CA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223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9969C6" w14:textId="361B9130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644</w:t>
            </w:r>
          </w:p>
        </w:tc>
      </w:tr>
      <w:tr w:rsidR="001C3762" w:rsidRPr="00E043C5" w14:paraId="4E2A34DF" w14:textId="77777777" w:rsidTr="00B208B3">
        <w:trPr>
          <w:trHeight w:val="340"/>
        </w:trPr>
        <w:tc>
          <w:tcPr>
            <w:tcW w:w="1644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C0AB59" w14:textId="77777777" w:rsidR="001C3762" w:rsidRPr="00E043C5" w:rsidRDefault="00C51D85">
            <w:pPr>
              <w:spacing w:line="240" w:lineRule="auto"/>
            </w:pPr>
            <w:r w:rsidRPr="00E043C5">
              <w:t>HPV16</w:t>
            </w:r>
          </w:p>
        </w:tc>
        <w:tc>
          <w:tcPr>
            <w:tcW w:w="2381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7A29DB" w14:textId="77777777" w:rsidR="001C3762" w:rsidRPr="00E043C5" w:rsidRDefault="00C51D85">
            <w:pPr>
              <w:spacing w:line="240" w:lineRule="auto"/>
            </w:pPr>
            <w:r w:rsidRPr="00E043C5">
              <w:t>28 (12.6%)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A49D10" w14:textId="77777777" w:rsidR="001C3762" w:rsidRPr="00E043C5" w:rsidRDefault="00C51D85">
            <w:pPr>
              <w:spacing w:line="240" w:lineRule="auto"/>
            </w:pPr>
            <w:r w:rsidRPr="00E043C5">
              <w:t>28 (4.3%)</w:t>
            </w:r>
          </w:p>
        </w:tc>
      </w:tr>
      <w:tr w:rsidR="001C3762" w:rsidRPr="00E043C5" w14:paraId="2E96B6A0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3B227B" w14:textId="77777777" w:rsidR="001C3762" w:rsidRPr="00E043C5" w:rsidRDefault="00C51D85">
            <w:pPr>
              <w:spacing w:line="240" w:lineRule="auto"/>
            </w:pPr>
            <w:r w:rsidRPr="00E043C5">
              <w:t>HPV18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A6AFDD" w14:textId="77777777" w:rsidR="001C3762" w:rsidRPr="00E043C5" w:rsidRDefault="00C51D85">
            <w:pPr>
              <w:spacing w:line="240" w:lineRule="auto"/>
            </w:pPr>
            <w:r w:rsidRPr="00E043C5">
              <w:t>12 (5.4%)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B56955" w14:textId="77777777" w:rsidR="001C3762" w:rsidRPr="00E043C5" w:rsidRDefault="00C51D85">
            <w:pPr>
              <w:spacing w:line="240" w:lineRule="auto"/>
            </w:pPr>
            <w:r w:rsidRPr="00E043C5">
              <w:t>12 (1.9%)</w:t>
            </w:r>
          </w:p>
        </w:tc>
      </w:tr>
      <w:tr w:rsidR="001C3762" w:rsidRPr="00E043C5" w14:paraId="1F3162D4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E8DC4F" w14:textId="77777777" w:rsidR="001C3762" w:rsidRPr="00E043C5" w:rsidRDefault="00C51D85">
            <w:pPr>
              <w:spacing w:line="240" w:lineRule="auto"/>
            </w:pPr>
            <w:r w:rsidRPr="00E043C5">
              <w:t>HPV52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58A7C8" w14:textId="77777777" w:rsidR="001C3762" w:rsidRPr="00E043C5" w:rsidRDefault="00C51D85">
            <w:pPr>
              <w:spacing w:line="240" w:lineRule="auto"/>
            </w:pPr>
            <w:r w:rsidRPr="00E043C5">
              <w:t>51 (22.9%)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295867" w14:textId="77777777" w:rsidR="001C3762" w:rsidRPr="00E043C5" w:rsidRDefault="00C51D85">
            <w:pPr>
              <w:spacing w:line="240" w:lineRule="auto"/>
            </w:pPr>
            <w:r w:rsidRPr="00E043C5">
              <w:t>51 (7.9%)</w:t>
            </w:r>
          </w:p>
        </w:tc>
      </w:tr>
      <w:tr w:rsidR="001C3762" w:rsidRPr="00E043C5" w14:paraId="7ED15917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A918C9" w14:textId="77777777" w:rsidR="001C3762" w:rsidRPr="00E043C5" w:rsidRDefault="00C51D85">
            <w:pPr>
              <w:spacing w:line="240" w:lineRule="auto"/>
            </w:pPr>
            <w:r w:rsidRPr="00E043C5">
              <w:t>HPV66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28B295" w14:textId="77777777" w:rsidR="001C3762" w:rsidRPr="00E043C5" w:rsidRDefault="00C51D85">
            <w:pPr>
              <w:spacing w:line="240" w:lineRule="auto"/>
            </w:pPr>
            <w:r w:rsidRPr="00E043C5">
              <w:t>26 (11.7%)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57D6A0" w14:textId="77777777" w:rsidR="001C3762" w:rsidRPr="00E043C5" w:rsidRDefault="00C51D85">
            <w:pPr>
              <w:spacing w:line="240" w:lineRule="auto"/>
            </w:pPr>
            <w:r w:rsidRPr="00E043C5">
              <w:t>26 (4.0%)</w:t>
            </w:r>
          </w:p>
        </w:tc>
      </w:tr>
      <w:tr w:rsidR="001C3762" w:rsidRPr="00E043C5" w14:paraId="75194DB7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53C490" w14:textId="77777777" w:rsidR="001C3762" w:rsidRPr="00E043C5" w:rsidRDefault="00C51D85">
            <w:pPr>
              <w:spacing w:line="240" w:lineRule="auto"/>
            </w:pPr>
            <w:r w:rsidRPr="00E043C5">
              <w:t>HPV51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A8A6CB" w14:textId="77777777" w:rsidR="001C3762" w:rsidRPr="00E043C5" w:rsidRDefault="00C51D85">
            <w:pPr>
              <w:spacing w:line="240" w:lineRule="auto"/>
            </w:pPr>
            <w:r w:rsidRPr="00E043C5">
              <w:t>21 (9.4%)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13BBD3" w14:textId="77777777" w:rsidR="001C3762" w:rsidRPr="00E043C5" w:rsidRDefault="00C51D85">
            <w:pPr>
              <w:spacing w:line="240" w:lineRule="auto"/>
            </w:pPr>
            <w:r w:rsidRPr="00E043C5">
              <w:t>21 (3.3%)</w:t>
            </w:r>
          </w:p>
        </w:tc>
      </w:tr>
      <w:tr w:rsidR="001C3762" w:rsidRPr="00E043C5" w14:paraId="65E0EB69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C74AEE" w14:textId="77777777" w:rsidR="001C3762" w:rsidRPr="00E043C5" w:rsidRDefault="00C51D85">
            <w:pPr>
              <w:spacing w:line="240" w:lineRule="auto"/>
            </w:pPr>
            <w:r w:rsidRPr="00E043C5">
              <w:t>HPV68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928A92" w14:textId="77777777" w:rsidR="001C3762" w:rsidRPr="00E043C5" w:rsidRDefault="00C51D85">
            <w:pPr>
              <w:spacing w:line="240" w:lineRule="auto"/>
            </w:pPr>
            <w:r w:rsidRPr="00E043C5">
              <w:t>19 (8.5%)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DAAB0D" w14:textId="77777777" w:rsidR="001C3762" w:rsidRPr="00E043C5" w:rsidRDefault="00C51D85">
            <w:pPr>
              <w:spacing w:line="240" w:lineRule="auto"/>
            </w:pPr>
            <w:r w:rsidRPr="00E043C5">
              <w:t>19 (3.0%)</w:t>
            </w:r>
          </w:p>
        </w:tc>
      </w:tr>
      <w:tr w:rsidR="001C3762" w:rsidRPr="00E043C5" w14:paraId="7879EC05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B4053F" w14:textId="77777777" w:rsidR="001C3762" w:rsidRPr="00E043C5" w:rsidRDefault="00C51D85">
            <w:pPr>
              <w:spacing w:line="240" w:lineRule="auto"/>
            </w:pPr>
            <w:r w:rsidRPr="00E043C5">
              <w:t>HPV39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39FD28" w14:textId="77777777" w:rsidR="001C3762" w:rsidRPr="00E043C5" w:rsidRDefault="00C51D85">
            <w:pPr>
              <w:spacing w:line="240" w:lineRule="auto"/>
            </w:pPr>
            <w:r w:rsidRPr="00E043C5">
              <w:t>16 (7.1%)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B1B502" w14:textId="77777777" w:rsidR="001C3762" w:rsidRPr="00E043C5" w:rsidRDefault="00C51D85">
            <w:pPr>
              <w:spacing w:line="240" w:lineRule="auto"/>
            </w:pPr>
            <w:r w:rsidRPr="00E043C5">
              <w:t>16 (2.5%)</w:t>
            </w:r>
          </w:p>
        </w:tc>
      </w:tr>
      <w:tr w:rsidR="001C3762" w:rsidRPr="00E043C5" w14:paraId="1843839A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607FC3" w14:textId="77777777" w:rsidR="001C3762" w:rsidRPr="00E043C5" w:rsidRDefault="00C51D85">
            <w:pPr>
              <w:spacing w:line="240" w:lineRule="auto"/>
            </w:pPr>
            <w:r w:rsidRPr="00E043C5">
              <w:t>HPV58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125719" w14:textId="77777777" w:rsidR="001C3762" w:rsidRPr="00E043C5" w:rsidRDefault="00C51D85">
            <w:pPr>
              <w:spacing w:line="240" w:lineRule="auto"/>
            </w:pPr>
            <w:r w:rsidRPr="00E043C5">
              <w:t>16 (7.1%)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A42C47" w14:textId="77777777" w:rsidR="001C3762" w:rsidRPr="00E043C5" w:rsidRDefault="00C51D85">
            <w:pPr>
              <w:spacing w:line="240" w:lineRule="auto"/>
            </w:pPr>
            <w:r w:rsidRPr="00E043C5">
              <w:t>16 (2.5%)</w:t>
            </w:r>
          </w:p>
        </w:tc>
      </w:tr>
      <w:tr w:rsidR="001C3762" w:rsidRPr="00E043C5" w14:paraId="3C306DC6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1C5C52" w14:textId="77777777" w:rsidR="001C3762" w:rsidRPr="00E043C5" w:rsidRDefault="00C51D85">
            <w:pPr>
              <w:spacing w:line="240" w:lineRule="auto"/>
            </w:pPr>
            <w:r w:rsidRPr="00E043C5">
              <w:t>HPV31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0EAA86" w14:textId="77777777" w:rsidR="001C3762" w:rsidRPr="00E043C5" w:rsidRDefault="00C51D85">
            <w:pPr>
              <w:spacing w:line="240" w:lineRule="auto"/>
            </w:pPr>
            <w:r w:rsidRPr="00E043C5">
              <w:t>10 (4.5%)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B0D6E3" w14:textId="77777777" w:rsidR="001C3762" w:rsidRPr="00E043C5" w:rsidRDefault="00C51D85">
            <w:pPr>
              <w:spacing w:line="240" w:lineRule="auto"/>
            </w:pPr>
            <w:r w:rsidRPr="00E043C5">
              <w:t>10 (1.6%)</w:t>
            </w:r>
          </w:p>
        </w:tc>
      </w:tr>
      <w:tr w:rsidR="001C3762" w:rsidRPr="00E043C5" w14:paraId="3F7CDC3B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F01E52" w14:textId="77777777" w:rsidR="001C3762" w:rsidRPr="00E043C5" w:rsidRDefault="00C51D85">
            <w:pPr>
              <w:spacing w:line="240" w:lineRule="auto"/>
            </w:pPr>
            <w:r w:rsidRPr="00E043C5">
              <w:t>HPV56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C7FE04" w14:textId="77777777" w:rsidR="001C3762" w:rsidRPr="00E043C5" w:rsidRDefault="00C51D85">
            <w:pPr>
              <w:spacing w:line="240" w:lineRule="auto"/>
            </w:pPr>
            <w:r w:rsidRPr="00E043C5">
              <w:t>8 (3.6%)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68AB34" w14:textId="77777777" w:rsidR="001C3762" w:rsidRPr="00E043C5" w:rsidRDefault="00C51D85">
            <w:pPr>
              <w:spacing w:line="240" w:lineRule="auto"/>
            </w:pPr>
            <w:r w:rsidRPr="00E043C5">
              <w:t>8 (1.2%)</w:t>
            </w:r>
          </w:p>
        </w:tc>
      </w:tr>
      <w:tr w:rsidR="001C3762" w:rsidRPr="00E043C5" w14:paraId="02DC1170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19A477" w14:textId="77777777" w:rsidR="001C3762" w:rsidRPr="00E043C5" w:rsidRDefault="00C51D85">
            <w:pPr>
              <w:spacing w:line="240" w:lineRule="auto"/>
            </w:pPr>
            <w:r w:rsidRPr="00E043C5">
              <w:t>HPV59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C74BAF" w14:textId="77777777" w:rsidR="001C3762" w:rsidRPr="00E043C5" w:rsidRDefault="00C51D85">
            <w:pPr>
              <w:spacing w:line="240" w:lineRule="auto"/>
            </w:pPr>
            <w:r w:rsidRPr="00E043C5">
              <w:t>6 (2.7%)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AF6C57" w14:textId="77777777" w:rsidR="001C3762" w:rsidRPr="00E043C5" w:rsidRDefault="00C51D85">
            <w:pPr>
              <w:spacing w:line="240" w:lineRule="auto"/>
            </w:pPr>
            <w:r w:rsidRPr="00E043C5">
              <w:t>6 (0.9%)</w:t>
            </w:r>
          </w:p>
        </w:tc>
      </w:tr>
      <w:tr w:rsidR="001C3762" w:rsidRPr="00E043C5" w14:paraId="09E5FF11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95A245" w14:textId="77777777" w:rsidR="001C3762" w:rsidRPr="00E043C5" w:rsidRDefault="00C51D85">
            <w:pPr>
              <w:spacing w:line="240" w:lineRule="auto"/>
            </w:pPr>
            <w:r w:rsidRPr="00E043C5">
              <w:t>HPV35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7F0DD5" w14:textId="77777777" w:rsidR="001C3762" w:rsidRPr="00E043C5" w:rsidRDefault="00C51D85">
            <w:pPr>
              <w:spacing w:line="240" w:lineRule="auto"/>
            </w:pPr>
            <w:r w:rsidRPr="00E043C5">
              <w:t>4 (1.8%)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4269EA" w14:textId="77777777" w:rsidR="001C3762" w:rsidRPr="00E043C5" w:rsidRDefault="00C51D85">
            <w:pPr>
              <w:spacing w:line="240" w:lineRule="auto"/>
            </w:pPr>
            <w:r w:rsidRPr="00E043C5">
              <w:t>4 (0.6%)</w:t>
            </w:r>
          </w:p>
        </w:tc>
      </w:tr>
      <w:tr w:rsidR="001C3762" w:rsidRPr="00E043C5" w14:paraId="386B1B34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76E679" w14:textId="77777777" w:rsidR="001C3762" w:rsidRPr="00E043C5" w:rsidRDefault="00C51D85">
            <w:pPr>
              <w:spacing w:line="240" w:lineRule="auto"/>
            </w:pPr>
            <w:r w:rsidRPr="00E043C5">
              <w:t>HPV45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748BBF" w14:textId="77777777" w:rsidR="001C3762" w:rsidRPr="00E043C5" w:rsidRDefault="00C51D85">
            <w:pPr>
              <w:spacing w:line="240" w:lineRule="auto"/>
            </w:pPr>
            <w:r w:rsidRPr="00E043C5">
              <w:t>4 (1.8%)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21E56C" w14:textId="77777777" w:rsidR="001C3762" w:rsidRPr="00E043C5" w:rsidRDefault="00C51D85">
            <w:pPr>
              <w:spacing w:line="240" w:lineRule="auto"/>
            </w:pPr>
            <w:r w:rsidRPr="00E043C5">
              <w:t>4 (0.6%)</w:t>
            </w:r>
          </w:p>
        </w:tc>
      </w:tr>
      <w:tr w:rsidR="001C3762" w:rsidRPr="00E043C5" w14:paraId="3D44A10E" w14:textId="77777777" w:rsidTr="00B208B3">
        <w:trPr>
          <w:trHeight w:val="340"/>
        </w:trPr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FF71DA" w14:textId="77777777" w:rsidR="001C3762" w:rsidRPr="00E043C5" w:rsidRDefault="00C51D85">
            <w:pPr>
              <w:spacing w:line="240" w:lineRule="auto"/>
            </w:pPr>
            <w:r w:rsidRPr="00E043C5">
              <w:t>HPV33</w:t>
            </w:r>
          </w:p>
        </w:tc>
        <w:tc>
          <w:tcPr>
            <w:tcW w:w="238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BFC1D8" w14:textId="77777777" w:rsidR="001C3762" w:rsidRPr="00E043C5" w:rsidRDefault="00C51D85">
            <w:pPr>
              <w:spacing w:line="240" w:lineRule="auto"/>
            </w:pPr>
            <w:r w:rsidRPr="00E043C5">
              <w:t>2 (0.9%)</w:t>
            </w:r>
          </w:p>
        </w:tc>
        <w:tc>
          <w:tcPr>
            <w:tcW w:w="187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7C2282" w14:textId="77777777" w:rsidR="001C3762" w:rsidRPr="00E043C5" w:rsidRDefault="00C51D85">
            <w:pPr>
              <w:spacing w:line="240" w:lineRule="auto"/>
            </w:pPr>
            <w:r w:rsidRPr="00E043C5">
              <w:t>2 (0.3%)</w:t>
            </w:r>
          </w:p>
        </w:tc>
      </w:tr>
    </w:tbl>
    <w:p w14:paraId="0CE36909" w14:textId="77777777" w:rsidR="001C3762" w:rsidRPr="00E043C5" w:rsidRDefault="00C51D85" w:rsidP="001075D5">
      <w:pPr>
        <w:spacing w:before="100" w:beforeAutospacing="1"/>
      </w:pPr>
      <w:r w:rsidRPr="00E043C5">
        <w:rPr>
          <w:b/>
        </w:rPr>
        <w:t>Abbreviations:</w:t>
      </w:r>
      <w:r w:rsidRPr="00E043C5">
        <w:t xml:space="preserve"> HPV, human papillomavirus.</w:t>
      </w:r>
    </w:p>
    <w:p w14:paraId="0B4134AC" w14:textId="77777777" w:rsidR="001C3762" w:rsidRPr="00E043C5" w:rsidRDefault="001C3762">
      <w:r w:rsidRPr="00E043C5">
        <w:br w:type="page"/>
      </w:r>
    </w:p>
    <w:p w14:paraId="5F8E5903" w14:textId="12C4061B" w:rsidR="001C3762" w:rsidRPr="00472B23" w:rsidRDefault="00472B23" w:rsidP="001075D5">
      <w:pPr>
        <w:keepNext/>
        <w:rPr>
          <w:b/>
        </w:rPr>
      </w:pPr>
      <w:r w:rsidRPr="00472B23">
        <w:rPr>
          <w:b/>
        </w:rPr>
        <w:lastRenderedPageBreak/>
        <w:t>TABLE</w:t>
      </w:r>
      <w:r w:rsidR="00C51D85" w:rsidRPr="00472B23">
        <w:rPr>
          <w:b/>
        </w:rPr>
        <w:t xml:space="preserve"> 4 Maternal characteristics according to HPV status</w:t>
      </w:r>
    </w:p>
    <w:tbl>
      <w:tblPr>
        <w:tblW w:w="8560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98"/>
        <w:gridCol w:w="1871"/>
        <w:gridCol w:w="1871"/>
        <w:gridCol w:w="1020"/>
      </w:tblGrid>
      <w:tr w:rsidR="001C3762" w:rsidRPr="00E043C5" w14:paraId="7849A3AE" w14:textId="77777777" w:rsidTr="00B208B3">
        <w:trPr>
          <w:trHeight w:val="340"/>
          <w:tblHeader/>
        </w:trPr>
        <w:tc>
          <w:tcPr>
            <w:tcW w:w="37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F9C092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Variable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5DA43C" w14:textId="45A64E4E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HPV-positive</w:t>
            </w:r>
            <w:r w:rsidRPr="00E043C5">
              <w:rPr>
                <w:b/>
              </w:rPr>
              <w:br/>
              <w:t>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147)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72941A" w14:textId="2A84B0BD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HPV-negative</w:t>
            </w:r>
            <w:r w:rsidRPr="00E043C5">
              <w:rPr>
                <w:b/>
              </w:rPr>
              <w:br/>
              <w:t>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497)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A8581F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</w:tr>
      <w:tr w:rsidR="001C3762" w:rsidRPr="00E043C5" w14:paraId="10BDD06D" w14:textId="77777777" w:rsidTr="00B208B3">
        <w:trPr>
          <w:trHeight w:val="340"/>
        </w:trPr>
        <w:tc>
          <w:tcPr>
            <w:tcW w:w="3798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194552" w14:textId="77777777" w:rsidR="001C3762" w:rsidRPr="00E043C5" w:rsidRDefault="00C51D85">
            <w:pPr>
              <w:spacing w:line="240" w:lineRule="auto"/>
            </w:pPr>
            <w:r w:rsidRPr="00E043C5">
              <w:t>Maternal age &lt; 25 years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851F0D" w14:textId="77777777" w:rsidR="001C3762" w:rsidRPr="00E043C5" w:rsidRDefault="00C51D85">
            <w:pPr>
              <w:spacing w:line="240" w:lineRule="auto"/>
            </w:pPr>
            <w:r w:rsidRPr="00E043C5">
              <w:t>27 (18.4%)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04FB67" w14:textId="77777777" w:rsidR="001C3762" w:rsidRPr="00E043C5" w:rsidRDefault="00C51D85">
            <w:pPr>
              <w:spacing w:line="240" w:lineRule="auto"/>
            </w:pPr>
            <w:r w:rsidRPr="00E043C5">
              <w:t>43 (8.7%)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2D9BC6" w14:textId="77777777" w:rsidR="001C3762" w:rsidRPr="00E043C5" w:rsidRDefault="00C51D85">
            <w:pPr>
              <w:spacing w:line="240" w:lineRule="auto"/>
            </w:pPr>
            <w:r w:rsidRPr="00E043C5">
              <w:t>.001</w:t>
            </w:r>
          </w:p>
        </w:tc>
      </w:tr>
      <w:tr w:rsidR="001C3762" w:rsidRPr="00E043C5" w14:paraId="011572D0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F1A2BD" w14:textId="77777777" w:rsidR="001C3762" w:rsidRPr="00E043C5" w:rsidRDefault="00C51D85">
            <w:pPr>
              <w:spacing w:line="240" w:lineRule="auto"/>
            </w:pPr>
            <w:r w:rsidRPr="00E043C5">
              <w:t>BMI, kg/m</w:t>
            </w:r>
            <w:r w:rsidRPr="00E043C5">
              <w:rPr>
                <w:vertAlign w:val="superscript"/>
              </w:rPr>
              <w:t>2</w:t>
            </w:r>
            <w:r w:rsidRPr="00E043C5">
              <w:t>, mean (SD)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FD0EE4" w14:textId="77777777" w:rsidR="001C3762" w:rsidRPr="00E043C5" w:rsidRDefault="00C51D85">
            <w:pPr>
              <w:spacing w:line="240" w:lineRule="auto"/>
            </w:pPr>
            <w:r w:rsidRPr="00E043C5">
              <w:t>24.2 (6.1)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311FB0" w14:textId="77777777" w:rsidR="001C3762" w:rsidRPr="00E043C5" w:rsidRDefault="00C51D85">
            <w:pPr>
              <w:spacing w:line="240" w:lineRule="auto"/>
            </w:pPr>
            <w:r w:rsidRPr="00E043C5">
              <w:t>24.3 (5.6)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997B21" w14:textId="77777777" w:rsidR="001C3762" w:rsidRPr="00E043C5" w:rsidRDefault="00C51D85">
            <w:pPr>
              <w:spacing w:line="240" w:lineRule="auto"/>
            </w:pPr>
            <w:r w:rsidRPr="00E043C5">
              <w:t>.859</w:t>
            </w:r>
          </w:p>
        </w:tc>
      </w:tr>
      <w:tr w:rsidR="001C3762" w:rsidRPr="00E043C5" w14:paraId="5106526F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E25687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Education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1E3F07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64C78B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48197C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.187</w:t>
            </w:r>
          </w:p>
        </w:tc>
      </w:tr>
      <w:tr w:rsidR="001C3762" w:rsidRPr="00E043C5" w14:paraId="372AADCC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95427D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Below bachelor’s degree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24B144" w14:textId="77777777" w:rsidR="001C3762" w:rsidRPr="00E043C5" w:rsidRDefault="00C51D85">
            <w:pPr>
              <w:spacing w:line="240" w:lineRule="auto"/>
            </w:pPr>
            <w:r w:rsidRPr="00E043C5">
              <w:t>64 (43.5%)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B16148" w14:textId="77777777" w:rsidR="001C3762" w:rsidRPr="00E043C5" w:rsidRDefault="00C51D85">
            <w:pPr>
              <w:spacing w:line="240" w:lineRule="auto"/>
            </w:pPr>
            <w:r w:rsidRPr="00E043C5">
              <w:t>175 (35.2%)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EDF05C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043C7AB5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5A43AC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Bachelor’s degree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E31226" w14:textId="77777777" w:rsidR="001C3762" w:rsidRPr="00E043C5" w:rsidRDefault="00C51D85">
            <w:pPr>
              <w:spacing w:line="240" w:lineRule="auto"/>
            </w:pPr>
            <w:r w:rsidRPr="00E043C5">
              <w:t>69 (46.9%)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3C0E9A" w14:textId="77777777" w:rsidR="001C3762" w:rsidRPr="00E043C5" w:rsidRDefault="00C51D85">
            <w:pPr>
              <w:spacing w:line="240" w:lineRule="auto"/>
            </w:pPr>
            <w:r w:rsidRPr="00E043C5">
              <w:t>264 (53.1%)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08F8C5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334A602C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3C1CC4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Higher than a bachelor’s degree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2848B8" w14:textId="77777777" w:rsidR="001C3762" w:rsidRPr="00E043C5" w:rsidRDefault="00C51D85">
            <w:pPr>
              <w:spacing w:line="240" w:lineRule="auto"/>
            </w:pPr>
            <w:r w:rsidRPr="00E043C5">
              <w:t>14 (9.5%)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7A998F" w14:textId="77777777" w:rsidR="001C3762" w:rsidRPr="00E043C5" w:rsidRDefault="00C51D85">
            <w:pPr>
              <w:spacing w:line="240" w:lineRule="auto"/>
            </w:pPr>
            <w:r w:rsidRPr="00E043C5">
              <w:t>58 (11.7%)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61A6D6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069CF781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583859" w14:textId="45AD2F1D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Income</w:t>
            </w:r>
            <w:r w:rsidR="00721627">
              <w:rPr>
                <w:b/>
              </w:rPr>
              <w:t>, b</w:t>
            </w:r>
            <w:r w:rsidR="00721627" w:rsidRPr="00721627">
              <w:rPr>
                <w:b/>
              </w:rPr>
              <w:t>aht per month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76894C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7DEFB7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6227C8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.008</w:t>
            </w:r>
          </w:p>
        </w:tc>
      </w:tr>
      <w:tr w:rsidR="001C3762" w:rsidRPr="00E043C5" w14:paraId="3238FF24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CFCD27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&lt; 10 000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FE4157" w14:textId="77777777" w:rsidR="001C3762" w:rsidRPr="00E043C5" w:rsidRDefault="00C51D85">
            <w:pPr>
              <w:spacing w:line="240" w:lineRule="auto"/>
            </w:pPr>
            <w:r w:rsidRPr="00E043C5">
              <w:t>15 (10.2%)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1D56DB" w14:textId="77777777" w:rsidR="001C3762" w:rsidRPr="00E043C5" w:rsidRDefault="00C51D85">
            <w:pPr>
              <w:spacing w:line="240" w:lineRule="auto"/>
            </w:pPr>
            <w:r w:rsidRPr="00E043C5">
              <w:t>29 (5.8%)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9A0EDC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730A1AB5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A0CD3C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10 000–49 000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EE69BC" w14:textId="77777777" w:rsidR="001C3762" w:rsidRPr="00E043C5" w:rsidRDefault="00C51D85">
            <w:pPr>
              <w:spacing w:line="240" w:lineRule="auto"/>
            </w:pPr>
            <w:r w:rsidRPr="00E043C5">
              <w:t>125 (85.0%)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5B4390" w14:textId="77777777" w:rsidR="001C3762" w:rsidRPr="00E043C5" w:rsidRDefault="00C51D85">
            <w:pPr>
              <w:spacing w:line="240" w:lineRule="auto"/>
            </w:pPr>
            <w:r w:rsidRPr="00E043C5">
              <w:t>406 (81.7%)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3BC53A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6BC9599D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AF8D62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≥ 50 000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CFDDB8" w14:textId="77777777" w:rsidR="001C3762" w:rsidRPr="00E043C5" w:rsidRDefault="00C51D85">
            <w:pPr>
              <w:spacing w:line="240" w:lineRule="auto"/>
            </w:pPr>
            <w:r w:rsidRPr="00E043C5">
              <w:t>7 (4.8%)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798BA6" w14:textId="77777777" w:rsidR="001C3762" w:rsidRPr="00E043C5" w:rsidRDefault="00C51D85">
            <w:pPr>
              <w:spacing w:line="240" w:lineRule="auto"/>
            </w:pPr>
            <w:r w:rsidRPr="00E043C5">
              <w:t>62 (12.5%)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EF34CC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066F741B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7FBE45" w14:textId="6B4502E8" w:rsidR="001C3762" w:rsidRPr="00E043C5" w:rsidRDefault="00C51D85">
            <w:pPr>
              <w:spacing w:line="240" w:lineRule="auto"/>
            </w:pPr>
            <w:r w:rsidRPr="00E043C5">
              <w:t>Divorced, separated, or widowed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B315A4" w14:textId="77777777" w:rsidR="001C3762" w:rsidRPr="00E043C5" w:rsidRDefault="00C51D85">
            <w:pPr>
              <w:spacing w:line="240" w:lineRule="auto"/>
            </w:pPr>
            <w:r w:rsidRPr="00E043C5">
              <w:t>7 (4.8%)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51ED60" w14:textId="77777777" w:rsidR="001C3762" w:rsidRPr="00E043C5" w:rsidRDefault="00C51D85">
            <w:pPr>
              <w:spacing w:line="240" w:lineRule="auto"/>
            </w:pPr>
            <w:r w:rsidRPr="00E043C5">
              <w:t>5 (1.0%)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0C4994" w14:textId="77777777" w:rsidR="001C3762" w:rsidRPr="00E043C5" w:rsidRDefault="00C51D85">
            <w:pPr>
              <w:spacing w:line="240" w:lineRule="auto"/>
            </w:pPr>
            <w:r w:rsidRPr="00E043C5">
              <w:t>.008</w:t>
            </w:r>
          </w:p>
        </w:tc>
      </w:tr>
      <w:tr w:rsidR="001C3762" w:rsidRPr="00E043C5" w14:paraId="0C2A51E1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C5F244" w14:textId="25465F03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Gravidity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EC1F53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7AA07A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6B1C52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.188</w:t>
            </w:r>
          </w:p>
        </w:tc>
      </w:tr>
      <w:tr w:rsidR="001C3762" w:rsidRPr="00E043C5" w14:paraId="2F6BC040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93E148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1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365802" w14:textId="77777777" w:rsidR="001C3762" w:rsidRPr="00E043C5" w:rsidRDefault="00C51D85">
            <w:pPr>
              <w:spacing w:line="240" w:lineRule="auto"/>
            </w:pPr>
            <w:r w:rsidRPr="00E043C5">
              <w:t>64 (43.5%)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DAF7D4" w14:textId="77777777" w:rsidR="001C3762" w:rsidRPr="00E043C5" w:rsidRDefault="00C51D85">
            <w:pPr>
              <w:spacing w:line="240" w:lineRule="auto"/>
            </w:pPr>
            <w:r w:rsidRPr="00E043C5">
              <w:t>249 (50.1%)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625536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7A30350D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BB239A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&gt; 1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51A84E" w14:textId="77777777" w:rsidR="001C3762" w:rsidRPr="00E043C5" w:rsidRDefault="00C51D85">
            <w:pPr>
              <w:spacing w:line="240" w:lineRule="auto"/>
            </w:pPr>
            <w:r w:rsidRPr="00E043C5">
              <w:t>83 (56.5%)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B29E9D" w14:textId="77777777" w:rsidR="001C3762" w:rsidRPr="00E043C5" w:rsidRDefault="00C51D85">
            <w:pPr>
              <w:spacing w:line="240" w:lineRule="auto"/>
            </w:pPr>
            <w:r w:rsidRPr="00E043C5">
              <w:t>248 (49.9%)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7BC48D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54956E8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704037" w14:textId="04C3AA8D" w:rsidR="001C3762" w:rsidRPr="00E043C5" w:rsidRDefault="00C51D85">
            <w:pPr>
              <w:spacing w:line="240" w:lineRule="auto"/>
            </w:pPr>
            <w:r w:rsidRPr="00E043C5">
              <w:t>More than 1 sexual partner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5C47A3" w14:textId="77777777" w:rsidR="001C3762" w:rsidRPr="00E043C5" w:rsidRDefault="00C51D85">
            <w:pPr>
              <w:spacing w:line="240" w:lineRule="auto"/>
            </w:pPr>
            <w:r w:rsidRPr="00E043C5">
              <w:t>4 (2.7%)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3500E5" w14:textId="77777777" w:rsidR="001C3762" w:rsidRPr="00E043C5" w:rsidRDefault="00C51D85">
            <w:pPr>
              <w:spacing w:line="240" w:lineRule="auto"/>
            </w:pPr>
            <w:r w:rsidRPr="00E043C5">
              <w:t>6 (1.2%)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703260" w14:textId="77777777" w:rsidR="001C3762" w:rsidRPr="00E043C5" w:rsidRDefault="00C51D85">
            <w:pPr>
              <w:spacing w:line="240" w:lineRule="auto"/>
            </w:pPr>
            <w:r w:rsidRPr="00E043C5">
              <w:t>.248</w:t>
            </w:r>
          </w:p>
        </w:tc>
      </w:tr>
      <w:tr w:rsidR="001C3762" w:rsidRPr="00E043C5" w14:paraId="14D74B2B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97C771" w14:textId="77777777" w:rsidR="001C3762" w:rsidRPr="00E043C5" w:rsidRDefault="00C51D85">
            <w:pPr>
              <w:spacing w:line="240" w:lineRule="auto"/>
            </w:pPr>
            <w:r w:rsidRPr="00E043C5">
              <w:t>Smoking exposure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CB06A1" w14:textId="77777777" w:rsidR="001C3762" w:rsidRPr="00E043C5" w:rsidRDefault="00C51D85">
            <w:pPr>
              <w:spacing w:line="240" w:lineRule="auto"/>
            </w:pPr>
            <w:r w:rsidRPr="00E043C5">
              <w:t>43 (29.3%)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CA1A65" w14:textId="77777777" w:rsidR="001C3762" w:rsidRPr="00E043C5" w:rsidRDefault="00C51D85">
            <w:pPr>
              <w:spacing w:line="240" w:lineRule="auto"/>
            </w:pPr>
            <w:r w:rsidRPr="00E043C5">
              <w:t>88 (17.7%)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63483D" w14:textId="77777777" w:rsidR="001C3762" w:rsidRPr="00E043C5" w:rsidRDefault="00C51D85">
            <w:pPr>
              <w:spacing w:line="240" w:lineRule="auto"/>
            </w:pPr>
            <w:r w:rsidRPr="00E043C5">
              <w:t>.003</w:t>
            </w:r>
          </w:p>
        </w:tc>
      </w:tr>
      <w:tr w:rsidR="001C3762" w:rsidRPr="00E043C5" w14:paraId="49349BF8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6B5F9A" w14:textId="77777777" w:rsidR="001C3762" w:rsidRPr="00876DE5" w:rsidRDefault="00C51D85">
            <w:pPr>
              <w:spacing w:line="240" w:lineRule="auto"/>
            </w:pPr>
            <w:r w:rsidRPr="00876DE5">
              <w:t>Alcohol consumption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3F6C84" w14:textId="77777777" w:rsidR="001C3762" w:rsidRPr="00E043C5" w:rsidRDefault="00C51D85">
            <w:pPr>
              <w:spacing w:line="240" w:lineRule="auto"/>
            </w:pPr>
            <w:r w:rsidRPr="00E043C5">
              <w:t>68 (46.3%)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32C80F" w14:textId="77777777" w:rsidR="001C3762" w:rsidRPr="00E043C5" w:rsidRDefault="00C51D85">
            <w:pPr>
              <w:spacing w:line="240" w:lineRule="auto"/>
            </w:pPr>
            <w:r w:rsidRPr="00E043C5">
              <w:t>200 (40.2%)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31EBEC" w14:textId="77777777" w:rsidR="001C3762" w:rsidRPr="00E043C5" w:rsidRDefault="00C51D85">
            <w:pPr>
              <w:spacing w:line="240" w:lineRule="auto"/>
            </w:pPr>
            <w:r w:rsidRPr="00E043C5">
              <w:t>.216</w:t>
            </w:r>
          </w:p>
        </w:tc>
      </w:tr>
      <w:tr w:rsidR="001C3762" w:rsidRPr="00E043C5" w14:paraId="4CBE98A8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504DC4" w14:textId="7860B60D" w:rsidR="001C3762" w:rsidRPr="00E66949" w:rsidRDefault="000F7FF8">
            <w:pPr>
              <w:spacing w:line="240" w:lineRule="auto"/>
            </w:pPr>
            <w:r w:rsidRPr="00E66949">
              <w:t>Previous</w:t>
            </w:r>
            <w:r w:rsidR="00C51D85" w:rsidRPr="00E66949">
              <w:t xml:space="preserve"> </w:t>
            </w:r>
            <w:r w:rsidR="00876DE5" w:rsidRPr="00E66949">
              <w:t>STI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C4156B" w14:textId="77777777" w:rsidR="001C3762" w:rsidRPr="00E043C5" w:rsidRDefault="00C51D85">
            <w:pPr>
              <w:spacing w:line="240" w:lineRule="auto"/>
            </w:pPr>
            <w:r w:rsidRPr="00E043C5">
              <w:t>3 (2.0%)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769313" w14:textId="77777777" w:rsidR="001C3762" w:rsidRPr="00E043C5" w:rsidRDefault="00C51D85">
            <w:pPr>
              <w:spacing w:line="240" w:lineRule="auto"/>
            </w:pPr>
            <w:r w:rsidRPr="00E043C5">
              <w:t>9 (1.8%)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F50B48" w14:textId="77777777" w:rsidR="001C3762" w:rsidRPr="00E043C5" w:rsidRDefault="00C51D85">
            <w:pPr>
              <w:spacing w:line="240" w:lineRule="auto"/>
            </w:pPr>
            <w:r w:rsidRPr="00E043C5">
              <w:t>.741</w:t>
            </w:r>
          </w:p>
        </w:tc>
      </w:tr>
      <w:tr w:rsidR="001C3762" w:rsidRPr="00E043C5" w14:paraId="6AC3CDBB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F33428" w14:textId="59C35DD8" w:rsidR="001C3762" w:rsidRPr="00E66949" w:rsidRDefault="00876DE5">
            <w:pPr>
              <w:spacing w:line="240" w:lineRule="auto"/>
            </w:pPr>
            <w:r w:rsidRPr="00E66949">
              <w:t xml:space="preserve">STI </w:t>
            </w:r>
            <w:r w:rsidR="003E4191" w:rsidRPr="00E66949">
              <w:t>in current pregnancy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24B52D" w14:textId="77777777" w:rsidR="001C3762" w:rsidRPr="00E043C5" w:rsidRDefault="00C51D85">
            <w:pPr>
              <w:spacing w:line="240" w:lineRule="auto"/>
            </w:pPr>
            <w:r w:rsidRPr="00E043C5">
              <w:t>2 (1.4%)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476699" w14:textId="77777777" w:rsidR="001C3762" w:rsidRPr="00E043C5" w:rsidRDefault="00C51D85">
            <w:pPr>
              <w:spacing w:line="240" w:lineRule="auto"/>
            </w:pPr>
            <w:r w:rsidRPr="00E043C5">
              <w:t>4 (0.8%)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37E11C" w14:textId="77777777" w:rsidR="001C3762" w:rsidRPr="00E043C5" w:rsidRDefault="00C51D85">
            <w:pPr>
              <w:spacing w:line="240" w:lineRule="auto"/>
            </w:pPr>
            <w:r w:rsidRPr="00E043C5">
              <w:t>.624</w:t>
            </w:r>
          </w:p>
        </w:tc>
      </w:tr>
      <w:tr w:rsidR="001C3762" w:rsidRPr="00E043C5" w14:paraId="306FB7E4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B8619C" w14:textId="77777777" w:rsidR="001C3762" w:rsidRPr="00876DE5" w:rsidRDefault="00C51D85">
            <w:pPr>
              <w:spacing w:line="240" w:lineRule="auto"/>
            </w:pPr>
            <w:r w:rsidRPr="00876DE5">
              <w:t>HPV vaccination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85A657" w14:textId="77777777" w:rsidR="001C3762" w:rsidRPr="00E043C5" w:rsidRDefault="00C51D85">
            <w:pPr>
              <w:spacing w:line="240" w:lineRule="auto"/>
            </w:pPr>
            <w:r w:rsidRPr="00E043C5">
              <w:t>13 (8.8%)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4B3D70" w14:textId="77777777" w:rsidR="001C3762" w:rsidRPr="00E043C5" w:rsidRDefault="00C51D85">
            <w:pPr>
              <w:spacing w:line="240" w:lineRule="auto"/>
            </w:pPr>
            <w:r w:rsidRPr="00E043C5">
              <w:t>47 (9.5%)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809F65" w14:textId="77777777" w:rsidR="001C3762" w:rsidRPr="00E043C5" w:rsidRDefault="00C51D85">
            <w:pPr>
              <w:spacing w:line="240" w:lineRule="auto"/>
            </w:pPr>
            <w:r w:rsidRPr="00E043C5">
              <w:t>.873</w:t>
            </w:r>
          </w:p>
        </w:tc>
      </w:tr>
      <w:tr w:rsidR="001C3762" w:rsidRPr="00E043C5" w14:paraId="160EA39C" w14:textId="77777777" w:rsidTr="00B208B3">
        <w:trPr>
          <w:trHeight w:val="340"/>
        </w:trPr>
        <w:tc>
          <w:tcPr>
            <w:tcW w:w="379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EE7A46" w14:textId="77777777" w:rsidR="001C3762" w:rsidRPr="00E043C5" w:rsidRDefault="00C51D85">
            <w:pPr>
              <w:spacing w:line="240" w:lineRule="auto"/>
            </w:pPr>
            <w:r w:rsidRPr="00E043C5">
              <w:t>Previous cervical cancer screening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D59E1A" w14:textId="77777777" w:rsidR="001C3762" w:rsidRPr="00E043C5" w:rsidRDefault="00C51D85">
            <w:pPr>
              <w:spacing w:line="240" w:lineRule="auto"/>
            </w:pPr>
            <w:r w:rsidRPr="00E043C5">
              <w:t>50 (34.0%)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1F4102" w14:textId="748CD5FB" w:rsidR="001C3762" w:rsidRPr="00E043C5" w:rsidRDefault="00C51D85">
            <w:pPr>
              <w:spacing w:line="240" w:lineRule="auto"/>
            </w:pPr>
            <w:r w:rsidRPr="00E043C5">
              <w:t>192 (38.</w:t>
            </w:r>
            <w:r w:rsidR="00910379">
              <w:t>6</w:t>
            </w:r>
            <w:r w:rsidRPr="00E043C5">
              <w:t>%)</w:t>
            </w:r>
          </w:p>
        </w:tc>
        <w:tc>
          <w:tcPr>
            <w:tcW w:w="102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0DC36A" w14:textId="77777777" w:rsidR="001C3762" w:rsidRPr="00E043C5" w:rsidRDefault="00C51D85">
            <w:pPr>
              <w:spacing w:line="240" w:lineRule="auto"/>
            </w:pPr>
            <w:r w:rsidRPr="00E043C5">
              <w:t>.333</w:t>
            </w:r>
          </w:p>
        </w:tc>
      </w:tr>
    </w:tbl>
    <w:p w14:paraId="1025B508" w14:textId="36F409ED" w:rsidR="001C3762" w:rsidRDefault="00C51D85" w:rsidP="001075D5">
      <w:pPr>
        <w:spacing w:before="100" w:beforeAutospacing="1"/>
      </w:pPr>
      <w:r w:rsidRPr="00E043C5">
        <w:t xml:space="preserve">Categorical data were compared with the chi-square test and continuous data with the independent </w:t>
      </w:r>
      <w:r w:rsidRPr="00E043C5">
        <w:rPr>
          <w:i/>
        </w:rPr>
        <w:t>t</w:t>
      </w:r>
      <w:r w:rsidRPr="00E043C5">
        <w:t xml:space="preserve"> test.</w:t>
      </w:r>
      <w:r w:rsidRPr="00E043C5">
        <w:br/>
      </w:r>
      <w:r w:rsidRPr="00E043C5">
        <w:rPr>
          <w:b/>
        </w:rPr>
        <w:t>Abbreviations:</w:t>
      </w:r>
      <w:r w:rsidRPr="00E043C5">
        <w:t xml:space="preserve"> BMI, body mass index; HPV, human papillomavirus; </w:t>
      </w:r>
      <w:r w:rsidR="00876DE5" w:rsidRPr="00E66949">
        <w:t>STI,</w:t>
      </w:r>
      <w:r w:rsidRPr="00E66949">
        <w:t xml:space="preserve"> sexually</w:t>
      </w:r>
      <w:r w:rsidRPr="00E043C5">
        <w:t xml:space="preserve"> transmitted disease.</w:t>
      </w:r>
    </w:p>
    <w:p w14:paraId="119EA058" w14:textId="3115F483" w:rsidR="00876DE5" w:rsidRPr="00E043C5" w:rsidRDefault="00876DE5" w:rsidP="001075D5">
      <w:pPr>
        <w:sectPr w:rsidR="00876DE5" w:rsidRPr="00E043C5">
          <w:pgSz w:w="11906" w:h="16838"/>
          <w:pgMar w:top="1440" w:right="1758" w:bottom="1440" w:left="1758" w:header="720" w:footer="720" w:gutter="0"/>
          <w:cols w:space="720"/>
          <w:docGrid w:linePitch="360"/>
        </w:sectPr>
      </w:pPr>
    </w:p>
    <w:p w14:paraId="0D79F86F" w14:textId="350F34C2" w:rsidR="001C3762" w:rsidRPr="00472B23" w:rsidRDefault="00C51D85" w:rsidP="001075D5">
      <w:pPr>
        <w:keepNext/>
        <w:rPr>
          <w:b/>
        </w:rPr>
      </w:pPr>
      <w:r w:rsidRPr="00E043C5">
        <w:rPr>
          <w:b/>
        </w:rPr>
        <w:lastRenderedPageBreak/>
        <w:t>T</w:t>
      </w:r>
      <w:r w:rsidR="00472B23" w:rsidRPr="00E043C5">
        <w:rPr>
          <w:b/>
        </w:rPr>
        <w:t>ABLE</w:t>
      </w:r>
      <w:r w:rsidRPr="00472B23">
        <w:rPr>
          <w:b/>
        </w:rPr>
        <w:t xml:space="preserve"> 5 Factors associated with HPV infection: univariable and multivariable logistic regression</w:t>
      </w:r>
    </w:p>
    <w:tbl>
      <w:tblPr>
        <w:tblW w:w="1134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42"/>
        <w:gridCol w:w="2665"/>
        <w:gridCol w:w="1134"/>
        <w:gridCol w:w="2665"/>
        <w:gridCol w:w="1135"/>
      </w:tblGrid>
      <w:tr w:rsidR="001C3762" w:rsidRPr="00E043C5" w14:paraId="4138519A" w14:textId="77777777" w:rsidTr="001075D5">
        <w:trPr>
          <w:trHeight w:val="340"/>
          <w:tblHeader/>
        </w:trPr>
        <w:tc>
          <w:tcPr>
            <w:tcW w:w="374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3C7119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Variable</w:t>
            </w:r>
          </w:p>
        </w:tc>
        <w:tc>
          <w:tcPr>
            <w:tcW w:w="3799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CB9D73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Univariable analysis</w:t>
            </w:r>
          </w:p>
        </w:tc>
        <w:tc>
          <w:tcPr>
            <w:tcW w:w="3800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644F05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Multivariable analysis</w:t>
            </w:r>
          </w:p>
        </w:tc>
      </w:tr>
      <w:tr w:rsidR="001C3762" w:rsidRPr="00E043C5" w14:paraId="3AAED085" w14:textId="77777777" w:rsidTr="001075D5">
        <w:trPr>
          <w:trHeight w:val="340"/>
          <w:tblHeader/>
        </w:trPr>
        <w:tc>
          <w:tcPr>
            <w:tcW w:w="374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9F522B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201191" w14:textId="264E6CA9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Unadjusted odds ratio</w:t>
            </w:r>
            <w:r w:rsidRPr="00E043C5">
              <w:rPr>
                <w:b/>
              </w:rPr>
              <w:br/>
              <w:t>(95% CI)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4EA845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  <w:tc>
          <w:tcPr>
            <w:tcW w:w="266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9A0235" w14:textId="2285F21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Adjusted odds ratio</w:t>
            </w:r>
            <w:r w:rsidRPr="00E043C5">
              <w:rPr>
                <w:b/>
              </w:rPr>
              <w:br/>
              <w:t>(95% CI)</w:t>
            </w:r>
          </w:p>
        </w:tc>
        <w:tc>
          <w:tcPr>
            <w:tcW w:w="113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53A35D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</w:tr>
      <w:tr w:rsidR="001C3762" w:rsidRPr="00E043C5" w14:paraId="33647B11" w14:textId="77777777" w:rsidTr="001075D5">
        <w:trPr>
          <w:trHeight w:val="340"/>
        </w:trPr>
        <w:tc>
          <w:tcPr>
            <w:tcW w:w="3742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825ED3" w14:textId="77777777" w:rsidR="001C3762" w:rsidRPr="00E043C5" w:rsidRDefault="00C51D85">
            <w:pPr>
              <w:spacing w:line="240" w:lineRule="auto"/>
            </w:pPr>
            <w:r w:rsidRPr="00E043C5">
              <w:t>Maternal age &lt; 25 years</w:t>
            </w:r>
          </w:p>
        </w:tc>
        <w:tc>
          <w:tcPr>
            <w:tcW w:w="266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7CB3B3" w14:textId="77777777" w:rsidR="001C3762" w:rsidRPr="00E043C5" w:rsidRDefault="00C51D85">
            <w:pPr>
              <w:spacing w:line="240" w:lineRule="auto"/>
            </w:pPr>
            <w:r w:rsidRPr="00E043C5">
              <w:t>2.376 (1.410–4.002)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0694D8" w14:textId="77777777" w:rsidR="001C3762" w:rsidRPr="00E043C5" w:rsidRDefault="00C51D85">
            <w:pPr>
              <w:spacing w:line="240" w:lineRule="auto"/>
            </w:pPr>
            <w:r w:rsidRPr="00E043C5">
              <w:t>.001</w:t>
            </w:r>
          </w:p>
        </w:tc>
        <w:tc>
          <w:tcPr>
            <w:tcW w:w="266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8912DC" w14:textId="77777777" w:rsidR="001C3762" w:rsidRPr="00E043C5" w:rsidRDefault="00C51D85">
            <w:pPr>
              <w:spacing w:line="240" w:lineRule="auto"/>
            </w:pPr>
            <w:r w:rsidRPr="00E043C5">
              <w:t>1.896 (1.078–3.333)</w:t>
            </w:r>
          </w:p>
        </w:tc>
        <w:tc>
          <w:tcPr>
            <w:tcW w:w="113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A56D72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.026</w:t>
            </w:r>
          </w:p>
        </w:tc>
      </w:tr>
      <w:tr w:rsidR="001C3762" w:rsidRPr="00E043C5" w14:paraId="56DCEB47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D20E0C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Education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71B828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B2892E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45A1D2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5DD5B9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4770CB59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3AF129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Below bachelor’s degree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42A117" w14:textId="77777777" w:rsidR="001C3762" w:rsidRPr="00E043C5" w:rsidRDefault="00C51D85">
            <w:pPr>
              <w:spacing w:line="240" w:lineRule="auto"/>
            </w:pPr>
            <w:r w:rsidRPr="00E043C5">
              <w:t>1.515 (0.791–2.902)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2AB81C" w14:textId="77777777" w:rsidR="001C3762" w:rsidRPr="00E043C5" w:rsidRDefault="00C51D85">
            <w:pPr>
              <w:spacing w:line="240" w:lineRule="auto"/>
            </w:pPr>
            <w:r w:rsidRPr="00E043C5">
              <w:t>.190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E5F253" w14:textId="77777777" w:rsidR="001C3762" w:rsidRPr="00E043C5" w:rsidRDefault="00C51D85">
            <w:pPr>
              <w:spacing w:line="240" w:lineRule="auto"/>
            </w:pPr>
            <w:r w:rsidRPr="00E043C5">
              <w:t>0.839 (0.411–1.713)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8E200F" w14:textId="77777777" w:rsidR="001C3762" w:rsidRPr="00E043C5" w:rsidRDefault="00C51D85">
            <w:pPr>
              <w:spacing w:line="240" w:lineRule="auto"/>
            </w:pPr>
            <w:r w:rsidRPr="00E043C5">
              <w:t>.630</w:t>
            </w:r>
          </w:p>
        </w:tc>
      </w:tr>
      <w:tr w:rsidR="001C3762" w:rsidRPr="00E043C5" w14:paraId="565C25B2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35DE63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Bachelor’s degree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A159A1" w14:textId="77777777" w:rsidR="001C3762" w:rsidRPr="00E043C5" w:rsidRDefault="00C51D85">
            <w:pPr>
              <w:spacing w:line="240" w:lineRule="auto"/>
            </w:pPr>
            <w:r w:rsidRPr="00E043C5">
              <w:t>1.083 (0.570–2.055)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F82AEA" w14:textId="77777777" w:rsidR="001C3762" w:rsidRPr="00E043C5" w:rsidRDefault="00C51D85">
            <w:pPr>
              <w:spacing w:line="240" w:lineRule="auto"/>
            </w:pPr>
            <w:r w:rsidRPr="00E043C5">
              <w:t>.808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931A0A" w14:textId="77777777" w:rsidR="001C3762" w:rsidRPr="00E043C5" w:rsidRDefault="00C51D85">
            <w:pPr>
              <w:spacing w:line="240" w:lineRule="auto"/>
            </w:pPr>
            <w:r w:rsidRPr="00E043C5">
              <w:t>0.851 (0.436–1.661)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5AD2F7" w14:textId="77777777" w:rsidR="001C3762" w:rsidRPr="00E043C5" w:rsidRDefault="00C51D85">
            <w:pPr>
              <w:spacing w:line="240" w:lineRule="auto"/>
            </w:pPr>
            <w:r w:rsidRPr="00E043C5">
              <w:t>.636</w:t>
            </w:r>
          </w:p>
        </w:tc>
      </w:tr>
      <w:tr w:rsidR="001C3762" w:rsidRPr="00E043C5" w14:paraId="5CCCC1B7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1F00F2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Higher than a bachelor’s degree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74113D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C63C62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0752AA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FB4682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333F15C7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30772D" w14:textId="10CF74DE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Income</w:t>
            </w:r>
            <w:r w:rsidR="00721627">
              <w:rPr>
                <w:b/>
              </w:rPr>
              <w:t xml:space="preserve">, </w:t>
            </w:r>
            <w:r w:rsidR="00721627" w:rsidRPr="00721627">
              <w:rPr>
                <w:b/>
              </w:rPr>
              <w:t>baht per month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58D030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37AF48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4C4215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90133E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4E988F9C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334EA2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&lt; 10 000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5C6070" w14:textId="77777777" w:rsidR="001C3762" w:rsidRPr="00E043C5" w:rsidRDefault="00C51D85">
            <w:pPr>
              <w:spacing w:line="240" w:lineRule="auto"/>
            </w:pPr>
            <w:r w:rsidRPr="00E043C5">
              <w:t>4.581 (1.686–12.45)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EC7C61" w14:textId="77777777" w:rsidR="001C3762" w:rsidRPr="00E043C5" w:rsidRDefault="00C51D85">
            <w:pPr>
              <w:spacing w:line="240" w:lineRule="auto"/>
            </w:pPr>
            <w:r w:rsidRPr="00E043C5">
              <w:t>.003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6C9152" w14:textId="77777777" w:rsidR="001C3762" w:rsidRPr="00E043C5" w:rsidRDefault="00C51D85">
            <w:pPr>
              <w:spacing w:line="240" w:lineRule="auto"/>
            </w:pPr>
            <w:r w:rsidRPr="00E043C5">
              <w:t>4.062 (1.404–11.75)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0FC8D6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.010</w:t>
            </w:r>
          </w:p>
        </w:tc>
      </w:tr>
      <w:tr w:rsidR="001C3762" w:rsidRPr="00E043C5" w14:paraId="3DBFB99C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CA33A8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10 000–49 000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2C81A8" w14:textId="77777777" w:rsidR="001C3762" w:rsidRPr="00E043C5" w:rsidRDefault="00C51D85">
            <w:pPr>
              <w:spacing w:line="240" w:lineRule="auto"/>
            </w:pPr>
            <w:r w:rsidRPr="00E043C5">
              <w:t>2.727 (1.217–6.110)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76EAC5" w14:textId="77777777" w:rsidR="001C3762" w:rsidRPr="00E043C5" w:rsidRDefault="00C51D85">
            <w:pPr>
              <w:spacing w:line="240" w:lineRule="auto"/>
            </w:pPr>
            <w:r w:rsidRPr="00E043C5">
              <w:t>.015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1927CA" w14:textId="77777777" w:rsidR="001C3762" w:rsidRPr="00E043C5" w:rsidRDefault="00C51D85">
            <w:pPr>
              <w:spacing w:line="240" w:lineRule="auto"/>
            </w:pPr>
            <w:r w:rsidRPr="00E043C5">
              <w:t>2.597 (1.121–6.015)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1827E7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.026</w:t>
            </w:r>
          </w:p>
        </w:tc>
      </w:tr>
      <w:tr w:rsidR="001C3762" w:rsidRPr="00E043C5" w14:paraId="38E8DC86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4076B3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≥ 50 000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16B9D8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E48761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2A945D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8AA500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0C31ABB2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60CD41" w14:textId="6AA542CD" w:rsidR="001C3762" w:rsidRPr="00E043C5" w:rsidRDefault="00C51D85">
            <w:pPr>
              <w:spacing w:line="240" w:lineRule="auto"/>
            </w:pPr>
            <w:r w:rsidRPr="00E043C5">
              <w:t>Divorced, separated, or widowed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AF28E2" w14:textId="77777777" w:rsidR="001C3762" w:rsidRPr="00E043C5" w:rsidRDefault="00C51D85">
            <w:pPr>
              <w:spacing w:line="240" w:lineRule="auto"/>
            </w:pPr>
            <w:r w:rsidRPr="00E043C5">
              <w:t>4.920 (1.538–15.74)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C019A8" w14:textId="77777777" w:rsidR="001C3762" w:rsidRPr="00E043C5" w:rsidRDefault="00C51D85">
            <w:pPr>
              <w:spacing w:line="240" w:lineRule="auto"/>
            </w:pPr>
            <w:r w:rsidRPr="00E043C5">
              <w:t>.007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A4F44F" w14:textId="77777777" w:rsidR="001C3762" w:rsidRPr="00E043C5" w:rsidRDefault="00C51D85">
            <w:pPr>
              <w:spacing w:line="240" w:lineRule="auto"/>
            </w:pPr>
            <w:r w:rsidRPr="00E043C5">
              <w:t>4.531 (1.378–14.90)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3D4FF8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.013</w:t>
            </w:r>
          </w:p>
        </w:tc>
      </w:tr>
      <w:tr w:rsidR="001C3762" w:rsidRPr="00E043C5" w14:paraId="21555E5D" w14:textId="77777777" w:rsidTr="001075D5">
        <w:trPr>
          <w:trHeight w:val="340"/>
        </w:trPr>
        <w:tc>
          <w:tcPr>
            <w:tcW w:w="374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9493E5" w14:textId="77777777" w:rsidR="001C3762" w:rsidRPr="00E043C5" w:rsidRDefault="00C51D85">
            <w:pPr>
              <w:spacing w:line="240" w:lineRule="auto"/>
            </w:pPr>
            <w:r w:rsidRPr="00E043C5">
              <w:t>Smoking exposure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FA95EE" w14:textId="77777777" w:rsidR="001C3762" w:rsidRPr="00E043C5" w:rsidRDefault="00C51D85">
            <w:pPr>
              <w:spacing w:line="240" w:lineRule="auto"/>
            </w:pPr>
            <w:r w:rsidRPr="00E043C5">
              <w:t>1.922 (1.258–2.935)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5687DA" w14:textId="77777777" w:rsidR="001C3762" w:rsidRPr="00E043C5" w:rsidRDefault="00C51D85">
            <w:pPr>
              <w:spacing w:line="240" w:lineRule="auto"/>
            </w:pPr>
            <w:r w:rsidRPr="00E043C5">
              <w:t>.003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A69F78" w14:textId="77777777" w:rsidR="001C3762" w:rsidRPr="00E043C5" w:rsidRDefault="00C51D85">
            <w:pPr>
              <w:spacing w:line="240" w:lineRule="auto"/>
            </w:pPr>
            <w:r w:rsidRPr="00E043C5">
              <w:t>1.676 (1.070–2.623)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40A060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.024</w:t>
            </w:r>
          </w:p>
        </w:tc>
      </w:tr>
    </w:tbl>
    <w:p w14:paraId="40E38D27" w14:textId="1CCB9546" w:rsidR="001C3762" w:rsidRDefault="00C51D85" w:rsidP="001075D5">
      <w:pPr>
        <w:spacing w:before="100" w:beforeAutospacing="1"/>
      </w:pPr>
      <w:r w:rsidRPr="00E043C5">
        <w:t>Odds ratios of 1 denote the reference category.</w:t>
      </w:r>
      <w:r w:rsidRPr="00E043C5">
        <w:br/>
      </w:r>
      <w:r w:rsidRPr="00E043C5">
        <w:rPr>
          <w:b/>
        </w:rPr>
        <w:t>Abbreviations:</w:t>
      </w:r>
      <w:r w:rsidRPr="00E043C5">
        <w:t xml:space="preserve"> HPV, human papillomavirus.</w:t>
      </w:r>
    </w:p>
    <w:p w14:paraId="797AC454" w14:textId="77777777" w:rsidR="001075D5" w:rsidRPr="00E043C5" w:rsidRDefault="001075D5" w:rsidP="001075D5"/>
    <w:p w14:paraId="74AAE7A2" w14:textId="77777777" w:rsidR="001C3762" w:rsidRPr="00E043C5" w:rsidRDefault="001C3762">
      <w:pPr>
        <w:sectPr w:rsidR="001C3762" w:rsidRPr="00E043C5">
          <w:pgSz w:w="16838" w:h="11906" w:orient="landscape"/>
          <w:pgMar w:top="1440" w:right="1758" w:bottom="1440" w:left="1758" w:header="720" w:footer="720" w:gutter="0"/>
          <w:cols w:space="720"/>
          <w:docGrid w:linePitch="360"/>
        </w:sectPr>
      </w:pPr>
    </w:p>
    <w:p w14:paraId="5B852337" w14:textId="726C44DD" w:rsidR="001C3762" w:rsidRPr="00017E62" w:rsidRDefault="00C51D85" w:rsidP="0026369A">
      <w:pPr>
        <w:keepNext/>
      </w:pPr>
      <w:r w:rsidRPr="00017E62">
        <w:rPr>
          <w:b/>
        </w:rPr>
        <w:lastRenderedPageBreak/>
        <w:t>T</w:t>
      </w:r>
      <w:r w:rsidR="00472B23" w:rsidRPr="00017E62">
        <w:rPr>
          <w:b/>
        </w:rPr>
        <w:t>ABLE</w:t>
      </w:r>
      <w:r w:rsidRPr="00017E62">
        <w:rPr>
          <w:b/>
        </w:rPr>
        <w:t xml:space="preserve"> 6</w:t>
      </w:r>
      <w:r w:rsidRPr="00017E62">
        <w:rPr>
          <w:b/>
          <w:bCs/>
        </w:rPr>
        <w:t xml:space="preserve"> Pregnancy and neonatal outcomes according to HPV status</w:t>
      </w:r>
    </w:p>
    <w:tbl>
      <w:tblPr>
        <w:tblW w:w="822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  <w:gridCol w:w="1871"/>
        <w:gridCol w:w="1871"/>
        <w:gridCol w:w="1077"/>
      </w:tblGrid>
      <w:tr w:rsidR="001C3762" w:rsidRPr="00E043C5" w14:paraId="037AAC03" w14:textId="77777777" w:rsidTr="009E2488">
        <w:trPr>
          <w:trHeight w:val="340"/>
          <w:tblHeader/>
        </w:trPr>
        <w:tc>
          <w:tcPr>
            <w:tcW w:w="34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A4EE71" w14:textId="77777777" w:rsidR="001C3762" w:rsidRPr="00017E62" w:rsidRDefault="00C51D85">
            <w:pPr>
              <w:spacing w:line="240" w:lineRule="auto"/>
            </w:pPr>
            <w:r w:rsidRPr="00017E62">
              <w:rPr>
                <w:b/>
              </w:rPr>
              <w:t>Outcome (</w:t>
            </w:r>
            <w:r w:rsidRPr="00294AC3">
              <w:rPr>
                <w:b/>
                <w:i/>
              </w:rPr>
              <w:t>n</w:t>
            </w:r>
            <w:r w:rsidRPr="00294AC3">
              <w:rPr>
                <w:b/>
              </w:rPr>
              <w:t xml:space="preserve"> = 560</w:t>
            </w:r>
            <w:r w:rsidRPr="00017E62">
              <w:rPr>
                <w:b/>
              </w:rPr>
              <w:t>)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5C2962" w14:textId="4E56AA46" w:rsidR="001C3762" w:rsidRPr="00017E62" w:rsidRDefault="00C51D85">
            <w:pPr>
              <w:spacing w:line="240" w:lineRule="auto"/>
            </w:pPr>
            <w:r w:rsidRPr="00294AC3">
              <w:rPr>
                <w:b/>
              </w:rPr>
              <w:t>HPV-positive</w:t>
            </w:r>
            <w:r w:rsidR="00F953A8" w:rsidRPr="00017E62">
              <w:rPr>
                <w:b/>
              </w:rPr>
              <w:t xml:space="preserve"> (n=121)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AC879D" w14:textId="79B5A60B" w:rsidR="001C3762" w:rsidRPr="00017E62" w:rsidRDefault="00C51D85">
            <w:pPr>
              <w:spacing w:line="240" w:lineRule="auto"/>
            </w:pPr>
            <w:r w:rsidRPr="00294AC3">
              <w:rPr>
                <w:b/>
              </w:rPr>
              <w:t>HPV-negative</w:t>
            </w:r>
            <w:r w:rsidR="00F953A8" w:rsidRPr="00017E62">
              <w:rPr>
                <w:b/>
              </w:rPr>
              <w:t xml:space="preserve"> (n=439)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DB8B44" w14:textId="77777777" w:rsidR="001C3762" w:rsidRPr="00E043C5" w:rsidRDefault="00C51D85">
            <w:pPr>
              <w:spacing w:line="240" w:lineRule="auto"/>
            </w:pPr>
            <w:r w:rsidRPr="00017E62">
              <w:rPr>
                <w:b/>
                <w:i/>
              </w:rPr>
              <w:t>P</w:t>
            </w:r>
            <w:r w:rsidRPr="00017E62">
              <w:rPr>
                <w:b/>
              </w:rPr>
              <w:t xml:space="preserve"> value</w:t>
            </w:r>
          </w:p>
        </w:tc>
      </w:tr>
      <w:tr w:rsidR="001C3762" w:rsidRPr="00E043C5" w14:paraId="78AA6F04" w14:textId="77777777" w:rsidTr="009E2488">
        <w:trPr>
          <w:trHeight w:val="340"/>
        </w:trPr>
        <w:tc>
          <w:tcPr>
            <w:tcW w:w="3402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25AFC2" w14:textId="77777777" w:rsidR="001C3762" w:rsidRPr="00E043C5" w:rsidRDefault="00C51D85">
            <w:pPr>
              <w:spacing w:line="240" w:lineRule="auto"/>
            </w:pPr>
            <w:r w:rsidRPr="00E043C5">
              <w:t>Gestational age at delivery, weeks, mean (SD)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D44F97" w14:textId="77777777" w:rsidR="001C3762" w:rsidRPr="00E043C5" w:rsidRDefault="00C51D85">
            <w:pPr>
              <w:spacing w:line="240" w:lineRule="auto"/>
            </w:pPr>
            <w:r w:rsidRPr="00E043C5">
              <w:t>38.6 (1.1)</w:t>
            </w:r>
          </w:p>
        </w:tc>
        <w:tc>
          <w:tcPr>
            <w:tcW w:w="1871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FE0A7A" w14:textId="77777777" w:rsidR="001C3762" w:rsidRPr="00E043C5" w:rsidRDefault="00C51D85">
            <w:pPr>
              <w:spacing w:line="240" w:lineRule="auto"/>
            </w:pPr>
            <w:r w:rsidRPr="00E043C5">
              <w:t>38.3 (1.7)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E4D41F" w14:textId="77777777" w:rsidR="001C3762" w:rsidRPr="00E043C5" w:rsidRDefault="00C51D85">
            <w:pPr>
              <w:spacing w:line="240" w:lineRule="auto"/>
            </w:pPr>
            <w:r w:rsidRPr="00E043C5">
              <w:t>.120</w:t>
            </w:r>
          </w:p>
        </w:tc>
      </w:tr>
      <w:tr w:rsidR="001C3762" w:rsidRPr="00E043C5" w14:paraId="3CB5018E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71F0C7" w14:textId="77777777" w:rsidR="001C3762" w:rsidRPr="00E043C5" w:rsidRDefault="00C51D85">
            <w:pPr>
              <w:spacing w:line="240" w:lineRule="auto"/>
            </w:pPr>
            <w:r w:rsidRPr="00E043C5">
              <w:t>Preterm birth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2ED3BD" w14:textId="77777777" w:rsidR="001C3762" w:rsidRPr="00E043C5" w:rsidRDefault="00C51D85">
            <w:pPr>
              <w:spacing w:line="240" w:lineRule="auto"/>
            </w:pPr>
            <w:r w:rsidRPr="00E043C5">
              <w:t>7 (5.8%)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7DE482" w14:textId="77777777" w:rsidR="001C3762" w:rsidRPr="00E043C5" w:rsidRDefault="00C51D85">
            <w:pPr>
              <w:spacing w:line="240" w:lineRule="auto"/>
            </w:pPr>
            <w:r w:rsidRPr="00E043C5">
              <w:t>54 (12.3%)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B429D2" w14:textId="77777777" w:rsidR="001C3762" w:rsidRPr="00E043C5" w:rsidRDefault="00C51D85">
            <w:pPr>
              <w:spacing w:line="240" w:lineRule="auto"/>
            </w:pPr>
            <w:r w:rsidRPr="00E043C5">
              <w:t>.047</w:t>
            </w:r>
          </w:p>
        </w:tc>
      </w:tr>
      <w:tr w:rsidR="001C3762" w:rsidRPr="00E043C5" w14:paraId="496D5C73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097B22" w14:textId="77777777" w:rsidR="001C3762" w:rsidRPr="00E043C5" w:rsidRDefault="00C51D85">
            <w:pPr>
              <w:spacing w:line="240" w:lineRule="auto"/>
            </w:pPr>
            <w:r w:rsidRPr="00E043C5">
              <w:t>Preterm birth &lt; 34 weeks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C572F7" w14:textId="77777777" w:rsidR="001C3762" w:rsidRPr="00E043C5" w:rsidRDefault="00C51D85">
            <w:pPr>
              <w:spacing w:line="240" w:lineRule="auto"/>
            </w:pPr>
            <w:r w:rsidRPr="00E043C5">
              <w:t>0 (0%)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D81644" w14:textId="77777777" w:rsidR="001C3762" w:rsidRPr="00E043C5" w:rsidRDefault="00C51D85">
            <w:pPr>
              <w:spacing w:line="240" w:lineRule="auto"/>
            </w:pPr>
            <w:r w:rsidRPr="00E043C5">
              <w:t>14 (3.2%)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DB12CF" w14:textId="77777777" w:rsidR="001C3762" w:rsidRPr="00E043C5" w:rsidRDefault="00C51D85">
            <w:pPr>
              <w:spacing w:line="240" w:lineRule="auto"/>
            </w:pPr>
            <w:r w:rsidRPr="00E043C5">
              <w:t>.048</w:t>
            </w:r>
          </w:p>
        </w:tc>
      </w:tr>
      <w:tr w:rsidR="001C3762" w:rsidRPr="00E043C5" w14:paraId="1C79A2FC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808C09" w14:textId="1CBABA41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Mode of delivery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88EA17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8976BC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9CBFDF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.217</w:t>
            </w:r>
          </w:p>
        </w:tc>
      </w:tr>
      <w:tr w:rsidR="001C3762" w:rsidRPr="00E043C5" w14:paraId="212E9C3A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6E5047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Cesarean section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A6626" w14:textId="77777777" w:rsidR="001C3762" w:rsidRPr="00E043C5" w:rsidRDefault="00C51D85">
            <w:pPr>
              <w:spacing w:line="240" w:lineRule="auto"/>
            </w:pPr>
            <w:r w:rsidRPr="00E043C5">
              <w:t>58 (47.9%)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FD75AE" w14:textId="77777777" w:rsidR="001C3762" w:rsidRPr="00E043C5" w:rsidRDefault="00C51D85">
            <w:pPr>
              <w:spacing w:line="240" w:lineRule="auto"/>
            </w:pPr>
            <w:r w:rsidRPr="00E043C5">
              <w:t>240 (54.7%)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986A30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481C2A7E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2C24C8" w14:textId="04C991CC" w:rsidR="001C3762" w:rsidRPr="00E043C5" w:rsidRDefault="00C51D85">
            <w:pPr>
              <w:spacing w:line="240" w:lineRule="auto"/>
              <w:ind w:left="227"/>
            </w:pPr>
            <w:r w:rsidRPr="00E043C5">
              <w:t>Vaginal delivery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8BB99C" w14:textId="77777777" w:rsidR="001C3762" w:rsidRPr="00E043C5" w:rsidRDefault="00C51D85">
            <w:pPr>
              <w:spacing w:line="240" w:lineRule="auto"/>
            </w:pPr>
            <w:r w:rsidRPr="00E043C5">
              <w:t>63 (52.1%)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5C9547" w14:textId="77777777" w:rsidR="001C3762" w:rsidRPr="00E043C5" w:rsidRDefault="00C51D85">
            <w:pPr>
              <w:spacing w:line="240" w:lineRule="auto"/>
            </w:pPr>
            <w:r w:rsidRPr="00E043C5">
              <w:t>199 (45.3%)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5D78528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4962D17F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97113E" w14:textId="5A4A6C63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 xml:space="preserve">Neonatal outcomes </w:t>
            </w:r>
            <w:r w:rsidRPr="00017E62">
              <w:rPr>
                <w:b/>
              </w:rPr>
              <w:t>(</w:t>
            </w:r>
            <w:r w:rsidRPr="00017E62">
              <w:rPr>
                <w:b/>
                <w:i/>
              </w:rPr>
              <w:t>n</w:t>
            </w:r>
            <w:r w:rsidRPr="00017E62">
              <w:rPr>
                <w:b/>
              </w:rPr>
              <w:t xml:space="preserve"> = 56</w:t>
            </w:r>
            <w:r w:rsidR="00802159" w:rsidRPr="00017E62">
              <w:rPr>
                <w:b/>
              </w:rPr>
              <w:t>0</w:t>
            </w:r>
            <w:r w:rsidRPr="00017E62">
              <w:rPr>
                <w:b/>
              </w:rPr>
              <w:t>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7D5FD2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D1F57E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C3ECDD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788551C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0BCEAC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Birthweight, g, mean (SD)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049F03" w14:textId="77777777" w:rsidR="001C3762" w:rsidRPr="00E043C5" w:rsidRDefault="00C51D85">
            <w:pPr>
              <w:spacing w:line="240" w:lineRule="auto"/>
            </w:pPr>
            <w:r w:rsidRPr="00E043C5">
              <w:t>3046.9 (455.0)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54F9C0" w14:textId="77777777" w:rsidR="001C3762" w:rsidRPr="00E043C5" w:rsidRDefault="00C51D85">
            <w:pPr>
              <w:spacing w:line="240" w:lineRule="auto"/>
            </w:pPr>
            <w:r w:rsidRPr="00E043C5">
              <w:t>2994.6 (505.2)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FE1569" w14:textId="77777777" w:rsidR="001C3762" w:rsidRPr="00E043C5" w:rsidRDefault="00C51D85">
            <w:pPr>
              <w:spacing w:line="240" w:lineRule="auto"/>
            </w:pPr>
            <w:r w:rsidRPr="00E043C5">
              <w:t>.303</w:t>
            </w:r>
          </w:p>
        </w:tc>
      </w:tr>
      <w:tr w:rsidR="001C3762" w:rsidRPr="00E043C5" w14:paraId="4158B401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35BF4E" w14:textId="7F39D13D" w:rsidR="001C3762" w:rsidRPr="00E043C5" w:rsidRDefault="00C51D85">
            <w:pPr>
              <w:spacing w:line="240" w:lineRule="auto"/>
              <w:ind w:left="227"/>
            </w:pPr>
            <w:r w:rsidRPr="00E043C5">
              <w:t>Low birthweight (&lt; 2500 g)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F8ECA6" w14:textId="77777777" w:rsidR="001C3762" w:rsidRPr="00E043C5" w:rsidRDefault="00C51D85">
            <w:pPr>
              <w:spacing w:line="240" w:lineRule="auto"/>
            </w:pPr>
            <w:r w:rsidRPr="00E043C5">
              <w:t>14 (11.6%)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9B89EC" w14:textId="77777777" w:rsidR="001C3762" w:rsidRPr="00E043C5" w:rsidRDefault="00C51D85">
            <w:pPr>
              <w:spacing w:line="240" w:lineRule="auto"/>
            </w:pPr>
            <w:r w:rsidRPr="00E043C5">
              <w:t>62 (14.0%)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07190D" w14:textId="77777777" w:rsidR="001C3762" w:rsidRPr="00E043C5" w:rsidRDefault="00C51D85">
            <w:pPr>
              <w:spacing w:line="240" w:lineRule="auto"/>
            </w:pPr>
            <w:r w:rsidRPr="00E043C5">
              <w:t>.551</w:t>
            </w:r>
          </w:p>
        </w:tc>
      </w:tr>
      <w:tr w:rsidR="001C3762" w:rsidRPr="00E043C5" w14:paraId="12C0F85F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FE719E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NICU admission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597969" w14:textId="77777777" w:rsidR="001C3762" w:rsidRPr="00E043C5" w:rsidRDefault="00C51D85">
            <w:pPr>
              <w:spacing w:line="240" w:lineRule="auto"/>
            </w:pPr>
            <w:r w:rsidRPr="00E043C5">
              <w:t>7 (5.8%)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93A822" w14:textId="77777777" w:rsidR="001C3762" w:rsidRPr="00E043C5" w:rsidRDefault="00C51D85">
            <w:pPr>
              <w:spacing w:line="240" w:lineRule="auto"/>
            </w:pPr>
            <w:r w:rsidRPr="00E043C5">
              <w:t>30 (6.8%)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A5FBFC" w14:textId="77777777" w:rsidR="001C3762" w:rsidRPr="00E043C5" w:rsidRDefault="00C51D85">
            <w:pPr>
              <w:spacing w:line="240" w:lineRule="auto"/>
            </w:pPr>
            <w:r w:rsidRPr="00E043C5">
              <w:t>.837</w:t>
            </w:r>
          </w:p>
        </w:tc>
      </w:tr>
      <w:tr w:rsidR="001C3762" w:rsidRPr="00E043C5" w14:paraId="6DF8F979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0517E0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TTNB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71AB2B" w14:textId="77777777" w:rsidR="001C3762" w:rsidRPr="00E043C5" w:rsidRDefault="00C51D85">
            <w:pPr>
              <w:spacing w:line="240" w:lineRule="auto"/>
            </w:pPr>
            <w:r w:rsidRPr="00E043C5">
              <w:t>11 (9.1%)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C04C56" w14:textId="77777777" w:rsidR="001C3762" w:rsidRPr="00E043C5" w:rsidRDefault="00C51D85">
            <w:pPr>
              <w:spacing w:line="240" w:lineRule="auto"/>
            </w:pPr>
            <w:r w:rsidRPr="00E043C5">
              <w:t>56 (12.6%)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3D7687" w14:textId="77777777" w:rsidR="001C3762" w:rsidRPr="00E043C5" w:rsidRDefault="00C51D85">
            <w:pPr>
              <w:spacing w:line="240" w:lineRule="auto"/>
            </w:pPr>
            <w:r w:rsidRPr="00E043C5">
              <w:t>.343</w:t>
            </w:r>
          </w:p>
        </w:tc>
      </w:tr>
      <w:tr w:rsidR="001C3762" w:rsidRPr="00E043C5" w14:paraId="608E7F68" w14:textId="77777777" w:rsidTr="009E2488">
        <w:trPr>
          <w:trHeight w:val="340"/>
        </w:trPr>
        <w:tc>
          <w:tcPr>
            <w:tcW w:w="340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878E66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RDS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6E80DA" w14:textId="77777777" w:rsidR="001C3762" w:rsidRPr="00E043C5" w:rsidRDefault="00C51D85">
            <w:pPr>
              <w:spacing w:line="240" w:lineRule="auto"/>
            </w:pPr>
            <w:r w:rsidRPr="00E043C5">
              <w:t>2 (1.7%)</w:t>
            </w:r>
          </w:p>
        </w:tc>
        <w:tc>
          <w:tcPr>
            <w:tcW w:w="187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51DB99" w14:textId="77777777" w:rsidR="001C3762" w:rsidRPr="00E043C5" w:rsidRDefault="00C51D85">
            <w:pPr>
              <w:spacing w:line="240" w:lineRule="auto"/>
            </w:pPr>
            <w:r w:rsidRPr="00E043C5">
              <w:t>17 (3.8%)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626376" w14:textId="77777777" w:rsidR="001C3762" w:rsidRPr="00E043C5" w:rsidRDefault="00C51D85">
            <w:pPr>
              <w:spacing w:line="240" w:lineRule="auto"/>
            </w:pPr>
            <w:r w:rsidRPr="00E043C5">
              <w:t>.392</w:t>
            </w:r>
          </w:p>
        </w:tc>
      </w:tr>
    </w:tbl>
    <w:p w14:paraId="55BA94F1" w14:textId="77777777" w:rsidR="001C3762" w:rsidRPr="00E043C5" w:rsidRDefault="00C51D85" w:rsidP="0026369A">
      <w:pPr>
        <w:spacing w:before="100" w:beforeAutospacing="1"/>
      </w:pPr>
      <w:r w:rsidRPr="00E043C5">
        <w:rPr>
          <w:b/>
        </w:rPr>
        <w:t>Abbreviations:</w:t>
      </w:r>
      <w:r w:rsidRPr="00E043C5">
        <w:t xml:space="preserve"> HPV, human papillomavirus; NICU, neonatal intensive care unit; RDS, respiratory distress syndrome; TTNB, transient tachypnea of the newborn.</w:t>
      </w:r>
    </w:p>
    <w:p w14:paraId="3DB8E153" w14:textId="77777777" w:rsidR="001C3762" w:rsidRPr="00E043C5" w:rsidRDefault="001C3762" w:rsidP="00E12CB7">
      <w:pPr>
        <w:sectPr w:rsidR="001C3762" w:rsidRPr="00E043C5">
          <w:pgSz w:w="11906" w:h="16838"/>
          <w:pgMar w:top="1440" w:right="1758" w:bottom="1440" w:left="1758" w:header="720" w:footer="720" w:gutter="0"/>
          <w:cols w:space="720"/>
          <w:docGrid w:linePitch="360"/>
        </w:sectPr>
      </w:pPr>
    </w:p>
    <w:p w14:paraId="78A906FD" w14:textId="415CC673" w:rsidR="001C3762" w:rsidRPr="00472B23" w:rsidRDefault="00C51D85" w:rsidP="009E2488">
      <w:pPr>
        <w:keepNext/>
        <w:rPr>
          <w:b/>
        </w:rPr>
      </w:pPr>
      <w:r w:rsidRPr="00E043C5">
        <w:rPr>
          <w:b/>
        </w:rPr>
        <w:lastRenderedPageBreak/>
        <w:t>T</w:t>
      </w:r>
      <w:r w:rsidR="00472B23" w:rsidRPr="00E043C5">
        <w:rPr>
          <w:b/>
        </w:rPr>
        <w:t>ABLE</w:t>
      </w:r>
      <w:r w:rsidRPr="00E043C5">
        <w:rPr>
          <w:b/>
        </w:rPr>
        <w:t xml:space="preserve"> </w:t>
      </w:r>
      <w:r w:rsidRPr="00472B23">
        <w:rPr>
          <w:b/>
        </w:rPr>
        <w:t>7 Factors associated with preterm birth</w:t>
      </w:r>
    </w:p>
    <w:tbl>
      <w:tblPr>
        <w:tblW w:w="10999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5"/>
        <w:gridCol w:w="1587"/>
        <w:gridCol w:w="1587"/>
        <w:gridCol w:w="1135"/>
        <w:gridCol w:w="2721"/>
        <w:gridCol w:w="1134"/>
      </w:tblGrid>
      <w:tr w:rsidR="001C3762" w:rsidRPr="00E043C5" w14:paraId="6A508E4D" w14:textId="77777777" w:rsidTr="009E2488">
        <w:trPr>
          <w:trHeight w:val="340"/>
          <w:tblHeader/>
        </w:trPr>
        <w:tc>
          <w:tcPr>
            <w:tcW w:w="2835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7E0FF3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Variable</w:t>
            </w:r>
          </w:p>
        </w:tc>
        <w:tc>
          <w:tcPr>
            <w:tcW w:w="8164" w:type="dxa"/>
            <w:gridSpan w:val="5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369075" w14:textId="72048421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 xml:space="preserve">Preterm birth (total 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560)</w:t>
            </w:r>
          </w:p>
        </w:tc>
      </w:tr>
      <w:tr w:rsidR="001C3762" w:rsidRPr="00E043C5" w14:paraId="26C2A822" w14:textId="77777777" w:rsidTr="009E2488">
        <w:trPr>
          <w:trHeight w:val="340"/>
          <w:tblHeader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7009D9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430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36968E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Univariable analysis</w:t>
            </w:r>
          </w:p>
        </w:tc>
        <w:tc>
          <w:tcPr>
            <w:tcW w:w="385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3AC5C9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Multivariable analysis</w:t>
            </w:r>
          </w:p>
        </w:tc>
      </w:tr>
      <w:tr w:rsidR="001C3762" w:rsidRPr="00E043C5" w14:paraId="2F2D4576" w14:textId="77777777" w:rsidTr="009E2488">
        <w:trPr>
          <w:trHeight w:val="340"/>
          <w:tblHeader/>
        </w:trPr>
        <w:tc>
          <w:tcPr>
            <w:tcW w:w="283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B8DA59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58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9D5270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No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499)</w:t>
            </w:r>
          </w:p>
        </w:tc>
        <w:tc>
          <w:tcPr>
            <w:tcW w:w="158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705ED1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Yes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61)</w:t>
            </w:r>
          </w:p>
        </w:tc>
        <w:tc>
          <w:tcPr>
            <w:tcW w:w="113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F24062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  <w:tc>
          <w:tcPr>
            <w:tcW w:w="272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9CBBE0" w14:textId="2EE45AEA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Adjusted relative risk</w:t>
            </w:r>
            <w:r w:rsidRPr="00E043C5">
              <w:rPr>
                <w:b/>
              </w:rPr>
              <w:br/>
              <w:t>(95% CI)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E07D22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</w:tr>
      <w:tr w:rsidR="001C3762" w:rsidRPr="00E043C5" w14:paraId="2B7DCB0A" w14:textId="77777777" w:rsidTr="009E2488">
        <w:trPr>
          <w:trHeight w:val="340"/>
        </w:trPr>
        <w:tc>
          <w:tcPr>
            <w:tcW w:w="283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CE9DF9" w14:textId="77777777" w:rsidR="001C3762" w:rsidRPr="00E043C5" w:rsidRDefault="00C51D85">
            <w:pPr>
              <w:spacing w:line="240" w:lineRule="auto"/>
            </w:pPr>
            <w:r w:rsidRPr="00E043C5">
              <w:t>HPV infection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F8F5F0D" w14:textId="77777777" w:rsidR="001C3762" w:rsidRPr="00E043C5" w:rsidRDefault="00C51D85">
            <w:pPr>
              <w:spacing w:line="240" w:lineRule="auto"/>
            </w:pPr>
            <w:r w:rsidRPr="00E043C5">
              <w:t>114 (22.8%)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3E70D4" w14:textId="77777777" w:rsidR="001C3762" w:rsidRPr="00E043C5" w:rsidRDefault="00C51D85">
            <w:pPr>
              <w:spacing w:line="240" w:lineRule="auto"/>
            </w:pPr>
            <w:r w:rsidRPr="00E043C5">
              <w:t>7 (11.5%)</w:t>
            </w:r>
          </w:p>
        </w:tc>
        <w:tc>
          <w:tcPr>
            <w:tcW w:w="113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7B5FA3" w14:textId="77777777" w:rsidR="001C3762" w:rsidRPr="00E043C5" w:rsidRDefault="00C51D85">
            <w:pPr>
              <w:spacing w:line="240" w:lineRule="auto"/>
            </w:pPr>
            <w:r w:rsidRPr="00E043C5">
              <w:t>.061</w:t>
            </w:r>
          </w:p>
        </w:tc>
        <w:tc>
          <w:tcPr>
            <w:tcW w:w="2721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10DC43" w14:textId="77777777" w:rsidR="001C3762" w:rsidRPr="00E043C5" w:rsidRDefault="00C51D85">
            <w:pPr>
              <w:spacing w:line="240" w:lineRule="auto"/>
            </w:pPr>
            <w:r w:rsidRPr="00E043C5">
              <w:t>0.447 (0.202–0.990)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DECD7C" w14:textId="77777777" w:rsidR="001C3762" w:rsidRPr="00E043C5" w:rsidRDefault="00C51D85">
            <w:pPr>
              <w:spacing w:line="240" w:lineRule="auto"/>
            </w:pPr>
            <w:r w:rsidRPr="00E043C5">
              <w:t>.047</w:t>
            </w:r>
          </w:p>
        </w:tc>
      </w:tr>
      <w:tr w:rsidR="001C3762" w:rsidRPr="00E043C5" w14:paraId="2FC030A2" w14:textId="77777777" w:rsidTr="009E2488">
        <w:trPr>
          <w:trHeight w:val="340"/>
        </w:trPr>
        <w:tc>
          <w:tcPr>
            <w:tcW w:w="28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312EE" w14:textId="77777777" w:rsidR="001C3762" w:rsidRPr="00E043C5" w:rsidRDefault="00C51D85">
            <w:pPr>
              <w:spacing w:line="240" w:lineRule="auto"/>
            </w:pPr>
            <w:r w:rsidRPr="00E043C5">
              <w:t>Maternal age &lt; 25 years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59F534" w14:textId="77777777" w:rsidR="001C3762" w:rsidRPr="00E043C5" w:rsidRDefault="00C51D85">
            <w:pPr>
              <w:spacing w:line="240" w:lineRule="auto"/>
            </w:pPr>
            <w:r w:rsidRPr="00E043C5">
              <w:t>50 (10.0%)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207CF8" w14:textId="77777777" w:rsidR="001C3762" w:rsidRPr="00E043C5" w:rsidRDefault="00C51D85">
            <w:pPr>
              <w:spacing w:line="240" w:lineRule="auto"/>
            </w:pPr>
            <w:r w:rsidRPr="00E043C5">
              <w:t>7 (11.5%)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670EF6" w14:textId="77777777" w:rsidR="001C3762" w:rsidRPr="00E043C5" w:rsidRDefault="00C51D85">
            <w:pPr>
              <w:spacing w:line="240" w:lineRule="auto"/>
            </w:pPr>
            <w:r w:rsidRPr="00E043C5">
              <w:t>.822</w:t>
            </w:r>
          </w:p>
        </w:tc>
        <w:tc>
          <w:tcPr>
            <w:tcW w:w="272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B5B72D" w14:textId="77777777" w:rsidR="001C3762" w:rsidRPr="00E043C5" w:rsidRDefault="00C51D85">
            <w:pPr>
              <w:spacing w:line="240" w:lineRule="auto"/>
            </w:pPr>
            <w:r w:rsidRPr="00E043C5">
              <w:t>1.261 (0.558–2.853)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4121F2" w14:textId="77777777" w:rsidR="001C3762" w:rsidRPr="00E043C5" w:rsidRDefault="00C51D85">
            <w:pPr>
              <w:spacing w:line="240" w:lineRule="auto"/>
            </w:pPr>
            <w:r w:rsidRPr="00E043C5">
              <w:t>.577</w:t>
            </w:r>
          </w:p>
        </w:tc>
      </w:tr>
      <w:tr w:rsidR="001C3762" w:rsidRPr="00E043C5" w14:paraId="7CAB9AAC" w14:textId="77777777" w:rsidTr="009E2488">
        <w:trPr>
          <w:trHeight w:val="340"/>
        </w:trPr>
        <w:tc>
          <w:tcPr>
            <w:tcW w:w="28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168A18" w14:textId="77777777" w:rsidR="001C3762" w:rsidRPr="00E043C5" w:rsidRDefault="00C51D85">
            <w:pPr>
              <w:spacing w:line="240" w:lineRule="auto"/>
            </w:pPr>
            <w:r w:rsidRPr="00E043C5">
              <w:t>BMI, kg/m</w:t>
            </w:r>
            <w:r w:rsidRPr="00E043C5">
              <w:rPr>
                <w:vertAlign w:val="superscript"/>
              </w:rPr>
              <w:t>2</w:t>
            </w:r>
            <w:r w:rsidRPr="00E043C5">
              <w:t>, mean (SD)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BCB35B" w14:textId="77777777" w:rsidR="001C3762" w:rsidRPr="00E043C5" w:rsidRDefault="00C51D85">
            <w:pPr>
              <w:spacing w:line="240" w:lineRule="auto"/>
            </w:pPr>
            <w:r w:rsidRPr="00E043C5">
              <w:t>24.3 (5.5)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396E9F" w14:textId="77777777" w:rsidR="001C3762" w:rsidRPr="00E043C5" w:rsidRDefault="00C51D85">
            <w:pPr>
              <w:spacing w:line="240" w:lineRule="auto"/>
            </w:pPr>
            <w:r w:rsidRPr="00E043C5">
              <w:t>24.4 (7.3)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5584F4" w14:textId="77777777" w:rsidR="001C3762" w:rsidRPr="00E043C5" w:rsidRDefault="00C51D85">
            <w:pPr>
              <w:spacing w:line="240" w:lineRule="auto"/>
            </w:pPr>
            <w:r w:rsidRPr="00E043C5">
              <w:t>.975</w:t>
            </w:r>
          </w:p>
        </w:tc>
        <w:tc>
          <w:tcPr>
            <w:tcW w:w="272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DA7183" w14:textId="77777777" w:rsidR="001C3762" w:rsidRPr="00E043C5" w:rsidRDefault="00C51D85">
            <w:pPr>
              <w:spacing w:line="240" w:lineRule="auto"/>
            </w:pPr>
            <w:r w:rsidRPr="00E043C5">
              <w:t>0.999 (0.956–1.045)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418582" w14:textId="77777777" w:rsidR="001C3762" w:rsidRPr="00E043C5" w:rsidRDefault="00C51D85">
            <w:pPr>
              <w:spacing w:line="240" w:lineRule="auto"/>
            </w:pPr>
            <w:r w:rsidRPr="00E043C5">
              <w:t>.969</w:t>
            </w:r>
          </w:p>
        </w:tc>
      </w:tr>
      <w:tr w:rsidR="001C3762" w:rsidRPr="00E043C5" w14:paraId="4D41E54D" w14:textId="77777777" w:rsidTr="009E2488">
        <w:trPr>
          <w:trHeight w:val="340"/>
        </w:trPr>
        <w:tc>
          <w:tcPr>
            <w:tcW w:w="28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59BF81" w14:textId="77777777" w:rsidR="001C3762" w:rsidRPr="00E043C5" w:rsidRDefault="00C51D85">
            <w:pPr>
              <w:spacing w:line="240" w:lineRule="auto"/>
            </w:pPr>
            <w:r w:rsidRPr="00F23927">
              <w:t>Multiparity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149DFE" w14:textId="77777777" w:rsidR="001C3762" w:rsidRPr="00E043C5" w:rsidRDefault="00C51D85">
            <w:pPr>
              <w:spacing w:line="240" w:lineRule="auto"/>
            </w:pPr>
            <w:r w:rsidRPr="00E043C5">
              <w:t>259 (51.9%)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FDE2DB" w14:textId="77777777" w:rsidR="001C3762" w:rsidRPr="00E043C5" w:rsidRDefault="00C51D85">
            <w:pPr>
              <w:spacing w:line="240" w:lineRule="auto"/>
            </w:pPr>
            <w:r w:rsidRPr="00E043C5">
              <w:t>33 (54.1%)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F4AD45" w14:textId="77777777" w:rsidR="001C3762" w:rsidRPr="00E043C5" w:rsidRDefault="00C51D85">
            <w:pPr>
              <w:spacing w:line="240" w:lineRule="auto"/>
            </w:pPr>
            <w:r w:rsidRPr="00E043C5">
              <w:t>.787</w:t>
            </w:r>
          </w:p>
        </w:tc>
        <w:tc>
          <w:tcPr>
            <w:tcW w:w="272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A8155F" w14:textId="77777777" w:rsidR="001C3762" w:rsidRPr="00E043C5" w:rsidRDefault="00C51D85">
            <w:pPr>
              <w:spacing w:line="240" w:lineRule="auto"/>
            </w:pPr>
            <w:r w:rsidRPr="00E043C5">
              <w:t>1.154 (0.691–1.928)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48A72B" w14:textId="77777777" w:rsidR="001C3762" w:rsidRPr="00E043C5" w:rsidRDefault="00C51D85">
            <w:pPr>
              <w:spacing w:line="240" w:lineRule="auto"/>
            </w:pPr>
            <w:r w:rsidRPr="00E043C5">
              <w:t>.583</w:t>
            </w:r>
          </w:p>
        </w:tc>
      </w:tr>
      <w:tr w:rsidR="001C3762" w:rsidRPr="00E043C5" w14:paraId="07621FB3" w14:textId="77777777" w:rsidTr="009E2488">
        <w:trPr>
          <w:trHeight w:val="340"/>
        </w:trPr>
        <w:tc>
          <w:tcPr>
            <w:tcW w:w="28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069C27" w14:textId="77777777" w:rsidR="001C3762" w:rsidRPr="00E043C5" w:rsidRDefault="00C51D85">
            <w:pPr>
              <w:spacing w:line="240" w:lineRule="auto"/>
            </w:pPr>
            <w:r w:rsidRPr="00E043C5">
              <w:t>Smoking exposure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A17490" w14:textId="77777777" w:rsidR="001C3762" w:rsidRPr="00E043C5" w:rsidRDefault="00C51D85">
            <w:pPr>
              <w:spacing w:line="240" w:lineRule="auto"/>
            </w:pPr>
            <w:r w:rsidRPr="00E043C5">
              <w:t>98 (19.6%)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017D79" w14:textId="77777777" w:rsidR="001C3762" w:rsidRPr="00E043C5" w:rsidRDefault="00C51D85">
            <w:pPr>
              <w:spacing w:line="240" w:lineRule="auto"/>
            </w:pPr>
            <w:r w:rsidRPr="00E043C5">
              <w:t>13 (21.3%)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375788" w14:textId="77777777" w:rsidR="001C3762" w:rsidRPr="00E043C5" w:rsidRDefault="00C51D85">
            <w:pPr>
              <w:spacing w:line="240" w:lineRule="auto"/>
            </w:pPr>
            <w:r w:rsidRPr="00E043C5">
              <w:t>.865</w:t>
            </w:r>
          </w:p>
        </w:tc>
        <w:tc>
          <w:tcPr>
            <w:tcW w:w="272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25EEAD" w14:textId="77777777" w:rsidR="001C3762" w:rsidRPr="00E043C5" w:rsidRDefault="00C51D85">
            <w:pPr>
              <w:spacing w:line="240" w:lineRule="auto"/>
            </w:pPr>
            <w:r w:rsidRPr="00E043C5">
              <w:t>1.140 (0.603–2.155)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421666" w14:textId="77777777" w:rsidR="001C3762" w:rsidRPr="00E043C5" w:rsidRDefault="00C51D85">
            <w:pPr>
              <w:spacing w:line="240" w:lineRule="auto"/>
            </w:pPr>
            <w:r w:rsidRPr="00E043C5">
              <w:t>.687</w:t>
            </w:r>
          </w:p>
        </w:tc>
      </w:tr>
      <w:tr w:rsidR="001C3762" w:rsidRPr="00E043C5" w14:paraId="2BA8BC6C" w14:textId="77777777" w:rsidTr="009E2488">
        <w:trPr>
          <w:trHeight w:val="340"/>
        </w:trPr>
        <w:tc>
          <w:tcPr>
            <w:tcW w:w="28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66C4EE" w14:textId="77777777" w:rsidR="001C3762" w:rsidRPr="00E043C5" w:rsidRDefault="00C51D85">
            <w:pPr>
              <w:spacing w:line="240" w:lineRule="auto"/>
            </w:pPr>
            <w:r w:rsidRPr="00E043C5">
              <w:t>Alcohol consumption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9DD36D" w14:textId="77777777" w:rsidR="001C3762" w:rsidRPr="00E043C5" w:rsidRDefault="00C51D85">
            <w:pPr>
              <w:spacing w:line="240" w:lineRule="auto"/>
            </w:pPr>
            <w:r w:rsidRPr="00E043C5">
              <w:t>207 (41.5%)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C4C4D4" w14:textId="77777777" w:rsidR="001C3762" w:rsidRPr="00E043C5" w:rsidRDefault="00C51D85">
            <w:pPr>
              <w:spacing w:line="240" w:lineRule="auto"/>
            </w:pPr>
            <w:r w:rsidRPr="00E043C5">
              <w:t>26 (42.6%)</w:t>
            </w:r>
          </w:p>
        </w:tc>
        <w:tc>
          <w:tcPr>
            <w:tcW w:w="113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BFD6C0" w14:textId="77777777" w:rsidR="001C3762" w:rsidRPr="00E043C5" w:rsidRDefault="00C51D85">
            <w:pPr>
              <w:spacing w:line="240" w:lineRule="auto"/>
            </w:pPr>
            <w:r w:rsidRPr="00E043C5">
              <w:t>.891</w:t>
            </w:r>
          </w:p>
        </w:tc>
        <w:tc>
          <w:tcPr>
            <w:tcW w:w="2721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9E6682" w14:textId="77777777" w:rsidR="001C3762" w:rsidRPr="00E043C5" w:rsidRDefault="00C51D85">
            <w:pPr>
              <w:spacing w:line="240" w:lineRule="auto"/>
            </w:pPr>
            <w:r w:rsidRPr="00E043C5">
              <w:t>1.045 (0.620–1.760)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CF4C24" w14:textId="77777777" w:rsidR="001C3762" w:rsidRPr="00E043C5" w:rsidRDefault="00C51D85">
            <w:pPr>
              <w:spacing w:line="240" w:lineRule="auto"/>
            </w:pPr>
            <w:r w:rsidRPr="00E043C5">
              <w:t>.868</w:t>
            </w:r>
          </w:p>
        </w:tc>
      </w:tr>
    </w:tbl>
    <w:p w14:paraId="03514FAF" w14:textId="00E4666A" w:rsidR="001C3762" w:rsidRPr="00E043C5" w:rsidRDefault="00C51D85" w:rsidP="009E2488">
      <w:pPr>
        <w:spacing w:before="100" w:beforeAutospacing="1"/>
      </w:pPr>
      <w:r w:rsidRPr="00E043C5">
        <w:t xml:space="preserve">Univariable analysis used the chi-square test, the Fisher exact test, and the independent </w:t>
      </w:r>
      <w:r w:rsidRPr="00E043C5">
        <w:rPr>
          <w:i/>
        </w:rPr>
        <w:t>t</w:t>
      </w:r>
      <w:r w:rsidRPr="00E043C5">
        <w:t xml:space="preserve"> test.</w:t>
      </w:r>
      <w:r w:rsidRPr="00E043C5">
        <w:br/>
        <w:t>Multivariable analysis used generalized linear models.</w:t>
      </w:r>
      <w:r w:rsidRPr="00E043C5">
        <w:br/>
      </w:r>
      <w:r w:rsidRPr="00E043C5">
        <w:rPr>
          <w:b/>
        </w:rPr>
        <w:t>Abbreviations:</w:t>
      </w:r>
      <w:r w:rsidRPr="00E043C5">
        <w:t xml:space="preserve"> BMI, body mass index; HPV, human papillomavirus.</w:t>
      </w:r>
    </w:p>
    <w:p w14:paraId="5297D3D0" w14:textId="77777777" w:rsidR="001C3762" w:rsidRPr="00E043C5" w:rsidRDefault="001C3762">
      <w:pPr>
        <w:sectPr w:rsidR="001C3762" w:rsidRPr="00E043C5">
          <w:pgSz w:w="16838" w:h="11906" w:orient="landscape"/>
          <w:pgMar w:top="1440" w:right="1758" w:bottom="1440" w:left="1758" w:header="720" w:footer="720" w:gutter="0"/>
          <w:cols w:space="720"/>
          <w:docGrid w:linePitch="360"/>
        </w:sectPr>
      </w:pPr>
    </w:p>
    <w:p w14:paraId="25A5C38E" w14:textId="2BC6B642" w:rsidR="001C3762" w:rsidRPr="00472B23" w:rsidRDefault="00472B23" w:rsidP="009E2488">
      <w:pPr>
        <w:keepNext/>
        <w:rPr>
          <w:b/>
        </w:rPr>
      </w:pPr>
      <w:r w:rsidRPr="00E043C5">
        <w:rPr>
          <w:b/>
        </w:rPr>
        <w:lastRenderedPageBreak/>
        <w:t xml:space="preserve">TABLE </w:t>
      </w:r>
      <w:r w:rsidR="00C51D85" w:rsidRPr="00472B23">
        <w:rPr>
          <w:b/>
        </w:rPr>
        <w:t>8 HPV status and genotype among women with preterm birth</w:t>
      </w:r>
    </w:p>
    <w:tbl>
      <w:tblPr>
        <w:tblW w:w="5215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28"/>
        <w:gridCol w:w="1587"/>
      </w:tblGrid>
      <w:tr w:rsidR="001C3762" w:rsidRPr="00E043C5" w14:paraId="691BE044" w14:textId="77777777" w:rsidTr="009E2488">
        <w:trPr>
          <w:trHeight w:val="340"/>
          <w:tblHeader/>
        </w:trPr>
        <w:tc>
          <w:tcPr>
            <w:tcW w:w="36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4BF520" w14:textId="6A13A098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Characteristic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07C4F5" w14:textId="5EA8427C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(%)</w:t>
            </w:r>
          </w:p>
        </w:tc>
      </w:tr>
      <w:tr w:rsidR="001C3762" w:rsidRPr="00E043C5" w14:paraId="18E9E7ED" w14:textId="77777777" w:rsidTr="009E2488">
        <w:trPr>
          <w:trHeight w:val="340"/>
        </w:trPr>
        <w:tc>
          <w:tcPr>
            <w:tcW w:w="3628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7774E1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HPV status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61)</w:t>
            </w:r>
          </w:p>
        </w:tc>
        <w:tc>
          <w:tcPr>
            <w:tcW w:w="158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CBD653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23C1BCC7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73244C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Negative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44501A" w14:textId="77777777" w:rsidR="001C3762" w:rsidRPr="00E043C5" w:rsidRDefault="00C51D85">
            <w:pPr>
              <w:spacing w:line="240" w:lineRule="auto"/>
            </w:pPr>
            <w:r w:rsidRPr="00E043C5">
              <w:t>54 (88.5%)</w:t>
            </w:r>
          </w:p>
        </w:tc>
      </w:tr>
      <w:tr w:rsidR="001C3762" w:rsidRPr="00E043C5" w14:paraId="0970EDF2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73F522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Positive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900733" w14:textId="77777777" w:rsidR="001C3762" w:rsidRPr="00E043C5" w:rsidRDefault="00C51D85">
            <w:pPr>
              <w:spacing w:line="240" w:lineRule="auto"/>
            </w:pPr>
            <w:r w:rsidRPr="00E043C5">
              <w:t>7 (11.5%)</w:t>
            </w:r>
          </w:p>
        </w:tc>
      </w:tr>
      <w:tr w:rsidR="001C3762" w:rsidRPr="00E043C5" w14:paraId="3E133039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651C27" w14:textId="47CB823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HPV type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7)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F5E9B2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3DA499E5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2DDD64" w14:textId="22C2ADDF" w:rsidR="001C3762" w:rsidRPr="00E043C5" w:rsidRDefault="00C51D85">
            <w:pPr>
              <w:spacing w:line="240" w:lineRule="auto"/>
              <w:ind w:left="227"/>
            </w:pPr>
            <w:r w:rsidRPr="00E043C5">
              <w:t>Non-16/18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930145" w14:textId="77777777" w:rsidR="001C3762" w:rsidRPr="00E043C5" w:rsidRDefault="00C51D85">
            <w:pPr>
              <w:spacing w:line="240" w:lineRule="auto"/>
            </w:pPr>
            <w:r w:rsidRPr="00E043C5">
              <w:t>7 (100%)</w:t>
            </w:r>
          </w:p>
        </w:tc>
      </w:tr>
      <w:tr w:rsidR="001C3762" w:rsidRPr="00E043C5" w14:paraId="6740AAFE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B0C5B9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HPV16/18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9E3AC1" w14:textId="77777777" w:rsidR="001C3762" w:rsidRPr="00E043C5" w:rsidRDefault="00C51D85">
            <w:pPr>
              <w:spacing w:line="240" w:lineRule="auto"/>
            </w:pPr>
            <w:r w:rsidRPr="00E043C5">
              <w:t>0 (0%)</w:t>
            </w:r>
          </w:p>
        </w:tc>
      </w:tr>
      <w:tr w:rsidR="001C3762" w:rsidRPr="00E043C5" w14:paraId="366819B5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ECCAE9" w14:textId="5E5E751E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Number of infections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7)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31110E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9C00267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AF0381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Single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264208" w14:textId="77777777" w:rsidR="001C3762" w:rsidRPr="00E043C5" w:rsidRDefault="00C51D85">
            <w:pPr>
              <w:spacing w:line="240" w:lineRule="auto"/>
            </w:pPr>
            <w:r w:rsidRPr="00E043C5">
              <w:t>6 (85.7%)</w:t>
            </w:r>
          </w:p>
        </w:tc>
      </w:tr>
      <w:tr w:rsidR="001C3762" w:rsidRPr="00E043C5" w14:paraId="205569A6" w14:textId="77777777" w:rsidTr="009E2488">
        <w:trPr>
          <w:trHeight w:val="340"/>
        </w:trPr>
        <w:tc>
          <w:tcPr>
            <w:tcW w:w="362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28E68E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Multiple</w:t>
            </w:r>
          </w:p>
        </w:tc>
        <w:tc>
          <w:tcPr>
            <w:tcW w:w="158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21DE2F" w14:textId="77777777" w:rsidR="001C3762" w:rsidRPr="00E043C5" w:rsidRDefault="00C51D85">
            <w:pPr>
              <w:spacing w:line="240" w:lineRule="auto"/>
            </w:pPr>
            <w:r w:rsidRPr="00E043C5">
              <w:t>1 (14.3%)</w:t>
            </w:r>
          </w:p>
        </w:tc>
      </w:tr>
    </w:tbl>
    <w:p w14:paraId="07C2BE1B" w14:textId="77777777" w:rsidR="001C3762" w:rsidRPr="00E043C5" w:rsidRDefault="00C51D85" w:rsidP="009E2488">
      <w:pPr>
        <w:spacing w:before="100" w:beforeAutospacing="1"/>
      </w:pPr>
      <w:r w:rsidRPr="00E043C5">
        <w:rPr>
          <w:b/>
        </w:rPr>
        <w:t>Abbreviations:</w:t>
      </w:r>
      <w:r w:rsidRPr="00E043C5">
        <w:t xml:space="preserve"> HPV, human papillomavirus.</w:t>
      </w:r>
    </w:p>
    <w:p w14:paraId="5503B925" w14:textId="77777777" w:rsidR="001C3762" w:rsidRPr="00E043C5" w:rsidRDefault="001C3762">
      <w:r w:rsidRPr="00E043C5">
        <w:br w:type="page"/>
      </w:r>
    </w:p>
    <w:p w14:paraId="0AE2A825" w14:textId="7F93D9B8" w:rsidR="001C3762" w:rsidRPr="00472B23" w:rsidRDefault="00C51D85" w:rsidP="009E2488">
      <w:pPr>
        <w:keepNext/>
        <w:rPr>
          <w:b/>
          <w:bCs/>
        </w:rPr>
      </w:pPr>
      <w:r w:rsidRPr="00E043C5">
        <w:rPr>
          <w:b/>
        </w:rPr>
        <w:lastRenderedPageBreak/>
        <w:t>T</w:t>
      </w:r>
      <w:r w:rsidR="00472B23" w:rsidRPr="00E043C5">
        <w:rPr>
          <w:b/>
        </w:rPr>
        <w:t xml:space="preserve">ABLE </w:t>
      </w:r>
      <w:r w:rsidRPr="00E043C5">
        <w:rPr>
          <w:b/>
        </w:rPr>
        <w:t>9</w:t>
      </w:r>
      <w:r w:rsidRPr="00472B23">
        <w:rPr>
          <w:b/>
          <w:bCs/>
        </w:rPr>
        <w:t xml:space="preserve"> Cervical cytology, colposcopy, and histopathological findings among HPV-positive women (</w:t>
      </w:r>
      <w:r w:rsidRPr="00472B23">
        <w:rPr>
          <w:b/>
          <w:bCs/>
          <w:i/>
        </w:rPr>
        <w:t>n</w:t>
      </w:r>
      <w:r w:rsidRPr="00472B23">
        <w:rPr>
          <w:b/>
          <w:bCs/>
        </w:rPr>
        <w:t xml:space="preserve"> = 147)</w:t>
      </w:r>
    </w:p>
    <w:tbl>
      <w:tblPr>
        <w:tblW w:w="8584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60"/>
        <w:gridCol w:w="2324"/>
      </w:tblGrid>
      <w:tr w:rsidR="001C3762" w:rsidRPr="00E043C5" w14:paraId="00A07486" w14:textId="77777777" w:rsidTr="006F20EA">
        <w:trPr>
          <w:trHeight w:val="337"/>
          <w:tblHeader/>
        </w:trPr>
        <w:tc>
          <w:tcPr>
            <w:tcW w:w="6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5955E7" w14:textId="6343FB18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Finding</w:t>
            </w:r>
          </w:p>
        </w:tc>
        <w:tc>
          <w:tcPr>
            <w:tcW w:w="23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415D2D" w14:textId="4D21EF53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(%)</w:t>
            </w:r>
          </w:p>
        </w:tc>
      </w:tr>
      <w:tr w:rsidR="001C3762" w:rsidRPr="00E043C5" w14:paraId="52B5815A" w14:textId="77777777" w:rsidTr="006F20EA">
        <w:trPr>
          <w:trHeight w:val="337"/>
        </w:trPr>
        <w:tc>
          <w:tcPr>
            <w:tcW w:w="6260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A2DEBF" w14:textId="23845477" w:rsidR="001C3762" w:rsidRPr="000C625C" w:rsidRDefault="00C51D85" w:rsidP="00CD3DB9">
            <w:pPr>
              <w:spacing w:line="240" w:lineRule="auto"/>
            </w:pPr>
            <w:r w:rsidRPr="000C625C">
              <w:rPr>
                <w:b/>
              </w:rPr>
              <w:t>Cytology in non-16/18 infection</w:t>
            </w:r>
          </w:p>
        </w:tc>
        <w:tc>
          <w:tcPr>
            <w:tcW w:w="2324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48035A" w14:textId="2257A84A" w:rsidR="001C3762" w:rsidRPr="000C625C" w:rsidRDefault="00C51D85">
            <w:pPr>
              <w:spacing w:line="240" w:lineRule="auto"/>
            </w:pPr>
            <w:r w:rsidRPr="000C625C">
              <w:rPr>
                <w:b/>
                <w:i/>
              </w:rPr>
              <w:t>n</w:t>
            </w:r>
            <w:r w:rsidRPr="000C625C">
              <w:rPr>
                <w:b/>
              </w:rPr>
              <w:t xml:space="preserve"> = 110</w:t>
            </w:r>
            <w:r w:rsidR="006F20EA" w:rsidRPr="000C625C">
              <w:rPr>
                <w:b/>
              </w:rPr>
              <w:t>/147</w:t>
            </w:r>
            <w:r w:rsidR="001251C2" w:rsidRPr="000C625C">
              <w:rPr>
                <w:b/>
              </w:rPr>
              <w:t xml:space="preserve"> (74.8%)</w:t>
            </w:r>
          </w:p>
        </w:tc>
      </w:tr>
      <w:tr w:rsidR="001C3762" w:rsidRPr="00E043C5" w14:paraId="566C0FF6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304033" w14:textId="77777777" w:rsidR="001C3762" w:rsidRPr="000C625C" w:rsidRDefault="00C51D85" w:rsidP="00CD3DB9">
            <w:pPr>
              <w:spacing w:line="240" w:lineRule="auto"/>
              <w:ind w:left="227"/>
            </w:pPr>
            <w:r w:rsidRPr="000C625C">
              <w:t>NILM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1BAA97" w14:textId="4B2D9680" w:rsidR="001C3762" w:rsidRPr="000C625C" w:rsidRDefault="00C51D85">
            <w:pPr>
              <w:spacing w:line="240" w:lineRule="auto"/>
            </w:pPr>
            <w:r w:rsidRPr="000C625C">
              <w:t xml:space="preserve">99 </w:t>
            </w:r>
            <w:r w:rsidR="0076316B" w:rsidRPr="000C625C">
              <w:t>(90.0%)</w:t>
            </w:r>
          </w:p>
        </w:tc>
      </w:tr>
      <w:tr w:rsidR="001C3762" w:rsidRPr="00E043C5" w14:paraId="43747206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AD378C" w14:textId="77777777" w:rsidR="001C3762" w:rsidRPr="000C625C" w:rsidRDefault="00C51D85">
            <w:pPr>
              <w:spacing w:line="240" w:lineRule="auto"/>
              <w:ind w:left="227"/>
            </w:pPr>
            <w:r w:rsidRPr="000C625C">
              <w:t>ASC-US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38ADE8" w14:textId="59770051" w:rsidR="001C3762" w:rsidRPr="000C625C" w:rsidRDefault="00162056">
            <w:pPr>
              <w:spacing w:line="240" w:lineRule="auto"/>
            </w:pPr>
            <w:r w:rsidRPr="000C625C">
              <w:t>4</w:t>
            </w:r>
            <w:r w:rsidR="00B82A63" w:rsidRPr="000C625C">
              <w:t xml:space="preserve"> </w:t>
            </w:r>
            <w:r w:rsidR="00C51D85" w:rsidRPr="000C625C">
              <w:t>(</w:t>
            </w:r>
            <w:r w:rsidRPr="000C625C">
              <w:t>3.6</w:t>
            </w:r>
            <w:r w:rsidR="00C51D85" w:rsidRPr="000C625C">
              <w:t>%)</w:t>
            </w:r>
          </w:p>
        </w:tc>
      </w:tr>
      <w:tr w:rsidR="001C3762" w:rsidRPr="00E043C5" w14:paraId="66CB796A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473ABA" w14:textId="77777777" w:rsidR="001C3762" w:rsidRPr="000C625C" w:rsidRDefault="00C51D85">
            <w:pPr>
              <w:spacing w:line="240" w:lineRule="auto"/>
              <w:ind w:left="227"/>
            </w:pPr>
            <w:r w:rsidRPr="000C625C">
              <w:t>ASC-H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A4D6A5" w14:textId="77777777" w:rsidR="001C3762" w:rsidRPr="000C625C" w:rsidRDefault="00C51D85">
            <w:pPr>
              <w:spacing w:line="240" w:lineRule="auto"/>
            </w:pPr>
            <w:r w:rsidRPr="000C625C">
              <w:t>1 (0.9%)</w:t>
            </w:r>
          </w:p>
        </w:tc>
      </w:tr>
      <w:tr w:rsidR="001C3762" w:rsidRPr="00E043C5" w14:paraId="09300061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969540" w14:textId="77777777" w:rsidR="001C3762" w:rsidRPr="000C625C" w:rsidRDefault="00C51D85">
            <w:pPr>
              <w:spacing w:line="240" w:lineRule="auto"/>
              <w:ind w:left="227"/>
            </w:pPr>
            <w:r w:rsidRPr="000C625C">
              <w:t>Chronic inflammation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E8AC8A" w14:textId="77777777" w:rsidR="001C3762" w:rsidRPr="000C625C" w:rsidRDefault="00C51D85">
            <w:pPr>
              <w:spacing w:line="240" w:lineRule="auto"/>
            </w:pPr>
            <w:r w:rsidRPr="000C625C">
              <w:t>5 (4.5%)</w:t>
            </w:r>
          </w:p>
        </w:tc>
      </w:tr>
      <w:tr w:rsidR="00A54D9F" w:rsidRPr="00E043C5" w14:paraId="4BC4711F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79659F" w14:textId="503C55D8" w:rsidR="00A54D9F" w:rsidRPr="000C625C" w:rsidRDefault="00A54D9F" w:rsidP="00CD3DB9">
            <w:pPr>
              <w:spacing w:line="240" w:lineRule="auto"/>
              <w:ind w:left="227"/>
            </w:pPr>
            <w:r w:rsidRPr="000C625C">
              <w:t>Other squamous epithelial findings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3C48DF" w14:textId="5FCF18A6" w:rsidR="00A54D9F" w:rsidRPr="000C625C" w:rsidRDefault="00E27A71" w:rsidP="00CD3DB9">
            <w:pPr>
              <w:spacing w:line="240" w:lineRule="auto"/>
            </w:pPr>
            <w:r w:rsidRPr="000C625C">
              <w:t>1 (0.9%)</w:t>
            </w:r>
          </w:p>
        </w:tc>
      </w:tr>
      <w:tr w:rsidR="001C3762" w:rsidRPr="00E043C5" w14:paraId="5B23CDBB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8B3F57" w14:textId="0EFACE79" w:rsidR="001C3762" w:rsidRPr="000C625C" w:rsidRDefault="00C51D85" w:rsidP="00CD3DB9">
            <w:pPr>
              <w:spacing w:line="240" w:lineRule="auto"/>
            </w:pPr>
            <w:r w:rsidRPr="000C625C">
              <w:rPr>
                <w:b/>
              </w:rPr>
              <w:t xml:space="preserve">Colposcopy </w:t>
            </w:r>
            <w:r w:rsidR="00C82273" w:rsidRPr="000C625C">
              <w:rPr>
                <w:b/>
              </w:rPr>
              <w:t xml:space="preserve">recommendation </w:t>
            </w:r>
            <w:r w:rsidRPr="000C625C">
              <w:rPr>
                <w:b/>
              </w:rPr>
              <w:t>in HPV16/18 infection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09A5A1" w14:textId="24F4DB34" w:rsidR="001C3762" w:rsidRPr="000C625C" w:rsidRDefault="00C51D85" w:rsidP="00CD3DB9">
            <w:pPr>
              <w:spacing w:line="240" w:lineRule="auto"/>
            </w:pPr>
            <w:r w:rsidRPr="000C625C">
              <w:rPr>
                <w:b/>
                <w:i/>
              </w:rPr>
              <w:t>n</w:t>
            </w:r>
            <w:r w:rsidRPr="000C625C">
              <w:rPr>
                <w:b/>
              </w:rPr>
              <w:t xml:space="preserve"> = 37</w:t>
            </w:r>
            <w:r w:rsidR="006F20EA" w:rsidRPr="000C625C">
              <w:rPr>
                <w:b/>
              </w:rPr>
              <w:t>/147</w:t>
            </w:r>
            <w:r w:rsidR="002715D9" w:rsidRPr="000C625C">
              <w:rPr>
                <w:b/>
              </w:rPr>
              <w:t xml:space="preserve"> (25.2%)</w:t>
            </w:r>
          </w:p>
        </w:tc>
      </w:tr>
      <w:tr w:rsidR="001C3762" w:rsidRPr="00E043C5" w14:paraId="7D36B425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985A46" w14:textId="625AABA6" w:rsidR="001C3762" w:rsidRPr="000C625C" w:rsidRDefault="00C51D85" w:rsidP="00CD3DB9">
            <w:pPr>
              <w:spacing w:line="240" w:lineRule="auto"/>
              <w:ind w:left="227"/>
            </w:pPr>
            <w:r w:rsidRPr="000C625C">
              <w:t>During pregnancy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CBF303" w14:textId="2A147A54" w:rsidR="001C3762" w:rsidRPr="000C625C" w:rsidRDefault="00C51D85" w:rsidP="00CD3DB9">
            <w:pPr>
              <w:spacing w:line="240" w:lineRule="auto"/>
            </w:pPr>
            <w:r w:rsidRPr="000C625C">
              <w:t>5</w:t>
            </w:r>
            <w:r w:rsidR="004A1A5A" w:rsidRPr="000C625C">
              <w:t xml:space="preserve"> (13.5%)</w:t>
            </w:r>
          </w:p>
        </w:tc>
      </w:tr>
      <w:tr w:rsidR="001C3762" w:rsidRPr="00E043C5" w14:paraId="79721032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A9EB99" w14:textId="07046FE0" w:rsidR="001C3762" w:rsidRPr="000C625C" w:rsidRDefault="00C51D85" w:rsidP="00CD3DB9">
            <w:pPr>
              <w:spacing w:line="240" w:lineRule="auto"/>
              <w:ind w:left="227"/>
            </w:pPr>
            <w:r w:rsidRPr="000C625C">
              <w:t>After delivery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C025AC" w14:textId="3C4784D7" w:rsidR="001C3762" w:rsidRPr="000C625C" w:rsidRDefault="00C51D85" w:rsidP="00CD3DB9">
            <w:pPr>
              <w:spacing w:line="240" w:lineRule="auto"/>
            </w:pPr>
            <w:r w:rsidRPr="000C625C">
              <w:t>32</w:t>
            </w:r>
            <w:r w:rsidR="00BF002B" w:rsidRPr="000C625C">
              <w:t xml:space="preserve"> (86.5%)</w:t>
            </w:r>
          </w:p>
        </w:tc>
      </w:tr>
      <w:tr w:rsidR="001C3762" w:rsidRPr="00E043C5" w14:paraId="4CE3970D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E450C4" w14:textId="4C8D1D7A" w:rsidR="001C3762" w:rsidRPr="000C625C" w:rsidRDefault="00C51D85" w:rsidP="00CD3DB9">
            <w:pPr>
              <w:spacing w:line="240" w:lineRule="auto"/>
              <w:rPr>
                <w:b/>
              </w:rPr>
            </w:pPr>
            <w:r w:rsidRPr="000C625C">
              <w:rPr>
                <w:b/>
              </w:rPr>
              <w:t>Biopsy performed</w:t>
            </w:r>
            <w:r w:rsidR="001F6879" w:rsidRPr="000C625C">
              <w:rPr>
                <w:b/>
              </w:rPr>
              <w:t xml:space="preserve"> during pregnancy</w:t>
            </w:r>
            <w:r w:rsidR="0067462F" w:rsidRPr="000C625C">
              <w:rPr>
                <w:bCs/>
              </w:rPr>
              <w:t xml:space="preserve"> (result: HSIL)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FB39C1" w14:textId="7AE37BA9" w:rsidR="001C3762" w:rsidRPr="000C625C" w:rsidRDefault="0045592C" w:rsidP="00CD3DB9">
            <w:pPr>
              <w:spacing w:line="240" w:lineRule="auto"/>
              <w:rPr>
                <w:b/>
              </w:rPr>
            </w:pPr>
            <w:r w:rsidRPr="000C625C">
              <w:rPr>
                <w:b/>
              </w:rPr>
              <w:t>1</w:t>
            </w:r>
            <w:r w:rsidR="00C82273" w:rsidRPr="000C625C">
              <w:rPr>
                <w:b/>
              </w:rPr>
              <w:t>/37</w:t>
            </w:r>
            <w:r w:rsidRPr="000C625C">
              <w:rPr>
                <w:b/>
              </w:rPr>
              <w:t xml:space="preserve"> (</w:t>
            </w:r>
            <w:r w:rsidR="005A0538" w:rsidRPr="000C625C">
              <w:rPr>
                <w:b/>
              </w:rPr>
              <w:t>2.7</w:t>
            </w:r>
            <w:r w:rsidR="00BA1C69" w:rsidRPr="000C625C">
              <w:rPr>
                <w:b/>
              </w:rPr>
              <w:t>%)</w:t>
            </w:r>
          </w:p>
        </w:tc>
      </w:tr>
      <w:tr w:rsidR="008F2A35" w:rsidRPr="00E043C5" w14:paraId="2F0E79C0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5511EB" w14:textId="043EEC79" w:rsidR="008F2A35" w:rsidRPr="000C625C" w:rsidRDefault="00184934" w:rsidP="00CD3DB9">
            <w:pPr>
              <w:spacing w:line="240" w:lineRule="auto"/>
              <w:rPr>
                <w:b/>
                <w:bCs/>
              </w:rPr>
            </w:pPr>
            <w:r w:rsidRPr="000C625C">
              <w:rPr>
                <w:b/>
                <w:bCs/>
              </w:rPr>
              <w:t>Biopsy</w:t>
            </w:r>
            <w:r w:rsidR="00AC21A5" w:rsidRPr="000C625C">
              <w:rPr>
                <w:b/>
                <w:bCs/>
              </w:rPr>
              <w:t xml:space="preserve"> </w:t>
            </w:r>
            <w:r w:rsidR="001B11C8" w:rsidRPr="000C625C">
              <w:rPr>
                <w:b/>
                <w:bCs/>
              </w:rPr>
              <w:t>r</w:t>
            </w:r>
            <w:r w:rsidR="008F2A35" w:rsidRPr="000C625C">
              <w:rPr>
                <w:b/>
                <w:bCs/>
              </w:rPr>
              <w:t xml:space="preserve">esults </w:t>
            </w:r>
            <w:r w:rsidRPr="000C625C">
              <w:rPr>
                <w:b/>
                <w:bCs/>
              </w:rPr>
              <w:t xml:space="preserve">available </w:t>
            </w:r>
            <w:r w:rsidR="00C82273" w:rsidRPr="000C625C">
              <w:rPr>
                <w:b/>
                <w:bCs/>
              </w:rPr>
              <w:t>after delivery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9D5D3C" w14:textId="68AE88AE" w:rsidR="008F2A35" w:rsidRPr="000C625C" w:rsidRDefault="00D048E6" w:rsidP="00CD3DB9">
            <w:pPr>
              <w:spacing w:line="240" w:lineRule="auto"/>
              <w:rPr>
                <w:b/>
                <w:bCs/>
              </w:rPr>
            </w:pPr>
            <w:r w:rsidRPr="000C625C">
              <w:rPr>
                <w:b/>
                <w:bCs/>
              </w:rPr>
              <w:t>22/37 (59.5%)</w:t>
            </w:r>
          </w:p>
        </w:tc>
      </w:tr>
      <w:tr w:rsidR="001C3762" w:rsidRPr="00E043C5" w14:paraId="55608FB1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AA5DE5" w14:textId="12572589" w:rsidR="001C3762" w:rsidRPr="000C625C" w:rsidRDefault="0090188B" w:rsidP="00CD3DB9">
            <w:pPr>
              <w:spacing w:line="240" w:lineRule="auto"/>
              <w:ind w:left="227"/>
            </w:pPr>
            <w:r w:rsidRPr="000C625C">
              <w:t>LSIL (CIN 1)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E0EFE9" w14:textId="77777777" w:rsidR="001C3762" w:rsidRPr="000C625C" w:rsidRDefault="00C51D85" w:rsidP="00CD3DB9">
            <w:pPr>
              <w:spacing w:line="240" w:lineRule="auto"/>
            </w:pPr>
            <w:r w:rsidRPr="000C625C">
              <w:t>3 (8.1%)</w:t>
            </w:r>
          </w:p>
        </w:tc>
      </w:tr>
      <w:tr w:rsidR="001C3762" w:rsidRPr="00E043C5" w14:paraId="4B9C7C02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754F2A" w14:textId="3447C319" w:rsidR="001C3762" w:rsidRPr="000C625C" w:rsidRDefault="00152744" w:rsidP="00CD3DB9">
            <w:pPr>
              <w:spacing w:line="240" w:lineRule="auto"/>
              <w:ind w:left="227"/>
            </w:pPr>
            <w:r w:rsidRPr="000C625C">
              <w:t>HSIL (CIN 2)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6B049A" w14:textId="742CBD0F" w:rsidR="001C3762" w:rsidRPr="000C625C" w:rsidRDefault="008569AD" w:rsidP="00CD3DB9">
            <w:pPr>
              <w:spacing w:line="240" w:lineRule="auto"/>
            </w:pPr>
            <w:r w:rsidRPr="000C625C">
              <w:t>1</w:t>
            </w:r>
            <w:r w:rsidR="00C51D85" w:rsidRPr="000C625C">
              <w:t xml:space="preserve"> (</w:t>
            </w:r>
            <w:r w:rsidRPr="000C625C">
              <w:t>2.7</w:t>
            </w:r>
            <w:r w:rsidR="00C51D85" w:rsidRPr="000C625C">
              <w:t>%)</w:t>
            </w:r>
          </w:p>
        </w:tc>
      </w:tr>
      <w:tr w:rsidR="001C3762" w:rsidRPr="00E043C5" w14:paraId="03A0D380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4E406D" w14:textId="4014771D" w:rsidR="001C3762" w:rsidRPr="000C625C" w:rsidRDefault="00D87F31" w:rsidP="00CD3DB9">
            <w:pPr>
              <w:spacing w:line="240" w:lineRule="auto"/>
              <w:ind w:left="227"/>
            </w:pPr>
            <w:r w:rsidRPr="000C625C">
              <w:t>HSIL (CIN 3)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0A7E6C" w14:textId="70ED4BDE" w:rsidR="001C3762" w:rsidRPr="000C625C" w:rsidRDefault="008569AD" w:rsidP="00CD3DB9">
            <w:pPr>
              <w:spacing w:line="240" w:lineRule="auto"/>
            </w:pPr>
            <w:r w:rsidRPr="000C625C">
              <w:t>1</w:t>
            </w:r>
            <w:r w:rsidR="00C51D85" w:rsidRPr="000C625C">
              <w:t xml:space="preserve"> (</w:t>
            </w:r>
            <w:r w:rsidRPr="000C625C">
              <w:t>2.7</w:t>
            </w:r>
            <w:r w:rsidR="00C51D85" w:rsidRPr="000C625C">
              <w:t>%)</w:t>
            </w:r>
          </w:p>
        </w:tc>
      </w:tr>
      <w:tr w:rsidR="001C3762" w:rsidRPr="00E043C5" w14:paraId="5D579AEF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DE75F2" w14:textId="77777777" w:rsidR="001C3762" w:rsidRPr="000C625C" w:rsidRDefault="00C51D85" w:rsidP="00CD3DB9">
            <w:pPr>
              <w:spacing w:line="240" w:lineRule="auto"/>
              <w:ind w:left="227"/>
            </w:pPr>
            <w:r w:rsidRPr="000C625C">
              <w:t>Chronic inflammation with squamous metaplasia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5F9158" w14:textId="248A4492" w:rsidR="001C3762" w:rsidRPr="000C625C" w:rsidRDefault="008569AD" w:rsidP="00CD3DB9">
            <w:pPr>
              <w:spacing w:line="240" w:lineRule="auto"/>
            </w:pPr>
            <w:r w:rsidRPr="000C625C">
              <w:t xml:space="preserve">11 </w:t>
            </w:r>
            <w:r w:rsidR="00C51D85" w:rsidRPr="000C625C">
              <w:t>(</w:t>
            </w:r>
            <w:r w:rsidR="00422F05" w:rsidRPr="000C625C">
              <w:t>29.7</w:t>
            </w:r>
            <w:r w:rsidR="00C51D85" w:rsidRPr="000C625C">
              <w:t>%)</w:t>
            </w:r>
          </w:p>
        </w:tc>
      </w:tr>
      <w:tr w:rsidR="001C3762" w:rsidRPr="00E043C5" w14:paraId="456DFA37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DFA4FC" w14:textId="4FDC28F4" w:rsidR="001C3762" w:rsidRPr="000C625C" w:rsidRDefault="00C51D85" w:rsidP="00CD3DB9">
            <w:pPr>
              <w:spacing w:line="240" w:lineRule="auto"/>
              <w:ind w:left="227"/>
            </w:pPr>
            <w:r w:rsidRPr="000C625C">
              <w:t>Benign epithelium or squamous metaplasia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C90914" w14:textId="1CA4BC83" w:rsidR="001C3762" w:rsidRPr="000C625C" w:rsidRDefault="00357433" w:rsidP="00CD3DB9">
            <w:pPr>
              <w:spacing w:line="240" w:lineRule="auto"/>
            </w:pPr>
            <w:r w:rsidRPr="000C625C">
              <w:t xml:space="preserve">3 </w:t>
            </w:r>
            <w:r w:rsidR="00C51D85" w:rsidRPr="000C625C">
              <w:t>(</w:t>
            </w:r>
            <w:r w:rsidR="00893DFF" w:rsidRPr="000C625C">
              <w:t>8.1</w:t>
            </w:r>
            <w:r w:rsidR="00C51D85" w:rsidRPr="000C625C">
              <w:t>%)</w:t>
            </w:r>
          </w:p>
        </w:tc>
      </w:tr>
      <w:tr w:rsidR="001C3762" w:rsidRPr="00E043C5" w14:paraId="214FD901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24E16E" w14:textId="77777777" w:rsidR="001C3762" w:rsidRPr="000C625C" w:rsidRDefault="00C51D85" w:rsidP="00CD3DB9">
            <w:pPr>
              <w:spacing w:line="240" w:lineRule="auto"/>
              <w:ind w:left="227"/>
            </w:pPr>
            <w:r w:rsidRPr="000C625C">
              <w:t>Atypical squamous epithelium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E8FD72" w14:textId="77777777" w:rsidR="001C3762" w:rsidRPr="000C625C" w:rsidRDefault="00C51D85" w:rsidP="00CD3DB9">
            <w:pPr>
              <w:spacing w:line="240" w:lineRule="auto"/>
            </w:pPr>
            <w:r w:rsidRPr="000C625C">
              <w:t>3 (8.1%)</w:t>
            </w:r>
          </w:p>
        </w:tc>
      </w:tr>
      <w:tr w:rsidR="001C3762" w:rsidRPr="00E043C5" w14:paraId="40E87823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6E6C74" w14:textId="77777777" w:rsidR="001C3762" w:rsidRPr="000C625C" w:rsidRDefault="00C51D85" w:rsidP="00CD3DB9">
            <w:pPr>
              <w:spacing w:line="240" w:lineRule="auto"/>
              <w:ind w:left="227"/>
            </w:pPr>
            <w:r w:rsidRPr="000C625C">
              <w:t>Invasive cancer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43823F" w14:textId="77777777" w:rsidR="001C3762" w:rsidRPr="000C625C" w:rsidRDefault="00C51D85" w:rsidP="00CD3DB9">
            <w:pPr>
              <w:spacing w:line="240" w:lineRule="auto"/>
            </w:pPr>
            <w:r w:rsidRPr="000C625C">
              <w:t>0 (0%)</w:t>
            </w:r>
          </w:p>
        </w:tc>
      </w:tr>
      <w:tr w:rsidR="001C3762" w:rsidRPr="00E043C5" w14:paraId="55630476" w14:textId="77777777" w:rsidTr="006F20EA">
        <w:trPr>
          <w:trHeight w:val="337"/>
        </w:trPr>
        <w:tc>
          <w:tcPr>
            <w:tcW w:w="6260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422A8F" w14:textId="0A3BF528" w:rsidR="001C3762" w:rsidRPr="000C625C" w:rsidRDefault="00C51D85" w:rsidP="00CD3DB9">
            <w:pPr>
              <w:spacing w:line="240" w:lineRule="auto"/>
              <w:rPr>
                <w:b/>
                <w:bCs/>
              </w:rPr>
            </w:pPr>
            <w:r w:rsidRPr="000C625C">
              <w:rPr>
                <w:b/>
                <w:bCs/>
              </w:rPr>
              <w:t>No data available</w:t>
            </w:r>
            <w:r w:rsidR="004259EB" w:rsidRPr="000C625C">
              <w:t xml:space="preserve"> (</w:t>
            </w:r>
            <w:r w:rsidR="00AB0A62" w:rsidRPr="000C625C">
              <w:t>lost to follow-up</w:t>
            </w:r>
            <w:r w:rsidR="004259EB" w:rsidRPr="000C625C">
              <w:t>)</w:t>
            </w:r>
          </w:p>
        </w:tc>
        <w:tc>
          <w:tcPr>
            <w:tcW w:w="232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6784EC" w14:textId="2E16A277" w:rsidR="001C3762" w:rsidRPr="000C625C" w:rsidRDefault="009437FC" w:rsidP="00CD3DB9">
            <w:pPr>
              <w:spacing w:line="240" w:lineRule="auto"/>
              <w:rPr>
                <w:b/>
                <w:bCs/>
              </w:rPr>
            </w:pPr>
            <w:r w:rsidRPr="000C625C">
              <w:rPr>
                <w:b/>
                <w:bCs/>
              </w:rPr>
              <w:t xml:space="preserve">14 </w:t>
            </w:r>
            <w:r w:rsidR="00C51D85" w:rsidRPr="000C625C">
              <w:rPr>
                <w:b/>
                <w:bCs/>
              </w:rPr>
              <w:t>(</w:t>
            </w:r>
            <w:r w:rsidR="000E07F8" w:rsidRPr="000C625C">
              <w:rPr>
                <w:b/>
                <w:bCs/>
              </w:rPr>
              <w:t>37.8</w:t>
            </w:r>
            <w:r w:rsidR="00C51D85" w:rsidRPr="000C625C">
              <w:rPr>
                <w:b/>
                <w:bCs/>
              </w:rPr>
              <w:t>%)</w:t>
            </w:r>
          </w:p>
        </w:tc>
      </w:tr>
    </w:tbl>
    <w:p w14:paraId="5CF77163" w14:textId="6157C262" w:rsidR="00E9513D" w:rsidRPr="00D536A0" w:rsidRDefault="00C51D85" w:rsidP="00367316">
      <w:pPr>
        <w:spacing w:before="100" w:beforeAutospacing="1"/>
        <w:rPr>
          <w:sz w:val="20"/>
          <w:szCs w:val="20"/>
        </w:rPr>
      </w:pPr>
      <w:r w:rsidRPr="00E043C5">
        <w:rPr>
          <w:b/>
        </w:rPr>
        <w:t>Abbreviations:</w:t>
      </w:r>
      <w:r w:rsidRPr="00E043C5">
        <w:t xml:space="preserve"> ASC-H, atypical squamous cells, cannot exclude high-grade squamous intraepithelial lesion; ASC-US, atypical squamous cells of undetermined significance; CIN, cervical intraepithelial neoplasia; HPV, human papillomavirus; HSIL, high-grade squamous intraepithelial lesion; LSIL, low-grade squamous </w:t>
      </w:r>
    </w:p>
    <w:p w14:paraId="77A54C31" w14:textId="6B0C9686" w:rsidR="00C97B27" w:rsidRDefault="00C97B27" w:rsidP="009E2488">
      <w:pPr>
        <w:spacing w:before="100" w:beforeAutospacing="1"/>
      </w:pPr>
      <w:r>
        <w:br w:type="page"/>
      </w:r>
    </w:p>
    <w:p w14:paraId="0FB563A1" w14:textId="6C633A5B" w:rsidR="001C3762" w:rsidRPr="00472B23" w:rsidRDefault="00C51D85" w:rsidP="009E2488">
      <w:pPr>
        <w:keepNext/>
        <w:rPr>
          <w:b/>
        </w:rPr>
      </w:pPr>
      <w:r w:rsidRPr="00E043C5">
        <w:rPr>
          <w:b/>
        </w:rPr>
        <w:lastRenderedPageBreak/>
        <w:t>T</w:t>
      </w:r>
      <w:r w:rsidR="00472B23" w:rsidRPr="00E043C5">
        <w:rPr>
          <w:b/>
        </w:rPr>
        <w:t xml:space="preserve">ABLE </w:t>
      </w:r>
      <w:r w:rsidR="00472B23" w:rsidRPr="00472B23">
        <w:rPr>
          <w:b/>
        </w:rPr>
        <w:t>10 Reasons for accepting HPV self-sampling</w:t>
      </w:r>
    </w:p>
    <w:tbl>
      <w:tblPr>
        <w:tblW w:w="5499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855"/>
        <w:gridCol w:w="1644"/>
      </w:tblGrid>
      <w:tr w:rsidR="001C3762" w:rsidRPr="00E043C5" w14:paraId="64F8E8F9" w14:textId="77777777" w:rsidTr="009E2488">
        <w:trPr>
          <w:trHeight w:val="340"/>
          <w:tblHeader/>
        </w:trPr>
        <w:tc>
          <w:tcPr>
            <w:tcW w:w="385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BBE018" w14:textId="35C2B70F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Reason</w:t>
            </w:r>
          </w:p>
        </w:tc>
        <w:tc>
          <w:tcPr>
            <w:tcW w:w="16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90D2F0" w14:textId="09F599FD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(%)</w:t>
            </w:r>
          </w:p>
        </w:tc>
      </w:tr>
      <w:tr w:rsidR="001C3762" w:rsidRPr="00E043C5" w14:paraId="6BCBF349" w14:textId="77777777" w:rsidTr="009E2488">
        <w:trPr>
          <w:trHeight w:val="340"/>
        </w:trPr>
        <w:tc>
          <w:tcPr>
            <w:tcW w:w="385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0E839B" w14:textId="4F48EE1A" w:rsidR="001C3762" w:rsidRPr="00E043C5" w:rsidRDefault="00C51D85">
            <w:pPr>
              <w:spacing w:line="240" w:lineRule="auto"/>
            </w:pPr>
            <w:r w:rsidRPr="00E043C5">
              <w:t>Easy to perform</w:t>
            </w:r>
          </w:p>
        </w:tc>
        <w:tc>
          <w:tcPr>
            <w:tcW w:w="1644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DBA169" w14:textId="77777777" w:rsidR="001C3762" w:rsidRPr="00E043C5" w:rsidRDefault="00C51D85">
            <w:pPr>
              <w:spacing w:line="240" w:lineRule="auto"/>
            </w:pPr>
            <w:r w:rsidRPr="00E043C5">
              <w:t>530 (82.3%)</w:t>
            </w:r>
          </w:p>
        </w:tc>
      </w:tr>
      <w:tr w:rsidR="001C3762" w:rsidRPr="00E043C5" w14:paraId="629CD49F" w14:textId="77777777" w:rsidTr="009E2488">
        <w:trPr>
          <w:trHeight w:val="340"/>
        </w:trPr>
        <w:tc>
          <w:tcPr>
            <w:tcW w:w="385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4135ED" w14:textId="77777777" w:rsidR="001C3762" w:rsidRPr="00E043C5" w:rsidRDefault="00C51D85">
            <w:pPr>
              <w:spacing w:line="240" w:lineRule="auto"/>
            </w:pPr>
            <w:r w:rsidRPr="00E043C5">
              <w:t>Convenient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BE8910" w14:textId="77777777" w:rsidR="001C3762" w:rsidRPr="00E043C5" w:rsidRDefault="00C51D85">
            <w:pPr>
              <w:spacing w:line="240" w:lineRule="auto"/>
            </w:pPr>
            <w:r w:rsidRPr="00E043C5">
              <w:t>435 (67.5%)</w:t>
            </w:r>
          </w:p>
        </w:tc>
      </w:tr>
      <w:tr w:rsidR="001C3762" w:rsidRPr="00E043C5" w14:paraId="59E3712F" w14:textId="77777777" w:rsidTr="009E2488">
        <w:trPr>
          <w:trHeight w:val="340"/>
        </w:trPr>
        <w:tc>
          <w:tcPr>
            <w:tcW w:w="385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95BF3E" w14:textId="77777777" w:rsidR="001C3762" w:rsidRPr="00E043C5" w:rsidRDefault="00C51D85">
            <w:pPr>
              <w:spacing w:line="240" w:lineRule="auto"/>
            </w:pPr>
            <w:r w:rsidRPr="00E043C5">
              <w:t>Painless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D67215" w14:textId="77777777" w:rsidR="001C3762" w:rsidRPr="00E043C5" w:rsidRDefault="00C51D85">
            <w:pPr>
              <w:spacing w:line="240" w:lineRule="auto"/>
            </w:pPr>
            <w:r w:rsidRPr="00E043C5">
              <w:t>295 (45.8%)</w:t>
            </w:r>
          </w:p>
        </w:tc>
      </w:tr>
      <w:tr w:rsidR="001C3762" w:rsidRPr="00E043C5" w14:paraId="23A04FD5" w14:textId="77777777" w:rsidTr="009E2488">
        <w:trPr>
          <w:trHeight w:val="340"/>
        </w:trPr>
        <w:tc>
          <w:tcPr>
            <w:tcW w:w="385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7A04F3" w14:textId="3BE33895" w:rsidR="001C3762" w:rsidRPr="00E043C5" w:rsidRDefault="00C51D85">
            <w:pPr>
              <w:spacing w:line="240" w:lineRule="auto"/>
            </w:pPr>
            <w:r w:rsidRPr="00E043C5">
              <w:t>Time-saving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1C8ED5" w14:textId="77777777" w:rsidR="001C3762" w:rsidRPr="00E043C5" w:rsidRDefault="00C51D85">
            <w:pPr>
              <w:spacing w:line="240" w:lineRule="auto"/>
            </w:pPr>
            <w:r w:rsidRPr="00E043C5">
              <w:t>256 (39.8%)</w:t>
            </w:r>
          </w:p>
        </w:tc>
      </w:tr>
      <w:tr w:rsidR="001C3762" w:rsidRPr="00E043C5" w14:paraId="296B24E0" w14:textId="77777777" w:rsidTr="009E2488">
        <w:trPr>
          <w:trHeight w:val="340"/>
        </w:trPr>
        <w:tc>
          <w:tcPr>
            <w:tcW w:w="385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2358AC" w14:textId="16FE7D81" w:rsidR="001C3762" w:rsidRPr="00E043C5" w:rsidRDefault="00C51D85">
            <w:pPr>
              <w:spacing w:line="240" w:lineRule="auto"/>
            </w:pPr>
            <w:r w:rsidRPr="00E043C5">
              <w:t>No physician examination required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0DA476" w14:textId="77777777" w:rsidR="001C3762" w:rsidRPr="00E043C5" w:rsidRDefault="00C51D85">
            <w:pPr>
              <w:spacing w:line="240" w:lineRule="auto"/>
            </w:pPr>
            <w:r w:rsidRPr="00E043C5">
              <w:t>185 (28.7%)</w:t>
            </w:r>
          </w:p>
        </w:tc>
      </w:tr>
    </w:tbl>
    <w:p w14:paraId="0E726F55" w14:textId="77777777" w:rsidR="00232A8B" w:rsidRPr="00E043C5" w:rsidRDefault="00C51D85" w:rsidP="009E2488">
      <w:pPr>
        <w:spacing w:before="100" w:beforeAutospacing="1"/>
      </w:pPr>
      <w:r w:rsidRPr="00E043C5">
        <w:t>All 644 participants accepted HPV self-sampling. Participants could give more than 1 reason, so the percentages total more than 100%.</w:t>
      </w:r>
      <w:r w:rsidRPr="00E043C5">
        <w:br/>
      </w:r>
      <w:r w:rsidRPr="00E043C5">
        <w:rPr>
          <w:b/>
        </w:rPr>
        <w:t>Abbreviations:</w:t>
      </w:r>
      <w:r w:rsidRPr="00E043C5">
        <w:t xml:space="preserve"> HPV, human papillomavirus.</w:t>
      </w:r>
    </w:p>
    <w:p w14:paraId="5725CE11" w14:textId="77777777" w:rsidR="001C3762" w:rsidRPr="00E043C5" w:rsidRDefault="001C3762" w:rsidP="009E2488">
      <w:r w:rsidRPr="00E043C5">
        <w:br w:type="page"/>
      </w:r>
    </w:p>
    <w:p w14:paraId="605F593C" w14:textId="52F1F10C" w:rsidR="001C3762" w:rsidRPr="00472B23" w:rsidRDefault="00C51D85" w:rsidP="009E2488">
      <w:pPr>
        <w:keepNext/>
        <w:rPr>
          <w:b/>
        </w:rPr>
      </w:pPr>
      <w:r w:rsidRPr="00E05A84">
        <w:rPr>
          <w:b/>
        </w:rPr>
        <w:lastRenderedPageBreak/>
        <w:t>T</w:t>
      </w:r>
      <w:r w:rsidR="00472B23" w:rsidRPr="00E05A84">
        <w:rPr>
          <w:b/>
        </w:rPr>
        <w:t>ABLE</w:t>
      </w:r>
      <w:r w:rsidRPr="00E05A84">
        <w:rPr>
          <w:b/>
        </w:rPr>
        <w:t xml:space="preserve"> 11 </w:t>
      </w:r>
      <w:r w:rsidRPr="00451CBA">
        <w:rPr>
          <w:b/>
        </w:rPr>
        <w:t>Opinions on cervical cancer screening</w:t>
      </w:r>
    </w:p>
    <w:tbl>
      <w:tblPr>
        <w:tblW w:w="856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917"/>
        <w:gridCol w:w="1644"/>
      </w:tblGrid>
      <w:tr w:rsidR="001C3762" w:rsidRPr="00E043C5" w14:paraId="4C7AB6C2" w14:textId="77777777" w:rsidTr="009E2488">
        <w:trPr>
          <w:trHeight w:val="340"/>
          <w:tblHeader/>
        </w:trPr>
        <w:tc>
          <w:tcPr>
            <w:tcW w:w="69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EF44B0" w14:textId="50E4FB2C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Opinion</w:t>
            </w:r>
          </w:p>
        </w:tc>
        <w:tc>
          <w:tcPr>
            <w:tcW w:w="16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2AF160" w14:textId="7B84A970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(%)</w:t>
            </w:r>
          </w:p>
        </w:tc>
      </w:tr>
      <w:tr w:rsidR="001C3762" w:rsidRPr="00E043C5" w14:paraId="5593E0E0" w14:textId="77777777" w:rsidTr="009E2488">
        <w:trPr>
          <w:trHeight w:val="340"/>
        </w:trPr>
        <w:tc>
          <w:tcPr>
            <w:tcW w:w="691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AC203E0" w14:textId="77777777" w:rsidR="001C3762" w:rsidRPr="00E043C5" w:rsidRDefault="00C51D85" w:rsidP="009E2488">
            <w:pPr>
              <w:spacing w:line="240" w:lineRule="auto"/>
            </w:pPr>
            <w:r w:rsidRPr="00E043C5">
              <w:t>I have no knowledge about cervical cancer screening.</w:t>
            </w:r>
          </w:p>
        </w:tc>
        <w:tc>
          <w:tcPr>
            <w:tcW w:w="1644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1B6239" w14:textId="77777777" w:rsidR="001C3762" w:rsidRPr="00E043C5" w:rsidRDefault="00C51D85" w:rsidP="009E2488">
            <w:pPr>
              <w:spacing w:line="240" w:lineRule="auto"/>
            </w:pPr>
            <w:r w:rsidRPr="00E043C5">
              <w:t>243 (37.7%)</w:t>
            </w:r>
          </w:p>
        </w:tc>
      </w:tr>
      <w:tr w:rsidR="001C3762" w:rsidRPr="00E043C5" w14:paraId="6446840A" w14:textId="77777777" w:rsidTr="009E2488">
        <w:trPr>
          <w:trHeight w:val="340"/>
        </w:trPr>
        <w:tc>
          <w:tcPr>
            <w:tcW w:w="691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26C5BF" w14:textId="77777777" w:rsidR="001C3762" w:rsidRPr="00E043C5" w:rsidRDefault="00C51D85" w:rsidP="009E2488">
            <w:pPr>
              <w:spacing w:line="240" w:lineRule="auto"/>
            </w:pPr>
            <w:r w:rsidRPr="00E043C5">
              <w:t>It is necessary for all women.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B7CF817" w14:textId="77777777" w:rsidR="001C3762" w:rsidRPr="00E043C5" w:rsidRDefault="00C51D85" w:rsidP="009E2488">
            <w:pPr>
              <w:spacing w:line="240" w:lineRule="auto"/>
            </w:pPr>
            <w:r w:rsidRPr="00E043C5">
              <w:t>632 (98.1%)</w:t>
            </w:r>
          </w:p>
        </w:tc>
      </w:tr>
      <w:tr w:rsidR="001C3762" w:rsidRPr="00E043C5" w14:paraId="30BB66C1" w14:textId="77777777" w:rsidTr="009E2488">
        <w:trPr>
          <w:trHeight w:val="340"/>
        </w:trPr>
        <w:tc>
          <w:tcPr>
            <w:tcW w:w="691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0444CE0" w14:textId="77777777" w:rsidR="001C3762" w:rsidRPr="00E043C5" w:rsidRDefault="00C51D85" w:rsidP="009E2488">
            <w:pPr>
              <w:spacing w:line="240" w:lineRule="auto"/>
            </w:pPr>
            <w:r w:rsidRPr="00E043C5">
              <w:t>It is necessary for women who are sexually active.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45EDAA" w14:textId="77777777" w:rsidR="001C3762" w:rsidRPr="00E043C5" w:rsidRDefault="00C51D85" w:rsidP="009E2488">
            <w:pPr>
              <w:spacing w:line="240" w:lineRule="auto"/>
            </w:pPr>
            <w:r w:rsidRPr="00E043C5">
              <w:t>634 (98.4%)</w:t>
            </w:r>
          </w:p>
        </w:tc>
      </w:tr>
      <w:tr w:rsidR="001C3762" w:rsidRPr="00E043C5" w14:paraId="1857DDC8" w14:textId="77777777" w:rsidTr="009E2488">
        <w:trPr>
          <w:trHeight w:val="340"/>
        </w:trPr>
        <w:tc>
          <w:tcPr>
            <w:tcW w:w="691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61D3BB" w14:textId="77777777" w:rsidR="001C3762" w:rsidRPr="00E043C5" w:rsidRDefault="00C51D85" w:rsidP="009E2488">
            <w:pPr>
              <w:spacing w:line="240" w:lineRule="auto"/>
            </w:pPr>
            <w:r w:rsidRPr="00E043C5">
              <w:t>It is necessary for women with abnormal symptoms such as bleeding or abnormal discharge.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0469B3" w14:textId="77777777" w:rsidR="001C3762" w:rsidRPr="00E043C5" w:rsidRDefault="00C51D85" w:rsidP="009E2488">
            <w:pPr>
              <w:spacing w:line="240" w:lineRule="auto"/>
            </w:pPr>
            <w:r w:rsidRPr="00E043C5">
              <w:t>626 (97.2%)</w:t>
            </w:r>
          </w:p>
        </w:tc>
      </w:tr>
      <w:tr w:rsidR="001C3762" w:rsidRPr="00E043C5" w14:paraId="5A39952D" w14:textId="77777777" w:rsidTr="009E2488">
        <w:trPr>
          <w:trHeight w:val="340"/>
        </w:trPr>
        <w:tc>
          <w:tcPr>
            <w:tcW w:w="691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E40EC1" w14:textId="77777777" w:rsidR="001C3762" w:rsidRPr="00E043C5" w:rsidRDefault="00C51D85" w:rsidP="009E2488">
            <w:pPr>
              <w:spacing w:line="240" w:lineRule="auto"/>
            </w:pPr>
            <w:r w:rsidRPr="00E043C5">
              <w:t>It is not necessary for pregnant women.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116FECC" w14:textId="77777777" w:rsidR="001C3762" w:rsidRPr="00E043C5" w:rsidRDefault="00C51D85" w:rsidP="009E2488">
            <w:pPr>
              <w:spacing w:line="240" w:lineRule="auto"/>
            </w:pPr>
            <w:r w:rsidRPr="00E043C5">
              <w:t>626 (97.2%)</w:t>
            </w:r>
          </w:p>
        </w:tc>
      </w:tr>
      <w:tr w:rsidR="001C3762" w:rsidRPr="00E043C5" w14:paraId="49243F8F" w14:textId="77777777" w:rsidTr="009E2488">
        <w:trPr>
          <w:trHeight w:val="340"/>
        </w:trPr>
        <w:tc>
          <w:tcPr>
            <w:tcW w:w="691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E1CBA9C" w14:textId="77777777" w:rsidR="001C3762" w:rsidRPr="00E043C5" w:rsidRDefault="00C51D85" w:rsidP="009E2488">
            <w:pPr>
              <w:spacing w:line="240" w:lineRule="auto"/>
            </w:pPr>
            <w:r w:rsidRPr="00E043C5">
              <w:t>It is not necessary for postpartum women.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2FD5A7" w14:textId="77777777" w:rsidR="001C3762" w:rsidRPr="00E043C5" w:rsidRDefault="00C51D85" w:rsidP="009E2488">
            <w:pPr>
              <w:spacing w:line="240" w:lineRule="auto"/>
            </w:pPr>
            <w:r w:rsidRPr="00E043C5">
              <w:t>635 (98.6%)</w:t>
            </w:r>
          </w:p>
        </w:tc>
      </w:tr>
      <w:tr w:rsidR="001C3762" w:rsidRPr="00E043C5" w14:paraId="5775EDDE" w14:textId="77777777" w:rsidTr="009E2488">
        <w:trPr>
          <w:trHeight w:val="340"/>
        </w:trPr>
        <w:tc>
          <w:tcPr>
            <w:tcW w:w="691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EA72D44" w14:textId="77777777" w:rsidR="001C3762" w:rsidRPr="00E043C5" w:rsidRDefault="00C51D85" w:rsidP="009E2488">
            <w:pPr>
              <w:spacing w:line="240" w:lineRule="auto"/>
            </w:pPr>
            <w:r w:rsidRPr="00E043C5">
              <w:t>It is not necessary for single women who have never had sexual intercourse.</w:t>
            </w:r>
          </w:p>
        </w:tc>
        <w:tc>
          <w:tcPr>
            <w:tcW w:w="1644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E8034CA" w14:textId="77777777" w:rsidR="001C3762" w:rsidRPr="00E043C5" w:rsidRDefault="00C51D85" w:rsidP="009E2488">
            <w:pPr>
              <w:spacing w:line="240" w:lineRule="auto"/>
            </w:pPr>
            <w:r w:rsidRPr="00E043C5">
              <w:t>605 (93.9%)</w:t>
            </w:r>
          </w:p>
        </w:tc>
      </w:tr>
    </w:tbl>
    <w:p w14:paraId="6233383C" w14:textId="77777777" w:rsidR="00232A8B" w:rsidRPr="00E043C5" w:rsidRDefault="00C51D85" w:rsidP="009E2488">
      <w:pPr>
        <w:spacing w:before="100" w:beforeAutospacing="1"/>
      </w:pPr>
      <w:r w:rsidRPr="00E043C5">
        <w:t>Values are the number of participants who agreed with each statement (</w:t>
      </w:r>
      <w:r w:rsidRPr="00E043C5">
        <w:rPr>
          <w:i/>
        </w:rPr>
        <w:t>N</w:t>
      </w:r>
      <w:r w:rsidRPr="00E043C5">
        <w:t xml:space="preserve"> = 644).</w:t>
      </w:r>
    </w:p>
    <w:p w14:paraId="660589EC" w14:textId="25A95AC4" w:rsidR="001B3317" w:rsidRPr="00E043C5" w:rsidRDefault="001B3317" w:rsidP="00037F29">
      <w:r w:rsidRPr="00E043C5">
        <w:br w:type="page"/>
      </w:r>
    </w:p>
    <w:p w14:paraId="7D891B11" w14:textId="2753BACB" w:rsidR="001C3762" w:rsidRPr="00E043C5" w:rsidRDefault="00C51D85" w:rsidP="009E2488">
      <w:pPr>
        <w:keepNext/>
      </w:pPr>
      <w:r w:rsidRPr="00E043C5">
        <w:rPr>
          <w:b/>
        </w:rPr>
        <w:lastRenderedPageBreak/>
        <w:t>T</w:t>
      </w:r>
      <w:r w:rsidR="00472B23" w:rsidRPr="00E043C5">
        <w:rPr>
          <w:b/>
        </w:rPr>
        <w:t>ABLE</w:t>
      </w:r>
      <w:r w:rsidRPr="00E043C5">
        <w:rPr>
          <w:b/>
        </w:rPr>
        <w:t xml:space="preserve"> 12</w:t>
      </w:r>
      <w:r w:rsidRPr="00472B23">
        <w:rPr>
          <w:b/>
          <w:bCs/>
        </w:rPr>
        <w:t xml:space="preserve"> Factors associated with HPV vaccination</w:t>
      </w:r>
    </w:p>
    <w:tbl>
      <w:tblPr>
        <w:tblW w:w="8674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82"/>
        <w:gridCol w:w="1757"/>
        <w:gridCol w:w="1758"/>
        <w:gridCol w:w="1077"/>
      </w:tblGrid>
      <w:tr w:rsidR="00E2491E" w:rsidRPr="00E043C5" w14:paraId="56A678C8" w14:textId="77777777" w:rsidTr="004C74E1">
        <w:trPr>
          <w:trHeight w:val="340"/>
          <w:tblHeader/>
        </w:trPr>
        <w:tc>
          <w:tcPr>
            <w:tcW w:w="408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E05071" w14:textId="77777777" w:rsidR="00E2491E" w:rsidRPr="00E043C5" w:rsidRDefault="00E2491E">
            <w:pPr>
              <w:spacing w:line="240" w:lineRule="auto"/>
            </w:pPr>
            <w:r w:rsidRPr="00E043C5">
              <w:rPr>
                <w:b/>
              </w:rPr>
              <w:t>Variable</w:t>
            </w:r>
          </w:p>
        </w:tc>
        <w:tc>
          <w:tcPr>
            <w:tcW w:w="3515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7ABCDE" w14:textId="437854FF" w:rsidR="00E2491E" w:rsidRPr="00E043C5" w:rsidRDefault="00E2491E">
            <w:pPr>
              <w:spacing w:line="240" w:lineRule="auto"/>
            </w:pPr>
            <w:r w:rsidRPr="00E043C5">
              <w:rPr>
                <w:b/>
              </w:rPr>
              <w:t>HPV vaccination</w:t>
            </w:r>
          </w:p>
        </w:tc>
        <w:tc>
          <w:tcPr>
            <w:tcW w:w="1077" w:type="dxa"/>
            <w:vMerge w:val="restart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AC64DF" w14:textId="77777777" w:rsidR="00E2491E" w:rsidRPr="00E043C5" w:rsidRDefault="00E2491E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</w:tr>
      <w:tr w:rsidR="00E2491E" w:rsidRPr="00E043C5" w14:paraId="210BB2DF" w14:textId="77777777" w:rsidTr="004C74E1">
        <w:trPr>
          <w:trHeight w:val="340"/>
          <w:tblHeader/>
        </w:trPr>
        <w:tc>
          <w:tcPr>
            <w:tcW w:w="408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746C38" w14:textId="77777777" w:rsidR="00E2491E" w:rsidRPr="00E043C5" w:rsidRDefault="00E2491E">
            <w:pPr>
              <w:spacing w:line="240" w:lineRule="auto"/>
            </w:pP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6878D5" w14:textId="77777777" w:rsidR="00E2491E" w:rsidRPr="00E043C5" w:rsidRDefault="00E2491E">
            <w:pPr>
              <w:spacing w:line="240" w:lineRule="auto"/>
            </w:pPr>
            <w:r w:rsidRPr="00E043C5">
              <w:rPr>
                <w:b/>
              </w:rPr>
              <w:t>No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584)</w:t>
            </w:r>
          </w:p>
        </w:tc>
        <w:tc>
          <w:tcPr>
            <w:tcW w:w="175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F07113" w14:textId="77777777" w:rsidR="00E2491E" w:rsidRPr="00E043C5" w:rsidRDefault="00E2491E">
            <w:pPr>
              <w:spacing w:line="240" w:lineRule="auto"/>
            </w:pPr>
            <w:r w:rsidRPr="00E043C5">
              <w:rPr>
                <w:b/>
              </w:rPr>
              <w:t>Yes (</w:t>
            </w:r>
            <w:r w:rsidRPr="00E043C5">
              <w:rPr>
                <w:b/>
                <w:i/>
              </w:rPr>
              <w:t>n</w:t>
            </w:r>
            <w:r w:rsidRPr="00E043C5">
              <w:rPr>
                <w:b/>
              </w:rPr>
              <w:t xml:space="preserve"> = 60)</w:t>
            </w:r>
          </w:p>
        </w:tc>
        <w:tc>
          <w:tcPr>
            <w:tcW w:w="1077" w:type="dxa"/>
            <w:vMerge/>
            <w:tcBorders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2EBCBE" w14:textId="77777777" w:rsidR="00E2491E" w:rsidRPr="00E043C5" w:rsidRDefault="00E2491E">
            <w:pPr>
              <w:spacing w:line="240" w:lineRule="auto"/>
            </w:pPr>
          </w:p>
        </w:tc>
      </w:tr>
      <w:tr w:rsidR="001C3762" w:rsidRPr="00E043C5" w14:paraId="17A61BA0" w14:textId="77777777" w:rsidTr="00E2491E">
        <w:trPr>
          <w:trHeight w:val="340"/>
        </w:trPr>
        <w:tc>
          <w:tcPr>
            <w:tcW w:w="4082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D9D36D" w14:textId="77777777" w:rsidR="001C3762" w:rsidRPr="00E043C5" w:rsidRDefault="00C51D85">
            <w:pPr>
              <w:spacing w:line="240" w:lineRule="auto"/>
            </w:pPr>
            <w:r w:rsidRPr="00E043C5">
              <w:t>Maternal age, years, mean (SD)</w:t>
            </w:r>
          </w:p>
        </w:tc>
        <w:tc>
          <w:tcPr>
            <w:tcW w:w="175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90E234" w14:textId="77777777" w:rsidR="001C3762" w:rsidRPr="00E043C5" w:rsidRDefault="00C51D85">
            <w:pPr>
              <w:spacing w:line="240" w:lineRule="auto"/>
            </w:pPr>
            <w:r w:rsidRPr="00E043C5">
              <w:t>31.7 (5.4)</w:t>
            </w:r>
          </w:p>
        </w:tc>
        <w:tc>
          <w:tcPr>
            <w:tcW w:w="1758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42A40E" w14:textId="77777777" w:rsidR="001C3762" w:rsidRPr="00E043C5" w:rsidRDefault="00C51D85">
            <w:pPr>
              <w:spacing w:line="240" w:lineRule="auto"/>
            </w:pPr>
            <w:r w:rsidRPr="00E043C5">
              <w:t>31.0 (6.1)</w:t>
            </w:r>
          </w:p>
        </w:tc>
        <w:tc>
          <w:tcPr>
            <w:tcW w:w="107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9C8BA6" w14:textId="77777777" w:rsidR="001C3762" w:rsidRPr="00E043C5" w:rsidRDefault="00C51D85">
            <w:pPr>
              <w:spacing w:line="240" w:lineRule="auto"/>
            </w:pPr>
            <w:r w:rsidRPr="00E043C5">
              <w:t>.357</w:t>
            </w:r>
          </w:p>
        </w:tc>
      </w:tr>
      <w:tr w:rsidR="001C3762" w:rsidRPr="00E043C5" w14:paraId="22F90F33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7E8511" w14:textId="77777777" w:rsidR="001C3762" w:rsidRPr="00E043C5" w:rsidRDefault="00C51D85">
            <w:pPr>
              <w:spacing w:line="240" w:lineRule="auto"/>
            </w:pPr>
            <w:r w:rsidRPr="00E043C5">
              <w:t>BMI, kg/m</w:t>
            </w:r>
            <w:r w:rsidRPr="00E043C5">
              <w:rPr>
                <w:vertAlign w:val="superscript"/>
              </w:rPr>
              <w:t>2</w:t>
            </w:r>
            <w:r w:rsidRPr="00E043C5">
              <w:t>, mean (SD)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C3C301" w14:textId="77777777" w:rsidR="001C3762" w:rsidRPr="00E043C5" w:rsidRDefault="00C51D85">
            <w:pPr>
              <w:spacing w:line="240" w:lineRule="auto"/>
            </w:pPr>
            <w:r w:rsidRPr="00E043C5">
              <w:t>24.4 (5.8)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1CD16E" w14:textId="77777777" w:rsidR="001C3762" w:rsidRPr="00E043C5" w:rsidRDefault="00C51D85">
            <w:pPr>
              <w:spacing w:line="240" w:lineRule="auto"/>
            </w:pPr>
            <w:r w:rsidRPr="00E043C5">
              <w:t>23.3 (4.9)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9B6185" w14:textId="77777777" w:rsidR="001C3762" w:rsidRPr="00E043C5" w:rsidRDefault="00C51D85">
            <w:pPr>
              <w:spacing w:line="240" w:lineRule="auto"/>
            </w:pPr>
            <w:r w:rsidRPr="00E043C5">
              <w:t>.253</w:t>
            </w:r>
          </w:p>
        </w:tc>
      </w:tr>
      <w:tr w:rsidR="001C3762" w:rsidRPr="00E043C5" w14:paraId="2C6BE051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C8CFE0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Education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DB8EA0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FB908D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E557F3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.004</w:t>
            </w:r>
          </w:p>
        </w:tc>
      </w:tr>
      <w:tr w:rsidR="001C3762" w:rsidRPr="00E043C5" w14:paraId="7FDBBA5A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895180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Bachelor’s degree and below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087FAE" w14:textId="77777777" w:rsidR="001C3762" w:rsidRPr="00E043C5" w:rsidRDefault="00C51D85">
            <w:pPr>
              <w:spacing w:line="240" w:lineRule="auto"/>
            </w:pPr>
            <w:r w:rsidRPr="00E043C5">
              <w:t>526 (90.1%)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170A6D" w14:textId="77777777" w:rsidR="001C3762" w:rsidRPr="00726492" w:rsidRDefault="00C51D85">
            <w:pPr>
              <w:spacing w:line="240" w:lineRule="auto"/>
            </w:pPr>
            <w:r w:rsidRPr="00726492">
              <w:t>46 (76.7%)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F7FE17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2B0442B8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891498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Higher than a bachelor’s degree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E7D579" w14:textId="77777777" w:rsidR="001C3762" w:rsidRPr="00E043C5" w:rsidRDefault="00C51D85">
            <w:pPr>
              <w:spacing w:line="240" w:lineRule="auto"/>
            </w:pPr>
            <w:r w:rsidRPr="00E043C5">
              <w:t>58 (9.9%)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F55D06" w14:textId="77777777" w:rsidR="001C3762" w:rsidRPr="00726492" w:rsidRDefault="00C51D85">
            <w:pPr>
              <w:spacing w:line="240" w:lineRule="auto"/>
            </w:pPr>
            <w:r w:rsidRPr="00726492">
              <w:t>14 (23.3%)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FE6F65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14E2C4EA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805C31" w14:textId="165CC54C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Income</w:t>
            </w:r>
            <w:r w:rsidR="00721627">
              <w:rPr>
                <w:b/>
              </w:rPr>
              <w:t>, b</w:t>
            </w:r>
            <w:r w:rsidR="00721627" w:rsidRPr="00721627">
              <w:rPr>
                <w:b/>
              </w:rPr>
              <w:t>aht per month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5DAB5B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837695" w14:textId="77777777" w:rsidR="001C3762" w:rsidRPr="00E05A84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6918A3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.017</w:t>
            </w:r>
          </w:p>
        </w:tc>
      </w:tr>
      <w:tr w:rsidR="001C3762" w:rsidRPr="00E043C5" w14:paraId="4EDDBBF7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A8F21E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&lt; 50 000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5D40B7" w14:textId="77777777" w:rsidR="001C3762" w:rsidRPr="00E043C5" w:rsidRDefault="00C51D85">
            <w:pPr>
              <w:spacing w:line="240" w:lineRule="auto"/>
            </w:pPr>
            <w:r w:rsidRPr="00E043C5">
              <w:t>528 (90.4%)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8881D2" w14:textId="77777777" w:rsidR="001C3762" w:rsidRPr="00726492" w:rsidRDefault="00C51D85">
            <w:pPr>
              <w:spacing w:line="240" w:lineRule="auto"/>
            </w:pPr>
            <w:r w:rsidRPr="00726492">
              <w:t>43 (71.7%)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E95138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4CB67E8F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80DEC7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≥ 50 000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EF4F4A" w14:textId="77777777" w:rsidR="001C3762" w:rsidRPr="00E043C5" w:rsidRDefault="00C51D85">
            <w:pPr>
              <w:spacing w:line="240" w:lineRule="auto"/>
            </w:pPr>
            <w:r w:rsidRPr="00E043C5">
              <w:t>56 (9.6%)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C178F0" w14:textId="20A9F7B5" w:rsidR="001C3762" w:rsidRPr="00726492" w:rsidRDefault="00C51D85">
            <w:pPr>
              <w:spacing w:line="240" w:lineRule="auto"/>
            </w:pPr>
            <w:r w:rsidRPr="00726492">
              <w:t>1</w:t>
            </w:r>
            <w:r w:rsidR="00CC739A" w:rsidRPr="00726492">
              <w:t>7</w:t>
            </w:r>
            <w:r w:rsidRPr="00726492">
              <w:t xml:space="preserve"> (2</w:t>
            </w:r>
            <w:r w:rsidR="005967F0" w:rsidRPr="00726492">
              <w:t>8</w:t>
            </w:r>
            <w:r w:rsidRPr="00726492">
              <w:t>.</w:t>
            </w:r>
            <w:r w:rsidR="005967F0" w:rsidRPr="00726492">
              <w:t>3</w:t>
            </w:r>
            <w:r w:rsidRPr="00726492">
              <w:t>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496BB9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28E1FF7E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221270" w14:textId="0DE636CC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Marital status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2A080A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8327B3" w14:textId="77777777" w:rsidR="001C3762" w:rsidRPr="00E05A84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96BD1D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.007</w:t>
            </w:r>
          </w:p>
        </w:tc>
      </w:tr>
      <w:tr w:rsidR="001C3762" w:rsidRPr="00E043C5" w14:paraId="611051FF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134537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Married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530A8C" w14:textId="77777777" w:rsidR="001C3762" w:rsidRPr="00E043C5" w:rsidRDefault="00C51D85">
            <w:pPr>
              <w:spacing w:line="240" w:lineRule="auto"/>
            </w:pPr>
            <w:r w:rsidRPr="00E043C5">
              <w:t>574 (98.3%)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C88636" w14:textId="77777777" w:rsidR="001C3762" w:rsidRPr="00726492" w:rsidRDefault="00C51D85">
            <w:pPr>
              <w:spacing w:line="240" w:lineRule="auto"/>
            </w:pPr>
            <w:r w:rsidRPr="00726492">
              <w:t>47 (78.3%)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D19364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4A37A92C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A26886A" w14:textId="087FF0D9" w:rsidR="001C3762" w:rsidRPr="00E043C5" w:rsidRDefault="00C51D85">
            <w:pPr>
              <w:spacing w:line="240" w:lineRule="auto"/>
              <w:ind w:left="227"/>
            </w:pPr>
            <w:r w:rsidRPr="00E043C5">
              <w:t>Divorced, separated, or widowed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4C301C" w14:textId="77777777" w:rsidR="001C3762" w:rsidRPr="00E043C5" w:rsidRDefault="00C51D85">
            <w:pPr>
              <w:spacing w:line="240" w:lineRule="auto"/>
            </w:pPr>
            <w:r w:rsidRPr="00E043C5">
              <w:t>10 (1.7%)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DE87B3" w14:textId="627F049A" w:rsidR="001C3762" w:rsidRPr="00726492" w:rsidRDefault="00456A2F">
            <w:pPr>
              <w:spacing w:line="240" w:lineRule="auto"/>
            </w:pPr>
            <w:r w:rsidRPr="00726492">
              <w:t>13</w:t>
            </w:r>
            <w:r w:rsidR="00C51D85" w:rsidRPr="00726492">
              <w:t xml:space="preserve"> (</w:t>
            </w:r>
            <w:r w:rsidRPr="00726492">
              <w:t>21.7</w:t>
            </w:r>
            <w:r w:rsidR="00C51D85" w:rsidRPr="00726492">
              <w:t>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08BC96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5A82A6A8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61DF4A" w14:textId="654D7F98" w:rsidR="001C3762" w:rsidRPr="00E043C5" w:rsidRDefault="00C51D85">
            <w:pPr>
              <w:spacing w:line="240" w:lineRule="auto"/>
            </w:pPr>
            <w:r w:rsidRPr="00E043C5">
              <w:t>More than 1 sexual partner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BFFFB6" w14:textId="77777777" w:rsidR="001C3762" w:rsidRPr="00E043C5" w:rsidRDefault="00C51D85">
            <w:pPr>
              <w:spacing w:line="240" w:lineRule="auto"/>
            </w:pPr>
            <w:r w:rsidRPr="00E043C5">
              <w:t>10 (1.7%)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C1BD2F" w14:textId="77777777" w:rsidR="001C3762" w:rsidRPr="00E05A84" w:rsidRDefault="00C51D85">
            <w:pPr>
              <w:spacing w:line="240" w:lineRule="auto"/>
            </w:pPr>
            <w:r w:rsidRPr="00E05A84">
              <w:t>0 (0%)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83ACA2" w14:textId="77777777" w:rsidR="001C3762" w:rsidRPr="00E043C5" w:rsidRDefault="00C51D85">
            <w:pPr>
              <w:spacing w:line="240" w:lineRule="auto"/>
            </w:pPr>
            <w:r w:rsidRPr="00E043C5">
              <w:t>.610</w:t>
            </w:r>
          </w:p>
        </w:tc>
      </w:tr>
      <w:tr w:rsidR="001C3762" w:rsidRPr="00E043C5" w14:paraId="21CAA34C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4052C5" w14:textId="77777777" w:rsidR="001C3762" w:rsidRPr="00E043C5" w:rsidRDefault="00C51D85">
            <w:pPr>
              <w:spacing w:line="240" w:lineRule="auto"/>
            </w:pPr>
            <w:r w:rsidRPr="00E043C5">
              <w:t>Smoking exposure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B4444D" w14:textId="77777777" w:rsidR="001C3762" w:rsidRPr="00E043C5" w:rsidRDefault="00C51D85">
            <w:pPr>
              <w:spacing w:line="240" w:lineRule="auto"/>
            </w:pPr>
            <w:r w:rsidRPr="00E043C5">
              <w:t>118 (20.2%)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AD3E06" w14:textId="77777777" w:rsidR="001C3762" w:rsidRPr="00E05A84" w:rsidRDefault="00C51D85">
            <w:pPr>
              <w:spacing w:line="240" w:lineRule="auto"/>
            </w:pPr>
            <w:r w:rsidRPr="00E05A84">
              <w:t>13 (21.7%)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31565B" w14:textId="77777777" w:rsidR="001C3762" w:rsidRPr="00E043C5" w:rsidRDefault="00C51D85">
            <w:pPr>
              <w:spacing w:line="240" w:lineRule="auto"/>
            </w:pPr>
            <w:r w:rsidRPr="00E043C5">
              <w:t>.866</w:t>
            </w:r>
          </w:p>
        </w:tc>
      </w:tr>
      <w:tr w:rsidR="001C3762" w:rsidRPr="00E043C5" w14:paraId="3C586430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E763F6" w14:textId="6924CEC5" w:rsidR="001C3762" w:rsidRPr="00E043C5" w:rsidRDefault="00C51D85">
            <w:pPr>
              <w:spacing w:line="240" w:lineRule="auto"/>
            </w:pPr>
            <w:r w:rsidRPr="00E043C5">
              <w:t>Alcohol consumption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F2CDE7" w14:textId="77777777" w:rsidR="001C3762" w:rsidRPr="00E043C5" w:rsidRDefault="00C51D85">
            <w:pPr>
              <w:spacing w:line="240" w:lineRule="auto"/>
            </w:pPr>
            <w:r w:rsidRPr="00E043C5">
              <w:t>251 (43.0%)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D1E25F" w14:textId="77777777" w:rsidR="001C3762" w:rsidRPr="00E05A84" w:rsidRDefault="00C51D85">
            <w:pPr>
              <w:spacing w:line="240" w:lineRule="auto"/>
            </w:pPr>
            <w:r w:rsidRPr="00E05A84">
              <w:t>17 (28.3%)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E62CFA" w14:textId="77777777" w:rsidR="001C3762" w:rsidRPr="00E043C5" w:rsidRDefault="00C51D85">
            <w:pPr>
              <w:spacing w:line="240" w:lineRule="auto"/>
            </w:pPr>
            <w:r w:rsidRPr="00E043C5">
              <w:t>.038</w:t>
            </w:r>
          </w:p>
        </w:tc>
      </w:tr>
      <w:tr w:rsidR="001C3762" w:rsidRPr="00E043C5" w14:paraId="6B53F173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085889" w14:textId="6C2A75FD" w:rsidR="001C3762" w:rsidRPr="000B50EE" w:rsidRDefault="003E4191">
            <w:pPr>
              <w:spacing w:line="240" w:lineRule="auto"/>
            </w:pPr>
            <w:r w:rsidRPr="000B50EE">
              <w:t>Previous</w:t>
            </w:r>
            <w:r w:rsidR="00C51D85" w:rsidRPr="000B50EE">
              <w:t xml:space="preserve"> </w:t>
            </w:r>
            <w:r w:rsidR="00BA07C9" w:rsidRPr="000B50EE">
              <w:t>STI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39441B" w14:textId="77777777" w:rsidR="001C3762" w:rsidRPr="00E043C5" w:rsidRDefault="00C51D85">
            <w:pPr>
              <w:spacing w:line="240" w:lineRule="auto"/>
            </w:pPr>
            <w:r w:rsidRPr="00E043C5">
              <w:t>10 (1.7%)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F68C77" w14:textId="77777777" w:rsidR="001C3762" w:rsidRPr="00E05A84" w:rsidRDefault="00C51D85">
            <w:pPr>
              <w:spacing w:line="240" w:lineRule="auto"/>
            </w:pPr>
            <w:r w:rsidRPr="00E05A84">
              <w:t>2 (3.3%)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775DBD" w14:textId="77777777" w:rsidR="001C3762" w:rsidRPr="00E043C5" w:rsidRDefault="00C51D85">
            <w:pPr>
              <w:spacing w:line="240" w:lineRule="auto"/>
            </w:pPr>
            <w:r w:rsidRPr="00E043C5">
              <w:t>.310</w:t>
            </w:r>
          </w:p>
        </w:tc>
      </w:tr>
      <w:tr w:rsidR="001C3762" w:rsidRPr="00E043C5" w14:paraId="79D3DF4C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E62C829" w14:textId="33FD5EAD" w:rsidR="001C3762" w:rsidRPr="000B50EE" w:rsidRDefault="00BA07C9">
            <w:pPr>
              <w:spacing w:line="240" w:lineRule="auto"/>
            </w:pPr>
            <w:r w:rsidRPr="000B50EE">
              <w:t>STI</w:t>
            </w:r>
            <w:r w:rsidR="003E4191" w:rsidRPr="000B50EE">
              <w:t xml:space="preserve"> in current pregnancy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A57846" w14:textId="77777777" w:rsidR="001C3762" w:rsidRPr="00E043C5" w:rsidRDefault="00C51D85">
            <w:pPr>
              <w:spacing w:line="240" w:lineRule="auto"/>
            </w:pPr>
            <w:r w:rsidRPr="00E043C5">
              <w:t>5 (0.9%)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041C27" w14:textId="77777777" w:rsidR="001C3762" w:rsidRPr="00E05A84" w:rsidRDefault="00C51D85">
            <w:pPr>
              <w:spacing w:line="240" w:lineRule="auto"/>
            </w:pPr>
            <w:r w:rsidRPr="00E05A84">
              <w:t>1 (1.7%)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B8CE6D" w14:textId="77777777" w:rsidR="001C3762" w:rsidRPr="00E043C5" w:rsidRDefault="00C51D85">
            <w:pPr>
              <w:spacing w:line="240" w:lineRule="auto"/>
            </w:pPr>
            <w:r w:rsidRPr="00E043C5">
              <w:t>.445</w:t>
            </w:r>
          </w:p>
        </w:tc>
      </w:tr>
      <w:tr w:rsidR="001C3762" w:rsidRPr="00E043C5" w14:paraId="0CBC9D83" w14:textId="77777777" w:rsidTr="00E2491E">
        <w:trPr>
          <w:trHeight w:val="340"/>
        </w:trPr>
        <w:tc>
          <w:tcPr>
            <w:tcW w:w="4082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02A4D30" w14:textId="77777777" w:rsidR="001C3762" w:rsidRPr="00E043C5" w:rsidRDefault="00C51D85">
            <w:pPr>
              <w:spacing w:line="240" w:lineRule="auto"/>
            </w:pPr>
            <w:r w:rsidRPr="00E043C5">
              <w:t>Previous cervical cancer screening</w:t>
            </w:r>
          </w:p>
        </w:tc>
        <w:tc>
          <w:tcPr>
            <w:tcW w:w="175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DFF78B" w14:textId="77777777" w:rsidR="001C3762" w:rsidRPr="00E043C5" w:rsidRDefault="00C51D85">
            <w:pPr>
              <w:spacing w:line="240" w:lineRule="auto"/>
            </w:pPr>
            <w:r w:rsidRPr="00E043C5">
              <w:t>208 (35.6%)</w:t>
            </w:r>
          </w:p>
        </w:tc>
        <w:tc>
          <w:tcPr>
            <w:tcW w:w="1758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283F74" w14:textId="77777777" w:rsidR="001C3762" w:rsidRPr="00E043C5" w:rsidRDefault="00C51D85">
            <w:pPr>
              <w:spacing w:line="240" w:lineRule="auto"/>
            </w:pPr>
            <w:r w:rsidRPr="00E043C5">
              <w:t>34 (56.7%)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170237" w14:textId="77777777" w:rsidR="001C3762" w:rsidRPr="00E043C5" w:rsidRDefault="00C51D85">
            <w:pPr>
              <w:spacing w:line="240" w:lineRule="auto"/>
            </w:pPr>
            <w:r w:rsidRPr="00E043C5">
              <w:t>.002</w:t>
            </w:r>
          </w:p>
        </w:tc>
      </w:tr>
    </w:tbl>
    <w:p w14:paraId="3AF3753F" w14:textId="40ACE589" w:rsidR="001C3762" w:rsidRDefault="00C51D85" w:rsidP="009E2488">
      <w:pPr>
        <w:spacing w:before="100" w:beforeAutospacing="1"/>
      </w:pPr>
      <w:r w:rsidRPr="00E043C5">
        <w:t xml:space="preserve">Categorical data were compared with the chi-square test and continuous data with the independent </w:t>
      </w:r>
      <w:r w:rsidRPr="00E043C5">
        <w:rPr>
          <w:i/>
        </w:rPr>
        <w:t>t</w:t>
      </w:r>
      <w:r w:rsidRPr="00E043C5">
        <w:t xml:space="preserve"> test.</w:t>
      </w:r>
      <w:r w:rsidRPr="00E043C5">
        <w:br/>
      </w:r>
      <w:r w:rsidRPr="00E043C5">
        <w:rPr>
          <w:b/>
        </w:rPr>
        <w:t>Abbreviations:</w:t>
      </w:r>
      <w:r w:rsidRPr="00E043C5">
        <w:t xml:space="preserve"> BMI, body mass index; HPV, human papillomavirus; STD, sexually transmitted disease.</w:t>
      </w:r>
    </w:p>
    <w:p w14:paraId="0F9776B3" w14:textId="77777777" w:rsidR="00094EE8" w:rsidRPr="00E043C5" w:rsidRDefault="00094EE8" w:rsidP="009E2488">
      <w:pPr>
        <w:spacing w:before="100" w:beforeAutospacing="1"/>
      </w:pPr>
    </w:p>
    <w:p w14:paraId="13632D1F" w14:textId="77777777" w:rsidR="001C3762" w:rsidRPr="00E043C5" w:rsidRDefault="001C3762">
      <w:pPr>
        <w:sectPr w:rsidR="001C3762" w:rsidRPr="00E043C5">
          <w:pgSz w:w="11906" w:h="16838"/>
          <w:pgMar w:top="1440" w:right="1758" w:bottom="1440" w:left="1758" w:header="720" w:footer="720" w:gutter="0"/>
          <w:cols w:space="720"/>
          <w:docGrid w:linePitch="360"/>
        </w:sectPr>
      </w:pPr>
    </w:p>
    <w:p w14:paraId="5EC6B2B6" w14:textId="217819F7" w:rsidR="001C3762" w:rsidRPr="00472B23" w:rsidRDefault="00C51D85" w:rsidP="00E2491E">
      <w:pPr>
        <w:keepNext/>
        <w:rPr>
          <w:b/>
          <w:bCs/>
        </w:rPr>
      </w:pPr>
      <w:r w:rsidRPr="00E043C5">
        <w:rPr>
          <w:b/>
        </w:rPr>
        <w:lastRenderedPageBreak/>
        <w:t>T</w:t>
      </w:r>
      <w:r w:rsidR="00472B23" w:rsidRPr="00E043C5">
        <w:rPr>
          <w:b/>
        </w:rPr>
        <w:t>ABLE</w:t>
      </w:r>
      <w:r w:rsidRPr="00E043C5">
        <w:rPr>
          <w:b/>
        </w:rPr>
        <w:t xml:space="preserve"> 13</w:t>
      </w:r>
      <w:r w:rsidRPr="00472B23">
        <w:rPr>
          <w:b/>
          <w:bCs/>
        </w:rPr>
        <w:t xml:space="preserve"> Factors associated with HPV vaccination: univariable and multivariable logistic regression</w:t>
      </w:r>
    </w:p>
    <w:tbl>
      <w:tblPr>
        <w:tblW w:w="11509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25"/>
        <w:gridCol w:w="2665"/>
        <w:gridCol w:w="1077"/>
        <w:gridCol w:w="2665"/>
        <w:gridCol w:w="1077"/>
      </w:tblGrid>
      <w:tr w:rsidR="001C3762" w:rsidRPr="00E043C5" w14:paraId="165964CC" w14:textId="77777777" w:rsidTr="006E66DE">
        <w:trPr>
          <w:trHeight w:val="340"/>
          <w:tblHeader/>
        </w:trPr>
        <w:tc>
          <w:tcPr>
            <w:tcW w:w="4025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C2CFA8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Variable</w:t>
            </w:r>
          </w:p>
        </w:tc>
        <w:tc>
          <w:tcPr>
            <w:tcW w:w="3742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A503D9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Univariable analysis</w:t>
            </w:r>
          </w:p>
        </w:tc>
        <w:tc>
          <w:tcPr>
            <w:tcW w:w="3742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916EED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Multivariable analysis</w:t>
            </w:r>
          </w:p>
        </w:tc>
      </w:tr>
      <w:tr w:rsidR="001C3762" w:rsidRPr="00E043C5" w14:paraId="7E44BDD7" w14:textId="77777777" w:rsidTr="006E66DE">
        <w:trPr>
          <w:trHeight w:val="340"/>
          <w:tblHeader/>
        </w:trPr>
        <w:tc>
          <w:tcPr>
            <w:tcW w:w="402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7CB2C2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0E2B5B7" w14:textId="01262BCC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Unadjusted odds ratio</w:t>
            </w:r>
            <w:r w:rsidRPr="00E043C5">
              <w:rPr>
                <w:b/>
              </w:rPr>
              <w:br/>
              <w:t>(95% CI)</w:t>
            </w:r>
          </w:p>
        </w:tc>
        <w:tc>
          <w:tcPr>
            <w:tcW w:w="107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61DD0F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  <w:tc>
          <w:tcPr>
            <w:tcW w:w="266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6A6F67" w14:textId="306AF140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Adjusted odds ratio</w:t>
            </w:r>
            <w:r w:rsidRPr="00E043C5">
              <w:rPr>
                <w:b/>
              </w:rPr>
              <w:br/>
              <w:t>(95% CI)</w:t>
            </w:r>
          </w:p>
        </w:tc>
        <w:tc>
          <w:tcPr>
            <w:tcW w:w="1077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408BED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  <w:i/>
              </w:rPr>
              <w:t>P</w:t>
            </w:r>
            <w:r w:rsidRPr="00E043C5">
              <w:rPr>
                <w:b/>
              </w:rPr>
              <w:t xml:space="preserve"> value</w:t>
            </w:r>
          </w:p>
        </w:tc>
      </w:tr>
      <w:tr w:rsidR="001C3762" w:rsidRPr="00E043C5" w14:paraId="7CBCF2F3" w14:textId="77777777" w:rsidTr="006E66DE">
        <w:trPr>
          <w:trHeight w:val="340"/>
        </w:trPr>
        <w:tc>
          <w:tcPr>
            <w:tcW w:w="402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33CA88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Education</w:t>
            </w:r>
          </w:p>
        </w:tc>
        <w:tc>
          <w:tcPr>
            <w:tcW w:w="266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D8CC4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3DE803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FA8665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top w:val="single" w:sz="12" w:space="0" w:color="000000"/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02993A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5C311844" w14:textId="77777777" w:rsidTr="006E66DE">
        <w:trPr>
          <w:trHeight w:val="340"/>
        </w:trPr>
        <w:tc>
          <w:tcPr>
            <w:tcW w:w="402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C14CE9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Bachelor’s degree and below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B07191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01A950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C9092D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71D624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20C7A393" w14:textId="77777777" w:rsidTr="006E66DE">
        <w:trPr>
          <w:trHeight w:val="340"/>
        </w:trPr>
        <w:tc>
          <w:tcPr>
            <w:tcW w:w="402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27CC5D6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Higher than a bachelor’s degree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BE9A7A" w14:textId="77777777" w:rsidR="001C3762" w:rsidRPr="00E043C5" w:rsidRDefault="00C51D85">
            <w:pPr>
              <w:spacing w:line="240" w:lineRule="auto"/>
            </w:pPr>
            <w:r w:rsidRPr="00E043C5">
              <w:t>2.760 (1.431–5.323)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391E34" w14:textId="77777777" w:rsidR="001C3762" w:rsidRPr="00E043C5" w:rsidRDefault="00C51D85">
            <w:pPr>
              <w:spacing w:line="240" w:lineRule="auto"/>
            </w:pPr>
            <w:r w:rsidRPr="00E043C5">
              <w:t>.004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48693D" w14:textId="77777777" w:rsidR="001C3762" w:rsidRPr="00E043C5" w:rsidRDefault="00C51D85">
            <w:pPr>
              <w:spacing w:line="240" w:lineRule="auto"/>
            </w:pPr>
            <w:r w:rsidRPr="00E043C5">
              <w:t>1.922 (0.947–3.902)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FA1369" w14:textId="77777777" w:rsidR="001C3762" w:rsidRPr="00E043C5" w:rsidRDefault="00C51D85">
            <w:pPr>
              <w:spacing w:line="240" w:lineRule="auto"/>
            </w:pPr>
            <w:r w:rsidRPr="00E043C5">
              <w:t>.071</w:t>
            </w:r>
          </w:p>
        </w:tc>
      </w:tr>
      <w:tr w:rsidR="001C3762" w:rsidRPr="00E043C5" w14:paraId="5F521236" w14:textId="77777777" w:rsidTr="006E66DE">
        <w:trPr>
          <w:trHeight w:val="340"/>
        </w:trPr>
        <w:tc>
          <w:tcPr>
            <w:tcW w:w="402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DAFEC5" w14:textId="2E592C9F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Income</w:t>
            </w:r>
            <w:r w:rsidR="00721627">
              <w:rPr>
                <w:b/>
              </w:rPr>
              <w:t>, b</w:t>
            </w:r>
            <w:r w:rsidR="00721627" w:rsidRPr="00721627">
              <w:rPr>
                <w:b/>
              </w:rPr>
              <w:t>aht per month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6C802A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7DB8BB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249FDF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1601DB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308B7855" w14:textId="77777777" w:rsidTr="006E66DE">
        <w:trPr>
          <w:trHeight w:val="340"/>
        </w:trPr>
        <w:tc>
          <w:tcPr>
            <w:tcW w:w="402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9191C8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&lt; 50 000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D92A2A2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762028" w14:textId="77777777" w:rsidR="001C3762" w:rsidRPr="00E043C5" w:rsidRDefault="001C3762">
            <w:pPr>
              <w:spacing w:line="240" w:lineRule="auto"/>
            </w:pP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7BC6963" w14:textId="77777777" w:rsidR="001C3762" w:rsidRPr="00E043C5" w:rsidRDefault="00C51D85">
            <w:pPr>
              <w:spacing w:line="240" w:lineRule="auto"/>
            </w:pPr>
            <w:r w:rsidRPr="00E043C5">
              <w:t>1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23C00E" w14:textId="77777777" w:rsidR="001C3762" w:rsidRPr="00E043C5" w:rsidRDefault="001C3762">
            <w:pPr>
              <w:spacing w:line="240" w:lineRule="auto"/>
            </w:pPr>
          </w:p>
        </w:tc>
      </w:tr>
      <w:tr w:rsidR="001C3762" w:rsidRPr="00E043C5" w14:paraId="3C16BF09" w14:textId="77777777" w:rsidTr="006E66DE">
        <w:trPr>
          <w:trHeight w:val="340"/>
        </w:trPr>
        <w:tc>
          <w:tcPr>
            <w:tcW w:w="402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9424E7" w14:textId="77777777" w:rsidR="001C3762" w:rsidRPr="00E043C5" w:rsidRDefault="00C51D85">
            <w:pPr>
              <w:spacing w:line="240" w:lineRule="auto"/>
              <w:ind w:left="227"/>
            </w:pPr>
            <w:r w:rsidRPr="00E043C5">
              <w:t>≥ 50 000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58A275" w14:textId="77777777" w:rsidR="001C3762" w:rsidRPr="00E043C5" w:rsidRDefault="00C51D85">
            <w:pPr>
              <w:spacing w:line="240" w:lineRule="auto"/>
            </w:pPr>
            <w:r w:rsidRPr="00E043C5">
              <w:t>2.608 (1.330–5.112)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5D5C1C" w14:textId="77777777" w:rsidR="001C3762" w:rsidRPr="00E043C5" w:rsidRDefault="00C51D85">
            <w:pPr>
              <w:spacing w:line="240" w:lineRule="auto"/>
            </w:pPr>
            <w:r w:rsidRPr="00E043C5">
              <w:t>.007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A396CF" w14:textId="77777777" w:rsidR="001C3762" w:rsidRPr="00E043C5" w:rsidRDefault="00C51D85">
            <w:pPr>
              <w:spacing w:line="240" w:lineRule="auto"/>
            </w:pPr>
            <w:r w:rsidRPr="00E043C5">
              <w:t>1.815 (0.881–3.737)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DD47C2" w14:textId="77777777" w:rsidR="001C3762" w:rsidRPr="00E043C5" w:rsidRDefault="00C51D85">
            <w:pPr>
              <w:spacing w:line="240" w:lineRule="auto"/>
            </w:pPr>
            <w:r w:rsidRPr="00E043C5">
              <w:t>.106</w:t>
            </w:r>
          </w:p>
        </w:tc>
      </w:tr>
      <w:tr w:rsidR="001C3762" w:rsidRPr="00E043C5" w14:paraId="200D4B58" w14:textId="77777777" w:rsidTr="006E66DE">
        <w:trPr>
          <w:trHeight w:val="340"/>
        </w:trPr>
        <w:tc>
          <w:tcPr>
            <w:tcW w:w="402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AB99C8" w14:textId="06FF192A" w:rsidR="001C3762" w:rsidRPr="00E043C5" w:rsidRDefault="00C51D85">
            <w:pPr>
              <w:spacing w:line="240" w:lineRule="auto"/>
            </w:pPr>
            <w:r w:rsidRPr="00E043C5">
              <w:t>No alcohol consumption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375B83" w14:textId="77777777" w:rsidR="001C3762" w:rsidRPr="00E043C5" w:rsidRDefault="00C51D85">
            <w:pPr>
              <w:spacing w:line="240" w:lineRule="auto"/>
            </w:pPr>
            <w:r w:rsidRPr="00E043C5">
              <w:t>1.907 (1.062–3.422)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BE5980" w14:textId="77777777" w:rsidR="001C3762" w:rsidRPr="00E043C5" w:rsidRDefault="00C51D85">
            <w:pPr>
              <w:spacing w:line="240" w:lineRule="auto"/>
            </w:pPr>
            <w:r w:rsidRPr="00E043C5">
              <w:t>.038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7C6416" w14:textId="77777777" w:rsidR="001C3762" w:rsidRPr="00E043C5" w:rsidRDefault="00C51D85">
            <w:pPr>
              <w:spacing w:line="240" w:lineRule="auto"/>
            </w:pPr>
            <w:r w:rsidRPr="00E043C5">
              <w:t>1.767 (0.976–3.200)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1858A3" w14:textId="77777777" w:rsidR="001C3762" w:rsidRPr="00E043C5" w:rsidRDefault="00C51D85">
            <w:pPr>
              <w:spacing w:line="240" w:lineRule="auto"/>
            </w:pPr>
            <w:r w:rsidRPr="00E043C5">
              <w:t>.060</w:t>
            </w:r>
          </w:p>
        </w:tc>
      </w:tr>
      <w:tr w:rsidR="001C3762" w:rsidRPr="00E043C5" w14:paraId="1C50ECDA" w14:textId="77777777" w:rsidTr="006E66DE">
        <w:trPr>
          <w:trHeight w:val="340"/>
        </w:trPr>
        <w:tc>
          <w:tcPr>
            <w:tcW w:w="402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1038A0" w14:textId="77777777" w:rsidR="001C3762" w:rsidRPr="00E043C5" w:rsidRDefault="00C51D85">
            <w:pPr>
              <w:spacing w:line="240" w:lineRule="auto"/>
            </w:pPr>
            <w:r w:rsidRPr="00E043C5">
              <w:t>Previous cervical cancer screening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591ACE" w14:textId="77777777" w:rsidR="001C3762" w:rsidRPr="00E043C5" w:rsidRDefault="00C51D85">
            <w:pPr>
              <w:spacing w:line="240" w:lineRule="auto"/>
            </w:pPr>
            <w:r w:rsidRPr="00E043C5">
              <w:t>2.364 (1.380–4.048)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663204" w14:textId="77777777" w:rsidR="001C3762" w:rsidRPr="00E043C5" w:rsidRDefault="00C51D85">
            <w:pPr>
              <w:spacing w:line="240" w:lineRule="auto"/>
            </w:pPr>
            <w:r w:rsidRPr="00E043C5">
              <w:t>.002</w:t>
            </w:r>
          </w:p>
        </w:tc>
        <w:tc>
          <w:tcPr>
            <w:tcW w:w="2665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A99B3D9" w14:textId="77777777" w:rsidR="001C3762" w:rsidRPr="00E043C5" w:rsidRDefault="00C51D85">
            <w:pPr>
              <w:spacing w:line="240" w:lineRule="auto"/>
            </w:pPr>
            <w:r w:rsidRPr="00E043C5">
              <w:t>1.987 (1.142–3.459)</w:t>
            </w:r>
          </w:p>
        </w:tc>
        <w:tc>
          <w:tcPr>
            <w:tcW w:w="1077" w:type="dxa"/>
            <w:tcBorders>
              <w:left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59550FE" w14:textId="77777777" w:rsidR="001C3762" w:rsidRPr="00E043C5" w:rsidRDefault="00C51D85">
            <w:pPr>
              <w:spacing w:line="240" w:lineRule="auto"/>
            </w:pPr>
            <w:r w:rsidRPr="00E043C5">
              <w:rPr>
                <w:b/>
              </w:rPr>
              <w:t>.015</w:t>
            </w:r>
          </w:p>
        </w:tc>
      </w:tr>
    </w:tbl>
    <w:p w14:paraId="679B3318" w14:textId="48BED985" w:rsidR="001C3762" w:rsidRDefault="00C51D85" w:rsidP="006E66DE">
      <w:pPr>
        <w:spacing w:before="100" w:beforeAutospacing="1"/>
      </w:pPr>
      <w:r w:rsidRPr="00E043C5">
        <w:t>Odds ratios of 1 denote the reference category.</w:t>
      </w:r>
      <w:r w:rsidRPr="00E043C5">
        <w:br/>
      </w:r>
      <w:r w:rsidRPr="00E043C5">
        <w:rPr>
          <w:b/>
        </w:rPr>
        <w:t>Abbreviations:</w:t>
      </w:r>
      <w:r w:rsidRPr="00E043C5">
        <w:t xml:space="preserve"> HPV, human papillomavirus.</w:t>
      </w:r>
    </w:p>
    <w:p w14:paraId="14BFC6C0" w14:textId="77777777" w:rsidR="00DE24DA" w:rsidRDefault="00DE24DA" w:rsidP="0037791D">
      <w:pPr>
        <w:spacing w:before="100" w:beforeAutospacing="1" w:after="100" w:afterAutospacing="1"/>
        <w:sectPr w:rsidR="00DE24DA" w:rsidSect="00DE24DA">
          <w:pgSz w:w="16838" w:h="11906" w:orient="landscape"/>
          <w:pgMar w:top="1758" w:right="1440" w:bottom="1758" w:left="1440" w:header="720" w:footer="720" w:gutter="0"/>
          <w:cols w:space="720"/>
          <w:docGrid w:linePitch="360"/>
        </w:sectPr>
      </w:pPr>
    </w:p>
    <w:p w14:paraId="2FBD95C2" w14:textId="77777777" w:rsidR="00E12CB7" w:rsidRDefault="00E12CB7" w:rsidP="00EB268C">
      <w:pPr>
        <w:spacing w:before="100" w:beforeAutospacing="1" w:after="100" w:afterAutospacing="1"/>
      </w:pPr>
    </w:p>
    <w:sectPr w:rsidR="00E12CB7" w:rsidSect="00034616">
      <w:pgSz w:w="11906" w:h="16838"/>
      <w:pgMar w:top="1440" w:right="1758" w:bottom="1440" w:left="175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2E6F53"/>
    <w:multiLevelType w:val="hybridMultilevel"/>
    <w:tmpl w:val="17EE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95328"/>
    <w:multiLevelType w:val="hybridMultilevel"/>
    <w:tmpl w:val="E38282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942A0F"/>
    <w:multiLevelType w:val="hybridMultilevel"/>
    <w:tmpl w:val="61240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B30CB"/>
    <w:multiLevelType w:val="hybridMultilevel"/>
    <w:tmpl w:val="43E8933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54741"/>
    <w:multiLevelType w:val="hybridMultilevel"/>
    <w:tmpl w:val="A2A63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005561">
    <w:abstractNumId w:val="8"/>
  </w:num>
  <w:num w:numId="2" w16cid:durableId="1570339719">
    <w:abstractNumId w:val="6"/>
  </w:num>
  <w:num w:numId="3" w16cid:durableId="758134897">
    <w:abstractNumId w:val="5"/>
  </w:num>
  <w:num w:numId="4" w16cid:durableId="1815174739">
    <w:abstractNumId w:val="4"/>
  </w:num>
  <w:num w:numId="5" w16cid:durableId="1656954755">
    <w:abstractNumId w:val="7"/>
  </w:num>
  <w:num w:numId="6" w16cid:durableId="1367679047">
    <w:abstractNumId w:val="3"/>
  </w:num>
  <w:num w:numId="7" w16cid:durableId="1733111928">
    <w:abstractNumId w:val="2"/>
  </w:num>
  <w:num w:numId="8" w16cid:durableId="273753565">
    <w:abstractNumId w:val="1"/>
  </w:num>
  <w:num w:numId="9" w16cid:durableId="1350529275">
    <w:abstractNumId w:val="0"/>
  </w:num>
  <w:num w:numId="10" w16cid:durableId="1438405340">
    <w:abstractNumId w:val="9"/>
  </w:num>
  <w:num w:numId="11" w16cid:durableId="1768884555">
    <w:abstractNumId w:val="13"/>
  </w:num>
  <w:num w:numId="12" w16cid:durableId="971793599">
    <w:abstractNumId w:val="11"/>
  </w:num>
  <w:num w:numId="13" w16cid:durableId="57018254">
    <w:abstractNumId w:val="10"/>
  </w:num>
  <w:num w:numId="14" w16cid:durableId="553008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625"/>
    <w:rsid w:val="00013B8F"/>
    <w:rsid w:val="00017E62"/>
    <w:rsid w:val="00031761"/>
    <w:rsid w:val="00034616"/>
    <w:rsid w:val="00037F29"/>
    <w:rsid w:val="0004002B"/>
    <w:rsid w:val="000400F1"/>
    <w:rsid w:val="00052888"/>
    <w:rsid w:val="00054B7D"/>
    <w:rsid w:val="0006063C"/>
    <w:rsid w:val="0006286F"/>
    <w:rsid w:val="00076743"/>
    <w:rsid w:val="000810A3"/>
    <w:rsid w:val="00094EE8"/>
    <w:rsid w:val="0009553A"/>
    <w:rsid w:val="000B5000"/>
    <w:rsid w:val="000B50EE"/>
    <w:rsid w:val="000C625C"/>
    <w:rsid w:val="000C65E7"/>
    <w:rsid w:val="000D630C"/>
    <w:rsid w:val="000E07F8"/>
    <w:rsid w:val="000F7FF8"/>
    <w:rsid w:val="00101479"/>
    <w:rsid w:val="001075D5"/>
    <w:rsid w:val="00117F28"/>
    <w:rsid w:val="00121DD6"/>
    <w:rsid w:val="001251C2"/>
    <w:rsid w:val="00137087"/>
    <w:rsid w:val="0015074B"/>
    <w:rsid w:val="00152075"/>
    <w:rsid w:val="00152744"/>
    <w:rsid w:val="00162056"/>
    <w:rsid w:val="00184934"/>
    <w:rsid w:val="001A16F2"/>
    <w:rsid w:val="001A4BD4"/>
    <w:rsid w:val="001B11C8"/>
    <w:rsid w:val="001B3317"/>
    <w:rsid w:val="001C3762"/>
    <w:rsid w:val="001D0904"/>
    <w:rsid w:val="001E4654"/>
    <w:rsid w:val="001F6879"/>
    <w:rsid w:val="001F701C"/>
    <w:rsid w:val="00200C0A"/>
    <w:rsid w:val="00206971"/>
    <w:rsid w:val="00213A89"/>
    <w:rsid w:val="00217E75"/>
    <w:rsid w:val="002259B7"/>
    <w:rsid w:val="00230B98"/>
    <w:rsid w:val="00232A8B"/>
    <w:rsid w:val="00240F73"/>
    <w:rsid w:val="0025517E"/>
    <w:rsid w:val="00256580"/>
    <w:rsid w:val="0026369A"/>
    <w:rsid w:val="00264E6A"/>
    <w:rsid w:val="002715D9"/>
    <w:rsid w:val="002779E3"/>
    <w:rsid w:val="002804DF"/>
    <w:rsid w:val="0028132E"/>
    <w:rsid w:val="00293EF8"/>
    <w:rsid w:val="00294AC3"/>
    <w:rsid w:val="0029639D"/>
    <w:rsid w:val="002A0686"/>
    <w:rsid w:val="002B6F44"/>
    <w:rsid w:val="002C2441"/>
    <w:rsid w:val="002C553D"/>
    <w:rsid w:val="002C7E24"/>
    <w:rsid w:val="002E69C1"/>
    <w:rsid w:val="002F50AB"/>
    <w:rsid w:val="00307CEE"/>
    <w:rsid w:val="00320A88"/>
    <w:rsid w:val="00326F90"/>
    <w:rsid w:val="00330BFE"/>
    <w:rsid w:val="003335BB"/>
    <w:rsid w:val="00335AE5"/>
    <w:rsid w:val="0035076B"/>
    <w:rsid w:val="00353263"/>
    <w:rsid w:val="0035410A"/>
    <w:rsid w:val="00357433"/>
    <w:rsid w:val="0036569E"/>
    <w:rsid w:val="00367316"/>
    <w:rsid w:val="0036745B"/>
    <w:rsid w:val="0037537B"/>
    <w:rsid w:val="0037791D"/>
    <w:rsid w:val="003B3EBE"/>
    <w:rsid w:val="003B6056"/>
    <w:rsid w:val="003C79E6"/>
    <w:rsid w:val="003E321A"/>
    <w:rsid w:val="003E4191"/>
    <w:rsid w:val="003F2215"/>
    <w:rsid w:val="003F59A1"/>
    <w:rsid w:val="003F6A99"/>
    <w:rsid w:val="0041444F"/>
    <w:rsid w:val="00415FE6"/>
    <w:rsid w:val="00422F05"/>
    <w:rsid w:val="00424162"/>
    <w:rsid w:val="004259EB"/>
    <w:rsid w:val="00437F6E"/>
    <w:rsid w:val="00451CBA"/>
    <w:rsid w:val="0045592C"/>
    <w:rsid w:val="00456A2F"/>
    <w:rsid w:val="004723A7"/>
    <w:rsid w:val="004728BA"/>
    <w:rsid w:val="00472B23"/>
    <w:rsid w:val="00472DB4"/>
    <w:rsid w:val="00480C1D"/>
    <w:rsid w:val="00485182"/>
    <w:rsid w:val="00494AFE"/>
    <w:rsid w:val="004A1A5A"/>
    <w:rsid w:val="004B4194"/>
    <w:rsid w:val="004D6B3E"/>
    <w:rsid w:val="00502F6C"/>
    <w:rsid w:val="00507B4C"/>
    <w:rsid w:val="00521AAD"/>
    <w:rsid w:val="00523F8F"/>
    <w:rsid w:val="00531AA5"/>
    <w:rsid w:val="00535903"/>
    <w:rsid w:val="005547C8"/>
    <w:rsid w:val="00582E61"/>
    <w:rsid w:val="005967F0"/>
    <w:rsid w:val="005A039D"/>
    <w:rsid w:val="005A0538"/>
    <w:rsid w:val="005A5C94"/>
    <w:rsid w:val="005B0CF7"/>
    <w:rsid w:val="005C4F8B"/>
    <w:rsid w:val="005E2136"/>
    <w:rsid w:val="005F04BD"/>
    <w:rsid w:val="005F0550"/>
    <w:rsid w:val="00616D10"/>
    <w:rsid w:val="006327D6"/>
    <w:rsid w:val="00640B16"/>
    <w:rsid w:val="00641FB7"/>
    <w:rsid w:val="0065289B"/>
    <w:rsid w:val="00660B35"/>
    <w:rsid w:val="006613FA"/>
    <w:rsid w:val="00672207"/>
    <w:rsid w:val="0067462F"/>
    <w:rsid w:val="006775E2"/>
    <w:rsid w:val="006823B6"/>
    <w:rsid w:val="00684AA4"/>
    <w:rsid w:val="006872A9"/>
    <w:rsid w:val="00687F97"/>
    <w:rsid w:val="006A5B3B"/>
    <w:rsid w:val="006B3977"/>
    <w:rsid w:val="006B72E0"/>
    <w:rsid w:val="006C1764"/>
    <w:rsid w:val="006C61CF"/>
    <w:rsid w:val="006C65DD"/>
    <w:rsid w:val="006E27D1"/>
    <w:rsid w:val="006E66DE"/>
    <w:rsid w:val="006F0D80"/>
    <w:rsid w:val="006F20EA"/>
    <w:rsid w:val="006F6F7B"/>
    <w:rsid w:val="00715E25"/>
    <w:rsid w:val="00721627"/>
    <w:rsid w:val="007219B1"/>
    <w:rsid w:val="00726492"/>
    <w:rsid w:val="00741330"/>
    <w:rsid w:val="00746169"/>
    <w:rsid w:val="007601D4"/>
    <w:rsid w:val="0076316B"/>
    <w:rsid w:val="00764CBA"/>
    <w:rsid w:val="00765E4B"/>
    <w:rsid w:val="0078075D"/>
    <w:rsid w:val="007B3964"/>
    <w:rsid w:val="007D28A4"/>
    <w:rsid w:val="007E2365"/>
    <w:rsid w:val="007F168E"/>
    <w:rsid w:val="00802159"/>
    <w:rsid w:val="00811637"/>
    <w:rsid w:val="0082451E"/>
    <w:rsid w:val="00847863"/>
    <w:rsid w:val="008505FD"/>
    <w:rsid w:val="008515A8"/>
    <w:rsid w:val="00855CE2"/>
    <w:rsid w:val="008569AD"/>
    <w:rsid w:val="00871C09"/>
    <w:rsid w:val="00871C88"/>
    <w:rsid w:val="00876DE5"/>
    <w:rsid w:val="00893DFF"/>
    <w:rsid w:val="00894ADC"/>
    <w:rsid w:val="00894C77"/>
    <w:rsid w:val="008961DC"/>
    <w:rsid w:val="008A3B19"/>
    <w:rsid w:val="008A7BB6"/>
    <w:rsid w:val="008B3B6F"/>
    <w:rsid w:val="008B4EBC"/>
    <w:rsid w:val="008C6F0F"/>
    <w:rsid w:val="008F239F"/>
    <w:rsid w:val="008F2A35"/>
    <w:rsid w:val="008F4AC9"/>
    <w:rsid w:val="0090188B"/>
    <w:rsid w:val="00903816"/>
    <w:rsid w:val="00910379"/>
    <w:rsid w:val="009437FC"/>
    <w:rsid w:val="0096028D"/>
    <w:rsid w:val="00960293"/>
    <w:rsid w:val="00961C1D"/>
    <w:rsid w:val="009756D4"/>
    <w:rsid w:val="009813CB"/>
    <w:rsid w:val="00997A0B"/>
    <w:rsid w:val="009A0178"/>
    <w:rsid w:val="009A1BFE"/>
    <w:rsid w:val="009A227C"/>
    <w:rsid w:val="009B6CA5"/>
    <w:rsid w:val="009C35CF"/>
    <w:rsid w:val="009D49A7"/>
    <w:rsid w:val="009E2488"/>
    <w:rsid w:val="009E7BBD"/>
    <w:rsid w:val="00A06974"/>
    <w:rsid w:val="00A17965"/>
    <w:rsid w:val="00A22E2A"/>
    <w:rsid w:val="00A54D9F"/>
    <w:rsid w:val="00A7493E"/>
    <w:rsid w:val="00A86CF2"/>
    <w:rsid w:val="00A94E89"/>
    <w:rsid w:val="00AA1D8D"/>
    <w:rsid w:val="00AB0A62"/>
    <w:rsid w:val="00AB26C6"/>
    <w:rsid w:val="00AB2E7A"/>
    <w:rsid w:val="00AC21A5"/>
    <w:rsid w:val="00AD1B9D"/>
    <w:rsid w:val="00AD3712"/>
    <w:rsid w:val="00AD39B1"/>
    <w:rsid w:val="00AD5C27"/>
    <w:rsid w:val="00B04A47"/>
    <w:rsid w:val="00B069CE"/>
    <w:rsid w:val="00B208B3"/>
    <w:rsid w:val="00B3233C"/>
    <w:rsid w:val="00B34CE2"/>
    <w:rsid w:val="00B47730"/>
    <w:rsid w:val="00B564AE"/>
    <w:rsid w:val="00B579DC"/>
    <w:rsid w:val="00B6478C"/>
    <w:rsid w:val="00B750B0"/>
    <w:rsid w:val="00B82A63"/>
    <w:rsid w:val="00B976FD"/>
    <w:rsid w:val="00BA07C9"/>
    <w:rsid w:val="00BA1C69"/>
    <w:rsid w:val="00BB467D"/>
    <w:rsid w:val="00BC7851"/>
    <w:rsid w:val="00BD33DD"/>
    <w:rsid w:val="00BE20CF"/>
    <w:rsid w:val="00BF002B"/>
    <w:rsid w:val="00BF092B"/>
    <w:rsid w:val="00BF7CEB"/>
    <w:rsid w:val="00C15030"/>
    <w:rsid w:val="00C17270"/>
    <w:rsid w:val="00C27ECA"/>
    <w:rsid w:val="00C33828"/>
    <w:rsid w:val="00C50991"/>
    <w:rsid w:val="00C51D85"/>
    <w:rsid w:val="00C82273"/>
    <w:rsid w:val="00C87861"/>
    <w:rsid w:val="00C970D3"/>
    <w:rsid w:val="00C97B27"/>
    <w:rsid w:val="00CA2270"/>
    <w:rsid w:val="00CA6172"/>
    <w:rsid w:val="00CB0664"/>
    <w:rsid w:val="00CB764F"/>
    <w:rsid w:val="00CC0818"/>
    <w:rsid w:val="00CC739A"/>
    <w:rsid w:val="00CD3DB9"/>
    <w:rsid w:val="00CF25B2"/>
    <w:rsid w:val="00CF60F9"/>
    <w:rsid w:val="00D048E6"/>
    <w:rsid w:val="00D2135A"/>
    <w:rsid w:val="00D227D0"/>
    <w:rsid w:val="00D253D3"/>
    <w:rsid w:val="00D34EB2"/>
    <w:rsid w:val="00D40020"/>
    <w:rsid w:val="00D46C14"/>
    <w:rsid w:val="00D536A0"/>
    <w:rsid w:val="00D57908"/>
    <w:rsid w:val="00D70225"/>
    <w:rsid w:val="00D82F50"/>
    <w:rsid w:val="00D87F31"/>
    <w:rsid w:val="00DC2FE5"/>
    <w:rsid w:val="00DD1C4B"/>
    <w:rsid w:val="00DE24DA"/>
    <w:rsid w:val="00DF1735"/>
    <w:rsid w:val="00DF4E74"/>
    <w:rsid w:val="00E043C5"/>
    <w:rsid w:val="00E05A84"/>
    <w:rsid w:val="00E12CB7"/>
    <w:rsid w:val="00E2491E"/>
    <w:rsid w:val="00E27A71"/>
    <w:rsid w:val="00E434EC"/>
    <w:rsid w:val="00E459F9"/>
    <w:rsid w:val="00E60BAD"/>
    <w:rsid w:val="00E63E31"/>
    <w:rsid w:val="00E66949"/>
    <w:rsid w:val="00E9447D"/>
    <w:rsid w:val="00E9513D"/>
    <w:rsid w:val="00EB209E"/>
    <w:rsid w:val="00EB268C"/>
    <w:rsid w:val="00ED5BBB"/>
    <w:rsid w:val="00EF0CED"/>
    <w:rsid w:val="00F00625"/>
    <w:rsid w:val="00F01E22"/>
    <w:rsid w:val="00F05F7B"/>
    <w:rsid w:val="00F23927"/>
    <w:rsid w:val="00F23EC4"/>
    <w:rsid w:val="00F305C6"/>
    <w:rsid w:val="00F80109"/>
    <w:rsid w:val="00F81035"/>
    <w:rsid w:val="00F951E9"/>
    <w:rsid w:val="00F953A8"/>
    <w:rsid w:val="00FA2620"/>
    <w:rsid w:val="00FB0C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5386D"/>
  <w14:defaultImageDpi w14:val="300"/>
  <w15:docId w15:val="{DD73FFF1-22EF-48F8-81E6-C5FF0438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6775E2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2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7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7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Saifon Chawanpaiboon</cp:lastModifiedBy>
  <cp:revision>9</cp:revision>
  <dcterms:created xsi:type="dcterms:W3CDTF">2026-07-22T14:26:00Z</dcterms:created>
  <dcterms:modified xsi:type="dcterms:W3CDTF">2026-07-22T14:44:00Z</dcterms:modified>
  <cp:category/>
</cp:coreProperties>
</file>