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0945E" w14:textId="0C0576D4" w:rsidR="008B11CF" w:rsidRPr="00721C6D" w:rsidRDefault="00B91095">
      <w:pPr>
        <w:pStyle w:val="Balk1"/>
        <w:spacing w:after="140"/>
        <w:rPr>
          <w:color w:val="auto"/>
        </w:rPr>
      </w:pPr>
      <w:r w:rsidRPr="00721C6D">
        <w:rPr>
          <w:color w:val="auto"/>
          <w:sz w:val="32"/>
        </w:rPr>
        <w:t>Additional file 1</w:t>
      </w:r>
    </w:p>
    <w:p w14:paraId="1528E2F8" w14:textId="77777777" w:rsidR="008B11CF" w:rsidRDefault="00E87674">
      <w:pPr>
        <w:keepNext/>
        <w:spacing w:after="40" w:line="240" w:lineRule="auto"/>
      </w:pPr>
      <w:r>
        <w:rPr>
          <w:b/>
        </w:rPr>
        <w:t xml:space="preserve">File format: </w:t>
      </w:r>
      <w:r>
        <w:t>Microsoft Word document (.docx)</w:t>
      </w:r>
    </w:p>
    <w:p w14:paraId="5C9811A5" w14:textId="77777777" w:rsidR="008B11CF" w:rsidRDefault="00E87674">
      <w:pPr>
        <w:keepNext/>
        <w:spacing w:after="40" w:line="240" w:lineRule="auto"/>
      </w:pPr>
      <w:r>
        <w:rPr>
          <w:b/>
        </w:rPr>
        <w:t>Title: Complete database and supplementary search strategies used in the review</w:t>
      </w:r>
    </w:p>
    <w:p w14:paraId="50E9C0B4" w14:textId="77777777" w:rsidR="008B11CF" w:rsidRDefault="00E87674">
      <w:pPr>
        <w:keepNext/>
        <w:spacing w:after="40" w:line="240" w:lineRule="auto"/>
      </w:pPr>
      <w:r>
        <w:rPr>
          <w:b/>
        </w:rPr>
        <w:t>Description: Full search strategies for all databases and supplementary searches, including search dates, fields, terms, and results.</w:t>
      </w:r>
    </w:p>
    <w:p w14:paraId="3292AA75" w14:textId="77777777" w:rsidR="008B11CF" w:rsidRDefault="00E87674">
      <w:pPr>
        <w:keepNext/>
        <w:spacing w:before="200" w:after="100"/>
      </w:pPr>
      <w:r>
        <w:rPr>
          <w:b/>
        </w:rPr>
        <w:t>Table S1. Bibliographic database and Google Scholar searches</w:t>
      </w:r>
    </w:p>
    <w:tbl>
      <w:tblPr>
        <w:tblStyle w:val="TabloKlavuzu"/>
        <w:tblW w:w="14112" w:type="dxa"/>
        <w:tblLayout w:type="fixed"/>
        <w:tblLook w:val="04A0" w:firstRow="1" w:lastRow="0" w:firstColumn="1" w:lastColumn="0" w:noHBand="0" w:noVBand="1"/>
      </w:tblPr>
      <w:tblGrid>
        <w:gridCol w:w="2200"/>
        <w:gridCol w:w="1350"/>
        <w:gridCol w:w="7100"/>
        <w:gridCol w:w="1250"/>
        <w:gridCol w:w="2212"/>
      </w:tblGrid>
      <w:tr w:rsidR="008B11CF" w14:paraId="408DE8D6" w14:textId="77777777">
        <w:trPr>
          <w:cantSplit/>
          <w:tblHeader/>
        </w:trPr>
        <w:tc>
          <w:tcPr>
            <w:tcW w:w="2200" w:type="dxa"/>
            <w:tcMar>
              <w:top w:w="80" w:type="dxa"/>
              <w:left w:w="100" w:type="dxa"/>
              <w:bottom w:w="80" w:type="dxa"/>
              <w:right w:w="100" w:type="dxa"/>
            </w:tcMar>
            <w:vAlign w:val="center"/>
          </w:tcPr>
          <w:p w14:paraId="3FA22804" w14:textId="77777777" w:rsidR="008B11CF" w:rsidRDefault="00E87674">
            <w:pPr>
              <w:spacing w:after="0"/>
              <w:jc w:val="center"/>
            </w:pPr>
            <w:r>
              <w:rPr>
                <w:b/>
                <w:sz w:val="18"/>
              </w:rPr>
              <w:t>Database/platform</w:t>
            </w:r>
          </w:p>
        </w:tc>
        <w:tc>
          <w:tcPr>
            <w:tcW w:w="1350" w:type="dxa"/>
            <w:tcMar>
              <w:top w:w="80" w:type="dxa"/>
              <w:left w:w="100" w:type="dxa"/>
              <w:bottom w:w="80" w:type="dxa"/>
              <w:right w:w="100" w:type="dxa"/>
            </w:tcMar>
            <w:vAlign w:val="center"/>
          </w:tcPr>
          <w:p w14:paraId="4AE5EF4E" w14:textId="77777777" w:rsidR="008B11CF" w:rsidRDefault="00E87674">
            <w:pPr>
              <w:spacing w:after="0"/>
              <w:jc w:val="center"/>
            </w:pPr>
            <w:r>
              <w:rPr>
                <w:b/>
                <w:sz w:val="18"/>
              </w:rPr>
              <w:t>Search date</w:t>
            </w:r>
          </w:p>
        </w:tc>
        <w:tc>
          <w:tcPr>
            <w:tcW w:w="7100" w:type="dxa"/>
            <w:tcMar>
              <w:top w:w="80" w:type="dxa"/>
              <w:left w:w="100" w:type="dxa"/>
              <w:bottom w:w="80" w:type="dxa"/>
              <w:right w:w="100" w:type="dxa"/>
            </w:tcMar>
            <w:vAlign w:val="center"/>
          </w:tcPr>
          <w:p w14:paraId="721A529B" w14:textId="77777777" w:rsidR="008B11CF" w:rsidRDefault="00E87674">
            <w:pPr>
              <w:spacing w:after="0"/>
              <w:jc w:val="center"/>
            </w:pPr>
            <w:r>
              <w:rPr>
                <w:b/>
                <w:sz w:val="18"/>
              </w:rPr>
              <w:t>Complete search strategy</w:t>
            </w:r>
          </w:p>
        </w:tc>
        <w:tc>
          <w:tcPr>
            <w:tcW w:w="1250" w:type="dxa"/>
            <w:tcMar>
              <w:top w:w="80" w:type="dxa"/>
              <w:left w:w="100" w:type="dxa"/>
              <w:bottom w:w="80" w:type="dxa"/>
              <w:right w:w="100" w:type="dxa"/>
            </w:tcMar>
            <w:vAlign w:val="center"/>
          </w:tcPr>
          <w:p w14:paraId="76E00B40" w14:textId="77777777" w:rsidR="008B11CF" w:rsidRDefault="00E87674">
            <w:pPr>
              <w:spacing w:after="0"/>
              <w:jc w:val="center"/>
            </w:pPr>
            <w:r>
              <w:rPr>
                <w:b/>
                <w:sz w:val="18"/>
              </w:rPr>
              <w:t>Records retrieved</w:t>
            </w:r>
          </w:p>
        </w:tc>
        <w:tc>
          <w:tcPr>
            <w:tcW w:w="2212" w:type="dxa"/>
            <w:tcMar>
              <w:top w:w="80" w:type="dxa"/>
              <w:left w:w="100" w:type="dxa"/>
              <w:bottom w:w="80" w:type="dxa"/>
              <w:right w:w="100" w:type="dxa"/>
            </w:tcMar>
            <w:vAlign w:val="center"/>
          </w:tcPr>
          <w:p w14:paraId="0C1C9BB3" w14:textId="77777777" w:rsidR="008B11CF" w:rsidRDefault="00E87674">
            <w:pPr>
              <w:spacing w:after="0"/>
              <w:jc w:val="center"/>
            </w:pPr>
            <w:r>
              <w:rPr>
                <w:b/>
                <w:sz w:val="18"/>
              </w:rPr>
              <w:t>Notes</w:t>
            </w:r>
          </w:p>
        </w:tc>
      </w:tr>
      <w:tr w:rsidR="008B11CF" w14:paraId="7A1459B1" w14:textId="77777777">
        <w:trPr>
          <w:cantSplit/>
        </w:trPr>
        <w:tc>
          <w:tcPr>
            <w:tcW w:w="2200" w:type="dxa"/>
            <w:tcMar>
              <w:top w:w="80" w:type="dxa"/>
              <w:left w:w="100" w:type="dxa"/>
              <w:bottom w:w="80" w:type="dxa"/>
              <w:right w:w="100" w:type="dxa"/>
            </w:tcMar>
            <w:vAlign w:val="center"/>
          </w:tcPr>
          <w:p w14:paraId="1F2A262C" w14:textId="77777777" w:rsidR="008B11CF" w:rsidRDefault="00E87674">
            <w:pPr>
              <w:spacing w:after="0" w:line="240" w:lineRule="auto"/>
            </w:pPr>
            <w:r>
              <w:rPr>
                <w:sz w:val="18"/>
              </w:rPr>
              <w:t>PubMed</w:t>
            </w:r>
          </w:p>
        </w:tc>
        <w:tc>
          <w:tcPr>
            <w:tcW w:w="1350" w:type="dxa"/>
            <w:tcMar>
              <w:top w:w="80" w:type="dxa"/>
              <w:left w:w="100" w:type="dxa"/>
              <w:bottom w:w="80" w:type="dxa"/>
              <w:right w:w="100" w:type="dxa"/>
            </w:tcMar>
            <w:vAlign w:val="center"/>
          </w:tcPr>
          <w:p w14:paraId="2F0723F4" w14:textId="77777777" w:rsidR="008B11CF" w:rsidRDefault="00E87674">
            <w:pPr>
              <w:spacing w:after="0" w:line="240" w:lineRule="auto"/>
              <w:jc w:val="center"/>
            </w:pPr>
            <w:r>
              <w:rPr>
                <w:sz w:val="18"/>
              </w:rPr>
              <w:t>21 Jul 2026</w:t>
            </w:r>
          </w:p>
        </w:tc>
        <w:tc>
          <w:tcPr>
            <w:tcW w:w="7100" w:type="dxa"/>
            <w:tcMar>
              <w:top w:w="80" w:type="dxa"/>
              <w:left w:w="100" w:type="dxa"/>
              <w:bottom w:w="80" w:type="dxa"/>
              <w:right w:w="100" w:type="dxa"/>
            </w:tcMar>
            <w:vAlign w:val="center"/>
          </w:tcPr>
          <w:p w14:paraId="3FFB036F" w14:textId="77777777" w:rsidR="008B11CF" w:rsidRDefault="00E87674">
            <w:pPr>
              <w:spacing w:after="0" w:line="240" w:lineRule="auto"/>
            </w:pPr>
            <w:r>
              <w:rPr>
                <w:sz w:val="17"/>
              </w:rPr>
              <w:t>("Perioperative Nursing"[Mesh] OR perioperative nurs*[Title/Abstract] OR operating room nurs*[Title/Abstract] OR operating theatre nurs*[Title/Abstract] OR surgical nurs*[Title/Abstract] OR theatre nurs*[Title/Abstract] OR trauma nurs*[Title/Abstract] OR emergency nurs*[Title/Abstract] OR nursing staff[Title/Abstract]) AND ("Forensic Nursing"[Mesh] OR forensic nurs*[Title/Abstract] OR forensic evidence[Title/Abstract] OR evidence preservation[Title/Abstract] OR evidence collection[Title/Abstract] OR evidence handling[Title/Abstract] OR evidence management[Title/Abstract] OR forensic trace*[Title/Abstract] OR trace evidence[Title/Abstract] OR chain of custody[Title/Abstract] OR chain of evidence[Title/Abstract] OR medicolegal evidence[Title/Abstract]) AND ("Wounds and Injuries"[Mesh] OR trauma[Title/Abstract] OR trauma patient*[Title/Abstract] OR injur*[Title/Abstract] OR wound*[Title/Abstract] OR gunshot[Title/Abstract] OR firearm injur*[Title/Abstract] OR stab wound*[Title/Abstract] OR penetrating trauma[Title/Abstract] OR blunt trauma[Title/Abstract] OR violence[Title/Abstract] OR forensic patient*[Title/Abstract])</w:t>
            </w:r>
          </w:p>
        </w:tc>
        <w:tc>
          <w:tcPr>
            <w:tcW w:w="1250" w:type="dxa"/>
            <w:tcMar>
              <w:top w:w="80" w:type="dxa"/>
              <w:left w:w="100" w:type="dxa"/>
              <w:bottom w:w="80" w:type="dxa"/>
              <w:right w:w="100" w:type="dxa"/>
            </w:tcMar>
            <w:vAlign w:val="center"/>
          </w:tcPr>
          <w:p w14:paraId="1BBF9138" w14:textId="77777777" w:rsidR="008B11CF" w:rsidRDefault="00E87674">
            <w:pPr>
              <w:spacing w:after="0" w:line="240" w:lineRule="auto"/>
            </w:pPr>
            <w:r>
              <w:rPr>
                <w:sz w:val="18"/>
              </w:rPr>
              <w:t>37</w:t>
            </w:r>
          </w:p>
        </w:tc>
        <w:tc>
          <w:tcPr>
            <w:tcW w:w="2212" w:type="dxa"/>
            <w:tcMar>
              <w:top w:w="80" w:type="dxa"/>
              <w:left w:w="100" w:type="dxa"/>
              <w:bottom w:w="80" w:type="dxa"/>
              <w:right w:w="100" w:type="dxa"/>
            </w:tcMar>
            <w:vAlign w:val="center"/>
          </w:tcPr>
          <w:p w14:paraId="1F32C74B" w14:textId="77777777" w:rsidR="008B11CF" w:rsidRDefault="00E87674">
            <w:pPr>
              <w:spacing w:after="0" w:line="240" w:lineRule="auto"/>
              <w:jc w:val="center"/>
            </w:pPr>
            <w:r>
              <w:rPr>
                <w:sz w:val="18"/>
              </w:rPr>
              <w:t>No date restriction</w:t>
            </w:r>
          </w:p>
        </w:tc>
      </w:tr>
      <w:tr w:rsidR="008B11CF" w14:paraId="5C6A6A09" w14:textId="77777777">
        <w:trPr>
          <w:cantSplit/>
        </w:trPr>
        <w:tc>
          <w:tcPr>
            <w:tcW w:w="2200" w:type="dxa"/>
            <w:tcMar>
              <w:top w:w="80" w:type="dxa"/>
              <w:left w:w="100" w:type="dxa"/>
              <w:bottom w:w="80" w:type="dxa"/>
              <w:right w:w="100" w:type="dxa"/>
            </w:tcMar>
            <w:vAlign w:val="center"/>
          </w:tcPr>
          <w:p w14:paraId="79C1C625" w14:textId="77777777" w:rsidR="008B11CF" w:rsidRDefault="00E87674">
            <w:pPr>
              <w:spacing w:after="0" w:line="240" w:lineRule="auto"/>
            </w:pPr>
            <w:r>
              <w:rPr>
                <w:sz w:val="18"/>
              </w:rPr>
              <w:t>CINAHL Ultimate (EBSCOhost)</w:t>
            </w:r>
          </w:p>
        </w:tc>
        <w:tc>
          <w:tcPr>
            <w:tcW w:w="1350" w:type="dxa"/>
            <w:tcMar>
              <w:top w:w="80" w:type="dxa"/>
              <w:left w:w="100" w:type="dxa"/>
              <w:bottom w:w="80" w:type="dxa"/>
              <w:right w:w="100" w:type="dxa"/>
            </w:tcMar>
            <w:vAlign w:val="center"/>
          </w:tcPr>
          <w:p w14:paraId="19DB7A8C" w14:textId="77777777" w:rsidR="008B11CF" w:rsidRDefault="00E87674">
            <w:pPr>
              <w:spacing w:after="0" w:line="240" w:lineRule="auto"/>
              <w:jc w:val="center"/>
            </w:pPr>
            <w:r>
              <w:rPr>
                <w:sz w:val="18"/>
              </w:rPr>
              <w:t>21 Jul 2026</w:t>
            </w:r>
          </w:p>
        </w:tc>
        <w:tc>
          <w:tcPr>
            <w:tcW w:w="7100" w:type="dxa"/>
            <w:tcMar>
              <w:top w:w="80" w:type="dxa"/>
              <w:left w:w="100" w:type="dxa"/>
              <w:bottom w:w="80" w:type="dxa"/>
              <w:right w:w="100" w:type="dxa"/>
            </w:tcMar>
            <w:vAlign w:val="center"/>
          </w:tcPr>
          <w:p w14:paraId="13F8FF24" w14:textId="77777777" w:rsidR="008B11CF" w:rsidRDefault="00E87674">
            <w:pPr>
              <w:spacing w:after="0" w:line="240" w:lineRule="auto"/>
            </w:pPr>
            <w:r>
              <w:rPr>
                <w:sz w:val="17"/>
              </w:rPr>
              <w:t>(perioperative OR "operating room" OR "operating theatre" OR intraoperative OR surgical) AND (nurse* OR nursing) AND (forensic* OR "evidence collection" OR "evidence preservation" OR "chain of custody" OR medicolegal)</w:t>
            </w:r>
          </w:p>
        </w:tc>
        <w:tc>
          <w:tcPr>
            <w:tcW w:w="1250" w:type="dxa"/>
            <w:tcMar>
              <w:top w:w="80" w:type="dxa"/>
              <w:left w:w="100" w:type="dxa"/>
              <w:bottom w:w="80" w:type="dxa"/>
              <w:right w:w="100" w:type="dxa"/>
            </w:tcMar>
            <w:vAlign w:val="center"/>
          </w:tcPr>
          <w:p w14:paraId="5260B6FC" w14:textId="77777777" w:rsidR="008B11CF" w:rsidRDefault="00E87674">
            <w:pPr>
              <w:spacing w:after="0" w:line="240" w:lineRule="auto"/>
            </w:pPr>
            <w:r>
              <w:rPr>
                <w:sz w:val="18"/>
              </w:rPr>
              <w:t>38</w:t>
            </w:r>
          </w:p>
        </w:tc>
        <w:tc>
          <w:tcPr>
            <w:tcW w:w="2212" w:type="dxa"/>
            <w:tcMar>
              <w:top w:w="80" w:type="dxa"/>
              <w:left w:w="100" w:type="dxa"/>
              <w:bottom w:w="80" w:type="dxa"/>
              <w:right w:w="100" w:type="dxa"/>
            </w:tcMar>
            <w:vAlign w:val="center"/>
          </w:tcPr>
          <w:p w14:paraId="6358B025" w14:textId="77777777" w:rsidR="008B11CF" w:rsidRDefault="00E87674">
            <w:pPr>
              <w:spacing w:after="0" w:line="240" w:lineRule="auto"/>
              <w:jc w:val="center"/>
            </w:pPr>
            <w:r>
              <w:rPr>
                <w:sz w:val="18"/>
              </w:rPr>
              <w:t>Default/all fields; no field code applied; no date restriction</w:t>
            </w:r>
          </w:p>
        </w:tc>
      </w:tr>
      <w:tr w:rsidR="008B11CF" w14:paraId="79FA2735" w14:textId="77777777">
        <w:trPr>
          <w:cantSplit/>
        </w:trPr>
        <w:tc>
          <w:tcPr>
            <w:tcW w:w="2200" w:type="dxa"/>
            <w:tcMar>
              <w:top w:w="80" w:type="dxa"/>
              <w:left w:w="100" w:type="dxa"/>
              <w:bottom w:w="80" w:type="dxa"/>
              <w:right w:w="100" w:type="dxa"/>
            </w:tcMar>
            <w:vAlign w:val="center"/>
          </w:tcPr>
          <w:p w14:paraId="7972B900" w14:textId="77777777" w:rsidR="008B11CF" w:rsidRDefault="00E87674">
            <w:pPr>
              <w:spacing w:after="0" w:line="240" w:lineRule="auto"/>
            </w:pPr>
            <w:r>
              <w:rPr>
                <w:sz w:val="18"/>
              </w:rPr>
              <w:t>Scopus</w:t>
            </w:r>
          </w:p>
        </w:tc>
        <w:tc>
          <w:tcPr>
            <w:tcW w:w="1350" w:type="dxa"/>
            <w:tcMar>
              <w:top w:w="80" w:type="dxa"/>
              <w:left w:w="100" w:type="dxa"/>
              <w:bottom w:w="80" w:type="dxa"/>
              <w:right w:w="100" w:type="dxa"/>
            </w:tcMar>
            <w:vAlign w:val="center"/>
          </w:tcPr>
          <w:p w14:paraId="41303E1E" w14:textId="77777777" w:rsidR="008B11CF" w:rsidRDefault="00E87674">
            <w:pPr>
              <w:spacing w:after="0" w:line="240" w:lineRule="auto"/>
              <w:jc w:val="center"/>
            </w:pPr>
            <w:r>
              <w:rPr>
                <w:sz w:val="18"/>
              </w:rPr>
              <w:t>21 Jul 2026</w:t>
            </w:r>
          </w:p>
        </w:tc>
        <w:tc>
          <w:tcPr>
            <w:tcW w:w="7100" w:type="dxa"/>
            <w:tcMar>
              <w:top w:w="80" w:type="dxa"/>
              <w:left w:w="100" w:type="dxa"/>
              <w:bottom w:w="80" w:type="dxa"/>
              <w:right w:w="100" w:type="dxa"/>
            </w:tcMar>
            <w:vAlign w:val="center"/>
          </w:tcPr>
          <w:p w14:paraId="72CBEE52" w14:textId="77777777" w:rsidR="008B11CF" w:rsidRDefault="00E87674">
            <w:pPr>
              <w:spacing w:after="0" w:line="240" w:lineRule="auto"/>
            </w:pPr>
            <w:r>
              <w:rPr>
                <w:sz w:val="17"/>
              </w:rPr>
              <w:t>TITLE-ABS(perioperative OR "operating room" OR "operating theatre" OR intraoperative OR surgical) AND TITLE-ABS(nurse OR nurses OR nursing) AND TITLE-ABS(forensic* OR "evidence collection" OR "evidence preservation" OR "chain of custody" OR medicolegal)</w:t>
            </w:r>
          </w:p>
        </w:tc>
        <w:tc>
          <w:tcPr>
            <w:tcW w:w="1250" w:type="dxa"/>
            <w:tcMar>
              <w:top w:w="80" w:type="dxa"/>
              <w:left w:w="100" w:type="dxa"/>
              <w:bottom w:w="80" w:type="dxa"/>
              <w:right w:w="100" w:type="dxa"/>
            </w:tcMar>
            <w:vAlign w:val="center"/>
          </w:tcPr>
          <w:p w14:paraId="1482AF6F" w14:textId="77777777" w:rsidR="008B11CF" w:rsidRDefault="00E87674">
            <w:pPr>
              <w:spacing w:after="0" w:line="240" w:lineRule="auto"/>
            </w:pPr>
            <w:r>
              <w:rPr>
                <w:sz w:val="18"/>
              </w:rPr>
              <w:t>54</w:t>
            </w:r>
          </w:p>
        </w:tc>
        <w:tc>
          <w:tcPr>
            <w:tcW w:w="2212" w:type="dxa"/>
            <w:tcMar>
              <w:top w:w="80" w:type="dxa"/>
              <w:left w:w="100" w:type="dxa"/>
              <w:bottom w:w="80" w:type="dxa"/>
              <w:right w:w="100" w:type="dxa"/>
            </w:tcMar>
            <w:vAlign w:val="center"/>
          </w:tcPr>
          <w:p w14:paraId="749101AC" w14:textId="77777777" w:rsidR="008B11CF" w:rsidRDefault="00E87674">
            <w:pPr>
              <w:spacing w:after="0" w:line="240" w:lineRule="auto"/>
              <w:jc w:val="center"/>
            </w:pPr>
            <w:r>
              <w:rPr>
                <w:sz w:val="18"/>
              </w:rPr>
              <w:t>No date restriction</w:t>
            </w:r>
          </w:p>
        </w:tc>
      </w:tr>
      <w:tr w:rsidR="008B11CF" w14:paraId="4CEC28E0" w14:textId="77777777">
        <w:trPr>
          <w:cantSplit/>
        </w:trPr>
        <w:tc>
          <w:tcPr>
            <w:tcW w:w="2200" w:type="dxa"/>
            <w:tcMar>
              <w:top w:w="80" w:type="dxa"/>
              <w:left w:w="100" w:type="dxa"/>
              <w:bottom w:w="80" w:type="dxa"/>
              <w:right w:w="100" w:type="dxa"/>
            </w:tcMar>
            <w:vAlign w:val="center"/>
          </w:tcPr>
          <w:p w14:paraId="0CBF02AF" w14:textId="77777777" w:rsidR="008B11CF" w:rsidRDefault="00E87674">
            <w:pPr>
              <w:spacing w:after="0" w:line="240" w:lineRule="auto"/>
            </w:pPr>
            <w:r>
              <w:rPr>
                <w:sz w:val="18"/>
              </w:rPr>
              <w:t>Web of Science Core Collection</w:t>
            </w:r>
          </w:p>
        </w:tc>
        <w:tc>
          <w:tcPr>
            <w:tcW w:w="1350" w:type="dxa"/>
            <w:tcMar>
              <w:top w:w="80" w:type="dxa"/>
              <w:left w:w="100" w:type="dxa"/>
              <w:bottom w:w="80" w:type="dxa"/>
              <w:right w:w="100" w:type="dxa"/>
            </w:tcMar>
            <w:vAlign w:val="center"/>
          </w:tcPr>
          <w:p w14:paraId="16D6B2BE" w14:textId="77777777" w:rsidR="008B11CF" w:rsidRDefault="00E87674">
            <w:pPr>
              <w:spacing w:after="0" w:line="240" w:lineRule="auto"/>
              <w:jc w:val="center"/>
            </w:pPr>
            <w:r>
              <w:rPr>
                <w:sz w:val="18"/>
              </w:rPr>
              <w:t>21 Jul 2026</w:t>
            </w:r>
          </w:p>
        </w:tc>
        <w:tc>
          <w:tcPr>
            <w:tcW w:w="7100" w:type="dxa"/>
            <w:tcMar>
              <w:top w:w="80" w:type="dxa"/>
              <w:left w:w="100" w:type="dxa"/>
              <w:bottom w:w="80" w:type="dxa"/>
              <w:right w:w="100" w:type="dxa"/>
            </w:tcMar>
            <w:vAlign w:val="center"/>
          </w:tcPr>
          <w:p w14:paraId="4593DB38" w14:textId="77777777" w:rsidR="008B11CF" w:rsidRDefault="00E87674">
            <w:pPr>
              <w:spacing w:after="0" w:line="240" w:lineRule="auto"/>
            </w:pPr>
            <w:r>
              <w:rPr>
                <w:sz w:val="17"/>
              </w:rPr>
              <w:t>TS=(perioperative OR "operating room" OR "operating theatre" OR intraoperative OR surgical) AND TS=(nurse OR nurses OR nursing) AND TS=(forensic* OR "evidence collection" OR "evidence preservation" OR "chain of custody" OR medicolegal)</w:t>
            </w:r>
          </w:p>
        </w:tc>
        <w:tc>
          <w:tcPr>
            <w:tcW w:w="1250" w:type="dxa"/>
            <w:tcMar>
              <w:top w:w="80" w:type="dxa"/>
              <w:left w:w="100" w:type="dxa"/>
              <w:bottom w:w="80" w:type="dxa"/>
              <w:right w:w="100" w:type="dxa"/>
            </w:tcMar>
            <w:vAlign w:val="center"/>
          </w:tcPr>
          <w:p w14:paraId="544DD606" w14:textId="77777777" w:rsidR="008B11CF" w:rsidRDefault="00E87674">
            <w:pPr>
              <w:spacing w:after="0" w:line="240" w:lineRule="auto"/>
            </w:pPr>
            <w:r>
              <w:rPr>
                <w:sz w:val="18"/>
              </w:rPr>
              <w:t>36</w:t>
            </w:r>
          </w:p>
        </w:tc>
        <w:tc>
          <w:tcPr>
            <w:tcW w:w="2212" w:type="dxa"/>
            <w:tcMar>
              <w:top w:w="80" w:type="dxa"/>
              <w:left w:w="100" w:type="dxa"/>
              <w:bottom w:w="80" w:type="dxa"/>
              <w:right w:w="100" w:type="dxa"/>
            </w:tcMar>
            <w:vAlign w:val="center"/>
          </w:tcPr>
          <w:p w14:paraId="4918867C" w14:textId="77777777" w:rsidR="008B11CF" w:rsidRDefault="00E87674">
            <w:pPr>
              <w:spacing w:after="0" w:line="240" w:lineRule="auto"/>
              <w:jc w:val="center"/>
            </w:pPr>
            <w:r>
              <w:rPr>
                <w:sz w:val="18"/>
              </w:rPr>
              <w:t>No date restriction</w:t>
            </w:r>
          </w:p>
        </w:tc>
      </w:tr>
      <w:tr w:rsidR="008B11CF" w14:paraId="59416320" w14:textId="77777777">
        <w:trPr>
          <w:cantSplit/>
        </w:trPr>
        <w:tc>
          <w:tcPr>
            <w:tcW w:w="2200" w:type="dxa"/>
            <w:tcMar>
              <w:top w:w="80" w:type="dxa"/>
              <w:left w:w="100" w:type="dxa"/>
              <w:bottom w:w="80" w:type="dxa"/>
              <w:right w:w="100" w:type="dxa"/>
            </w:tcMar>
            <w:vAlign w:val="center"/>
          </w:tcPr>
          <w:p w14:paraId="1AE8ED72" w14:textId="77777777" w:rsidR="008B11CF" w:rsidRDefault="00E87674">
            <w:pPr>
              <w:spacing w:after="0" w:line="240" w:lineRule="auto"/>
            </w:pPr>
            <w:r>
              <w:rPr>
                <w:sz w:val="18"/>
              </w:rPr>
              <w:t>ProQuest Dissertations &amp; Theses</w:t>
            </w:r>
          </w:p>
        </w:tc>
        <w:tc>
          <w:tcPr>
            <w:tcW w:w="1350" w:type="dxa"/>
            <w:tcMar>
              <w:top w:w="80" w:type="dxa"/>
              <w:left w:w="100" w:type="dxa"/>
              <w:bottom w:w="80" w:type="dxa"/>
              <w:right w:w="100" w:type="dxa"/>
            </w:tcMar>
            <w:vAlign w:val="center"/>
          </w:tcPr>
          <w:p w14:paraId="74EA009C" w14:textId="77777777" w:rsidR="008B11CF" w:rsidRDefault="00E87674">
            <w:pPr>
              <w:spacing w:after="0" w:line="240" w:lineRule="auto"/>
              <w:jc w:val="center"/>
            </w:pPr>
            <w:r>
              <w:rPr>
                <w:sz w:val="18"/>
              </w:rPr>
              <w:t>24 Jul 2026</w:t>
            </w:r>
          </w:p>
        </w:tc>
        <w:tc>
          <w:tcPr>
            <w:tcW w:w="7100" w:type="dxa"/>
            <w:tcMar>
              <w:top w:w="80" w:type="dxa"/>
              <w:left w:w="100" w:type="dxa"/>
              <w:bottom w:w="80" w:type="dxa"/>
              <w:right w:w="100" w:type="dxa"/>
            </w:tcMar>
            <w:vAlign w:val="center"/>
          </w:tcPr>
          <w:p w14:paraId="5026447A" w14:textId="77777777" w:rsidR="008B11CF" w:rsidRDefault="00E87674">
            <w:pPr>
              <w:spacing w:after="0" w:line="240" w:lineRule="auto"/>
            </w:pPr>
            <w:r>
              <w:rPr>
                <w:sz w:val="17"/>
              </w:rPr>
              <w:t>ab(perioperative OR "operating room" OR surgical) AND ab(nurse OR nursing) AND ab(forensic OR "chain of custody" OR medicolegal)</w:t>
            </w:r>
          </w:p>
        </w:tc>
        <w:tc>
          <w:tcPr>
            <w:tcW w:w="1250" w:type="dxa"/>
            <w:tcMar>
              <w:top w:w="80" w:type="dxa"/>
              <w:left w:w="100" w:type="dxa"/>
              <w:bottom w:w="80" w:type="dxa"/>
              <w:right w:w="100" w:type="dxa"/>
            </w:tcMar>
            <w:vAlign w:val="center"/>
          </w:tcPr>
          <w:p w14:paraId="671DD40F" w14:textId="77777777" w:rsidR="008B11CF" w:rsidRDefault="00E87674">
            <w:pPr>
              <w:spacing w:after="0" w:line="240" w:lineRule="auto"/>
            </w:pPr>
            <w:r>
              <w:rPr>
                <w:sz w:val="18"/>
              </w:rPr>
              <w:t>10</w:t>
            </w:r>
          </w:p>
        </w:tc>
        <w:tc>
          <w:tcPr>
            <w:tcW w:w="2212" w:type="dxa"/>
            <w:tcMar>
              <w:top w:w="80" w:type="dxa"/>
              <w:left w:w="100" w:type="dxa"/>
              <w:bottom w:w="80" w:type="dxa"/>
              <w:right w:w="100" w:type="dxa"/>
            </w:tcMar>
            <w:vAlign w:val="center"/>
          </w:tcPr>
          <w:p w14:paraId="7E5D382F" w14:textId="77777777" w:rsidR="008B11CF" w:rsidRDefault="00E87674">
            <w:pPr>
              <w:spacing w:after="0" w:line="240" w:lineRule="auto"/>
              <w:jc w:val="center"/>
            </w:pPr>
            <w:r>
              <w:rPr>
                <w:sz w:val="18"/>
              </w:rPr>
              <w:t>No date restriction</w:t>
            </w:r>
          </w:p>
        </w:tc>
      </w:tr>
      <w:tr w:rsidR="008B11CF" w14:paraId="7DFF2CD9" w14:textId="77777777">
        <w:trPr>
          <w:cantSplit/>
        </w:trPr>
        <w:tc>
          <w:tcPr>
            <w:tcW w:w="2200" w:type="dxa"/>
            <w:tcMar>
              <w:top w:w="80" w:type="dxa"/>
              <w:left w:w="100" w:type="dxa"/>
              <w:bottom w:w="80" w:type="dxa"/>
              <w:right w:w="100" w:type="dxa"/>
            </w:tcMar>
            <w:vAlign w:val="center"/>
          </w:tcPr>
          <w:p w14:paraId="3C84ACCD" w14:textId="77777777" w:rsidR="008B11CF" w:rsidRDefault="00E87674">
            <w:pPr>
              <w:spacing w:after="0" w:line="240" w:lineRule="auto"/>
            </w:pPr>
            <w:r>
              <w:rPr>
                <w:sz w:val="18"/>
              </w:rPr>
              <w:t>Google Scholar</w:t>
            </w:r>
          </w:p>
        </w:tc>
        <w:tc>
          <w:tcPr>
            <w:tcW w:w="1350" w:type="dxa"/>
            <w:tcMar>
              <w:top w:w="80" w:type="dxa"/>
              <w:left w:w="100" w:type="dxa"/>
              <w:bottom w:w="80" w:type="dxa"/>
              <w:right w:w="100" w:type="dxa"/>
            </w:tcMar>
            <w:vAlign w:val="center"/>
          </w:tcPr>
          <w:p w14:paraId="48E5F6B6" w14:textId="77777777" w:rsidR="008B11CF" w:rsidRDefault="00E87674">
            <w:pPr>
              <w:spacing w:after="0" w:line="240" w:lineRule="auto"/>
              <w:jc w:val="center"/>
            </w:pPr>
            <w:r>
              <w:rPr>
                <w:sz w:val="18"/>
              </w:rPr>
              <w:t>26 Jul 2026</w:t>
            </w:r>
          </w:p>
        </w:tc>
        <w:tc>
          <w:tcPr>
            <w:tcW w:w="7100" w:type="dxa"/>
            <w:tcMar>
              <w:top w:w="80" w:type="dxa"/>
              <w:left w:w="100" w:type="dxa"/>
              <w:bottom w:w="80" w:type="dxa"/>
              <w:right w:w="100" w:type="dxa"/>
            </w:tcMar>
            <w:vAlign w:val="center"/>
          </w:tcPr>
          <w:p w14:paraId="39366D79" w14:textId="77777777" w:rsidR="008B11CF" w:rsidRDefault="00E87674">
            <w:pPr>
              <w:spacing w:after="0" w:line="240" w:lineRule="auto"/>
            </w:pPr>
            <w:r>
              <w:rPr>
                <w:sz w:val="17"/>
              </w:rPr>
              <w:t>("perioperative" OR "operating room") ("nurse" OR "nursing") ("forensic evidence" OR "chain of custody")</w:t>
            </w:r>
          </w:p>
        </w:tc>
        <w:tc>
          <w:tcPr>
            <w:tcW w:w="1250" w:type="dxa"/>
            <w:tcMar>
              <w:top w:w="80" w:type="dxa"/>
              <w:left w:w="100" w:type="dxa"/>
              <w:bottom w:w="80" w:type="dxa"/>
              <w:right w:w="100" w:type="dxa"/>
            </w:tcMar>
            <w:vAlign w:val="center"/>
          </w:tcPr>
          <w:p w14:paraId="78128E20" w14:textId="77777777" w:rsidR="008B11CF" w:rsidRDefault="00E87674">
            <w:pPr>
              <w:spacing w:after="0" w:line="240" w:lineRule="auto"/>
            </w:pPr>
            <w:r>
              <w:rPr>
                <w:sz w:val="18"/>
              </w:rPr>
              <w:t>200</w:t>
            </w:r>
          </w:p>
        </w:tc>
        <w:tc>
          <w:tcPr>
            <w:tcW w:w="2212" w:type="dxa"/>
            <w:tcMar>
              <w:top w:w="80" w:type="dxa"/>
              <w:left w:w="100" w:type="dxa"/>
              <w:bottom w:w="80" w:type="dxa"/>
              <w:right w:w="100" w:type="dxa"/>
            </w:tcMar>
            <w:vAlign w:val="center"/>
          </w:tcPr>
          <w:p w14:paraId="7AE3534A" w14:textId="77777777" w:rsidR="008B11CF" w:rsidRDefault="00E87674">
            <w:pPr>
              <w:spacing w:after="0" w:line="240" w:lineRule="auto"/>
              <w:jc w:val="center"/>
            </w:pPr>
            <w:r>
              <w:rPr>
                <w:sz w:val="18"/>
              </w:rPr>
              <w:t>First 200 results screened according to the protocol; 15 duplicates within the export were removed, leaving 185 records</w:t>
            </w:r>
          </w:p>
        </w:tc>
      </w:tr>
    </w:tbl>
    <w:p w14:paraId="4168817C" w14:textId="77777777" w:rsidR="008B11CF" w:rsidRDefault="00E87674">
      <w:pPr>
        <w:spacing w:before="100" w:after="60"/>
      </w:pPr>
      <w:r>
        <w:rPr>
          <w:b/>
          <w:sz w:val="18"/>
        </w:rPr>
        <w:lastRenderedPageBreak/>
        <w:t xml:space="preserve">Search outcome note. </w:t>
      </w:r>
      <w:r>
        <w:rPr>
          <w:sz w:val="18"/>
        </w:rPr>
        <w:t>The sources in Table S1 yielded 375 records before deduplication. After removal of 88 duplicates (15 within the Google Scholar export and 73 across sources), 287 unique records remained for title and abstract screening.</w:t>
      </w:r>
    </w:p>
    <w:p w14:paraId="613C473D" w14:textId="77777777" w:rsidR="008B11CF" w:rsidRDefault="00E87674">
      <w:pPr>
        <w:keepNext/>
        <w:spacing w:before="200" w:after="100"/>
      </w:pPr>
      <w:r>
        <w:rPr>
          <w:b/>
        </w:rPr>
        <w:t>Table S2. TR Dizin search queries</w:t>
      </w:r>
    </w:p>
    <w:tbl>
      <w:tblPr>
        <w:tblStyle w:val="TabloKlavuzu"/>
        <w:tblW w:w="14112" w:type="dxa"/>
        <w:tblLayout w:type="fixed"/>
        <w:tblLook w:val="04A0" w:firstRow="1" w:lastRow="0" w:firstColumn="1" w:lastColumn="0" w:noHBand="0" w:noVBand="1"/>
      </w:tblPr>
      <w:tblGrid>
        <w:gridCol w:w="1200"/>
        <w:gridCol w:w="1700"/>
        <w:gridCol w:w="9750"/>
        <w:gridCol w:w="1462"/>
      </w:tblGrid>
      <w:tr w:rsidR="008B11CF" w14:paraId="586EB5F5" w14:textId="77777777">
        <w:trPr>
          <w:cantSplit/>
          <w:tblHeader/>
        </w:trPr>
        <w:tc>
          <w:tcPr>
            <w:tcW w:w="1200" w:type="dxa"/>
            <w:tcMar>
              <w:top w:w="80" w:type="dxa"/>
              <w:left w:w="100" w:type="dxa"/>
              <w:bottom w:w="80" w:type="dxa"/>
              <w:right w:w="100" w:type="dxa"/>
            </w:tcMar>
            <w:vAlign w:val="center"/>
          </w:tcPr>
          <w:p w14:paraId="6085DD27" w14:textId="77777777" w:rsidR="008B11CF" w:rsidRDefault="00E87674">
            <w:pPr>
              <w:spacing w:after="0"/>
              <w:jc w:val="center"/>
            </w:pPr>
            <w:r>
              <w:rPr>
                <w:b/>
                <w:sz w:val="18"/>
              </w:rPr>
              <w:t>Stage</w:t>
            </w:r>
          </w:p>
        </w:tc>
        <w:tc>
          <w:tcPr>
            <w:tcW w:w="1700" w:type="dxa"/>
            <w:tcMar>
              <w:top w:w="80" w:type="dxa"/>
              <w:left w:w="100" w:type="dxa"/>
              <w:bottom w:w="80" w:type="dxa"/>
              <w:right w:w="100" w:type="dxa"/>
            </w:tcMar>
            <w:vAlign w:val="center"/>
          </w:tcPr>
          <w:p w14:paraId="0A8213E3" w14:textId="77777777" w:rsidR="008B11CF" w:rsidRDefault="00E87674">
            <w:pPr>
              <w:spacing w:after="0"/>
              <w:jc w:val="center"/>
            </w:pPr>
            <w:r>
              <w:rPr>
                <w:b/>
                <w:sz w:val="18"/>
              </w:rPr>
              <w:t>Search field</w:t>
            </w:r>
          </w:p>
        </w:tc>
        <w:tc>
          <w:tcPr>
            <w:tcW w:w="9750" w:type="dxa"/>
            <w:tcMar>
              <w:top w:w="80" w:type="dxa"/>
              <w:left w:w="100" w:type="dxa"/>
              <w:bottom w:w="80" w:type="dxa"/>
              <w:right w:w="100" w:type="dxa"/>
            </w:tcMar>
            <w:vAlign w:val="center"/>
          </w:tcPr>
          <w:p w14:paraId="3B41A276" w14:textId="77777777" w:rsidR="008B11CF" w:rsidRDefault="00E87674">
            <w:pPr>
              <w:spacing w:after="0"/>
              <w:jc w:val="center"/>
            </w:pPr>
            <w:r>
              <w:rPr>
                <w:b/>
                <w:sz w:val="18"/>
              </w:rPr>
              <w:t>Query entered</w:t>
            </w:r>
          </w:p>
        </w:tc>
        <w:tc>
          <w:tcPr>
            <w:tcW w:w="1462" w:type="dxa"/>
            <w:tcMar>
              <w:top w:w="80" w:type="dxa"/>
              <w:left w:w="100" w:type="dxa"/>
              <w:bottom w:w="80" w:type="dxa"/>
              <w:right w:w="100" w:type="dxa"/>
            </w:tcMar>
            <w:vAlign w:val="center"/>
          </w:tcPr>
          <w:p w14:paraId="60026F25" w14:textId="77777777" w:rsidR="008B11CF" w:rsidRDefault="00E87674">
            <w:pPr>
              <w:spacing w:after="0"/>
              <w:jc w:val="center"/>
            </w:pPr>
            <w:r>
              <w:rPr>
                <w:b/>
                <w:sz w:val="18"/>
              </w:rPr>
              <w:t>Records retrieved</w:t>
            </w:r>
          </w:p>
        </w:tc>
      </w:tr>
      <w:tr w:rsidR="008B11CF" w14:paraId="4FBF5590" w14:textId="77777777">
        <w:trPr>
          <w:cantSplit/>
        </w:trPr>
        <w:tc>
          <w:tcPr>
            <w:tcW w:w="1200" w:type="dxa"/>
            <w:tcMar>
              <w:top w:w="80" w:type="dxa"/>
              <w:left w:w="100" w:type="dxa"/>
              <w:bottom w:w="80" w:type="dxa"/>
              <w:right w:w="100" w:type="dxa"/>
            </w:tcMar>
            <w:vAlign w:val="center"/>
          </w:tcPr>
          <w:p w14:paraId="2A4757D7" w14:textId="77777777" w:rsidR="008B11CF" w:rsidRDefault="00E87674">
            <w:pPr>
              <w:spacing w:after="0" w:line="240" w:lineRule="auto"/>
            </w:pPr>
            <w:r>
              <w:rPr>
                <w:sz w:val="18"/>
              </w:rPr>
              <w:t>A</w:t>
            </w:r>
          </w:p>
        </w:tc>
        <w:tc>
          <w:tcPr>
            <w:tcW w:w="1700" w:type="dxa"/>
            <w:tcMar>
              <w:top w:w="80" w:type="dxa"/>
              <w:left w:w="100" w:type="dxa"/>
              <w:bottom w:w="80" w:type="dxa"/>
              <w:right w:w="100" w:type="dxa"/>
            </w:tcMar>
            <w:vAlign w:val="center"/>
          </w:tcPr>
          <w:p w14:paraId="0E0192CC" w14:textId="77777777" w:rsidR="008B11CF" w:rsidRDefault="00E87674">
            <w:pPr>
              <w:spacing w:after="0" w:line="240" w:lineRule="auto"/>
              <w:jc w:val="center"/>
            </w:pPr>
            <w:r>
              <w:rPr>
                <w:sz w:val="18"/>
              </w:rPr>
              <w:t>Abstract</w:t>
            </w:r>
          </w:p>
        </w:tc>
        <w:tc>
          <w:tcPr>
            <w:tcW w:w="9750" w:type="dxa"/>
            <w:tcMar>
              <w:top w:w="80" w:type="dxa"/>
              <w:left w:w="100" w:type="dxa"/>
              <w:bottom w:w="80" w:type="dxa"/>
              <w:right w:w="100" w:type="dxa"/>
            </w:tcMar>
            <w:vAlign w:val="center"/>
          </w:tcPr>
          <w:p w14:paraId="6D695EB8" w14:textId="77777777" w:rsidR="008B11CF" w:rsidRDefault="00E87674">
            <w:pPr>
              <w:spacing w:after="0" w:line="240" w:lineRule="auto"/>
            </w:pPr>
            <w:r>
              <w:rPr>
                <w:sz w:val="17"/>
              </w:rPr>
              <w:t>ameliyathane</w:t>
            </w:r>
          </w:p>
        </w:tc>
        <w:tc>
          <w:tcPr>
            <w:tcW w:w="1462" w:type="dxa"/>
            <w:tcMar>
              <w:top w:w="80" w:type="dxa"/>
              <w:left w:w="100" w:type="dxa"/>
              <w:bottom w:w="80" w:type="dxa"/>
              <w:right w:w="100" w:type="dxa"/>
            </w:tcMar>
            <w:vAlign w:val="center"/>
          </w:tcPr>
          <w:p w14:paraId="7E63A509" w14:textId="77777777" w:rsidR="008B11CF" w:rsidRDefault="00E87674">
            <w:pPr>
              <w:spacing w:after="0" w:line="240" w:lineRule="auto"/>
              <w:jc w:val="center"/>
            </w:pPr>
            <w:r>
              <w:rPr>
                <w:sz w:val="18"/>
              </w:rPr>
              <w:t>14</w:t>
            </w:r>
          </w:p>
        </w:tc>
      </w:tr>
      <w:tr w:rsidR="008B11CF" w14:paraId="41AF1C54" w14:textId="77777777">
        <w:trPr>
          <w:cantSplit/>
        </w:trPr>
        <w:tc>
          <w:tcPr>
            <w:tcW w:w="1200" w:type="dxa"/>
            <w:tcMar>
              <w:top w:w="80" w:type="dxa"/>
              <w:left w:w="100" w:type="dxa"/>
              <w:bottom w:w="80" w:type="dxa"/>
              <w:right w:w="100" w:type="dxa"/>
            </w:tcMar>
            <w:vAlign w:val="center"/>
          </w:tcPr>
          <w:p w14:paraId="7A42428F" w14:textId="77777777" w:rsidR="008B11CF" w:rsidRDefault="00E87674">
            <w:pPr>
              <w:spacing w:after="0" w:line="240" w:lineRule="auto"/>
            </w:pPr>
            <w:r>
              <w:rPr>
                <w:sz w:val="18"/>
              </w:rPr>
              <w:t>A</w:t>
            </w:r>
          </w:p>
        </w:tc>
        <w:tc>
          <w:tcPr>
            <w:tcW w:w="1700" w:type="dxa"/>
            <w:tcMar>
              <w:top w:w="80" w:type="dxa"/>
              <w:left w:w="100" w:type="dxa"/>
              <w:bottom w:w="80" w:type="dxa"/>
              <w:right w:w="100" w:type="dxa"/>
            </w:tcMar>
            <w:vAlign w:val="center"/>
          </w:tcPr>
          <w:p w14:paraId="5B007291" w14:textId="77777777" w:rsidR="008B11CF" w:rsidRDefault="00E87674">
            <w:pPr>
              <w:spacing w:after="0" w:line="240" w:lineRule="auto"/>
              <w:jc w:val="center"/>
            </w:pPr>
            <w:r>
              <w:rPr>
                <w:sz w:val="18"/>
              </w:rPr>
              <w:t>Abstract</w:t>
            </w:r>
          </w:p>
        </w:tc>
        <w:tc>
          <w:tcPr>
            <w:tcW w:w="9750" w:type="dxa"/>
            <w:tcMar>
              <w:top w:w="80" w:type="dxa"/>
              <w:left w:w="100" w:type="dxa"/>
              <w:bottom w:w="80" w:type="dxa"/>
              <w:right w:w="100" w:type="dxa"/>
            </w:tcMar>
            <w:vAlign w:val="center"/>
          </w:tcPr>
          <w:p w14:paraId="3B380004" w14:textId="77777777" w:rsidR="008B11CF" w:rsidRDefault="00E87674">
            <w:pPr>
              <w:spacing w:after="0" w:line="240" w:lineRule="auto"/>
            </w:pPr>
            <w:r>
              <w:rPr>
                <w:sz w:val="17"/>
              </w:rPr>
              <w:t>perioperatif</w:t>
            </w:r>
          </w:p>
        </w:tc>
        <w:tc>
          <w:tcPr>
            <w:tcW w:w="1462" w:type="dxa"/>
            <w:tcMar>
              <w:top w:w="80" w:type="dxa"/>
              <w:left w:w="100" w:type="dxa"/>
              <w:bottom w:w="80" w:type="dxa"/>
              <w:right w:w="100" w:type="dxa"/>
            </w:tcMar>
            <w:vAlign w:val="center"/>
          </w:tcPr>
          <w:p w14:paraId="6E655D09" w14:textId="77777777" w:rsidR="008B11CF" w:rsidRDefault="00E87674">
            <w:pPr>
              <w:spacing w:after="0" w:line="240" w:lineRule="auto"/>
              <w:jc w:val="center"/>
            </w:pPr>
            <w:r>
              <w:rPr>
                <w:sz w:val="18"/>
              </w:rPr>
              <w:t>40</w:t>
            </w:r>
          </w:p>
        </w:tc>
      </w:tr>
      <w:tr w:rsidR="008B11CF" w14:paraId="46F003F0" w14:textId="77777777">
        <w:trPr>
          <w:cantSplit/>
        </w:trPr>
        <w:tc>
          <w:tcPr>
            <w:tcW w:w="1200" w:type="dxa"/>
            <w:tcMar>
              <w:top w:w="80" w:type="dxa"/>
              <w:left w:w="100" w:type="dxa"/>
              <w:bottom w:w="80" w:type="dxa"/>
              <w:right w:w="100" w:type="dxa"/>
            </w:tcMar>
            <w:vAlign w:val="center"/>
          </w:tcPr>
          <w:p w14:paraId="75DE984E" w14:textId="77777777" w:rsidR="008B11CF" w:rsidRDefault="00E87674">
            <w:pPr>
              <w:spacing w:after="0" w:line="240" w:lineRule="auto"/>
            </w:pPr>
            <w:r>
              <w:rPr>
                <w:sz w:val="18"/>
              </w:rPr>
              <w:t>A</w:t>
            </w:r>
          </w:p>
        </w:tc>
        <w:tc>
          <w:tcPr>
            <w:tcW w:w="1700" w:type="dxa"/>
            <w:tcMar>
              <w:top w:w="80" w:type="dxa"/>
              <w:left w:w="100" w:type="dxa"/>
              <w:bottom w:w="80" w:type="dxa"/>
              <w:right w:w="100" w:type="dxa"/>
            </w:tcMar>
            <w:vAlign w:val="center"/>
          </w:tcPr>
          <w:p w14:paraId="7785E7B6" w14:textId="77777777" w:rsidR="008B11CF" w:rsidRDefault="00E87674">
            <w:pPr>
              <w:spacing w:after="0" w:line="240" w:lineRule="auto"/>
              <w:jc w:val="center"/>
            </w:pPr>
            <w:r>
              <w:rPr>
                <w:sz w:val="18"/>
              </w:rPr>
              <w:t>Abstract</w:t>
            </w:r>
          </w:p>
        </w:tc>
        <w:tc>
          <w:tcPr>
            <w:tcW w:w="9750" w:type="dxa"/>
            <w:tcMar>
              <w:top w:w="80" w:type="dxa"/>
              <w:left w:w="100" w:type="dxa"/>
              <w:bottom w:w="80" w:type="dxa"/>
              <w:right w:w="100" w:type="dxa"/>
            </w:tcMar>
            <w:vAlign w:val="center"/>
          </w:tcPr>
          <w:p w14:paraId="6717293A" w14:textId="77777777" w:rsidR="008B11CF" w:rsidRDefault="00E87674">
            <w:pPr>
              <w:spacing w:after="0" w:line="240" w:lineRule="auto"/>
            </w:pPr>
            <w:r>
              <w:rPr>
                <w:sz w:val="17"/>
              </w:rPr>
              <w:t>adli delil</w:t>
            </w:r>
          </w:p>
        </w:tc>
        <w:tc>
          <w:tcPr>
            <w:tcW w:w="1462" w:type="dxa"/>
            <w:tcMar>
              <w:top w:w="80" w:type="dxa"/>
              <w:left w:w="100" w:type="dxa"/>
              <w:bottom w:w="80" w:type="dxa"/>
              <w:right w:w="100" w:type="dxa"/>
            </w:tcMar>
            <w:vAlign w:val="center"/>
          </w:tcPr>
          <w:p w14:paraId="7E957680" w14:textId="77777777" w:rsidR="008B11CF" w:rsidRDefault="00E87674">
            <w:pPr>
              <w:spacing w:after="0" w:line="240" w:lineRule="auto"/>
              <w:jc w:val="center"/>
            </w:pPr>
            <w:r>
              <w:rPr>
                <w:sz w:val="18"/>
              </w:rPr>
              <w:t>77</w:t>
            </w:r>
          </w:p>
        </w:tc>
      </w:tr>
      <w:tr w:rsidR="008B11CF" w14:paraId="2180CE8C" w14:textId="77777777">
        <w:trPr>
          <w:cantSplit/>
        </w:trPr>
        <w:tc>
          <w:tcPr>
            <w:tcW w:w="1200" w:type="dxa"/>
            <w:tcMar>
              <w:top w:w="80" w:type="dxa"/>
              <w:left w:w="100" w:type="dxa"/>
              <w:bottom w:w="80" w:type="dxa"/>
              <w:right w:w="100" w:type="dxa"/>
            </w:tcMar>
            <w:vAlign w:val="center"/>
          </w:tcPr>
          <w:p w14:paraId="00D3D659" w14:textId="77777777" w:rsidR="008B11CF" w:rsidRDefault="00E87674">
            <w:pPr>
              <w:spacing w:after="0" w:line="240" w:lineRule="auto"/>
            </w:pPr>
            <w:r>
              <w:rPr>
                <w:sz w:val="18"/>
              </w:rPr>
              <w:t>A</w:t>
            </w:r>
          </w:p>
        </w:tc>
        <w:tc>
          <w:tcPr>
            <w:tcW w:w="1700" w:type="dxa"/>
            <w:tcMar>
              <w:top w:w="80" w:type="dxa"/>
              <w:left w:w="100" w:type="dxa"/>
              <w:bottom w:w="80" w:type="dxa"/>
              <w:right w:w="100" w:type="dxa"/>
            </w:tcMar>
            <w:vAlign w:val="center"/>
          </w:tcPr>
          <w:p w14:paraId="59D2C4BC" w14:textId="77777777" w:rsidR="008B11CF" w:rsidRDefault="00E87674">
            <w:pPr>
              <w:spacing w:after="0" w:line="240" w:lineRule="auto"/>
              <w:jc w:val="center"/>
            </w:pPr>
            <w:r>
              <w:rPr>
                <w:sz w:val="18"/>
              </w:rPr>
              <w:t>Abstract</w:t>
            </w:r>
          </w:p>
        </w:tc>
        <w:tc>
          <w:tcPr>
            <w:tcW w:w="9750" w:type="dxa"/>
            <w:tcMar>
              <w:top w:w="80" w:type="dxa"/>
              <w:left w:w="100" w:type="dxa"/>
              <w:bottom w:w="80" w:type="dxa"/>
              <w:right w:w="100" w:type="dxa"/>
            </w:tcMar>
            <w:vAlign w:val="center"/>
          </w:tcPr>
          <w:p w14:paraId="05D2472E" w14:textId="77777777" w:rsidR="008B11CF" w:rsidRDefault="00E87674">
            <w:pPr>
              <w:spacing w:after="0" w:line="240" w:lineRule="auto"/>
            </w:pPr>
            <w:r>
              <w:rPr>
                <w:sz w:val="17"/>
              </w:rPr>
              <w:t>adli olgu</w:t>
            </w:r>
          </w:p>
        </w:tc>
        <w:tc>
          <w:tcPr>
            <w:tcW w:w="1462" w:type="dxa"/>
            <w:tcMar>
              <w:top w:w="80" w:type="dxa"/>
              <w:left w:w="100" w:type="dxa"/>
              <w:bottom w:w="80" w:type="dxa"/>
              <w:right w:w="100" w:type="dxa"/>
            </w:tcMar>
            <w:vAlign w:val="center"/>
          </w:tcPr>
          <w:p w14:paraId="6F015758" w14:textId="77777777" w:rsidR="008B11CF" w:rsidRDefault="00E87674">
            <w:pPr>
              <w:spacing w:after="0" w:line="240" w:lineRule="auto"/>
              <w:jc w:val="center"/>
            </w:pPr>
            <w:r>
              <w:rPr>
                <w:sz w:val="18"/>
              </w:rPr>
              <w:t>70</w:t>
            </w:r>
          </w:p>
        </w:tc>
      </w:tr>
      <w:tr w:rsidR="008B11CF" w14:paraId="74AE1F87" w14:textId="77777777">
        <w:trPr>
          <w:cantSplit/>
        </w:trPr>
        <w:tc>
          <w:tcPr>
            <w:tcW w:w="1200" w:type="dxa"/>
            <w:tcMar>
              <w:top w:w="80" w:type="dxa"/>
              <w:left w:w="100" w:type="dxa"/>
              <w:bottom w:w="80" w:type="dxa"/>
              <w:right w:w="100" w:type="dxa"/>
            </w:tcMar>
            <w:vAlign w:val="center"/>
          </w:tcPr>
          <w:p w14:paraId="658082D6" w14:textId="77777777" w:rsidR="008B11CF" w:rsidRDefault="00E87674">
            <w:pPr>
              <w:spacing w:after="0" w:line="240" w:lineRule="auto"/>
            </w:pPr>
            <w:r>
              <w:rPr>
                <w:sz w:val="18"/>
              </w:rPr>
              <w:t>A</w:t>
            </w:r>
          </w:p>
        </w:tc>
        <w:tc>
          <w:tcPr>
            <w:tcW w:w="1700" w:type="dxa"/>
            <w:tcMar>
              <w:top w:w="80" w:type="dxa"/>
              <w:left w:w="100" w:type="dxa"/>
              <w:bottom w:w="80" w:type="dxa"/>
              <w:right w:w="100" w:type="dxa"/>
            </w:tcMar>
            <w:vAlign w:val="center"/>
          </w:tcPr>
          <w:p w14:paraId="0E282B81" w14:textId="77777777" w:rsidR="008B11CF" w:rsidRDefault="00E87674">
            <w:pPr>
              <w:spacing w:after="0" w:line="240" w:lineRule="auto"/>
              <w:jc w:val="center"/>
            </w:pPr>
            <w:r>
              <w:rPr>
                <w:sz w:val="18"/>
              </w:rPr>
              <w:t>Abstract</w:t>
            </w:r>
          </w:p>
        </w:tc>
        <w:tc>
          <w:tcPr>
            <w:tcW w:w="9750" w:type="dxa"/>
            <w:tcMar>
              <w:top w:w="80" w:type="dxa"/>
              <w:left w:w="100" w:type="dxa"/>
              <w:bottom w:w="80" w:type="dxa"/>
              <w:right w:w="100" w:type="dxa"/>
            </w:tcMar>
            <w:vAlign w:val="center"/>
          </w:tcPr>
          <w:p w14:paraId="3619AC96" w14:textId="77777777" w:rsidR="008B11CF" w:rsidRDefault="00E87674">
            <w:pPr>
              <w:spacing w:after="0" w:line="240" w:lineRule="auto"/>
            </w:pPr>
            <w:r>
              <w:rPr>
                <w:sz w:val="17"/>
              </w:rPr>
              <w:t>adli hemşirelik</w:t>
            </w:r>
          </w:p>
        </w:tc>
        <w:tc>
          <w:tcPr>
            <w:tcW w:w="1462" w:type="dxa"/>
            <w:tcMar>
              <w:top w:w="80" w:type="dxa"/>
              <w:left w:w="100" w:type="dxa"/>
              <w:bottom w:w="80" w:type="dxa"/>
              <w:right w:w="100" w:type="dxa"/>
            </w:tcMar>
            <w:vAlign w:val="center"/>
          </w:tcPr>
          <w:p w14:paraId="11FEBD3A" w14:textId="77777777" w:rsidR="008B11CF" w:rsidRDefault="00E87674">
            <w:pPr>
              <w:spacing w:after="0" w:line="240" w:lineRule="auto"/>
              <w:jc w:val="center"/>
            </w:pPr>
            <w:r>
              <w:rPr>
                <w:sz w:val="18"/>
              </w:rPr>
              <w:t>5</w:t>
            </w:r>
          </w:p>
        </w:tc>
      </w:tr>
      <w:tr w:rsidR="008B11CF" w14:paraId="5C10A990" w14:textId="77777777">
        <w:trPr>
          <w:cantSplit/>
        </w:trPr>
        <w:tc>
          <w:tcPr>
            <w:tcW w:w="1200" w:type="dxa"/>
            <w:tcMar>
              <w:top w:w="80" w:type="dxa"/>
              <w:left w:w="100" w:type="dxa"/>
              <w:bottom w:w="80" w:type="dxa"/>
              <w:right w:w="100" w:type="dxa"/>
            </w:tcMar>
            <w:vAlign w:val="center"/>
          </w:tcPr>
          <w:p w14:paraId="56FC667E" w14:textId="77777777" w:rsidR="008B11CF" w:rsidRDefault="00E87674">
            <w:pPr>
              <w:spacing w:after="0" w:line="240" w:lineRule="auto"/>
            </w:pPr>
            <w:r>
              <w:rPr>
                <w:sz w:val="18"/>
              </w:rPr>
              <w:t>A</w:t>
            </w:r>
          </w:p>
        </w:tc>
        <w:tc>
          <w:tcPr>
            <w:tcW w:w="1700" w:type="dxa"/>
            <w:tcMar>
              <w:top w:w="80" w:type="dxa"/>
              <w:left w:w="100" w:type="dxa"/>
              <w:bottom w:w="80" w:type="dxa"/>
              <w:right w:w="100" w:type="dxa"/>
            </w:tcMar>
            <w:vAlign w:val="center"/>
          </w:tcPr>
          <w:p w14:paraId="2BF4D1B5" w14:textId="77777777" w:rsidR="008B11CF" w:rsidRDefault="00E87674">
            <w:pPr>
              <w:spacing w:after="0" w:line="240" w:lineRule="auto"/>
              <w:jc w:val="center"/>
            </w:pPr>
            <w:r>
              <w:rPr>
                <w:sz w:val="18"/>
              </w:rPr>
              <w:t>Abstract</w:t>
            </w:r>
          </w:p>
        </w:tc>
        <w:tc>
          <w:tcPr>
            <w:tcW w:w="9750" w:type="dxa"/>
            <w:tcMar>
              <w:top w:w="80" w:type="dxa"/>
              <w:left w:w="100" w:type="dxa"/>
              <w:bottom w:w="80" w:type="dxa"/>
              <w:right w:w="100" w:type="dxa"/>
            </w:tcMar>
            <w:vAlign w:val="center"/>
          </w:tcPr>
          <w:p w14:paraId="6A1DCFBD" w14:textId="77777777" w:rsidR="008B11CF" w:rsidRDefault="00E87674">
            <w:pPr>
              <w:spacing w:after="0" w:line="240" w:lineRule="auto"/>
            </w:pPr>
            <w:r>
              <w:rPr>
                <w:sz w:val="17"/>
              </w:rPr>
              <w:t>delil zinciri</w:t>
            </w:r>
          </w:p>
        </w:tc>
        <w:tc>
          <w:tcPr>
            <w:tcW w:w="1462" w:type="dxa"/>
            <w:tcMar>
              <w:top w:w="80" w:type="dxa"/>
              <w:left w:w="100" w:type="dxa"/>
              <w:bottom w:w="80" w:type="dxa"/>
              <w:right w:w="100" w:type="dxa"/>
            </w:tcMar>
            <w:vAlign w:val="center"/>
          </w:tcPr>
          <w:p w14:paraId="14B76E57" w14:textId="77777777" w:rsidR="008B11CF" w:rsidRDefault="00E87674">
            <w:pPr>
              <w:spacing w:after="0" w:line="240" w:lineRule="auto"/>
              <w:jc w:val="center"/>
            </w:pPr>
            <w:r>
              <w:rPr>
                <w:sz w:val="18"/>
              </w:rPr>
              <w:t>6</w:t>
            </w:r>
          </w:p>
        </w:tc>
      </w:tr>
      <w:tr w:rsidR="008B11CF" w14:paraId="7EDFFA53" w14:textId="77777777">
        <w:trPr>
          <w:cantSplit/>
        </w:trPr>
        <w:tc>
          <w:tcPr>
            <w:tcW w:w="1200" w:type="dxa"/>
            <w:tcMar>
              <w:top w:w="80" w:type="dxa"/>
              <w:left w:w="100" w:type="dxa"/>
              <w:bottom w:w="80" w:type="dxa"/>
              <w:right w:w="100" w:type="dxa"/>
            </w:tcMar>
            <w:vAlign w:val="center"/>
          </w:tcPr>
          <w:p w14:paraId="0645EEBB" w14:textId="77777777" w:rsidR="008B11CF" w:rsidRDefault="00E87674">
            <w:pPr>
              <w:spacing w:after="0" w:line="240" w:lineRule="auto"/>
            </w:pPr>
            <w:r>
              <w:rPr>
                <w:sz w:val="18"/>
              </w:rPr>
              <w:t>B</w:t>
            </w:r>
          </w:p>
        </w:tc>
        <w:tc>
          <w:tcPr>
            <w:tcW w:w="1700" w:type="dxa"/>
            <w:tcMar>
              <w:top w:w="80" w:type="dxa"/>
              <w:left w:w="100" w:type="dxa"/>
              <w:bottom w:w="80" w:type="dxa"/>
              <w:right w:w="100" w:type="dxa"/>
            </w:tcMar>
            <w:vAlign w:val="center"/>
          </w:tcPr>
          <w:p w14:paraId="43E4213F" w14:textId="77777777" w:rsidR="008B11CF" w:rsidRDefault="00E87674">
            <w:pPr>
              <w:spacing w:after="0" w:line="240" w:lineRule="auto"/>
              <w:jc w:val="center"/>
            </w:pPr>
            <w:r>
              <w:rPr>
                <w:sz w:val="18"/>
              </w:rPr>
              <w:t>Abstract</w:t>
            </w:r>
          </w:p>
        </w:tc>
        <w:tc>
          <w:tcPr>
            <w:tcW w:w="9750" w:type="dxa"/>
            <w:tcMar>
              <w:top w:w="80" w:type="dxa"/>
              <w:left w:w="100" w:type="dxa"/>
              <w:bottom w:w="80" w:type="dxa"/>
              <w:right w:w="100" w:type="dxa"/>
            </w:tcMar>
            <w:vAlign w:val="center"/>
          </w:tcPr>
          <w:p w14:paraId="21DC5943" w14:textId="77777777" w:rsidR="008B11CF" w:rsidRDefault="00E87674">
            <w:pPr>
              <w:spacing w:after="0" w:line="240" w:lineRule="auto"/>
            </w:pPr>
            <w:r>
              <w:rPr>
                <w:sz w:val="17"/>
              </w:rPr>
              <w:t>ameliyathane AND adli</w:t>
            </w:r>
          </w:p>
        </w:tc>
        <w:tc>
          <w:tcPr>
            <w:tcW w:w="1462" w:type="dxa"/>
            <w:tcMar>
              <w:top w:w="80" w:type="dxa"/>
              <w:left w:w="100" w:type="dxa"/>
              <w:bottom w:w="80" w:type="dxa"/>
              <w:right w:w="100" w:type="dxa"/>
            </w:tcMar>
            <w:vAlign w:val="center"/>
          </w:tcPr>
          <w:p w14:paraId="1D591DFB" w14:textId="77777777" w:rsidR="008B11CF" w:rsidRDefault="00E87674">
            <w:pPr>
              <w:spacing w:after="0" w:line="240" w:lineRule="auto"/>
              <w:jc w:val="center"/>
            </w:pPr>
            <w:r>
              <w:rPr>
                <w:sz w:val="18"/>
              </w:rPr>
              <w:t>0</w:t>
            </w:r>
          </w:p>
        </w:tc>
      </w:tr>
      <w:tr w:rsidR="008B11CF" w14:paraId="53578FF7" w14:textId="77777777">
        <w:trPr>
          <w:cantSplit/>
        </w:trPr>
        <w:tc>
          <w:tcPr>
            <w:tcW w:w="1200" w:type="dxa"/>
            <w:tcMar>
              <w:top w:w="80" w:type="dxa"/>
              <w:left w:w="100" w:type="dxa"/>
              <w:bottom w:w="80" w:type="dxa"/>
              <w:right w:w="100" w:type="dxa"/>
            </w:tcMar>
            <w:vAlign w:val="center"/>
          </w:tcPr>
          <w:p w14:paraId="719341AD" w14:textId="77777777" w:rsidR="008B11CF" w:rsidRDefault="00E87674">
            <w:pPr>
              <w:spacing w:after="0" w:line="240" w:lineRule="auto"/>
            </w:pPr>
            <w:r>
              <w:rPr>
                <w:sz w:val="18"/>
              </w:rPr>
              <w:t>B</w:t>
            </w:r>
          </w:p>
        </w:tc>
        <w:tc>
          <w:tcPr>
            <w:tcW w:w="1700" w:type="dxa"/>
            <w:tcMar>
              <w:top w:w="80" w:type="dxa"/>
              <w:left w:w="100" w:type="dxa"/>
              <w:bottom w:w="80" w:type="dxa"/>
              <w:right w:w="100" w:type="dxa"/>
            </w:tcMar>
            <w:vAlign w:val="center"/>
          </w:tcPr>
          <w:p w14:paraId="394B900C" w14:textId="77777777" w:rsidR="008B11CF" w:rsidRDefault="00E87674">
            <w:pPr>
              <w:spacing w:after="0" w:line="240" w:lineRule="auto"/>
              <w:jc w:val="center"/>
            </w:pPr>
            <w:r>
              <w:rPr>
                <w:sz w:val="18"/>
              </w:rPr>
              <w:t>Abstract</w:t>
            </w:r>
          </w:p>
        </w:tc>
        <w:tc>
          <w:tcPr>
            <w:tcW w:w="9750" w:type="dxa"/>
            <w:tcMar>
              <w:top w:w="80" w:type="dxa"/>
              <w:left w:w="100" w:type="dxa"/>
              <w:bottom w:w="80" w:type="dxa"/>
              <w:right w:w="100" w:type="dxa"/>
            </w:tcMar>
            <w:vAlign w:val="center"/>
          </w:tcPr>
          <w:p w14:paraId="22E1DC20" w14:textId="77777777" w:rsidR="008B11CF" w:rsidRDefault="00E87674">
            <w:pPr>
              <w:spacing w:after="0" w:line="240" w:lineRule="auto"/>
            </w:pPr>
            <w:r>
              <w:rPr>
                <w:sz w:val="17"/>
              </w:rPr>
              <w:t>perioperatif AND adli</w:t>
            </w:r>
          </w:p>
        </w:tc>
        <w:tc>
          <w:tcPr>
            <w:tcW w:w="1462" w:type="dxa"/>
            <w:tcMar>
              <w:top w:w="80" w:type="dxa"/>
              <w:left w:w="100" w:type="dxa"/>
              <w:bottom w:w="80" w:type="dxa"/>
              <w:right w:w="100" w:type="dxa"/>
            </w:tcMar>
            <w:vAlign w:val="center"/>
          </w:tcPr>
          <w:p w14:paraId="4DC68134" w14:textId="77777777" w:rsidR="008B11CF" w:rsidRDefault="00E87674">
            <w:pPr>
              <w:spacing w:after="0" w:line="240" w:lineRule="auto"/>
              <w:jc w:val="center"/>
            </w:pPr>
            <w:r>
              <w:rPr>
                <w:sz w:val="18"/>
              </w:rPr>
              <w:t>0</w:t>
            </w:r>
          </w:p>
        </w:tc>
      </w:tr>
      <w:tr w:rsidR="008B11CF" w14:paraId="2CA40B6D" w14:textId="77777777">
        <w:trPr>
          <w:cantSplit/>
        </w:trPr>
        <w:tc>
          <w:tcPr>
            <w:tcW w:w="1200" w:type="dxa"/>
            <w:tcMar>
              <w:top w:w="80" w:type="dxa"/>
              <w:left w:w="100" w:type="dxa"/>
              <w:bottom w:w="80" w:type="dxa"/>
              <w:right w:w="100" w:type="dxa"/>
            </w:tcMar>
            <w:vAlign w:val="center"/>
          </w:tcPr>
          <w:p w14:paraId="613ADC08" w14:textId="77777777" w:rsidR="008B11CF" w:rsidRDefault="00E87674">
            <w:pPr>
              <w:spacing w:after="0" w:line="240" w:lineRule="auto"/>
            </w:pPr>
            <w:r>
              <w:rPr>
                <w:sz w:val="18"/>
              </w:rPr>
              <w:t>B</w:t>
            </w:r>
          </w:p>
        </w:tc>
        <w:tc>
          <w:tcPr>
            <w:tcW w:w="1700" w:type="dxa"/>
            <w:tcMar>
              <w:top w:w="80" w:type="dxa"/>
              <w:left w:w="100" w:type="dxa"/>
              <w:bottom w:w="80" w:type="dxa"/>
              <w:right w:w="100" w:type="dxa"/>
            </w:tcMar>
            <w:vAlign w:val="center"/>
          </w:tcPr>
          <w:p w14:paraId="2A180EED" w14:textId="77777777" w:rsidR="008B11CF" w:rsidRDefault="00E87674">
            <w:pPr>
              <w:spacing w:after="0" w:line="240" w:lineRule="auto"/>
              <w:jc w:val="center"/>
            </w:pPr>
            <w:r>
              <w:rPr>
                <w:sz w:val="18"/>
              </w:rPr>
              <w:t>Abstract</w:t>
            </w:r>
          </w:p>
        </w:tc>
        <w:tc>
          <w:tcPr>
            <w:tcW w:w="9750" w:type="dxa"/>
            <w:tcMar>
              <w:top w:w="80" w:type="dxa"/>
              <w:left w:w="100" w:type="dxa"/>
              <w:bottom w:w="80" w:type="dxa"/>
              <w:right w:w="100" w:type="dxa"/>
            </w:tcMar>
            <w:vAlign w:val="center"/>
          </w:tcPr>
          <w:p w14:paraId="780162C6" w14:textId="77777777" w:rsidR="008B11CF" w:rsidRDefault="00E87674">
            <w:pPr>
              <w:spacing w:after="0" w:line="240" w:lineRule="auto"/>
            </w:pPr>
            <w:r>
              <w:rPr>
                <w:sz w:val="17"/>
              </w:rPr>
              <w:t>cerrahi AND adli</w:t>
            </w:r>
          </w:p>
        </w:tc>
        <w:tc>
          <w:tcPr>
            <w:tcW w:w="1462" w:type="dxa"/>
            <w:tcMar>
              <w:top w:w="80" w:type="dxa"/>
              <w:left w:w="100" w:type="dxa"/>
              <w:bottom w:w="80" w:type="dxa"/>
              <w:right w:w="100" w:type="dxa"/>
            </w:tcMar>
            <w:vAlign w:val="center"/>
          </w:tcPr>
          <w:p w14:paraId="68374D79" w14:textId="77777777" w:rsidR="008B11CF" w:rsidRDefault="00E87674">
            <w:pPr>
              <w:spacing w:after="0" w:line="240" w:lineRule="auto"/>
              <w:jc w:val="center"/>
            </w:pPr>
            <w:r>
              <w:rPr>
                <w:sz w:val="18"/>
              </w:rPr>
              <w:t>10</w:t>
            </w:r>
          </w:p>
        </w:tc>
      </w:tr>
      <w:tr w:rsidR="008B11CF" w14:paraId="3036539C" w14:textId="77777777">
        <w:trPr>
          <w:cantSplit/>
        </w:trPr>
        <w:tc>
          <w:tcPr>
            <w:tcW w:w="1200" w:type="dxa"/>
            <w:tcMar>
              <w:top w:w="80" w:type="dxa"/>
              <w:left w:w="100" w:type="dxa"/>
              <w:bottom w:w="80" w:type="dxa"/>
              <w:right w:w="100" w:type="dxa"/>
            </w:tcMar>
            <w:vAlign w:val="center"/>
          </w:tcPr>
          <w:p w14:paraId="2C5720BA" w14:textId="77777777" w:rsidR="008B11CF" w:rsidRDefault="00E87674">
            <w:pPr>
              <w:spacing w:after="0" w:line="240" w:lineRule="auto"/>
            </w:pPr>
            <w:r>
              <w:rPr>
                <w:sz w:val="18"/>
              </w:rPr>
              <w:t>B</w:t>
            </w:r>
          </w:p>
        </w:tc>
        <w:tc>
          <w:tcPr>
            <w:tcW w:w="1700" w:type="dxa"/>
            <w:tcMar>
              <w:top w:w="80" w:type="dxa"/>
              <w:left w:w="100" w:type="dxa"/>
              <w:bottom w:w="80" w:type="dxa"/>
              <w:right w:w="100" w:type="dxa"/>
            </w:tcMar>
            <w:vAlign w:val="center"/>
          </w:tcPr>
          <w:p w14:paraId="258F4807" w14:textId="77777777" w:rsidR="008B11CF" w:rsidRDefault="00E87674">
            <w:pPr>
              <w:spacing w:after="0" w:line="240" w:lineRule="auto"/>
              <w:jc w:val="center"/>
            </w:pPr>
            <w:r>
              <w:rPr>
                <w:sz w:val="18"/>
              </w:rPr>
              <w:t>Title</w:t>
            </w:r>
          </w:p>
        </w:tc>
        <w:tc>
          <w:tcPr>
            <w:tcW w:w="9750" w:type="dxa"/>
            <w:tcMar>
              <w:top w:w="80" w:type="dxa"/>
              <w:left w:w="100" w:type="dxa"/>
              <w:bottom w:w="80" w:type="dxa"/>
              <w:right w:w="100" w:type="dxa"/>
            </w:tcMar>
            <w:vAlign w:val="center"/>
          </w:tcPr>
          <w:p w14:paraId="04CB00D3" w14:textId="77777777" w:rsidR="008B11CF" w:rsidRDefault="00E87674">
            <w:pPr>
              <w:spacing w:after="0" w:line="240" w:lineRule="auto"/>
            </w:pPr>
            <w:r>
              <w:rPr>
                <w:sz w:val="17"/>
              </w:rPr>
              <w:t>ameliyathane AND adli</w:t>
            </w:r>
          </w:p>
        </w:tc>
        <w:tc>
          <w:tcPr>
            <w:tcW w:w="1462" w:type="dxa"/>
            <w:tcMar>
              <w:top w:w="80" w:type="dxa"/>
              <w:left w:w="100" w:type="dxa"/>
              <w:bottom w:w="80" w:type="dxa"/>
              <w:right w:w="100" w:type="dxa"/>
            </w:tcMar>
            <w:vAlign w:val="center"/>
          </w:tcPr>
          <w:p w14:paraId="7AEB4EAE" w14:textId="77777777" w:rsidR="008B11CF" w:rsidRDefault="00E87674">
            <w:pPr>
              <w:spacing w:after="0" w:line="240" w:lineRule="auto"/>
              <w:jc w:val="center"/>
            </w:pPr>
            <w:r>
              <w:rPr>
                <w:sz w:val="18"/>
              </w:rPr>
              <w:t>6</w:t>
            </w:r>
          </w:p>
        </w:tc>
      </w:tr>
      <w:tr w:rsidR="008B11CF" w14:paraId="38F3565D" w14:textId="77777777">
        <w:trPr>
          <w:cantSplit/>
        </w:trPr>
        <w:tc>
          <w:tcPr>
            <w:tcW w:w="1200" w:type="dxa"/>
            <w:tcMar>
              <w:top w:w="80" w:type="dxa"/>
              <w:left w:w="100" w:type="dxa"/>
              <w:bottom w:w="80" w:type="dxa"/>
              <w:right w:w="100" w:type="dxa"/>
            </w:tcMar>
            <w:vAlign w:val="center"/>
          </w:tcPr>
          <w:p w14:paraId="2F325ED1" w14:textId="77777777" w:rsidR="008B11CF" w:rsidRDefault="00E87674">
            <w:pPr>
              <w:spacing w:after="0" w:line="240" w:lineRule="auto"/>
            </w:pPr>
            <w:r>
              <w:rPr>
                <w:sz w:val="18"/>
              </w:rPr>
              <w:t>B</w:t>
            </w:r>
          </w:p>
        </w:tc>
        <w:tc>
          <w:tcPr>
            <w:tcW w:w="1700" w:type="dxa"/>
            <w:tcMar>
              <w:top w:w="80" w:type="dxa"/>
              <w:left w:w="100" w:type="dxa"/>
              <w:bottom w:w="80" w:type="dxa"/>
              <w:right w:w="100" w:type="dxa"/>
            </w:tcMar>
            <w:vAlign w:val="center"/>
          </w:tcPr>
          <w:p w14:paraId="3A6C34EB" w14:textId="77777777" w:rsidR="008B11CF" w:rsidRDefault="00E87674">
            <w:pPr>
              <w:spacing w:after="0" w:line="240" w:lineRule="auto"/>
              <w:jc w:val="center"/>
            </w:pPr>
            <w:r>
              <w:rPr>
                <w:sz w:val="18"/>
              </w:rPr>
              <w:t>Title</w:t>
            </w:r>
          </w:p>
        </w:tc>
        <w:tc>
          <w:tcPr>
            <w:tcW w:w="9750" w:type="dxa"/>
            <w:tcMar>
              <w:top w:w="80" w:type="dxa"/>
              <w:left w:w="100" w:type="dxa"/>
              <w:bottom w:w="80" w:type="dxa"/>
              <w:right w:w="100" w:type="dxa"/>
            </w:tcMar>
            <w:vAlign w:val="center"/>
          </w:tcPr>
          <w:p w14:paraId="6436EFAA" w14:textId="77777777" w:rsidR="008B11CF" w:rsidRDefault="00E87674">
            <w:pPr>
              <w:spacing w:after="0" w:line="240" w:lineRule="auto"/>
            </w:pPr>
            <w:r>
              <w:rPr>
                <w:sz w:val="17"/>
              </w:rPr>
              <w:t>perioperatif AND adli</w:t>
            </w:r>
          </w:p>
        </w:tc>
        <w:tc>
          <w:tcPr>
            <w:tcW w:w="1462" w:type="dxa"/>
            <w:tcMar>
              <w:top w:w="80" w:type="dxa"/>
              <w:left w:w="100" w:type="dxa"/>
              <w:bottom w:w="80" w:type="dxa"/>
              <w:right w:w="100" w:type="dxa"/>
            </w:tcMar>
            <w:vAlign w:val="center"/>
          </w:tcPr>
          <w:p w14:paraId="2A9533DC" w14:textId="77777777" w:rsidR="008B11CF" w:rsidRDefault="00E87674">
            <w:pPr>
              <w:spacing w:after="0" w:line="240" w:lineRule="auto"/>
              <w:jc w:val="center"/>
            </w:pPr>
            <w:r>
              <w:rPr>
                <w:sz w:val="18"/>
              </w:rPr>
              <w:t>24</w:t>
            </w:r>
          </w:p>
        </w:tc>
      </w:tr>
      <w:tr w:rsidR="008B11CF" w14:paraId="1695F89B" w14:textId="77777777">
        <w:trPr>
          <w:cantSplit/>
        </w:trPr>
        <w:tc>
          <w:tcPr>
            <w:tcW w:w="1200" w:type="dxa"/>
            <w:tcMar>
              <w:top w:w="80" w:type="dxa"/>
              <w:left w:w="100" w:type="dxa"/>
              <w:bottom w:w="80" w:type="dxa"/>
              <w:right w:w="100" w:type="dxa"/>
            </w:tcMar>
            <w:vAlign w:val="center"/>
          </w:tcPr>
          <w:p w14:paraId="6A4506A6" w14:textId="77777777" w:rsidR="008B11CF" w:rsidRDefault="00E87674">
            <w:pPr>
              <w:spacing w:after="0" w:line="240" w:lineRule="auto"/>
            </w:pPr>
            <w:r>
              <w:rPr>
                <w:sz w:val="18"/>
              </w:rPr>
              <w:t>B</w:t>
            </w:r>
          </w:p>
        </w:tc>
        <w:tc>
          <w:tcPr>
            <w:tcW w:w="1700" w:type="dxa"/>
            <w:tcMar>
              <w:top w:w="80" w:type="dxa"/>
              <w:left w:w="100" w:type="dxa"/>
              <w:bottom w:w="80" w:type="dxa"/>
              <w:right w:w="100" w:type="dxa"/>
            </w:tcMar>
            <w:vAlign w:val="center"/>
          </w:tcPr>
          <w:p w14:paraId="751CF87A" w14:textId="77777777" w:rsidR="008B11CF" w:rsidRDefault="00E87674">
            <w:pPr>
              <w:spacing w:after="0" w:line="240" w:lineRule="auto"/>
              <w:jc w:val="center"/>
            </w:pPr>
            <w:r>
              <w:rPr>
                <w:sz w:val="18"/>
              </w:rPr>
              <w:t>Title</w:t>
            </w:r>
          </w:p>
        </w:tc>
        <w:tc>
          <w:tcPr>
            <w:tcW w:w="9750" w:type="dxa"/>
            <w:tcMar>
              <w:top w:w="80" w:type="dxa"/>
              <w:left w:w="100" w:type="dxa"/>
              <w:bottom w:w="80" w:type="dxa"/>
              <w:right w:w="100" w:type="dxa"/>
            </w:tcMar>
            <w:vAlign w:val="center"/>
          </w:tcPr>
          <w:p w14:paraId="737548EB" w14:textId="77777777" w:rsidR="008B11CF" w:rsidRDefault="00E87674">
            <w:pPr>
              <w:spacing w:after="0" w:line="240" w:lineRule="auto"/>
            </w:pPr>
            <w:r>
              <w:rPr>
                <w:sz w:val="17"/>
              </w:rPr>
              <w:t>cerrahi AND adli</w:t>
            </w:r>
          </w:p>
        </w:tc>
        <w:tc>
          <w:tcPr>
            <w:tcW w:w="1462" w:type="dxa"/>
            <w:tcMar>
              <w:top w:w="80" w:type="dxa"/>
              <w:left w:w="100" w:type="dxa"/>
              <w:bottom w:w="80" w:type="dxa"/>
              <w:right w:w="100" w:type="dxa"/>
            </w:tcMar>
            <w:vAlign w:val="center"/>
          </w:tcPr>
          <w:p w14:paraId="757B4F16" w14:textId="77777777" w:rsidR="008B11CF" w:rsidRDefault="00E87674">
            <w:pPr>
              <w:spacing w:after="0" w:line="240" w:lineRule="auto"/>
              <w:jc w:val="center"/>
            </w:pPr>
            <w:r>
              <w:rPr>
                <w:sz w:val="18"/>
              </w:rPr>
              <w:t>127</w:t>
            </w:r>
          </w:p>
        </w:tc>
      </w:tr>
      <w:tr w:rsidR="008B11CF" w14:paraId="3717C5E6" w14:textId="77777777">
        <w:trPr>
          <w:cantSplit/>
        </w:trPr>
        <w:tc>
          <w:tcPr>
            <w:tcW w:w="1200" w:type="dxa"/>
            <w:tcMar>
              <w:top w:w="80" w:type="dxa"/>
              <w:left w:w="100" w:type="dxa"/>
              <w:bottom w:w="80" w:type="dxa"/>
              <w:right w:w="100" w:type="dxa"/>
            </w:tcMar>
            <w:vAlign w:val="center"/>
          </w:tcPr>
          <w:p w14:paraId="126EFE4B" w14:textId="77777777" w:rsidR="008B11CF" w:rsidRDefault="00E87674">
            <w:pPr>
              <w:spacing w:after="0" w:line="240" w:lineRule="auto"/>
            </w:pPr>
            <w:r>
              <w:rPr>
                <w:sz w:val="18"/>
              </w:rPr>
              <w:t>C</w:t>
            </w:r>
          </w:p>
        </w:tc>
        <w:tc>
          <w:tcPr>
            <w:tcW w:w="1700" w:type="dxa"/>
            <w:tcMar>
              <w:top w:w="80" w:type="dxa"/>
              <w:left w:w="100" w:type="dxa"/>
              <w:bottom w:w="80" w:type="dxa"/>
              <w:right w:w="100" w:type="dxa"/>
            </w:tcMar>
            <w:vAlign w:val="center"/>
          </w:tcPr>
          <w:p w14:paraId="471E4EA0" w14:textId="77777777" w:rsidR="008B11CF" w:rsidRDefault="00E87674">
            <w:pPr>
              <w:spacing w:after="0" w:line="240" w:lineRule="auto"/>
              <w:jc w:val="center"/>
            </w:pPr>
            <w:r>
              <w:rPr>
                <w:sz w:val="18"/>
              </w:rPr>
              <w:t>Abstract</w:t>
            </w:r>
          </w:p>
        </w:tc>
        <w:tc>
          <w:tcPr>
            <w:tcW w:w="9750" w:type="dxa"/>
            <w:tcMar>
              <w:top w:w="80" w:type="dxa"/>
              <w:left w:w="100" w:type="dxa"/>
              <w:bottom w:w="80" w:type="dxa"/>
              <w:right w:w="100" w:type="dxa"/>
            </w:tcMar>
            <w:vAlign w:val="center"/>
          </w:tcPr>
          <w:p w14:paraId="70BB1F9F" w14:textId="77777777" w:rsidR="008B11CF" w:rsidRDefault="00E87674">
            <w:pPr>
              <w:spacing w:after="0" w:line="240" w:lineRule="auto"/>
            </w:pPr>
            <w:r>
              <w:rPr>
                <w:sz w:val="17"/>
              </w:rPr>
              <w:t>perioperative AND forensic</w:t>
            </w:r>
          </w:p>
        </w:tc>
        <w:tc>
          <w:tcPr>
            <w:tcW w:w="1462" w:type="dxa"/>
            <w:tcMar>
              <w:top w:w="80" w:type="dxa"/>
              <w:left w:w="100" w:type="dxa"/>
              <w:bottom w:w="80" w:type="dxa"/>
              <w:right w:w="100" w:type="dxa"/>
            </w:tcMar>
            <w:vAlign w:val="center"/>
          </w:tcPr>
          <w:p w14:paraId="55B90C40" w14:textId="77777777" w:rsidR="008B11CF" w:rsidRDefault="00E87674">
            <w:pPr>
              <w:spacing w:after="0" w:line="240" w:lineRule="auto"/>
              <w:jc w:val="center"/>
            </w:pPr>
            <w:r>
              <w:rPr>
                <w:sz w:val="18"/>
              </w:rPr>
              <w:t>0</w:t>
            </w:r>
          </w:p>
        </w:tc>
      </w:tr>
      <w:tr w:rsidR="008B11CF" w14:paraId="6F4AA047" w14:textId="77777777">
        <w:trPr>
          <w:cantSplit/>
        </w:trPr>
        <w:tc>
          <w:tcPr>
            <w:tcW w:w="1200" w:type="dxa"/>
            <w:tcMar>
              <w:top w:w="80" w:type="dxa"/>
              <w:left w:w="100" w:type="dxa"/>
              <w:bottom w:w="80" w:type="dxa"/>
              <w:right w:w="100" w:type="dxa"/>
            </w:tcMar>
            <w:vAlign w:val="center"/>
          </w:tcPr>
          <w:p w14:paraId="260FC972" w14:textId="77777777" w:rsidR="008B11CF" w:rsidRDefault="00E87674">
            <w:pPr>
              <w:spacing w:after="0" w:line="240" w:lineRule="auto"/>
            </w:pPr>
            <w:r>
              <w:rPr>
                <w:sz w:val="18"/>
              </w:rPr>
              <w:t>C</w:t>
            </w:r>
          </w:p>
        </w:tc>
        <w:tc>
          <w:tcPr>
            <w:tcW w:w="1700" w:type="dxa"/>
            <w:tcMar>
              <w:top w:w="80" w:type="dxa"/>
              <w:left w:w="100" w:type="dxa"/>
              <w:bottom w:w="80" w:type="dxa"/>
              <w:right w:w="100" w:type="dxa"/>
            </w:tcMar>
            <w:vAlign w:val="center"/>
          </w:tcPr>
          <w:p w14:paraId="46AFD96E" w14:textId="77777777" w:rsidR="008B11CF" w:rsidRDefault="00E87674">
            <w:pPr>
              <w:spacing w:after="0" w:line="240" w:lineRule="auto"/>
              <w:jc w:val="center"/>
            </w:pPr>
            <w:r>
              <w:rPr>
                <w:sz w:val="18"/>
              </w:rPr>
              <w:t>Abstract</w:t>
            </w:r>
          </w:p>
        </w:tc>
        <w:tc>
          <w:tcPr>
            <w:tcW w:w="9750" w:type="dxa"/>
            <w:tcMar>
              <w:top w:w="80" w:type="dxa"/>
              <w:left w:w="100" w:type="dxa"/>
              <w:bottom w:w="80" w:type="dxa"/>
              <w:right w:w="100" w:type="dxa"/>
            </w:tcMar>
            <w:vAlign w:val="center"/>
          </w:tcPr>
          <w:p w14:paraId="63352195" w14:textId="77777777" w:rsidR="008B11CF" w:rsidRDefault="00E87674">
            <w:pPr>
              <w:spacing w:after="0" w:line="240" w:lineRule="auto"/>
            </w:pPr>
            <w:r>
              <w:rPr>
                <w:sz w:val="17"/>
              </w:rPr>
              <w:t>operating AND forensic</w:t>
            </w:r>
          </w:p>
        </w:tc>
        <w:tc>
          <w:tcPr>
            <w:tcW w:w="1462" w:type="dxa"/>
            <w:tcMar>
              <w:top w:w="80" w:type="dxa"/>
              <w:left w:w="100" w:type="dxa"/>
              <w:bottom w:w="80" w:type="dxa"/>
              <w:right w:w="100" w:type="dxa"/>
            </w:tcMar>
            <w:vAlign w:val="center"/>
          </w:tcPr>
          <w:p w14:paraId="08563C0E" w14:textId="77777777" w:rsidR="008B11CF" w:rsidRDefault="00E87674">
            <w:pPr>
              <w:spacing w:after="0" w:line="240" w:lineRule="auto"/>
              <w:jc w:val="center"/>
            </w:pPr>
            <w:r>
              <w:rPr>
                <w:sz w:val="18"/>
              </w:rPr>
              <w:t>2</w:t>
            </w:r>
          </w:p>
        </w:tc>
      </w:tr>
      <w:tr w:rsidR="008B11CF" w14:paraId="13C62DE3" w14:textId="77777777">
        <w:trPr>
          <w:cantSplit/>
        </w:trPr>
        <w:tc>
          <w:tcPr>
            <w:tcW w:w="1200" w:type="dxa"/>
            <w:tcMar>
              <w:top w:w="80" w:type="dxa"/>
              <w:left w:w="100" w:type="dxa"/>
              <w:bottom w:w="80" w:type="dxa"/>
              <w:right w:w="100" w:type="dxa"/>
            </w:tcMar>
            <w:vAlign w:val="center"/>
          </w:tcPr>
          <w:p w14:paraId="1CF3B0AB" w14:textId="77777777" w:rsidR="008B11CF" w:rsidRDefault="00E87674">
            <w:pPr>
              <w:spacing w:after="0" w:line="240" w:lineRule="auto"/>
            </w:pPr>
            <w:r>
              <w:rPr>
                <w:sz w:val="18"/>
              </w:rPr>
              <w:t>C</w:t>
            </w:r>
          </w:p>
        </w:tc>
        <w:tc>
          <w:tcPr>
            <w:tcW w:w="1700" w:type="dxa"/>
            <w:tcMar>
              <w:top w:w="80" w:type="dxa"/>
              <w:left w:w="100" w:type="dxa"/>
              <w:bottom w:w="80" w:type="dxa"/>
              <w:right w:w="100" w:type="dxa"/>
            </w:tcMar>
            <w:vAlign w:val="center"/>
          </w:tcPr>
          <w:p w14:paraId="4BCD40C0" w14:textId="77777777" w:rsidR="008B11CF" w:rsidRDefault="00E87674">
            <w:pPr>
              <w:spacing w:after="0" w:line="240" w:lineRule="auto"/>
              <w:jc w:val="center"/>
            </w:pPr>
            <w:r>
              <w:rPr>
                <w:sz w:val="18"/>
              </w:rPr>
              <w:t>Abstract</w:t>
            </w:r>
          </w:p>
        </w:tc>
        <w:tc>
          <w:tcPr>
            <w:tcW w:w="9750" w:type="dxa"/>
            <w:tcMar>
              <w:top w:w="80" w:type="dxa"/>
              <w:left w:w="100" w:type="dxa"/>
              <w:bottom w:w="80" w:type="dxa"/>
              <w:right w:w="100" w:type="dxa"/>
            </w:tcMar>
            <w:vAlign w:val="center"/>
          </w:tcPr>
          <w:p w14:paraId="1C39DB2C" w14:textId="77777777" w:rsidR="008B11CF" w:rsidRDefault="00E87674">
            <w:pPr>
              <w:spacing w:after="0" w:line="240" w:lineRule="auto"/>
            </w:pPr>
            <w:r>
              <w:rPr>
                <w:sz w:val="17"/>
              </w:rPr>
              <w:t>surgical AND forensic</w:t>
            </w:r>
          </w:p>
        </w:tc>
        <w:tc>
          <w:tcPr>
            <w:tcW w:w="1462" w:type="dxa"/>
            <w:tcMar>
              <w:top w:w="80" w:type="dxa"/>
              <w:left w:w="100" w:type="dxa"/>
              <w:bottom w:w="80" w:type="dxa"/>
              <w:right w:w="100" w:type="dxa"/>
            </w:tcMar>
            <w:vAlign w:val="center"/>
          </w:tcPr>
          <w:p w14:paraId="7299DD28" w14:textId="77777777" w:rsidR="008B11CF" w:rsidRDefault="00E87674">
            <w:pPr>
              <w:spacing w:after="0" w:line="240" w:lineRule="auto"/>
              <w:jc w:val="center"/>
            </w:pPr>
            <w:r>
              <w:rPr>
                <w:sz w:val="18"/>
              </w:rPr>
              <w:t>0</w:t>
            </w:r>
          </w:p>
        </w:tc>
      </w:tr>
      <w:tr w:rsidR="008B11CF" w14:paraId="41D3F211" w14:textId="77777777">
        <w:trPr>
          <w:cantSplit/>
        </w:trPr>
        <w:tc>
          <w:tcPr>
            <w:tcW w:w="1200" w:type="dxa"/>
            <w:tcMar>
              <w:top w:w="80" w:type="dxa"/>
              <w:left w:w="100" w:type="dxa"/>
              <w:bottom w:w="80" w:type="dxa"/>
              <w:right w:w="100" w:type="dxa"/>
            </w:tcMar>
            <w:vAlign w:val="center"/>
          </w:tcPr>
          <w:p w14:paraId="34DB15BD" w14:textId="77777777" w:rsidR="008B11CF" w:rsidRDefault="00E87674">
            <w:pPr>
              <w:spacing w:after="0" w:line="240" w:lineRule="auto"/>
            </w:pPr>
            <w:r>
              <w:rPr>
                <w:sz w:val="18"/>
              </w:rPr>
              <w:t>C</w:t>
            </w:r>
          </w:p>
        </w:tc>
        <w:tc>
          <w:tcPr>
            <w:tcW w:w="1700" w:type="dxa"/>
            <w:tcMar>
              <w:top w:w="80" w:type="dxa"/>
              <w:left w:w="100" w:type="dxa"/>
              <w:bottom w:w="80" w:type="dxa"/>
              <w:right w:w="100" w:type="dxa"/>
            </w:tcMar>
            <w:vAlign w:val="center"/>
          </w:tcPr>
          <w:p w14:paraId="53DDB6F2" w14:textId="77777777" w:rsidR="008B11CF" w:rsidRDefault="00E87674">
            <w:pPr>
              <w:spacing w:after="0" w:line="240" w:lineRule="auto"/>
              <w:jc w:val="center"/>
            </w:pPr>
            <w:r>
              <w:rPr>
                <w:sz w:val="18"/>
              </w:rPr>
              <w:t>Abstract</w:t>
            </w:r>
          </w:p>
        </w:tc>
        <w:tc>
          <w:tcPr>
            <w:tcW w:w="9750" w:type="dxa"/>
            <w:tcMar>
              <w:top w:w="80" w:type="dxa"/>
              <w:left w:w="100" w:type="dxa"/>
              <w:bottom w:w="80" w:type="dxa"/>
              <w:right w:w="100" w:type="dxa"/>
            </w:tcMar>
            <w:vAlign w:val="center"/>
          </w:tcPr>
          <w:p w14:paraId="7BC04018" w14:textId="77777777" w:rsidR="008B11CF" w:rsidRDefault="00E87674">
            <w:pPr>
              <w:spacing w:after="0" w:line="240" w:lineRule="auto"/>
            </w:pPr>
            <w:r>
              <w:rPr>
                <w:sz w:val="17"/>
              </w:rPr>
              <w:t>evidence AND perioperative</w:t>
            </w:r>
          </w:p>
        </w:tc>
        <w:tc>
          <w:tcPr>
            <w:tcW w:w="1462" w:type="dxa"/>
            <w:tcMar>
              <w:top w:w="80" w:type="dxa"/>
              <w:left w:w="100" w:type="dxa"/>
              <w:bottom w:w="80" w:type="dxa"/>
              <w:right w:w="100" w:type="dxa"/>
            </w:tcMar>
            <w:vAlign w:val="center"/>
          </w:tcPr>
          <w:p w14:paraId="1967E549" w14:textId="77777777" w:rsidR="008B11CF" w:rsidRDefault="00E87674">
            <w:pPr>
              <w:spacing w:after="0" w:line="240" w:lineRule="auto"/>
              <w:jc w:val="center"/>
            </w:pPr>
            <w:r>
              <w:rPr>
                <w:sz w:val="18"/>
              </w:rPr>
              <w:t>3</w:t>
            </w:r>
          </w:p>
        </w:tc>
      </w:tr>
      <w:tr w:rsidR="008B11CF" w14:paraId="0C7C1A8B" w14:textId="77777777">
        <w:trPr>
          <w:cantSplit/>
        </w:trPr>
        <w:tc>
          <w:tcPr>
            <w:tcW w:w="1200" w:type="dxa"/>
            <w:tcMar>
              <w:top w:w="80" w:type="dxa"/>
              <w:left w:w="100" w:type="dxa"/>
              <w:bottom w:w="80" w:type="dxa"/>
              <w:right w:w="100" w:type="dxa"/>
            </w:tcMar>
            <w:vAlign w:val="center"/>
          </w:tcPr>
          <w:p w14:paraId="7AFA5A20" w14:textId="77777777" w:rsidR="008B11CF" w:rsidRDefault="00E87674">
            <w:pPr>
              <w:spacing w:after="0" w:line="240" w:lineRule="auto"/>
            </w:pPr>
            <w:r>
              <w:rPr>
                <w:sz w:val="18"/>
              </w:rPr>
              <w:t>C</w:t>
            </w:r>
          </w:p>
        </w:tc>
        <w:tc>
          <w:tcPr>
            <w:tcW w:w="1700" w:type="dxa"/>
            <w:tcMar>
              <w:top w:w="80" w:type="dxa"/>
              <w:left w:w="100" w:type="dxa"/>
              <w:bottom w:w="80" w:type="dxa"/>
              <w:right w:w="100" w:type="dxa"/>
            </w:tcMar>
            <w:vAlign w:val="center"/>
          </w:tcPr>
          <w:p w14:paraId="716089AA" w14:textId="77777777" w:rsidR="008B11CF" w:rsidRDefault="00E87674">
            <w:pPr>
              <w:spacing w:after="0" w:line="240" w:lineRule="auto"/>
              <w:jc w:val="center"/>
            </w:pPr>
            <w:r>
              <w:rPr>
                <w:sz w:val="18"/>
              </w:rPr>
              <w:t>Title</w:t>
            </w:r>
          </w:p>
        </w:tc>
        <w:tc>
          <w:tcPr>
            <w:tcW w:w="9750" w:type="dxa"/>
            <w:tcMar>
              <w:top w:w="80" w:type="dxa"/>
              <w:left w:w="100" w:type="dxa"/>
              <w:bottom w:w="80" w:type="dxa"/>
              <w:right w:w="100" w:type="dxa"/>
            </w:tcMar>
            <w:vAlign w:val="center"/>
          </w:tcPr>
          <w:p w14:paraId="1F8E2B55" w14:textId="77777777" w:rsidR="008B11CF" w:rsidRDefault="00E87674">
            <w:pPr>
              <w:spacing w:after="0" w:line="240" w:lineRule="auto"/>
            </w:pPr>
            <w:r>
              <w:rPr>
                <w:sz w:val="17"/>
              </w:rPr>
              <w:t>perioperative AND forensic</w:t>
            </w:r>
          </w:p>
        </w:tc>
        <w:tc>
          <w:tcPr>
            <w:tcW w:w="1462" w:type="dxa"/>
            <w:tcMar>
              <w:top w:w="80" w:type="dxa"/>
              <w:left w:w="100" w:type="dxa"/>
              <w:bottom w:w="80" w:type="dxa"/>
              <w:right w:w="100" w:type="dxa"/>
            </w:tcMar>
            <w:vAlign w:val="center"/>
          </w:tcPr>
          <w:p w14:paraId="2C211700" w14:textId="77777777" w:rsidR="008B11CF" w:rsidRDefault="00E87674">
            <w:pPr>
              <w:spacing w:after="0" w:line="240" w:lineRule="auto"/>
              <w:jc w:val="center"/>
            </w:pPr>
            <w:r>
              <w:rPr>
                <w:sz w:val="18"/>
              </w:rPr>
              <w:t>0</w:t>
            </w:r>
          </w:p>
        </w:tc>
      </w:tr>
      <w:tr w:rsidR="008B11CF" w14:paraId="601307E3" w14:textId="77777777">
        <w:trPr>
          <w:cantSplit/>
        </w:trPr>
        <w:tc>
          <w:tcPr>
            <w:tcW w:w="1200" w:type="dxa"/>
            <w:tcMar>
              <w:top w:w="80" w:type="dxa"/>
              <w:left w:w="100" w:type="dxa"/>
              <w:bottom w:w="80" w:type="dxa"/>
              <w:right w:w="100" w:type="dxa"/>
            </w:tcMar>
            <w:vAlign w:val="center"/>
          </w:tcPr>
          <w:p w14:paraId="1012FB2D" w14:textId="77777777" w:rsidR="008B11CF" w:rsidRDefault="00E87674">
            <w:pPr>
              <w:spacing w:after="0" w:line="240" w:lineRule="auto"/>
            </w:pPr>
            <w:r>
              <w:rPr>
                <w:sz w:val="18"/>
              </w:rPr>
              <w:t>C</w:t>
            </w:r>
          </w:p>
        </w:tc>
        <w:tc>
          <w:tcPr>
            <w:tcW w:w="1700" w:type="dxa"/>
            <w:tcMar>
              <w:top w:w="80" w:type="dxa"/>
              <w:left w:w="100" w:type="dxa"/>
              <w:bottom w:w="80" w:type="dxa"/>
              <w:right w:w="100" w:type="dxa"/>
            </w:tcMar>
            <w:vAlign w:val="center"/>
          </w:tcPr>
          <w:p w14:paraId="433A950F" w14:textId="77777777" w:rsidR="008B11CF" w:rsidRDefault="00E87674">
            <w:pPr>
              <w:spacing w:after="0" w:line="240" w:lineRule="auto"/>
              <w:jc w:val="center"/>
            </w:pPr>
            <w:r>
              <w:rPr>
                <w:sz w:val="18"/>
              </w:rPr>
              <w:t>Title</w:t>
            </w:r>
          </w:p>
        </w:tc>
        <w:tc>
          <w:tcPr>
            <w:tcW w:w="9750" w:type="dxa"/>
            <w:tcMar>
              <w:top w:w="80" w:type="dxa"/>
              <w:left w:w="100" w:type="dxa"/>
              <w:bottom w:w="80" w:type="dxa"/>
              <w:right w:w="100" w:type="dxa"/>
            </w:tcMar>
            <w:vAlign w:val="center"/>
          </w:tcPr>
          <w:p w14:paraId="397544A1" w14:textId="77777777" w:rsidR="008B11CF" w:rsidRDefault="00E87674">
            <w:pPr>
              <w:spacing w:after="0" w:line="240" w:lineRule="auto"/>
            </w:pPr>
            <w:r>
              <w:rPr>
                <w:sz w:val="17"/>
              </w:rPr>
              <w:t>operating AND forensic</w:t>
            </w:r>
          </w:p>
        </w:tc>
        <w:tc>
          <w:tcPr>
            <w:tcW w:w="1462" w:type="dxa"/>
            <w:tcMar>
              <w:top w:w="80" w:type="dxa"/>
              <w:left w:w="100" w:type="dxa"/>
              <w:bottom w:w="80" w:type="dxa"/>
              <w:right w:w="100" w:type="dxa"/>
            </w:tcMar>
            <w:vAlign w:val="center"/>
          </w:tcPr>
          <w:p w14:paraId="62D6A8B5" w14:textId="77777777" w:rsidR="008B11CF" w:rsidRDefault="00E87674">
            <w:pPr>
              <w:spacing w:after="0" w:line="240" w:lineRule="auto"/>
              <w:jc w:val="center"/>
            </w:pPr>
            <w:r>
              <w:rPr>
                <w:sz w:val="18"/>
              </w:rPr>
              <w:t>2</w:t>
            </w:r>
          </w:p>
        </w:tc>
      </w:tr>
      <w:tr w:rsidR="008B11CF" w14:paraId="32FE02DE" w14:textId="77777777">
        <w:trPr>
          <w:cantSplit/>
        </w:trPr>
        <w:tc>
          <w:tcPr>
            <w:tcW w:w="1200" w:type="dxa"/>
            <w:tcMar>
              <w:top w:w="80" w:type="dxa"/>
              <w:left w:w="100" w:type="dxa"/>
              <w:bottom w:w="80" w:type="dxa"/>
              <w:right w:w="100" w:type="dxa"/>
            </w:tcMar>
            <w:vAlign w:val="center"/>
          </w:tcPr>
          <w:p w14:paraId="55226B07" w14:textId="77777777" w:rsidR="008B11CF" w:rsidRDefault="00E87674">
            <w:pPr>
              <w:spacing w:after="0" w:line="240" w:lineRule="auto"/>
            </w:pPr>
            <w:r>
              <w:rPr>
                <w:sz w:val="18"/>
              </w:rPr>
              <w:t>C</w:t>
            </w:r>
          </w:p>
        </w:tc>
        <w:tc>
          <w:tcPr>
            <w:tcW w:w="1700" w:type="dxa"/>
            <w:tcMar>
              <w:top w:w="80" w:type="dxa"/>
              <w:left w:w="100" w:type="dxa"/>
              <w:bottom w:w="80" w:type="dxa"/>
              <w:right w:w="100" w:type="dxa"/>
            </w:tcMar>
            <w:vAlign w:val="center"/>
          </w:tcPr>
          <w:p w14:paraId="2470C409" w14:textId="77777777" w:rsidR="008B11CF" w:rsidRDefault="00E87674">
            <w:pPr>
              <w:spacing w:after="0" w:line="240" w:lineRule="auto"/>
              <w:jc w:val="center"/>
            </w:pPr>
            <w:r>
              <w:rPr>
                <w:sz w:val="18"/>
              </w:rPr>
              <w:t>Title</w:t>
            </w:r>
          </w:p>
        </w:tc>
        <w:tc>
          <w:tcPr>
            <w:tcW w:w="9750" w:type="dxa"/>
            <w:tcMar>
              <w:top w:w="80" w:type="dxa"/>
              <w:left w:w="100" w:type="dxa"/>
              <w:bottom w:w="80" w:type="dxa"/>
              <w:right w:w="100" w:type="dxa"/>
            </w:tcMar>
            <w:vAlign w:val="center"/>
          </w:tcPr>
          <w:p w14:paraId="151D549B" w14:textId="77777777" w:rsidR="008B11CF" w:rsidRDefault="00E87674">
            <w:pPr>
              <w:spacing w:after="0" w:line="240" w:lineRule="auto"/>
            </w:pPr>
            <w:r>
              <w:rPr>
                <w:sz w:val="17"/>
              </w:rPr>
              <w:t>surgical AND forensic</w:t>
            </w:r>
          </w:p>
        </w:tc>
        <w:tc>
          <w:tcPr>
            <w:tcW w:w="1462" w:type="dxa"/>
            <w:tcMar>
              <w:top w:w="80" w:type="dxa"/>
              <w:left w:w="100" w:type="dxa"/>
              <w:bottom w:w="80" w:type="dxa"/>
              <w:right w:w="100" w:type="dxa"/>
            </w:tcMar>
            <w:vAlign w:val="center"/>
          </w:tcPr>
          <w:p w14:paraId="21436ECA" w14:textId="77777777" w:rsidR="008B11CF" w:rsidRDefault="00E87674">
            <w:pPr>
              <w:spacing w:after="0" w:line="240" w:lineRule="auto"/>
              <w:jc w:val="center"/>
            </w:pPr>
            <w:r>
              <w:rPr>
                <w:sz w:val="18"/>
              </w:rPr>
              <w:t>2</w:t>
            </w:r>
          </w:p>
        </w:tc>
      </w:tr>
      <w:tr w:rsidR="008B11CF" w14:paraId="460B6EB2" w14:textId="77777777">
        <w:trPr>
          <w:cantSplit/>
        </w:trPr>
        <w:tc>
          <w:tcPr>
            <w:tcW w:w="1200" w:type="dxa"/>
            <w:tcMar>
              <w:top w:w="80" w:type="dxa"/>
              <w:left w:w="100" w:type="dxa"/>
              <w:bottom w:w="80" w:type="dxa"/>
              <w:right w:w="100" w:type="dxa"/>
            </w:tcMar>
            <w:vAlign w:val="center"/>
          </w:tcPr>
          <w:p w14:paraId="55C0BD10" w14:textId="77777777" w:rsidR="008B11CF" w:rsidRDefault="00E87674">
            <w:pPr>
              <w:spacing w:after="0" w:line="240" w:lineRule="auto"/>
            </w:pPr>
            <w:r>
              <w:rPr>
                <w:sz w:val="18"/>
              </w:rPr>
              <w:t>C</w:t>
            </w:r>
          </w:p>
        </w:tc>
        <w:tc>
          <w:tcPr>
            <w:tcW w:w="1700" w:type="dxa"/>
            <w:tcMar>
              <w:top w:w="80" w:type="dxa"/>
              <w:left w:w="100" w:type="dxa"/>
              <w:bottom w:w="80" w:type="dxa"/>
              <w:right w:w="100" w:type="dxa"/>
            </w:tcMar>
            <w:vAlign w:val="center"/>
          </w:tcPr>
          <w:p w14:paraId="5E21F46A" w14:textId="77777777" w:rsidR="008B11CF" w:rsidRDefault="00E87674">
            <w:pPr>
              <w:spacing w:after="0" w:line="240" w:lineRule="auto"/>
              <w:jc w:val="center"/>
            </w:pPr>
            <w:r>
              <w:rPr>
                <w:sz w:val="18"/>
              </w:rPr>
              <w:t>Title</w:t>
            </w:r>
          </w:p>
        </w:tc>
        <w:tc>
          <w:tcPr>
            <w:tcW w:w="9750" w:type="dxa"/>
            <w:tcMar>
              <w:top w:w="80" w:type="dxa"/>
              <w:left w:w="100" w:type="dxa"/>
              <w:bottom w:w="80" w:type="dxa"/>
              <w:right w:w="100" w:type="dxa"/>
            </w:tcMar>
            <w:vAlign w:val="center"/>
          </w:tcPr>
          <w:p w14:paraId="57AA6C09" w14:textId="77777777" w:rsidR="008B11CF" w:rsidRDefault="00E87674">
            <w:pPr>
              <w:spacing w:after="0" w:line="240" w:lineRule="auto"/>
            </w:pPr>
            <w:r>
              <w:rPr>
                <w:sz w:val="17"/>
              </w:rPr>
              <w:t>custody AND nurse</w:t>
            </w:r>
          </w:p>
        </w:tc>
        <w:tc>
          <w:tcPr>
            <w:tcW w:w="1462" w:type="dxa"/>
            <w:tcMar>
              <w:top w:w="80" w:type="dxa"/>
              <w:left w:w="100" w:type="dxa"/>
              <w:bottom w:w="80" w:type="dxa"/>
              <w:right w:w="100" w:type="dxa"/>
            </w:tcMar>
            <w:vAlign w:val="center"/>
          </w:tcPr>
          <w:p w14:paraId="3FFF73D4" w14:textId="77777777" w:rsidR="008B11CF" w:rsidRDefault="00E87674">
            <w:pPr>
              <w:spacing w:after="0" w:line="240" w:lineRule="auto"/>
              <w:jc w:val="center"/>
            </w:pPr>
            <w:r>
              <w:rPr>
                <w:sz w:val="18"/>
              </w:rPr>
              <w:t>2</w:t>
            </w:r>
          </w:p>
        </w:tc>
      </w:tr>
      <w:tr w:rsidR="008B11CF" w14:paraId="49B2EBB6" w14:textId="77777777">
        <w:trPr>
          <w:cantSplit/>
        </w:trPr>
        <w:tc>
          <w:tcPr>
            <w:tcW w:w="1200" w:type="dxa"/>
            <w:tcMar>
              <w:top w:w="80" w:type="dxa"/>
              <w:left w:w="100" w:type="dxa"/>
              <w:bottom w:w="80" w:type="dxa"/>
              <w:right w:w="100" w:type="dxa"/>
            </w:tcMar>
            <w:vAlign w:val="center"/>
          </w:tcPr>
          <w:p w14:paraId="3FA284F8" w14:textId="77777777" w:rsidR="008B11CF" w:rsidRDefault="00E87674">
            <w:pPr>
              <w:spacing w:after="0" w:line="240" w:lineRule="auto"/>
            </w:pPr>
            <w:r>
              <w:rPr>
                <w:sz w:val="18"/>
              </w:rPr>
              <w:t>C</w:t>
            </w:r>
          </w:p>
        </w:tc>
        <w:tc>
          <w:tcPr>
            <w:tcW w:w="1700" w:type="dxa"/>
            <w:tcMar>
              <w:top w:w="80" w:type="dxa"/>
              <w:left w:w="100" w:type="dxa"/>
              <w:bottom w:w="80" w:type="dxa"/>
              <w:right w:w="100" w:type="dxa"/>
            </w:tcMar>
            <w:vAlign w:val="center"/>
          </w:tcPr>
          <w:p w14:paraId="58D403EC" w14:textId="77777777" w:rsidR="008B11CF" w:rsidRDefault="00E87674">
            <w:pPr>
              <w:spacing w:after="0" w:line="240" w:lineRule="auto"/>
              <w:jc w:val="center"/>
            </w:pPr>
            <w:r>
              <w:rPr>
                <w:sz w:val="18"/>
              </w:rPr>
              <w:t>Abstract</w:t>
            </w:r>
          </w:p>
        </w:tc>
        <w:tc>
          <w:tcPr>
            <w:tcW w:w="9750" w:type="dxa"/>
            <w:tcMar>
              <w:top w:w="80" w:type="dxa"/>
              <w:left w:w="100" w:type="dxa"/>
              <w:bottom w:w="80" w:type="dxa"/>
              <w:right w:w="100" w:type="dxa"/>
            </w:tcMar>
            <w:vAlign w:val="center"/>
          </w:tcPr>
          <w:p w14:paraId="58A748CE" w14:textId="77777777" w:rsidR="008B11CF" w:rsidRDefault="00E87674">
            <w:pPr>
              <w:spacing w:after="0" w:line="240" w:lineRule="auto"/>
            </w:pPr>
            <w:r>
              <w:rPr>
                <w:sz w:val="17"/>
              </w:rPr>
              <w:t>forensic AND nursing</w:t>
            </w:r>
          </w:p>
        </w:tc>
        <w:tc>
          <w:tcPr>
            <w:tcW w:w="1462" w:type="dxa"/>
            <w:tcMar>
              <w:top w:w="80" w:type="dxa"/>
              <w:left w:w="100" w:type="dxa"/>
              <w:bottom w:w="80" w:type="dxa"/>
              <w:right w:w="100" w:type="dxa"/>
            </w:tcMar>
            <w:vAlign w:val="center"/>
          </w:tcPr>
          <w:p w14:paraId="24A0D909" w14:textId="77777777" w:rsidR="008B11CF" w:rsidRDefault="00E87674">
            <w:pPr>
              <w:spacing w:after="0" w:line="240" w:lineRule="auto"/>
              <w:jc w:val="center"/>
            </w:pPr>
            <w:r>
              <w:rPr>
                <w:sz w:val="18"/>
              </w:rPr>
              <w:t>0</w:t>
            </w:r>
          </w:p>
        </w:tc>
      </w:tr>
      <w:tr w:rsidR="008B11CF" w14:paraId="5E3ECD2A" w14:textId="77777777">
        <w:trPr>
          <w:cantSplit/>
        </w:trPr>
        <w:tc>
          <w:tcPr>
            <w:tcW w:w="1200" w:type="dxa"/>
            <w:tcMar>
              <w:top w:w="80" w:type="dxa"/>
              <w:left w:w="100" w:type="dxa"/>
              <w:bottom w:w="80" w:type="dxa"/>
              <w:right w:w="100" w:type="dxa"/>
            </w:tcMar>
            <w:vAlign w:val="center"/>
          </w:tcPr>
          <w:p w14:paraId="70097CDB" w14:textId="77777777" w:rsidR="008B11CF" w:rsidRDefault="00E87674">
            <w:pPr>
              <w:spacing w:after="0" w:line="240" w:lineRule="auto"/>
            </w:pPr>
            <w:r>
              <w:rPr>
                <w:sz w:val="18"/>
              </w:rPr>
              <w:t>C</w:t>
            </w:r>
          </w:p>
        </w:tc>
        <w:tc>
          <w:tcPr>
            <w:tcW w:w="1700" w:type="dxa"/>
            <w:tcMar>
              <w:top w:w="80" w:type="dxa"/>
              <w:left w:w="100" w:type="dxa"/>
              <w:bottom w:w="80" w:type="dxa"/>
              <w:right w:w="100" w:type="dxa"/>
            </w:tcMar>
            <w:vAlign w:val="center"/>
          </w:tcPr>
          <w:p w14:paraId="3707D24C" w14:textId="77777777" w:rsidR="008B11CF" w:rsidRDefault="00E87674">
            <w:pPr>
              <w:spacing w:after="0" w:line="240" w:lineRule="auto"/>
              <w:jc w:val="center"/>
            </w:pPr>
            <w:r>
              <w:rPr>
                <w:sz w:val="18"/>
              </w:rPr>
              <w:t>Abstract</w:t>
            </w:r>
          </w:p>
        </w:tc>
        <w:tc>
          <w:tcPr>
            <w:tcW w:w="9750" w:type="dxa"/>
            <w:tcMar>
              <w:top w:w="80" w:type="dxa"/>
              <w:left w:w="100" w:type="dxa"/>
              <w:bottom w:w="80" w:type="dxa"/>
              <w:right w:w="100" w:type="dxa"/>
            </w:tcMar>
            <w:vAlign w:val="center"/>
          </w:tcPr>
          <w:p w14:paraId="421B8773" w14:textId="77777777" w:rsidR="008B11CF" w:rsidRDefault="00E87674">
            <w:pPr>
              <w:spacing w:after="0" w:line="240" w:lineRule="auto"/>
            </w:pPr>
            <w:r>
              <w:rPr>
                <w:sz w:val="17"/>
              </w:rPr>
              <w:t>forensic AND evidence</w:t>
            </w:r>
          </w:p>
        </w:tc>
        <w:tc>
          <w:tcPr>
            <w:tcW w:w="1462" w:type="dxa"/>
            <w:tcMar>
              <w:top w:w="80" w:type="dxa"/>
              <w:left w:w="100" w:type="dxa"/>
              <w:bottom w:w="80" w:type="dxa"/>
              <w:right w:w="100" w:type="dxa"/>
            </w:tcMar>
            <w:vAlign w:val="center"/>
          </w:tcPr>
          <w:p w14:paraId="35281873" w14:textId="77777777" w:rsidR="008B11CF" w:rsidRDefault="00E87674">
            <w:pPr>
              <w:spacing w:after="0" w:line="240" w:lineRule="auto"/>
              <w:jc w:val="center"/>
            </w:pPr>
            <w:r>
              <w:rPr>
                <w:sz w:val="18"/>
              </w:rPr>
              <w:t>1</w:t>
            </w:r>
          </w:p>
        </w:tc>
      </w:tr>
      <w:tr w:rsidR="008B11CF" w14:paraId="697EC6D6" w14:textId="77777777">
        <w:trPr>
          <w:cantSplit/>
        </w:trPr>
        <w:tc>
          <w:tcPr>
            <w:tcW w:w="1200" w:type="dxa"/>
            <w:tcMar>
              <w:top w:w="80" w:type="dxa"/>
              <w:left w:w="100" w:type="dxa"/>
              <w:bottom w:w="80" w:type="dxa"/>
              <w:right w:w="100" w:type="dxa"/>
            </w:tcMar>
            <w:vAlign w:val="center"/>
          </w:tcPr>
          <w:p w14:paraId="2A51B8D9" w14:textId="77777777" w:rsidR="008B11CF" w:rsidRDefault="00E87674">
            <w:pPr>
              <w:spacing w:after="0" w:line="240" w:lineRule="auto"/>
            </w:pPr>
            <w:r>
              <w:rPr>
                <w:sz w:val="18"/>
              </w:rPr>
              <w:t>C</w:t>
            </w:r>
          </w:p>
        </w:tc>
        <w:tc>
          <w:tcPr>
            <w:tcW w:w="1700" w:type="dxa"/>
            <w:tcMar>
              <w:top w:w="80" w:type="dxa"/>
              <w:left w:w="100" w:type="dxa"/>
              <w:bottom w:w="80" w:type="dxa"/>
              <w:right w:w="100" w:type="dxa"/>
            </w:tcMar>
            <w:vAlign w:val="center"/>
          </w:tcPr>
          <w:p w14:paraId="1C2D2896" w14:textId="77777777" w:rsidR="008B11CF" w:rsidRDefault="00E87674">
            <w:pPr>
              <w:spacing w:after="0" w:line="240" w:lineRule="auto"/>
              <w:jc w:val="center"/>
            </w:pPr>
            <w:r>
              <w:rPr>
                <w:sz w:val="18"/>
              </w:rPr>
              <w:t>Title</w:t>
            </w:r>
          </w:p>
        </w:tc>
        <w:tc>
          <w:tcPr>
            <w:tcW w:w="9750" w:type="dxa"/>
            <w:tcMar>
              <w:top w:w="80" w:type="dxa"/>
              <w:left w:w="100" w:type="dxa"/>
              <w:bottom w:w="80" w:type="dxa"/>
              <w:right w:w="100" w:type="dxa"/>
            </w:tcMar>
            <w:vAlign w:val="center"/>
          </w:tcPr>
          <w:p w14:paraId="0B7ACE79" w14:textId="77777777" w:rsidR="008B11CF" w:rsidRDefault="00E87674">
            <w:pPr>
              <w:spacing w:after="0" w:line="240" w:lineRule="auto"/>
            </w:pPr>
            <w:r>
              <w:rPr>
                <w:sz w:val="17"/>
              </w:rPr>
              <w:t>forensic AND nursing</w:t>
            </w:r>
          </w:p>
        </w:tc>
        <w:tc>
          <w:tcPr>
            <w:tcW w:w="1462" w:type="dxa"/>
            <w:tcMar>
              <w:top w:w="80" w:type="dxa"/>
              <w:left w:w="100" w:type="dxa"/>
              <w:bottom w:w="80" w:type="dxa"/>
              <w:right w:w="100" w:type="dxa"/>
            </w:tcMar>
            <w:vAlign w:val="center"/>
          </w:tcPr>
          <w:p w14:paraId="014FB27B" w14:textId="77777777" w:rsidR="008B11CF" w:rsidRDefault="00E87674">
            <w:pPr>
              <w:spacing w:after="0" w:line="240" w:lineRule="auto"/>
              <w:jc w:val="center"/>
            </w:pPr>
            <w:r>
              <w:rPr>
                <w:sz w:val="18"/>
              </w:rPr>
              <w:t>1</w:t>
            </w:r>
          </w:p>
        </w:tc>
      </w:tr>
      <w:tr w:rsidR="008B11CF" w14:paraId="36CA73A1" w14:textId="77777777">
        <w:trPr>
          <w:cantSplit/>
        </w:trPr>
        <w:tc>
          <w:tcPr>
            <w:tcW w:w="1200" w:type="dxa"/>
            <w:tcMar>
              <w:top w:w="80" w:type="dxa"/>
              <w:left w:w="100" w:type="dxa"/>
              <w:bottom w:w="80" w:type="dxa"/>
              <w:right w:w="100" w:type="dxa"/>
            </w:tcMar>
            <w:vAlign w:val="center"/>
          </w:tcPr>
          <w:p w14:paraId="3F9EFBC0" w14:textId="77777777" w:rsidR="008B11CF" w:rsidRDefault="00E87674">
            <w:pPr>
              <w:spacing w:after="0" w:line="240" w:lineRule="auto"/>
            </w:pPr>
            <w:r>
              <w:rPr>
                <w:sz w:val="18"/>
              </w:rPr>
              <w:lastRenderedPageBreak/>
              <w:t>C</w:t>
            </w:r>
          </w:p>
        </w:tc>
        <w:tc>
          <w:tcPr>
            <w:tcW w:w="1700" w:type="dxa"/>
            <w:tcMar>
              <w:top w:w="80" w:type="dxa"/>
              <w:left w:w="100" w:type="dxa"/>
              <w:bottom w:w="80" w:type="dxa"/>
              <w:right w:w="100" w:type="dxa"/>
            </w:tcMar>
            <w:vAlign w:val="center"/>
          </w:tcPr>
          <w:p w14:paraId="512CCB4B" w14:textId="77777777" w:rsidR="008B11CF" w:rsidRDefault="00E87674">
            <w:pPr>
              <w:spacing w:after="0" w:line="240" w:lineRule="auto"/>
              <w:jc w:val="center"/>
            </w:pPr>
            <w:r>
              <w:rPr>
                <w:sz w:val="18"/>
              </w:rPr>
              <w:t>Title</w:t>
            </w:r>
          </w:p>
        </w:tc>
        <w:tc>
          <w:tcPr>
            <w:tcW w:w="9750" w:type="dxa"/>
            <w:tcMar>
              <w:top w:w="80" w:type="dxa"/>
              <w:left w:w="100" w:type="dxa"/>
              <w:bottom w:w="80" w:type="dxa"/>
              <w:right w:w="100" w:type="dxa"/>
            </w:tcMar>
            <w:vAlign w:val="center"/>
          </w:tcPr>
          <w:p w14:paraId="3E7FCE38" w14:textId="77777777" w:rsidR="008B11CF" w:rsidRDefault="00E87674">
            <w:pPr>
              <w:spacing w:after="0" w:line="240" w:lineRule="auto"/>
            </w:pPr>
            <w:r>
              <w:rPr>
                <w:sz w:val="17"/>
              </w:rPr>
              <w:t>forensic AND evidence</w:t>
            </w:r>
          </w:p>
        </w:tc>
        <w:tc>
          <w:tcPr>
            <w:tcW w:w="1462" w:type="dxa"/>
            <w:tcMar>
              <w:top w:w="80" w:type="dxa"/>
              <w:left w:w="100" w:type="dxa"/>
              <w:bottom w:w="80" w:type="dxa"/>
              <w:right w:w="100" w:type="dxa"/>
            </w:tcMar>
            <w:vAlign w:val="center"/>
          </w:tcPr>
          <w:p w14:paraId="4817093E" w14:textId="77777777" w:rsidR="008B11CF" w:rsidRDefault="00E87674">
            <w:pPr>
              <w:spacing w:after="0" w:line="240" w:lineRule="auto"/>
              <w:jc w:val="center"/>
            </w:pPr>
            <w:r>
              <w:rPr>
                <w:sz w:val="18"/>
              </w:rPr>
              <w:t>2</w:t>
            </w:r>
          </w:p>
        </w:tc>
      </w:tr>
      <w:tr w:rsidR="008B11CF" w14:paraId="350F9A4A" w14:textId="77777777">
        <w:trPr>
          <w:cantSplit/>
        </w:trPr>
        <w:tc>
          <w:tcPr>
            <w:tcW w:w="1200" w:type="dxa"/>
            <w:tcMar>
              <w:top w:w="80" w:type="dxa"/>
              <w:left w:w="100" w:type="dxa"/>
              <w:bottom w:w="80" w:type="dxa"/>
              <w:right w:w="100" w:type="dxa"/>
            </w:tcMar>
            <w:vAlign w:val="center"/>
          </w:tcPr>
          <w:p w14:paraId="0FC2B4BE" w14:textId="77777777" w:rsidR="008B11CF" w:rsidRDefault="00E87674">
            <w:pPr>
              <w:spacing w:after="0" w:line="240" w:lineRule="auto"/>
            </w:pPr>
            <w:r>
              <w:rPr>
                <w:sz w:val="18"/>
              </w:rPr>
              <w:t>D</w:t>
            </w:r>
          </w:p>
        </w:tc>
        <w:tc>
          <w:tcPr>
            <w:tcW w:w="1700" w:type="dxa"/>
            <w:tcMar>
              <w:top w:w="80" w:type="dxa"/>
              <w:left w:w="100" w:type="dxa"/>
              <w:bottom w:w="80" w:type="dxa"/>
              <w:right w:w="100" w:type="dxa"/>
            </w:tcMar>
            <w:vAlign w:val="center"/>
          </w:tcPr>
          <w:p w14:paraId="3B9C9AEA" w14:textId="77777777" w:rsidR="008B11CF" w:rsidRDefault="00E87674">
            <w:pPr>
              <w:spacing w:after="0" w:line="240" w:lineRule="auto"/>
              <w:jc w:val="center"/>
            </w:pPr>
            <w:r>
              <w:rPr>
                <w:sz w:val="18"/>
              </w:rPr>
              <w:t>Abstract</w:t>
            </w:r>
          </w:p>
        </w:tc>
        <w:tc>
          <w:tcPr>
            <w:tcW w:w="9750" w:type="dxa"/>
            <w:tcMar>
              <w:top w:w="80" w:type="dxa"/>
              <w:left w:w="100" w:type="dxa"/>
              <w:bottom w:w="80" w:type="dxa"/>
              <w:right w:w="100" w:type="dxa"/>
            </w:tcMar>
            <w:vAlign w:val="center"/>
          </w:tcPr>
          <w:p w14:paraId="01EFDE33" w14:textId="77777777" w:rsidR="008B11CF" w:rsidRDefault="00E87674">
            <w:pPr>
              <w:spacing w:after="0" w:line="240" w:lineRule="auto"/>
            </w:pPr>
            <w:r>
              <w:rPr>
                <w:sz w:val="17"/>
              </w:rPr>
              <w:t>adli vaka AND ameliyathane</w:t>
            </w:r>
          </w:p>
        </w:tc>
        <w:tc>
          <w:tcPr>
            <w:tcW w:w="1462" w:type="dxa"/>
            <w:tcMar>
              <w:top w:w="80" w:type="dxa"/>
              <w:left w:w="100" w:type="dxa"/>
              <w:bottom w:w="80" w:type="dxa"/>
              <w:right w:w="100" w:type="dxa"/>
            </w:tcMar>
            <w:vAlign w:val="center"/>
          </w:tcPr>
          <w:p w14:paraId="6A2C002C" w14:textId="77777777" w:rsidR="008B11CF" w:rsidRDefault="00E87674">
            <w:pPr>
              <w:spacing w:after="0" w:line="240" w:lineRule="auto"/>
              <w:jc w:val="center"/>
            </w:pPr>
            <w:r>
              <w:rPr>
                <w:sz w:val="18"/>
              </w:rPr>
              <w:t>0</w:t>
            </w:r>
          </w:p>
        </w:tc>
      </w:tr>
      <w:tr w:rsidR="008B11CF" w14:paraId="6F40B11A" w14:textId="77777777">
        <w:trPr>
          <w:cantSplit/>
        </w:trPr>
        <w:tc>
          <w:tcPr>
            <w:tcW w:w="1200" w:type="dxa"/>
            <w:tcMar>
              <w:top w:w="80" w:type="dxa"/>
              <w:left w:w="100" w:type="dxa"/>
              <w:bottom w:w="80" w:type="dxa"/>
              <w:right w:w="100" w:type="dxa"/>
            </w:tcMar>
            <w:vAlign w:val="center"/>
          </w:tcPr>
          <w:p w14:paraId="329ECE7E" w14:textId="77777777" w:rsidR="008B11CF" w:rsidRDefault="00E87674">
            <w:pPr>
              <w:spacing w:after="0" w:line="240" w:lineRule="auto"/>
            </w:pPr>
            <w:r>
              <w:rPr>
                <w:sz w:val="18"/>
              </w:rPr>
              <w:t>D</w:t>
            </w:r>
          </w:p>
        </w:tc>
        <w:tc>
          <w:tcPr>
            <w:tcW w:w="1700" w:type="dxa"/>
            <w:tcMar>
              <w:top w:w="80" w:type="dxa"/>
              <w:left w:w="100" w:type="dxa"/>
              <w:bottom w:w="80" w:type="dxa"/>
              <w:right w:w="100" w:type="dxa"/>
            </w:tcMar>
            <w:vAlign w:val="center"/>
          </w:tcPr>
          <w:p w14:paraId="116487CD" w14:textId="77777777" w:rsidR="008B11CF" w:rsidRDefault="00E87674">
            <w:pPr>
              <w:spacing w:after="0" w:line="240" w:lineRule="auto"/>
              <w:jc w:val="center"/>
            </w:pPr>
            <w:r>
              <w:rPr>
                <w:sz w:val="18"/>
              </w:rPr>
              <w:t>Title</w:t>
            </w:r>
          </w:p>
        </w:tc>
        <w:tc>
          <w:tcPr>
            <w:tcW w:w="9750" w:type="dxa"/>
            <w:tcMar>
              <w:top w:w="80" w:type="dxa"/>
              <w:left w:w="100" w:type="dxa"/>
              <w:bottom w:w="80" w:type="dxa"/>
              <w:right w:w="100" w:type="dxa"/>
            </w:tcMar>
            <w:vAlign w:val="center"/>
          </w:tcPr>
          <w:p w14:paraId="58BA76A6" w14:textId="77777777" w:rsidR="008B11CF" w:rsidRDefault="00E87674">
            <w:pPr>
              <w:spacing w:after="0" w:line="240" w:lineRule="auto"/>
            </w:pPr>
            <w:r>
              <w:rPr>
                <w:sz w:val="17"/>
              </w:rPr>
              <w:t>adli vaka</w:t>
            </w:r>
          </w:p>
        </w:tc>
        <w:tc>
          <w:tcPr>
            <w:tcW w:w="1462" w:type="dxa"/>
            <w:tcMar>
              <w:top w:w="80" w:type="dxa"/>
              <w:left w:w="100" w:type="dxa"/>
              <w:bottom w:w="80" w:type="dxa"/>
              <w:right w:w="100" w:type="dxa"/>
            </w:tcMar>
            <w:vAlign w:val="center"/>
          </w:tcPr>
          <w:p w14:paraId="04669A78" w14:textId="77777777" w:rsidR="008B11CF" w:rsidRDefault="00E87674">
            <w:pPr>
              <w:spacing w:after="0" w:line="240" w:lineRule="auto"/>
              <w:jc w:val="center"/>
            </w:pPr>
            <w:r>
              <w:rPr>
                <w:sz w:val="18"/>
              </w:rPr>
              <w:t>56</w:t>
            </w:r>
          </w:p>
        </w:tc>
      </w:tr>
    </w:tbl>
    <w:p w14:paraId="1FD7258A" w14:textId="77777777" w:rsidR="008B11CF" w:rsidRDefault="00E87674">
      <w:pPr>
        <w:spacing w:after="40" w:line="240" w:lineRule="auto"/>
      </w:pPr>
      <w:r>
        <w:rPr>
          <w:b/>
        </w:rPr>
        <w:t xml:space="preserve">Stage A: </w:t>
      </w:r>
      <w:r>
        <w:t>Six single-term Turkish searches; 212 records in total.</w:t>
      </w:r>
    </w:p>
    <w:p w14:paraId="1BC7D29C" w14:textId="77777777" w:rsidR="008B11CF" w:rsidRDefault="00E87674">
      <w:pPr>
        <w:spacing w:after="40" w:line="240" w:lineRule="auto"/>
      </w:pPr>
      <w:r>
        <w:rPr>
          <w:b/>
        </w:rPr>
        <w:t xml:space="preserve">Stage B: </w:t>
      </w:r>
      <w:r>
        <w:t>Six Turkish intersection searches using the interface's term-combination behaviour; 167 records in total.</w:t>
      </w:r>
    </w:p>
    <w:p w14:paraId="5BE77C58" w14:textId="77777777" w:rsidR="008B11CF" w:rsidRDefault="00E87674">
      <w:pPr>
        <w:spacing w:after="40" w:line="240" w:lineRule="auto"/>
      </w:pPr>
      <w:r>
        <w:rPr>
          <w:b/>
        </w:rPr>
        <w:t xml:space="preserve">Stage C: </w:t>
      </w:r>
      <w:r>
        <w:t>Twelve English intersection searches; 15 records in total.</w:t>
      </w:r>
    </w:p>
    <w:p w14:paraId="5A9A155B" w14:textId="77777777" w:rsidR="008B11CF" w:rsidRDefault="00E87674">
      <w:pPr>
        <w:spacing w:after="40" w:line="240" w:lineRule="auto"/>
      </w:pPr>
      <w:r>
        <w:rPr>
          <w:b/>
        </w:rPr>
        <w:t xml:space="preserve">Stage D: </w:t>
      </w:r>
      <w:r>
        <w:t>Two confirmatory searches using the Turkish synonym adli vaka; 56 records in total.</w:t>
      </w:r>
    </w:p>
    <w:p w14:paraId="643238A5" w14:textId="77777777" w:rsidR="008B11CF" w:rsidRDefault="00E87674">
      <w:pPr>
        <w:spacing w:before="80" w:after="60"/>
      </w:pPr>
      <w:r>
        <w:rPr>
          <w:b/>
          <w:sz w:val="18"/>
        </w:rPr>
        <w:t xml:space="preserve">TR Dizin note. </w:t>
      </w:r>
      <w:r>
        <w:rPr>
          <w:sz w:val="18"/>
        </w:rPr>
        <w:t>TR Dizin was searched on 24 July 2026. The interface did not support reliable Boolean searching, bulk export, or electronic deduplication. Because the queries overlapped, the 450 retrieved records were screened manually and reported separately from the PRISMA flow; none met the eligibility criteria.</w:t>
      </w:r>
    </w:p>
    <w:p w14:paraId="75B4040E" w14:textId="77777777" w:rsidR="008B11CF" w:rsidRDefault="00E87674">
      <w:pPr>
        <w:spacing w:before="80" w:after="0"/>
      </w:pPr>
      <w:r>
        <w:rPr>
          <w:b/>
          <w:sz w:val="18"/>
        </w:rPr>
        <w:t xml:space="preserve">Search coverage note. </w:t>
      </w:r>
      <w:r>
        <w:rPr>
          <w:sz w:val="18"/>
        </w:rPr>
        <w:t>Embase was not searched because institutional access was unavailable. This limitation is reported in the main manuscript.</w:t>
      </w:r>
    </w:p>
    <w:sectPr w:rsidR="008B11CF" w:rsidSect="00034616">
      <w:footerReference w:type="default" r:id="rId8"/>
      <w:pgSz w:w="15840" w:h="12240" w:orient="landscape"/>
      <w:pgMar w:top="936" w:right="864" w:bottom="936" w:left="864"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011FB" w14:textId="77777777" w:rsidR="00C54D85" w:rsidRDefault="00C54D85">
      <w:pPr>
        <w:spacing w:after="0" w:line="240" w:lineRule="auto"/>
      </w:pPr>
      <w:r>
        <w:separator/>
      </w:r>
    </w:p>
  </w:endnote>
  <w:endnote w:type="continuationSeparator" w:id="0">
    <w:p w14:paraId="64BC63DA" w14:textId="77777777" w:rsidR="00C54D85" w:rsidRDefault="00C54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F7880" w14:textId="77777777" w:rsidR="008B11CF" w:rsidRDefault="00E87674">
    <w:pPr>
      <w:pStyle w:val="AltBilgi"/>
      <w:jc w:val="right"/>
    </w:pPr>
    <w:r>
      <w:rPr>
        <w:sz w:val="18"/>
      </w:rPr>
      <w:fldChar w:fldCharType="begin"/>
    </w:r>
    <w:r>
      <w:rPr>
        <w:sz w:val="18"/>
      </w:rPr>
      <w:instrText xml:space="preserve"> PAGE </w:instrText>
    </w:r>
    <w:r>
      <w:rPr>
        <w:sz w:val="18"/>
      </w:rPr>
      <w:fldChar w:fldCharType="separate"/>
    </w:r>
    <w:r w:rsidR="00B91095">
      <w:rPr>
        <w:noProof/>
        <w:sz w:val="18"/>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E15C3" w14:textId="77777777" w:rsidR="00C54D85" w:rsidRDefault="00C54D85">
      <w:pPr>
        <w:spacing w:after="0" w:line="240" w:lineRule="auto"/>
      </w:pPr>
      <w:r>
        <w:separator/>
      </w:r>
    </w:p>
  </w:footnote>
  <w:footnote w:type="continuationSeparator" w:id="0">
    <w:p w14:paraId="71015383" w14:textId="77777777" w:rsidR="00C54D85" w:rsidRDefault="00C54D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499279008">
    <w:abstractNumId w:val="8"/>
  </w:num>
  <w:num w:numId="2" w16cid:durableId="929005506">
    <w:abstractNumId w:val="6"/>
  </w:num>
  <w:num w:numId="3" w16cid:durableId="79106019">
    <w:abstractNumId w:val="5"/>
  </w:num>
  <w:num w:numId="4" w16cid:durableId="1859276815">
    <w:abstractNumId w:val="4"/>
  </w:num>
  <w:num w:numId="5" w16cid:durableId="487792224">
    <w:abstractNumId w:val="7"/>
  </w:num>
  <w:num w:numId="6" w16cid:durableId="1626540153">
    <w:abstractNumId w:val="3"/>
  </w:num>
  <w:num w:numId="7" w16cid:durableId="18631669">
    <w:abstractNumId w:val="2"/>
  </w:num>
  <w:num w:numId="8" w16cid:durableId="487670591">
    <w:abstractNumId w:val="1"/>
  </w:num>
  <w:num w:numId="9" w16cid:durableId="1346133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60DF6"/>
    <w:rsid w:val="0029639D"/>
    <w:rsid w:val="00326F90"/>
    <w:rsid w:val="00643928"/>
    <w:rsid w:val="00721C6D"/>
    <w:rsid w:val="008B11CF"/>
    <w:rsid w:val="00AA1D8D"/>
    <w:rsid w:val="00B47730"/>
    <w:rsid w:val="00B91095"/>
    <w:rsid w:val="00C54D85"/>
    <w:rsid w:val="00CB0664"/>
    <w:rsid w:val="00E8767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3D0B95"/>
  <w14:defaultImageDpi w14:val="300"/>
  <w15:docId w15:val="{2D891316-1638-414B-942B-4BF440849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2" w:lineRule="auto"/>
    </w:pPr>
    <w:rPr>
      <w:rFonts w:ascii="Arial" w:hAnsi="Arial"/>
      <w:sz w:val="20"/>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739</Words>
  <Characters>4218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file 1: Complete database and supplementary search strategies</dc:title>
  <dc:subject>BMC Nursing supporting information</dc:subject>
  <dc:creator>Burcu Özkan; Esra Eren</dc:creator>
  <cp:keywords/>
  <dc:description>generated by python-docx</dc:description>
  <cp:lastModifiedBy>Dr. Öğr. Üyesi Burcu ÖZKAN</cp:lastModifiedBy>
  <cp:revision>3</cp:revision>
  <dcterms:created xsi:type="dcterms:W3CDTF">2013-12-23T23:15:00Z</dcterms:created>
  <dcterms:modified xsi:type="dcterms:W3CDTF">2026-07-31T12:08:00Z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a1588655-9ec1-4482-b31f-e57265968658</vt:lpwstr>
  </property>
</Properties>
</file>