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301D" w14:textId="77777777" w:rsidR="005F3295" w:rsidRDefault="00000000">
      <w:pPr>
        <w:spacing w:after="40"/>
        <w:jc w:val="center"/>
      </w:pPr>
      <w:r>
        <w:rPr>
          <w:b/>
          <w:sz w:val="26"/>
        </w:rPr>
        <w:t>STROBE Statement — Checklist for Cohort Studies</w:t>
      </w:r>
    </w:p>
    <w:p w14:paraId="1BB56C81" w14:textId="77777777" w:rsidR="005F3295" w:rsidRDefault="00000000">
      <w:pPr>
        <w:spacing w:after="20"/>
        <w:jc w:val="center"/>
      </w:pPr>
      <w:r>
        <w:rPr>
          <w:b/>
        </w:rPr>
        <w:t xml:space="preserve">Manuscript: </w:t>
      </w:r>
      <w:r>
        <w:t>Fifteen Years of Model-Based Glycaemic Control in Preterm Neonates: Safety, Performance and the Evolution of Insulin Sensitivity and Patient Condition</w:t>
      </w:r>
    </w:p>
    <w:p w14:paraId="1A104B8A" w14:textId="77777777" w:rsidR="005F3295" w:rsidRDefault="00000000">
      <w:pPr>
        <w:spacing w:after="40"/>
        <w:jc w:val="center"/>
      </w:pPr>
      <w:r>
        <w:rPr>
          <w:b/>
        </w:rPr>
        <w:t xml:space="preserve">Study design: </w:t>
      </w:r>
      <w:r>
        <w:t>Retrospective observational cohort / clinical audit</w:t>
      </w:r>
    </w:p>
    <w:p w14:paraId="7E2E99DD" w14:textId="77777777" w:rsidR="005F3295" w:rsidRDefault="00000000">
      <w:pPr>
        <w:spacing w:after="80" w:line="240" w:lineRule="auto"/>
      </w:pPr>
      <w:r>
        <w:rPr>
          <w:i/>
          <w:sz w:val="14"/>
        </w:rPr>
        <w:t>Page/line references correspond to the supplied line-numbered manuscript. N/A or not-reported entries are shown rather than inferred. * For starred items, STROBE recommends separate reporting for exposed and unexposed groups where applicable.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5"/>
        <w:gridCol w:w="691"/>
        <w:gridCol w:w="7272"/>
        <w:gridCol w:w="4536"/>
      </w:tblGrid>
      <w:tr w:rsidR="005F3295" w14:paraId="3E936F97" w14:textId="77777777">
        <w:trPr>
          <w:tblHeader/>
          <w:jc w:val="center"/>
        </w:trPr>
        <w:tc>
          <w:tcPr>
            <w:tcW w:w="2045" w:type="dxa"/>
            <w:shd w:val="clear" w:color="auto" w:fill="D9EAF7"/>
            <w:vAlign w:val="center"/>
          </w:tcPr>
          <w:p w14:paraId="5CD19DFB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Section</w:t>
            </w:r>
          </w:p>
        </w:tc>
        <w:tc>
          <w:tcPr>
            <w:tcW w:w="691" w:type="dxa"/>
            <w:shd w:val="clear" w:color="auto" w:fill="D9EAF7"/>
            <w:vAlign w:val="center"/>
          </w:tcPr>
          <w:p w14:paraId="70A69932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Item</w:t>
            </w:r>
          </w:p>
        </w:tc>
        <w:tc>
          <w:tcPr>
            <w:tcW w:w="7272" w:type="dxa"/>
            <w:shd w:val="clear" w:color="auto" w:fill="D9EAF7"/>
            <w:vAlign w:val="center"/>
          </w:tcPr>
          <w:p w14:paraId="42500C66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STROBE recommendation</w:t>
            </w:r>
          </w:p>
        </w:tc>
        <w:tc>
          <w:tcPr>
            <w:tcW w:w="4536" w:type="dxa"/>
            <w:shd w:val="clear" w:color="auto" w:fill="D9EAF7"/>
            <w:vAlign w:val="center"/>
          </w:tcPr>
          <w:p w14:paraId="13F87B00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Manuscript page / line</w:t>
            </w:r>
          </w:p>
        </w:tc>
      </w:tr>
      <w:tr w:rsidR="005F3295" w14:paraId="6EF37493" w14:textId="77777777">
        <w:trPr>
          <w:cantSplit/>
          <w:jc w:val="center"/>
        </w:trPr>
        <w:tc>
          <w:tcPr>
            <w:tcW w:w="2045" w:type="dxa"/>
          </w:tcPr>
          <w:p w14:paraId="392CBD5C" w14:textId="77777777" w:rsidR="005F3295" w:rsidRDefault="00000000">
            <w:pPr>
              <w:spacing w:line="235" w:lineRule="auto"/>
            </w:pPr>
            <w:r>
              <w:t>Title and abstract</w:t>
            </w:r>
          </w:p>
        </w:tc>
        <w:tc>
          <w:tcPr>
            <w:tcW w:w="691" w:type="dxa"/>
          </w:tcPr>
          <w:p w14:paraId="04695388" w14:textId="77777777" w:rsidR="005F3295" w:rsidRDefault="00000000">
            <w:pPr>
              <w:spacing w:line="235" w:lineRule="auto"/>
            </w:pPr>
            <w:r>
              <w:rPr>
                <w:b/>
              </w:rPr>
              <w:t>1</w:t>
            </w:r>
          </w:p>
        </w:tc>
        <w:tc>
          <w:tcPr>
            <w:tcW w:w="7272" w:type="dxa"/>
          </w:tcPr>
          <w:p w14:paraId="57B64B77" w14:textId="77777777" w:rsidR="005F3295" w:rsidRDefault="00000000">
            <w:pPr>
              <w:spacing w:line="235" w:lineRule="auto"/>
            </w:pPr>
            <w:r>
              <w:t>(a) Indicate the study’s design with a commonly used term in the title or the abstract</w:t>
            </w:r>
          </w:p>
        </w:tc>
        <w:tc>
          <w:tcPr>
            <w:tcW w:w="4536" w:type="dxa"/>
          </w:tcPr>
          <w:p w14:paraId="077A03E1" w14:textId="77777777" w:rsidR="005F3295" w:rsidRDefault="00000000">
            <w:pPr>
              <w:spacing w:line="235" w:lineRule="auto"/>
            </w:pPr>
            <w:r>
              <w:t>p. 1 (title); p. 2, lines 35–41 (retrospective design described)</w:t>
            </w:r>
          </w:p>
        </w:tc>
      </w:tr>
      <w:tr w:rsidR="005F3295" w14:paraId="681A54F3" w14:textId="77777777">
        <w:trPr>
          <w:cantSplit/>
          <w:jc w:val="center"/>
        </w:trPr>
        <w:tc>
          <w:tcPr>
            <w:tcW w:w="2045" w:type="dxa"/>
          </w:tcPr>
          <w:p w14:paraId="0CCC2131" w14:textId="77777777" w:rsidR="005F3295" w:rsidRDefault="00000000">
            <w:pPr>
              <w:spacing w:line="235" w:lineRule="auto"/>
            </w:pPr>
            <w:r>
              <w:t>Title and abstract</w:t>
            </w:r>
          </w:p>
        </w:tc>
        <w:tc>
          <w:tcPr>
            <w:tcW w:w="691" w:type="dxa"/>
          </w:tcPr>
          <w:p w14:paraId="0E221CF6" w14:textId="77777777" w:rsidR="005F3295" w:rsidRDefault="00000000">
            <w:pPr>
              <w:spacing w:line="235" w:lineRule="auto"/>
            </w:pPr>
            <w:r>
              <w:rPr>
                <w:b/>
              </w:rPr>
              <w:t>1</w:t>
            </w:r>
          </w:p>
        </w:tc>
        <w:tc>
          <w:tcPr>
            <w:tcW w:w="7272" w:type="dxa"/>
          </w:tcPr>
          <w:p w14:paraId="4DBDB9C5" w14:textId="77777777" w:rsidR="005F3295" w:rsidRDefault="00000000">
            <w:pPr>
              <w:spacing w:line="235" w:lineRule="auto"/>
            </w:pPr>
            <w:r>
              <w:t>(b) Provide in the abstract an informative and balanced summary of what was done and what was found</w:t>
            </w:r>
          </w:p>
        </w:tc>
        <w:tc>
          <w:tcPr>
            <w:tcW w:w="4536" w:type="dxa"/>
          </w:tcPr>
          <w:p w14:paraId="028CA172" w14:textId="77777777" w:rsidR="005F3295" w:rsidRDefault="00000000">
            <w:pPr>
              <w:spacing w:line="235" w:lineRule="auto"/>
            </w:pPr>
            <w:r>
              <w:t>p. 2, lines 30–51</w:t>
            </w:r>
          </w:p>
        </w:tc>
      </w:tr>
      <w:tr w:rsidR="005F3295" w14:paraId="2673FBEB" w14:textId="77777777">
        <w:trPr>
          <w:jc w:val="center"/>
        </w:trPr>
        <w:tc>
          <w:tcPr>
            <w:tcW w:w="14544" w:type="dxa"/>
            <w:gridSpan w:val="4"/>
            <w:shd w:val="clear" w:color="auto" w:fill="EDEDED"/>
          </w:tcPr>
          <w:p w14:paraId="5539D382" w14:textId="77777777" w:rsidR="005F3295" w:rsidRDefault="00000000">
            <w:r>
              <w:rPr>
                <w:b/>
              </w:rPr>
              <w:t>Introduction</w:t>
            </w:r>
          </w:p>
        </w:tc>
      </w:tr>
      <w:tr w:rsidR="005F3295" w14:paraId="379A46EE" w14:textId="77777777">
        <w:trPr>
          <w:cantSplit/>
          <w:jc w:val="center"/>
        </w:trPr>
        <w:tc>
          <w:tcPr>
            <w:tcW w:w="2045" w:type="dxa"/>
          </w:tcPr>
          <w:p w14:paraId="4A942A1B" w14:textId="77777777" w:rsidR="005F3295" w:rsidRDefault="00000000">
            <w:pPr>
              <w:spacing w:line="235" w:lineRule="auto"/>
            </w:pPr>
            <w:r>
              <w:t>Background/rationale</w:t>
            </w:r>
          </w:p>
        </w:tc>
        <w:tc>
          <w:tcPr>
            <w:tcW w:w="691" w:type="dxa"/>
          </w:tcPr>
          <w:p w14:paraId="31202F71" w14:textId="77777777" w:rsidR="005F3295" w:rsidRDefault="00000000">
            <w:pPr>
              <w:spacing w:line="235" w:lineRule="auto"/>
            </w:pPr>
            <w:r>
              <w:rPr>
                <w:b/>
              </w:rPr>
              <w:t>2</w:t>
            </w:r>
          </w:p>
        </w:tc>
        <w:tc>
          <w:tcPr>
            <w:tcW w:w="7272" w:type="dxa"/>
          </w:tcPr>
          <w:p w14:paraId="3AC8CF87" w14:textId="77777777" w:rsidR="005F3295" w:rsidRDefault="00000000">
            <w:pPr>
              <w:spacing w:line="235" w:lineRule="auto"/>
            </w:pPr>
            <w:r>
              <w:t>Explain the scientific background and rationale for the investigation being reported</w:t>
            </w:r>
          </w:p>
        </w:tc>
        <w:tc>
          <w:tcPr>
            <w:tcW w:w="4536" w:type="dxa"/>
          </w:tcPr>
          <w:p w14:paraId="44CE40D7" w14:textId="77777777" w:rsidR="005F3295" w:rsidRDefault="00000000">
            <w:pPr>
              <w:spacing w:line="235" w:lineRule="auto"/>
            </w:pPr>
            <w:r>
              <w:t>p. 3, lines 52–68</w:t>
            </w:r>
          </w:p>
        </w:tc>
      </w:tr>
      <w:tr w:rsidR="005F3295" w14:paraId="3D2DFEBE" w14:textId="77777777">
        <w:trPr>
          <w:cantSplit/>
          <w:jc w:val="center"/>
        </w:trPr>
        <w:tc>
          <w:tcPr>
            <w:tcW w:w="2045" w:type="dxa"/>
          </w:tcPr>
          <w:p w14:paraId="349FF599" w14:textId="77777777" w:rsidR="005F3295" w:rsidRDefault="00000000">
            <w:pPr>
              <w:spacing w:line="235" w:lineRule="auto"/>
            </w:pPr>
            <w:r>
              <w:t>Objectives</w:t>
            </w:r>
          </w:p>
        </w:tc>
        <w:tc>
          <w:tcPr>
            <w:tcW w:w="691" w:type="dxa"/>
          </w:tcPr>
          <w:p w14:paraId="779DBFF3" w14:textId="77777777" w:rsidR="005F3295" w:rsidRDefault="00000000">
            <w:pPr>
              <w:spacing w:line="235" w:lineRule="auto"/>
            </w:pPr>
            <w:r>
              <w:rPr>
                <w:b/>
              </w:rPr>
              <w:t>3</w:t>
            </w:r>
          </w:p>
        </w:tc>
        <w:tc>
          <w:tcPr>
            <w:tcW w:w="7272" w:type="dxa"/>
          </w:tcPr>
          <w:p w14:paraId="79D9D784" w14:textId="77777777" w:rsidR="005F3295" w:rsidRDefault="00000000">
            <w:pPr>
              <w:spacing w:line="235" w:lineRule="auto"/>
            </w:pPr>
            <w:r>
              <w:t>State specific objectives, including any prespecified hypotheses</w:t>
            </w:r>
          </w:p>
        </w:tc>
        <w:tc>
          <w:tcPr>
            <w:tcW w:w="4536" w:type="dxa"/>
          </w:tcPr>
          <w:p w14:paraId="352DE81A" w14:textId="77777777" w:rsidR="005F3295" w:rsidRDefault="00000000">
            <w:pPr>
              <w:spacing w:line="235" w:lineRule="auto"/>
            </w:pPr>
            <w:r>
              <w:t>p. 3, lines 69–73</w:t>
            </w:r>
          </w:p>
        </w:tc>
      </w:tr>
      <w:tr w:rsidR="005F3295" w14:paraId="1B7502A8" w14:textId="77777777">
        <w:trPr>
          <w:jc w:val="center"/>
        </w:trPr>
        <w:tc>
          <w:tcPr>
            <w:tcW w:w="14544" w:type="dxa"/>
            <w:gridSpan w:val="4"/>
            <w:shd w:val="clear" w:color="auto" w:fill="EDEDED"/>
          </w:tcPr>
          <w:p w14:paraId="28929BF0" w14:textId="77777777" w:rsidR="005F3295" w:rsidRDefault="00000000">
            <w:r>
              <w:rPr>
                <w:b/>
              </w:rPr>
              <w:t>Methods</w:t>
            </w:r>
          </w:p>
        </w:tc>
      </w:tr>
      <w:tr w:rsidR="005F3295" w14:paraId="69C1B60C" w14:textId="77777777">
        <w:trPr>
          <w:cantSplit/>
          <w:jc w:val="center"/>
        </w:trPr>
        <w:tc>
          <w:tcPr>
            <w:tcW w:w="2045" w:type="dxa"/>
          </w:tcPr>
          <w:p w14:paraId="72F3B0E8" w14:textId="77777777" w:rsidR="005F3295" w:rsidRDefault="00000000">
            <w:pPr>
              <w:spacing w:line="235" w:lineRule="auto"/>
            </w:pPr>
            <w:r>
              <w:t>Study design</w:t>
            </w:r>
          </w:p>
        </w:tc>
        <w:tc>
          <w:tcPr>
            <w:tcW w:w="691" w:type="dxa"/>
          </w:tcPr>
          <w:p w14:paraId="09D6B83C" w14:textId="77777777" w:rsidR="005F3295" w:rsidRDefault="00000000">
            <w:pPr>
              <w:spacing w:line="235" w:lineRule="auto"/>
            </w:pPr>
            <w:r>
              <w:rPr>
                <w:b/>
              </w:rPr>
              <w:t>4</w:t>
            </w:r>
          </w:p>
        </w:tc>
        <w:tc>
          <w:tcPr>
            <w:tcW w:w="7272" w:type="dxa"/>
          </w:tcPr>
          <w:p w14:paraId="0D668455" w14:textId="77777777" w:rsidR="005F3295" w:rsidRDefault="00000000">
            <w:pPr>
              <w:spacing w:line="235" w:lineRule="auto"/>
            </w:pPr>
            <w:r>
              <w:t>Present key elements of study design early in the paper</w:t>
            </w:r>
          </w:p>
        </w:tc>
        <w:tc>
          <w:tcPr>
            <w:tcW w:w="4536" w:type="dxa"/>
          </w:tcPr>
          <w:p w14:paraId="30EF5CA3" w14:textId="77777777" w:rsidR="005F3295" w:rsidRDefault="00000000">
            <w:pPr>
              <w:spacing w:line="235" w:lineRule="auto"/>
            </w:pPr>
            <w:r>
              <w:t>p. 4, lines 74–88</w:t>
            </w:r>
          </w:p>
        </w:tc>
      </w:tr>
      <w:tr w:rsidR="005F3295" w14:paraId="16AB754D" w14:textId="77777777">
        <w:trPr>
          <w:cantSplit/>
          <w:jc w:val="center"/>
        </w:trPr>
        <w:tc>
          <w:tcPr>
            <w:tcW w:w="2045" w:type="dxa"/>
          </w:tcPr>
          <w:p w14:paraId="4771EC96" w14:textId="77777777" w:rsidR="005F3295" w:rsidRDefault="00000000">
            <w:pPr>
              <w:spacing w:line="235" w:lineRule="auto"/>
            </w:pPr>
            <w:r>
              <w:t>Setting</w:t>
            </w:r>
          </w:p>
        </w:tc>
        <w:tc>
          <w:tcPr>
            <w:tcW w:w="691" w:type="dxa"/>
          </w:tcPr>
          <w:p w14:paraId="788E047D" w14:textId="77777777" w:rsidR="005F3295" w:rsidRDefault="00000000">
            <w:pPr>
              <w:spacing w:line="235" w:lineRule="auto"/>
            </w:pPr>
            <w:r>
              <w:rPr>
                <w:b/>
              </w:rPr>
              <w:t>5</w:t>
            </w:r>
          </w:p>
        </w:tc>
        <w:tc>
          <w:tcPr>
            <w:tcW w:w="7272" w:type="dxa"/>
          </w:tcPr>
          <w:p w14:paraId="7B4F32FB" w14:textId="77777777" w:rsidR="005F3295" w:rsidRDefault="00000000">
            <w:pPr>
              <w:spacing w:line="235" w:lineRule="auto"/>
            </w:pPr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4536" w:type="dxa"/>
          </w:tcPr>
          <w:p w14:paraId="2863C5E4" w14:textId="77777777" w:rsidR="005F3295" w:rsidRDefault="00000000">
            <w:pPr>
              <w:spacing w:line="235" w:lineRule="auto"/>
            </w:pPr>
            <w:r>
              <w:t>p. 4, lines 74–99; pp. 7–8, lines 160–173</w:t>
            </w:r>
          </w:p>
        </w:tc>
      </w:tr>
      <w:tr w:rsidR="005F3295" w14:paraId="54C830BB" w14:textId="77777777">
        <w:trPr>
          <w:cantSplit/>
          <w:jc w:val="center"/>
        </w:trPr>
        <w:tc>
          <w:tcPr>
            <w:tcW w:w="2045" w:type="dxa"/>
          </w:tcPr>
          <w:p w14:paraId="4ABFCAA9" w14:textId="77777777" w:rsidR="005F3295" w:rsidRDefault="00000000">
            <w:pPr>
              <w:spacing w:line="235" w:lineRule="auto"/>
            </w:pPr>
            <w:r>
              <w:t>Participants</w:t>
            </w:r>
          </w:p>
        </w:tc>
        <w:tc>
          <w:tcPr>
            <w:tcW w:w="691" w:type="dxa"/>
          </w:tcPr>
          <w:p w14:paraId="3ACE9E5F" w14:textId="77777777" w:rsidR="005F3295" w:rsidRDefault="00000000">
            <w:pPr>
              <w:spacing w:line="235" w:lineRule="auto"/>
            </w:pPr>
            <w:r>
              <w:rPr>
                <w:b/>
              </w:rPr>
              <w:t>6</w:t>
            </w:r>
          </w:p>
        </w:tc>
        <w:tc>
          <w:tcPr>
            <w:tcW w:w="7272" w:type="dxa"/>
          </w:tcPr>
          <w:p w14:paraId="239E6859" w14:textId="77777777" w:rsidR="005F3295" w:rsidRDefault="00000000">
            <w:pPr>
              <w:spacing w:line="235" w:lineRule="auto"/>
            </w:pPr>
            <w:r>
              <w:t>(a) Give the eligibility criteria, and the sources and methods of selection of participants. Describe methods of follow-up</w:t>
            </w:r>
          </w:p>
        </w:tc>
        <w:tc>
          <w:tcPr>
            <w:tcW w:w="4536" w:type="dxa"/>
          </w:tcPr>
          <w:p w14:paraId="0F15DCE7" w14:textId="77777777" w:rsidR="005F3295" w:rsidRDefault="00000000">
            <w:pPr>
              <w:spacing w:line="235" w:lineRule="auto"/>
            </w:pPr>
            <w:r>
              <w:t>p. 4, lines 74–99; Table 1, p. 11 (treatment-episode duration/exposure)</w:t>
            </w:r>
          </w:p>
        </w:tc>
      </w:tr>
      <w:tr w:rsidR="005F3295" w14:paraId="7BF6CC51" w14:textId="77777777">
        <w:trPr>
          <w:cantSplit/>
          <w:jc w:val="center"/>
        </w:trPr>
        <w:tc>
          <w:tcPr>
            <w:tcW w:w="2045" w:type="dxa"/>
          </w:tcPr>
          <w:p w14:paraId="1F025339" w14:textId="77777777" w:rsidR="005F3295" w:rsidRDefault="00000000">
            <w:pPr>
              <w:spacing w:line="235" w:lineRule="auto"/>
            </w:pPr>
            <w:r>
              <w:t>Participants</w:t>
            </w:r>
          </w:p>
        </w:tc>
        <w:tc>
          <w:tcPr>
            <w:tcW w:w="691" w:type="dxa"/>
          </w:tcPr>
          <w:p w14:paraId="373F6AA7" w14:textId="77777777" w:rsidR="005F3295" w:rsidRDefault="00000000">
            <w:pPr>
              <w:spacing w:line="235" w:lineRule="auto"/>
            </w:pPr>
            <w:r>
              <w:rPr>
                <w:b/>
              </w:rPr>
              <w:t>6</w:t>
            </w:r>
          </w:p>
        </w:tc>
        <w:tc>
          <w:tcPr>
            <w:tcW w:w="7272" w:type="dxa"/>
          </w:tcPr>
          <w:p w14:paraId="16EB644F" w14:textId="77777777" w:rsidR="005F3295" w:rsidRDefault="00000000">
            <w:pPr>
              <w:spacing w:line="235" w:lineRule="auto"/>
            </w:pPr>
            <w:r>
              <w:t>(b) For matched studies, give matching criteria and number of exposed and unexposed</w:t>
            </w:r>
          </w:p>
        </w:tc>
        <w:tc>
          <w:tcPr>
            <w:tcW w:w="4536" w:type="dxa"/>
          </w:tcPr>
          <w:p w14:paraId="5F73E3CB" w14:textId="77777777" w:rsidR="005F3295" w:rsidRDefault="00000000">
            <w:pPr>
              <w:spacing w:line="235" w:lineRule="auto"/>
            </w:pPr>
            <w:r>
              <w:t>Not applicable — study was not matched</w:t>
            </w:r>
          </w:p>
        </w:tc>
      </w:tr>
      <w:tr w:rsidR="005F3295" w14:paraId="7B2355F6" w14:textId="77777777">
        <w:trPr>
          <w:cantSplit/>
          <w:jc w:val="center"/>
        </w:trPr>
        <w:tc>
          <w:tcPr>
            <w:tcW w:w="2045" w:type="dxa"/>
          </w:tcPr>
          <w:p w14:paraId="46093D01" w14:textId="77777777" w:rsidR="005F3295" w:rsidRDefault="00000000">
            <w:pPr>
              <w:spacing w:line="235" w:lineRule="auto"/>
            </w:pPr>
            <w:r>
              <w:t>Variables</w:t>
            </w:r>
          </w:p>
        </w:tc>
        <w:tc>
          <w:tcPr>
            <w:tcW w:w="691" w:type="dxa"/>
          </w:tcPr>
          <w:p w14:paraId="6B7639AF" w14:textId="77777777" w:rsidR="005F3295" w:rsidRDefault="00000000">
            <w:pPr>
              <w:spacing w:line="235" w:lineRule="auto"/>
            </w:pPr>
            <w:r>
              <w:rPr>
                <w:b/>
              </w:rPr>
              <w:t>7</w:t>
            </w:r>
          </w:p>
        </w:tc>
        <w:tc>
          <w:tcPr>
            <w:tcW w:w="7272" w:type="dxa"/>
          </w:tcPr>
          <w:p w14:paraId="318FE51D" w14:textId="77777777" w:rsidR="005F3295" w:rsidRDefault="00000000">
            <w:pPr>
              <w:spacing w:line="235" w:lineRule="auto"/>
            </w:pPr>
            <w:r>
              <w:t>Clearly define all outcomes, exposures, predictors, potential confounders, and effect modifiers. Give diagnostic criteria, if applicable</w:t>
            </w:r>
          </w:p>
        </w:tc>
        <w:tc>
          <w:tcPr>
            <w:tcW w:w="4536" w:type="dxa"/>
          </w:tcPr>
          <w:p w14:paraId="78554ACB" w14:textId="77777777" w:rsidR="005F3295" w:rsidRDefault="00000000">
            <w:pPr>
              <w:spacing w:line="235" w:lineRule="auto"/>
            </w:pPr>
            <w:r>
              <w:t>p. 4, lines 74–80; p. 7, lines 149–160; p. 8, lines 168–186</w:t>
            </w:r>
          </w:p>
        </w:tc>
      </w:tr>
      <w:tr w:rsidR="005F3295" w14:paraId="4BBF88E6" w14:textId="77777777">
        <w:trPr>
          <w:cantSplit/>
          <w:jc w:val="center"/>
        </w:trPr>
        <w:tc>
          <w:tcPr>
            <w:tcW w:w="2045" w:type="dxa"/>
          </w:tcPr>
          <w:p w14:paraId="15A5C744" w14:textId="77777777" w:rsidR="005F3295" w:rsidRDefault="00000000">
            <w:pPr>
              <w:spacing w:line="235" w:lineRule="auto"/>
            </w:pPr>
            <w:r>
              <w:t>Data sources/ measurement</w:t>
            </w:r>
          </w:p>
        </w:tc>
        <w:tc>
          <w:tcPr>
            <w:tcW w:w="691" w:type="dxa"/>
          </w:tcPr>
          <w:p w14:paraId="13DA29C9" w14:textId="77777777" w:rsidR="005F3295" w:rsidRDefault="00000000">
            <w:pPr>
              <w:spacing w:line="235" w:lineRule="auto"/>
            </w:pPr>
            <w:r>
              <w:rPr>
                <w:b/>
              </w:rPr>
              <w:t>8*</w:t>
            </w:r>
          </w:p>
        </w:tc>
        <w:tc>
          <w:tcPr>
            <w:tcW w:w="7272" w:type="dxa"/>
          </w:tcPr>
          <w:p w14:paraId="3381D2B2" w14:textId="77777777" w:rsidR="005F3295" w:rsidRDefault="00000000">
            <w:pPr>
              <w:spacing w:line="235" w:lineRule="auto"/>
            </w:pPr>
            <w: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4536" w:type="dxa"/>
          </w:tcPr>
          <w:p w14:paraId="167CC5DE" w14:textId="77777777" w:rsidR="005F3295" w:rsidRDefault="00000000">
            <w:pPr>
              <w:spacing w:line="235" w:lineRule="auto"/>
            </w:pPr>
            <w:r>
              <w:t>p. 4, lines 74–96; pp. 5–7, lines 102–160</w:t>
            </w:r>
          </w:p>
        </w:tc>
      </w:tr>
      <w:tr w:rsidR="005F3295" w14:paraId="20EE9EEA" w14:textId="77777777">
        <w:trPr>
          <w:cantSplit/>
          <w:jc w:val="center"/>
        </w:trPr>
        <w:tc>
          <w:tcPr>
            <w:tcW w:w="2045" w:type="dxa"/>
          </w:tcPr>
          <w:p w14:paraId="0DF3C2B0" w14:textId="77777777" w:rsidR="005F3295" w:rsidRDefault="00000000">
            <w:pPr>
              <w:spacing w:line="235" w:lineRule="auto"/>
            </w:pPr>
            <w:r>
              <w:t>Bias</w:t>
            </w:r>
          </w:p>
        </w:tc>
        <w:tc>
          <w:tcPr>
            <w:tcW w:w="691" w:type="dxa"/>
          </w:tcPr>
          <w:p w14:paraId="5B809953" w14:textId="77777777" w:rsidR="005F3295" w:rsidRDefault="00000000">
            <w:pPr>
              <w:spacing w:line="235" w:lineRule="auto"/>
            </w:pPr>
            <w:r>
              <w:rPr>
                <w:b/>
              </w:rPr>
              <w:t>9</w:t>
            </w:r>
          </w:p>
        </w:tc>
        <w:tc>
          <w:tcPr>
            <w:tcW w:w="7272" w:type="dxa"/>
          </w:tcPr>
          <w:p w14:paraId="6F86F89D" w14:textId="77777777" w:rsidR="005F3295" w:rsidRDefault="00000000">
            <w:pPr>
              <w:spacing w:line="235" w:lineRule="auto"/>
            </w:pPr>
            <w:r>
              <w:t>Describe any efforts to address potential sources of bias</w:t>
            </w:r>
          </w:p>
        </w:tc>
        <w:tc>
          <w:tcPr>
            <w:tcW w:w="4536" w:type="dxa"/>
          </w:tcPr>
          <w:p w14:paraId="27FC9BB8" w14:textId="77777777" w:rsidR="005F3295" w:rsidRDefault="00000000">
            <w:pPr>
              <w:spacing w:line="235" w:lineRule="auto"/>
            </w:pPr>
            <w:r>
              <w:t>p. 7, lines 156–160; p. 8, lines 174–186; pp. 15–16, lines 305–328</w:t>
            </w:r>
          </w:p>
        </w:tc>
      </w:tr>
      <w:tr w:rsidR="005F3295" w14:paraId="010B27C9" w14:textId="77777777">
        <w:trPr>
          <w:cantSplit/>
          <w:jc w:val="center"/>
        </w:trPr>
        <w:tc>
          <w:tcPr>
            <w:tcW w:w="2045" w:type="dxa"/>
          </w:tcPr>
          <w:p w14:paraId="7D532BE7" w14:textId="77777777" w:rsidR="005F3295" w:rsidRDefault="00000000">
            <w:pPr>
              <w:spacing w:line="235" w:lineRule="auto"/>
            </w:pPr>
            <w:r>
              <w:t>Study size</w:t>
            </w:r>
          </w:p>
        </w:tc>
        <w:tc>
          <w:tcPr>
            <w:tcW w:w="691" w:type="dxa"/>
          </w:tcPr>
          <w:p w14:paraId="7AC84642" w14:textId="77777777" w:rsidR="005F3295" w:rsidRDefault="00000000">
            <w:pPr>
              <w:spacing w:line="235" w:lineRule="auto"/>
            </w:pPr>
            <w:r>
              <w:rPr>
                <w:b/>
              </w:rPr>
              <w:t>10</w:t>
            </w:r>
          </w:p>
        </w:tc>
        <w:tc>
          <w:tcPr>
            <w:tcW w:w="7272" w:type="dxa"/>
          </w:tcPr>
          <w:p w14:paraId="703C503A" w14:textId="77777777" w:rsidR="005F3295" w:rsidRDefault="00000000">
            <w:pPr>
              <w:spacing w:line="235" w:lineRule="auto"/>
            </w:pPr>
            <w:r>
              <w:t>Explain how the study size was arrived at</w:t>
            </w:r>
          </w:p>
        </w:tc>
        <w:tc>
          <w:tcPr>
            <w:tcW w:w="4536" w:type="dxa"/>
          </w:tcPr>
          <w:p w14:paraId="54DEC3D2" w14:textId="77777777" w:rsidR="005F3295" w:rsidRDefault="00000000">
            <w:pPr>
              <w:spacing w:line="235" w:lineRule="auto"/>
            </w:pPr>
            <w:r>
              <w:t>p. 4, lines 89–94; p. 9, lines 187–190; Table 1, p. 11</w:t>
            </w:r>
          </w:p>
        </w:tc>
      </w:tr>
      <w:tr w:rsidR="005F3295" w14:paraId="645C7E64" w14:textId="77777777">
        <w:trPr>
          <w:cantSplit/>
          <w:jc w:val="center"/>
        </w:trPr>
        <w:tc>
          <w:tcPr>
            <w:tcW w:w="2045" w:type="dxa"/>
          </w:tcPr>
          <w:p w14:paraId="2401EAFD" w14:textId="77777777" w:rsidR="005F3295" w:rsidRDefault="00000000">
            <w:pPr>
              <w:spacing w:line="235" w:lineRule="auto"/>
            </w:pPr>
            <w:r>
              <w:t>Quantitative variables</w:t>
            </w:r>
          </w:p>
        </w:tc>
        <w:tc>
          <w:tcPr>
            <w:tcW w:w="691" w:type="dxa"/>
          </w:tcPr>
          <w:p w14:paraId="78A0C2C0" w14:textId="77777777" w:rsidR="005F3295" w:rsidRDefault="00000000">
            <w:pPr>
              <w:spacing w:line="235" w:lineRule="auto"/>
            </w:pPr>
            <w:r>
              <w:rPr>
                <w:b/>
              </w:rPr>
              <w:t>11</w:t>
            </w:r>
          </w:p>
        </w:tc>
        <w:tc>
          <w:tcPr>
            <w:tcW w:w="7272" w:type="dxa"/>
          </w:tcPr>
          <w:p w14:paraId="4A5C3919" w14:textId="77777777" w:rsidR="005F3295" w:rsidRDefault="00000000">
            <w:pPr>
              <w:spacing w:line="235" w:lineRule="auto"/>
            </w:pPr>
            <w:r>
              <w:t>Explain how quantitative variables were handled in the analyses. If applicable, describe which groupings were chosen and why</w:t>
            </w:r>
          </w:p>
        </w:tc>
        <w:tc>
          <w:tcPr>
            <w:tcW w:w="4536" w:type="dxa"/>
          </w:tcPr>
          <w:p w14:paraId="4F07412F" w14:textId="77777777" w:rsidR="005F3295" w:rsidRDefault="00000000">
            <w:pPr>
              <w:spacing w:line="235" w:lineRule="auto"/>
            </w:pPr>
            <w:r>
              <w:t>pp. 7–8, lines 156–186; Tables 1–2, pp. 11–12</w:t>
            </w:r>
          </w:p>
        </w:tc>
      </w:tr>
      <w:tr w:rsidR="005F3295" w14:paraId="22ADCA0A" w14:textId="77777777">
        <w:trPr>
          <w:cantSplit/>
          <w:jc w:val="center"/>
        </w:trPr>
        <w:tc>
          <w:tcPr>
            <w:tcW w:w="2045" w:type="dxa"/>
          </w:tcPr>
          <w:p w14:paraId="4B69A5C2" w14:textId="77777777" w:rsidR="005F3295" w:rsidRDefault="00000000">
            <w:pPr>
              <w:spacing w:line="235" w:lineRule="auto"/>
            </w:pPr>
            <w:r>
              <w:t>Statistical methods</w:t>
            </w:r>
          </w:p>
        </w:tc>
        <w:tc>
          <w:tcPr>
            <w:tcW w:w="691" w:type="dxa"/>
          </w:tcPr>
          <w:p w14:paraId="2F08DEBE" w14:textId="77777777" w:rsidR="005F3295" w:rsidRDefault="00000000">
            <w:pPr>
              <w:spacing w:line="235" w:lineRule="auto"/>
            </w:pPr>
            <w:r>
              <w:rPr>
                <w:b/>
              </w:rPr>
              <w:t>12</w:t>
            </w:r>
          </w:p>
        </w:tc>
        <w:tc>
          <w:tcPr>
            <w:tcW w:w="7272" w:type="dxa"/>
          </w:tcPr>
          <w:p w14:paraId="0255DBA5" w14:textId="77777777" w:rsidR="005F3295" w:rsidRDefault="00000000">
            <w:pPr>
              <w:spacing w:line="235" w:lineRule="auto"/>
            </w:pPr>
            <w:r>
              <w:t>(a) Describe all statistical methods, including those used to control for confounding</w:t>
            </w:r>
          </w:p>
        </w:tc>
        <w:tc>
          <w:tcPr>
            <w:tcW w:w="4536" w:type="dxa"/>
          </w:tcPr>
          <w:p w14:paraId="32D7FA65" w14:textId="77777777" w:rsidR="005F3295" w:rsidRDefault="00000000">
            <w:pPr>
              <w:spacing w:line="235" w:lineRule="auto"/>
            </w:pPr>
            <w:r>
              <w:t>p. 8, lines 174–186</w:t>
            </w:r>
          </w:p>
        </w:tc>
      </w:tr>
      <w:tr w:rsidR="005F3295" w14:paraId="017287FB" w14:textId="77777777">
        <w:trPr>
          <w:cantSplit/>
          <w:jc w:val="center"/>
        </w:trPr>
        <w:tc>
          <w:tcPr>
            <w:tcW w:w="2045" w:type="dxa"/>
          </w:tcPr>
          <w:p w14:paraId="002CA7D8" w14:textId="77777777" w:rsidR="005F3295" w:rsidRDefault="00000000">
            <w:pPr>
              <w:spacing w:line="235" w:lineRule="auto"/>
            </w:pPr>
            <w:r>
              <w:t>Statistical methods</w:t>
            </w:r>
          </w:p>
        </w:tc>
        <w:tc>
          <w:tcPr>
            <w:tcW w:w="691" w:type="dxa"/>
          </w:tcPr>
          <w:p w14:paraId="4C2FC483" w14:textId="77777777" w:rsidR="005F3295" w:rsidRDefault="00000000">
            <w:pPr>
              <w:spacing w:line="235" w:lineRule="auto"/>
            </w:pPr>
            <w:r>
              <w:rPr>
                <w:b/>
              </w:rPr>
              <w:t>12</w:t>
            </w:r>
          </w:p>
        </w:tc>
        <w:tc>
          <w:tcPr>
            <w:tcW w:w="7272" w:type="dxa"/>
          </w:tcPr>
          <w:p w14:paraId="5F92B486" w14:textId="77777777" w:rsidR="005F3295" w:rsidRDefault="00000000">
            <w:pPr>
              <w:spacing w:line="235" w:lineRule="auto"/>
            </w:pPr>
            <w:r>
              <w:t>(b) Describe any methods used to examine subgroups and interactions</w:t>
            </w:r>
          </w:p>
        </w:tc>
        <w:tc>
          <w:tcPr>
            <w:tcW w:w="4536" w:type="dxa"/>
          </w:tcPr>
          <w:p w14:paraId="1A24663A" w14:textId="77777777" w:rsidR="005F3295" w:rsidRDefault="00000000">
            <w:pPr>
              <w:spacing w:line="235" w:lineRule="auto"/>
            </w:pPr>
            <w:r>
              <w:t>pp. 7–8, lines 160–186 (epoch/subgroup comparisons; no interaction analysis)</w:t>
            </w:r>
          </w:p>
        </w:tc>
      </w:tr>
      <w:tr w:rsidR="005F3295" w14:paraId="290C9E24" w14:textId="77777777">
        <w:trPr>
          <w:cantSplit/>
          <w:jc w:val="center"/>
        </w:trPr>
        <w:tc>
          <w:tcPr>
            <w:tcW w:w="2045" w:type="dxa"/>
          </w:tcPr>
          <w:p w14:paraId="21D7518C" w14:textId="77777777" w:rsidR="005F3295" w:rsidRDefault="00000000">
            <w:pPr>
              <w:spacing w:line="235" w:lineRule="auto"/>
            </w:pPr>
            <w:r>
              <w:t>Statistical methods</w:t>
            </w:r>
          </w:p>
        </w:tc>
        <w:tc>
          <w:tcPr>
            <w:tcW w:w="691" w:type="dxa"/>
          </w:tcPr>
          <w:p w14:paraId="5C602586" w14:textId="77777777" w:rsidR="005F3295" w:rsidRDefault="00000000">
            <w:pPr>
              <w:spacing w:line="235" w:lineRule="auto"/>
            </w:pPr>
            <w:r>
              <w:rPr>
                <w:b/>
              </w:rPr>
              <w:t>12</w:t>
            </w:r>
          </w:p>
        </w:tc>
        <w:tc>
          <w:tcPr>
            <w:tcW w:w="7272" w:type="dxa"/>
          </w:tcPr>
          <w:p w14:paraId="6F8C7DD3" w14:textId="77777777" w:rsidR="005F3295" w:rsidRDefault="00000000">
            <w:pPr>
              <w:spacing w:line="235" w:lineRule="auto"/>
            </w:pPr>
            <w:r>
              <w:t>(c) Explain how missing data were addressed</w:t>
            </w:r>
          </w:p>
        </w:tc>
        <w:tc>
          <w:tcPr>
            <w:tcW w:w="4536" w:type="dxa"/>
          </w:tcPr>
          <w:p w14:paraId="7BC3FEA3" w14:textId="73430C2D" w:rsidR="005F3295" w:rsidRDefault="00000000">
            <w:pPr>
              <w:spacing w:line="235" w:lineRule="auto"/>
            </w:pPr>
            <w:r>
              <w:t>pp. 7–8, lines 165–168 (2019–2020 absent due to storage failure); no other missing-data reported</w:t>
            </w:r>
          </w:p>
        </w:tc>
      </w:tr>
      <w:tr w:rsidR="005F3295" w14:paraId="04C94102" w14:textId="77777777">
        <w:trPr>
          <w:cantSplit/>
          <w:jc w:val="center"/>
        </w:trPr>
        <w:tc>
          <w:tcPr>
            <w:tcW w:w="2045" w:type="dxa"/>
          </w:tcPr>
          <w:p w14:paraId="641B8658" w14:textId="77777777" w:rsidR="005F3295" w:rsidRDefault="00000000">
            <w:pPr>
              <w:spacing w:line="235" w:lineRule="auto"/>
            </w:pPr>
            <w:r>
              <w:t>Statistical methods</w:t>
            </w:r>
          </w:p>
        </w:tc>
        <w:tc>
          <w:tcPr>
            <w:tcW w:w="691" w:type="dxa"/>
          </w:tcPr>
          <w:p w14:paraId="0EFDD1D0" w14:textId="77777777" w:rsidR="005F3295" w:rsidRDefault="00000000">
            <w:pPr>
              <w:spacing w:line="235" w:lineRule="auto"/>
            </w:pPr>
            <w:r>
              <w:rPr>
                <w:b/>
              </w:rPr>
              <w:t>12</w:t>
            </w:r>
          </w:p>
        </w:tc>
        <w:tc>
          <w:tcPr>
            <w:tcW w:w="7272" w:type="dxa"/>
          </w:tcPr>
          <w:p w14:paraId="3A66C4FF" w14:textId="77777777" w:rsidR="005F3295" w:rsidRDefault="00000000">
            <w:pPr>
              <w:spacing w:line="235" w:lineRule="auto"/>
            </w:pPr>
            <w:r>
              <w:t>(d) If applicable, explain how loss to follow-up was addressed</w:t>
            </w:r>
          </w:p>
        </w:tc>
        <w:tc>
          <w:tcPr>
            <w:tcW w:w="4536" w:type="dxa"/>
          </w:tcPr>
          <w:p w14:paraId="13A03977" w14:textId="77777777" w:rsidR="005F3295" w:rsidRDefault="00000000">
            <w:pPr>
              <w:spacing w:line="235" w:lineRule="auto"/>
            </w:pPr>
            <w:r>
              <w:t>Not applicable — retrospective treatment episodes; no prospective follow-up loss</w:t>
            </w:r>
          </w:p>
        </w:tc>
      </w:tr>
      <w:tr w:rsidR="005F3295" w14:paraId="6C948174" w14:textId="77777777">
        <w:trPr>
          <w:cantSplit/>
          <w:jc w:val="center"/>
        </w:trPr>
        <w:tc>
          <w:tcPr>
            <w:tcW w:w="2045" w:type="dxa"/>
          </w:tcPr>
          <w:p w14:paraId="37CF94BC" w14:textId="77777777" w:rsidR="005F3295" w:rsidRDefault="00000000">
            <w:pPr>
              <w:spacing w:line="235" w:lineRule="auto"/>
            </w:pPr>
            <w:r>
              <w:t>Statistical methods</w:t>
            </w:r>
          </w:p>
        </w:tc>
        <w:tc>
          <w:tcPr>
            <w:tcW w:w="691" w:type="dxa"/>
          </w:tcPr>
          <w:p w14:paraId="3189D42D" w14:textId="77777777" w:rsidR="005F3295" w:rsidRDefault="00000000">
            <w:pPr>
              <w:spacing w:line="235" w:lineRule="auto"/>
            </w:pPr>
            <w:r>
              <w:rPr>
                <w:b/>
              </w:rPr>
              <w:t>12</w:t>
            </w:r>
          </w:p>
        </w:tc>
        <w:tc>
          <w:tcPr>
            <w:tcW w:w="7272" w:type="dxa"/>
          </w:tcPr>
          <w:p w14:paraId="0F9DA10F" w14:textId="77777777" w:rsidR="005F3295" w:rsidRDefault="00000000">
            <w:pPr>
              <w:spacing w:line="235" w:lineRule="auto"/>
            </w:pPr>
            <w:r>
              <w:t>(e) Describe any sensitivity analyses</w:t>
            </w:r>
          </w:p>
        </w:tc>
        <w:tc>
          <w:tcPr>
            <w:tcW w:w="4536" w:type="dxa"/>
          </w:tcPr>
          <w:p w14:paraId="2D3886B4" w14:textId="0E5E873A" w:rsidR="005F3295" w:rsidRDefault="009F2DF2">
            <w:pPr>
              <w:spacing w:line="235" w:lineRule="auto"/>
            </w:pPr>
            <w:r w:rsidRPr="009F2DF2">
              <w:t>Not applicable — no sensitivity analyses were performed</w:t>
            </w:r>
          </w:p>
        </w:tc>
      </w:tr>
    </w:tbl>
    <w:p w14:paraId="183725B8" w14:textId="77777777" w:rsidR="005F3295" w:rsidRDefault="00000000">
      <w:r>
        <w:br w:type="page"/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5"/>
        <w:gridCol w:w="691"/>
        <w:gridCol w:w="7272"/>
        <w:gridCol w:w="4536"/>
      </w:tblGrid>
      <w:tr w:rsidR="005F3295" w14:paraId="0ED9AED8" w14:textId="77777777">
        <w:trPr>
          <w:tblHeader/>
          <w:jc w:val="center"/>
        </w:trPr>
        <w:tc>
          <w:tcPr>
            <w:tcW w:w="2045" w:type="dxa"/>
            <w:shd w:val="clear" w:color="auto" w:fill="D9EAF7"/>
            <w:vAlign w:val="center"/>
          </w:tcPr>
          <w:p w14:paraId="16AED0F3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lastRenderedPageBreak/>
              <w:t>Section</w:t>
            </w:r>
          </w:p>
        </w:tc>
        <w:tc>
          <w:tcPr>
            <w:tcW w:w="691" w:type="dxa"/>
            <w:shd w:val="clear" w:color="auto" w:fill="D9EAF7"/>
            <w:vAlign w:val="center"/>
          </w:tcPr>
          <w:p w14:paraId="4B92AA3B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Item</w:t>
            </w:r>
          </w:p>
        </w:tc>
        <w:tc>
          <w:tcPr>
            <w:tcW w:w="7272" w:type="dxa"/>
            <w:shd w:val="clear" w:color="auto" w:fill="D9EAF7"/>
            <w:vAlign w:val="center"/>
          </w:tcPr>
          <w:p w14:paraId="54997CDD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STROBE recommendation</w:t>
            </w:r>
          </w:p>
        </w:tc>
        <w:tc>
          <w:tcPr>
            <w:tcW w:w="4536" w:type="dxa"/>
            <w:shd w:val="clear" w:color="auto" w:fill="D9EAF7"/>
            <w:vAlign w:val="center"/>
          </w:tcPr>
          <w:p w14:paraId="1F58058D" w14:textId="77777777" w:rsidR="005F3295" w:rsidRDefault="00000000">
            <w:pPr>
              <w:jc w:val="center"/>
            </w:pPr>
            <w:r>
              <w:rPr>
                <w:b/>
                <w:sz w:val="17"/>
              </w:rPr>
              <w:t>Manuscript page / line</w:t>
            </w:r>
          </w:p>
        </w:tc>
      </w:tr>
      <w:tr w:rsidR="005F3295" w14:paraId="5B284414" w14:textId="77777777">
        <w:trPr>
          <w:jc w:val="center"/>
        </w:trPr>
        <w:tc>
          <w:tcPr>
            <w:tcW w:w="14544" w:type="dxa"/>
            <w:gridSpan w:val="4"/>
            <w:shd w:val="clear" w:color="auto" w:fill="EDEDED"/>
          </w:tcPr>
          <w:p w14:paraId="501545EC" w14:textId="77777777" w:rsidR="005F3295" w:rsidRDefault="00000000">
            <w:r>
              <w:rPr>
                <w:b/>
              </w:rPr>
              <w:t>Results</w:t>
            </w:r>
          </w:p>
        </w:tc>
      </w:tr>
      <w:tr w:rsidR="005F3295" w14:paraId="05E56AB6" w14:textId="77777777">
        <w:trPr>
          <w:cantSplit/>
          <w:jc w:val="center"/>
        </w:trPr>
        <w:tc>
          <w:tcPr>
            <w:tcW w:w="2045" w:type="dxa"/>
          </w:tcPr>
          <w:p w14:paraId="32C888D6" w14:textId="77777777" w:rsidR="005F3295" w:rsidRDefault="00000000">
            <w:pPr>
              <w:spacing w:line="235" w:lineRule="auto"/>
            </w:pPr>
            <w:r>
              <w:t>Participants</w:t>
            </w:r>
          </w:p>
        </w:tc>
        <w:tc>
          <w:tcPr>
            <w:tcW w:w="691" w:type="dxa"/>
          </w:tcPr>
          <w:p w14:paraId="52363DDA" w14:textId="77777777" w:rsidR="005F3295" w:rsidRDefault="00000000">
            <w:pPr>
              <w:spacing w:line="235" w:lineRule="auto"/>
            </w:pPr>
            <w:r>
              <w:rPr>
                <w:b/>
              </w:rPr>
              <w:t>13*</w:t>
            </w:r>
          </w:p>
        </w:tc>
        <w:tc>
          <w:tcPr>
            <w:tcW w:w="7272" w:type="dxa"/>
          </w:tcPr>
          <w:p w14:paraId="05EFB24F" w14:textId="77777777" w:rsidR="005F3295" w:rsidRDefault="00000000">
            <w:pPr>
              <w:spacing w:line="235" w:lineRule="auto"/>
            </w:pPr>
            <w: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4536" w:type="dxa"/>
          </w:tcPr>
          <w:p w14:paraId="57983992" w14:textId="77777777" w:rsidR="005F3295" w:rsidRDefault="00000000">
            <w:pPr>
              <w:spacing w:line="235" w:lineRule="auto"/>
            </w:pPr>
            <w:r>
              <w:t>p. 4, lines 89–94; p. 9, lines 187–190; Table 1, p. 11</w:t>
            </w:r>
          </w:p>
        </w:tc>
      </w:tr>
      <w:tr w:rsidR="005F3295" w14:paraId="794E9BA1" w14:textId="77777777">
        <w:trPr>
          <w:cantSplit/>
          <w:jc w:val="center"/>
        </w:trPr>
        <w:tc>
          <w:tcPr>
            <w:tcW w:w="2045" w:type="dxa"/>
          </w:tcPr>
          <w:p w14:paraId="4D3B8555" w14:textId="77777777" w:rsidR="005F3295" w:rsidRDefault="00000000">
            <w:pPr>
              <w:spacing w:line="235" w:lineRule="auto"/>
            </w:pPr>
            <w:r>
              <w:t>Participants</w:t>
            </w:r>
          </w:p>
        </w:tc>
        <w:tc>
          <w:tcPr>
            <w:tcW w:w="691" w:type="dxa"/>
          </w:tcPr>
          <w:p w14:paraId="7F76F713" w14:textId="77777777" w:rsidR="005F3295" w:rsidRDefault="00000000">
            <w:pPr>
              <w:spacing w:line="235" w:lineRule="auto"/>
            </w:pPr>
            <w:r>
              <w:rPr>
                <w:b/>
              </w:rPr>
              <w:t>13*</w:t>
            </w:r>
          </w:p>
        </w:tc>
        <w:tc>
          <w:tcPr>
            <w:tcW w:w="7272" w:type="dxa"/>
          </w:tcPr>
          <w:p w14:paraId="11F19502" w14:textId="77777777" w:rsidR="005F3295" w:rsidRDefault="00000000">
            <w:pPr>
              <w:spacing w:line="235" w:lineRule="auto"/>
            </w:pPr>
            <w:r>
              <w:t>(b) Give reasons for non-participation at each stage</w:t>
            </w:r>
          </w:p>
        </w:tc>
        <w:tc>
          <w:tcPr>
            <w:tcW w:w="4536" w:type="dxa"/>
          </w:tcPr>
          <w:p w14:paraId="7BEE2000" w14:textId="77777777" w:rsidR="005F3295" w:rsidRDefault="00000000">
            <w:pPr>
              <w:spacing w:line="235" w:lineRule="auto"/>
            </w:pPr>
            <w:r>
              <w:t>p. 4, lines 89–94 (exclusion criteria/reasons; counts of exclusions not reported)</w:t>
            </w:r>
          </w:p>
        </w:tc>
      </w:tr>
      <w:tr w:rsidR="005F3295" w14:paraId="505482CB" w14:textId="77777777">
        <w:trPr>
          <w:cantSplit/>
          <w:jc w:val="center"/>
        </w:trPr>
        <w:tc>
          <w:tcPr>
            <w:tcW w:w="2045" w:type="dxa"/>
          </w:tcPr>
          <w:p w14:paraId="57B5649A" w14:textId="77777777" w:rsidR="005F3295" w:rsidRDefault="00000000">
            <w:pPr>
              <w:spacing w:line="235" w:lineRule="auto"/>
            </w:pPr>
            <w:r>
              <w:t>Participants</w:t>
            </w:r>
          </w:p>
        </w:tc>
        <w:tc>
          <w:tcPr>
            <w:tcW w:w="691" w:type="dxa"/>
          </w:tcPr>
          <w:p w14:paraId="64E13E30" w14:textId="77777777" w:rsidR="005F3295" w:rsidRDefault="00000000">
            <w:pPr>
              <w:spacing w:line="235" w:lineRule="auto"/>
            </w:pPr>
            <w:r>
              <w:rPr>
                <w:b/>
              </w:rPr>
              <w:t>13*</w:t>
            </w:r>
          </w:p>
        </w:tc>
        <w:tc>
          <w:tcPr>
            <w:tcW w:w="7272" w:type="dxa"/>
          </w:tcPr>
          <w:p w14:paraId="301B93E6" w14:textId="77777777" w:rsidR="005F3295" w:rsidRDefault="00000000">
            <w:pPr>
              <w:spacing w:line="235" w:lineRule="auto"/>
            </w:pPr>
            <w:r>
              <w:t>(c) Consider use of a flow diagram</w:t>
            </w:r>
          </w:p>
        </w:tc>
        <w:tc>
          <w:tcPr>
            <w:tcW w:w="4536" w:type="dxa"/>
          </w:tcPr>
          <w:p w14:paraId="2D05BDF1" w14:textId="2268C895" w:rsidR="005F3295" w:rsidRDefault="00000000">
            <w:pPr>
              <w:spacing w:line="235" w:lineRule="auto"/>
            </w:pPr>
            <w:r>
              <w:t>No flow diagram; cohort/epoch numbers reported in Table 1, p. 11</w:t>
            </w:r>
            <w:r w:rsidR="00351182">
              <w:t xml:space="preserve"> – All patients treated are included subject to 13(b)</w:t>
            </w:r>
          </w:p>
        </w:tc>
      </w:tr>
      <w:tr w:rsidR="005F3295" w14:paraId="13ACA58B" w14:textId="77777777">
        <w:trPr>
          <w:cantSplit/>
          <w:jc w:val="center"/>
        </w:trPr>
        <w:tc>
          <w:tcPr>
            <w:tcW w:w="2045" w:type="dxa"/>
          </w:tcPr>
          <w:p w14:paraId="552A8115" w14:textId="77777777" w:rsidR="005F3295" w:rsidRDefault="00000000">
            <w:pPr>
              <w:spacing w:line="235" w:lineRule="auto"/>
            </w:pPr>
            <w:r>
              <w:t>Descriptive data</w:t>
            </w:r>
          </w:p>
        </w:tc>
        <w:tc>
          <w:tcPr>
            <w:tcW w:w="691" w:type="dxa"/>
          </w:tcPr>
          <w:p w14:paraId="5AA6EC94" w14:textId="77777777" w:rsidR="005F3295" w:rsidRDefault="00000000">
            <w:pPr>
              <w:spacing w:line="235" w:lineRule="auto"/>
            </w:pPr>
            <w:r>
              <w:rPr>
                <w:b/>
              </w:rPr>
              <w:t>14*</w:t>
            </w:r>
          </w:p>
        </w:tc>
        <w:tc>
          <w:tcPr>
            <w:tcW w:w="7272" w:type="dxa"/>
          </w:tcPr>
          <w:p w14:paraId="50CEBD76" w14:textId="77777777" w:rsidR="005F3295" w:rsidRDefault="00000000">
            <w:pPr>
              <w:spacing w:line="235" w:lineRule="auto"/>
            </w:pPr>
            <w:r>
              <w:t>(a) Give characteristics of study participants (eg demographic, clinical, social) and information on exposures and potential confounders</w:t>
            </w:r>
          </w:p>
        </w:tc>
        <w:tc>
          <w:tcPr>
            <w:tcW w:w="4536" w:type="dxa"/>
          </w:tcPr>
          <w:p w14:paraId="26472D96" w14:textId="77777777" w:rsidR="005F3295" w:rsidRDefault="00000000">
            <w:pPr>
              <w:spacing w:line="235" w:lineRule="auto"/>
            </w:pPr>
            <w:r>
              <w:t>Table 1, p. 11; Figure 2, p. 12</w:t>
            </w:r>
          </w:p>
        </w:tc>
      </w:tr>
      <w:tr w:rsidR="005F3295" w14:paraId="5EBDAA6D" w14:textId="77777777">
        <w:trPr>
          <w:cantSplit/>
          <w:jc w:val="center"/>
        </w:trPr>
        <w:tc>
          <w:tcPr>
            <w:tcW w:w="2045" w:type="dxa"/>
          </w:tcPr>
          <w:p w14:paraId="61577500" w14:textId="77777777" w:rsidR="005F3295" w:rsidRDefault="00000000">
            <w:pPr>
              <w:spacing w:line="235" w:lineRule="auto"/>
            </w:pPr>
            <w:r>
              <w:t>Descriptive data</w:t>
            </w:r>
          </w:p>
        </w:tc>
        <w:tc>
          <w:tcPr>
            <w:tcW w:w="691" w:type="dxa"/>
          </w:tcPr>
          <w:p w14:paraId="733060FB" w14:textId="77777777" w:rsidR="005F3295" w:rsidRDefault="00000000">
            <w:pPr>
              <w:spacing w:line="235" w:lineRule="auto"/>
            </w:pPr>
            <w:r>
              <w:rPr>
                <w:b/>
              </w:rPr>
              <w:t>14*</w:t>
            </w:r>
          </w:p>
        </w:tc>
        <w:tc>
          <w:tcPr>
            <w:tcW w:w="7272" w:type="dxa"/>
          </w:tcPr>
          <w:p w14:paraId="2205712D" w14:textId="77777777" w:rsidR="005F3295" w:rsidRDefault="00000000">
            <w:pPr>
              <w:spacing w:line="235" w:lineRule="auto"/>
            </w:pPr>
            <w:r>
              <w:t>(b) Indicate number of participants with missing data for each variable of interest</w:t>
            </w:r>
          </w:p>
        </w:tc>
        <w:tc>
          <w:tcPr>
            <w:tcW w:w="4536" w:type="dxa"/>
          </w:tcPr>
          <w:p w14:paraId="45D385B7" w14:textId="740B4446" w:rsidR="005F3295" w:rsidRDefault="00000000">
            <w:pPr>
              <w:spacing w:line="235" w:lineRule="auto"/>
            </w:pPr>
            <w:r>
              <w:t>Missing data by variable not reported; whole 2019–2020 epoch absence described at pp. 7–8, lines 165–168</w:t>
            </w:r>
            <w:r w:rsidR="00351182">
              <w:t>. No other data missing.</w:t>
            </w:r>
          </w:p>
        </w:tc>
      </w:tr>
      <w:tr w:rsidR="005F3295" w14:paraId="1799E910" w14:textId="77777777">
        <w:trPr>
          <w:cantSplit/>
          <w:jc w:val="center"/>
        </w:trPr>
        <w:tc>
          <w:tcPr>
            <w:tcW w:w="2045" w:type="dxa"/>
          </w:tcPr>
          <w:p w14:paraId="2D3FF57C" w14:textId="77777777" w:rsidR="005F3295" w:rsidRDefault="00000000">
            <w:pPr>
              <w:spacing w:line="235" w:lineRule="auto"/>
            </w:pPr>
            <w:r>
              <w:t>Descriptive data</w:t>
            </w:r>
          </w:p>
        </w:tc>
        <w:tc>
          <w:tcPr>
            <w:tcW w:w="691" w:type="dxa"/>
          </w:tcPr>
          <w:p w14:paraId="09B96061" w14:textId="77777777" w:rsidR="005F3295" w:rsidRDefault="00000000">
            <w:pPr>
              <w:spacing w:line="235" w:lineRule="auto"/>
            </w:pPr>
            <w:r>
              <w:rPr>
                <w:b/>
              </w:rPr>
              <w:t>14*</w:t>
            </w:r>
          </w:p>
        </w:tc>
        <w:tc>
          <w:tcPr>
            <w:tcW w:w="7272" w:type="dxa"/>
          </w:tcPr>
          <w:p w14:paraId="27B323E9" w14:textId="77777777" w:rsidR="005F3295" w:rsidRDefault="00000000">
            <w:pPr>
              <w:spacing w:line="235" w:lineRule="auto"/>
            </w:pPr>
            <w:r>
              <w:t>(c) Summarise follow-up time (eg, average and total amount)</w:t>
            </w:r>
          </w:p>
        </w:tc>
        <w:tc>
          <w:tcPr>
            <w:tcW w:w="4536" w:type="dxa"/>
          </w:tcPr>
          <w:p w14:paraId="1E755DBD" w14:textId="77777777" w:rsidR="005F3295" w:rsidRDefault="00000000">
            <w:pPr>
              <w:spacing w:line="235" w:lineRule="auto"/>
            </w:pPr>
            <w:r>
              <w:t>Table 1, p. 11 (hours on glycaemic control and measurement intervals)</w:t>
            </w:r>
          </w:p>
        </w:tc>
      </w:tr>
      <w:tr w:rsidR="005F3295" w14:paraId="31DEDA09" w14:textId="77777777">
        <w:trPr>
          <w:cantSplit/>
          <w:jc w:val="center"/>
        </w:trPr>
        <w:tc>
          <w:tcPr>
            <w:tcW w:w="2045" w:type="dxa"/>
          </w:tcPr>
          <w:p w14:paraId="068ED6A5" w14:textId="77777777" w:rsidR="005F3295" w:rsidRDefault="00000000">
            <w:pPr>
              <w:spacing w:line="235" w:lineRule="auto"/>
            </w:pPr>
            <w:r>
              <w:t>Outcome data</w:t>
            </w:r>
          </w:p>
        </w:tc>
        <w:tc>
          <w:tcPr>
            <w:tcW w:w="691" w:type="dxa"/>
          </w:tcPr>
          <w:p w14:paraId="30CD2486" w14:textId="77777777" w:rsidR="005F3295" w:rsidRDefault="00000000">
            <w:pPr>
              <w:spacing w:line="235" w:lineRule="auto"/>
            </w:pPr>
            <w:r>
              <w:rPr>
                <w:b/>
              </w:rPr>
              <w:t>15*</w:t>
            </w:r>
          </w:p>
        </w:tc>
        <w:tc>
          <w:tcPr>
            <w:tcW w:w="7272" w:type="dxa"/>
          </w:tcPr>
          <w:p w14:paraId="48FF0571" w14:textId="77777777" w:rsidR="005F3295" w:rsidRDefault="00000000">
            <w:pPr>
              <w:spacing w:line="235" w:lineRule="auto"/>
            </w:pPr>
            <w:r>
              <w:t>Report numbers of outcome events or summary measures over time</w:t>
            </w:r>
          </w:p>
        </w:tc>
        <w:tc>
          <w:tcPr>
            <w:tcW w:w="4536" w:type="dxa"/>
          </w:tcPr>
          <w:p w14:paraId="7A8094F1" w14:textId="77777777" w:rsidR="005F3295" w:rsidRDefault="00000000">
            <w:pPr>
              <w:spacing w:line="235" w:lineRule="auto"/>
            </w:pPr>
            <w:r>
              <w:t>pp. 9–13, lines 187–254; Table 1, p. 11; Figures 2–3, pp. 12–13</w:t>
            </w:r>
          </w:p>
        </w:tc>
      </w:tr>
      <w:tr w:rsidR="005F3295" w14:paraId="0785C552" w14:textId="77777777">
        <w:trPr>
          <w:cantSplit/>
          <w:jc w:val="center"/>
        </w:trPr>
        <w:tc>
          <w:tcPr>
            <w:tcW w:w="2045" w:type="dxa"/>
          </w:tcPr>
          <w:p w14:paraId="4D5F681B" w14:textId="77777777" w:rsidR="005F3295" w:rsidRDefault="00000000">
            <w:pPr>
              <w:spacing w:line="235" w:lineRule="auto"/>
            </w:pPr>
            <w:r>
              <w:t>Main results</w:t>
            </w:r>
          </w:p>
        </w:tc>
        <w:tc>
          <w:tcPr>
            <w:tcW w:w="691" w:type="dxa"/>
          </w:tcPr>
          <w:p w14:paraId="6029AFAB" w14:textId="77777777" w:rsidR="005F3295" w:rsidRDefault="00000000">
            <w:pPr>
              <w:spacing w:line="235" w:lineRule="auto"/>
            </w:pPr>
            <w:r>
              <w:rPr>
                <w:b/>
              </w:rPr>
              <w:t>16</w:t>
            </w:r>
          </w:p>
        </w:tc>
        <w:tc>
          <w:tcPr>
            <w:tcW w:w="7272" w:type="dxa"/>
          </w:tcPr>
          <w:p w14:paraId="3A45277C" w14:textId="77777777" w:rsidR="005F3295" w:rsidRDefault="00000000">
            <w:pPr>
              <w:spacing w:line="235" w:lineRule="auto"/>
            </w:pPr>
            <w: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4536" w:type="dxa"/>
          </w:tcPr>
          <w:p w14:paraId="0A089D43" w14:textId="77777777" w:rsidR="005F3295" w:rsidRDefault="00000000">
            <w:pPr>
              <w:spacing w:line="235" w:lineRule="auto"/>
            </w:pPr>
            <w:r>
              <w:t>p. 8, lines 174–186; pp. 9–10, lines 187–233; Table 2, p. 12 (unadjusted; no confounder-adjusted model)</w:t>
            </w:r>
          </w:p>
        </w:tc>
      </w:tr>
      <w:tr w:rsidR="005F3295" w14:paraId="1D47465E" w14:textId="77777777">
        <w:trPr>
          <w:cantSplit/>
          <w:jc w:val="center"/>
        </w:trPr>
        <w:tc>
          <w:tcPr>
            <w:tcW w:w="2045" w:type="dxa"/>
          </w:tcPr>
          <w:p w14:paraId="31EF942F" w14:textId="77777777" w:rsidR="005F3295" w:rsidRDefault="00000000">
            <w:pPr>
              <w:spacing w:line="235" w:lineRule="auto"/>
            </w:pPr>
            <w:r>
              <w:t>Main results</w:t>
            </w:r>
          </w:p>
        </w:tc>
        <w:tc>
          <w:tcPr>
            <w:tcW w:w="691" w:type="dxa"/>
          </w:tcPr>
          <w:p w14:paraId="4F14AE28" w14:textId="77777777" w:rsidR="005F3295" w:rsidRDefault="00000000">
            <w:pPr>
              <w:spacing w:line="235" w:lineRule="auto"/>
            </w:pPr>
            <w:r>
              <w:rPr>
                <w:b/>
              </w:rPr>
              <w:t>16</w:t>
            </w:r>
          </w:p>
        </w:tc>
        <w:tc>
          <w:tcPr>
            <w:tcW w:w="7272" w:type="dxa"/>
          </w:tcPr>
          <w:p w14:paraId="676A21A0" w14:textId="77777777" w:rsidR="005F3295" w:rsidRDefault="00000000">
            <w:pPr>
              <w:spacing w:line="235" w:lineRule="auto"/>
            </w:pPr>
            <w:r>
              <w:t>(b) Report category boundaries when continuous variables were categorized</w:t>
            </w:r>
          </w:p>
        </w:tc>
        <w:tc>
          <w:tcPr>
            <w:tcW w:w="4536" w:type="dxa"/>
          </w:tcPr>
          <w:p w14:paraId="6D98E2F2" w14:textId="77777777" w:rsidR="005F3295" w:rsidRDefault="00000000">
            <w:pPr>
              <w:spacing w:line="235" w:lineRule="auto"/>
            </w:pPr>
            <w:r>
              <w:t>p. 7, lines 156–160; pp. 7–8, lines 160–173; Table 2, p. 12</w:t>
            </w:r>
          </w:p>
        </w:tc>
      </w:tr>
      <w:tr w:rsidR="005F3295" w14:paraId="5E90F42C" w14:textId="77777777">
        <w:trPr>
          <w:cantSplit/>
          <w:jc w:val="center"/>
        </w:trPr>
        <w:tc>
          <w:tcPr>
            <w:tcW w:w="2045" w:type="dxa"/>
          </w:tcPr>
          <w:p w14:paraId="52633FB7" w14:textId="77777777" w:rsidR="005F3295" w:rsidRDefault="00000000">
            <w:pPr>
              <w:spacing w:line="235" w:lineRule="auto"/>
            </w:pPr>
            <w:r>
              <w:t>Main results</w:t>
            </w:r>
          </w:p>
        </w:tc>
        <w:tc>
          <w:tcPr>
            <w:tcW w:w="691" w:type="dxa"/>
          </w:tcPr>
          <w:p w14:paraId="449038D4" w14:textId="77777777" w:rsidR="005F3295" w:rsidRDefault="00000000">
            <w:pPr>
              <w:spacing w:line="235" w:lineRule="auto"/>
            </w:pPr>
            <w:r>
              <w:rPr>
                <w:b/>
              </w:rPr>
              <w:t>16</w:t>
            </w:r>
          </w:p>
        </w:tc>
        <w:tc>
          <w:tcPr>
            <w:tcW w:w="7272" w:type="dxa"/>
          </w:tcPr>
          <w:p w14:paraId="6BE105B0" w14:textId="77777777" w:rsidR="005F3295" w:rsidRDefault="00000000">
            <w:pPr>
              <w:spacing w:line="235" w:lineRule="auto"/>
            </w:pPr>
            <w:r>
              <w:t>(c) If relevant, consider translating estimates of relative risk into absolute risk for a meaningful time period</w:t>
            </w:r>
          </w:p>
        </w:tc>
        <w:tc>
          <w:tcPr>
            <w:tcW w:w="4536" w:type="dxa"/>
          </w:tcPr>
          <w:p w14:paraId="32A427A0" w14:textId="77777777" w:rsidR="005F3295" w:rsidRDefault="00000000">
            <w:pPr>
              <w:spacing w:line="235" w:lineRule="auto"/>
            </w:pPr>
            <w:r>
              <w:t>Not applicable — no relative-risk estimates reported</w:t>
            </w:r>
          </w:p>
        </w:tc>
      </w:tr>
      <w:tr w:rsidR="005F3295" w14:paraId="1C782B0A" w14:textId="77777777">
        <w:trPr>
          <w:cantSplit/>
          <w:jc w:val="center"/>
        </w:trPr>
        <w:tc>
          <w:tcPr>
            <w:tcW w:w="2045" w:type="dxa"/>
          </w:tcPr>
          <w:p w14:paraId="79F42E06" w14:textId="77777777" w:rsidR="005F3295" w:rsidRDefault="00000000">
            <w:pPr>
              <w:spacing w:line="235" w:lineRule="auto"/>
            </w:pPr>
            <w:r>
              <w:t>Other analyses</w:t>
            </w:r>
          </w:p>
        </w:tc>
        <w:tc>
          <w:tcPr>
            <w:tcW w:w="691" w:type="dxa"/>
          </w:tcPr>
          <w:p w14:paraId="2796878E" w14:textId="77777777" w:rsidR="005F3295" w:rsidRDefault="00000000">
            <w:pPr>
              <w:spacing w:line="235" w:lineRule="auto"/>
            </w:pPr>
            <w:r>
              <w:rPr>
                <w:b/>
              </w:rPr>
              <w:t>17</w:t>
            </w:r>
          </w:p>
        </w:tc>
        <w:tc>
          <w:tcPr>
            <w:tcW w:w="7272" w:type="dxa"/>
          </w:tcPr>
          <w:p w14:paraId="54DB114D" w14:textId="77777777" w:rsidR="005F3295" w:rsidRDefault="00000000">
            <w:pPr>
              <w:spacing w:line="235" w:lineRule="auto"/>
            </w:pPr>
            <w:r>
              <w:t>Report other analyses done—eg analyses of subgroups and interactions, and sensitivity analyses</w:t>
            </w:r>
          </w:p>
        </w:tc>
        <w:tc>
          <w:tcPr>
            <w:tcW w:w="4536" w:type="dxa"/>
          </w:tcPr>
          <w:p w14:paraId="73339215" w14:textId="77777777" w:rsidR="005F3295" w:rsidRDefault="00000000">
            <w:pPr>
              <w:spacing w:line="235" w:lineRule="auto"/>
            </w:pPr>
            <w:r>
              <w:t>pp. 9–13, lines 187–254 (epoch comparisons and illustrative episode analyses)</w:t>
            </w:r>
          </w:p>
        </w:tc>
      </w:tr>
      <w:tr w:rsidR="005F3295" w14:paraId="32D5C2FB" w14:textId="77777777">
        <w:trPr>
          <w:jc w:val="center"/>
        </w:trPr>
        <w:tc>
          <w:tcPr>
            <w:tcW w:w="14544" w:type="dxa"/>
            <w:gridSpan w:val="4"/>
            <w:shd w:val="clear" w:color="auto" w:fill="EDEDED"/>
          </w:tcPr>
          <w:p w14:paraId="4917D867" w14:textId="77777777" w:rsidR="005F3295" w:rsidRDefault="00000000">
            <w:r>
              <w:rPr>
                <w:b/>
              </w:rPr>
              <w:t>Discussion</w:t>
            </w:r>
          </w:p>
        </w:tc>
      </w:tr>
      <w:tr w:rsidR="005F3295" w14:paraId="053B39D5" w14:textId="77777777">
        <w:trPr>
          <w:cantSplit/>
          <w:jc w:val="center"/>
        </w:trPr>
        <w:tc>
          <w:tcPr>
            <w:tcW w:w="2045" w:type="dxa"/>
          </w:tcPr>
          <w:p w14:paraId="4DA5EFAC" w14:textId="77777777" w:rsidR="005F3295" w:rsidRDefault="00000000">
            <w:pPr>
              <w:spacing w:line="235" w:lineRule="auto"/>
            </w:pPr>
            <w:r>
              <w:t>Key results</w:t>
            </w:r>
          </w:p>
        </w:tc>
        <w:tc>
          <w:tcPr>
            <w:tcW w:w="691" w:type="dxa"/>
          </w:tcPr>
          <w:p w14:paraId="71E8872D" w14:textId="77777777" w:rsidR="005F3295" w:rsidRDefault="00000000">
            <w:pPr>
              <w:spacing w:line="235" w:lineRule="auto"/>
            </w:pPr>
            <w:r>
              <w:rPr>
                <w:b/>
              </w:rPr>
              <w:t>18</w:t>
            </w:r>
          </w:p>
        </w:tc>
        <w:tc>
          <w:tcPr>
            <w:tcW w:w="7272" w:type="dxa"/>
          </w:tcPr>
          <w:p w14:paraId="0096C68F" w14:textId="77777777" w:rsidR="005F3295" w:rsidRDefault="00000000">
            <w:pPr>
              <w:spacing w:line="235" w:lineRule="auto"/>
            </w:pPr>
            <w:r>
              <w:t>Summarise key results with reference to study objectives</w:t>
            </w:r>
          </w:p>
        </w:tc>
        <w:tc>
          <w:tcPr>
            <w:tcW w:w="4536" w:type="dxa"/>
          </w:tcPr>
          <w:p w14:paraId="334BFD25" w14:textId="77777777" w:rsidR="005F3295" w:rsidRDefault="00000000">
            <w:pPr>
              <w:spacing w:line="235" w:lineRule="auto"/>
            </w:pPr>
            <w:r>
              <w:t>pp. 14–15, lines 255–304; Conclusions, p. 17, lines 329–344</w:t>
            </w:r>
          </w:p>
        </w:tc>
      </w:tr>
      <w:tr w:rsidR="005F3295" w14:paraId="4CF0E266" w14:textId="77777777">
        <w:trPr>
          <w:cantSplit/>
          <w:jc w:val="center"/>
        </w:trPr>
        <w:tc>
          <w:tcPr>
            <w:tcW w:w="2045" w:type="dxa"/>
          </w:tcPr>
          <w:p w14:paraId="4C2640A3" w14:textId="77777777" w:rsidR="005F3295" w:rsidRDefault="00000000">
            <w:pPr>
              <w:spacing w:line="235" w:lineRule="auto"/>
            </w:pPr>
            <w:r>
              <w:t>Limitations</w:t>
            </w:r>
          </w:p>
        </w:tc>
        <w:tc>
          <w:tcPr>
            <w:tcW w:w="691" w:type="dxa"/>
          </w:tcPr>
          <w:p w14:paraId="728A7B66" w14:textId="77777777" w:rsidR="005F3295" w:rsidRDefault="00000000">
            <w:pPr>
              <w:spacing w:line="235" w:lineRule="auto"/>
            </w:pPr>
            <w:r>
              <w:rPr>
                <w:b/>
              </w:rPr>
              <w:t>19</w:t>
            </w:r>
          </w:p>
        </w:tc>
        <w:tc>
          <w:tcPr>
            <w:tcW w:w="7272" w:type="dxa"/>
          </w:tcPr>
          <w:p w14:paraId="45ACF9D5" w14:textId="77777777" w:rsidR="005F3295" w:rsidRDefault="00000000">
            <w:pPr>
              <w:spacing w:line="235" w:lineRule="auto"/>
            </w:pPr>
            <w: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4536" w:type="dxa"/>
          </w:tcPr>
          <w:p w14:paraId="17F92AEF" w14:textId="77777777" w:rsidR="005F3295" w:rsidRDefault="00000000">
            <w:pPr>
              <w:spacing w:line="235" w:lineRule="auto"/>
            </w:pPr>
            <w:r>
              <w:t>pp. 15–16, lines 305–328</w:t>
            </w:r>
          </w:p>
        </w:tc>
      </w:tr>
      <w:tr w:rsidR="005F3295" w14:paraId="4D08F813" w14:textId="77777777">
        <w:trPr>
          <w:cantSplit/>
          <w:jc w:val="center"/>
        </w:trPr>
        <w:tc>
          <w:tcPr>
            <w:tcW w:w="2045" w:type="dxa"/>
          </w:tcPr>
          <w:p w14:paraId="502A3926" w14:textId="77777777" w:rsidR="005F3295" w:rsidRDefault="00000000">
            <w:pPr>
              <w:spacing w:line="235" w:lineRule="auto"/>
            </w:pPr>
            <w:r>
              <w:t>Interpretation</w:t>
            </w:r>
          </w:p>
        </w:tc>
        <w:tc>
          <w:tcPr>
            <w:tcW w:w="691" w:type="dxa"/>
          </w:tcPr>
          <w:p w14:paraId="7EDF3553" w14:textId="77777777" w:rsidR="005F3295" w:rsidRDefault="00000000">
            <w:pPr>
              <w:spacing w:line="235" w:lineRule="auto"/>
            </w:pPr>
            <w:r>
              <w:rPr>
                <w:b/>
              </w:rPr>
              <w:t>20</w:t>
            </w:r>
          </w:p>
        </w:tc>
        <w:tc>
          <w:tcPr>
            <w:tcW w:w="7272" w:type="dxa"/>
          </w:tcPr>
          <w:p w14:paraId="540DBF24" w14:textId="77777777" w:rsidR="005F3295" w:rsidRDefault="00000000">
            <w:pPr>
              <w:spacing w:line="235" w:lineRule="auto"/>
            </w:pPr>
            <w: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4536" w:type="dxa"/>
          </w:tcPr>
          <w:p w14:paraId="2E6AAA03" w14:textId="77777777" w:rsidR="005F3295" w:rsidRDefault="00000000">
            <w:pPr>
              <w:spacing w:line="235" w:lineRule="auto"/>
            </w:pPr>
            <w:r>
              <w:t>pp. 14–17, lines 255–344</w:t>
            </w:r>
          </w:p>
        </w:tc>
      </w:tr>
      <w:tr w:rsidR="005F3295" w14:paraId="27A3D907" w14:textId="77777777">
        <w:trPr>
          <w:cantSplit/>
          <w:jc w:val="center"/>
        </w:trPr>
        <w:tc>
          <w:tcPr>
            <w:tcW w:w="2045" w:type="dxa"/>
          </w:tcPr>
          <w:p w14:paraId="6C21D993" w14:textId="77777777" w:rsidR="005F3295" w:rsidRDefault="00000000">
            <w:pPr>
              <w:spacing w:line="235" w:lineRule="auto"/>
            </w:pPr>
            <w:r>
              <w:t>Generalisability</w:t>
            </w:r>
          </w:p>
        </w:tc>
        <w:tc>
          <w:tcPr>
            <w:tcW w:w="691" w:type="dxa"/>
          </w:tcPr>
          <w:p w14:paraId="69A4D316" w14:textId="77777777" w:rsidR="005F3295" w:rsidRDefault="00000000">
            <w:pPr>
              <w:spacing w:line="235" w:lineRule="auto"/>
            </w:pPr>
            <w:r>
              <w:rPr>
                <w:b/>
              </w:rPr>
              <w:t>21</w:t>
            </w:r>
          </w:p>
        </w:tc>
        <w:tc>
          <w:tcPr>
            <w:tcW w:w="7272" w:type="dxa"/>
          </w:tcPr>
          <w:p w14:paraId="7342E867" w14:textId="77777777" w:rsidR="005F3295" w:rsidRDefault="00000000">
            <w:pPr>
              <w:spacing w:line="235" w:lineRule="auto"/>
            </w:pPr>
            <w:r>
              <w:t>Discuss the generalisability (external validity) of the study results</w:t>
            </w:r>
          </w:p>
        </w:tc>
        <w:tc>
          <w:tcPr>
            <w:tcW w:w="4536" w:type="dxa"/>
          </w:tcPr>
          <w:p w14:paraId="68DAA975" w14:textId="77777777" w:rsidR="005F3295" w:rsidRDefault="00000000">
            <w:pPr>
              <w:spacing w:line="235" w:lineRule="auto"/>
            </w:pPr>
            <w:r>
              <w:t>p. 16, lines 321–328</w:t>
            </w:r>
          </w:p>
        </w:tc>
      </w:tr>
      <w:tr w:rsidR="005F3295" w14:paraId="7B29A729" w14:textId="77777777">
        <w:trPr>
          <w:jc w:val="center"/>
        </w:trPr>
        <w:tc>
          <w:tcPr>
            <w:tcW w:w="14544" w:type="dxa"/>
            <w:gridSpan w:val="4"/>
            <w:shd w:val="clear" w:color="auto" w:fill="EDEDED"/>
          </w:tcPr>
          <w:p w14:paraId="53C9AE1E" w14:textId="77777777" w:rsidR="005F3295" w:rsidRDefault="00000000">
            <w:r>
              <w:rPr>
                <w:b/>
              </w:rPr>
              <w:t>Other information</w:t>
            </w:r>
          </w:p>
        </w:tc>
      </w:tr>
      <w:tr w:rsidR="005F3295" w14:paraId="1B57197B" w14:textId="77777777">
        <w:trPr>
          <w:cantSplit/>
          <w:jc w:val="center"/>
        </w:trPr>
        <w:tc>
          <w:tcPr>
            <w:tcW w:w="2045" w:type="dxa"/>
          </w:tcPr>
          <w:p w14:paraId="07FED02D" w14:textId="77777777" w:rsidR="005F3295" w:rsidRDefault="00000000">
            <w:pPr>
              <w:spacing w:line="235" w:lineRule="auto"/>
            </w:pPr>
            <w:r>
              <w:t>Funding</w:t>
            </w:r>
          </w:p>
        </w:tc>
        <w:tc>
          <w:tcPr>
            <w:tcW w:w="691" w:type="dxa"/>
          </w:tcPr>
          <w:p w14:paraId="558500A0" w14:textId="77777777" w:rsidR="005F3295" w:rsidRDefault="00000000">
            <w:pPr>
              <w:spacing w:line="235" w:lineRule="auto"/>
            </w:pPr>
            <w:r>
              <w:rPr>
                <w:b/>
              </w:rPr>
              <w:t>22</w:t>
            </w:r>
          </w:p>
        </w:tc>
        <w:tc>
          <w:tcPr>
            <w:tcW w:w="7272" w:type="dxa"/>
          </w:tcPr>
          <w:p w14:paraId="6A75CF64" w14:textId="77777777" w:rsidR="005F3295" w:rsidRDefault="00000000">
            <w:pPr>
              <w:spacing w:line="235" w:lineRule="auto"/>
            </w:pPr>
            <w: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4536" w:type="dxa"/>
          </w:tcPr>
          <w:p w14:paraId="44A2244B" w14:textId="76EB9979" w:rsidR="005F3295" w:rsidRDefault="00000000">
            <w:pPr>
              <w:spacing w:line="235" w:lineRule="auto"/>
            </w:pPr>
            <w:r>
              <w:t>p. 1, Funding statement (sources given; role of funders not separately stated)</w:t>
            </w:r>
            <w:r w:rsidR="00351182">
              <w:t xml:space="preserve"> – the funders had no role in the design, implementation, analysis, or interpretation, or any aspect of this work. Funders supported researcher positions only.</w:t>
            </w:r>
          </w:p>
        </w:tc>
      </w:tr>
    </w:tbl>
    <w:p w14:paraId="77793B0D" w14:textId="77777777" w:rsidR="00893DDE" w:rsidRDefault="00893DDE"/>
    <w:sectPr w:rsidR="00893DDE" w:rsidSect="00034616">
      <w:footerReference w:type="even" r:id="rId8"/>
      <w:footerReference w:type="default" r:id="rId9"/>
      <w:footerReference w:type="first" r:id="rId10"/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7CAAD" w14:textId="77777777" w:rsidR="00554111" w:rsidRDefault="00554111" w:rsidP="00351182">
      <w:pPr>
        <w:spacing w:after="0" w:line="240" w:lineRule="auto"/>
      </w:pPr>
      <w:r>
        <w:separator/>
      </w:r>
    </w:p>
  </w:endnote>
  <w:endnote w:type="continuationSeparator" w:id="0">
    <w:p w14:paraId="46BA4DBA" w14:textId="77777777" w:rsidR="00554111" w:rsidRDefault="00554111" w:rsidP="0035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8302" w14:textId="08AD6923" w:rsidR="00351182" w:rsidRDefault="00351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A712D7" wp14:editId="3DA526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15595"/>
              <wp:effectExtent l="0" t="0" r="3175" b="0"/>
              <wp:wrapNone/>
              <wp:docPr id="1021108686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7CBCD" w14:textId="2842294D" w:rsidR="00351182" w:rsidRPr="00351182" w:rsidRDefault="00351182" w:rsidP="00351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51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71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43.25pt;height:24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" filled="f" stroked="f">
              <v:textbox style="mso-fit-shape-to-text:t" inset="0,0,0,15pt">
                <w:txbxContent>
                  <w:p w14:paraId="08A7CBCD" w14:textId="2842294D" w:rsidR="00351182" w:rsidRPr="00351182" w:rsidRDefault="00351182" w:rsidP="00351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35118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CA81" w14:textId="57640FB2" w:rsidR="00351182" w:rsidRDefault="00351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BB02DF" wp14:editId="77D38983">
              <wp:simplePos x="414338" y="7200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15595"/>
              <wp:effectExtent l="0" t="0" r="3175" b="0"/>
              <wp:wrapNone/>
              <wp:docPr id="1138243491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70C77" w14:textId="2C861124" w:rsidR="00351182" w:rsidRPr="00351182" w:rsidRDefault="00351182" w:rsidP="00351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51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B02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43.25pt;height:24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" filled="f" stroked="f">
              <v:textbox style="mso-fit-shape-to-text:t" inset="0,0,0,15pt">
                <w:txbxContent>
                  <w:p w14:paraId="3E570C77" w14:textId="2C861124" w:rsidR="00351182" w:rsidRPr="00351182" w:rsidRDefault="00351182" w:rsidP="00351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35118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46E6" w14:textId="192BA46C" w:rsidR="00351182" w:rsidRDefault="00351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4F85B2" wp14:editId="5DF98C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315595"/>
              <wp:effectExtent l="0" t="0" r="3175" b="0"/>
              <wp:wrapNone/>
              <wp:docPr id="274474264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965B6" w14:textId="235FB516" w:rsidR="00351182" w:rsidRPr="00351182" w:rsidRDefault="00351182" w:rsidP="00351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51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F85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43.25pt;height:24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" filled="f" stroked="f">
              <v:textbox style="mso-fit-shape-to-text:t" inset="0,0,0,15pt">
                <w:txbxContent>
                  <w:p w14:paraId="021965B6" w14:textId="235FB516" w:rsidR="00351182" w:rsidRPr="00351182" w:rsidRDefault="00351182" w:rsidP="00351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351182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7A58" w14:textId="77777777" w:rsidR="00554111" w:rsidRDefault="00554111" w:rsidP="00351182">
      <w:pPr>
        <w:spacing w:after="0" w:line="240" w:lineRule="auto"/>
      </w:pPr>
      <w:r>
        <w:separator/>
      </w:r>
    </w:p>
  </w:footnote>
  <w:footnote w:type="continuationSeparator" w:id="0">
    <w:p w14:paraId="27F2275B" w14:textId="77777777" w:rsidR="00554111" w:rsidRDefault="00554111" w:rsidP="00351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8510640">
    <w:abstractNumId w:val="8"/>
  </w:num>
  <w:num w:numId="2" w16cid:durableId="1788617239">
    <w:abstractNumId w:val="6"/>
  </w:num>
  <w:num w:numId="3" w16cid:durableId="1919635866">
    <w:abstractNumId w:val="5"/>
  </w:num>
  <w:num w:numId="4" w16cid:durableId="1684211739">
    <w:abstractNumId w:val="4"/>
  </w:num>
  <w:num w:numId="5" w16cid:durableId="1083528562">
    <w:abstractNumId w:val="7"/>
  </w:num>
  <w:num w:numId="6" w16cid:durableId="651955176">
    <w:abstractNumId w:val="3"/>
  </w:num>
  <w:num w:numId="7" w16cid:durableId="169568114">
    <w:abstractNumId w:val="2"/>
  </w:num>
  <w:num w:numId="8" w16cid:durableId="1480458841">
    <w:abstractNumId w:val="1"/>
  </w:num>
  <w:num w:numId="9" w16cid:durableId="129810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E99"/>
    <w:rsid w:val="0015074B"/>
    <w:rsid w:val="0029639D"/>
    <w:rsid w:val="00326F90"/>
    <w:rsid w:val="00351182"/>
    <w:rsid w:val="00554111"/>
    <w:rsid w:val="005F3295"/>
    <w:rsid w:val="00893DDE"/>
    <w:rsid w:val="009F2DF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5474AD"/>
  <w14:defaultImageDpi w14:val="300"/>
  <w15:docId w15:val="{854EFE5B-DF2A-4CF4-8724-BAF9EA96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Geoff Chase</cp:lastModifiedBy>
  <cp:revision>3</cp:revision>
  <dcterms:created xsi:type="dcterms:W3CDTF">2013-12-23T23:15:00Z</dcterms:created>
  <dcterms:modified xsi:type="dcterms:W3CDTF">2026-07-30T23:22:00Z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105c2518,3cdce1ce,43d837a3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In-Confidence</vt:lpwstr>
  </property>
</Properties>
</file>