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EDC6F" w14:textId="77777777" w:rsidR="00C02D52" w:rsidRDefault="00000000">
      <w:pPr>
        <w:spacing w:after="40"/>
        <w:jc w:val="center"/>
      </w:pPr>
      <w:r>
        <w:rPr>
          <w:b/>
          <w:sz w:val="30"/>
        </w:rPr>
        <w:t>Additional file 1</w:t>
      </w:r>
    </w:p>
    <w:p w14:paraId="55CB573A" w14:textId="77777777" w:rsidR="00C02D52" w:rsidRPr="000E64E1" w:rsidRDefault="00000000">
      <w:pPr>
        <w:jc w:val="center"/>
      </w:pPr>
      <w:r w:rsidRPr="000E64E1">
        <w:rPr>
          <w:b/>
          <w:sz w:val="30"/>
        </w:rPr>
        <w:t>Data Collection Instrument: Abattoir Operations and Community Health,</w:t>
      </w:r>
      <w:r w:rsidRPr="000E64E1">
        <w:rPr>
          <w:b/>
          <w:sz w:val="30"/>
        </w:rPr>
        <w:br/>
        <w:t>Bo and Kenema Cities, Sierra Leone</w:t>
      </w:r>
    </w:p>
    <w:p w14:paraId="74DE4228" w14:textId="77777777" w:rsidR="00C02D52" w:rsidRDefault="00000000">
      <w:pPr>
        <w:spacing w:after="160" w:line="360" w:lineRule="auto"/>
        <w:jc w:val="both"/>
      </w:pPr>
      <w:r>
        <w:t>This structured instrument was developed by the study team specifically for the parent study “Exposure, perception and institutional response at the abattoir community interface: quantifying the environmental-justice gap in complaint driven regulation in Bo and Kenema Cities, Sierra Leone.” It has not been previously published. The instrument was digitised and administered in KoboToolbox by trained enumerators, in English or Krio as needed by the respondent, and is reproduced below in full in its original English-language form, in the order presented to respondents. A single branching instrument was used: Section A was administered to abattoir operators/personnel (the source of the operator-level facility assessment reported in the manuscript; census sample, n = 16), and Section B was administered to community residents (n = 950). Question wording, response categories and skip logic are reproduced as programmed in the original KoboToolbox form (version 1).</w:t>
      </w:r>
    </w:p>
    <w:p w14:paraId="0D9CDC90" w14:textId="77777777" w:rsidR="00C02D52" w:rsidRDefault="00000000">
      <w:pPr>
        <w:spacing w:before="280" w:after="120"/>
      </w:pPr>
      <w:r>
        <w:rPr>
          <w:b/>
          <w:color w:val="1F3864"/>
          <w:sz w:val="26"/>
        </w:rPr>
        <w:t>SECTION 0: INTERVIEW INFORMATION</w:t>
      </w:r>
    </w:p>
    <w:p w14:paraId="55C646AB" w14:textId="77777777" w:rsidR="00C02D52" w:rsidRDefault="00000000">
      <w:pPr>
        <w:spacing w:line="360" w:lineRule="auto"/>
        <w:jc w:val="both"/>
      </w:pPr>
      <w:r>
        <w:rPr>
          <w:b/>
        </w:rPr>
        <w:t>1. Name of Enumerator</w:t>
      </w:r>
    </w:p>
    <w:p w14:paraId="3291FD77" w14:textId="77777777" w:rsidR="00C02D52" w:rsidRDefault="00000000">
      <w:pPr>
        <w:spacing w:after="40" w:line="360" w:lineRule="auto"/>
      </w:pPr>
      <w:r>
        <w:rPr>
          <w:i/>
          <w:color w:val="555555"/>
          <w:sz w:val="21"/>
        </w:rPr>
        <w:t>[Single-select]</w:t>
      </w:r>
    </w:p>
    <w:p w14:paraId="25B594ED" w14:textId="77777777" w:rsidR="00C02D52" w:rsidRDefault="00000000">
      <w:pPr>
        <w:spacing w:after="40" w:line="360" w:lineRule="auto"/>
      </w:pPr>
      <w:r>
        <w:rPr>
          <w:sz w:val="22"/>
        </w:rPr>
        <w:t>Response options: pre-populated drop-down list of the five trained field enumerators assigned to the study (names omitted here for privacy).</w:t>
      </w:r>
    </w:p>
    <w:p w14:paraId="421F01A5" w14:textId="77777777" w:rsidR="00C02D52" w:rsidRDefault="00000000">
      <w:pPr>
        <w:spacing w:line="360" w:lineRule="auto"/>
        <w:jc w:val="both"/>
      </w:pPr>
      <w:r>
        <w:rPr>
          <w:b/>
        </w:rPr>
        <w:t>2. Select District</w:t>
      </w:r>
    </w:p>
    <w:p w14:paraId="3A8EDD99" w14:textId="77777777" w:rsidR="00C02D52" w:rsidRDefault="00000000">
      <w:pPr>
        <w:spacing w:after="40" w:line="360" w:lineRule="auto"/>
      </w:pPr>
      <w:r>
        <w:rPr>
          <w:i/>
          <w:color w:val="555555"/>
          <w:sz w:val="21"/>
        </w:rPr>
        <w:t>[Single-select]</w:t>
      </w:r>
    </w:p>
    <w:p w14:paraId="15D81B70" w14:textId="77777777" w:rsidR="00C02D52" w:rsidRDefault="00000000">
      <w:pPr>
        <w:spacing w:after="40" w:line="360" w:lineRule="auto"/>
      </w:pPr>
      <w:r>
        <w:rPr>
          <w:i/>
          <w:sz w:val="21"/>
        </w:rPr>
        <w:t>Instruction to enumerator: Only Bo and Kenema Districts are covered in this phase of the study</w:t>
      </w:r>
    </w:p>
    <w:p w14:paraId="1EA15DE6" w14:textId="77777777" w:rsidR="00C02D52" w:rsidRDefault="00000000">
      <w:pPr>
        <w:spacing w:after="40" w:line="360" w:lineRule="auto"/>
      </w:pPr>
      <w:r>
        <w:rPr>
          <w:sz w:val="22"/>
        </w:rPr>
        <w:t>Response options: Bo District; Kenema District</w:t>
      </w:r>
    </w:p>
    <w:p w14:paraId="2F9BFB99" w14:textId="77777777" w:rsidR="00C02D52" w:rsidRDefault="00000000">
      <w:pPr>
        <w:spacing w:line="360" w:lineRule="auto"/>
        <w:jc w:val="both"/>
      </w:pPr>
      <w:r>
        <w:rPr>
          <w:b/>
        </w:rPr>
        <w:t>3. Name of Community / Locality / Ward</w:t>
      </w:r>
    </w:p>
    <w:p w14:paraId="0E0FFB85" w14:textId="77777777" w:rsidR="00C02D52" w:rsidRDefault="00000000">
      <w:pPr>
        <w:spacing w:after="40" w:line="360" w:lineRule="auto"/>
      </w:pPr>
      <w:r>
        <w:rPr>
          <w:i/>
          <w:color w:val="555555"/>
          <w:sz w:val="21"/>
        </w:rPr>
        <w:t>[Open text]</w:t>
      </w:r>
    </w:p>
    <w:p w14:paraId="1630D61D" w14:textId="77777777" w:rsidR="00C02D52" w:rsidRDefault="00000000">
      <w:pPr>
        <w:spacing w:line="360" w:lineRule="auto"/>
        <w:jc w:val="both"/>
      </w:pPr>
      <w:r>
        <w:rPr>
          <w:b/>
        </w:rPr>
        <w:t>4. GPS Location of Interview Point</w:t>
      </w:r>
    </w:p>
    <w:p w14:paraId="6A92E43C" w14:textId="77777777" w:rsidR="00C02D52" w:rsidRDefault="00000000">
      <w:pPr>
        <w:spacing w:after="40" w:line="360" w:lineRule="auto"/>
      </w:pPr>
      <w:r>
        <w:rPr>
          <w:i/>
          <w:color w:val="555555"/>
          <w:sz w:val="21"/>
        </w:rPr>
        <w:t>[GPS coordinates]</w:t>
      </w:r>
    </w:p>
    <w:p w14:paraId="204AB980" w14:textId="77777777" w:rsidR="00C02D52" w:rsidRDefault="00000000">
      <w:pPr>
        <w:spacing w:after="40" w:line="360" w:lineRule="auto"/>
      </w:pPr>
      <w:r>
        <w:rPr>
          <w:i/>
          <w:sz w:val="21"/>
        </w:rPr>
        <w:lastRenderedPageBreak/>
        <w:t>Instruction to enumerator: Capture GPS coordinates at the interview location</w:t>
      </w:r>
    </w:p>
    <w:p w14:paraId="6DBB25F5" w14:textId="77777777" w:rsidR="00C02D52" w:rsidRDefault="00000000">
      <w:pPr>
        <w:spacing w:line="360" w:lineRule="auto"/>
        <w:jc w:val="both"/>
      </w:pPr>
      <w:r>
        <w:rPr>
          <w:b/>
        </w:rPr>
        <w:t>5. Date of Interview</w:t>
      </w:r>
    </w:p>
    <w:p w14:paraId="3FAC2CA1" w14:textId="77777777" w:rsidR="00C02D52" w:rsidRDefault="00000000">
      <w:pPr>
        <w:spacing w:after="40" w:line="360" w:lineRule="auto"/>
      </w:pPr>
      <w:r>
        <w:rPr>
          <w:i/>
          <w:color w:val="555555"/>
          <w:sz w:val="21"/>
        </w:rPr>
        <w:t>[Date]</w:t>
      </w:r>
    </w:p>
    <w:p w14:paraId="4B38E372" w14:textId="77777777" w:rsidR="00C02D52" w:rsidRDefault="00000000">
      <w:pPr>
        <w:spacing w:line="360" w:lineRule="auto"/>
        <w:jc w:val="both"/>
      </w:pPr>
      <w:r>
        <w:rPr>
          <w:b/>
        </w:rPr>
        <w:t>6. Questionnaire ID / Code</w:t>
      </w:r>
    </w:p>
    <w:p w14:paraId="607A66C7" w14:textId="77777777" w:rsidR="00C02D52" w:rsidRDefault="00000000">
      <w:pPr>
        <w:spacing w:after="40" w:line="360" w:lineRule="auto"/>
      </w:pPr>
      <w:r>
        <w:rPr>
          <w:i/>
          <w:color w:val="555555"/>
          <w:sz w:val="21"/>
        </w:rPr>
        <w:t>[Open text]</w:t>
      </w:r>
    </w:p>
    <w:p w14:paraId="52C5BC61" w14:textId="77777777" w:rsidR="00C02D52" w:rsidRDefault="00000000">
      <w:pPr>
        <w:spacing w:after="40" w:line="360" w:lineRule="auto"/>
      </w:pPr>
      <w:r>
        <w:rPr>
          <w:i/>
          <w:sz w:val="21"/>
        </w:rPr>
        <w:t>Instruction to enumerator: Assign a unique code</w:t>
      </w:r>
    </w:p>
    <w:p w14:paraId="06D8B826" w14:textId="77777777" w:rsidR="00C02D52" w:rsidRDefault="00000000">
      <w:pPr>
        <w:spacing w:before="280" w:after="120"/>
      </w:pPr>
      <w:r>
        <w:rPr>
          <w:b/>
          <w:color w:val="1F3864"/>
          <w:sz w:val="26"/>
        </w:rPr>
        <w:t>INFORMED CONSENT TO PARTICIPATE</w:t>
      </w:r>
    </w:p>
    <w:p w14:paraId="431D344A" w14:textId="77777777" w:rsidR="00C02D52" w:rsidRDefault="00000000">
      <w:pPr>
        <w:spacing w:after="160" w:line="360" w:lineRule="auto"/>
        <w:jc w:val="both"/>
      </w:pPr>
      <w:r>
        <w:rPr>
          <w:i/>
        </w:rPr>
        <w:t>[Note read to respondent] My name is ${enumerator_name}, and I am working with Njala University, School of Environmental and Public Health Sciences, on a study assessing the sanitation practices and health hazards of abattoirs and their influence on the health of residential communities in Bo and Kenema Cities, Sierra Leone. Your participation is voluntary and your responses will be kept strictly confidential and used for research purposes only. You may withdraw or decline to answer any question at any time without any consequence. Do you agree to voluntarily participate in this interview?</w:t>
      </w:r>
    </w:p>
    <w:p w14:paraId="526BD459" w14:textId="77777777" w:rsidR="00C02D52" w:rsidRDefault="00000000">
      <w:pPr>
        <w:spacing w:line="360" w:lineRule="auto"/>
        <w:jc w:val="both"/>
      </w:pPr>
      <w:r>
        <w:rPr>
          <w:b/>
        </w:rPr>
        <w:t>7. Do you agree to voluntarily participate in this study?</w:t>
      </w:r>
    </w:p>
    <w:p w14:paraId="0DBE2F87" w14:textId="77777777" w:rsidR="00C02D52" w:rsidRDefault="00000000">
      <w:pPr>
        <w:spacing w:after="40" w:line="360" w:lineRule="auto"/>
      </w:pPr>
      <w:r>
        <w:rPr>
          <w:i/>
          <w:color w:val="555555"/>
          <w:sz w:val="21"/>
        </w:rPr>
        <w:t>[Single-select]</w:t>
      </w:r>
    </w:p>
    <w:p w14:paraId="543215AC" w14:textId="77777777" w:rsidR="00C02D52" w:rsidRDefault="00000000">
      <w:pPr>
        <w:spacing w:after="40" w:line="360" w:lineRule="auto"/>
      </w:pPr>
      <w:r>
        <w:rPr>
          <w:sz w:val="22"/>
        </w:rPr>
        <w:t>Response options: Yes; No</w:t>
      </w:r>
    </w:p>
    <w:p w14:paraId="20765A34" w14:textId="77777777" w:rsidR="00C02D52" w:rsidRDefault="00000000">
      <w:pPr>
        <w:spacing w:after="160" w:line="360" w:lineRule="auto"/>
        <w:jc w:val="both"/>
      </w:pPr>
      <w:r>
        <w:rPr>
          <w:i/>
        </w:rPr>
        <w:t>[Note read to respondent] Thank you for your time. This interview will now end.</w:t>
      </w:r>
    </w:p>
    <w:p w14:paraId="776F33E3" w14:textId="77777777" w:rsidR="00C02D52" w:rsidRDefault="00000000">
      <w:pPr>
        <w:spacing w:before="280" w:after="120"/>
      </w:pPr>
      <w:r>
        <w:rPr>
          <w:b/>
          <w:color w:val="1F3864"/>
          <w:sz w:val="26"/>
        </w:rPr>
        <w:t>RESPONDENT CATEGORY</w:t>
      </w:r>
    </w:p>
    <w:p w14:paraId="002671BF" w14:textId="77777777" w:rsidR="00C02D52" w:rsidRDefault="00000000">
      <w:pPr>
        <w:spacing w:after="40" w:line="360" w:lineRule="auto"/>
        <w:jc w:val="both"/>
      </w:pPr>
      <w:r>
        <w:rPr>
          <w:b/>
        </w:rPr>
        <w:t>8. Which of the following best describes the respondent?</w:t>
      </w:r>
    </w:p>
    <w:p w14:paraId="5DE65D9D" w14:textId="77777777" w:rsidR="00C02D52" w:rsidRDefault="00000000">
      <w:pPr>
        <w:spacing w:after="40" w:line="360" w:lineRule="auto"/>
      </w:pPr>
      <w:r>
        <w:rPr>
          <w:i/>
          <w:color w:val="555555"/>
          <w:sz w:val="21"/>
        </w:rPr>
        <w:t>[Single-select]</w:t>
      </w:r>
    </w:p>
    <w:p w14:paraId="69A236D6" w14:textId="77777777" w:rsidR="00C02D52" w:rsidRDefault="00000000">
      <w:pPr>
        <w:spacing w:after="40" w:line="360" w:lineRule="auto"/>
      </w:pPr>
      <w:r>
        <w:rPr>
          <w:sz w:val="22"/>
        </w:rPr>
        <w:t>Response options: Abattoir Personnel / Operator; Resident (Community Member living near an abattoir)</w:t>
      </w:r>
    </w:p>
    <w:p w14:paraId="0F1EA010" w14:textId="77777777" w:rsidR="00C02D52" w:rsidRDefault="00000000">
      <w:pPr>
        <w:spacing w:line="360" w:lineRule="auto"/>
      </w:pPr>
      <w:r>
        <w:rPr>
          <w:i/>
          <w:color w:val="777777"/>
          <w:sz w:val="20"/>
        </w:rPr>
        <w:t>(Asked only if: ${consent}='yes')</w:t>
      </w:r>
    </w:p>
    <w:p w14:paraId="24EF4401" w14:textId="77777777" w:rsidR="00C02D52" w:rsidRDefault="00000000">
      <w:pPr>
        <w:spacing w:before="280" w:after="120"/>
      </w:pPr>
      <w:r>
        <w:rPr>
          <w:b/>
          <w:color w:val="1F3864"/>
          <w:sz w:val="26"/>
        </w:rPr>
        <w:t>SECTION A: ABATTOIR</w:t>
      </w:r>
    </w:p>
    <w:p w14:paraId="0A10AB11" w14:textId="77777777" w:rsidR="00C02D52" w:rsidRDefault="00000000">
      <w:pPr>
        <w:spacing w:before="160" w:after="120"/>
      </w:pPr>
      <w:r>
        <w:rPr>
          <w:b/>
          <w:color w:val="000000"/>
        </w:rPr>
        <w:t>A1. Abattoir Profile</w:t>
      </w:r>
    </w:p>
    <w:p w14:paraId="3C7F5057" w14:textId="77777777" w:rsidR="00C02D52" w:rsidRDefault="00000000">
      <w:pPr>
        <w:spacing w:after="40" w:line="360" w:lineRule="auto"/>
        <w:jc w:val="both"/>
      </w:pPr>
      <w:r>
        <w:rPr>
          <w:b/>
        </w:rPr>
        <w:t>9. Type of abattoir ownership</w:t>
      </w:r>
    </w:p>
    <w:p w14:paraId="7B39F70A" w14:textId="77777777" w:rsidR="00C02D52" w:rsidRDefault="00000000">
      <w:pPr>
        <w:spacing w:after="40" w:line="360" w:lineRule="auto"/>
      </w:pPr>
      <w:r>
        <w:rPr>
          <w:i/>
          <w:color w:val="555555"/>
          <w:sz w:val="21"/>
        </w:rPr>
        <w:t>[Single-select]</w:t>
      </w:r>
    </w:p>
    <w:p w14:paraId="79C727E0" w14:textId="77777777" w:rsidR="00C02D52" w:rsidRDefault="00000000">
      <w:pPr>
        <w:spacing w:after="40" w:line="360" w:lineRule="auto"/>
      </w:pPr>
      <w:r>
        <w:rPr>
          <w:sz w:val="22"/>
        </w:rPr>
        <w:lastRenderedPageBreak/>
        <w:t>Response options: Private Individual; Family-Owned Business; Butchers' Cooperative/Association; City Council / Local Authority Managed; Central Government Managed; Other</w:t>
      </w:r>
    </w:p>
    <w:p w14:paraId="6851B648" w14:textId="77777777" w:rsidR="00C02D52" w:rsidRDefault="00000000">
      <w:pPr>
        <w:spacing w:line="360" w:lineRule="auto"/>
      </w:pPr>
      <w:r>
        <w:rPr>
          <w:i/>
          <w:color w:val="777777"/>
          <w:sz w:val="20"/>
        </w:rPr>
        <w:t>(Asked only if: ${consent}='yes' and ${respondent_category}='abattoir')</w:t>
      </w:r>
    </w:p>
    <w:p w14:paraId="21CAD661" w14:textId="77777777" w:rsidR="00C02D52" w:rsidRDefault="00000000">
      <w:pPr>
        <w:spacing w:after="40" w:line="360" w:lineRule="auto"/>
        <w:jc w:val="both"/>
      </w:pPr>
      <w:r>
        <w:rPr>
          <w:b/>
        </w:rPr>
        <w:t>10. Years the abattoir has been in operation</w:t>
      </w:r>
    </w:p>
    <w:p w14:paraId="7D8F0221" w14:textId="77777777" w:rsidR="00C02D52" w:rsidRDefault="00000000">
      <w:pPr>
        <w:spacing w:after="40" w:line="360" w:lineRule="auto"/>
      </w:pPr>
      <w:r>
        <w:rPr>
          <w:i/>
          <w:color w:val="555555"/>
          <w:sz w:val="21"/>
        </w:rPr>
        <w:t>[Single-select]</w:t>
      </w:r>
    </w:p>
    <w:p w14:paraId="7251A359" w14:textId="77777777" w:rsidR="00C02D52" w:rsidRDefault="00000000">
      <w:pPr>
        <w:spacing w:after="40" w:line="360" w:lineRule="auto"/>
      </w:pPr>
      <w:r>
        <w:rPr>
          <w:sz w:val="22"/>
        </w:rPr>
        <w:t>Response options: Less than 1 year; 1 - 3 years; 4 - 6 years; 7 - 10 years; 11 - 20 years; More than 20 years</w:t>
      </w:r>
    </w:p>
    <w:p w14:paraId="40F474CF" w14:textId="77777777" w:rsidR="00C02D52" w:rsidRDefault="00000000">
      <w:pPr>
        <w:spacing w:line="360" w:lineRule="auto"/>
      </w:pPr>
      <w:r>
        <w:rPr>
          <w:i/>
          <w:color w:val="777777"/>
          <w:sz w:val="20"/>
        </w:rPr>
        <w:t>(Asked only if: ${consent}='yes' and ${respondent_category}='abattoir')</w:t>
      </w:r>
    </w:p>
    <w:p w14:paraId="7D31FD31" w14:textId="77777777" w:rsidR="00C02D52" w:rsidRDefault="00000000">
      <w:pPr>
        <w:spacing w:after="40" w:line="360" w:lineRule="auto"/>
        <w:jc w:val="both"/>
      </w:pPr>
      <w:r>
        <w:rPr>
          <w:b/>
        </w:rPr>
        <w:t>11. Number of workers in the abattoir</w:t>
      </w:r>
    </w:p>
    <w:p w14:paraId="01CB3265" w14:textId="77777777" w:rsidR="00C02D52" w:rsidRDefault="00000000">
      <w:pPr>
        <w:spacing w:after="40" w:line="360" w:lineRule="auto"/>
      </w:pPr>
      <w:r>
        <w:rPr>
          <w:i/>
          <w:color w:val="555555"/>
          <w:sz w:val="21"/>
        </w:rPr>
        <w:t>[Numeric]</w:t>
      </w:r>
    </w:p>
    <w:p w14:paraId="6B590E40" w14:textId="77777777" w:rsidR="00C02D52" w:rsidRDefault="00000000">
      <w:pPr>
        <w:spacing w:after="40" w:line="360" w:lineRule="auto"/>
      </w:pPr>
      <w:r>
        <w:rPr>
          <w:i/>
          <w:sz w:val="21"/>
        </w:rPr>
        <w:t>Instruction to enumerator: Include all staff (slaughterers, cleaners, guards, etc.)</w:t>
      </w:r>
    </w:p>
    <w:p w14:paraId="5284AAFB" w14:textId="77777777" w:rsidR="00C02D52" w:rsidRDefault="00000000">
      <w:pPr>
        <w:spacing w:line="360" w:lineRule="auto"/>
      </w:pPr>
      <w:r>
        <w:rPr>
          <w:i/>
          <w:color w:val="777777"/>
          <w:sz w:val="20"/>
        </w:rPr>
        <w:t>(Asked only if: ${consent}='yes' and ${respondent_category}='abattoir')</w:t>
      </w:r>
    </w:p>
    <w:p w14:paraId="46A04828" w14:textId="77777777" w:rsidR="00C02D52" w:rsidRDefault="00000000">
      <w:pPr>
        <w:spacing w:after="40" w:line="360" w:lineRule="auto"/>
        <w:jc w:val="both"/>
      </w:pPr>
      <w:r>
        <w:rPr>
          <w:b/>
        </w:rPr>
        <w:t>12. Type(s) of animals slaughtered</w:t>
      </w:r>
    </w:p>
    <w:p w14:paraId="0DFD12BB" w14:textId="77777777" w:rsidR="00C02D52" w:rsidRDefault="00000000">
      <w:pPr>
        <w:spacing w:after="40" w:line="360" w:lineRule="auto"/>
      </w:pPr>
      <w:r>
        <w:rPr>
          <w:i/>
          <w:color w:val="555555"/>
          <w:sz w:val="21"/>
        </w:rPr>
        <w:t>[Multi-select (select all that apply)]</w:t>
      </w:r>
    </w:p>
    <w:p w14:paraId="40C44E80" w14:textId="77777777" w:rsidR="00C02D52" w:rsidRDefault="00000000">
      <w:pPr>
        <w:spacing w:after="40" w:line="360" w:lineRule="auto"/>
      </w:pPr>
      <w:r>
        <w:rPr>
          <w:i/>
          <w:sz w:val="21"/>
        </w:rPr>
        <w:t>Instruction to enumerator: Select all that apply</w:t>
      </w:r>
    </w:p>
    <w:p w14:paraId="460451AD" w14:textId="77777777" w:rsidR="00C02D52" w:rsidRDefault="00000000">
      <w:pPr>
        <w:spacing w:after="40" w:line="360" w:lineRule="auto"/>
      </w:pPr>
      <w:r>
        <w:rPr>
          <w:sz w:val="22"/>
        </w:rPr>
        <w:t>Response options: Cattle; Goat; Sheep; Pig; Poultry; Other</w:t>
      </w:r>
    </w:p>
    <w:p w14:paraId="2EBE3722" w14:textId="77777777" w:rsidR="00C02D52" w:rsidRDefault="00000000">
      <w:pPr>
        <w:spacing w:line="360" w:lineRule="auto"/>
      </w:pPr>
      <w:r>
        <w:rPr>
          <w:i/>
          <w:color w:val="777777"/>
          <w:sz w:val="20"/>
        </w:rPr>
        <w:t>(Asked only if: ${consent}='yes' and ${respondent_category}='abattoir')</w:t>
      </w:r>
    </w:p>
    <w:p w14:paraId="5255F2A9" w14:textId="77777777" w:rsidR="00C02D52" w:rsidRDefault="00000000">
      <w:pPr>
        <w:spacing w:after="40" w:line="360" w:lineRule="auto"/>
        <w:jc w:val="both"/>
      </w:pPr>
      <w:r>
        <w:rPr>
          <w:b/>
        </w:rPr>
        <w:t>13. Average number of animals slaughtered per day</w:t>
      </w:r>
    </w:p>
    <w:p w14:paraId="464B1908" w14:textId="77777777" w:rsidR="00C02D52" w:rsidRDefault="00000000">
      <w:pPr>
        <w:spacing w:after="40" w:line="360" w:lineRule="auto"/>
      </w:pPr>
      <w:r>
        <w:rPr>
          <w:i/>
          <w:color w:val="555555"/>
          <w:sz w:val="21"/>
        </w:rPr>
        <w:t>[Single-select]</w:t>
      </w:r>
    </w:p>
    <w:p w14:paraId="4A0C275D" w14:textId="77777777" w:rsidR="00C02D52" w:rsidRDefault="00000000">
      <w:pPr>
        <w:spacing w:after="40" w:line="360" w:lineRule="auto"/>
      </w:pPr>
      <w:r>
        <w:rPr>
          <w:sz w:val="22"/>
        </w:rPr>
        <w:t>Response options: 1 - 5 animals; 6 - 10 animals; 11 - 20 animals; 21 - 40 animals; More than 40 animals</w:t>
      </w:r>
    </w:p>
    <w:p w14:paraId="4F4F045C" w14:textId="77777777" w:rsidR="00C02D52" w:rsidRDefault="00000000">
      <w:pPr>
        <w:spacing w:line="360" w:lineRule="auto"/>
      </w:pPr>
      <w:r>
        <w:rPr>
          <w:i/>
          <w:color w:val="777777"/>
          <w:sz w:val="20"/>
        </w:rPr>
        <w:t>(Asked only if: ${consent}='yes' and ${respondent_category}='abattoir')</w:t>
      </w:r>
    </w:p>
    <w:p w14:paraId="256714A4" w14:textId="77777777" w:rsidR="00C02D52" w:rsidRDefault="00000000">
      <w:pPr>
        <w:spacing w:after="40" w:line="360" w:lineRule="auto"/>
        <w:jc w:val="both"/>
      </w:pPr>
      <w:r>
        <w:rPr>
          <w:b/>
        </w:rPr>
        <w:t>14. Approximate distance of nearest residential house from the abattoir</w:t>
      </w:r>
    </w:p>
    <w:p w14:paraId="7E8F9B89" w14:textId="77777777" w:rsidR="00C02D52" w:rsidRDefault="00000000">
      <w:pPr>
        <w:spacing w:after="40" w:line="360" w:lineRule="auto"/>
      </w:pPr>
      <w:r>
        <w:rPr>
          <w:i/>
          <w:color w:val="555555"/>
          <w:sz w:val="21"/>
        </w:rPr>
        <w:t>[Single-select]</w:t>
      </w:r>
    </w:p>
    <w:p w14:paraId="664ECD4E" w14:textId="77777777" w:rsidR="00C02D52" w:rsidRDefault="00000000">
      <w:pPr>
        <w:spacing w:after="40" w:line="360" w:lineRule="auto"/>
      </w:pPr>
      <w:r>
        <w:rPr>
          <w:sz w:val="22"/>
        </w:rPr>
        <w:t>Response options: Less than 10 metres; 10 - 50 metres; 51 - 100 metres; 101 - 200 metres; 201 - 500 metres; More than 500 metres; Don't know</w:t>
      </w:r>
    </w:p>
    <w:p w14:paraId="782710F5" w14:textId="77777777" w:rsidR="00C02D52" w:rsidRDefault="00000000">
      <w:pPr>
        <w:spacing w:line="360" w:lineRule="auto"/>
      </w:pPr>
      <w:r>
        <w:rPr>
          <w:i/>
          <w:color w:val="777777"/>
          <w:sz w:val="20"/>
        </w:rPr>
        <w:t>(Asked only if: ${consent}='yes' and ${respondent_category}='abattoir')</w:t>
      </w:r>
    </w:p>
    <w:p w14:paraId="0DC28F3A" w14:textId="77777777" w:rsidR="00C02D52" w:rsidRDefault="00000000">
      <w:pPr>
        <w:spacing w:before="160" w:after="120"/>
      </w:pPr>
      <w:r>
        <w:rPr>
          <w:b/>
          <w:color w:val="000000"/>
        </w:rPr>
        <w:t>A2. Sanitation Conditions &amp; Waste Management</w:t>
      </w:r>
    </w:p>
    <w:p w14:paraId="7BFD603C" w14:textId="77777777" w:rsidR="00C02D52" w:rsidRDefault="00000000">
      <w:pPr>
        <w:spacing w:after="40" w:line="360" w:lineRule="auto"/>
        <w:jc w:val="both"/>
      </w:pPr>
      <w:r>
        <w:rPr>
          <w:b/>
        </w:rPr>
        <w:t>15. Is there a functional water supply at the abattoir?</w:t>
      </w:r>
    </w:p>
    <w:p w14:paraId="4261D888" w14:textId="77777777" w:rsidR="00C02D52" w:rsidRDefault="00000000">
      <w:pPr>
        <w:spacing w:after="40" w:line="360" w:lineRule="auto"/>
      </w:pPr>
      <w:r>
        <w:rPr>
          <w:i/>
          <w:color w:val="555555"/>
          <w:sz w:val="21"/>
        </w:rPr>
        <w:t>[Single-select]</w:t>
      </w:r>
    </w:p>
    <w:p w14:paraId="3EBCA143" w14:textId="77777777" w:rsidR="00C02D52" w:rsidRDefault="00000000">
      <w:pPr>
        <w:spacing w:after="40" w:line="360" w:lineRule="auto"/>
      </w:pPr>
      <w:r>
        <w:rPr>
          <w:sz w:val="22"/>
        </w:rPr>
        <w:lastRenderedPageBreak/>
        <w:t>Response options: Yes; No</w:t>
      </w:r>
    </w:p>
    <w:p w14:paraId="65836898" w14:textId="77777777" w:rsidR="00C02D52" w:rsidRDefault="00000000">
      <w:pPr>
        <w:spacing w:line="360" w:lineRule="auto"/>
      </w:pPr>
      <w:r>
        <w:rPr>
          <w:i/>
          <w:color w:val="777777"/>
          <w:sz w:val="20"/>
        </w:rPr>
        <w:t>(Asked only if: ${consent}='yes' and ${respondent_category}='abattoir')</w:t>
      </w:r>
    </w:p>
    <w:p w14:paraId="7D508693" w14:textId="77777777" w:rsidR="00C02D52" w:rsidRDefault="00000000">
      <w:pPr>
        <w:spacing w:after="40" w:line="360" w:lineRule="auto"/>
        <w:jc w:val="both"/>
      </w:pPr>
      <w:r>
        <w:rPr>
          <w:b/>
        </w:rPr>
        <w:t>16. Main source of water used in the abattoir</w:t>
      </w:r>
    </w:p>
    <w:p w14:paraId="1547C32B" w14:textId="77777777" w:rsidR="00C02D52" w:rsidRDefault="00000000">
      <w:pPr>
        <w:spacing w:after="40" w:line="360" w:lineRule="auto"/>
      </w:pPr>
      <w:r>
        <w:rPr>
          <w:i/>
          <w:color w:val="555555"/>
          <w:sz w:val="21"/>
        </w:rPr>
        <w:t>[Single-select]</w:t>
      </w:r>
    </w:p>
    <w:p w14:paraId="7D171592" w14:textId="77777777" w:rsidR="00C02D52" w:rsidRDefault="00000000">
      <w:pPr>
        <w:spacing w:after="40" w:line="360" w:lineRule="auto"/>
      </w:pPr>
      <w:r>
        <w:rPr>
          <w:sz w:val="22"/>
        </w:rPr>
        <w:t>Response options: Piped Water Scheme (SALWACO/Utility); Borehole; Protected Well; Unprotected Well; River / Stream; Water Trucked/Purchased; No Water Source</w:t>
      </w:r>
    </w:p>
    <w:p w14:paraId="79A370C8" w14:textId="77777777" w:rsidR="00C02D52" w:rsidRDefault="00000000">
      <w:pPr>
        <w:spacing w:line="360" w:lineRule="auto"/>
      </w:pPr>
      <w:r>
        <w:rPr>
          <w:i/>
          <w:color w:val="777777"/>
          <w:sz w:val="20"/>
        </w:rPr>
        <w:t>(Asked only if: ${consent}='yes' and ${respondent_category}='abattoir')</w:t>
      </w:r>
    </w:p>
    <w:p w14:paraId="0E2A947B" w14:textId="77777777" w:rsidR="00C02D52" w:rsidRDefault="00000000">
      <w:pPr>
        <w:spacing w:after="40" w:line="360" w:lineRule="auto"/>
        <w:jc w:val="both"/>
      </w:pPr>
      <w:r>
        <w:rPr>
          <w:b/>
        </w:rPr>
        <w:t>17. How adequate is the water supply for abattoir operations?</w:t>
      </w:r>
    </w:p>
    <w:p w14:paraId="128EF4D9" w14:textId="77777777" w:rsidR="00C02D52" w:rsidRDefault="00000000">
      <w:pPr>
        <w:spacing w:after="40" w:line="360" w:lineRule="auto"/>
      </w:pPr>
      <w:r>
        <w:rPr>
          <w:i/>
          <w:color w:val="555555"/>
          <w:sz w:val="21"/>
        </w:rPr>
        <w:t>[Single-select]</w:t>
      </w:r>
    </w:p>
    <w:p w14:paraId="1153EB39" w14:textId="77777777" w:rsidR="00C02D52" w:rsidRDefault="00000000">
      <w:pPr>
        <w:spacing w:after="40" w:line="360" w:lineRule="auto"/>
      </w:pPr>
      <w:r>
        <w:rPr>
          <w:sz w:val="22"/>
        </w:rPr>
        <w:t>Response options: Very Adequate; Adequate; Somewhat Inadequate; Very Inadequate; No Water Available</w:t>
      </w:r>
    </w:p>
    <w:p w14:paraId="5B739AA2" w14:textId="77777777" w:rsidR="00C02D52" w:rsidRDefault="00000000">
      <w:pPr>
        <w:spacing w:line="360" w:lineRule="auto"/>
      </w:pPr>
      <w:r>
        <w:rPr>
          <w:i/>
          <w:color w:val="777777"/>
          <w:sz w:val="20"/>
        </w:rPr>
        <w:t>(Asked only if: ${consent}='yes' and ${respondent_category}='abattoir')</w:t>
      </w:r>
    </w:p>
    <w:p w14:paraId="7D002A24" w14:textId="77777777" w:rsidR="00C02D52" w:rsidRDefault="00000000">
      <w:pPr>
        <w:spacing w:after="40" w:line="360" w:lineRule="auto"/>
        <w:jc w:val="both"/>
      </w:pPr>
      <w:r>
        <w:rPr>
          <w:b/>
        </w:rPr>
        <w:t>18. Is there a functional drainage/wastewater disposal system?</w:t>
      </w:r>
    </w:p>
    <w:p w14:paraId="0A5D997F" w14:textId="77777777" w:rsidR="00C02D52" w:rsidRDefault="00000000">
      <w:pPr>
        <w:spacing w:after="40" w:line="360" w:lineRule="auto"/>
      </w:pPr>
      <w:r>
        <w:rPr>
          <w:i/>
          <w:color w:val="555555"/>
          <w:sz w:val="21"/>
        </w:rPr>
        <w:t>[Single-select]</w:t>
      </w:r>
    </w:p>
    <w:p w14:paraId="43D65EB3" w14:textId="77777777" w:rsidR="00C02D52" w:rsidRDefault="00000000">
      <w:pPr>
        <w:spacing w:after="40" w:line="360" w:lineRule="auto"/>
      </w:pPr>
      <w:r>
        <w:rPr>
          <w:sz w:val="22"/>
        </w:rPr>
        <w:t>Response options: Yes; No</w:t>
      </w:r>
    </w:p>
    <w:p w14:paraId="11FBD066" w14:textId="77777777" w:rsidR="00C02D52" w:rsidRDefault="00000000">
      <w:pPr>
        <w:spacing w:line="360" w:lineRule="auto"/>
      </w:pPr>
      <w:r>
        <w:rPr>
          <w:i/>
          <w:color w:val="777777"/>
          <w:sz w:val="20"/>
        </w:rPr>
        <w:t>(Asked only if: ${consent}='yes' and ${respondent_category}='abattoir')</w:t>
      </w:r>
    </w:p>
    <w:p w14:paraId="04768498" w14:textId="77777777" w:rsidR="00C02D52" w:rsidRDefault="00000000">
      <w:pPr>
        <w:spacing w:after="40" w:line="360" w:lineRule="auto"/>
        <w:jc w:val="both"/>
      </w:pPr>
      <w:r>
        <w:rPr>
          <w:b/>
        </w:rPr>
        <w:t>19. How is solid waste (blood, offal, dung) disposed of?</w:t>
      </w:r>
    </w:p>
    <w:p w14:paraId="51C95CC9" w14:textId="77777777" w:rsidR="00C02D52" w:rsidRDefault="00000000">
      <w:pPr>
        <w:spacing w:after="40" w:line="360" w:lineRule="auto"/>
      </w:pPr>
      <w:r>
        <w:rPr>
          <w:i/>
          <w:color w:val="555555"/>
          <w:sz w:val="21"/>
        </w:rPr>
        <w:t>[Multi-select (select all that apply)]</w:t>
      </w:r>
    </w:p>
    <w:p w14:paraId="34F9733F" w14:textId="77777777" w:rsidR="00C02D52" w:rsidRDefault="00000000">
      <w:pPr>
        <w:spacing w:after="40" w:line="360" w:lineRule="auto"/>
      </w:pPr>
      <w:r>
        <w:rPr>
          <w:i/>
          <w:sz w:val="21"/>
        </w:rPr>
        <w:t>Instruction to enumerator: Select all that apply</w:t>
      </w:r>
    </w:p>
    <w:p w14:paraId="60C704C3" w14:textId="77777777" w:rsidR="00C02D52" w:rsidRDefault="00000000">
      <w:pPr>
        <w:spacing w:after="40" w:line="360" w:lineRule="auto"/>
      </w:pPr>
      <w:r>
        <w:rPr>
          <w:sz w:val="22"/>
        </w:rPr>
        <w:t>Response options: Open Dumping on Site; Burial; Burning/Incineration; Collected by Municipal Waste Service; Composting; Disposed into Open Drain/Waterway; Transported to Designated Dumpsite; Other</w:t>
      </w:r>
    </w:p>
    <w:p w14:paraId="4E0E949D" w14:textId="77777777" w:rsidR="00C02D52" w:rsidRDefault="00000000">
      <w:pPr>
        <w:spacing w:line="360" w:lineRule="auto"/>
      </w:pPr>
      <w:r>
        <w:rPr>
          <w:i/>
          <w:color w:val="777777"/>
          <w:sz w:val="20"/>
        </w:rPr>
        <w:t>(Asked only if: ${consent}='yes' and ${respondent_category}='abattoir')</w:t>
      </w:r>
    </w:p>
    <w:p w14:paraId="20683AD5" w14:textId="77777777" w:rsidR="00C02D52" w:rsidRDefault="00000000">
      <w:pPr>
        <w:spacing w:after="40" w:line="360" w:lineRule="auto"/>
        <w:jc w:val="both"/>
      </w:pPr>
      <w:r>
        <w:rPr>
          <w:b/>
        </w:rPr>
        <w:t>20. How frequently is waste collected/disposed of?</w:t>
      </w:r>
    </w:p>
    <w:p w14:paraId="59A5B127" w14:textId="77777777" w:rsidR="00C02D52" w:rsidRDefault="00000000">
      <w:pPr>
        <w:spacing w:after="40" w:line="360" w:lineRule="auto"/>
      </w:pPr>
      <w:r>
        <w:rPr>
          <w:i/>
          <w:color w:val="555555"/>
          <w:sz w:val="21"/>
        </w:rPr>
        <w:t>[Single-select]</w:t>
      </w:r>
    </w:p>
    <w:p w14:paraId="448A12B7" w14:textId="77777777" w:rsidR="00C02D52" w:rsidRDefault="00000000">
      <w:pPr>
        <w:spacing w:after="40" w:line="360" w:lineRule="auto"/>
      </w:pPr>
      <w:r>
        <w:rPr>
          <w:sz w:val="22"/>
        </w:rPr>
        <w:t>Response options: Daily; Several Times a Week; Weekly; Irregularly / No Fixed Schedule; Never</w:t>
      </w:r>
    </w:p>
    <w:p w14:paraId="7FFCBF62" w14:textId="77777777" w:rsidR="00C02D52" w:rsidRDefault="00000000">
      <w:pPr>
        <w:spacing w:line="360" w:lineRule="auto"/>
      </w:pPr>
      <w:r>
        <w:rPr>
          <w:i/>
          <w:color w:val="777777"/>
          <w:sz w:val="20"/>
        </w:rPr>
        <w:t>(Asked only if: ${consent}='yes' and ${respondent_category}='abattoir')</w:t>
      </w:r>
    </w:p>
    <w:p w14:paraId="1E4708B1" w14:textId="77777777" w:rsidR="00C02D52" w:rsidRDefault="00000000">
      <w:pPr>
        <w:spacing w:after="40" w:line="360" w:lineRule="auto"/>
        <w:jc w:val="both"/>
      </w:pPr>
      <w:r>
        <w:rPr>
          <w:b/>
        </w:rPr>
        <w:t>21. Are toilet/latrine facilities available for workers?</w:t>
      </w:r>
    </w:p>
    <w:p w14:paraId="26252BF8" w14:textId="77777777" w:rsidR="00C02D52" w:rsidRDefault="00000000">
      <w:pPr>
        <w:spacing w:after="40" w:line="360" w:lineRule="auto"/>
      </w:pPr>
      <w:r>
        <w:rPr>
          <w:i/>
          <w:color w:val="555555"/>
          <w:sz w:val="21"/>
        </w:rPr>
        <w:t>[Single-select]</w:t>
      </w:r>
    </w:p>
    <w:p w14:paraId="7B148F60" w14:textId="77777777" w:rsidR="00C02D52" w:rsidRDefault="00000000">
      <w:pPr>
        <w:spacing w:after="40" w:line="360" w:lineRule="auto"/>
      </w:pPr>
      <w:r>
        <w:rPr>
          <w:sz w:val="22"/>
        </w:rPr>
        <w:t>Response options: Yes; No</w:t>
      </w:r>
    </w:p>
    <w:p w14:paraId="5ECD3E40" w14:textId="77777777" w:rsidR="00C02D52" w:rsidRDefault="00000000">
      <w:pPr>
        <w:spacing w:line="360" w:lineRule="auto"/>
      </w:pPr>
      <w:r>
        <w:rPr>
          <w:i/>
          <w:color w:val="777777"/>
          <w:sz w:val="20"/>
        </w:rPr>
        <w:lastRenderedPageBreak/>
        <w:t>(Asked only if: ${consent}='yes' and ${respondent_category}='abattoir')</w:t>
      </w:r>
    </w:p>
    <w:p w14:paraId="02D9F824" w14:textId="77777777" w:rsidR="00C02D52" w:rsidRDefault="00000000">
      <w:pPr>
        <w:spacing w:after="40" w:line="360" w:lineRule="auto"/>
        <w:jc w:val="both"/>
      </w:pPr>
      <w:r>
        <w:rPr>
          <w:b/>
        </w:rPr>
        <w:t>22. Are handwashing facilities (water and soap) available?</w:t>
      </w:r>
    </w:p>
    <w:p w14:paraId="7F113D37" w14:textId="77777777" w:rsidR="00C02D52" w:rsidRDefault="00000000">
      <w:pPr>
        <w:spacing w:after="40" w:line="360" w:lineRule="auto"/>
      </w:pPr>
      <w:r>
        <w:rPr>
          <w:i/>
          <w:color w:val="555555"/>
          <w:sz w:val="21"/>
        </w:rPr>
        <w:t>[Single-select]</w:t>
      </w:r>
    </w:p>
    <w:p w14:paraId="53665367" w14:textId="77777777" w:rsidR="00C02D52" w:rsidRDefault="00000000">
      <w:pPr>
        <w:spacing w:after="40" w:line="360" w:lineRule="auto"/>
      </w:pPr>
      <w:r>
        <w:rPr>
          <w:sz w:val="22"/>
        </w:rPr>
        <w:t>Response options: Yes; No</w:t>
      </w:r>
    </w:p>
    <w:p w14:paraId="179A80E5" w14:textId="77777777" w:rsidR="00C02D52" w:rsidRDefault="00000000">
      <w:pPr>
        <w:spacing w:line="360" w:lineRule="auto"/>
      </w:pPr>
      <w:r>
        <w:rPr>
          <w:i/>
          <w:color w:val="777777"/>
          <w:sz w:val="20"/>
        </w:rPr>
        <w:t>(Asked only if: ${consent}='yes' and ${respondent_category}='abattoir')</w:t>
      </w:r>
    </w:p>
    <w:p w14:paraId="1D4F88F1" w14:textId="77777777" w:rsidR="00C02D52" w:rsidRDefault="00000000">
      <w:pPr>
        <w:spacing w:after="40" w:line="360" w:lineRule="auto"/>
        <w:jc w:val="both"/>
      </w:pPr>
      <w:r>
        <w:rPr>
          <w:b/>
        </w:rPr>
        <w:t>23. Condition of the abattoir floor (cracks, pooling water, cleanliness)</w:t>
      </w:r>
    </w:p>
    <w:p w14:paraId="0F453E6D" w14:textId="77777777" w:rsidR="00C02D52" w:rsidRDefault="00000000">
      <w:pPr>
        <w:spacing w:after="40" w:line="360" w:lineRule="auto"/>
      </w:pPr>
      <w:r>
        <w:rPr>
          <w:i/>
          <w:color w:val="555555"/>
          <w:sz w:val="21"/>
        </w:rPr>
        <w:t>[Single-select]</w:t>
      </w:r>
    </w:p>
    <w:p w14:paraId="6E7889E7" w14:textId="77777777" w:rsidR="00C02D52" w:rsidRDefault="00000000">
      <w:pPr>
        <w:spacing w:after="40" w:line="360" w:lineRule="auto"/>
      </w:pPr>
      <w:r>
        <w:rPr>
          <w:sz w:val="22"/>
        </w:rPr>
        <w:t>Response options: Very Good; Good; Fair; Poor; Very Poor</w:t>
      </w:r>
    </w:p>
    <w:p w14:paraId="214F4680" w14:textId="77777777" w:rsidR="00C02D52" w:rsidRDefault="00000000">
      <w:pPr>
        <w:spacing w:line="360" w:lineRule="auto"/>
      </w:pPr>
      <w:r>
        <w:rPr>
          <w:i/>
          <w:color w:val="777777"/>
          <w:sz w:val="20"/>
        </w:rPr>
        <w:t>(Asked only if: ${consent}='yes' and ${respondent_category}='abattoir')</w:t>
      </w:r>
    </w:p>
    <w:p w14:paraId="79505F68" w14:textId="77777777" w:rsidR="00C02D52" w:rsidRDefault="00000000">
      <w:pPr>
        <w:spacing w:after="40" w:line="360" w:lineRule="auto"/>
        <w:jc w:val="both"/>
      </w:pPr>
      <w:r>
        <w:rPr>
          <w:b/>
        </w:rPr>
        <w:t>24. Condition of roof and walls</w:t>
      </w:r>
    </w:p>
    <w:p w14:paraId="1B6920DB" w14:textId="77777777" w:rsidR="00C02D52" w:rsidRDefault="00000000">
      <w:pPr>
        <w:spacing w:after="40" w:line="360" w:lineRule="auto"/>
      </w:pPr>
      <w:r>
        <w:rPr>
          <w:i/>
          <w:color w:val="555555"/>
          <w:sz w:val="21"/>
        </w:rPr>
        <w:t>[Single-select]</w:t>
      </w:r>
    </w:p>
    <w:p w14:paraId="2B1E1FA4" w14:textId="77777777" w:rsidR="00C02D52" w:rsidRDefault="00000000">
      <w:pPr>
        <w:spacing w:after="40" w:line="360" w:lineRule="auto"/>
      </w:pPr>
      <w:r>
        <w:rPr>
          <w:sz w:val="22"/>
        </w:rPr>
        <w:t>Response options: Very Good; Good; Fair; Poor; Very Poor</w:t>
      </w:r>
    </w:p>
    <w:p w14:paraId="3DB0A541" w14:textId="77777777" w:rsidR="00C02D52" w:rsidRDefault="00000000">
      <w:pPr>
        <w:spacing w:line="360" w:lineRule="auto"/>
      </w:pPr>
      <w:r>
        <w:rPr>
          <w:i/>
          <w:color w:val="777777"/>
          <w:sz w:val="20"/>
        </w:rPr>
        <w:t>(Asked only if: ${consent}='yes' and ${respondent_category}='abattoir')</w:t>
      </w:r>
    </w:p>
    <w:p w14:paraId="3CC07DD0" w14:textId="77777777" w:rsidR="00C02D52" w:rsidRDefault="00000000">
      <w:pPr>
        <w:spacing w:after="40" w:line="360" w:lineRule="auto"/>
        <w:jc w:val="both"/>
      </w:pPr>
      <w:r>
        <w:rPr>
          <w:b/>
        </w:rPr>
        <w:t>25. Are measures taken to control flies, rodents or other vectors?</w:t>
      </w:r>
    </w:p>
    <w:p w14:paraId="3FA76E2D" w14:textId="77777777" w:rsidR="00C02D52" w:rsidRDefault="00000000">
      <w:pPr>
        <w:spacing w:after="40" w:line="360" w:lineRule="auto"/>
      </w:pPr>
      <w:r>
        <w:rPr>
          <w:i/>
          <w:color w:val="555555"/>
          <w:sz w:val="21"/>
        </w:rPr>
        <w:t>[Single-select]</w:t>
      </w:r>
    </w:p>
    <w:p w14:paraId="153A977B" w14:textId="77777777" w:rsidR="00C02D52" w:rsidRDefault="00000000">
      <w:pPr>
        <w:spacing w:after="40" w:line="360" w:lineRule="auto"/>
      </w:pPr>
      <w:r>
        <w:rPr>
          <w:sz w:val="22"/>
        </w:rPr>
        <w:t>Response options: Yes; No</w:t>
      </w:r>
    </w:p>
    <w:p w14:paraId="03D20914" w14:textId="77777777" w:rsidR="00C02D52" w:rsidRDefault="00000000">
      <w:pPr>
        <w:spacing w:line="360" w:lineRule="auto"/>
      </w:pPr>
      <w:r>
        <w:rPr>
          <w:i/>
          <w:color w:val="777777"/>
          <w:sz w:val="20"/>
        </w:rPr>
        <w:t>(Asked only if: ${consent}='yes' and ${respondent_category}='abattoir')</w:t>
      </w:r>
    </w:p>
    <w:p w14:paraId="2BB2EB01" w14:textId="77777777" w:rsidR="00C02D52" w:rsidRDefault="00000000">
      <w:pPr>
        <w:spacing w:after="40" w:line="360" w:lineRule="auto"/>
        <w:jc w:val="both"/>
      </w:pPr>
      <w:r>
        <w:rPr>
          <w:b/>
        </w:rPr>
        <w:t>26. Which vectors/pests were observed at the abattoir?</w:t>
      </w:r>
    </w:p>
    <w:p w14:paraId="09EE5BAF" w14:textId="77777777" w:rsidR="00C02D52" w:rsidRDefault="00000000">
      <w:pPr>
        <w:spacing w:after="40" w:line="360" w:lineRule="auto"/>
      </w:pPr>
      <w:r>
        <w:rPr>
          <w:i/>
          <w:color w:val="555555"/>
          <w:sz w:val="21"/>
        </w:rPr>
        <w:t>[Multi-select (select all that apply)]</w:t>
      </w:r>
    </w:p>
    <w:p w14:paraId="184005A5" w14:textId="77777777" w:rsidR="00C02D52" w:rsidRDefault="00000000">
      <w:pPr>
        <w:spacing w:after="40" w:line="360" w:lineRule="auto"/>
      </w:pPr>
      <w:r>
        <w:rPr>
          <w:i/>
          <w:sz w:val="21"/>
        </w:rPr>
        <w:t>Instruction to enumerator: Select all that apply</w:t>
      </w:r>
    </w:p>
    <w:p w14:paraId="6B253FD7" w14:textId="77777777" w:rsidR="00C02D52" w:rsidRDefault="00000000">
      <w:pPr>
        <w:spacing w:after="40" w:line="360" w:lineRule="auto"/>
      </w:pPr>
      <w:r>
        <w:rPr>
          <w:sz w:val="22"/>
        </w:rPr>
        <w:t>Response options: Flies; Rodents (Rats/Mice); Cockroaches; Stray Dogs; Vultures / Scavenging Birds; Mosquitoes; None Observed</w:t>
      </w:r>
    </w:p>
    <w:p w14:paraId="0F0EFE17" w14:textId="77777777" w:rsidR="00C02D52" w:rsidRDefault="00000000">
      <w:pPr>
        <w:spacing w:line="360" w:lineRule="auto"/>
      </w:pPr>
      <w:r>
        <w:rPr>
          <w:i/>
          <w:color w:val="777777"/>
          <w:sz w:val="20"/>
        </w:rPr>
        <w:t>(Asked only if: ${consent}='yes' and ${respondent_category}='abattoir')</w:t>
      </w:r>
    </w:p>
    <w:p w14:paraId="4D3669E2" w14:textId="77777777" w:rsidR="00C02D52" w:rsidRDefault="00000000">
      <w:pPr>
        <w:spacing w:after="40" w:line="360" w:lineRule="auto"/>
        <w:jc w:val="both"/>
      </w:pPr>
      <w:r>
        <w:rPr>
          <w:b/>
        </w:rPr>
        <w:t>27. Additional observations on sanitation conditions</w:t>
      </w:r>
    </w:p>
    <w:p w14:paraId="3B88DF6A" w14:textId="77777777" w:rsidR="00C02D52" w:rsidRDefault="00000000">
      <w:pPr>
        <w:spacing w:after="40" w:line="360" w:lineRule="auto"/>
      </w:pPr>
      <w:r>
        <w:rPr>
          <w:i/>
          <w:color w:val="555555"/>
          <w:sz w:val="21"/>
        </w:rPr>
        <w:t>[Open text]</w:t>
      </w:r>
    </w:p>
    <w:p w14:paraId="0CEFB6F5" w14:textId="77777777" w:rsidR="00C02D52" w:rsidRDefault="00000000">
      <w:pPr>
        <w:spacing w:after="40" w:line="360" w:lineRule="auto"/>
      </w:pPr>
      <w:r>
        <w:rPr>
          <w:i/>
          <w:sz w:val="21"/>
        </w:rPr>
        <w:t>Instruction to enumerator: Describe what you observed</w:t>
      </w:r>
    </w:p>
    <w:p w14:paraId="634A997D" w14:textId="77777777" w:rsidR="00C02D52" w:rsidRDefault="00000000">
      <w:pPr>
        <w:spacing w:line="360" w:lineRule="auto"/>
      </w:pPr>
      <w:r>
        <w:rPr>
          <w:i/>
          <w:color w:val="777777"/>
          <w:sz w:val="20"/>
        </w:rPr>
        <w:t>(Asked only if: ${consent}='yes' and ${respondent_category}='abattoir')</w:t>
      </w:r>
    </w:p>
    <w:p w14:paraId="3FEF2B00" w14:textId="77777777" w:rsidR="00C02D52" w:rsidRDefault="00000000">
      <w:pPr>
        <w:spacing w:before="160" w:after="120"/>
      </w:pPr>
      <w:r>
        <w:rPr>
          <w:b/>
          <w:color w:val="000000"/>
        </w:rPr>
        <w:t>A3. Health Hazards to Workers &amp; Community</w:t>
      </w:r>
    </w:p>
    <w:p w14:paraId="555169A1" w14:textId="77777777" w:rsidR="00C02D52" w:rsidRDefault="00000000">
      <w:pPr>
        <w:spacing w:after="40" w:line="360" w:lineRule="auto"/>
        <w:jc w:val="both"/>
      </w:pPr>
      <w:r>
        <w:rPr>
          <w:b/>
        </w:rPr>
        <w:t>28. Are Personal Protective Equipment (PPE) available for workers?</w:t>
      </w:r>
    </w:p>
    <w:p w14:paraId="2F4E1C08" w14:textId="77777777" w:rsidR="00C02D52" w:rsidRDefault="00000000">
      <w:pPr>
        <w:spacing w:after="40" w:line="360" w:lineRule="auto"/>
      </w:pPr>
      <w:r>
        <w:rPr>
          <w:i/>
          <w:color w:val="555555"/>
          <w:sz w:val="21"/>
        </w:rPr>
        <w:lastRenderedPageBreak/>
        <w:t>[Single-select]</w:t>
      </w:r>
    </w:p>
    <w:p w14:paraId="629630E0" w14:textId="77777777" w:rsidR="00C02D52" w:rsidRDefault="00000000">
      <w:pPr>
        <w:spacing w:after="40" w:line="360" w:lineRule="auto"/>
      </w:pPr>
      <w:r>
        <w:rPr>
          <w:sz w:val="22"/>
        </w:rPr>
        <w:t>Response options: Yes; No</w:t>
      </w:r>
    </w:p>
    <w:p w14:paraId="36DDF6A3" w14:textId="77777777" w:rsidR="00C02D52" w:rsidRDefault="00000000">
      <w:pPr>
        <w:spacing w:line="360" w:lineRule="auto"/>
      </w:pPr>
      <w:r>
        <w:rPr>
          <w:i/>
          <w:color w:val="777777"/>
          <w:sz w:val="20"/>
        </w:rPr>
        <w:t>(Asked only if: ${consent}='yes' and ${respondent_category}='abattoir')</w:t>
      </w:r>
    </w:p>
    <w:p w14:paraId="7C4BAF51" w14:textId="77777777" w:rsidR="00C02D52" w:rsidRDefault="00000000">
      <w:pPr>
        <w:spacing w:after="40" w:line="360" w:lineRule="auto"/>
        <w:jc w:val="both"/>
      </w:pPr>
      <w:r>
        <w:rPr>
          <w:b/>
        </w:rPr>
        <w:t>29. Which PPE items are available?</w:t>
      </w:r>
    </w:p>
    <w:p w14:paraId="7E91AA09" w14:textId="77777777" w:rsidR="00C02D52" w:rsidRDefault="00000000">
      <w:pPr>
        <w:spacing w:after="40" w:line="360" w:lineRule="auto"/>
      </w:pPr>
      <w:r>
        <w:rPr>
          <w:i/>
          <w:color w:val="555555"/>
          <w:sz w:val="21"/>
        </w:rPr>
        <w:t>[Multi-select (select all that apply)]</w:t>
      </w:r>
    </w:p>
    <w:p w14:paraId="353525F6" w14:textId="77777777" w:rsidR="00C02D52" w:rsidRDefault="00000000">
      <w:pPr>
        <w:spacing w:after="40" w:line="360" w:lineRule="auto"/>
      </w:pPr>
      <w:r>
        <w:rPr>
          <w:i/>
          <w:sz w:val="21"/>
        </w:rPr>
        <w:t>Instruction to enumerator: Select all that apply</w:t>
      </w:r>
    </w:p>
    <w:p w14:paraId="52FE3099" w14:textId="77777777" w:rsidR="00C02D52" w:rsidRDefault="00000000">
      <w:pPr>
        <w:spacing w:after="40" w:line="360" w:lineRule="auto"/>
      </w:pPr>
      <w:r>
        <w:rPr>
          <w:sz w:val="22"/>
        </w:rPr>
        <w:t>Response options: Gloves; Rubber Boots; Aprons/Overalls; Face Masks; Head Covers; Eye Protection/Goggles; None Available</w:t>
      </w:r>
    </w:p>
    <w:p w14:paraId="7C9B3C70" w14:textId="77777777" w:rsidR="00C02D52" w:rsidRDefault="00000000">
      <w:pPr>
        <w:spacing w:line="360" w:lineRule="auto"/>
      </w:pPr>
      <w:r>
        <w:rPr>
          <w:i/>
          <w:color w:val="777777"/>
          <w:sz w:val="20"/>
        </w:rPr>
        <w:t>(Asked only if: ${consent}='yes' and ${respondent_category}='abattoir' and ${ppe_available}='yes')</w:t>
      </w:r>
    </w:p>
    <w:p w14:paraId="6A6A933D" w14:textId="77777777" w:rsidR="00C02D52" w:rsidRDefault="00000000">
      <w:pPr>
        <w:spacing w:after="40" w:line="360" w:lineRule="auto"/>
        <w:jc w:val="both"/>
      </w:pPr>
      <w:r>
        <w:rPr>
          <w:b/>
        </w:rPr>
        <w:t>30. Do workers consistently use PPE during slaughtering?</w:t>
      </w:r>
    </w:p>
    <w:p w14:paraId="159F836C" w14:textId="77777777" w:rsidR="00C02D52" w:rsidRDefault="00000000">
      <w:pPr>
        <w:spacing w:after="40" w:line="360" w:lineRule="auto"/>
      </w:pPr>
      <w:r>
        <w:rPr>
          <w:i/>
          <w:color w:val="555555"/>
          <w:sz w:val="21"/>
        </w:rPr>
        <w:t>[Single-select]</w:t>
      </w:r>
    </w:p>
    <w:p w14:paraId="23818E2B" w14:textId="77777777" w:rsidR="00C02D52" w:rsidRDefault="00000000">
      <w:pPr>
        <w:spacing w:after="40" w:line="360" w:lineRule="auto"/>
      </w:pPr>
      <w:r>
        <w:rPr>
          <w:sz w:val="22"/>
        </w:rPr>
        <w:t>Response options: Yes; No</w:t>
      </w:r>
    </w:p>
    <w:p w14:paraId="3C37C97C" w14:textId="77777777" w:rsidR="00C02D52" w:rsidRDefault="00000000">
      <w:pPr>
        <w:spacing w:line="360" w:lineRule="auto"/>
      </w:pPr>
      <w:r>
        <w:rPr>
          <w:i/>
          <w:color w:val="777777"/>
          <w:sz w:val="20"/>
        </w:rPr>
        <w:t>(Asked only if: ${consent}='yes' and ${respondent_category}='abattoir' and ${ppe_available}='yes')</w:t>
      </w:r>
    </w:p>
    <w:p w14:paraId="433966EC" w14:textId="77777777" w:rsidR="00C02D52" w:rsidRDefault="00000000">
      <w:pPr>
        <w:spacing w:after="40" w:line="360" w:lineRule="auto"/>
        <w:jc w:val="both"/>
      </w:pPr>
      <w:r>
        <w:rPr>
          <w:b/>
        </w:rPr>
        <w:t>31. Have any work-related injuries been reported in the last 6 months?</w:t>
      </w:r>
    </w:p>
    <w:p w14:paraId="0C2E5383" w14:textId="77777777" w:rsidR="00C02D52" w:rsidRDefault="00000000">
      <w:pPr>
        <w:spacing w:after="40" w:line="360" w:lineRule="auto"/>
      </w:pPr>
      <w:r>
        <w:rPr>
          <w:i/>
          <w:color w:val="555555"/>
          <w:sz w:val="21"/>
        </w:rPr>
        <w:t>[Single-select]</w:t>
      </w:r>
    </w:p>
    <w:p w14:paraId="68469204" w14:textId="77777777" w:rsidR="00C02D52" w:rsidRDefault="00000000">
      <w:pPr>
        <w:spacing w:after="40" w:line="360" w:lineRule="auto"/>
      </w:pPr>
      <w:r>
        <w:rPr>
          <w:sz w:val="22"/>
        </w:rPr>
        <w:t>Response options: Yes; No</w:t>
      </w:r>
    </w:p>
    <w:p w14:paraId="765CA3F4" w14:textId="77777777" w:rsidR="00C02D52" w:rsidRDefault="00000000">
      <w:pPr>
        <w:spacing w:line="360" w:lineRule="auto"/>
      </w:pPr>
      <w:r>
        <w:rPr>
          <w:i/>
          <w:color w:val="777777"/>
          <w:sz w:val="20"/>
        </w:rPr>
        <w:t>(Asked only if: ${consent}='yes' and ${respondent_category}='abattoir')</w:t>
      </w:r>
    </w:p>
    <w:p w14:paraId="5B0AB52F" w14:textId="77777777" w:rsidR="00C02D52" w:rsidRDefault="00000000">
      <w:pPr>
        <w:spacing w:after="40" w:line="360" w:lineRule="auto"/>
        <w:jc w:val="both"/>
      </w:pPr>
      <w:r>
        <w:rPr>
          <w:b/>
        </w:rPr>
        <w:t>32. What health hazards are present at the abattoir?</w:t>
      </w:r>
    </w:p>
    <w:p w14:paraId="44D5BB7E" w14:textId="77777777" w:rsidR="00C02D52" w:rsidRDefault="00000000">
      <w:pPr>
        <w:spacing w:after="40" w:line="360" w:lineRule="auto"/>
      </w:pPr>
      <w:r>
        <w:rPr>
          <w:i/>
          <w:color w:val="555555"/>
          <w:sz w:val="21"/>
        </w:rPr>
        <w:t>[Multi-select (select all that apply)]</w:t>
      </w:r>
    </w:p>
    <w:p w14:paraId="5686AE6F" w14:textId="77777777" w:rsidR="00C02D52" w:rsidRDefault="00000000">
      <w:pPr>
        <w:spacing w:after="40" w:line="360" w:lineRule="auto"/>
      </w:pPr>
      <w:r>
        <w:rPr>
          <w:i/>
          <w:sz w:val="21"/>
        </w:rPr>
        <w:t>Instruction to enumerator: Select all that apply</w:t>
      </w:r>
    </w:p>
    <w:p w14:paraId="07DEB41D" w14:textId="77777777" w:rsidR="00C02D52" w:rsidRDefault="00000000">
      <w:pPr>
        <w:spacing w:after="40" w:line="360" w:lineRule="auto"/>
      </w:pPr>
      <w:r>
        <w:rPr>
          <w:sz w:val="22"/>
        </w:rPr>
        <w:t>Response options: Exposure to Blood/Offal; Cuts/Sharp Object Injuries; Slippery/Wet Floors; Poor Ventilation; Exposure to Cleaning Chemicals/Disinfectants; Zoonotic Disease Risk; Excessive Noise; Heavy Lifting / Musculoskeletal Strain; Waste/Wastewater Contamination; Other</w:t>
      </w:r>
    </w:p>
    <w:p w14:paraId="05B08392" w14:textId="77777777" w:rsidR="00C02D52" w:rsidRDefault="00000000">
      <w:pPr>
        <w:spacing w:line="360" w:lineRule="auto"/>
      </w:pPr>
      <w:r>
        <w:rPr>
          <w:i/>
          <w:color w:val="777777"/>
          <w:sz w:val="20"/>
        </w:rPr>
        <w:t>(Asked only if: ${consent}='yes' and ${respondent_category}='abattoir')</w:t>
      </w:r>
    </w:p>
    <w:p w14:paraId="5FB43302" w14:textId="77777777" w:rsidR="00C02D52" w:rsidRDefault="00000000">
      <w:pPr>
        <w:spacing w:after="40" w:line="360" w:lineRule="auto"/>
        <w:jc w:val="both"/>
      </w:pPr>
      <w:r>
        <w:rPr>
          <w:b/>
        </w:rPr>
        <w:t>33. Have workers reported any illnesses linked to abattoir work in the past 6 months?</w:t>
      </w:r>
    </w:p>
    <w:p w14:paraId="1F15ABB2" w14:textId="77777777" w:rsidR="00C02D52" w:rsidRDefault="00000000">
      <w:pPr>
        <w:spacing w:after="40" w:line="360" w:lineRule="auto"/>
      </w:pPr>
      <w:r>
        <w:rPr>
          <w:i/>
          <w:color w:val="555555"/>
          <w:sz w:val="21"/>
        </w:rPr>
        <w:t>[Single-select]</w:t>
      </w:r>
    </w:p>
    <w:p w14:paraId="1D688895" w14:textId="77777777" w:rsidR="00C02D52" w:rsidRDefault="00000000">
      <w:pPr>
        <w:spacing w:after="40" w:line="360" w:lineRule="auto"/>
      </w:pPr>
      <w:r>
        <w:rPr>
          <w:sz w:val="22"/>
        </w:rPr>
        <w:t>Response options: Yes; No</w:t>
      </w:r>
    </w:p>
    <w:p w14:paraId="4E4C8974" w14:textId="77777777" w:rsidR="00C02D52" w:rsidRDefault="00000000">
      <w:pPr>
        <w:spacing w:line="360" w:lineRule="auto"/>
      </w:pPr>
      <w:r>
        <w:rPr>
          <w:i/>
          <w:color w:val="777777"/>
          <w:sz w:val="20"/>
        </w:rPr>
        <w:t>(Asked only if: ${consent}='yes' and ${respondent_category}='abattoir')</w:t>
      </w:r>
    </w:p>
    <w:p w14:paraId="6942125C" w14:textId="77777777" w:rsidR="00C02D52" w:rsidRDefault="00000000">
      <w:pPr>
        <w:spacing w:after="40" w:line="360" w:lineRule="auto"/>
        <w:jc w:val="both"/>
      </w:pPr>
      <w:r>
        <w:rPr>
          <w:b/>
        </w:rPr>
        <w:t>34. What types of illnesses have been reported among workers?</w:t>
      </w:r>
    </w:p>
    <w:p w14:paraId="26C750DB" w14:textId="77777777" w:rsidR="00C02D52" w:rsidRDefault="00000000">
      <w:pPr>
        <w:spacing w:after="40" w:line="360" w:lineRule="auto"/>
      </w:pPr>
      <w:r>
        <w:rPr>
          <w:i/>
          <w:color w:val="555555"/>
          <w:sz w:val="21"/>
        </w:rPr>
        <w:lastRenderedPageBreak/>
        <w:t>[Multi-select (select all that apply)]</w:t>
      </w:r>
    </w:p>
    <w:p w14:paraId="47759795" w14:textId="77777777" w:rsidR="00C02D52" w:rsidRDefault="00000000">
      <w:pPr>
        <w:spacing w:after="40" w:line="360" w:lineRule="auto"/>
      </w:pPr>
      <w:r>
        <w:rPr>
          <w:i/>
          <w:sz w:val="21"/>
        </w:rPr>
        <w:t>Instruction to enumerator: Select all that apply</w:t>
      </w:r>
    </w:p>
    <w:p w14:paraId="0545078C" w14:textId="77777777" w:rsidR="00C02D52" w:rsidRDefault="00000000">
      <w:pPr>
        <w:spacing w:after="40" w:line="360" w:lineRule="auto"/>
      </w:pPr>
      <w:r>
        <w:rPr>
          <w:sz w:val="22"/>
        </w:rPr>
        <w:t>Response options: Skin Infections/Irritation; Respiratory Illness; Gastrointestinal Illness (Diarrhoea, etc.); Eye Irritation/Infection; Musculoskeletal Pain/Injury; Wound/Cut Infection; Suspected Zoonotic Infection; Other</w:t>
      </w:r>
    </w:p>
    <w:p w14:paraId="443F4639" w14:textId="77777777" w:rsidR="00C02D52" w:rsidRDefault="00000000">
      <w:pPr>
        <w:spacing w:line="360" w:lineRule="auto"/>
      </w:pPr>
      <w:r>
        <w:rPr>
          <w:i/>
          <w:color w:val="777777"/>
          <w:sz w:val="20"/>
        </w:rPr>
        <w:t>(Asked only if: ${consent}='yes' and ${respondent_category}='abattoir' and ${illness_reported_workers}='yes')</w:t>
      </w:r>
    </w:p>
    <w:p w14:paraId="4A75D3AB" w14:textId="77777777" w:rsidR="00C02D52" w:rsidRDefault="00000000">
      <w:pPr>
        <w:spacing w:after="40" w:line="360" w:lineRule="auto"/>
        <w:jc w:val="both"/>
      </w:pPr>
      <w:r>
        <w:rPr>
          <w:b/>
        </w:rPr>
        <w:t>35. Have surrounding residents made complaints about the abattoir?</w:t>
      </w:r>
    </w:p>
    <w:p w14:paraId="25463498" w14:textId="77777777" w:rsidR="00C02D52" w:rsidRDefault="00000000">
      <w:pPr>
        <w:spacing w:after="40" w:line="360" w:lineRule="auto"/>
      </w:pPr>
      <w:r>
        <w:rPr>
          <w:i/>
          <w:color w:val="555555"/>
          <w:sz w:val="21"/>
        </w:rPr>
        <w:t>[Single-select]</w:t>
      </w:r>
    </w:p>
    <w:p w14:paraId="115C6D29" w14:textId="77777777" w:rsidR="00C02D52" w:rsidRDefault="00000000">
      <w:pPr>
        <w:spacing w:after="40" w:line="360" w:lineRule="auto"/>
      </w:pPr>
      <w:r>
        <w:rPr>
          <w:sz w:val="22"/>
        </w:rPr>
        <w:t>Response options: Yes; No</w:t>
      </w:r>
    </w:p>
    <w:p w14:paraId="21D46B61" w14:textId="77777777" w:rsidR="00C02D52" w:rsidRDefault="00000000">
      <w:pPr>
        <w:spacing w:line="360" w:lineRule="auto"/>
      </w:pPr>
      <w:r>
        <w:rPr>
          <w:i/>
          <w:color w:val="777777"/>
          <w:sz w:val="20"/>
        </w:rPr>
        <w:t>(Asked only if: ${consent}='yes' and ${respondent_category}='abattoir')</w:t>
      </w:r>
    </w:p>
    <w:p w14:paraId="6D282587" w14:textId="77777777" w:rsidR="00C02D52" w:rsidRDefault="00000000">
      <w:pPr>
        <w:spacing w:after="40" w:line="360" w:lineRule="auto"/>
        <w:jc w:val="both"/>
      </w:pPr>
      <w:r>
        <w:rPr>
          <w:b/>
        </w:rPr>
        <w:t>36. What types of complaints have been made by residents?</w:t>
      </w:r>
    </w:p>
    <w:p w14:paraId="38349C36" w14:textId="77777777" w:rsidR="00C02D52" w:rsidRDefault="00000000">
      <w:pPr>
        <w:spacing w:after="40" w:line="360" w:lineRule="auto"/>
      </w:pPr>
      <w:r>
        <w:rPr>
          <w:i/>
          <w:color w:val="555555"/>
          <w:sz w:val="21"/>
        </w:rPr>
        <w:t>[Multi-select (select all that apply)]</w:t>
      </w:r>
    </w:p>
    <w:p w14:paraId="55599A4F" w14:textId="77777777" w:rsidR="00C02D52" w:rsidRDefault="00000000">
      <w:pPr>
        <w:spacing w:after="40" w:line="360" w:lineRule="auto"/>
      </w:pPr>
      <w:r>
        <w:rPr>
          <w:i/>
          <w:sz w:val="21"/>
        </w:rPr>
        <w:t>Instruction to enumerator: Select all that apply</w:t>
      </w:r>
    </w:p>
    <w:p w14:paraId="6981A89B" w14:textId="77777777" w:rsidR="00C02D52" w:rsidRDefault="00000000">
      <w:pPr>
        <w:spacing w:after="40" w:line="360" w:lineRule="auto"/>
      </w:pPr>
      <w:r>
        <w:rPr>
          <w:sz w:val="22"/>
        </w:rPr>
        <w:t>Response options: Offensive Odour; Flies/Pest Infestation; Wastewater Flooding/Runoff; Noise; Water Contamination; Illegal Waste Dumping; Other</w:t>
      </w:r>
    </w:p>
    <w:p w14:paraId="2E2E2F55" w14:textId="77777777" w:rsidR="00C02D52" w:rsidRDefault="00000000">
      <w:pPr>
        <w:spacing w:line="360" w:lineRule="auto"/>
      </w:pPr>
      <w:r>
        <w:rPr>
          <w:i/>
          <w:color w:val="777777"/>
          <w:sz w:val="20"/>
        </w:rPr>
        <w:t>(Asked only if: ${consent}='yes' and ${respondent_category}='abattoir' and ${community_complaints}='yes')</w:t>
      </w:r>
    </w:p>
    <w:p w14:paraId="3CDA8E5F" w14:textId="77777777" w:rsidR="00C02D52" w:rsidRDefault="00000000">
      <w:pPr>
        <w:spacing w:before="160" w:after="120"/>
      </w:pPr>
      <w:r>
        <w:rPr>
          <w:b/>
          <w:color w:val="000000"/>
        </w:rPr>
        <w:t>A4. Regulatory Compliance</w:t>
      </w:r>
    </w:p>
    <w:p w14:paraId="279498B9" w14:textId="77777777" w:rsidR="00C02D52" w:rsidRDefault="00000000">
      <w:pPr>
        <w:spacing w:after="40" w:line="360" w:lineRule="auto"/>
        <w:jc w:val="both"/>
      </w:pPr>
      <w:r>
        <w:rPr>
          <w:b/>
        </w:rPr>
        <w:t>37. Does the abattoir have a valid operating permit/licence?</w:t>
      </w:r>
    </w:p>
    <w:p w14:paraId="0AB3AC41" w14:textId="77777777" w:rsidR="00C02D52" w:rsidRDefault="00000000">
      <w:pPr>
        <w:spacing w:after="40" w:line="360" w:lineRule="auto"/>
      </w:pPr>
      <w:r>
        <w:rPr>
          <w:i/>
          <w:color w:val="555555"/>
          <w:sz w:val="21"/>
        </w:rPr>
        <w:t>[Single-select]</w:t>
      </w:r>
    </w:p>
    <w:p w14:paraId="29E3F230" w14:textId="77777777" w:rsidR="00C02D52" w:rsidRDefault="00000000">
      <w:pPr>
        <w:spacing w:after="40" w:line="360" w:lineRule="auto"/>
      </w:pPr>
      <w:r>
        <w:rPr>
          <w:sz w:val="22"/>
        </w:rPr>
        <w:t>Response options: Yes; No</w:t>
      </w:r>
    </w:p>
    <w:p w14:paraId="28CED43C" w14:textId="77777777" w:rsidR="00C02D52" w:rsidRDefault="00000000">
      <w:pPr>
        <w:spacing w:line="360" w:lineRule="auto"/>
      </w:pPr>
      <w:r>
        <w:rPr>
          <w:i/>
          <w:color w:val="777777"/>
          <w:sz w:val="20"/>
        </w:rPr>
        <w:t>(Asked only if: ${consent}='yes' and ${respondent_category}='abattoir')</w:t>
      </w:r>
    </w:p>
    <w:p w14:paraId="21B0CF80" w14:textId="77777777" w:rsidR="00C02D52" w:rsidRDefault="00000000">
      <w:pPr>
        <w:spacing w:after="40" w:line="360" w:lineRule="auto"/>
        <w:jc w:val="both"/>
      </w:pPr>
      <w:r>
        <w:rPr>
          <w:b/>
        </w:rPr>
        <w:t>38. Has the abattoir been inspected by health/environmental authorities in the past 12 months?</w:t>
      </w:r>
    </w:p>
    <w:p w14:paraId="171522D7" w14:textId="77777777" w:rsidR="00C02D52" w:rsidRDefault="00000000">
      <w:pPr>
        <w:spacing w:after="40" w:line="360" w:lineRule="auto"/>
      </w:pPr>
      <w:r>
        <w:rPr>
          <w:i/>
          <w:color w:val="555555"/>
          <w:sz w:val="21"/>
        </w:rPr>
        <w:t>[Single-select]</w:t>
      </w:r>
    </w:p>
    <w:p w14:paraId="20E65492" w14:textId="77777777" w:rsidR="00C02D52" w:rsidRDefault="00000000">
      <w:pPr>
        <w:spacing w:after="40" w:line="360" w:lineRule="auto"/>
      </w:pPr>
      <w:r>
        <w:rPr>
          <w:sz w:val="22"/>
        </w:rPr>
        <w:t>Response options: Yes; No</w:t>
      </w:r>
    </w:p>
    <w:p w14:paraId="3F471CF0" w14:textId="77777777" w:rsidR="00C02D52" w:rsidRDefault="00000000">
      <w:pPr>
        <w:spacing w:line="360" w:lineRule="auto"/>
      </w:pPr>
      <w:r>
        <w:rPr>
          <w:i/>
          <w:color w:val="777777"/>
          <w:sz w:val="20"/>
        </w:rPr>
        <w:t>(Asked only if: ${consent}='yes' and ${respondent_category}='abattoir')</w:t>
      </w:r>
    </w:p>
    <w:p w14:paraId="262DE9FF" w14:textId="77777777" w:rsidR="00C02D52" w:rsidRDefault="00000000">
      <w:pPr>
        <w:spacing w:after="40" w:line="360" w:lineRule="auto"/>
        <w:jc w:val="both"/>
      </w:pPr>
      <w:r>
        <w:rPr>
          <w:b/>
        </w:rPr>
        <w:t>39. How often is the abattoir inspected by authorities?</w:t>
      </w:r>
    </w:p>
    <w:p w14:paraId="4A76A810" w14:textId="77777777" w:rsidR="00C02D52" w:rsidRDefault="00000000">
      <w:pPr>
        <w:spacing w:after="40" w:line="360" w:lineRule="auto"/>
      </w:pPr>
      <w:r>
        <w:rPr>
          <w:i/>
          <w:color w:val="555555"/>
          <w:sz w:val="21"/>
        </w:rPr>
        <w:t>[Single-select]</w:t>
      </w:r>
    </w:p>
    <w:p w14:paraId="451A5224" w14:textId="77777777" w:rsidR="00C02D52" w:rsidRDefault="00000000">
      <w:pPr>
        <w:spacing w:after="40" w:line="360" w:lineRule="auto"/>
      </w:pPr>
      <w:r>
        <w:rPr>
          <w:sz w:val="22"/>
        </w:rPr>
        <w:t>Response options: Monthly; Quarterly; Twice a Year; Once a Year; Rarely; Never</w:t>
      </w:r>
    </w:p>
    <w:p w14:paraId="1DCE113D" w14:textId="77777777" w:rsidR="00C02D52" w:rsidRDefault="00000000">
      <w:pPr>
        <w:spacing w:line="360" w:lineRule="auto"/>
      </w:pPr>
      <w:r>
        <w:rPr>
          <w:i/>
          <w:color w:val="777777"/>
          <w:sz w:val="20"/>
        </w:rPr>
        <w:t>(Asked only if: ${consent}='yes' and ${respondent_category}='abattoir' and ${health_inspection_done}='yes')</w:t>
      </w:r>
    </w:p>
    <w:p w14:paraId="057802B1" w14:textId="77777777" w:rsidR="00C02D52" w:rsidRDefault="00000000">
      <w:pPr>
        <w:spacing w:after="40" w:line="360" w:lineRule="auto"/>
        <w:jc w:val="both"/>
      </w:pPr>
      <w:r>
        <w:rPr>
          <w:b/>
        </w:rPr>
        <w:lastRenderedPageBreak/>
        <w:t>40. Is ante- and post-mortem meat inspection carried out?</w:t>
      </w:r>
    </w:p>
    <w:p w14:paraId="680BF63F" w14:textId="77777777" w:rsidR="00C02D52" w:rsidRDefault="00000000">
      <w:pPr>
        <w:spacing w:after="40" w:line="360" w:lineRule="auto"/>
      </w:pPr>
      <w:r>
        <w:rPr>
          <w:i/>
          <w:color w:val="555555"/>
          <w:sz w:val="21"/>
        </w:rPr>
        <w:t>[Single-select]</w:t>
      </w:r>
    </w:p>
    <w:p w14:paraId="2DF2C6B3" w14:textId="77777777" w:rsidR="00C02D52" w:rsidRDefault="00000000">
      <w:pPr>
        <w:spacing w:after="40" w:line="360" w:lineRule="auto"/>
      </w:pPr>
      <w:r>
        <w:rPr>
          <w:sz w:val="22"/>
        </w:rPr>
        <w:t>Response options: Yes; No</w:t>
      </w:r>
    </w:p>
    <w:p w14:paraId="55BD8583" w14:textId="77777777" w:rsidR="00C02D52" w:rsidRDefault="00000000">
      <w:pPr>
        <w:spacing w:line="360" w:lineRule="auto"/>
      </w:pPr>
      <w:r>
        <w:rPr>
          <w:i/>
          <w:color w:val="777777"/>
          <w:sz w:val="20"/>
        </w:rPr>
        <w:t>(Asked only if: ${consent}='yes' and ${respondent_category}='abattoir')</w:t>
      </w:r>
    </w:p>
    <w:p w14:paraId="62B7CD2D" w14:textId="77777777" w:rsidR="00C02D52" w:rsidRDefault="00000000">
      <w:pPr>
        <w:spacing w:after="40" w:line="360" w:lineRule="auto"/>
        <w:jc w:val="both"/>
      </w:pPr>
      <w:r>
        <w:rPr>
          <w:b/>
        </w:rPr>
        <w:t>41. Are records kept for condemned/rejected meat?</w:t>
      </w:r>
    </w:p>
    <w:p w14:paraId="40472857" w14:textId="77777777" w:rsidR="00C02D52" w:rsidRDefault="00000000">
      <w:pPr>
        <w:spacing w:after="40" w:line="360" w:lineRule="auto"/>
      </w:pPr>
      <w:r>
        <w:rPr>
          <w:i/>
          <w:color w:val="555555"/>
          <w:sz w:val="21"/>
        </w:rPr>
        <w:t>[Single-select]</w:t>
      </w:r>
    </w:p>
    <w:p w14:paraId="04E36827" w14:textId="77777777" w:rsidR="00C02D52" w:rsidRDefault="00000000">
      <w:pPr>
        <w:spacing w:after="40" w:line="360" w:lineRule="auto"/>
      </w:pPr>
      <w:r>
        <w:rPr>
          <w:sz w:val="22"/>
        </w:rPr>
        <w:t>Response options: Yes; No</w:t>
      </w:r>
    </w:p>
    <w:p w14:paraId="231F4BC7" w14:textId="77777777" w:rsidR="00C02D52" w:rsidRDefault="00000000">
      <w:pPr>
        <w:spacing w:line="360" w:lineRule="auto"/>
      </w:pPr>
      <w:r>
        <w:rPr>
          <w:i/>
          <w:color w:val="777777"/>
          <w:sz w:val="20"/>
        </w:rPr>
        <w:t>(Asked only if: ${consent}='yes' and ${respondent_category}='abattoir')</w:t>
      </w:r>
    </w:p>
    <w:p w14:paraId="02AAE032" w14:textId="77777777" w:rsidR="00C02D52" w:rsidRDefault="00000000">
      <w:pPr>
        <w:spacing w:after="40" w:line="360" w:lineRule="auto"/>
        <w:jc w:val="both"/>
      </w:pPr>
      <w:r>
        <w:rPr>
          <w:b/>
        </w:rPr>
        <w:t>42. Were corrective actions taken following inspection findings?</w:t>
      </w:r>
    </w:p>
    <w:p w14:paraId="70679BE7" w14:textId="77777777" w:rsidR="00C02D52" w:rsidRDefault="00000000">
      <w:pPr>
        <w:spacing w:after="40" w:line="360" w:lineRule="auto"/>
      </w:pPr>
      <w:r>
        <w:rPr>
          <w:i/>
          <w:color w:val="555555"/>
          <w:sz w:val="21"/>
        </w:rPr>
        <w:t>[Single-select]</w:t>
      </w:r>
    </w:p>
    <w:p w14:paraId="51D4E089" w14:textId="77777777" w:rsidR="00C02D52" w:rsidRDefault="00000000">
      <w:pPr>
        <w:spacing w:after="40" w:line="360" w:lineRule="auto"/>
      </w:pPr>
      <w:r>
        <w:rPr>
          <w:sz w:val="22"/>
        </w:rPr>
        <w:t>Response options: Yes; No</w:t>
      </w:r>
    </w:p>
    <w:p w14:paraId="6EB6BCA9" w14:textId="77777777" w:rsidR="00C02D52" w:rsidRDefault="00000000">
      <w:pPr>
        <w:spacing w:line="360" w:lineRule="auto"/>
      </w:pPr>
      <w:r>
        <w:rPr>
          <w:i/>
          <w:color w:val="777777"/>
          <w:sz w:val="20"/>
        </w:rPr>
        <w:t>(Asked only if: ${consent}='yes' and ${respondent_category}='abattoir' and ${health_inspection_done}='yes')</w:t>
      </w:r>
    </w:p>
    <w:p w14:paraId="737097E0" w14:textId="77777777" w:rsidR="00C02D52" w:rsidRDefault="00000000">
      <w:pPr>
        <w:spacing w:after="40" w:line="360" w:lineRule="auto"/>
        <w:jc w:val="both"/>
      </w:pPr>
      <w:r>
        <w:rPr>
          <w:b/>
        </w:rPr>
        <w:t>43. Overall level of compliance with sanitation/food safety regulations (Enumerator rating)</w:t>
      </w:r>
    </w:p>
    <w:p w14:paraId="417F6F93" w14:textId="77777777" w:rsidR="00C02D52" w:rsidRDefault="00000000">
      <w:pPr>
        <w:spacing w:after="40" w:line="360" w:lineRule="auto"/>
      </w:pPr>
      <w:r>
        <w:rPr>
          <w:i/>
          <w:color w:val="555555"/>
          <w:sz w:val="21"/>
        </w:rPr>
        <w:t>[Single-select]</w:t>
      </w:r>
    </w:p>
    <w:p w14:paraId="50E83657" w14:textId="77777777" w:rsidR="00C02D52" w:rsidRDefault="00000000">
      <w:pPr>
        <w:spacing w:after="40" w:line="360" w:lineRule="auto"/>
      </w:pPr>
      <w:r>
        <w:rPr>
          <w:sz w:val="22"/>
        </w:rPr>
        <w:t>Response options: Fully Compliant; Mostly Compliant; Partially Compliant; Minimally Compliant; Non-Compliant</w:t>
      </w:r>
    </w:p>
    <w:p w14:paraId="77797C92" w14:textId="77777777" w:rsidR="00C02D52" w:rsidRDefault="00000000">
      <w:pPr>
        <w:spacing w:line="360" w:lineRule="auto"/>
      </w:pPr>
      <w:r>
        <w:rPr>
          <w:i/>
          <w:color w:val="777777"/>
          <w:sz w:val="20"/>
        </w:rPr>
        <w:t>(Asked only if: ${consent}='yes' and ${respondent_category}='abattoir')</w:t>
      </w:r>
    </w:p>
    <w:p w14:paraId="0AACEC7F" w14:textId="77777777" w:rsidR="00C02D52" w:rsidRDefault="00000000">
      <w:pPr>
        <w:spacing w:before="160" w:after="120"/>
      </w:pPr>
      <w:r>
        <w:rPr>
          <w:b/>
          <w:color w:val="000000"/>
        </w:rPr>
        <w:t>A5. Knowledge, Attitudes &amp; Practices of Workers</w:t>
      </w:r>
    </w:p>
    <w:p w14:paraId="26F97691" w14:textId="77777777" w:rsidR="00C02D52" w:rsidRDefault="00000000">
      <w:pPr>
        <w:spacing w:after="40" w:line="360" w:lineRule="auto"/>
        <w:jc w:val="both"/>
      </w:pPr>
      <w:r>
        <w:rPr>
          <w:b/>
        </w:rPr>
        <w:t>44. Education level of abattoir operator/respondent</w:t>
      </w:r>
    </w:p>
    <w:p w14:paraId="4B465584" w14:textId="77777777" w:rsidR="00C02D52" w:rsidRDefault="00000000">
      <w:pPr>
        <w:spacing w:after="40" w:line="360" w:lineRule="auto"/>
      </w:pPr>
      <w:r>
        <w:rPr>
          <w:i/>
          <w:color w:val="555555"/>
          <w:sz w:val="21"/>
        </w:rPr>
        <w:t>[Single-select]</w:t>
      </w:r>
    </w:p>
    <w:p w14:paraId="644B95AC" w14:textId="77777777" w:rsidR="00C02D52" w:rsidRDefault="00000000">
      <w:pPr>
        <w:spacing w:after="40" w:line="360" w:lineRule="auto"/>
      </w:pPr>
      <w:r>
        <w:rPr>
          <w:sz w:val="22"/>
        </w:rPr>
        <w:t>Response options: No Formal Education; Primary; Junior Secondary School (JSS); Senior Secondary School (SSS); Vocational/Technical Training; Tertiary (College/University)</w:t>
      </w:r>
    </w:p>
    <w:p w14:paraId="42B9D6D4" w14:textId="77777777" w:rsidR="00C02D52" w:rsidRDefault="00000000">
      <w:pPr>
        <w:spacing w:line="360" w:lineRule="auto"/>
      </w:pPr>
      <w:r>
        <w:rPr>
          <w:i/>
          <w:color w:val="777777"/>
          <w:sz w:val="20"/>
        </w:rPr>
        <w:t>(Asked only if: ${consent}='yes' and ${respondent_category}='abattoir')</w:t>
      </w:r>
    </w:p>
    <w:p w14:paraId="6E7359B5" w14:textId="77777777" w:rsidR="00C02D52" w:rsidRDefault="00000000">
      <w:pPr>
        <w:spacing w:after="40" w:line="360" w:lineRule="auto"/>
        <w:jc w:val="both"/>
      </w:pPr>
      <w:r>
        <w:rPr>
          <w:b/>
        </w:rPr>
        <w:t>45. Has the operator/worker received any training in abattoir hygiene or food safety?</w:t>
      </w:r>
    </w:p>
    <w:p w14:paraId="5A4554A9" w14:textId="77777777" w:rsidR="00C02D52" w:rsidRDefault="00000000">
      <w:pPr>
        <w:spacing w:after="40" w:line="360" w:lineRule="auto"/>
      </w:pPr>
      <w:r>
        <w:rPr>
          <w:i/>
          <w:color w:val="555555"/>
          <w:sz w:val="21"/>
        </w:rPr>
        <w:t>[Single-select]</w:t>
      </w:r>
    </w:p>
    <w:p w14:paraId="30CDC46B" w14:textId="77777777" w:rsidR="00C02D52" w:rsidRDefault="00000000">
      <w:pPr>
        <w:spacing w:after="40" w:line="360" w:lineRule="auto"/>
      </w:pPr>
      <w:r>
        <w:rPr>
          <w:sz w:val="22"/>
        </w:rPr>
        <w:t>Response options: Yes; No</w:t>
      </w:r>
    </w:p>
    <w:p w14:paraId="60F4FB5C" w14:textId="77777777" w:rsidR="00C02D52" w:rsidRDefault="00000000">
      <w:pPr>
        <w:spacing w:line="360" w:lineRule="auto"/>
      </w:pPr>
      <w:r>
        <w:rPr>
          <w:i/>
          <w:color w:val="777777"/>
          <w:sz w:val="20"/>
        </w:rPr>
        <w:t>(Asked only if: ${consent}='yes' and ${respondent_category}='abattoir')</w:t>
      </w:r>
    </w:p>
    <w:p w14:paraId="315BE4FF" w14:textId="77777777" w:rsidR="00C02D52" w:rsidRDefault="00000000">
      <w:pPr>
        <w:spacing w:after="40" w:line="360" w:lineRule="auto"/>
        <w:jc w:val="both"/>
      </w:pPr>
      <w:r>
        <w:rPr>
          <w:b/>
        </w:rPr>
        <w:t>46. Is the respondent aware of zoonotic diseases (diseases transmitted from animals to humans)?</w:t>
      </w:r>
    </w:p>
    <w:p w14:paraId="2D6CC5AF" w14:textId="77777777" w:rsidR="00C02D52" w:rsidRDefault="00000000">
      <w:pPr>
        <w:spacing w:after="40" w:line="360" w:lineRule="auto"/>
      </w:pPr>
      <w:r>
        <w:rPr>
          <w:i/>
          <w:color w:val="555555"/>
          <w:sz w:val="21"/>
        </w:rPr>
        <w:lastRenderedPageBreak/>
        <w:t>[Single-select]</w:t>
      </w:r>
    </w:p>
    <w:p w14:paraId="40E88325" w14:textId="77777777" w:rsidR="00C02D52" w:rsidRDefault="00000000">
      <w:pPr>
        <w:spacing w:after="40" w:line="360" w:lineRule="auto"/>
      </w:pPr>
      <w:r>
        <w:rPr>
          <w:sz w:val="22"/>
        </w:rPr>
        <w:t>Response options: Yes; No</w:t>
      </w:r>
    </w:p>
    <w:p w14:paraId="32FC019A" w14:textId="77777777" w:rsidR="00C02D52" w:rsidRDefault="00000000">
      <w:pPr>
        <w:spacing w:line="360" w:lineRule="auto"/>
      </w:pPr>
      <w:r>
        <w:rPr>
          <w:i/>
          <w:color w:val="777777"/>
          <w:sz w:val="20"/>
        </w:rPr>
        <w:t>(Asked only if: ${consent}='yes' and ${respondent_category}='abattoir')</w:t>
      </w:r>
    </w:p>
    <w:p w14:paraId="08D63EA6" w14:textId="77777777" w:rsidR="00C02D52" w:rsidRDefault="00000000">
      <w:pPr>
        <w:spacing w:after="40" w:line="360" w:lineRule="auto"/>
        <w:jc w:val="both"/>
      </w:pPr>
      <w:r>
        <w:rPr>
          <w:b/>
        </w:rPr>
        <w:t>47. Which zoonotic diseases is the respondent aware of?</w:t>
      </w:r>
    </w:p>
    <w:p w14:paraId="1E2E27A5" w14:textId="77777777" w:rsidR="00C02D52" w:rsidRDefault="00000000">
      <w:pPr>
        <w:spacing w:after="40" w:line="360" w:lineRule="auto"/>
      </w:pPr>
      <w:r>
        <w:rPr>
          <w:i/>
          <w:color w:val="555555"/>
          <w:sz w:val="21"/>
        </w:rPr>
        <w:t>[Multi-select (select all that apply)]</w:t>
      </w:r>
    </w:p>
    <w:p w14:paraId="6BB3A767" w14:textId="77777777" w:rsidR="00C02D52" w:rsidRDefault="00000000">
      <w:pPr>
        <w:spacing w:after="40" w:line="360" w:lineRule="auto"/>
      </w:pPr>
      <w:r>
        <w:rPr>
          <w:i/>
          <w:sz w:val="21"/>
        </w:rPr>
        <w:t>Instruction to enumerator: Select all that apply</w:t>
      </w:r>
    </w:p>
    <w:p w14:paraId="6629F8AD" w14:textId="77777777" w:rsidR="00C02D52" w:rsidRDefault="00000000">
      <w:pPr>
        <w:spacing w:after="40" w:line="360" w:lineRule="auto"/>
      </w:pPr>
      <w:r>
        <w:rPr>
          <w:sz w:val="22"/>
        </w:rPr>
        <w:t>Response options: Anthrax; Brucellosis; Bovine Tuberculosis; Leptospirosis; Rabies; E. coli Infection; None Known</w:t>
      </w:r>
    </w:p>
    <w:p w14:paraId="7335F22A" w14:textId="77777777" w:rsidR="00C02D52" w:rsidRDefault="00000000">
      <w:pPr>
        <w:spacing w:line="360" w:lineRule="auto"/>
      </w:pPr>
      <w:r>
        <w:rPr>
          <w:i/>
          <w:color w:val="777777"/>
          <w:sz w:val="20"/>
        </w:rPr>
        <w:t>(Asked only if: ${consent}='yes' and ${respondent_category}='abattoir' and ${knows_zoonotic_diseases}='yes')</w:t>
      </w:r>
    </w:p>
    <w:p w14:paraId="779835FB" w14:textId="77777777" w:rsidR="00C02D52" w:rsidRDefault="00000000">
      <w:pPr>
        <w:spacing w:after="40" w:line="360" w:lineRule="auto"/>
        <w:jc w:val="both"/>
      </w:pPr>
      <w:r>
        <w:rPr>
          <w:b/>
        </w:rPr>
        <w:t>48. Do workers undergo regular medical/health checks?</w:t>
      </w:r>
    </w:p>
    <w:p w14:paraId="255BE0C9" w14:textId="77777777" w:rsidR="00C02D52" w:rsidRDefault="00000000">
      <w:pPr>
        <w:spacing w:after="40" w:line="360" w:lineRule="auto"/>
      </w:pPr>
      <w:r>
        <w:rPr>
          <w:i/>
          <w:color w:val="555555"/>
          <w:sz w:val="21"/>
        </w:rPr>
        <w:t>[Single-select]</w:t>
      </w:r>
    </w:p>
    <w:p w14:paraId="50CB4993" w14:textId="77777777" w:rsidR="00C02D52" w:rsidRDefault="00000000">
      <w:pPr>
        <w:spacing w:after="40" w:line="360" w:lineRule="auto"/>
      </w:pPr>
      <w:r>
        <w:rPr>
          <w:sz w:val="22"/>
        </w:rPr>
        <w:t>Response options: Yes; No</w:t>
      </w:r>
    </w:p>
    <w:p w14:paraId="21D25BFA" w14:textId="77777777" w:rsidR="00C02D52" w:rsidRDefault="00000000">
      <w:pPr>
        <w:spacing w:line="360" w:lineRule="auto"/>
      </w:pPr>
      <w:r>
        <w:rPr>
          <w:i/>
          <w:color w:val="777777"/>
          <w:sz w:val="20"/>
        </w:rPr>
        <w:t>(Asked only if: ${consent}='yes' and ${respondent_category}='abattoir')</w:t>
      </w:r>
    </w:p>
    <w:p w14:paraId="1E1F5BEA" w14:textId="77777777" w:rsidR="00C02D52" w:rsidRDefault="00000000">
      <w:pPr>
        <w:spacing w:after="40" w:line="360" w:lineRule="auto"/>
        <w:jc w:val="both"/>
      </w:pPr>
      <w:r>
        <w:rPr>
          <w:b/>
        </w:rPr>
        <w:t>49. Respondent's attitude towards maintaining good sanitation at the abattoir</w:t>
      </w:r>
    </w:p>
    <w:p w14:paraId="3415EE89" w14:textId="77777777" w:rsidR="00C02D52" w:rsidRDefault="00000000">
      <w:pPr>
        <w:spacing w:after="40" w:line="360" w:lineRule="auto"/>
      </w:pPr>
      <w:r>
        <w:rPr>
          <w:i/>
          <w:color w:val="555555"/>
          <w:sz w:val="21"/>
        </w:rPr>
        <w:t>[Single-select]</w:t>
      </w:r>
    </w:p>
    <w:p w14:paraId="486CBF08" w14:textId="77777777" w:rsidR="00C02D52" w:rsidRDefault="00000000">
      <w:pPr>
        <w:spacing w:after="40" w:line="360" w:lineRule="auto"/>
      </w:pPr>
      <w:r>
        <w:rPr>
          <w:sz w:val="22"/>
        </w:rPr>
        <w:t>Response options: Very Positive; Positive; Neutral; Negative; Very Negative</w:t>
      </w:r>
    </w:p>
    <w:p w14:paraId="0EE977C4" w14:textId="77777777" w:rsidR="00C02D52" w:rsidRDefault="00000000">
      <w:pPr>
        <w:spacing w:line="360" w:lineRule="auto"/>
      </w:pPr>
      <w:r>
        <w:rPr>
          <w:i/>
          <w:color w:val="777777"/>
          <w:sz w:val="20"/>
        </w:rPr>
        <w:t>(Asked only if: ${consent}='yes' and ${respondent_category}='abattoir')</w:t>
      </w:r>
    </w:p>
    <w:p w14:paraId="2DA45639" w14:textId="77777777" w:rsidR="00C02D52" w:rsidRDefault="00000000">
      <w:pPr>
        <w:spacing w:before="160" w:after="120"/>
      </w:pPr>
      <w:r>
        <w:rPr>
          <w:b/>
          <w:color w:val="000000"/>
        </w:rPr>
        <w:t>A6. Enumerator Observations &amp; Recommendations</w:t>
      </w:r>
    </w:p>
    <w:p w14:paraId="148C8F25" w14:textId="77777777" w:rsidR="00C02D52" w:rsidRDefault="00000000">
      <w:pPr>
        <w:spacing w:after="40" w:line="360" w:lineRule="auto"/>
        <w:jc w:val="both"/>
      </w:pPr>
      <w:r>
        <w:rPr>
          <w:b/>
        </w:rPr>
        <w:t>50. What priority improvements are needed at this abattoir?</w:t>
      </w:r>
    </w:p>
    <w:p w14:paraId="6F5C2806" w14:textId="77777777" w:rsidR="00C02D52" w:rsidRDefault="00000000">
      <w:pPr>
        <w:spacing w:after="40" w:line="360" w:lineRule="auto"/>
      </w:pPr>
      <w:r>
        <w:rPr>
          <w:i/>
          <w:color w:val="555555"/>
          <w:sz w:val="21"/>
        </w:rPr>
        <w:t>[Multi-select (select all that apply)]</w:t>
      </w:r>
    </w:p>
    <w:p w14:paraId="3D78671D" w14:textId="77777777" w:rsidR="00C02D52" w:rsidRDefault="00000000">
      <w:pPr>
        <w:spacing w:after="40" w:line="360" w:lineRule="auto"/>
      </w:pPr>
      <w:r>
        <w:rPr>
          <w:i/>
          <w:sz w:val="21"/>
        </w:rPr>
        <w:t>Instruction to enumerator: Select all that apply</w:t>
      </w:r>
    </w:p>
    <w:p w14:paraId="4F18A3F8" w14:textId="77777777" w:rsidR="00C02D52" w:rsidRDefault="00000000">
      <w:pPr>
        <w:spacing w:after="40" w:line="360" w:lineRule="auto"/>
      </w:pPr>
      <w:r>
        <w:rPr>
          <w:sz w:val="22"/>
        </w:rPr>
        <w:t>Response options: Improve Water Supply; Improve Drainage System; Improve Waste Management/Disposal; Provide PPE to Workers; Worker Training on Hygiene/Food Safety; Strengthen Vector Control; Upgrade Physical Infrastructure (Floor/Roof/Walls); Increase Regulatory Inspection; Relocate Abattoir Away from Residential Area; Community Health Sensitization; Other</w:t>
      </w:r>
    </w:p>
    <w:p w14:paraId="7F57322A" w14:textId="77777777" w:rsidR="00C02D52" w:rsidRDefault="00000000">
      <w:pPr>
        <w:spacing w:line="360" w:lineRule="auto"/>
      </w:pPr>
      <w:r>
        <w:rPr>
          <w:i/>
          <w:color w:val="777777"/>
          <w:sz w:val="20"/>
        </w:rPr>
        <w:t>(Asked only if: ${consent}='yes' and ${respondent_category}='abattoir')</w:t>
      </w:r>
    </w:p>
    <w:p w14:paraId="4F2C63A0" w14:textId="77777777" w:rsidR="00C02D52" w:rsidRDefault="00000000">
      <w:pPr>
        <w:spacing w:after="40" w:line="360" w:lineRule="auto"/>
        <w:jc w:val="both"/>
      </w:pPr>
      <w:r>
        <w:rPr>
          <w:b/>
        </w:rPr>
        <w:t>51. Additional remarks / observations by enumerator</w:t>
      </w:r>
    </w:p>
    <w:p w14:paraId="74F6E064" w14:textId="77777777" w:rsidR="00C02D52" w:rsidRDefault="00000000">
      <w:pPr>
        <w:spacing w:after="40" w:line="360" w:lineRule="auto"/>
      </w:pPr>
      <w:r>
        <w:rPr>
          <w:i/>
          <w:color w:val="555555"/>
          <w:sz w:val="21"/>
        </w:rPr>
        <w:t>[Open text]</w:t>
      </w:r>
    </w:p>
    <w:p w14:paraId="3E0B526A" w14:textId="77777777" w:rsidR="00C02D52" w:rsidRDefault="00000000">
      <w:pPr>
        <w:spacing w:after="40" w:line="360" w:lineRule="auto"/>
      </w:pPr>
      <w:r>
        <w:rPr>
          <w:i/>
          <w:sz w:val="21"/>
        </w:rPr>
        <w:t>Instruction to enumerator: Note anything important not captured above</w:t>
      </w:r>
    </w:p>
    <w:p w14:paraId="53659089" w14:textId="77777777" w:rsidR="00C02D52" w:rsidRDefault="00000000">
      <w:pPr>
        <w:spacing w:line="360" w:lineRule="auto"/>
      </w:pPr>
      <w:r>
        <w:rPr>
          <w:i/>
          <w:color w:val="777777"/>
          <w:sz w:val="20"/>
        </w:rPr>
        <w:t>(Asked only if: ${consent}='yes' and ${respondent_category}='abattoir')</w:t>
      </w:r>
    </w:p>
    <w:p w14:paraId="7A66C46A" w14:textId="77777777" w:rsidR="00C02D52" w:rsidRDefault="00000000">
      <w:pPr>
        <w:spacing w:before="280" w:after="120"/>
      </w:pPr>
      <w:r>
        <w:rPr>
          <w:b/>
          <w:color w:val="1F3864"/>
          <w:sz w:val="26"/>
        </w:rPr>
        <w:lastRenderedPageBreak/>
        <w:t>SECTION B: RESIDENTS</w:t>
      </w:r>
    </w:p>
    <w:p w14:paraId="5389FEE2" w14:textId="77777777" w:rsidR="00C02D52" w:rsidRDefault="00000000">
      <w:pPr>
        <w:spacing w:before="160" w:after="120"/>
      </w:pPr>
      <w:r>
        <w:rPr>
          <w:b/>
          <w:color w:val="000000"/>
        </w:rPr>
        <w:t>B1. Respondent Demographics</w:t>
      </w:r>
    </w:p>
    <w:p w14:paraId="7003FEFD" w14:textId="77777777" w:rsidR="00C02D52" w:rsidRDefault="00000000">
      <w:pPr>
        <w:spacing w:after="40" w:line="360" w:lineRule="auto"/>
        <w:jc w:val="both"/>
      </w:pPr>
      <w:r>
        <w:rPr>
          <w:b/>
        </w:rPr>
        <w:t>52. Sex of respondent</w:t>
      </w:r>
    </w:p>
    <w:p w14:paraId="645A1669" w14:textId="77777777" w:rsidR="00C02D52" w:rsidRDefault="00000000">
      <w:pPr>
        <w:spacing w:after="40" w:line="360" w:lineRule="auto"/>
      </w:pPr>
      <w:r>
        <w:rPr>
          <w:i/>
          <w:color w:val="555555"/>
          <w:sz w:val="21"/>
        </w:rPr>
        <w:t>[Single-select]</w:t>
      </w:r>
    </w:p>
    <w:p w14:paraId="6F1AA690" w14:textId="77777777" w:rsidR="00C02D52" w:rsidRDefault="00000000">
      <w:pPr>
        <w:spacing w:after="40" w:line="360" w:lineRule="auto"/>
      </w:pPr>
      <w:r>
        <w:rPr>
          <w:sz w:val="22"/>
        </w:rPr>
        <w:t>Response options: Male; Female</w:t>
      </w:r>
    </w:p>
    <w:p w14:paraId="6C74DC25" w14:textId="77777777" w:rsidR="00C02D52" w:rsidRDefault="00000000">
      <w:pPr>
        <w:spacing w:line="360" w:lineRule="auto"/>
      </w:pPr>
      <w:r>
        <w:rPr>
          <w:i/>
          <w:color w:val="777777"/>
          <w:sz w:val="20"/>
        </w:rPr>
        <w:t>(Asked only if: ${consent}='yes' and ${respondent_category}='resident')</w:t>
      </w:r>
    </w:p>
    <w:p w14:paraId="5A2E5EC4" w14:textId="77777777" w:rsidR="00C02D52" w:rsidRDefault="00000000">
      <w:pPr>
        <w:spacing w:after="40" w:line="360" w:lineRule="auto"/>
        <w:jc w:val="both"/>
      </w:pPr>
      <w:r>
        <w:rPr>
          <w:b/>
        </w:rPr>
        <w:t>53. Age group of respondent</w:t>
      </w:r>
    </w:p>
    <w:p w14:paraId="3FF671A0" w14:textId="77777777" w:rsidR="00C02D52" w:rsidRDefault="00000000">
      <w:pPr>
        <w:spacing w:after="40" w:line="360" w:lineRule="auto"/>
      </w:pPr>
      <w:r>
        <w:rPr>
          <w:i/>
          <w:color w:val="555555"/>
          <w:sz w:val="21"/>
        </w:rPr>
        <w:t>[Single-select]</w:t>
      </w:r>
    </w:p>
    <w:p w14:paraId="6C71DA98" w14:textId="77777777" w:rsidR="00C02D52" w:rsidRDefault="00000000">
      <w:pPr>
        <w:spacing w:after="40" w:line="360" w:lineRule="auto"/>
      </w:pPr>
      <w:r>
        <w:rPr>
          <w:sz w:val="22"/>
        </w:rPr>
        <w:t>Response options: 18 - 24 years; 25 - 34 years; 35 - 44 years; 45 - 54 years; 55 - 64 years; 65 years and above</w:t>
      </w:r>
    </w:p>
    <w:p w14:paraId="66DBE065" w14:textId="77777777" w:rsidR="00C02D52" w:rsidRDefault="00000000">
      <w:pPr>
        <w:spacing w:line="360" w:lineRule="auto"/>
      </w:pPr>
      <w:r>
        <w:rPr>
          <w:i/>
          <w:color w:val="777777"/>
          <w:sz w:val="20"/>
        </w:rPr>
        <w:t>(Asked only if: ${consent}='yes' and ${respondent_category}='resident')</w:t>
      </w:r>
    </w:p>
    <w:p w14:paraId="1C3C612E" w14:textId="77777777" w:rsidR="00C02D52" w:rsidRDefault="00000000">
      <w:pPr>
        <w:spacing w:after="40" w:line="360" w:lineRule="auto"/>
        <w:jc w:val="both"/>
      </w:pPr>
      <w:r>
        <w:rPr>
          <w:b/>
        </w:rPr>
        <w:t>54. Education level of respondent</w:t>
      </w:r>
    </w:p>
    <w:p w14:paraId="5368D70F" w14:textId="77777777" w:rsidR="00C02D52" w:rsidRDefault="00000000">
      <w:pPr>
        <w:spacing w:after="40" w:line="360" w:lineRule="auto"/>
      </w:pPr>
      <w:r>
        <w:rPr>
          <w:i/>
          <w:color w:val="555555"/>
          <w:sz w:val="21"/>
        </w:rPr>
        <w:t>[Single-select]</w:t>
      </w:r>
    </w:p>
    <w:p w14:paraId="780F40E0" w14:textId="77777777" w:rsidR="00C02D52" w:rsidRDefault="00000000">
      <w:pPr>
        <w:spacing w:after="40" w:line="360" w:lineRule="auto"/>
      </w:pPr>
      <w:r>
        <w:rPr>
          <w:sz w:val="22"/>
        </w:rPr>
        <w:t>Response options: No Formal Education; Primary; Junior Secondary School (JSS); Senior Secondary School (SSS); Vocational/Technical Training; Tertiary (College/University)</w:t>
      </w:r>
    </w:p>
    <w:p w14:paraId="7C38B6D3" w14:textId="77777777" w:rsidR="00C02D52" w:rsidRDefault="00000000">
      <w:pPr>
        <w:spacing w:line="360" w:lineRule="auto"/>
      </w:pPr>
      <w:r>
        <w:rPr>
          <w:i/>
          <w:color w:val="777777"/>
          <w:sz w:val="20"/>
        </w:rPr>
        <w:t>(Asked only if: ${consent}='yes' and ${respondent_category}='resident')</w:t>
      </w:r>
    </w:p>
    <w:p w14:paraId="26CABAC2" w14:textId="77777777" w:rsidR="00C02D52" w:rsidRDefault="00000000">
      <w:pPr>
        <w:spacing w:after="40" w:line="360" w:lineRule="auto"/>
        <w:jc w:val="both"/>
      </w:pPr>
      <w:r>
        <w:rPr>
          <w:b/>
        </w:rPr>
        <w:t>55. Main occupation of respondent</w:t>
      </w:r>
    </w:p>
    <w:p w14:paraId="4A6B72ED" w14:textId="77777777" w:rsidR="00C02D52" w:rsidRDefault="00000000">
      <w:pPr>
        <w:spacing w:after="40" w:line="360" w:lineRule="auto"/>
      </w:pPr>
      <w:r>
        <w:rPr>
          <w:i/>
          <w:color w:val="555555"/>
          <w:sz w:val="21"/>
        </w:rPr>
        <w:t>[Single-select]</w:t>
      </w:r>
    </w:p>
    <w:p w14:paraId="1724CEC2" w14:textId="77777777" w:rsidR="00C02D52" w:rsidRDefault="00000000">
      <w:pPr>
        <w:spacing w:after="40" w:line="360" w:lineRule="auto"/>
      </w:pPr>
      <w:r>
        <w:rPr>
          <w:sz w:val="22"/>
        </w:rPr>
        <w:t>Response options: Trading/Business; Farming; Civil Servant; Artisan/Skilled Labour; Student; Unemployed; Other</w:t>
      </w:r>
    </w:p>
    <w:p w14:paraId="7A1CA816" w14:textId="77777777" w:rsidR="00C02D52" w:rsidRDefault="00000000">
      <w:pPr>
        <w:spacing w:line="360" w:lineRule="auto"/>
      </w:pPr>
      <w:r>
        <w:rPr>
          <w:i/>
          <w:color w:val="777777"/>
          <w:sz w:val="20"/>
        </w:rPr>
        <w:t>(Asked only if: ${consent}='yes' and ${respondent_category}='resident')</w:t>
      </w:r>
    </w:p>
    <w:p w14:paraId="38695C5D" w14:textId="77777777" w:rsidR="00C02D52" w:rsidRDefault="00000000">
      <w:pPr>
        <w:spacing w:after="40" w:line="360" w:lineRule="auto"/>
        <w:jc w:val="both"/>
      </w:pPr>
      <w:r>
        <w:rPr>
          <w:b/>
        </w:rPr>
        <w:t>56. Number of people in the household</w:t>
      </w:r>
    </w:p>
    <w:p w14:paraId="3D0925BD" w14:textId="77777777" w:rsidR="00C02D52" w:rsidRDefault="00000000">
      <w:pPr>
        <w:spacing w:after="40" w:line="360" w:lineRule="auto"/>
      </w:pPr>
      <w:r>
        <w:rPr>
          <w:i/>
          <w:color w:val="555555"/>
          <w:sz w:val="21"/>
        </w:rPr>
        <w:t>[Single-select]</w:t>
      </w:r>
    </w:p>
    <w:p w14:paraId="22F9A837" w14:textId="77777777" w:rsidR="00C02D52" w:rsidRDefault="00000000">
      <w:pPr>
        <w:spacing w:after="40" w:line="360" w:lineRule="auto"/>
      </w:pPr>
      <w:r>
        <w:rPr>
          <w:sz w:val="22"/>
        </w:rPr>
        <w:t>Response options: 1 - 3 persons; 4 - 6 persons; 7 - 9 persons; 10 persons or more</w:t>
      </w:r>
    </w:p>
    <w:p w14:paraId="5EB716AD" w14:textId="77777777" w:rsidR="00C02D52" w:rsidRDefault="00000000">
      <w:pPr>
        <w:spacing w:line="360" w:lineRule="auto"/>
      </w:pPr>
      <w:r>
        <w:rPr>
          <w:i/>
          <w:color w:val="777777"/>
          <w:sz w:val="20"/>
        </w:rPr>
        <w:t>(Asked only if: ${consent}='yes' and ${respondent_category}='resident')</w:t>
      </w:r>
    </w:p>
    <w:p w14:paraId="30EDDCBD" w14:textId="77777777" w:rsidR="00C02D52" w:rsidRDefault="00000000">
      <w:pPr>
        <w:spacing w:after="40" w:line="360" w:lineRule="auto"/>
        <w:jc w:val="both"/>
      </w:pPr>
      <w:r>
        <w:rPr>
          <w:b/>
        </w:rPr>
        <w:t>57. How long has the respondent lived in this community?</w:t>
      </w:r>
    </w:p>
    <w:p w14:paraId="303A1C19" w14:textId="77777777" w:rsidR="00C02D52" w:rsidRDefault="00000000">
      <w:pPr>
        <w:spacing w:after="40" w:line="360" w:lineRule="auto"/>
      </w:pPr>
      <w:r>
        <w:rPr>
          <w:i/>
          <w:color w:val="555555"/>
          <w:sz w:val="21"/>
        </w:rPr>
        <w:t>[Single-select]</w:t>
      </w:r>
    </w:p>
    <w:p w14:paraId="4054B1F7" w14:textId="77777777" w:rsidR="00C02D52" w:rsidRDefault="00000000">
      <w:pPr>
        <w:spacing w:after="40" w:line="360" w:lineRule="auto"/>
      </w:pPr>
      <w:r>
        <w:rPr>
          <w:sz w:val="22"/>
        </w:rPr>
        <w:t>Response options: Less than 1 year; 1 - 3 years; 4 - 6 years; 7 - 10 years; 11 - 20 years; More than 20 years</w:t>
      </w:r>
    </w:p>
    <w:p w14:paraId="0C3C2421" w14:textId="77777777" w:rsidR="00C02D52" w:rsidRDefault="00000000">
      <w:pPr>
        <w:spacing w:line="360" w:lineRule="auto"/>
      </w:pPr>
      <w:r>
        <w:rPr>
          <w:i/>
          <w:color w:val="777777"/>
          <w:sz w:val="20"/>
        </w:rPr>
        <w:lastRenderedPageBreak/>
        <w:t>(Asked only if: ${consent}='yes' and ${respondent_category}='resident')</w:t>
      </w:r>
    </w:p>
    <w:p w14:paraId="7A42BFD4" w14:textId="77777777" w:rsidR="00C02D52" w:rsidRDefault="00000000">
      <w:pPr>
        <w:spacing w:after="40" w:line="360" w:lineRule="auto"/>
        <w:jc w:val="both"/>
      </w:pPr>
      <w:r>
        <w:rPr>
          <w:b/>
        </w:rPr>
        <w:t>58. Approximate distance of respondent's house from the nearest abattoir</w:t>
      </w:r>
    </w:p>
    <w:p w14:paraId="6DC630E8" w14:textId="77777777" w:rsidR="00C02D52" w:rsidRDefault="00000000">
      <w:pPr>
        <w:spacing w:after="40" w:line="360" w:lineRule="auto"/>
      </w:pPr>
      <w:r>
        <w:rPr>
          <w:i/>
          <w:color w:val="555555"/>
          <w:sz w:val="21"/>
        </w:rPr>
        <w:t>[Single-select]</w:t>
      </w:r>
    </w:p>
    <w:p w14:paraId="674F2F16" w14:textId="77777777" w:rsidR="00C02D52" w:rsidRDefault="00000000">
      <w:pPr>
        <w:spacing w:after="40" w:line="360" w:lineRule="auto"/>
      </w:pPr>
      <w:r>
        <w:rPr>
          <w:sz w:val="22"/>
        </w:rPr>
        <w:t>Response options: Less than 10 metres; 10 - 50 metres; 51 - 100 metres; 101 - 200 metres; 201 - 500 metres; More than 500 metres; Don't know</w:t>
      </w:r>
    </w:p>
    <w:p w14:paraId="63CE541A" w14:textId="77777777" w:rsidR="00C02D52" w:rsidRDefault="00000000">
      <w:pPr>
        <w:spacing w:line="360" w:lineRule="auto"/>
      </w:pPr>
      <w:r>
        <w:rPr>
          <w:i/>
          <w:color w:val="777777"/>
          <w:sz w:val="20"/>
        </w:rPr>
        <w:t>(Asked only if: ${consent}='yes' and ${respondent_category}='resident')</w:t>
      </w:r>
    </w:p>
    <w:p w14:paraId="7D7D65F9" w14:textId="77777777" w:rsidR="00C02D52" w:rsidRDefault="00000000">
      <w:pPr>
        <w:spacing w:before="160" w:after="120"/>
      </w:pPr>
      <w:r>
        <w:rPr>
          <w:b/>
          <w:color w:val="000000"/>
        </w:rPr>
        <w:t>B2. Exposure &amp; Environmental Nuisance</w:t>
      </w:r>
    </w:p>
    <w:p w14:paraId="4EBDFD50" w14:textId="77777777" w:rsidR="00C02D52" w:rsidRDefault="00000000">
      <w:pPr>
        <w:spacing w:after="40" w:line="360" w:lineRule="auto"/>
        <w:jc w:val="both"/>
      </w:pPr>
      <w:r>
        <w:rPr>
          <w:b/>
        </w:rPr>
        <w:t>59. Is the respondent aware of an abattoir operating near their residence?</w:t>
      </w:r>
    </w:p>
    <w:p w14:paraId="69ABC9A4" w14:textId="77777777" w:rsidR="00C02D52" w:rsidRDefault="00000000">
      <w:pPr>
        <w:spacing w:after="40" w:line="360" w:lineRule="auto"/>
      </w:pPr>
      <w:r>
        <w:rPr>
          <w:i/>
          <w:color w:val="555555"/>
          <w:sz w:val="21"/>
        </w:rPr>
        <w:t>[Single-select]</w:t>
      </w:r>
    </w:p>
    <w:p w14:paraId="7E6381C6" w14:textId="77777777" w:rsidR="00C02D52" w:rsidRDefault="00000000">
      <w:pPr>
        <w:spacing w:after="40" w:line="360" w:lineRule="auto"/>
      </w:pPr>
      <w:r>
        <w:rPr>
          <w:sz w:val="22"/>
        </w:rPr>
        <w:t>Response options: Yes; No</w:t>
      </w:r>
    </w:p>
    <w:p w14:paraId="4A768A08" w14:textId="77777777" w:rsidR="00C02D52" w:rsidRDefault="00000000">
      <w:pPr>
        <w:spacing w:line="360" w:lineRule="auto"/>
      </w:pPr>
      <w:r>
        <w:rPr>
          <w:i/>
          <w:color w:val="777777"/>
          <w:sz w:val="20"/>
        </w:rPr>
        <w:t>(Asked only if: ${consent}='yes' and ${respondent_category}='resident')</w:t>
      </w:r>
    </w:p>
    <w:p w14:paraId="409A2D8C" w14:textId="77777777" w:rsidR="00C02D52" w:rsidRDefault="00000000">
      <w:pPr>
        <w:spacing w:after="40" w:line="360" w:lineRule="auto"/>
        <w:jc w:val="both"/>
      </w:pPr>
      <w:r>
        <w:rPr>
          <w:b/>
        </w:rPr>
        <w:t>60. How often does the household experience offensive odour believed to be from the abattoir?</w:t>
      </w:r>
    </w:p>
    <w:p w14:paraId="75D22920" w14:textId="77777777" w:rsidR="00C02D52" w:rsidRDefault="00000000">
      <w:pPr>
        <w:spacing w:after="40" w:line="360" w:lineRule="auto"/>
      </w:pPr>
      <w:r>
        <w:rPr>
          <w:i/>
          <w:color w:val="555555"/>
          <w:sz w:val="21"/>
        </w:rPr>
        <w:t>[Single-select]</w:t>
      </w:r>
    </w:p>
    <w:p w14:paraId="1A80A597" w14:textId="77777777" w:rsidR="00C02D52" w:rsidRDefault="00000000">
      <w:pPr>
        <w:spacing w:after="40" w:line="360" w:lineRule="auto"/>
      </w:pPr>
      <w:r>
        <w:rPr>
          <w:sz w:val="22"/>
        </w:rPr>
        <w:t>Response options: Always / Every Day; Often (Several Times a Week); Sometimes (Weekly); Rarely (Occasionally); Never</w:t>
      </w:r>
    </w:p>
    <w:p w14:paraId="545D5A29" w14:textId="77777777" w:rsidR="00C02D52" w:rsidRDefault="00000000">
      <w:pPr>
        <w:spacing w:line="360" w:lineRule="auto"/>
      </w:pPr>
      <w:r>
        <w:rPr>
          <w:i/>
          <w:color w:val="777777"/>
          <w:sz w:val="20"/>
        </w:rPr>
        <w:t>(Asked only if: ${consent}='yes' and ${respondent_category}='resident')</w:t>
      </w:r>
    </w:p>
    <w:p w14:paraId="1C58BB9A" w14:textId="77777777" w:rsidR="00C02D52" w:rsidRDefault="00000000">
      <w:pPr>
        <w:spacing w:after="40" w:line="360" w:lineRule="auto"/>
        <w:jc w:val="both"/>
      </w:pPr>
      <w:r>
        <w:rPr>
          <w:b/>
        </w:rPr>
        <w:t>61. How often does the household experience flies, rodents, or other pests believed to be linked to the abattoir?</w:t>
      </w:r>
    </w:p>
    <w:p w14:paraId="1321BB38" w14:textId="77777777" w:rsidR="00C02D52" w:rsidRDefault="00000000">
      <w:pPr>
        <w:spacing w:after="40" w:line="360" w:lineRule="auto"/>
      </w:pPr>
      <w:r>
        <w:rPr>
          <w:i/>
          <w:color w:val="555555"/>
          <w:sz w:val="21"/>
        </w:rPr>
        <w:t>[Single-select]</w:t>
      </w:r>
    </w:p>
    <w:p w14:paraId="101816A2" w14:textId="77777777" w:rsidR="00C02D52" w:rsidRDefault="00000000">
      <w:pPr>
        <w:spacing w:after="40" w:line="360" w:lineRule="auto"/>
      </w:pPr>
      <w:r>
        <w:rPr>
          <w:sz w:val="22"/>
        </w:rPr>
        <w:t>Response options: Always / Every Day; Often (Several Times a Week); Sometimes (Weekly); Rarely (Occasionally); Never</w:t>
      </w:r>
    </w:p>
    <w:p w14:paraId="0728FCAD" w14:textId="77777777" w:rsidR="00C02D52" w:rsidRDefault="00000000">
      <w:pPr>
        <w:spacing w:line="360" w:lineRule="auto"/>
      </w:pPr>
      <w:r>
        <w:rPr>
          <w:i/>
          <w:color w:val="777777"/>
          <w:sz w:val="20"/>
        </w:rPr>
        <w:t>(Asked only if: ${consent}='yes' and ${respondent_category}='resident')</w:t>
      </w:r>
    </w:p>
    <w:p w14:paraId="4A7238B0" w14:textId="77777777" w:rsidR="00C02D52" w:rsidRDefault="00000000">
      <w:pPr>
        <w:spacing w:after="40" w:line="360" w:lineRule="auto"/>
        <w:jc w:val="both"/>
      </w:pPr>
      <w:r>
        <w:rPr>
          <w:b/>
        </w:rPr>
        <w:t>62. Has abattoir wastewater/waste ever flooded into or affected the respondent's compound or street?</w:t>
      </w:r>
    </w:p>
    <w:p w14:paraId="1AF5887D" w14:textId="77777777" w:rsidR="00C02D52" w:rsidRDefault="00000000">
      <w:pPr>
        <w:spacing w:after="40" w:line="360" w:lineRule="auto"/>
      </w:pPr>
      <w:r>
        <w:rPr>
          <w:i/>
          <w:color w:val="555555"/>
          <w:sz w:val="21"/>
        </w:rPr>
        <w:t>[Single-select]</w:t>
      </w:r>
    </w:p>
    <w:p w14:paraId="5881E100" w14:textId="77777777" w:rsidR="00C02D52" w:rsidRDefault="00000000">
      <w:pPr>
        <w:spacing w:after="40" w:line="360" w:lineRule="auto"/>
      </w:pPr>
      <w:r>
        <w:rPr>
          <w:sz w:val="22"/>
        </w:rPr>
        <w:t>Response options: Yes; No</w:t>
      </w:r>
    </w:p>
    <w:p w14:paraId="09A1A2AE" w14:textId="77777777" w:rsidR="00C02D52" w:rsidRDefault="00000000">
      <w:pPr>
        <w:spacing w:line="360" w:lineRule="auto"/>
      </w:pPr>
      <w:r>
        <w:rPr>
          <w:i/>
          <w:color w:val="777777"/>
          <w:sz w:val="20"/>
        </w:rPr>
        <w:t>(Asked only if: ${consent}='yes' and ${respondent_category}='resident')</w:t>
      </w:r>
    </w:p>
    <w:p w14:paraId="18EAB359" w14:textId="77777777" w:rsidR="00C02D52" w:rsidRDefault="00000000">
      <w:pPr>
        <w:spacing w:after="40" w:line="360" w:lineRule="auto"/>
        <w:jc w:val="both"/>
      </w:pPr>
      <w:r>
        <w:rPr>
          <w:b/>
        </w:rPr>
        <w:t>63. How often does this wastewater flooding/contamination occur?</w:t>
      </w:r>
    </w:p>
    <w:p w14:paraId="7EEF1167" w14:textId="77777777" w:rsidR="00C02D52" w:rsidRDefault="00000000">
      <w:pPr>
        <w:spacing w:after="40" w:line="360" w:lineRule="auto"/>
      </w:pPr>
      <w:r>
        <w:rPr>
          <w:i/>
          <w:color w:val="555555"/>
          <w:sz w:val="21"/>
        </w:rPr>
        <w:lastRenderedPageBreak/>
        <w:t>[Single-select]</w:t>
      </w:r>
    </w:p>
    <w:p w14:paraId="347BA5D6" w14:textId="77777777" w:rsidR="00C02D52" w:rsidRDefault="00000000">
      <w:pPr>
        <w:spacing w:after="40" w:line="360" w:lineRule="auto"/>
      </w:pPr>
      <w:r>
        <w:rPr>
          <w:sz w:val="22"/>
        </w:rPr>
        <w:t>Response options: Always / Every Day; Often (Several Times a Week); Sometimes (Weekly); Rarely (Occasionally); Never</w:t>
      </w:r>
    </w:p>
    <w:p w14:paraId="0695E1AE" w14:textId="77777777" w:rsidR="00C02D52" w:rsidRDefault="00000000">
      <w:pPr>
        <w:spacing w:line="360" w:lineRule="auto"/>
      </w:pPr>
      <w:r>
        <w:rPr>
          <w:i/>
          <w:color w:val="777777"/>
          <w:sz w:val="20"/>
        </w:rPr>
        <w:t>(Asked only if: ${consent}='yes' and ${respondent_category}='resident' and ${wastewater_flooding}='yes')</w:t>
      </w:r>
    </w:p>
    <w:p w14:paraId="3EFF8902" w14:textId="77777777" w:rsidR="00C02D52" w:rsidRDefault="00000000">
      <w:pPr>
        <w:spacing w:after="40" w:line="360" w:lineRule="auto"/>
        <w:jc w:val="both"/>
      </w:pPr>
      <w:r>
        <w:rPr>
          <w:b/>
        </w:rPr>
        <w:t>64. Does the household believe its water source has ever been contaminated by abattoir waste?</w:t>
      </w:r>
    </w:p>
    <w:p w14:paraId="6C37DF6D" w14:textId="77777777" w:rsidR="00C02D52" w:rsidRDefault="00000000">
      <w:pPr>
        <w:spacing w:after="40" w:line="360" w:lineRule="auto"/>
      </w:pPr>
      <w:r>
        <w:rPr>
          <w:i/>
          <w:color w:val="555555"/>
          <w:sz w:val="21"/>
        </w:rPr>
        <w:t>[Single-select]</w:t>
      </w:r>
    </w:p>
    <w:p w14:paraId="3683404D" w14:textId="77777777" w:rsidR="00C02D52" w:rsidRDefault="00000000">
      <w:pPr>
        <w:spacing w:after="40" w:line="360" w:lineRule="auto"/>
      </w:pPr>
      <w:r>
        <w:rPr>
          <w:sz w:val="22"/>
        </w:rPr>
        <w:t>Response options: Yes; No</w:t>
      </w:r>
    </w:p>
    <w:p w14:paraId="64468C6F" w14:textId="77777777" w:rsidR="00C02D52" w:rsidRDefault="00000000">
      <w:pPr>
        <w:spacing w:line="360" w:lineRule="auto"/>
      </w:pPr>
      <w:r>
        <w:rPr>
          <w:i/>
          <w:color w:val="777777"/>
          <w:sz w:val="20"/>
        </w:rPr>
        <w:t>(Asked only if: ${consent}='yes' and ${respondent_category}='resident')</w:t>
      </w:r>
    </w:p>
    <w:p w14:paraId="01865C97" w14:textId="77777777" w:rsidR="00C02D52" w:rsidRDefault="00000000">
      <w:pPr>
        <w:spacing w:after="40" w:line="360" w:lineRule="auto"/>
        <w:jc w:val="both"/>
      </w:pPr>
      <w:r>
        <w:rPr>
          <w:b/>
        </w:rPr>
        <w:t>65. What other nuisances, if any, does the household associate with the nearby abattoir?</w:t>
      </w:r>
    </w:p>
    <w:p w14:paraId="1A9AAD4D" w14:textId="77777777" w:rsidR="00C02D52" w:rsidRDefault="00000000">
      <w:pPr>
        <w:spacing w:after="40" w:line="360" w:lineRule="auto"/>
      </w:pPr>
      <w:r>
        <w:rPr>
          <w:i/>
          <w:color w:val="555555"/>
          <w:sz w:val="21"/>
        </w:rPr>
        <w:t>[Multi-select (select all that apply)]</w:t>
      </w:r>
    </w:p>
    <w:p w14:paraId="3AF72F67" w14:textId="77777777" w:rsidR="00C02D52" w:rsidRDefault="00000000">
      <w:pPr>
        <w:spacing w:after="40" w:line="360" w:lineRule="auto"/>
      </w:pPr>
      <w:r>
        <w:rPr>
          <w:i/>
          <w:sz w:val="21"/>
        </w:rPr>
        <w:t>Instruction to enumerator: Select all that apply</w:t>
      </w:r>
    </w:p>
    <w:p w14:paraId="37E24BE3" w14:textId="77777777" w:rsidR="00C02D52" w:rsidRDefault="00000000">
      <w:pPr>
        <w:spacing w:after="40" w:line="360" w:lineRule="auto"/>
      </w:pPr>
      <w:r>
        <w:rPr>
          <w:sz w:val="22"/>
        </w:rPr>
        <w:t>Response options: Offensive Odour; Noise; Blood/Wastewater Runoff; Flies/Pest Infestation; Stray Animals/Scavengers; Unsightly/Visual Nuisance; Dust/Smoke; None</w:t>
      </w:r>
    </w:p>
    <w:p w14:paraId="7F860DF1" w14:textId="77777777" w:rsidR="00C02D52" w:rsidRDefault="00000000">
      <w:pPr>
        <w:spacing w:line="360" w:lineRule="auto"/>
      </w:pPr>
      <w:r>
        <w:rPr>
          <w:i/>
          <w:color w:val="777777"/>
          <w:sz w:val="20"/>
        </w:rPr>
        <w:t>(Asked only if: ${consent}='yes' and ${respondent_category}='resident')</w:t>
      </w:r>
    </w:p>
    <w:p w14:paraId="54D1C585" w14:textId="77777777" w:rsidR="00C02D52" w:rsidRDefault="00000000">
      <w:pPr>
        <w:spacing w:after="40" w:line="360" w:lineRule="auto"/>
        <w:jc w:val="both"/>
      </w:pPr>
      <w:r>
        <w:rPr>
          <w:b/>
        </w:rPr>
        <w:t>66. How would the respondent rate the noise level from abattoir activities?</w:t>
      </w:r>
    </w:p>
    <w:p w14:paraId="0E93599C" w14:textId="77777777" w:rsidR="00C02D52" w:rsidRDefault="00000000">
      <w:pPr>
        <w:spacing w:after="40" w:line="360" w:lineRule="auto"/>
      </w:pPr>
      <w:r>
        <w:rPr>
          <w:i/>
          <w:color w:val="555555"/>
          <w:sz w:val="21"/>
        </w:rPr>
        <w:t>[Single-select]</w:t>
      </w:r>
    </w:p>
    <w:p w14:paraId="45E1646D" w14:textId="77777777" w:rsidR="00C02D52" w:rsidRDefault="00000000">
      <w:pPr>
        <w:spacing w:after="40" w:line="360" w:lineRule="auto"/>
      </w:pPr>
      <w:r>
        <w:rPr>
          <w:sz w:val="22"/>
        </w:rPr>
        <w:t>Response options: Very High; High; Moderate; Low; No Noticeable Noise</w:t>
      </w:r>
    </w:p>
    <w:p w14:paraId="72D6909F" w14:textId="77777777" w:rsidR="00C02D52" w:rsidRDefault="00000000">
      <w:pPr>
        <w:spacing w:line="360" w:lineRule="auto"/>
      </w:pPr>
      <w:r>
        <w:rPr>
          <w:i/>
          <w:color w:val="777777"/>
          <w:sz w:val="20"/>
        </w:rPr>
        <w:t>(Asked only if: ${consent}='yes' and ${respondent_category}='resident')</w:t>
      </w:r>
    </w:p>
    <w:p w14:paraId="2C771A99" w14:textId="77777777" w:rsidR="00C02D52" w:rsidRDefault="00000000">
      <w:pPr>
        <w:spacing w:before="160" w:after="120"/>
      </w:pPr>
      <w:r>
        <w:rPr>
          <w:b/>
          <w:color w:val="000000"/>
        </w:rPr>
        <w:t>B3. Self-Reported Health Effects</w:t>
      </w:r>
    </w:p>
    <w:p w14:paraId="70443CB7" w14:textId="77777777" w:rsidR="00C02D52" w:rsidRDefault="00000000">
      <w:pPr>
        <w:spacing w:after="40" w:line="360" w:lineRule="auto"/>
        <w:jc w:val="both"/>
      </w:pPr>
      <w:r>
        <w:rPr>
          <w:b/>
        </w:rPr>
        <w:t>67. Has any member of the household experienced illness the respondent believes is linked to the nearby abattoir, in the past 6 months?</w:t>
      </w:r>
    </w:p>
    <w:p w14:paraId="04DA3038" w14:textId="77777777" w:rsidR="00C02D52" w:rsidRDefault="00000000">
      <w:pPr>
        <w:spacing w:after="40" w:line="360" w:lineRule="auto"/>
      </w:pPr>
      <w:r>
        <w:rPr>
          <w:i/>
          <w:color w:val="555555"/>
          <w:sz w:val="21"/>
        </w:rPr>
        <w:t>[Single-select]</w:t>
      </w:r>
    </w:p>
    <w:p w14:paraId="41789203" w14:textId="77777777" w:rsidR="00C02D52" w:rsidRDefault="00000000">
      <w:pPr>
        <w:spacing w:after="40" w:line="360" w:lineRule="auto"/>
      </w:pPr>
      <w:r>
        <w:rPr>
          <w:sz w:val="22"/>
        </w:rPr>
        <w:t>Response options: Yes; No</w:t>
      </w:r>
    </w:p>
    <w:p w14:paraId="4986435F" w14:textId="77777777" w:rsidR="00C02D52" w:rsidRDefault="00000000">
      <w:pPr>
        <w:spacing w:line="360" w:lineRule="auto"/>
      </w:pPr>
      <w:r>
        <w:rPr>
          <w:i/>
          <w:color w:val="777777"/>
          <w:sz w:val="20"/>
        </w:rPr>
        <w:t>(Asked only if: ${consent}='yes' and ${respondent_category}='resident')</w:t>
      </w:r>
    </w:p>
    <w:p w14:paraId="3ED37BE3" w14:textId="77777777" w:rsidR="00C02D52" w:rsidRDefault="00000000">
      <w:pPr>
        <w:spacing w:after="40" w:line="360" w:lineRule="auto"/>
        <w:jc w:val="both"/>
      </w:pPr>
      <w:r>
        <w:rPr>
          <w:b/>
        </w:rPr>
        <w:t>68. What type(s) of illness have household members experienced?</w:t>
      </w:r>
    </w:p>
    <w:p w14:paraId="52448E47" w14:textId="77777777" w:rsidR="00C02D52" w:rsidRDefault="00000000">
      <w:pPr>
        <w:spacing w:after="40" w:line="360" w:lineRule="auto"/>
      </w:pPr>
      <w:r>
        <w:rPr>
          <w:i/>
          <w:color w:val="555555"/>
          <w:sz w:val="21"/>
        </w:rPr>
        <w:t>[Multi-select (select all that apply)]</w:t>
      </w:r>
    </w:p>
    <w:p w14:paraId="2B131954" w14:textId="77777777" w:rsidR="00C02D52" w:rsidRDefault="00000000">
      <w:pPr>
        <w:spacing w:after="40" w:line="360" w:lineRule="auto"/>
      </w:pPr>
      <w:r>
        <w:rPr>
          <w:i/>
          <w:sz w:val="21"/>
        </w:rPr>
        <w:t>Instruction to enumerator: Select all that apply</w:t>
      </w:r>
    </w:p>
    <w:p w14:paraId="16BF75B3" w14:textId="77777777" w:rsidR="00C02D52" w:rsidRDefault="00000000">
      <w:pPr>
        <w:spacing w:after="40" w:line="360" w:lineRule="auto"/>
      </w:pPr>
      <w:r>
        <w:rPr>
          <w:sz w:val="22"/>
        </w:rPr>
        <w:lastRenderedPageBreak/>
        <w:t>Response options: Respiratory Illness (Cough, Asthma, etc.); Gastrointestinal Illness (Diarrhoea, Vomiting); Skin Infections/Irritation; Eye Irritation/Infection; Malaria/Other Vector-Borne Illness; Suspected Zoonotic Infection; Headache/Nausea (Odour-Related); Other</w:t>
      </w:r>
    </w:p>
    <w:p w14:paraId="4A1300C2" w14:textId="77777777" w:rsidR="00C02D52" w:rsidRDefault="00000000">
      <w:pPr>
        <w:spacing w:line="360" w:lineRule="auto"/>
      </w:pPr>
      <w:r>
        <w:rPr>
          <w:i/>
          <w:color w:val="777777"/>
          <w:sz w:val="20"/>
        </w:rPr>
        <w:t>(Asked only if: ${consent}='yes' and ${respondent_category}='resident' and ${household_illness_reported}='yes')</w:t>
      </w:r>
    </w:p>
    <w:p w14:paraId="5610FD2C" w14:textId="77777777" w:rsidR="00C02D52" w:rsidRDefault="00000000">
      <w:pPr>
        <w:spacing w:after="40" w:line="360" w:lineRule="auto"/>
        <w:jc w:val="both"/>
      </w:pPr>
      <w:r>
        <w:rPr>
          <w:b/>
        </w:rPr>
        <w:t>69. Did the affected household member(s) seek medical treatment?</w:t>
      </w:r>
    </w:p>
    <w:p w14:paraId="64CD73FF" w14:textId="77777777" w:rsidR="00C02D52" w:rsidRDefault="00000000">
      <w:pPr>
        <w:spacing w:after="40" w:line="360" w:lineRule="auto"/>
      </w:pPr>
      <w:r>
        <w:rPr>
          <w:i/>
          <w:color w:val="555555"/>
          <w:sz w:val="21"/>
        </w:rPr>
        <w:t>[Single-select]</w:t>
      </w:r>
    </w:p>
    <w:p w14:paraId="38E7F6DF" w14:textId="77777777" w:rsidR="00C02D52" w:rsidRDefault="00000000">
      <w:pPr>
        <w:spacing w:after="40" w:line="360" w:lineRule="auto"/>
      </w:pPr>
      <w:r>
        <w:rPr>
          <w:sz w:val="22"/>
        </w:rPr>
        <w:t>Response options: Yes; No</w:t>
      </w:r>
    </w:p>
    <w:p w14:paraId="35F69ECE" w14:textId="77777777" w:rsidR="00C02D52" w:rsidRDefault="00000000">
      <w:pPr>
        <w:spacing w:line="360" w:lineRule="auto"/>
      </w:pPr>
      <w:r>
        <w:rPr>
          <w:i/>
          <w:color w:val="777777"/>
          <w:sz w:val="20"/>
        </w:rPr>
        <w:t>(Asked only if: ${consent}='yes' and ${respondent_category}='resident' and ${household_illness_reported}='yes')</w:t>
      </w:r>
    </w:p>
    <w:p w14:paraId="51371DDA" w14:textId="77777777" w:rsidR="00C02D52" w:rsidRDefault="00000000">
      <w:pPr>
        <w:spacing w:after="40" w:line="360" w:lineRule="auto"/>
        <w:jc w:val="both"/>
      </w:pPr>
      <w:r>
        <w:rPr>
          <w:b/>
        </w:rPr>
        <w:t>70. Where did the household member(s) seek treatment?</w:t>
      </w:r>
    </w:p>
    <w:p w14:paraId="4A8105F1" w14:textId="77777777" w:rsidR="00C02D52" w:rsidRDefault="00000000">
      <w:pPr>
        <w:spacing w:after="40" w:line="360" w:lineRule="auto"/>
      </w:pPr>
      <w:r>
        <w:rPr>
          <w:i/>
          <w:color w:val="555555"/>
          <w:sz w:val="21"/>
        </w:rPr>
        <w:t>[Single-select]</w:t>
      </w:r>
    </w:p>
    <w:p w14:paraId="52CDCEE8" w14:textId="77777777" w:rsidR="00C02D52" w:rsidRDefault="00000000">
      <w:pPr>
        <w:spacing w:after="40" w:line="360" w:lineRule="auto"/>
      </w:pPr>
      <w:r>
        <w:rPr>
          <w:sz w:val="22"/>
        </w:rPr>
        <w:t>Response options: Government Hospital; Community Health Centre/Post (CHC/CHP); Private Clinic/Hospital; Pharmacy/Drug Store; Traditional Healer; Did Not Seek Any Care</w:t>
      </w:r>
    </w:p>
    <w:p w14:paraId="3C878AC0" w14:textId="77777777" w:rsidR="00C02D52" w:rsidRDefault="00000000">
      <w:pPr>
        <w:spacing w:line="360" w:lineRule="auto"/>
      </w:pPr>
      <w:r>
        <w:rPr>
          <w:i/>
          <w:color w:val="777777"/>
          <w:sz w:val="20"/>
        </w:rPr>
        <w:t>(Asked only if: ${consent}='yes' and ${respondent_category}='resident' and ${sought_treatment}='yes')</w:t>
      </w:r>
    </w:p>
    <w:p w14:paraId="36E2B3E1" w14:textId="77777777" w:rsidR="00C02D52" w:rsidRDefault="00000000">
      <w:pPr>
        <w:spacing w:after="40" w:line="360" w:lineRule="auto"/>
        <w:jc w:val="both"/>
      </w:pPr>
      <w:r>
        <w:rPr>
          <w:b/>
        </w:rPr>
        <w:t>71. Is the respondent aware of zoonotic diseases (diseases transmitted from animals to humans)?</w:t>
      </w:r>
    </w:p>
    <w:p w14:paraId="321B8732" w14:textId="77777777" w:rsidR="00C02D52" w:rsidRDefault="00000000">
      <w:pPr>
        <w:spacing w:after="40" w:line="360" w:lineRule="auto"/>
      </w:pPr>
      <w:r>
        <w:rPr>
          <w:i/>
          <w:color w:val="555555"/>
          <w:sz w:val="21"/>
        </w:rPr>
        <w:t>[Single-select]</w:t>
      </w:r>
    </w:p>
    <w:p w14:paraId="651E5570" w14:textId="77777777" w:rsidR="00C02D52" w:rsidRDefault="00000000">
      <w:pPr>
        <w:spacing w:after="40" w:line="360" w:lineRule="auto"/>
      </w:pPr>
      <w:r>
        <w:rPr>
          <w:sz w:val="22"/>
        </w:rPr>
        <w:t>Response options: Yes; No</w:t>
      </w:r>
    </w:p>
    <w:p w14:paraId="57C0A671" w14:textId="77777777" w:rsidR="00C02D52" w:rsidRDefault="00000000">
      <w:pPr>
        <w:spacing w:line="360" w:lineRule="auto"/>
      </w:pPr>
      <w:r>
        <w:rPr>
          <w:i/>
          <w:color w:val="777777"/>
          <w:sz w:val="20"/>
        </w:rPr>
        <w:t>(Asked only if: ${consent}='yes' and ${respondent_category}='resident')</w:t>
      </w:r>
    </w:p>
    <w:p w14:paraId="14BE2774" w14:textId="77777777" w:rsidR="00C02D52" w:rsidRDefault="00000000">
      <w:pPr>
        <w:spacing w:after="40" w:line="360" w:lineRule="auto"/>
        <w:jc w:val="both"/>
      </w:pPr>
      <w:r>
        <w:rPr>
          <w:b/>
        </w:rPr>
        <w:t>72. Which zoonotic diseases is the respondent aware of?</w:t>
      </w:r>
    </w:p>
    <w:p w14:paraId="5DFC3DEB" w14:textId="77777777" w:rsidR="00C02D52" w:rsidRDefault="00000000">
      <w:pPr>
        <w:spacing w:after="40" w:line="360" w:lineRule="auto"/>
      </w:pPr>
      <w:r>
        <w:rPr>
          <w:i/>
          <w:color w:val="555555"/>
          <w:sz w:val="21"/>
        </w:rPr>
        <w:t>[Multi-select (select all that apply)]</w:t>
      </w:r>
    </w:p>
    <w:p w14:paraId="30E043BA" w14:textId="77777777" w:rsidR="00C02D52" w:rsidRDefault="00000000">
      <w:pPr>
        <w:spacing w:after="40" w:line="360" w:lineRule="auto"/>
      </w:pPr>
      <w:r>
        <w:rPr>
          <w:i/>
          <w:sz w:val="21"/>
        </w:rPr>
        <w:t>Instruction to enumerator: Select all that apply</w:t>
      </w:r>
    </w:p>
    <w:p w14:paraId="26930ADE" w14:textId="77777777" w:rsidR="00C02D52" w:rsidRDefault="00000000">
      <w:pPr>
        <w:spacing w:after="40" w:line="360" w:lineRule="auto"/>
      </w:pPr>
      <w:r>
        <w:rPr>
          <w:sz w:val="22"/>
        </w:rPr>
        <w:t>Response options: Anthrax; Brucellosis; Bovine Tuberculosis; Leptospirosis; Rabies; E. coli Infection; None Known</w:t>
      </w:r>
    </w:p>
    <w:p w14:paraId="7214A762" w14:textId="77777777" w:rsidR="00C02D52" w:rsidRDefault="00000000">
      <w:pPr>
        <w:spacing w:line="360" w:lineRule="auto"/>
      </w:pPr>
      <w:r>
        <w:rPr>
          <w:i/>
          <w:color w:val="777777"/>
          <w:sz w:val="20"/>
        </w:rPr>
        <w:t>(Asked only if: ${consent}='yes' and ${respondent_category}='resident' and ${knows_zoonotic_diseases_resident}='yes')</w:t>
      </w:r>
    </w:p>
    <w:p w14:paraId="1D665869" w14:textId="77777777" w:rsidR="00C02D52" w:rsidRDefault="00000000">
      <w:pPr>
        <w:spacing w:after="40" w:line="360" w:lineRule="auto"/>
        <w:jc w:val="both"/>
      </w:pPr>
      <w:r>
        <w:rPr>
          <w:b/>
        </w:rPr>
        <w:t>73. How does the respondent rate the overall health risk posed by the nearby abattoir to their household?</w:t>
      </w:r>
    </w:p>
    <w:p w14:paraId="7A5A66B8" w14:textId="77777777" w:rsidR="00C02D52" w:rsidRDefault="00000000">
      <w:pPr>
        <w:spacing w:after="40" w:line="360" w:lineRule="auto"/>
      </w:pPr>
      <w:r>
        <w:rPr>
          <w:i/>
          <w:color w:val="555555"/>
          <w:sz w:val="21"/>
        </w:rPr>
        <w:t>[Single-select]</w:t>
      </w:r>
    </w:p>
    <w:p w14:paraId="792391FB" w14:textId="77777777" w:rsidR="00C02D52" w:rsidRDefault="00000000">
      <w:pPr>
        <w:spacing w:after="40" w:line="360" w:lineRule="auto"/>
      </w:pPr>
      <w:r>
        <w:rPr>
          <w:sz w:val="22"/>
        </w:rPr>
        <w:t>Response options: Very High Risk; High Risk; Moderate Risk; Low Risk; No Risk</w:t>
      </w:r>
    </w:p>
    <w:p w14:paraId="64A4552C" w14:textId="77777777" w:rsidR="00C02D52" w:rsidRDefault="00000000">
      <w:pPr>
        <w:spacing w:line="360" w:lineRule="auto"/>
      </w:pPr>
      <w:r>
        <w:rPr>
          <w:i/>
          <w:color w:val="777777"/>
          <w:sz w:val="20"/>
        </w:rPr>
        <w:t>(Asked only if: ${consent}='yes' and ${respondent_category}='resident')</w:t>
      </w:r>
    </w:p>
    <w:p w14:paraId="0F647718" w14:textId="77777777" w:rsidR="00C02D52" w:rsidRDefault="00000000">
      <w:pPr>
        <w:spacing w:before="160" w:after="120"/>
      </w:pPr>
      <w:r>
        <w:rPr>
          <w:b/>
          <w:color w:val="000000"/>
        </w:rPr>
        <w:lastRenderedPageBreak/>
        <w:t>B4. Complaints, Coping &amp; Community Response</w:t>
      </w:r>
    </w:p>
    <w:p w14:paraId="1C397BBC" w14:textId="77777777" w:rsidR="00C02D52" w:rsidRDefault="00000000">
      <w:pPr>
        <w:spacing w:after="40" w:line="360" w:lineRule="auto"/>
        <w:jc w:val="both"/>
      </w:pPr>
      <w:r>
        <w:rPr>
          <w:b/>
        </w:rPr>
        <w:t>74. Has the respondent or household ever made a complaint about the abattoir?</w:t>
      </w:r>
    </w:p>
    <w:p w14:paraId="644C8E9F" w14:textId="77777777" w:rsidR="00C02D52" w:rsidRDefault="00000000">
      <w:pPr>
        <w:spacing w:after="40" w:line="360" w:lineRule="auto"/>
      </w:pPr>
      <w:r>
        <w:rPr>
          <w:i/>
          <w:color w:val="555555"/>
          <w:sz w:val="21"/>
        </w:rPr>
        <w:t>[Single-select]</w:t>
      </w:r>
    </w:p>
    <w:p w14:paraId="680853DC" w14:textId="77777777" w:rsidR="00C02D52" w:rsidRDefault="00000000">
      <w:pPr>
        <w:spacing w:after="40" w:line="360" w:lineRule="auto"/>
      </w:pPr>
      <w:r>
        <w:rPr>
          <w:sz w:val="22"/>
        </w:rPr>
        <w:t>Response options: Yes; No</w:t>
      </w:r>
    </w:p>
    <w:p w14:paraId="2286008E" w14:textId="77777777" w:rsidR="00C02D52" w:rsidRDefault="00000000">
      <w:pPr>
        <w:spacing w:line="360" w:lineRule="auto"/>
      </w:pPr>
      <w:r>
        <w:rPr>
          <w:i/>
          <w:color w:val="777777"/>
          <w:sz w:val="20"/>
        </w:rPr>
        <w:t>(Asked only if: ${consent}='yes' and ${respondent_category}='resident')</w:t>
      </w:r>
    </w:p>
    <w:p w14:paraId="09D01511" w14:textId="77777777" w:rsidR="00C02D52" w:rsidRDefault="00000000">
      <w:pPr>
        <w:spacing w:after="40" w:line="360" w:lineRule="auto"/>
        <w:jc w:val="both"/>
      </w:pPr>
      <w:r>
        <w:rPr>
          <w:b/>
        </w:rPr>
        <w:t>75. Who was the complaint made to?</w:t>
      </w:r>
    </w:p>
    <w:p w14:paraId="0EC4D99D" w14:textId="77777777" w:rsidR="00C02D52" w:rsidRDefault="00000000">
      <w:pPr>
        <w:spacing w:after="40" w:line="360" w:lineRule="auto"/>
      </w:pPr>
      <w:r>
        <w:rPr>
          <w:i/>
          <w:color w:val="555555"/>
          <w:sz w:val="21"/>
        </w:rPr>
        <w:t>[Multi-select (select all that apply)]</w:t>
      </w:r>
    </w:p>
    <w:p w14:paraId="30DD047F" w14:textId="77777777" w:rsidR="00C02D52" w:rsidRDefault="00000000">
      <w:pPr>
        <w:spacing w:after="40" w:line="360" w:lineRule="auto"/>
      </w:pPr>
      <w:r>
        <w:rPr>
          <w:i/>
          <w:sz w:val="21"/>
        </w:rPr>
        <w:t>Instruction to enumerator: Select all that apply</w:t>
      </w:r>
    </w:p>
    <w:p w14:paraId="2A025946" w14:textId="77777777" w:rsidR="00C02D52" w:rsidRDefault="00000000">
      <w:pPr>
        <w:spacing w:after="40" w:line="360" w:lineRule="auto"/>
      </w:pPr>
      <w:r>
        <w:rPr>
          <w:sz w:val="22"/>
        </w:rPr>
        <w:t>Response options: Abattoir Operator/Owner Directly; Community/Town Chief; City Council/Local Authority; Health/Environmental Authorities; Police; Other</w:t>
      </w:r>
    </w:p>
    <w:p w14:paraId="3727A3CD" w14:textId="77777777" w:rsidR="00C02D52" w:rsidRDefault="00000000">
      <w:pPr>
        <w:spacing w:line="360" w:lineRule="auto"/>
      </w:pPr>
      <w:r>
        <w:rPr>
          <w:i/>
          <w:color w:val="777777"/>
          <w:sz w:val="20"/>
        </w:rPr>
        <w:t>(Asked only if: ${consent}='yes' and ${respondent_category}='resident' and ${resident_complaint_made}='yes')</w:t>
      </w:r>
    </w:p>
    <w:p w14:paraId="06C3D35B" w14:textId="77777777" w:rsidR="00C02D52" w:rsidRDefault="00000000">
      <w:pPr>
        <w:spacing w:after="40" w:line="360" w:lineRule="auto"/>
        <w:jc w:val="both"/>
      </w:pPr>
      <w:r>
        <w:rPr>
          <w:b/>
        </w:rPr>
        <w:t>76. What response, if any, was received to the complaint?</w:t>
      </w:r>
    </w:p>
    <w:p w14:paraId="21900268" w14:textId="77777777" w:rsidR="00C02D52" w:rsidRDefault="00000000">
      <w:pPr>
        <w:spacing w:after="40" w:line="360" w:lineRule="auto"/>
      </w:pPr>
      <w:r>
        <w:rPr>
          <w:i/>
          <w:color w:val="555555"/>
          <w:sz w:val="21"/>
        </w:rPr>
        <w:t>[Single-select]</w:t>
      </w:r>
    </w:p>
    <w:p w14:paraId="2CB91A09" w14:textId="77777777" w:rsidR="00C02D52" w:rsidRDefault="00000000">
      <w:pPr>
        <w:spacing w:after="40" w:line="360" w:lineRule="auto"/>
      </w:pPr>
      <w:r>
        <w:rPr>
          <w:sz w:val="22"/>
        </w:rPr>
        <w:t>Response options: Prompt Corrective Action Taken; Delayed Action Taken; Promised but No Action Taken; No Response Received; Don't Know</w:t>
      </w:r>
    </w:p>
    <w:p w14:paraId="5428A555" w14:textId="77777777" w:rsidR="00C02D52" w:rsidRDefault="00000000">
      <w:pPr>
        <w:spacing w:line="360" w:lineRule="auto"/>
      </w:pPr>
      <w:r>
        <w:rPr>
          <w:i/>
          <w:color w:val="777777"/>
          <w:sz w:val="20"/>
        </w:rPr>
        <w:t>(Asked only if: ${consent}='yes' and ${respondent_category}='resident' and ${resident_complaint_made}='yes')</w:t>
      </w:r>
    </w:p>
    <w:p w14:paraId="365B9475" w14:textId="77777777" w:rsidR="00C02D52" w:rsidRDefault="00000000">
      <w:pPr>
        <w:spacing w:after="40" w:line="360" w:lineRule="auto"/>
        <w:jc w:val="both"/>
      </w:pPr>
      <w:r>
        <w:rPr>
          <w:b/>
        </w:rPr>
        <w:t>77. What strategies, if any, does the household use to cope with abattoir-related nuisances?</w:t>
      </w:r>
    </w:p>
    <w:p w14:paraId="725B1987" w14:textId="77777777" w:rsidR="00C02D52" w:rsidRDefault="00000000">
      <w:pPr>
        <w:spacing w:after="40" w:line="360" w:lineRule="auto"/>
      </w:pPr>
      <w:r>
        <w:rPr>
          <w:i/>
          <w:color w:val="555555"/>
          <w:sz w:val="21"/>
        </w:rPr>
        <w:t>[Multi-select (select all that apply)]</w:t>
      </w:r>
    </w:p>
    <w:p w14:paraId="2BEF45C2" w14:textId="77777777" w:rsidR="00C02D52" w:rsidRDefault="00000000">
      <w:pPr>
        <w:spacing w:after="40" w:line="360" w:lineRule="auto"/>
      </w:pPr>
      <w:r>
        <w:rPr>
          <w:i/>
          <w:sz w:val="21"/>
        </w:rPr>
        <w:t>Instruction to enumerator: Select all that apply</w:t>
      </w:r>
    </w:p>
    <w:p w14:paraId="1553E4BE" w14:textId="77777777" w:rsidR="00C02D52" w:rsidRDefault="00000000">
      <w:pPr>
        <w:spacing w:after="40" w:line="360" w:lineRule="auto"/>
      </w:pPr>
      <w:r>
        <w:rPr>
          <w:sz w:val="22"/>
        </w:rPr>
        <w:t>Response options: Close Windows/Doors to Reduce Odour; Use Insect Repellents/Nets; Clean Compound More Frequently; Avoid Outdoor Activity at Certain Times; Boil/Treat Water Before Use; Relocate Household Activities Away From Abattoir Side; No Coping Strategy Used; Other</w:t>
      </w:r>
    </w:p>
    <w:p w14:paraId="4E7B0884" w14:textId="77777777" w:rsidR="00C02D52" w:rsidRDefault="00000000">
      <w:pPr>
        <w:spacing w:line="360" w:lineRule="auto"/>
      </w:pPr>
      <w:r>
        <w:rPr>
          <w:i/>
          <w:color w:val="777777"/>
          <w:sz w:val="20"/>
        </w:rPr>
        <w:t>(Asked only if: ${consent}='yes' and ${respondent_category}='resident')</w:t>
      </w:r>
    </w:p>
    <w:p w14:paraId="61029255" w14:textId="77777777" w:rsidR="00C02D52" w:rsidRDefault="00000000">
      <w:pPr>
        <w:spacing w:after="40" w:line="360" w:lineRule="auto"/>
        <w:jc w:val="both"/>
      </w:pPr>
      <w:r>
        <w:rPr>
          <w:b/>
        </w:rPr>
        <w:t>78. Would the respondent support relocation of the abattoir away from residential areas?</w:t>
      </w:r>
    </w:p>
    <w:p w14:paraId="3AB4B3AD" w14:textId="77777777" w:rsidR="00C02D52" w:rsidRDefault="00000000">
      <w:pPr>
        <w:spacing w:after="40" w:line="360" w:lineRule="auto"/>
      </w:pPr>
      <w:r>
        <w:rPr>
          <w:i/>
          <w:color w:val="555555"/>
          <w:sz w:val="21"/>
        </w:rPr>
        <w:t>[Single-select]</w:t>
      </w:r>
    </w:p>
    <w:p w14:paraId="415DC3CC" w14:textId="77777777" w:rsidR="00C02D52" w:rsidRDefault="00000000">
      <w:pPr>
        <w:spacing w:after="40" w:line="360" w:lineRule="auto"/>
      </w:pPr>
      <w:r>
        <w:rPr>
          <w:sz w:val="22"/>
        </w:rPr>
        <w:t>Response options: Yes; No</w:t>
      </w:r>
    </w:p>
    <w:p w14:paraId="452D3BAE" w14:textId="77777777" w:rsidR="00C02D52" w:rsidRDefault="00000000">
      <w:pPr>
        <w:spacing w:line="360" w:lineRule="auto"/>
      </w:pPr>
      <w:r>
        <w:rPr>
          <w:i/>
          <w:color w:val="777777"/>
          <w:sz w:val="20"/>
        </w:rPr>
        <w:t>(Asked only if: ${consent}='yes' and ${respondent_category}='resident')</w:t>
      </w:r>
    </w:p>
    <w:p w14:paraId="7357627E" w14:textId="77777777" w:rsidR="00C02D52" w:rsidRDefault="00000000">
      <w:pPr>
        <w:spacing w:after="40" w:line="360" w:lineRule="auto"/>
        <w:jc w:val="both"/>
      </w:pPr>
      <w:r>
        <w:rPr>
          <w:b/>
        </w:rPr>
        <w:t>79. How satisfied is the respondent with how local authorities have handled abattoir-related community concerns?</w:t>
      </w:r>
    </w:p>
    <w:p w14:paraId="7A6A6545" w14:textId="77777777" w:rsidR="00C02D52" w:rsidRDefault="00000000">
      <w:pPr>
        <w:spacing w:after="40" w:line="360" w:lineRule="auto"/>
      </w:pPr>
      <w:r>
        <w:rPr>
          <w:i/>
          <w:color w:val="555555"/>
          <w:sz w:val="21"/>
        </w:rPr>
        <w:lastRenderedPageBreak/>
        <w:t>[Single-select]</w:t>
      </w:r>
    </w:p>
    <w:p w14:paraId="5EBBFEAD" w14:textId="77777777" w:rsidR="00C02D52" w:rsidRDefault="00000000">
      <w:pPr>
        <w:spacing w:after="40" w:line="360" w:lineRule="auto"/>
      </w:pPr>
      <w:r>
        <w:rPr>
          <w:sz w:val="22"/>
        </w:rPr>
        <w:t>Response options: Very Satisfied; Satisfied; Neutral; Dissatisfied; Very Dissatisfied</w:t>
      </w:r>
    </w:p>
    <w:p w14:paraId="6D26215D" w14:textId="77777777" w:rsidR="00C02D52" w:rsidRDefault="00000000">
      <w:pPr>
        <w:spacing w:line="360" w:lineRule="auto"/>
      </w:pPr>
      <w:r>
        <w:rPr>
          <w:i/>
          <w:color w:val="777777"/>
          <w:sz w:val="20"/>
        </w:rPr>
        <w:t>(Asked only if: ${consent}='yes' and ${respondent_category}='resident')</w:t>
      </w:r>
    </w:p>
    <w:p w14:paraId="6ADAE9EA" w14:textId="77777777" w:rsidR="00C02D52" w:rsidRDefault="00000000">
      <w:pPr>
        <w:spacing w:before="160" w:after="120"/>
      </w:pPr>
      <w:r>
        <w:rPr>
          <w:b/>
          <w:color w:val="000000"/>
        </w:rPr>
        <w:t>B5. Enumerator Observations &amp; Recommendations</w:t>
      </w:r>
    </w:p>
    <w:p w14:paraId="6B4C9D08" w14:textId="77777777" w:rsidR="00C02D52" w:rsidRDefault="00000000">
      <w:pPr>
        <w:spacing w:after="40" w:line="360" w:lineRule="auto"/>
        <w:jc w:val="both"/>
      </w:pPr>
      <w:r>
        <w:rPr>
          <w:b/>
        </w:rPr>
        <w:t>80. Based on the interview, what priority improvements would most benefit this household/community?</w:t>
      </w:r>
    </w:p>
    <w:p w14:paraId="753132D1" w14:textId="77777777" w:rsidR="00C02D52" w:rsidRDefault="00000000">
      <w:pPr>
        <w:spacing w:after="40" w:line="360" w:lineRule="auto"/>
      </w:pPr>
      <w:r>
        <w:rPr>
          <w:i/>
          <w:color w:val="555555"/>
          <w:sz w:val="21"/>
        </w:rPr>
        <w:t>[Multi-select (select all that apply)]</w:t>
      </w:r>
    </w:p>
    <w:p w14:paraId="7B775FF4" w14:textId="77777777" w:rsidR="00C02D52" w:rsidRDefault="00000000">
      <w:pPr>
        <w:spacing w:after="40" w:line="360" w:lineRule="auto"/>
      </w:pPr>
      <w:r>
        <w:rPr>
          <w:i/>
          <w:sz w:val="21"/>
        </w:rPr>
        <w:t>Instruction to enumerator: Select all that apply</w:t>
      </w:r>
    </w:p>
    <w:p w14:paraId="2DA9005D" w14:textId="77777777" w:rsidR="00C02D52" w:rsidRDefault="00000000">
      <w:pPr>
        <w:spacing w:after="40" w:line="360" w:lineRule="auto"/>
      </w:pPr>
      <w:r>
        <w:rPr>
          <w:sz w:val="22"/>
        </w:rPr>
        <w:t>Response options: Improve Water Supply; Improve Drainage System; Improve Waste Management/Disposal; Provide PPE to Workers; Worker Training on Hygiene/Food Safety; Strengthen Vector Control; Upgrade Physical Infrastructure (Floor/Roof/Walls); Increase Regulatory Inspection; Relocate Abattoir Away from Residential Area; Community Health Sensitization; Other</w:t>
      </w:r>
    </w:p>
    <w:p w14:paraId="477FB8D7" w14:textId="77777777" w:rsidR="00C02D52" w:rsidRDefault="00000000">
      <w:pPr>
        <w:spacing w:line="360" w:lineRule="auto"/>
      </w:pPr>
      <w:r>
        <w:rPr>
          <w:i/>
          <w:color w:val="777777"/>
          <w:sz w:val="20"/>
        </w:rPr>
        <w:t>(Asked only if: ${consent}='yes' and ${respondent_category}='resident')</w:t>
      </w:r>
    </w:p>
    <w:p w14:paraId="09E2EDC5" w14:textId="77777777" w:rsidR="00C02D52" w:rsidRDefault="00000000">
      <w:pPr>
        <w:spacing w:after="40" w:line="360" w:lineRule="auto"/>
        <w:jc w:val="both"/>
      </w:pPr>
      <w:r>
        <w:rPr>
          <w:b/>
        </w:rPr>
        <w:t>81. Additional remarks / observations by enumerator</w:t>
      </w:r>
    </w:p>
    <w:p w14:paraId="61C853FD" w14:textId="77777777" w:rsidR="00C02D52" w:rsidRDefault="00000000">
      <w:pPr>
        <w:spacing w:after="40" w:line="360" w:lineRule="auto"/>
      </w:pPr>
      <w:r>
        <w:rPr>
          <w:i/>
          <w:color w:val="555555"/>
          <w:sz w:val="21"/>
        </w:rPr>
        <w:t>[Open text]</w:t>
      </w:r>
    </w:p>
    <w:p w14:paraId="5D4AFE4E" w14:textId="77777777" w:rsidR="00C02D52" w:rsidRDefault="00000000">
      <w:pPr>
        <w:spacing w:after="40" w:line="360" w:lineRule="auto"/>
      </w:pPr>
      <w:r>
        <w:rPr>
          <w:i/>
          <w:sz w:val="21"/>
        </w:rPr>
        <w:t>Instruction to enumerator: Note anything important not captured above</w:t>
      </w:r>
    </w:p>
    <w:p w14:paraId="210AD7AC" w14:textId="77777777" w:rsidR="00C02D52" w:rsidRDefault="00000000">
      <w:pPr>
        <w:spacing w:line="360" w:lineRule="auto"/>
      </w:pPr>
      <w:r>
        <w:rPr>
          <w:i/>
          <w:color w:val="777777"/>
          <w:sz w:val="20"/>
        </w:rPr>
        <w:t>(Asked only if: ${consent}='yes' and ${respondent_category}='resident')</w:t>
      </w:r>
    </w:p>
    <w:sectPr w:rsidR="00C02D52"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7425997">
    <w:abstractNumId w:val="8"/>
  </w:num>
  <w:num w:numId="2" w16cid:durableId="1403718300">
    <w:abstractNumId w:val="6"/>
  </w:num>
  <w:num w:numId="3" w16cid:durableId="44255256">
    <w:abstractNumId w:val="5"/>
  </w:num>
  <w:num w:numId="4" w16cid:durableId="664357992">
    <w:abstractNumId w:val="4"/>
  </w:num>
  <w:num w:numId="5" w16cid:durableId="1223760328">
    <w:abstractNumId w:val="7"/>
  </w:num>
  <w:num w:numId="6" w16cid:durableId="1871530493">
    <w:abstractNumId w:val="3"/>
  </w:num>
  <w:num w:numId="7" w16cid:durableId="2131197028">
    <w:abstractNumId w:val="2"/>
  </w:num>
  <w:num w:numId="8" w16cid:durableId="704914689">
    <w:abstractNumId w:val="1"/>
  </w:num>
  <w:num w:numId="9" w16cid:durableId="463352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E64E1"/>
    <w:rsid w:val="0015074B"/>
    <w:rsid w:val="0029639D"/>
    <w:rsid w:val="00326F90"/>
    <w:rsid w:val="007D3583"/>
    <w:rsid w:val="00AA1D8D"/>
    <w:rsid w:val="00B47730"/>
    <w:rsid w:val="00C02D52"/>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DE7F56"/>
  <w14:defaultImageDpi w14:val="300"/>
  <w15:docId w15:val="{FD5C1F5A-C2BD-4898-B717-228415F7A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3430</Words>
  <Characters>19551</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22936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Daniel Kamara</cp:lastModifiedBy>
  <cp:revision>3</cp:revision>
  <dcterms:created xsi:type="dcterms:W3CDTF">2013-12-23T23:15:00Z</dcterms:created>
  <dcterms:modified xsi:type="dcterms:W3CDTF">2026-08-04T13:38:00Z</dcterms:modified>
  <cp:category/>
</cp:coreProperties>
</file>