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FADC3" w14:textId="77777777" w:rsidR="007326B0" w:rsidRDefault="00FA2CA0">
      <w:pPr>
        <w:jc w:val="center"/>
      </w:pPr>
      <w:r>
        <w:rPr>
          <w:b/>
          <w:sz w:val="28"/>
        </w:rPr>
        <w:t>Supplementary File 1</w:t>
      </w:r>
    </w:p>
    <w:p w14:paraId="67B9E71B" w14:textId="77777777" w:rsidR="007326B0" w:rsidRDefault="00FA2CA0">
      <w:pPr>
        <w:jc w:val="center"/>
      </w:pPr>
      <w:r>
        <w:rPr>
          <w:b/>
          <w:sz w:val="24"/>
        </w:rPr>
        <w:t>English translation of the demographic information form</w:t>
      </w:r>
    </w:p>
    <w:p w14:paraId="7FD8D328" w14:textId="77777777" w:rsidR="007326B0" w:rsidRDefault="00FA2CA0">
      <w:pPr>
        <w:spacing w:before="160" w:after="100"/>
      </w:pPr>
      <w:r>
        <w:rPr>
          <w:b/>
          <w:sz w:val="24"/>
        </w:rPr>
        <w:t>Caregiver demographic characteristics</w:t>
      </w:r>
    </w:p>
    <w:p w14:paraId="3C29A9A1" w14:textId="77777777" w:rsidR="007326B0" w:rsidRDefault="00FA2CA0">
      <w:pPr>
        <w:ind w:left="173" w:hanging="173"/>
      </w:pPr>
      <w:r>
        <w:t xml:space="preserve">1. Sex:  □ </w:t>
      </w:r>
      <w:r>
        <w:t>Male    □ Female</w:t>
      </w:r>
    </w:p>
    <w:p w14:paraId="255D6852" w14:textId="77777777" w:rsidR="007326B0" w:rsidRDefault="00FA2CA0">
      <w:pPr>
        <w:ind w:left="173" w:hanging="173"/>
      </w:pPr>
      <w:r>
        <w:t>2. Age: _______ years</w:t>
      </w:r>
    </w:p>
    <w:p w14:paraId="0B77DBAC" w14:textId="77777777" w:rsidR="007326B0" w:rsidRDefault="00FA2CA0">
      <w:pPr>
        <w:ind w:left="173" w:hanging="173"/>
      </w:pPr>
      <w:r>
        <w:t>3. Education:  □ Illiterate    □ Able to read and write    □ High school diploma or lower    □ Bachelor’s degree or higher</w:t>
      </w:r>
    </w:p>
    <w:p w14:paraId="10330CB6" w14:textId="77777777" w:rsidR="007326B0" w:rsidRDefault="00FA2CA0">
      <w:pPr>
        <w:ind w:left="173" w:hanging="173"/>
      </w:pPr>
      <w:r>
        <w:t>4. Marital status:  □ Single    □ Married</w:t>
      </w:r>
    </w:p>
    <w:p w14:paraId="117B5093" w14:textId="77777777" w:rsidR="007326B0" w:rsidRDefault="00FA2CA0">
      <w:pPr>
        <w:ind w:left="173" w:hanging="173"/>
      </w:pPr>
      <w:r>
        <w:t>5. Number of children (if married): _______</w:t>
      </w:r>
    </w:p>
    <w:p w14:paraId="42CEE28E" w14:textId="77777777" w:rsidR="007326B0" w:rsidRDefault="00FA2CA0">
      <w:pPr>
        <w:ind w:left="173" w:hanging="173"/>
      </w:pPr>
      <w:r>
        <w:t>6. Relat</w:t>
      </w:r>
      <w:r>
        <w:t>ionship to the patient:  □ Spouse    □ Child    □ Sister or brother    □ No family relationship</w:t>
      </w:r>
    </w:p>
    <w:p w14:paraId="15D6428C" w14:textId="7794028B" w:rsidR="007326B0" w:rsidRDefault="00FA2CA0">
      <w:pPr>
        <w:ind w:left="173" w:hanging="173"/>
      </w:pPr>
      <w:r>
        <w:t>7. Employment status:</w:t>
      </w:r>
      <w:r>
        <w:br/>
        <w:t xml:space="preserve">     □ Unemployed    □ Homemaker    □ Employee    □ Self-employed  </w:t>
      </w:r>
      <w:r>
        <w:t xml:space="preserve">  □ Retired    □ Other: __________</w:t>
      </w:r>
    </w:p>
    <w:p w14:paraId="57C3A9FB" w14:textId="77777777" w:rsidR="007326B0" w:rsidRDefault="00FA2CA0">
      <w:pPr>
        <w:ind w:left="173" w:hanging="173"/>
      </w:pPr>
      <w:r>
        <w:t xml:space="preserve">8. Place of residence:  □ Urban   </w:t>
      </w:r>
      <w:r>
        <w:t xml:space="preserve"> □ Rural</w:t>
      </w:r>
    </w:p>
    <w:p w14:paraId="085CFA13" w14:textId="77777777" w:rsidR="007326B0" w:rsidRDefault="00FA2CA0">
      <w:pPr>
        <w:ind w:left="173" w:hanging="173"/>
      </w:pPr>
      <w:r>
        <w:t>9. Living arrangement with the patient:</w:t>
      </w:r>
      <w:r>
        <w:br/>
        <w:t xml:space="preserve">     □ Living together in the same household    □ Living independently in a separate household</w:t>
      </w:r>
    </w:p>
    <w:p w14:paraId="71F24FFD" w14:textId="77777777" w:rsidR="007326B0" w:rsidRDefault="00FA2CA0">
      <w:pPr>
        <w:ind w:left="173" w:hanging="173"/>
      </w:pPr>
      <w:r>
        <w:t>10. Working hours per day (if employed): _______</w:t>
      </w:r>
    </w:p>
    <w:p w14:paraId="77F399BD" w14:textId="77777777" w:rsidR="007326B0" w:rsidRDefault="00FA2CA0">
      <w:pPr>
        <w:ind w:left="173" w:hanging="173"/>
      </w:pPr>
      <w:r>
        <w:t>11. Monthly income:  □ Adequate    □ Inadequate</w:t>
      </w:r>
    </w:p>
    <w:p w14:paraId="575DD92D" w14:textId="77777777" w:rsidR="007326B0" w:rsidRDefault="00FA2CA0">
      <w:pPr>
        <w:ind w:left="173" w:hanging="173"/>
      </w:pPr>
      <w:r>
        <w:t>12. Duration of</w:t>
      </w:r>
      <w:r>
        <w:t xml:space="preserve"> caregiving: _______ years and _______ months</w:t>
      </w:r>
    </w:p>
    <w:p w14:paraId="46617461" w14:textId="77777777" w:rsidR="007326B0" w:rsidRDefault="00FA2CA0">
      <w:pPr>
        <w:ind w:left="173" w:hanging="173"/>
      </w:pPr>
      <w:r>
        <w:t>13. Number of hours spent providing care to the patient per day: _______ hours</w:t>
      </w:r>
    </w:p>
    <w:p w14:paraId="23BA8FB2" w14:textId="77777777" w:rsidR="007326B0" w:rsidRDefault="00FA2CA0">
      <w:pPr>
        <w:ind w:left="173" w:hanging="173"/>
      </w:pPr>
      <w:r>
        <w:t>14. Do you have a history of any specific disease?  □ Yes    □ No    If yes, specify: __________</w:t>
      </w:r>
    </w:p>
    <w:p w14:paraId="47276D11" w14:textId="77777777" w:rsidR="007326B0" w:rsidRDefault="00FA2CA0">
      <w:r>
        <w:br w:type="page"/>
      </w:r>
    </w:p>
    <w:p w14:paraId="4E8FF101" w14:textId="77777777" w:rsidR="007326B0" w:rsidRDefault="00FA2CA0">
      <w:pPr>
        <w:spacing w:before="160" w:after="100"/>
      </w:pPr>
      <w:r>
        <w:rPr>
          <w:b/>
          <w:sz w:val="24"/>
        </w:rPr>
        <w:lastRenderedPageBreak/>
        <w:t>Patient demographic characterist</w:t>
      </w:r>
      <w:r>
        <w:rPr>
          <w:b/>
          <w:sz w:val="24"/>
        </w:rPr>
        <w:t>ics</w:t>
      </w:r>
    </w:p>
    <w:p w14:paraId="031D8650" w14:textId="77777777" w:rsidR="007326B0" w:rsidRDefault="00FA2CA0">
      <w:pPr>
        <w:ind w:left="173" w:hanging="173"/>
      </w:pPr>
      <w:r>
        <w:t>1. Sex:  □ Male    □ Female</w:t>
      </w:r>
    </w:p>
    <w:p w14:paraId="1EB66176" w14:textId="77777777" w:rsidR="007326B0" w:rsidRDefault="00FA2CA0">
      <w:pPr>
        <w:ind w:left="173" w:hanging="173"/>
      </w:pPr>
      <w:r>
        <w:t>2. Age: _______ years</w:t>
      </w:r>
    </w:p>
    <w:p w14:paraId="55C5C0C3" w14:textId="77777777" w:rsidR="007326B0" w:rsidRDefault="00FA2CA0">
      <w:pPr>
        <w:ind w:left="173" w:hanging="173"/>
      </w:pPr>
      <w:r>
        <w:t>3. Education:  □ Illiterate    □ Able to read and write    □ High school diploma or lower    □ Bachelor’s degree or higher</w:t>
      </w:r>
    </w:p>
    <w:p w14:paraId="1E80E1F7" w14:textId="77777777" w:rsidR="007326B0" w:rsidRDefault="00FA2CA0">
      <w:pPr>
        <w:ind w:left="173" w:hanging="173"/>
      </w:pPr>
      <w:r>
        <w:t>4. Marital status:  □ Single    □ Married</w:t>
      </w:r>
    </w:p>
    <w:p w14:paraId="51699480" w14:textId="77777777" w:rsidR="007326B0" w:rsidRDefault="00FA2CA0">
      <w:pPr>
        <w:ind w:left="173" w:hanging="173"/>
      </w:pPr>
      <w:r>
        <w:t>5. Number of children (if married): _</w:t>
      </w:r>
      <w:r>
        <w:t>______</w:t>
      </w:r>
    </w:p>
    <w:p w14:paraId="5A72CF2F" w14:textId="29081682" w:rsidR="007326B0" w:rsidRDefault="00FA2CA0">
      <w:pPr>
        <w:ind w:left="173" w:hanging="173"/>
      </w:pPr>
      <w:r>
        <w:t>6. Employment status:</w:t>
      </w:r>
      <w:r>
        <w:br/>
        <w:t xml:space="preserve">     □ Unemployed    □ Homemaker    □ Employee    □ Self-employed      </w:t>
      </w:r>
      <w:r>
        <w:t xml:space="preserve">  □ Retired    □ Unable to work        </w:t>
      </w:r>
      <w:r>
        <w:t xml:space="preserve"> □ Other: __________</w:t>
      </w:r>
    </w:p>
    <w:p w14:paraId="0183325E" w14:textId="77777777" w:rsidR="007326B0" w:rsidRDefault="00FA2CA0">
      <w:pPr>
        <w:ind w:left="173" w:hanging="173"/>
      </w:pPr>
      <w:r>
        <w:t>7. Place of residence:  □ Urban    □ Rural</w:t>
      </w:r>
    </w:p>
    <w:p w14:paraId="212FF008" w14:textId="77777777" w:rsidR="007326B0" w:rsidRDefault="00FA2CA0">
      <w:pPr>
        <w:ind w:left="173" w:hanging="173"/>
      </w:pPr>
      <w:r>
        <w:t>8. Working hours per day (if employed): _______</w:t>
      </w:r>
    </w:p>
    <w:p w14:paraId="47181901" w14:textId="77777777" w:rsidR="007326B0" w:rsidRDefault="00FA2CA0">
      <w:pPr>
        <w:ind w:left="173" w:hanging="173"/>
      </w:pPr>
      <w:r>
        <w:t xml:space="preserve">9. </w:t>
      </w:r>
      <w:r>
        <w:t>Monthly income:  □ Adequate    □ Inadequate</w:t>
      </w:r>
    </w:p>
    <w:p w14:paraId="02842641" w14:textId="77777777" w:rsidR="007326B0" w:rsidRDefault="00FA2CA0">
      <w:pPr>
        <w:ind w:left="173" w:hanging="173"/>
      </w:pPr>
      <w:r>
        <w:t>10. Health insurance:  □ Yes    □ No        Supplementary insurance:  □ Yes    □ No</w:t>
      </w:r>
    </w:p>
    <w:p w14:paraId="22BC302E" w14:textId="77777777" w:rsidR="007326B0" w:rsidRDefault="00FA2CA0">
      <w:pPr>
        <w:ind w:left="173" w:hanging="173"/>
      </w:pPr>
      <w:r>
        <w:t>11. Duration of illness: _______ years and _______ months</w:t>
      </w:r>
    </w:p>
    <w:p w14:paraId="289120C4" w14:textId="77777777" w:rsidR="007326B0" w:rsidRDefault="00FA2CA0">
      <w:pPr>
        <w:ind w:left="173" w:hanging="173"/>
      </w:pPr>
      <w:r>
        <w:t>12. Comorbid chronic diseases:  □ Yes    □ No</w:t>
      </w:r>
      <w:r>
        <w:br/>
        <w:t xml:space="preserve">     If yes, please indi</w:t>
      </w:r>
      <w:r>
        <w:t>cate:  □ Diabetes    □ Kidney disease    □ Respiratory disease    □ Cancer    □ Other: __________</w:t>
      </w:r>
    </w:p>
    <w:p w14:paraId="62A2D7B1" w14:textId="77777777" w:rsidR="007326B0" w:rsidRDefault="00FA2CA0">
      <w:pPr>
        <w:ind w:left="173" w:hanging="173"/>
      </w:pPr>
      <w:r>
        <w:t>13. Number of medications taken per day: _______ medications</w:t>
      </w:r>
      <w:r>
        <w:br/>
        <w:t xml:space="preserve">     Number of medication doses per day: _______ times</w:t>
      </w:r>
    </w:p>
    <w:p w14:paraId="1C398F00" w14:textId="77777777" w:rsidR="007326B0" w:rsidRDefault="00FA2CA0">
      <w:pPr>
        <w:ind w:left="173" w:hanging="173"/>
      </w:pPr>
      <w:r>
        <w:t>14. Adherence to the treatment regimen:  □</w:t>
      </w:r>
      <w:r>
        <w:t xml:space="preserve"> Low    □ Moderate    □ High</w:t>
      </w:r>
    </w:p>
    <w:sectPr w:rsidR="007326B0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26B0"/>
    <w:rsid w:val="00AA1D8D"/>
    <w:rsid w:val="00B47730"/>
    <w:rsid w:val="00CB0664"/>
    <w:rsid w:val="00FA2C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299F6D2B"/>
  <w14:defaultImageDpi w14:val="300"/>
  <w15:docId w15:val="{E4852AA6-2FD5-4914-B416-A5AEC72E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Ahmad Shahi</cp:lastModifiedBy>
  <cp:revision>2</cp:revision>
  <dcterms:created xsi:type="dcterms:W3CDTF">2013-12-23T23:15:00Z</dcterms:created>
  <dcterms:modified xsi:type="dcterms:W3CDTF">2026-08-06T16:36:00Z</dcterms:modified>
  <cp:category/>
</cp:coreProperties>
</file>