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EA80D" w14:textId="03AED160" w:rsidR="00BC2AD5" w:rsidRPr="0051274E" w:rsidRDefault="008E7FDC" w:rsidP="00342968">
      <w:pPr>
        <w:ind w:left="-709" w:right="-660"/>
        <w:jc w:val="both"/>
        <w:rPr>
          <w:sz w:val="18"/>
        </w:rPr>
      </w:pPr>
      <w:bookmarkStart w:id="0" w:name="_Hlk228457133"/>
      <w:r>
        <w:rPr>
          <w:b/>
          <w:sz w:val="18"/>
        </w:rPr>
        <w:t xml:space="preserve"> </w:t>
      </w:r>
      <w:r w:rsidR="00D61D5C" w:rsidRPr="0051274E">
        <w:rPr>
          <w:b/>
          <w:sz w:val="18"/>
        </w:rPr>
        <w:t xml:space="preserve">Supplementary Table S1. </w:t>
      </w:r>
      <w:bookmarkEnd w:id="0"/>
      <w:r w:rsidR="00D61D5C" w:rsidRPr="0051274E">
        <w:rPr>
          <w:sz w:val="18"/>
        </w:rPr>
        <w:t>Evidence-based rationale supporting the inclusion of</w:t>
      </w:r>
      <w:r w:rsidR="00BD11A7">
        <w:rPr>
          <w:sz w:val="18"/>
        </w:rPr>
        <w:t xml:space="preserve"> different </w:t>
      </w:r>
      <w:r w:rsidR="00D61D5C" w:rsidRPr="0051274E">
        <w:rPr>
          <w:sz w:val="18"/>
        </w:rPr>
        <w:t>SARS-CoV-2 antigenic regions into the CoV2-TMEPu immunogen.</w:t>
      </w:r>
    </w:p>
    <w:tbl>
      <w:tblPr>
        <w:tblStyle w:val="Tablaconcuadrcula"/>
        <w:tblW w:w="13656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871"/>
        <w:gridCol w:w="959"/>
        <w:gridCol w:w="1054"/>
        <w:gridCol w:w="1450"/>
        <w:gridCol w:w="5297"/>
        <w:gridCol w:w="2066"/>
      </w:tblGrid>
      <w:tr w:rsidR="00342968" w14:paraId="41E4919C" w14:textId="77777777" w:rsidTr="00BD11A7">
        <w:trPr>
          <w:trHeight w:val="413"/>
          <w:jc w:val="center"/>
        </w:trPr>
        <w:tc>
          <w:tcPr>
            <w:tcW w:w="959" w:type="dxa"/>
            <w:vAlign w:val="center"/>
          </w:tcPr>
          <w:p w14:paraId="795CCD19" w14:textId="3BBA6B50" w:rsidR="00342968" w:rsidRPr="0051274E" w:rsidRDefault="00342968" w:rsidP="00705B73">
            <w:pPr>
              <w:jc w:val="center"/>
              <w:rPr>
                <w:b/>
                <w:sz w:val="18"/>
              </w:rPr>
            </w:pPr>
            <w:bookmarkStart w:id="1" w:name="_Hlk228456718"/>
            <w:r>
              <w:rPr>
                <w:b/>
                <w:sz w:val="18"/>
              </w:rPr>
              <w:t>Patch ID</w:t>
            </w:r>
          </w:p>
        </w:tc>
        <w:tc>
          <w:tcPr>
            <w:tcW w:w="1871" w:type="dxa"/>
            <w:vAlign w:val="center"/>
          </w:tcPr>
          <w:p w14:paraId="4851BAC9" w14:textId="2B3DB530" w:rsidR="00342968" w:rsidRPr="0051274E" w:rsidRDefault="00342968" w:rsidP="0051274E">
            <w:pPr>
              <w:jc w:val="center"/>
              <w:rPr>
                <w:b/>
                <w:sz w:val="18"/>
              </w:rPr>
            </w:pPr>
            <w:r w:rsidRPr="0051274E">
              <w:rPr>
                <w:b/>
                <w:sz w:val="18"/>
              </w:rPr>
              <w:t>Included region</w:t>
            </w:r>
          </w:p>
        </w:tc>
        <w:tc>
          <w:tcPr>
            <w:tcW w:w="959" w:type="dxa"/>
            <w:vAlign w:val="center"/>
          </w:tcPr>
          <w:p w14:paraId="0277967A" w14:textId="77777777" w:rsidR="00342968" w:rsidRPr="0051274E" w:rsidRDefault="00342968" w:rsidP="00EC0F8F">
            <w:pPr>
              <w:jc w:val="center"/>
              <w:rPr>
                <w:b/>
                <w:sz w:val="18"/>
              </w:rPr>
            </w:pPr>
            <w:r w:rsidRPr="0051274E">
              <w:rPr>
                <w:b/>
                <w:sz w:val="18"/>
              </w:rPr>
              <w:t>Viral protein</w:t>
            </w:r>
          </w:p>
        </w:tc>
        <w:tc>
          <w:tcPr>
            <w:tcW w:w="1054" w:type="dxa"/>
            <w:vAlign w:val="center"/>
          </w:tcPr>
          <w:p w14:paraId="40D4778C" w14:textId="77777777" w:rsidR="00342968" w:rsidRPr="0051274E" w:rsidRDefault="00342968" w:rsidP="00EC0F8F">
            <w:pPr>
              <w:jc w:val="center"/>
              <w:rPr>
                <w:b/>
                <w:sz w:val="18"/>
              </w:rPr>
            </w:pPr>
            <w:r w:rsidRPr="0051274E">
              <w:rPr>
                <w:b/>
                <w:sz w:val="18"/>
              </w:rPr>
              <w:t>AA position</w:t>
            </w:r>
          </w:p>
        </w:tc>
        <w:tc>
          <w:tcPr>
            <w:tcW w:w="1450" w:type="dxa"/>
            <w:vAlign w:val="center"/>
          </w:tcPr>
          <w:p w14:paraId="31FB1CAA" w14:textId="77777777" w:rsidR="00342968" w:rsidRPr="0051274E" w:rsidRDefault="00342968" w:rsidP="00EC0F8F">
            <w:pPr>
              <w:jc w:val="center"/>
              <w:rPr>
                <w:b/>
                <w:sz w:val="18"/>
              </w:rPr>
            </w:pPr>
            <w:r w:rsidRPr="0051274E">
              <w:rPr>
                <w:b/>
                <w:sz w:val="18"/>
              </w:rPr>
              <w:t>Immune association</w:t>
            </w:r>
          </w:p>
        </w:tc>
        <w:tc>
          <w:tcPr>
            <w:tcW w:w="5297" w:type="dxa"/>
            <w:vAlign w:val="center"/>
          </w:tcPr>
          <w:p w14:paraId="09877855" w14:textId="77777777" w:rsidR="00342968" w:rsidRPr="0051274E" w:rsidRDefault="00342968" w:rsidP="0051274E">
            <w:pPr>
              <w:jc w:val="center"/>
              <w:rPr>
                <w:b/>
                <w:sz w:val="18"/>
              </w:rPr>
            </w:pPr>
            <w:r w:rsidRPr="0051274E">
              <w:rPr>
                <w:b/>
                <w:sz w:val="18"/>
              </w:rPr>
              <w:t xml:space="preserve">Supporting evidence </w:t>
            </w:r>
          </w:p>
        </w:tc>
        <w:tc>
          <w:tcPr>
            <w:tcW w:w="2066" w:type="dxa"/>
            <w:vAlign w:val="center"/>
          </w:tcPr>
          <w:p w14:paraId="2D200ECD" w14:textId="77777777" w:rsidR="00342968" w:rsidRPr="0051274E" w:rsidRDefault="00342968" w:rsidP="0051274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</w:t>
            </w:r>
            <w:r w:rsidRPr="0051274E">
              <w:rPr>
                <w:b/>
                <w:sz w:val="18"/>
              </w:rPr>
              <w:t>eferences</w:t>
            </w:r>
          </w:p>
        </w:tc>
      </w:tr>
      <w:tr w:rsidR="00342968" w14:paraId="676BF847" w14:textId="77777777" w:rsidTr="0052236C">
        <w:trPr>
          <w:trHeight w:val="405"/>
          <w:jc w:val="center"/>
        </w:trPr>
        <w:tc>
          <w:tcPr>
            <w:tcW w:w="959" w:type="dxa"/>
            <w:vAlign w:val="center"/>
          </w:tcPr>
          <w:p w14:paraId="2B80E87E" w14:textId="05901A47" w:rsidR="00342968" w:rsidRDefault="00342968" w:rsidP="00705B73">
            <w:pPr>
              <w:jc w:val="center"/>
            </w:pPr>
            <w:r>
              <w:t>NSP3_1</w:t>
            </w:r>
          </w:p>
        </w:tc>
        <w:tc>
          <w:tcPr>
            <w:tcW w:w="1871" w:type="dxa"/>
            <w:vAlign w:val="center"/>
          </w:tcPr>
          <w:p w14:paraId="78B2DDEB" w14:textId="7835300A" w:rsidR="00342968" w:rsidRDefault="00342968" w:rsidP="0051274E">
            <w:r>
              <w:t>PTDNYITTY</w:t>
            </w:r>
          </w:p>
        </w:tc>
        <w:tc>
          <w:tcPr>
            <w:tcW w:w="959" w:type="dxa"/>
            <w:vAlign w:val="center"/>
          </w:tcPr>
          <w:p w14:paraId="00F86ED2" w14:textId="77777777" w:rsidR="00342968" w:rsidRDefault="00342968" w:rsidP="00EC0F8F">
            <w:pPr>
              <w:jc w:val="center"/>
            </w:pPr>
            <w:r>
              <w:t>NSP3</w:t>
            </w:r>
          </w:p>
        </w:tc>
        <w:tc>
          <w:tcPr>
            <w:tcW w:w="1054" w:type="dxa"/>
            <w:vAlign w:val="center"/>
          </w:tcPr>
          <w:p w14:paraId="55C017E0" w14:textId="77777777" w:rsidR="00342968" w:rsidRDefault="00342968" w:rsidP="00EC0F8F">
            <w:pPr>
              <w:jc w:val="center"/>
            </w:pPr>
            <w:r>
              <w:t>503–511</w:t>
            </w:r>
          </w:p>
        </w:tc>
        <w:tc>
          <w:tcPr>
            <w:tcW w:w="1450" w:type="dxa"/>
            <w:vAlign w:val="center"/>
          </w:tcPr>
          <w:p w14:paraId="4560BEF2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2B8A35AA" w14:textId="77777777" w:rsidR="00342968" w:rsidRDefault="00342968" w:rsidP="0051274E">
            <w:r>
              <w:t>NSP3 is a major target of natural multispecific T-cell immunity in convalescents.</w:t>
            </w:r>
          </w:p>
        </w:tc>
        <w:tc>
          <w:tcPr>
            <w:tcW w:w="2066" w:type="dxa"/>
            <w:vAlign w:val="center"/>
          </w:tcPr>
          <w:p w14:paraId="703975E0" w14:textId="7654F02C" w:rsidR="00342968" w:rsidRPr="00A77F9C" w:rsidRDefault="00C5116F" w:rsidP="0051274E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2, 4, 18</w:t>
            </w:r>
          </w:p>
        </w:tc>
      </w:tr>
      <w:tr w:rsidR="00342968" w14:paraId="430E2768" w14:textId="77777777" w:rsidTr="0052236C">
        <w:trPr>
          <w:trHeight w:val="424"/>
          <w:jc w:val="center"/>
        </w:trPr>
        <w:tc>
          <w:tcPr>
            <w:tcW w:w="959" w:type="dxa"/>
            <w:vAlign w:val="center"/>
          </w:tcPr>
          <w:p w14:paraId="16DA307C" w14:textId="57B072E8" w:rsidR="00342968" w:rsidRDefault="00342968" w:rsidP="00705B73">
            <w:pPr>
              <w:jc w:val="center"/>
            </w:pPr>
            <w:r>
              <w:t>NSP3_2</w:t>
            </w:r>
          </w:p>
        </w:tc>
        <w:tc>
          <w:tcPr>
            <w:tcW w:w="1871" w:type="dxa"/>
            <w:vAlign w:val="center"/>
          </w:tcPr>
          <w:p w14:paraId="342096D5" w14:textId="0B64032B" w:rsidR="00342968" w:rsidRDefault="00342968" w:rsidP="0051274E">
            <w:r>
              <w:t>HTTDPSFLGRYM</w:t>
            </w:r>
          </w:p>
        </w:tc>
        <w:tc>
          <w:tcPr>
            <w:tcW w:w="959" w:type="dxa"/>
            <w:vAlign w:val="center"/>
          </w:tcPr>
          <w:p w14:paraId="61473774" w14:textId="77777777" w:rsidR="00342968" w:rsidRDefault="00342968" w:rsidP="00EC0F8F">
            <w:pPr>
              <w:jc w:val="center"/>
            </w:pPr>
            <w:r>
              <w:t>NSP3</w:t>
            </w:r>
          </w:p>
        </w:tc>
        <w:tc>
          <w:tcPr>
            <w:tcW w:w="1054" w:type="dxa"/>
            <w:vAlign w:val="center"/>
          </w:tcPr>
          <w:p w14:paraId="04274153" w14:textId="77777777" w:rsidR="00342968" w:rsidRDefault="00342968" w:rsidP="00EC0F8F">
            <w:pPr>
              <w:jc w:val="center"/>
            </w:pPr>
            <w:r>
              <w:t>818–829</w:t>
            </w:r>
          </w:p>
        </w:tc>
        <w:tc>
          <w:tcPr>
            <w:tcW w:w="1450" w:type="dxa"/>
            <w:vAlign w:val="center"/>
          </w:tcPr>
          <w:p w14:paraId="7101BB01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6A701BDB" w14:textId="77777777" w:rsidR="00342968" w:rsidRDefault="00342968" w:rsidP="0051274E">
            <w:r>
              <w:t>NSP3 contributes substantially to broad ORF1a-specific memory T-cell responses.</w:t>
            </w:r>
          </w:p>
        </w:tc>
        <w:tc>
          <w:tcPr>
            <w:tcW w:w="2066" w:type="dxa"/>
            <w:vAlign w:val="center"/>
          </w:tcPr>
          <w:p w14:paraId="69E9A28F" w14:textId="7A226ED3" w:rsidR="00342968" w:rsidRPr="00A77F9C" w:rsidRDefault="000930D8" w:rsidP="0051274E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>2, 4</w:t>
            </w:r>
          </w:p>
        </w:tc>
      </w:tr>
      <w:tr w:rsidR="00342968" w14:paraId="4FAAC5FD" w14:textId="77777777" w:rsidTr="0052236C">
        <w:trPr>
          <w:trHeight w:val="415"/>
          <w:jc w:val="center"/>
        </w:trPr>
        <w:tc>
          <w:tcPr>
            <w:tcW w:w="959" w:type="dxa"/>
            <w:vAlign w:val="center"/>
          </w:tcPr>
          <w:p w14:paraId="74911472" w14:textId="1825B732" w:rsidR="00342968" w:rsidRDefault="00342968" w:rsidP="00705B73">
            <w:pPr>
              <w:jc w:val="center"/>
            </w:pPr>
            <w:r>
              <w:t>NSP3_3</w:t>
            </w:r>
          </w:p>
        </w:tc>
        <w:tc>
          <w:tcPr>
            <w:tcW w:w="1871" w:type="dxa"/>
            <w:vAlign w:val="center"/>
          </w:tcPr>
          <w:p w14:paraId="110AAA5C" w14:textId="4B82D0CD" w:rsidR="00342968" w:rsidRDefault="00342968" w:rsidP="0051274E">
            <w:r>
              <w:t>AYILFTRFFYV</w:t>
            </w:r>
          </w:p>
        </w:tc>
        <w:tc>
          <w:tcPr>
            <w:tcW w:w="959" w:type="dxa"/>
            <w:vAlign w:val="center"/>
          </w:tcPr>
          <w:p w14:paraId="61363C46" w14:textId="77777777" w:rsidR="00342968" w:rsidRDefault="00342968" w:rsidP="00EC0F8F">
            <w:pPr>
              <w:jc w:val="center"/>
            </w:pPr>
            <w:r>
              <w:t>NSP3</w:t>
            </w:r>
          </w:p>
        </w:tc>
        <w:tc>
          <w:tcPr>
            <w:tcW w:w="1054" w:type="dxa"/>
            <w:vAlign w:val="center"/>
          </w:tcPr>
          <w:p w14:paraId="78B333C0" w14:textId="77777777" w:rsidR="00342968" w:rsidRDefault="00342968" w:rsidP="00EC0F8F">
            <w:pPr>
              <w:jc w:val="center"/>
            </w:pPr>
            <w:r>
              <w:t>1512–1522</w:t>
            </w:r>
          </w:p>
        </w:tc>
        <w:tc>
          <w:tcPr>
            <w:tcW w:w="1450" w:type="dxa"/>
            <w:vAlign w:val="center"/>
          </w:tcPr>
          <w:p w14:paraId="157C18A9" w14:textId="3FE360DD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Hotspot</w:t>
            </w:r>
            <w:r w:rsidR="00A77F9C">
              <w:rPr>
                <w:szCs w:val="16"/>
              </w:rPr>
              <w:t xml:space="preserve"> </w:t>
            </w:r>
            <w:r w:rsidRPr="004F2373">
              <w:rPr>
                <w:szCs w:val="16"/>
              </w:rPr>
              <w:t>/</w:t>
            </w:r>
          </w:p>
          <w:p w14:paraId="0DD5434A" w14:textId="17E05DD3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region-level</w:t>
            </w:r>
          </w:p>
        </w:tc>
        <w:tc>
          <w:tcPr>
            <w:tcW w:w="5297" w:type="dxa"/>
            <w:vAlign w:val="center"/>
          </w:tcPr>
          <w:p w14:paraId="49832F25" w14:textId="77777777" w:rsidR="00342968" w:rsidRDefault="00342968" w:rsidP="0051274E">
            <w:r>
              <w:t>C-terminal NSP3 regions lie within immunogenic ORF1a hotspots recognized in convalescents.</w:t>
            </w:r>
          </w:p>
        </w:tc>
        <w:tc>
          <w:tcPr>
            <w:tcW w:w="2066" w:type="dxa"/>
            <w:vAlign w:val="center"/>
          </w:tcPr>
          <w:p w14:paraId="48B4804C" w14:textId="160283B3" w:rsidR="00342968" w:rsidRPr="00A77F9C" w:rsidRDefault="000930D8" w:rsidP="0051274E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>2, 7</w:t>
            </w:r>
          </w:p>
        </w:tc>
      </w:tr>
      <w:tr w:rsidR="00342968" w14:paraId="24E3418A" w14:textId="77777777" w:rsidTr="0052236C">
        <w:trPr>
          <w:trHeight w:val="422"/>
          <w:jc w:val="center"/>
        </w:trPr>
        <w:tc>
          <w:tcPr>
            <w:tcW w:w="959" w:type="dxa"/>
            <w:vAlign w:val="center"/>
          </w:tcPr>
          <w:p w14:paraId="7AEB07FC" w14:textId="3B85724D" w:rsidR="00342968" w:rsidRDefault="00342968" w:rsidP="00705B73">
            <w:pPr>
              <w:jc w:val="center"/>
            </w:pPr>
            <w:r>
              <w:t>NSP12_1</w:t>
            </w:r>
          </w:p>
        </w:tc>
        <w:tc>
          <w:tcPr>
            <w:tcW w:w="1871" w:type="dxa"/>
            <w:vAlign w:val="center"/>
          </w:tcPr>
          <w:p w14:paraId="657A67B4" w14:textId="7CCA60A8" w:rsidR="00342968" w:rsidRDefault="00342968" w:rsidP="0051274E">
            <w:r>
              <w:t>ELKHFFFAQDGNAAI</w:t>
            </w:r>
          </w:p>
        </w:tc>
        <w:tc>
          <w:tcPr>
            <w:tcW w:w="959" w:type="dxa"/>
            <w:vAlign w:val="center"/>
          </w:tcPr>
          <w:p w14:paraId="23E95AB4" w14:textId="77777777" w:rsidR="00342968" w:rsidRDefault="00342968" w:rsidP="00EC0F8F">
            <w:pPr>
              <w:jc w:val="center"/>
            </w:pPr>
            <w:r>
              <w:t>NSP12</w:t>
            </w:r>
          </w:p>
        </w:tc>
        <w:tc>
          <w:tcPr>
            <w:tcW w:w="1054" w:type="dxa"/>
            <w:vAlign w:val="center"/>
          </w:tcPr>
          <w:p w14:paraId="4A497DF6" w14:textId="77777777" w:rsidR="00342968" w:rsidRDefault="00342968" w:rsidP="00EC0F8F">
            <w:pPr>
              <w:jc w:val="center"/>
            </w:pPr>
            <w:r>
              <w:t>436–450</w:t>
            </w:r>
          </w:p>
        </w:tc>
        <w:tc>
          <w:tcPr>
            <w:tcW w:w="1450" w:type="dxa"/>
            <w:vAlign w:val="center"/>
          </w:tcPr>
          <w:p w14:paraId="007226A7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364197CE" w14:textId="77777777" w:rsidR="00342968" w:rsidRDefault="00342968" w:rsidP="0051274E">
            <w:r>
              <w:t>NSP12 (RdRp) is recurrently recognized by CD4</w:t>
            </w:r>
            <w:r w:rsidRPr="00461E96">
              <w:rPr>
                <w:vertAlign w:val="superscript"/>
              </w:rPr>
              <w:t>+</w:t>
            </w:r>
            <w:r>
              <w:t xml:space="preserve"> and CD8</w:t>
            </w:r>
            <w:r w:rsidRPr="00461E96">
              <w:rPr>
                <w:vertAlign w:val="superscript"/>
              </w:rPr>
              <w:t>+</w:t>
            </w:r>
            <w:r>
              <w:t xml:space="preserve"> T cells in convalescents.</w:t>
            </w:r>
          </w:p>
        </w:tc>
        <w:tc>
          <w:tcPr>
            <w:tcW w:w="2066" w:type="dxa"/>
            <w:vAlign w:val="center"/>
          </w:tcPr>
          <w:p w14:paraId="0D698A17" w14:textId="798324FE" w:rsidR="00342968" w:rsidRPr="00A77F9C" w:rsidRDefault="000930D8" w:rsidP="0051274E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>4, 8-9</w:t>
            </w:r>
          </w:p>
        </w:tc>
      </w:tr>
      <w:tr w:rsidR="00342968" w14:paraId="6A1B0F56" w14:textId="77777777" w:rsidTr="0052236C">
        <w:trPr>
          <w:trHeight w:val="414"/>
          <w:jc w:val="center"/>
        </w:trPr>
        <w:tc>
          <w:tcPr>
            <w:tcW w:w="959" w:type="dxa"/>
            <w:vAlign w:val="center"/>
          </w:tcPr>
          <w:p w14:paraId="45AD2895" w14:textId="50449CC9" w:rsidR="00342968" w:rsidRDefault="00342968" w:rsidP="00705B73">
            <w:pPr>
              <w:jc w:val="center"/>
            </w:pPr>
            <w:r>
              <w:t>NSP12_2</w:t>
            </w:r>
          </w:p>
        </w:tc>
        <w:tc>
          <w:tcPr>
            <w:tcW w:w="1871" w:type="dxa"/>
            <w:vAlign w:val="center"/>
          </w:tcPr>
          <w:p w14:paraId="3D5612EA" w14:textId="259E5199" w:rsidR="00342968" w:rsidRDefault="00342968" w:rsidP="0051274E">
            <w:r>
              <w:t>LSDDAVVCFNSTY</w:t>
            </w:r>
          </w:p>
        </w:tc>
        <w:tc>
          <w:tcPr>
            <w:tcW w:w="959" w:type="dxa"/>
            <w:vAlign w:val="center"/>
          </w:tcPr>
          <w:p w14:paraId="2A20754C" w14:textId="77777777" w:rsidR="00342968" w:rsidRDefault="00342968" w:rsidP="00EC0F8F">
            <w:pPr>
              <w:jc w:val="center"/>
            </w:pPr>
            <w:r>
              <w:t>NSP12</w:t>
            </w:r>
          </w:p>
        </w:tc>
        <w:tc>
          <w:tcPr>
            <w:tcW w:w="1054" w:type="dxa"/>
            <w:vAlign w:val="center"/>
          </w:tcPr>
          <w:p w14:paraId="3A40B9BB" w14:textId="77777777" w:rsidR="00342968" w:rsidRDefault="00342968" w:rsidP="00EC0F8F">
            <w:pPr>
              <w:jc w:val="center"/>
            </w:pPr>
            <w:r>
              <w:t>758–770</w:t>
            </w:r>
          </w:p>
        </w:tc>
        <w:tc>
          <w:tcPr>
            <w:tcW w:w="1450" w:type="dxa"/>
            <w:vAlign w:val="center"/>
          </w:tcPr>
          <w:p w14:paraId="6021FB98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12BDED0F" w14:textId="77777777" w:rsidR="00342968" w:rsidRDefault="00342968" w:rsidP="0051274E">
            <w:r>
              <w:t>Conserved RdRp regions support variant-resilient T-cell responses.</w:t>
            </w:r>
          </w:p>
        </w:tc>
        <w:tc>
          <w:tcPr>
            <w:tcW w:w="2066" w:type="dxa"/>
            <w:vAlign w:val="center"/>
          </w:tcPr>
          <w:p w14:paraId="1B3C0F13" w14:textId="264F5161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4, 9</w:t>
            </w:r>
          </w:p>
        </w:tc>
      </w:tr>
      <w:tr w:rsidR="00342968" w14:paraId="1080EFFD" w14:textId="77777777" w:rsidTr="0052236C">
        <w:trPr>
          <w:trHeight w:val="419"/>
          <w:jc w:val="center"/>
        </w:trPr>
        <w:tc>
          <w:tcPr>
            <w:tcW w:w="959" w:type="dxa"/>
            <w:vAlign w:val="center"/>
          </w:tcPr>
          <w:p w14:paraId="13A516F3" w14:textId="173D0973" w:rsidR="00342968" w:rsidRDefault="00342968" w:rsidP="00705B73">
            <w:pPr>
              <w:jc w:val="center"/>
            </w:pPr>
            <w:r>
              <w:t>NSP12_3</w:t>
            </w:r>
          </w:p>
        </w:tc>
        <w:tc>
          <w:tcPr>
            <w:tcW w:w="1871" w:type="dxa"/>
            <w:vAlign w:val="center"/>
          </w:tcPr>
          <w:p w14:paraId="2B28425E" w14:textId="1EFAB958" w:rsidR="00342968" w:rsidRDefault="00342968" w:rsidP="0051274E">
            <w:r>
              <w:t>LMIERFVSLAIDAYP</w:t>
            </w:r>
          </w:p>
        </w:tc>
        <w:tc>
          <w:tcPr>
            <w:tcW w:w="959" w:type="dxa"/>
            <w:vAlign w:val="center"/>
          </w:tcPr>
          <w:p w14:paraId="4286C7BF" w14:textId="77777777" w:rsidR="00342968" w:rsidRDefault="00342968" w:rsidP="00EC0F8F">
            <w:pPr>
              <w:jc w:val="center"/>
            </w:pPr>
            <w:r>
              <w:t>NSP12</w:t>
            </w:r>
          </w:p>
        </w:tc>
        <w:tc>
          <w:tcPr>
            <w:tcW w:w="1054" w:type="dxa"/>
            <w:vAlign w:val="center"/>
          </w:tcPr>
          <w:p w14:paraId="47A9BBAF" w14:textId="77777777" w:rsidR="00342968" w:rsidRDefault="00342968" w:rsidP="00EC0F8F">
            <w:pPr>
              <w:jc w:val="center"/>
            </w:pPr>
            <w:r>
              <w:t>854–868</w:t>
            </w:r>
          </w:p>
        </w:tc>
        <w:tc>
          <w:tcPr>
            <w:tcW w:w="1450" w:type="dxa"/>
            <w:vAlign w:val="center"/>
          </w:tcPr>
          <w:p w14:paraId="5592057C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5DE948E0" w14:textId="77777777" w:rsidR="00342968" w:rsidRDefault="00342968" w:rsidP="0051274E">
            <w:r>
              <w:t>NSP12-derived conserved regions are relevant targets of human memory T cells.</w:t>
            </w:r>
          </w:p>
        </w:tc>
        <w:tc>
          <w:tcPr>
            <w:tcW w:w="2066" w:type="dxa"/>
            <w:vAlign w:val="center"/>
          </w:tcPr>
          <w:p w14:paraId="599DA99E" w14:textId="4BF1AB23" w:rsidR="00342968" w:rsidRPr="00A77F9C" w:rsidRDefault="000930D8" w:rsidP="00D61D5C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>4, 8</w:t>
            </w:r>
          </w:p>
        </w:tc>
      </w:tr>
      <w:tr w:rsidR="00342968" w14:paraId="6A0E5F6A" w14:textId="77777777" w:rsidTr="0052236C">
        <w:trPr>
          <w:trHeight w:val="456"/>
          <w:jc w:val="center"/>
        </w:trPr>
        <w:tc>
          <w:tcPr>
            <w:tcW w:w="959" w:type="dxa"/>
            <w:vAlign w:val="center"/>
          </w:tcPr>
          <w:p w14:paraId="7F0EA291" w14:textId="59E8E0B8" w:rsidR="00342968" w:rsidRDefault="00342968" w:rsidP="00705B73">
            <w:pPr>
              <w:jc w:val="center"/>
            </w:pPr>
            <w:r>
              <w:t>NSP13_1</w:t>
            </w:r>
          </w:p>
        </w:tc>
        <w:tc>
          <w:tcPr>
            <w:tcW w:w="1871" w:type="dxa"/>
            <w:vAlign w:val="center"/>
          </w:tcPr>
          <w:p w14:paraId="3D836B5E" w14:textId="3F6E21AC" w:rsidR="00342968" w:rsidRDefault="00342968" w:rsidP="0051274E">
            <w:r>
              <w:t>VLQAVGACV</w:t>
            </w:r>
          </w:p>
        </w:tc>
        <w:tc>
          <w:tcPr>
            <w:tcW w:w="959" w:type="dxa"/>
            <w:vAlign w:val="center"/>
          </w:tcPr>
          <w:p w14:paraId="75BAC04C" w14:textId="77777777" w:rsidR="00342968" w:rsidRDefault="00342968" w:rsidP="00EC0F8F">
            <w:pPr>
              <w:jc w:val="center"/>
            </w:pPr>
            <w:r>
              <w:t>NSP13</w:t>
            </w:r>
          </w:p>
          <w:p w14:paraId="18702AEF" w14:textId="00259924" w:rsidR="00342968" w:rsidRDefault="00342968" w:rsidP="00EC0F8F">
            <w:pPr>
              <w:jc w:val="center"/>
            </w:pPr>
            <w:r>
              <w:rPr>
                <w:sz w:val="14"/>
              </w:rPr>
              <w:t>(</w:t>
            </w:r>
            <w:r w:rsidRPr="00D61D5C">
              <w:rPr>
                <w:sz w:val="14"/>
              </w:rPr>
              <w:t>junction/</w:t>
            </w:r>
            <w:r w:rsidR="00C05F69">
              <w:rPr>
                <w:sz w:val="14"/>
              </w:rPr>
              <w:t xml:space="preserve"> </w:t>
            </w:r>
            <w:r w:rsidRPr="00D61D5C">
              <w:rPr>
                <w:sz w:val="14"/>
              </w:rPr>
              <w:t>N-terminus</w:t>
            </w:r>
            <w:r>
              <w:rPr>
                <w:sz w:val="14"/>
              </w:rPr>
              <w:t>)</w:t>
            </w:r>
          </w:p>
        </w:tc>
        <w:tc>
          <w:tcPr>
            <w:tcW w:w="1054" w:type="dxa"/>
            <w:vAlign w:val="center"/>
          </w:tcPr>
          <w:p w14:paraId="222BC81A" w14:textId="77777777" w:rsidR="00342968" w:rsidRDefault="00342968" w:rsidP="00EC0F8F">
            <w:pPr>
              <w:jc w:val="center"/>
            </w:pPr>
            <w:r w:rsidRPr="0052236C">
              <w:t>-2-6</w:t>
            </w:r>
          </w:p>
        </w:tc>
        <w:tc>
          <w:tcPr>
            <w:tcW w:w="1450" w:type="dxa"/>
            <w:vAlign w:val="center"/>
          </w:tcPr>
          <w:p w14:paraId="04A8468B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46A705B5" w14:textId="77777777" w:rsidR="00342968" w:rsidRDefault="00342968" w:rsidP="0051274E">
            <w:r>
              <w:t>NSP13 helicase contributes to broad human T-cell immunity outside Spike.</w:t>
            </w:r>
          </w:p>
        </w:tc>
        <w:tc>
          <w:tcPr>
            <w:tcW w:w="2066" w:type="dxa"/>
            <w:vAlign w:val="center"/>
          </w:tcPr>
          <w:p w14:paraId="1092C7F9" w14:textId="113F40B3" w:rsidR="00342968" w:rsidRPr="00A77F9C" w:rsidRDefault="000930D8" w:rsidP="00D61D5C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 xml:space="preserve">4, 8 </w:t>
            </w:r>
          </w:p>
        </w:tc>
      </w:tr>
      <w:tr w:rsidR="00342968" w14:paraId="37710318" w14:textId="77777777" w:rsidTr="0052236C">
        <w:trPr>
          <w:trHeight w:val="419"/>
          <w:jc w:val="center"/>
        </w:trPr>
        <w:tc>
          <w:tcPr>
            <w:tcW w:w="959" w:type="dxa"/>
            <w:vAlign w:val="center"/>
          </w:tcPr>
          <w:p w14:paraId="09A24E64" w14:textId="190E5752" w:rsidR="00342968" w:rsidRDefault="00342968" w:rsidP="00705B73">
            <w:pPr>
              <w:jc w:val="center"/>
            </w:pPr>
            <w:r>
              <w:t>NSP13_2</w:t>
            </w:r>
          </w:p>
        </w:tc>
        <w:tc>
          <w:tcPr>
            <w:tcW w:w="1871" w:type="dxa"/>
            <w:vAlign w:val="center"/>
          </w:tcPr>
          <w:p w14:paraId="446F5C0B" w14:textId="6F7F81C5" w:rsidR="00342968" w:rsidRDefault="00342968" w:rsidP="0051274E">
            <w:r>
              <w:t>TCTERLKLFAAETLK</w:t>
            </w:r>
          </w:p>
        </w:tc>
        <w:tc>
          <w:tcPr>
            <w:tcW w:w="959" w:type="dxa"/>
            <w:vAlign w:val="center"/>
          </w:tcPr>
          <w:p w14:paraId="7F2AF978" w14:textId="77777777" w:rsidR="00342968" w:rsidRDefault="00342968" w:rsidP="00EC0F8F">
            <w:pPr>
              <w:jc w:val="center"/>
            </w:pPr>
            <w:r>
              <w:t>NSP13</w:t>
            </w:r>
          </w:p>
        </w:tc>
        <w:tc>
          <w:tcPr>
            <w:tcW w:w="1054" w:type="dxa"/>
            <w:vAlign w:val="center"/>
          </w:tcPr>
          <w:p w14:paraId="2EB16AE1" w14:textId="77777777" w:rsidR="00342968" w:rsidRDefault="00342968" w:rsidP="00EC0F8F">
            <w:pPr>
              <w:jc w:val="center"/>
            </w:pPr>
            <w:r>
              <w:t>125–139</w:t>
            </w:r>
          </w:p>
        </w:tc>
        <w:tc>
          <w:tcPr>
            <w:tcW w:w="1450" w:type="dxa"/>
            <w:vAlign w:val="center"/>
          </w:tcPr>
          <w:p w14:paraId="675DFDFF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1BE60BB0" w14:textId="77777777" w:rsidR="00342968" w:rsidRDefault="00342968" w:rsidP="0051274E">
            <w:r>
              <w:t>NSP13 is consistently recognized in proteome-wide T-cell mapping studies.</w:t>
            </w:r>
          </w:p>
        </w:tc>
        <w:tc>
          <w:tcPr>
            <w:tcW w:w="2066" w:type="dxa"/>
            <w:vAlign w:val="center"/>
          </w:tcPr>
          <w:p w14:paraId="635B0F90" w14:textId="42A1C47B" w:rsidR="00342968" w:rsidRPr="00A77F9C" w:rsidRDefault="000930D8" w:rsidP="00D61D5C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 xml:space="preserve">4, 8 </w:t>
            </w:r>
          </w:p>
        </w:tc>
      </w:tr>
      <w:tr w:rsidR="00342968" w14:paraId="60EAACC5" w14:textId="77777777" w:rsidTr="0052236C">
        <w:trPr>
          <w:trHeight w:val="426"/>
          <w:jc w:val="center"/>
        </w:trPr>
        <w:tc>
          <w:tcPr>
            <w:tcW w:w="959" w:type="dxa"/>
            <w:vAlign w:val="center"/>
          </w:tcPr>
          <w:p w14:paraId="286CE829" w14:textId="009CDDC7" w:rsidR="00342968" w:rsidRDefault="00342968" w:rsidP="00705B73">
            <w:pPr>
              <w:jc w:val="center"/>
            </w:pPr>
            <w:r>
              <w:t>NSP13_3</w:t>
            </w:r>
          </w:p>
        </w:tc>
        <w:tc>
          <w:tcPr>
            <w:tcW w:w="1871" w:type="dxa"/>
            <w:vAlign w:val="center"/>
          </w:tcPr>
          <w:p w14:paraId="05908C42" w14:textId="32A6147E" w:rsidR="00342968" w:rsidRDefault="00342968" w:rsidP="0051274E">
            <w:r>
              <w:t>YVFCTVNAL</w:t>
            </w:r>
          </w:p>
        </w:tc>
        <w:tc>
          <w:tcPr>
            <w:tcW w:w="959" w:type="dxa"/>
            <w:vAlign w:val="center"/>
          </w:tcPr>
          <w:p w14:paraId="15617FF8" w14:textId="77777777" w:rsidR="00342968" w:rsidRDefault="00342968" w:rsidP="00EC0F8F">
            <w:pPr>
              <w:jc w:val="center"/>
            </w:pPr>
            <w:r>
              <w:t>NSP13</w:t>
            </w:r>
          </w:p>
        </w:tc>
        <w:tc>
          <w:tcPr>
            <w:tcW w:w="1054" w:type="dxa"/>
            <w:vAlign w:val="center"/>
          </w:tcPr>
          <w:p w14:paraId="58770537" w14:textId="77777777" w:rsidR="00342968" w:rsidRDefault="00342968" w:rsidP="00EC0F8F">
            <w:pPr>
              <w:jc w:val="center"/>
            </w:pPr>
            <w:r>
              <w:t>355–363</w:t>
            </w:r>
          </w:p>
        </w:tc>
        <w:tc>
          <w:tcPr>
            <w:tcW w:w="1450" w:type="dxa"/>
            <w:vAlign w:val="center"/>
          </w:tcPr>
          <w:p w14:paraId="690FEAB1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22AB6EBB" w14:textId="77777777" w:rsidR="00342968" w:rsidRDefault="00342968" w:rsidP="0051274E">
            <w:r>
              <w:t>Conserved NSP13 regions support multispecific natural T-cell immunity.</w:t>
            </w:r>
          </w:p>
        </w:tc>
        <w:tc>
          <w:tcPr>
            <w:tcW w:w="2066" w:type="dxa"/>
            <w:vAlign w:val="center"/>
          </w:tcPr>
          <w:p w14:paraId="25C3BB06" w14:textId="52FB7807" w:rsidR="00342968" w:rsidRPr="00A77F9C" w:rsidRDefault="000930D8" w:rsidP="00D61D5C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 xml:space="preserve">4, 8 </w:t>
            </w:r>
          </w:p>
        </w:tc>
      </w:tr>
      <w:tr w:rsidR="00342968" w14:paraId="43757087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7F2BB05D" w14:textId="006CF956" w:rsidR="00342968" w:rsidRDefault="00342968" w:rsidP="00705B73">
            <w:pPr>
              <w:jc w:val="center"/>
            </w:pPr>
            <w:r>
              <w:t>S_1</w:t>
            </w:r>
          </w:p>
        </w:tc>
        <w:tc>
          <w:tcPr>
            <w:tcW w:w="1871" w:type="dxa"/>
            <w:vAlign w:val="center"/>
          </w:tcPr>
          <w:p w14:paraId="25F2E85F" w14:textId="7513442F" w:rsidR="00342968" w:rsidRDefault="00342968" w:rsidP="0051274E">
            <w:r>
              <w:t>SSANNCTFEYVSQPFLMDLE</w:t>
            </w:r>
          </w:p>
        </w:tc>
        <w:tc>
          <w:tcPr>
            <w:tcW w:w="959" w:type="dxa"/>
            <w:vAlign w:val="center"/>
          </w:tcPr>
          <w:p w14:paraId="72C94014" w14:textId="77777777" w:rsidR="00342968" w:rsidRDefault="00342968" w:rsidP="00EC0F8F">
            <w:pPr>
              <w:jc w:val="center"/>
            </w:pPr>
            <w:r>
              <w:t>Spike</w:t>
            </w:r>
          </w:p>
        </w:tc>
        <w:tc>
          <w:tcPr>
            <w:tcW w:w="1054" w:type="dxa"/>
            <w:vAlign w:val="center"/>
          </w:tcPr>
          <w:p w14:paraId="2DAC289E" w14:textId="77777777" w:rsidR="00342968" w:rsidRDefault="00342968" w:rsidP="00EC0F8F">
            <w:pPr>
              <w:jc w:val="center"/>
            </w:pPr>
            <w:r>
              <w:t>161–180</w:t>
            </w:r>
          </w:p>
        </w:tc>
        <w:tc>
          <w:tcPr>
            <w:tcW w:w="1450" w:type="dxa"/>
            <w:vAlign w:val="center"/>
          </w:tcPr>
          <w:p w14:paraId="7FD89063" w14:textId="1107E3E4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Hotspot</w:t>
            </w:r>
            <w:r w:rsidR="00A77F9C">
              <w:rPr>
                <w:szCs w:val="16"/>
              </w:rPr>
              <w:t xml:space="preserve"> </w:t>
            </w:r>
            <w:r w:rsidRPr="004F2373">
              <w:rPr>
                <w:szCs w:val="16"/>
              </w:rPr>
              <w:t>/</w:t>
            </w:r>
          </w:p>
          <w:p w14:paraId="409EF7DC" w14:textId="54CAB6ED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region-level</w:t>
            </w:r>
          </w:p>
        </w:tc>
        <w:tc>
          <w:tcPr>
            <w:tcW w:w="5297" w:type="dxa"/>
            <w:vAlign w:val="center"/>
          </w:tcPr>
          <w:p w14:paraId="2D97912F" w14:textId="77777777" w:rsidR="00342968" w:rsidRDefault="00342968" w:rsidP="0051274E">
            <w:r>
              <w:t>Spike NTD contains helper T-cell hotspots in convalescents.</w:t>
            </w:r>
          </w:p>
        </w:tc>
        <w:tc>
          <w:tcPr>
            <w:tcW w:w="2066" w:type="dxa"/>
            <w:vAlign w:val="center"/>
          </w:tcPr>
          <w:p w14:paraId="2AA97EE2" w14:textId="55B16EA5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2-4</w:t>
            </w:r>
          </w:p>
        </w:tc>
      </w:tr>
      <w:tr w:rsidR="00342968" w14:paraId="39FAF7F1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5BA1D674" w14:textId="666DF7B0" w:rsidR="00342968" w:rsidRDefault="00342968" w:rsidP="00705B73">
            <w:pPr>
              <w:jc w:val="center"/>
            </w:pPr>
            <w:r>
              <w:t>S_2</w:t>
            </w:r>
          </w:p>
        </w:tc>
        <w:tc>
          <w:tcPr>
            <w:tcW w:w="1871" w:type="dxa"/>
            <w:vAlign w:val="center"/>
          </w:tcPr>
          <w:p w14:paraId="0B6ACF60" w14:textId="4A19D233" w:rsidR="00342968" w:rsidRDefault="00342968" w:rsidP="0051274E">
            <w:r>
              <w:t>YYVGYLQPRTFLL</w:t>
            </w:r>
          </w:p>
        </w:tc>
        <w:tc>
          <w:tcPr>
            <w:tcW w:w="959" w:type="dxa"/>
            <w:vAlign w:val="center"/>
          </w:tcPr>
          <w:p w14:paraId="1BA251AC" w14:textId="77777777" w:rsidR="00342968" w:rsidRDefault="00342968" w:rsidP="00EC0F8F">
            <w:pPr>
              <w:jc w:val="center"/>
            </w:pPr>
            <w:r>
              <w:t>Spike</w:t>
            </w:r>
          </w:p>
        </w:tc>
        <w:tc>
          <w:tcPr>
            <w:tcW w:w="1054" w:type="dxa"/>
            <w:vAlign w:val="center"/>
          </w:tcPr>
          <w:p w14:paraId="3D23E503" w14:textId="77777777" w:rsidR="00342968" w:rsidRDefault="00342968" w:rsidP="00EC0F8F">
            <w:pPr>
              <w:jc w:val="center"/>
            </w:pPr>
            <w:r>
              <w:t>265–277</w:t>
            </w:r>
          </w:p>
        </w:tc>
        <w:tc>
          <w:tcPr>
            <w:tcW w:w="1450" w:type="dxa"/>
            <w:vAlign w:val="center"/>
          </w:tcPr>
          <w:p w14:paraId="4B74F889" w14:textId="77777777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25158067" w14:textId="3228348E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44EBC0DD" w14:textId="77777777" w:rsidR="00342968" w:rsidRDefault="00342968" w:rsidP="0051274E">
            <w:r>
              <w:t>Contains YLQPRTFLL, a highly immunoprevalent CD8 epitope.</w:t>
            </w:r>
          </w:p>
        </w:tc>
        <w:tc>
          <w:tcPr>
            <w:tcW w:w="2066" w:type="dxa"/>
            <w:vAlign w:val="center"/>
          </w:tcPr>
          <w:p w14:paraId="2352C923" w14:textId="12EE8E0E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5, 10, 19</w:t>
            </w:r>
          </w:p>
        </w:tc>
      </w:tr>
      <w:tr w:rsidR="00342968" w14:paraId="748C2C06" w14:textId="77777777" w:rsidTr="0052236C">
        <w:trPr>
          <w:trHeight w:val="363"/>
          <w:jc w:val="center"/>
        </w:trPr>
        <w:tc>
          <w:tcPr>
            <w:tcW w:w="959" w:type="dxa"/>
            <w:vAlign w:val="center"/>
          </w:tcPr>
          <w:p w14:paraId="08A00820" w14:textId="4A83F3AE" w:rsidR="00342968" w:rsidRDefault="00342968" w:rsidP="00705B73">
            <w:pPr>
              <w:jc w:val="center"/>
            </w:pPr>
            <w:r>
              <w:t>S_3</w:t>
            </w:r>
          </w:p>
        </w:tc>
        <w:tc>
          <w:tcPr>
            <w:tcW w:w="1871" w:type="dxa"/>
            <w:vAlign w:val="center"/>
          </w:tcPr>
          <w:p w14:paraId="6C06A32D" w14:textId="6AACF781" w:rsidR="00342968" w:rsidRDefault="00342968" w:rsidP="0051274E">
            <w:r>
              <w:t>VQIDRLITGRLQSLQTYVT</w:t>
            </w:r>
          </w:p>
        </w:tc>
        <w:tc>
          <w:tcPr>
            <w:tcW w:w="959" w:type="dxa"/>
            <w:vAlign w:val="center"/>
          </w:tcPr>
          <w:p w14:paraId="55AEF241" w14:textId="77777777" w:rsidR="00342968" w:rsidRDefault="00342968" w:rsidP="00EC0F8F">
            <w:pPr>
              <w:jc w:val="center"/>
            </w:pPr>
            <w:r>
              <w:t>Spike</w:t>
            </w:r>
          </w:p>
        </w:tc>
        <w:tc>
          <w:tcPr>
            <w:tcW w:w="1054" w:type="dxa"/>
            <w:vAlign w:val="center"/>
          </w:tcPr>
          <w:p w14:paraId="339079A9" w14:textId="77777777" w:rsidR="00342968" w:rsidRDefault="00342968" w:rsidP="00EC0F8F">
            <w:pPr>
              <w:jc w:val="center"/>
            </w:pPr>
            <w:r>
              <w:t>1000–1018</w:t>
            </w:r>
          </w:p>
        </w:tc>
        <w:tc>
          <w:tcPr>
            <w:tcW w:w="1450" w:type="dxa"/>
            <w:vAlign w:val="center"/>
          </w:tcPr>
          <w:p w14:paraId="0FBB2344" w14:textId="77777777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48981E43" w14:textId="616F8E83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0ECDD054" w14:textId="77777777" w:rsidR="00342968" w:rsidRDefault="00342968" w:rsidP="0051274E">
            <w:r>
              <w:t>Includes RLQSLQTYV in the conserved S2 region.</w:t>
            </w:r>
          </w:p>
        </w:tc>
        <w:tc>
          <w:tcPr>
            <w:tcW w:w="2066" w:type="dxa"/>
            <w:vAlign w:val="center"/>
          </w:tcPr>
          <w:p w14:paraId="08BDCDC8" w14:textId="64CC67F4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 xml:space="preserve">5, 19 </w:t>
            </w:r>
          </w:p>
        </w:tc>
      </w:tr>
      <w:tr w:rsidR="00342968" w14:paraId="2499CBD3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6FE4DECF" w14:textId="5D9E08C3" w:rsidR="00342968" w:rsidRDefault="00342968" w:rsidP="00705B73">
            <w:pPr>
              <w:jc w:val="center"/>
            </w:pPr>
            <w:r>
              <w:t>S_4</w:t>
            </w:r>
          </w:p>
        </w:tc>
        <w:tc>
          <w:tcPr>
            <w:tcW w:w="1871" w:type="dxa"/>
            <w:vAlign w:val="center"/>
          </w:tcPr>
          <w:p w14:paraId="4081CF20" w14:textId="7E647B8D" w:rsidR="00342968" w:rsidRDefault="00342968" w:rsidP="0051274E">
            <w:r>
              <w:t>YEQYIKWPWYIWLGF</w:t>
            </w:r>
          </w:p>
        </w:tc>
        <w:tc>
          <w:tcPr>
            <w:tcW w:w="959" w:type="dxa"/>
            <w:vAlign w:val="center"/>
          </w:tcPr>
          <w:p w14:paraId="4EF3DCA9" w14:textId="77777777" w:rsidR="00342968" w:rsidRDefault="00342968" w:rsidP="00EC0F8F">
            <w:pPr>
              <w:jc w:val="center"/>
            </w:pPr>
            <w:r>
              <w:t>Spike</w:t>
            </w:r>
          </w:p>
        </w:tc>
        <w:tc>
          <w:tcPr>
            <w:tcW w:w="1054" w:type="dxa"/>
            <w:vAlign w:val="center"/>
          </w:tcPr>
          <w:p w14:paraId="7C6517A8" w14:textId="77777777" w:rsidR="00342968" w:rsidRDefault="00342968" w:rsidP="00EC0F8F">
            <w:pPr>
              <w:jc w:val="center"/>
            </w:pPr>
            <w:r>
              <w:t>1206–1220</w:t>
            </w:r>
          </w:p>
        </w:tc>
        <w:tc>
          <w:tcPr>
            <w:tcW w:w="1450" w:type="dxa"/>
            <w:vAlign w:val="center"/>
          </w:tcPr>
          <w:p w14:paraId="781BE437" w14:textId="77777777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4D49872F" w14:textId="19449BDB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18D3F95B" w14:textId="77777777" w:rsidR="00342968" w:rsidRDefault="00342968" w:rsidP="0051274E">
            <w:r>
              <w:t>Includes QYIKWPWYI, an immunoprevalent conserved S2 epitope.</w:t>
            </w:r>
          </w:p>
        </w:tc>
        <w:tc>
          <w:tcPr>
            <w:tcW w:w="2066" w:type="dxa"/>
            <w:vAlign w:val="center"/>
          </w:tcPr>
          <w:p w14:paraId="1711E563" w14:textId="10BCF6AD" w:rsidR="00342968" w:rsidRPr="00A77F9C" w:rsidRDefault="000930D8" w:rsidP="00D61D5C">
            <w:pPr>
              <w:rPr>
                <w:sz w:val="24"/>
                <w:szCs w:val="24"/>
                <w:vertAlign w:val="superscript"/>
              </w:rPr>
            </w:pPr>
            <w:r w:rsidRPr="00A77F9C">
              <w:rPr>
                <w:sz w:val="24"/>
                <w:szCs w:val="24"/>
                <w:vertAlign w:val="superscript"/>
              </w:rPr>
              <w:t>19</w:t>
            </w:r>
          </w:p>
        </w:tc>
      </w:tr>
      <w:tr w:rsidR="00342968" w14:paraId="22CFCD94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7581F668" w14:textId="3E729008" w:rsidR="00342968" w:rsidRDefault="00342968" w:rsidP="00705B73">
            <w:pPr>
              <w:jc w:val="center"/>
            </w:pPr>
            <w:r>
              <w:t>ORF3a_1</w:t>
            </w:r>
          </w:p>
        </w:tc>
        <w:tc>
          <w:tcPr>
            <w:tcW w:w="1871" w:type="dxa"/>
            <w:vAlign w:val="center"/>
          </w:tcPr>
          <w:p w14:paraId="3B2D34B8" w14:textId="3A449E84" w:rsidR="00342968" w:rsidRDefault="00342968" w:rsidP="0051274E">
            <w:r>
              <w:t>LYLYALVYFLQSINF</w:t>
            </w:r>
          </w:p>
        </w:tc>
        <w:tc>
          <w:tcPr>
            <w:tcW w:w="959" w:type="dxa"/>
            <w:vAlign w:val="center"/>
          </w:tcPr>
          <w:p w14:paraId="504C533B" w14:textId="77777777" w:rsidR="00342968" w:rsidRDefault="00342968" w:rsidP="00EC0F8F">
            <w:pPr>
              <w:jc w:val="center"/>
            </w:pPr>
            <w:r>
              <w:t>ORF3a</w:t>
            </w:r>
          </w:p>
        </w:tc>
        <w:tc>
          <w:tcPr>
            <w:tcW w:w="1054" w:type="dxa"/>
            <w:vAlign w:val="center"/>
          </w:tcPr>
          <w:p w14:paraId="1B21D6DA" w14:textId="77777777" w:rsidR="00342968" w:rsidRDefault="00342968" w:rsidP="00EC0F8F">
            <w:pPr>
              <w:jc w:val="center"/>
            </w:pPr>
            <w:r>
              <w:t>106–120</w:t>
            </w:r>
          </w:p>
        </w:tc>
        <w:tc>
          <w:tcPr>
            <w:tcW w:w="1450" w:type="dxa"/>
            <w:vAlign w:val="center"/>
          </w:tcPr>
          <w:p w14:paraId="333E9488" w14:textId="76BE60FD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Hotspot</w:t>
            </w:r>
            <w:r w:rsidR="00A77F9C">
              <w:rPr>
                <w:szCs w:val="16"/>
              </w:rPr>
              <w:t xml:space="preserve"> </w:t>
            </w:r>
            <w:r w:rsidRPr="004F2373">
              <w:rPr>
                <w:szCs w:val="16"/>
              </w:rPr>
              <w:t>/</w:t>
            </w:r>
          </w:p>
          <w:p w14:paraId="7C3C298E" w14:textId="02D4F18A" w:rsidR="00342968" w:rsidRPr="004F2373" w:rsidRDefault="00342968" w:rsidP="00B202AD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region-level</w:t>
            </w:r>
          </w:p>
        </w:tc>
        <w:tc>
          <w:tcPr>
            <w:tcW w:w="5297" w:type="dxa"/>
            <w:vAlign w:val="center"/>
          </w:tcPr>
          <w:p w14:paraId="2B132DEA" w14:textId="77777777" w:rsidR="00342968" w:rsidRDefault="00342968" w:rsidP="0051274E">
            <w:r>
              <w:t>ORF3a mid-region contributes to immunodominant T-cell clusters.</w:t>
            </w:r>
          </w:p>
        </w:tc>
        <w:tc>
          <w:tcPr>
            <w:tcW w:w="2066" w:type="dxa"/>
            <w:vAlign w:val="center"/>
          </w:tcPr>
          <w:p w14:paraId="19D53144" w14:textId="3C500811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2-4</w:t>
            </w:r>
          </w:p>
        </w:tc>
      </w:tr>
      <w:tr w:rsidR="00342968" w14:paraId="61DEC9E8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705293C6" w14:textId="69E9EAB9" w:rsidR="00342968" w:rsidRDefault="00342968" w:rsidP="00705B73">
            <w:pPr>
              <w:jc w:val="center"/>
            </w:pPr>
            <w:r w:rsidRPr="00192AD4">
              <w:t>ORF3a_</w:t>
            </w:r>
            <w:r>
              <w:t>2</w:t>
            </w:r>
          </w:p>
        </w:tc>
        <w:tc>
          <w:tcPr>
            <w:tcW w:w="1871" w:type="dxa"/>
            <w:vAlign w:val="center"/>
          </w:tcPr>
          <w:p w14:paraId="190E725F" w14:textId="15D6E66D" w:rsidR="00342968" w:rsidRDefault="00342968" w:rsidP="00342968">
            <w:r>
              <w:t>LLYDANYFL</w:t>
            </w:r>
          </w:p>
        </w:tc>
        <w:tc>
          <w:tcPr>
            <w:tcW w:w="959" w:type="dxa"/>
            <w:vAlign w:val="center"/>
          </w:tcPr>
          <w:p w14:paraId="5A46648D" w14:textId="77777777" w:rsidR="00342968" w:rsidRDefault="00342968" w:rsidP="00342968">
            <w:pPr>
              <w:jc w:val="center"/>
            </w:pPr>
            <w:r>
              <w:t>ORF3a</w:t>
            </w:r>
          </w:p>
        </w:tc>
        <w:tc>
          <w:tcPr>
            <w:tcW w:w="1054" w:type="dxa"/>
            <w:vAlign w:val="center"/>
          </w:tcPr>
          <w:p w14:paraId="598C5E59" w14:textId="77777777" w:rsidR="00342968" w:rsidRDefault="00342968" w:rsidP="00342968">
            <w:pPr>
              <w:jc w:val="center"/>
            </w:pPr>
            <w:r>
              <w:t>139–147</w:t>
            </w:r>
          </w:p>
        </w:tc>
        <w:tc>
          <w:tcPr>
            <w:tcW w:w="1450" w:type="dxa"/>
            <w:vAlign w:val="center"/>
          </w:tcPr>
          <w:p w14:paraId="262DC65A" w14:textId="77777777" w:rsidR="00B202AD" w:rsidRPr="004F2373" w:rsidRDefault="00342968" w:rsidP="00342968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790C5019" w14:textId="3E42DD3A" w:rsidR="00342968" w:rsidRPr="004F2373" w:rsidRDefault="00342968" w:rsidP="00342968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6869D221" w14:textId="77777777" w:rsidR="00342968" w:rsidRDefault="00342968" w:rsidP="00342968">
            <w:r>
              <w:t>Highly recurrent human CD8 epitope.</w:t>
            </w:r>
          </w:p>
        </w:tc>
        <w:tc>
          <w:tcPr>
            <w:tcW w:w="2066" w:type="dxa"/>
            <w:vAlign w:val="center"/>
          </w:tcPr>
          <w:p w14:paraId="3EAF305A" w14:textId="65523703" w:rsidR="00342968" w:rsidRPr="00A77F9C" w:rsidRDefault="000930D8" w:rsidP="00342968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5, 18-19</w:t>
            </w:r>
          </w:p>
        </w:tc>
      </w:tr>
      <w:tr w:rsidR="00342968" w14:paraId="07BC2330" w14:textId="77777777" w:rsidTr="0052236C">
        <w:trPr>
          <w:trHeight w:val="373"/>
          <w:jc w:val="center"/>
        </w:trPr>
        <w:tc>
          <w:tcPr>
            <w:tcW w:w="959" w:type="dxa"/>
            <w:vAlign w:val="center"/>
          </w:tcPr>
          <w:p w14:paraId="2248FEC1" w14:textId="732D6F4F" w:rsidR="00342968" w:rsidRDefault="00342968" w:rsidP="00705B73">
            <w:pPr>
              <w:jc w:val="center"/>
            </w:pPr>
            <w:r w:rsidRPr="00192AD4">
              <w:t>ORF3a_</w:t>
            </w:r>
            <w:r>
              <w:t>3</w:t>
            </w:r>
          </w:p>
        </w:tc>
        <w:tc>
          <w:tcPr>
            <w:tcW w:w="1871" w:type="dxa"/>
            <w:vAlign w:val="center"/>
          </w:tcPr>
          <w:p w14:paraId="3AF4A19F" w14:textId="2AFC0B44" w:rsidR="00342968" w:rsidRDefault="00342968" w:rsidP="00342968">
            <w:r>
              <w:t>FTSDYYQLYSTQL</w:t>
            </w:r>
          </w:p>
        </w:tc>
        <w:tc>
          <w:tcPr>
            <w:tcW w:w="959" w:type="dxa"/>
            <w:vAlign w:val="center"/>
          </w:tcPr>
          <w:p w14:paraId="55E93085" w14:textId="77777777" w:rsidR="00342968" w:rsidRDefault="00342968" w:rsidP="00342968">
            <w:pPr>
              <w:jc w:val="center"/>
            </w:pPr>
            <w:r>
              <w:t>ORF3a</w:t>
            </w:r>
          </w:p>
        </w:tc>
        <w:tc>
          <w:tcPr>
            <w:tcW w:w="1054" w:type="dxa"/>
            <w:vAlign w:val="center"/>
          </w:tcPr>
          <w:p w14:paraId="6DF73D66" w14:textId="77777777" w:rsidR="00342968" w:rsidRDefault="00342968" w:rsidP="00342968">
            <w:pPr>
              <w:jc w:val="center"/>
            </w:pPr>
            <w:r>
              <w:t>207–219</w:t>
            </w:r>
          </w:p>
        </w:tc>
        <w:tc>
          <w:tcPr>
            <w:tcW w:w="1450" w:type="dxa"/>
            <w:vAlign w:val="center"/>
          </w:tcPr>
          <w:p w14:paraId="58C38DE7" w14:textId="77777777" w:rsidR="00B202AD" w:rsidRPr="004F2373" w:rsidRDefault="00342968" w:rsidP="00342968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40FB5F27" w14:textId="451F31BA" w:rsidR="00342968" w:rsidRPr="004F2373" w:rsidRDefault="00342968" w:rsidP="00342968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067E20A1" w14:textId="77777777" w:rsidR="00342968" w:rsidRDefault="00342968" w:rsidP="00342968">
            <w:r>
              <w:t>Contains FTSDYYQLY/YFTSDYYQLY recurrent epitopes.</w:t>
            </w:r>
          </w:p>
        </w:tc>
        <w:tc>
          <w:tcPr>
            <w:tcW w:w="2066" w:type="dxa"/>
            <w:vAlign w:val="center"/>
          </w:tcPr>
          <w:p w14:paraId="2FB68294" w14:textId="1E1548D5" w:rsidR="00342968" w:rsidRPr="00A77F9C" w:rsidRDefault="000930D8" w:rsidP="00342968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5-19</w:t>
            </w:r>
          </w:p>
        </w:tc>
      </w:tr>
      <w:tr w:rsidR="00342968" w14:paraId="30DCC5BF" w14:textId="77777777" w:rsidTr="008E7FDC">
        <w:trPr>
          <w:trHeight w:val="309"/>
          <w:jc w:val="center"/>
        </w:trPr>
        <w:tc>
          <w:tcPr>
            <w:tcW w:w="959" w:type="dxa"/>
            <w:vAlign w:val="center"/>
          </w:tcPr>
          <w:p w14:paraId="7B5219C0" w14:textId="16600066" w:rsidR="00342968" w:rsidRDefault="00342968" w:rsidP="00705B73">
            <w:pPr>
              <w:jc w:val="center"/>
            </w:pPr>
            <w:r>
              <w:t>M_1</w:t>
            </w:r>
          </w:p>
        </w:tc>
        <w:tc>
          <w:tcPr>
            <w:tcW w:w="1871" w:type="dxa"/>
            <w:vAlign w:val="center"/>
          </w:tcPr>
          <w:p w14:paraId="579E9D7C" w14:textId="6561FDCA" w:rsidR="00342968" w:rsidRDefault="00342968" w:rsidP="0051274E">
            <w:r>
              <w:t>QFAYANRNRFLYIIK</w:t>
            </w:r>
          </w:p>
        </w:tc>
        <w:tc>
          <w:tcPr>
            <w:tcW w:w="959" w:type="dxa"/>
            <w:vAlign w:val="center"/>
          </w:tcPr>
          <w:p w14:paraId="7B0C8EF6" w14:textId="77777777" w:rsidR="00342968" w:rsidRDefault="00342968" w:rsidP="00EC0F8F">
            <w:pPr>
              <w:jc w:val="center"/>
            </w:pPr>
            <w:r>
              <w:t>M</w:t>
            </w:r>
          </w:p>
        </w:tc>
        <w:tc>
          <w:tcPr>
            <w:tcW w:w="1054" w:type="dxa"/>
            <w:vAlign w:val="center"/>
          </w:tcPr>
          <w:p w14:paraId="2BD5694E" w14:textId="77777777" w:rsidR="00342968" w:rsidRDefault="00342968" w:rsidP="00EC0F8F">
            <w:pPr>
              <w:jc w:val="center"/>
            </w:pPr>
            <w:r>
              <w:t>36–50</w:t>
            </w:r>
          </w:p>
        </w:tc>
        <w:tc>
          <w:tcPr>
            <w:tcW w:w="1450" w:type="dxa"/>
            <w:vAlign w:val="center"/>
          </w:tcPr>
          <w:p w14:paraId="3535AB94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6704293A" w14:textId="77777777" w:rsidR="00342968" w:rsidRDefault="00342968" w:rsidP="0051274E">
            <w:r>
              <w:t>Membrane protein is broadly recognized in convalescents.</w:t>
            </w:r>
          </w:p>
        </w:tc>
        <w:tc>
          <w:tcPr>
            <w:tcW w:w="2066" w:type="dxa"/>
            <w:vAlign w:val="center"/>
          </w:tcPr>
          <w:p w14:paraId="25AE7575" w14:textId="3197C595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2-4</w:t>
            </w:r>
          </w:p>
        </w:tc>
      </w:tr>
      <w:tr w:rsidR="00342968" w14:paraId="7C5386D0" w14:textId="77777777" w:rsidTr="0052236C">
        <w:trPr>
          <w:trHeight w:val="233"/>
          <w:jc w:val="center"/>
        </w:trPr>
        <w:tc>
          <w:tcPr>
            <w:tcW w:w="959" w:type="dxa"/>
            <w:vAlign w:val="center"/>
          </w:tcPr>
          <w:p w14:paraId="4532E10B" w14:textId="1E0B0AC1" w:rsidR="00342968" w:rsidRDefault="00342968" w:rsidP="00705B73">
            <w:pPr>
              <w:jc w:val="center"/>
            </w:pPr>
            <w:r>
              <w:t>M_2</w:t>
            </w:r>
          </w:p>
        </w:tc>
        <w:tc>
          <w:tcPr>
            <w:tcW w:w="1871" w:type="dxa"/>
            <w:vAlign w:val="center"/>
          </w:tcPr>
          <w:p w14:paraId="209B0BBA" w14:textId="17B2E61F" w:rsidR="00342968" w:rsidRDefault="00342968" w:rsidP="0051274E">
            <w:r>
              <w:t>YRINWITGGIAIAMA</w:t>
            </w:r>
          </w:p>
        </w:tc>
        <w:tc>
          <w:tcPr>
            <w:tcW w:w="959" w:type="dxa"/>
            <w:vAlign w:val="center"/>
          </w:tcPr>
          <w:p w14:paraId="771DA227" w14:textId="77777777" w:rsidR="00342968" w:rsidRDefault="00342968" w:rsidP="00EC0F8F">
            <w:pPr>
              <w:jc w:val="center"/>
            </w:pPr>
            <w:r>
              <w:t>M</w:t>
            </w:r>
          </w:p>
        </w:tc>
        <w:tc>
          <w:tcPr>
            <w:tcW w:w="1054" w:type="dxa"/>
            <w:vAlign w:val="center"/>
          </w:tcPr>
          <w:p w14:paraId="46E2AC3A" w14:textId="77777777" w:rsidR="00342968" w:rsidRDefault="00342968" w:rsidP="00EC0F8F">
            <w:pPr>
              <w:jc w:val="center"/>
            </w:pPr>
            <w:r>
              <w:t>71–85</w:t>
            </w:r>
          </w:p>
        </w:tc>
        <w:tc>
          <w:tcPr>
            <w:tcW w:w="1450" w:type="dxa"/>
            <w:vAlign w:val="center"/>
          </w:tcPr>
          <w:p w14:paraId="00F602DE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78D8B14C" w14:textId="77777777" w:rsidR="00342968" w:rsidRDefault="00342968" w:rsidP="0051274E">
            <w:r>
              <w:t>M contributes to broad helper and cytotoxic responses.</w:t>
            </w:r>
          </w:p>
        </w:tc>
        <w:tc>
          <w:tcPr>
            <w:tcW w:w="2066" w:type="dxa"/>
            <w:vAlign w:val="center"/>
          </w:tcPr>
          <w:p w14:paraId="2C16A8B9" w14:textId="2683B36E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3-4</w:t>
            </w:r>
          </w:p>
        </w:tc>
      </w:tr>
      <w:tr w:rsidR="00342968" w14:paraId="0F62A20C" w14:textId="77777777" w:rsidTr="0052236C">
        <w:trPr>
          <w:trHeight w:val="321"/>
          <w:jc w:val="center"/>
        </w:trPr>
        <w:tc>
          <w:tcPr>
            <w:tcW w:w="959" w:type="dxa"/>
            <w:vAlign w:val="center"/>
          </w:tcPr>
          <w:p w14:paraId="5A40D094" w14:textId="3EAB75DF" w:rsidR="00342968" w:rsidRDefault="00342968" w:rsidP="00705B73">
            <w:pPr>
              <w:jc w:val="center"/>
            </w:pPr>
            <w:r>
              <w:t>M_3</w:t>
            </w:r>
          </w:p>
        </w:tc>
        <w:tc>
          <w:tcPr>
            <w:tcW w:w="1871" w:type="dxa"/>
            <w:vAlign w:val="center"/>
          </w:tcPr>
          <w:p w14:paraId="2B67CFF3" w14:textId="4BF03C29" w:rsidR="00342968" w:rsidRDefault="00342968" w:rsidP="0051274E">
            <w:r>
              <w:t>LSYYKLGASQRVAGD</w:t>
            </w:r>
          </w:p>
        </w:tc>
        <w:tc>
          <w:tcPr>
            <w:tcW w:w="959" w:type="dxa"/>
            <w:vAlign w:val="center"/>
          </w:tcPr>
          <w:p w14:paraId="48A176D1" w14:textId="77777777" w:rsidR="00342968" w:rsidRDefault="00342968" w:rsidP="00EC0F8F">
            <w:pPr>
              <w:jc w:val="center"/>
            </w:pPr>
            <w:r>
              <w:t>M</w:t>
            </w:r>
          </w:p>
        </w:tc>
        <w:tc>
          <w:tcPr>
            <w:tcW w:w="1054" w:type="dxa"/>
            <w:vAlign w:val="center"/>
          </w:tcPr>
          <w:p w14:paraId="75580C16" w14:textId="77777777" w:rsidR="00342968" w:rsidRDefault="00342968" w:rsidP="00EC0F8F">
            <w:pPr>
              <w:jc w:val="center"/>
            </w:pPr>
            <w:r>
              <w:t>176–190</w:t>
            </w:r>
          </w:p>
        </w:tc>
        <w:tc>
          <w:tcPr>
            <w:tcW w:w="1450" w:type="dxa"/>
            <w:vAlign w:val="center"/>
          </w:tcPr>
          <w:p w14:paraId="4DD491DE" w14:textId="77777777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Antigen-level</w:t>
            </w:r>
          </w:p>
        </w:tc>
        <w:tc>
          <w:tcPr>
            <w:tcW w:w="5297" w:type="dxa"/>
            <w:vAlign w:val="center"/>
          </w:tcPr>
          <w:p w14:paraId="6EECBE73" w14:textId="77777777" w:rsidR="00342968" w:rsidRDefault="00342968" w:rsidP="0051274E">
            <w:r>
              <w:t>C-terminal M contributes to broad T-cell recognition.</w:t>
            </w:r>
          </w:p>
        </w:tc>
        <w:tc>
          <w:tcPr>
            <w:tcW w:w="2066" w:type="dxa"/>
            <w:vAlign w:val="center"/>
          </w:tcPr>
          <w:p w14:paraId="0B532297" w14:textId="258755AF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3-4</w:t>
            </w:r>
          </w:p>
        </w:tc>
      </w:tr>
      <w:tr w:rsidR="00342968" w14:paraId="4249EDFD" w14:textId="77777777" w:rsidTr="0052236C">
        <w:trPr>
          <w:trHeight w:val="512"/>
          <w:jc w:val="center"/>
        </w:trPr>
        <w:tc>
          <w:tcPr>
            <w:tcW w:w="959" w:type="dxa"/>
            <w:vAlign w:val="center"/>
          </w:tcPr>
          <w:p w14:paraId="1018C9F5" w14:textId="02B1421A" w:rsidR="00342968" w:rsidRDefault="00342968" w:rsidP="00705B73">
            <w:pPr>
              <w:jc w:val="center"/>
            </w:pPr>
            <w:r>
              <w:t>N_1</w:t>
            </w:r>
          </w:p>
        </w:tc>
        <w:tc>
          <w:tcPr>
            <w:tcW w:w="1871" w:type="dxa"/>
            <w:vAlign w:val="center"/>
          </w:tcPr>
          <w:p w14:paraId="55EF59C2" w14:textId="038E95E3" w:rsidR="00342968" w:rsidRDefault="00342968" w:rsidP="0051274E">
            <w:r>
              <w:t>IGYYRRATRRIRGGDGKMKDLSPRWYFYYLGTGPEAGL</w:t>
            </w:r>
          </w:p>
        </w:tc>
        <w:tc>
          <w:tcPr>
            <w:tcW w:w="959" w:type="dxa"/>
            <w:vAlign w:val="center"/>
          </w:tcPr>
          <w:p w14:paraId="5A53588B" w14:textId="77777777" w:rsidR="00342968" w:rsidRDefault="00342968" w:rsidP="00EC0F8F">
            <w:pPr>
              <w:jc w:val="center"/>
            </w:pPr>
            <w:r>
              <w:t>N</w:t>
            </w:r>
          </w:p>
        </w:tc>
        <w:tc>
          <w:tcPr>
            <w:tcW w:w="1054" w:type="dxa"/>
            <w:vAlign w:val="center"/>
          </w:tcPr>
          <w:p w14:paraId="4A78AA02" w14:textId="77777777" w:rsidR="00342968" w:rsidRDefault="00342968" w:rsidP="00EC0F8F">
            <w:pPr>
              <w:jc w:val="center"/>
            </w:pPr>
            <w:r>
              <w:t>84–121</w:t>
            </w:r>
          </w:p>
        </w:tc>
        <w:tc>
          <w:tcPr>
            <w:tcW w:w="1450" w:type="dxa"/>
            <w:vAlign w:val="center"/>
          </w:tcPr>
          <w:p w14:paraId="4A6CF762" w14:textId="77777777" w:rsidR="00B202AD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 xml:space="preserve">Direct </w:t>
            </w:r>
          </w:p>
          <w:p w14:paraId="121EDC95" w14:textId="6127AEE2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epitope-level</w:t>
            </w:r>
          </w:p>
        </w:tc>
        <w:tc>
          <w:tcPr>
            <w:tcW w:w="5297" w:type="dxa"/>
            <w:vAlign w:val="center"/>
          </w:tcPr>
          <w:p w14:paraId="4500E90A" w14:textId="77777777" w:rsidR="00342968" w:rsidRDefault="00342968" w:rsidP="0051274E">
            <w:r>
              <w:t>Contains SPRWYFYYL/LSPRWYFYY within immunodominant N hotspot.</w:t>
            </w:r>
          </w:p>
        </w:tc>
        <w:tc>
          <w:tcPr>
            <w:tcW w:w="2066" w:type="dxa"/>
            <w:vAlign w:val="center"/>
          </w:tcPr>
          <w:p w14:paraId="4EF90537" w14:textId="53EEE26E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 xml:space="preserve">3, 5, 7 </w:t>
            </w:r>
          </w:p>
        </w:tc>
      </w:tr>
      <w:tr w:rsidR="00342968" w14:paraId="6486E7B2" w14:textId="77777777" w:rsidTr="0052236C">
        <w:trPr>
          <w:trHeight w:val="276"/>
          <w:jc w:val="center"/>
        </w:trPr>
        <w:tc>
          <w:tcPr>
            <w:tcW w:w="959" w:type="dxa"/>
            <w:vAlign w:val="center"/>
          </w:tcPr>
          <w:p w14:paraId="3B4D14F7" w14:textId="61D36756" w:rsidR="00342968" w:rsidRDefault="00342968" w:rsidP="00705B73">
            <w:pPr>
              <w:jc w:val="center"/>
            </w:pPr>
            <w:r>
              <w:lastRenderedPageBreak/>
              <w:t>N_2</w:t>
            </w:r>
          </w:p>
        </w:tc>
        <w:tc>
          <w:tcPr>
            <w:tcW w:w="1871" w:type="dxa"/>
            <w:vAlign w:val="center"/>
          </w:tcPr>
          <w:p w14:paraId="293BE90A" w14:textId="22088117" w:rsidR="00342968" w:rsidRDefault="00342968" w:rsidP="0051274E">
            <w:r>
              <w:t>KDGIIWVATEGALNTPKDHI</w:t>
            </w:r>
          </w:p>
        </w:tc>
        <w:tc>
          <w:tcPr>
            <w:tcW w:w="959" w:type="dxa"/>
            <w:vAlign w:val="center"/>
          </w:tcPr>
          <w:p w14:paraId="7A67EE36" w14:textId="77777777" w:rsidR="00342968" w:rsidRDefault="00342968" w:rsidP="00EC0F8F">
            <w:pPr>
              <w:jc w:val="center"/>
            </w:pPr>
            <w:r>
              <w:t>N</w:t>
            </w:r>
          </w:p>
        </w:tc>
        <w:tc>
          <w:tcPr>
            <w:tcW w:w="1054" w:type="dxa"/>
            <w:vAlign w:val="center"/>
          </w:tcPr>
          <w:p w14:paraId="002A75B2" w14:textId="77777777" w:rsidR="00342968" w:rsidRDefault="00342968" w:rsidP="00EC0F8F">
            <w:pPr>
              <w:jc w:val="center"/>
            </w:pPr>
            <w:r>
              <w:t>127–146</w:t>
            </w:r>
          </w:p>
        </w:tc>
        <w:tc>
          <w:tcPr>
            <w:tcW w:w="1450" w:type="dxa"/>
            <w:vAlign w:val="center"/>
          </w:tcPr>
          <w:p w14:paraId="268B3497" w14:textId="01DE481D" w:rsidR="00C05F69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Hotspot</w:t>
            </w:r>
            <w:r w:rsidR="00A77F9C">
              <w:rPr>
                <w:szCs w:val="16"/>
              </w:rPr>
              <w:t xml:space="preserve"> </w:t>
            </w:r>
            <w:r w:rsidRPr="004F2373">
              <w:rPr>
                <w:szCs w:val="16"/>
              </w:rPr>
              <w:t>/</w:t>
            </w:r>
          </w:p>
          <w:p w14:paraId="77F1ECAD" w14:textId="3D70AC35" w:rsidR="00342968" w:rsidRPr="004F2373" w:rsidRDefault="00342968" w:rsidP="00EC0F8F">
            <w:pPr>
              <w:jc w:val="center"/>
              <w:rPr>
                <w:szCs w:val="16"/>
              </w:rPr>
            </w:pPr>
            <w:r w:rsidRPr="004F2373">
              <w:rPr>
                <w:szCs w:val="16"/>
              </w:rPr>
              <w:t>region-level</w:t>
            </w:r>
          </w:p>
        </w:tc>
        <w:tc>
          <w:tcPr>
            <w:tcW w:w="5297" w:type="dxa"/>
            <w:vAlign w:val="center"/>
          </w:tcPr>
          <w:p w14:paraId="17119FD7" w14:textId="77777777" w:rsidR="00342968" w:rsidRDefault="00342968" w:rsidP="0051274E">
            <w:r>
              <w:t>Contains ATEGALNTPK immunoprevalent human epitope.</w:t>
            </w:r>
          </w:p>
        </w:tc>
        <w:tc>
          <w:tcPr>
            <w:tcW w:w="2066" w:type="dxa"/>
            <w:vAlign w:val="center"/>
          </w:tcPr>
          <w:p w14:paraId="1A2DA7B1" w14:textId="31F77058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5, 19</w:t>
            </w:r>
          </w:p>
        </w:tc>
      </w:tr>
      <w:tr w:rsidR="00342968" w14:paraId="6B7DB2BB" w14:textId="77777777" w:rsidTr="0052236C">
        <w:trPr>
          <w:trHeight w:val="468"/>
          <w:jc w:val="center"/>
        </w:trPr>
        <w:tc>
          <w:tcPr>
            <w:tcW w:w="959" w:type="dxa"/>
            <w:vAlign w:val="center"/>
          </w:tcPr>
          <w:p w14:paraId="44DE20A7" w14:textId="26F77158" w:rsidR="00342968" w:rsidRDefault="00342968" w:rsidP="00705B73">
            <w:pPr>
              <w:jc w:val="center"/>
            </w:pPr>
            <w:r>
              <w:t>N_3</w:t>
            </w:r>
          </w:p>
        </w:tc>
        <w:tc>
          <w:tcPr>
            <w:tcW w:w="1871" w:type="dxa"/>
            <w:vAlign w:val="center"/>
          </w:tcPr>
          <w:p w14:paraId="267392EC" w14:textId="172A17C2" w:rsidR="00342968" w:rsidRDefault="00342968" w:rsidP="0051274E">
            <w:r>
              <w:t>AAEASKKPRQKRTATKAYNVTQAFGRRGPE</w:t>
            </w:r>
          </w:p>
        </w:tc>
        <w:tc>
          <w:tcPr>
            <w:tcW w:w="959" w:type="dxa"/>
            <w:vAlign w:val="center"/>
          </w:tcPr>
          <w:p w14:paraId="3AD839DB" w14:textId="77777777" w:rsidR="00342968" w:rsidRDefault="00342968" w:rsidP="00EC0F8F">
            <w:pPr>
              <w:jc w:val="center"/>
            </w:pPr>
            <w:r>
              <w:t>N</w:t>
            </w:r>
          </w:p>
        </w:tc>
        <w:tc>
          <w:tcPr>
            <w:tcW w:w="1054" w:type="dxa"/>
            <w:vAlign w:val="center"/>
          </w:tcPr>
          <w:p w14:paraId="14306366" w14:textId="77777777" w:rsidR="00342968" w:rsidRDefault="00342968" w:rsidP="00EC0F8F">
            <w:pPr>
              <w:jc w:val="center"/>
            </w:pPr>
            <w:r>
              <w:t>251–280</w:t>
            </w:r>
          </w:p>
        </w:tc>
        <w:tc>
          <w:tcPr>
            <w:tcW w:w="1450" w:type="dxa"/>
            <w:vAlign w:val="center"/>
          </w:tcPr>
          <w:p w14:paraId="1F61F58E" w14:textId="77777777" w:rsidR="00342968" w:rsidRDefault="00342968" w:rsidP="00EC0F8F">
            <w:pPr>
              <w:jc w:val="center"/>
            </w:pPr>
            <w:r>
              <w:t>Direct epitope-level</w:t>
            </w:r>
          </w:p>
        </w:tc>
        <w:tc>
          <w:tcPr>
            <w:tcW w:w="5297" w:type="dxa"/>
            <w:vAlign w:val="center"/>
          </w:tcPr>
          <w:p w14:paraId="0C161697" w14:textId="77777777" w:rsidR="00342968" w:rsidRDefault="00342968" w:rsidP="0051274E">
            <w:r>
              <w:t>Contains KPRQKRTAT recurrent CD8 epitope.</w:t>
            </w:r>
          </w:p>
        </w:tc>
        <w:tc>
          <w:tcPr>
            <w:tcW w:w="2066" w:type="dxa"/>
            <w:vAlign w:val="center"/>
          </w:tcPr>
          <w:p w14:paraId="466D55B4" w14:textId="7C9DA101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5, 7</w:t>
            </w:r>
          </w:p>
        </w:tc>
      </w:tr>
      <w:tr w:rsidR="00342968" w14:paraId="39F12E99" w14:textId="77777777" w:rsidTr="0052236C">
        <w:trPr>
          <w:trHeight w:val="416"/>
          <w:jc w:val="center"/>
        </w:trPr>
        <w:tc>
          <w:tcPr>
            <w:tcW w:w="959" w:type="dxa"/>
            <w:vAlign w:val="center"/>
          </w:tcPr>
          <w:p w14:paraId="0782E8E5" w14:textId="71496A43" w:rsidR="00342968" w:rsidRDefault="00342968" w:rsidP="00705B73">
            <w:pPr>
              <w:jc w:val="center"/>
            </w:pPr>
            <w:r>
              <w:t>N_4</w:t>
            </w:r>
          </w:p>
        </w:tc>
        <w:tc>
          <w:tcPr>
            <w:tcW w:w="1871" w:type="dxa"/>
            <w:vAlign w:val="center"/>
          </w:tcPr>
          <w:p w14:paraId="503E8FB1" w14:textId="189782D5" w:rsidR="00342968" w:rsidRDefault="00342968" w:rsidP="0051274E">
            <w:r>
              <w:t>AQFAPSASAFFGMSRIGMEVT</w:t>
            </w:r>
          </w:p>
        </w:tc>
        <w:tc>
          <w:tcPr>
            <w:tcW w:w="959" w:type="dxa"/>
            <w:vAlign w:val="center"/>
          </w:tcPr>
          <w:p w14:paraId="0B1B588A" w14:textId="77777777" w:rsidR="00342968" w:rsidRDefault="00342968" w:rsidP="00EC0F8F">
            <w:pPr>
              <w:jc w:val="center"/>
            </w:pPr>
            <w:r>
              <w:t>N</w:t>
            </w:r>
          </w:p>
        </w:tc>
        <w:tc>
          <w:tcPr>
            <w:tcW w:w="1054" w:type="dxa"/>
            <w:vAlign w:val="center"/>
          </w:tcPr>
          <w:p w14:paraId="33205471" w14:textId="77777777" w:rsidR="00342968" w:rsidRDefault="00342968" w:rsidP="00EC0F8F">
            <w:pPr>
              <w:jc w:val="center"/>
            </w:pPr>
            <w:r>
              <w:t>305–325</w:t>
            </w:r>
          </w:p>
        </w:tc>
        <w:tc>
          <w:tcPr>
            <w:tcW w:w="1450" w:type="dxa"/>
            <w:vAlign w:val="center"/>
          </w:tcPr>
          <w:p w14:paraId="0BCBD2E6" w14:textId="195D6915" w:rsidR="00C05F69" w:rsidRDefault="00342968" w:rsidP="00EC0F8F">
            <w:pPr>
              <w:jc w:val="center"/>
            </w:pPr>
            <w:r>
              <w:t>Hotspot</w:t>
            </w:r>
            <w:r w:rsidR="00A77F9C">
              <w:t xml:space="preserve"> </w:t>
            </w:r>
            <w:r>
              <w:t>/</w:t>
            </w:r>
          </w:p>
          <w:p w14:paraId="7A543044" w14:textId="456D43B8" w:rsidR="00342968" w:rsidRDefault="00342968" w:rsidP="00EC0F8F">
            <w:pPr>
              <w:jc w:val="center"/>
            </w:pPr>
            <w:r>
              <w:t>region-level</w:t>
            </w:r>
          </w:p>
        </w:tc>
        <w:tc>
          <w:tcPr>
            <w:tcW w:w="5297" w:type="dxa"/>
            <w:vAlign w:val="center"/>
          </w:tcPr>
          <w:p w14:paraId="0ACC89E8" w14:textId="77777777" w:rsidR="00342968" w:rsidRDefault="00342968" w:rsidP="0051274E">
            <w:r>
              <w:t>C-terminal N contributes to durable memory T-cell responses.</w:t>
            </w:r>
          </w:p>
        </w:tc>
        <w:tc>
          <w:tcPr>
            <w:tcW w:w="2066" w:type="dxa"/>
            <w:vAlign w:val="center"/>
          </w:tcPr>
          <w:p w14:paraId="63D33DA7" w14:textId="463696AE" w:rsidR="00342968" w:rsidRPr="00A77F9C" w:rsidRDefault="000930D8" w:rsidP="00D61D5C">
            <w:pPr>
              <w:rPr>
                <w:sz w:val="24"/>
                <w:szCs w:val="24"/>
              </w:rPr>
            </w:pPr>
            <w:r w:rsidRPr="00A77F9C">
              <w:rPr>
                <w:sz w:val="24"/>
                <w:szCs w:val="24"/>
                <w:vertAlign w:val="superscript"/>
              </w:rPr>
              <w:t>3-4, 8</w:t>
            </w:r>
          </w:p>
        </w:tc>
      </w:tr>
      <w:bookmarkEnd w:id="1"/>
    </w:tbl>
    <w:p w14:paraId="00EDEE9B" w14:textId="77777777" w:rsidR="00A77F9C" w:rsidRPr="00A77F9C" w:rsidRDefault="00A77F9C" w:rsidP="00A77F9C">
      <w:pPr>
        <w:ind w:left="-709" w:right="-801"/>
        <w:jc w:val="both"/>
        <w:rPr>
          <w:sz w:val="4"/>
          <w:szCs w:val="4"/>
        </w:rPr>
      </w:pPr>
    </w:p>
    <w:p w14:paraId="4EAC4A11" w14:textId="433958B1" w:rsidR="00857AF7" w:rsidRDefault="0051274E" w:rsidP="00A77F9C">
      <w:pPr>
        <w:ind w:left="-709" w:right="-801"/>
        <w:jc w:val="both"/>
      </w:pPr>
      <w:r>
        <w:t>Immune association categories were assigned based on published human T-cell data from convalescent COVID-19 individuals. 'Direct epitope-level' indicates that the selected sequence contains a previously validated human T-cell epitope; 'Hotspot</w:t>
      </w:r>
      <w:r w:rsidR="00A77F9C">
        <w:t xml:space="preserve"> </w:t>
      </w:r>
      <w:r>
        <w:t>/</w:t>
      </w:r>
      <w:r w:rsidR="00A77F9C">
        <w:t xml:space="preserve"> </w:t>
      </w:r>
      <w:r>
        <w:t>region-level' indicates overlap or proximity to an immunodominant T-cell region; 'Antigen-level' indicates consistent recognition of the source protein in human T-cell studies.</w:t>
      </w:r>
    </w:p>
    <w:p w14:paraId="25CF6949" w14:textId="77777777" w:rsidR="00EF1BB0" w:rsidRDefault="00EF1BB0"/>
    <w:p w14:paraId="2631D414" w14:textId="77777777" w:rsidR="00F56454" w:rsidRPr="00D35013" w:rsidRDefault="00F56454" w:rsidP="00F56454">
      <w:pPr>
        <w:ind w:left="-709"/>
        <w:rPr>
          <w:sz w:val="18"/>
          <w:szCs w:val="18"/>
        </w:rPr>
      </w:pPr>
      <w:r w:rsidRPr="00D35013">
        <w:rPr>
          <w:b/>
          <w:sz w:val="18"/>
          <w:szCs w:val="18"/>
        </w:rPr>
        <w:t>Supplementary Table S</w:t>
      </w:r>
      <w:r>
        <w:rPr>
          <w:b/>
          <w:sz w:val="18"/>
          <w:szCs w:val="18"/>
        </w:rPr>
        <w:t>2</w:t>
      </w:r>
      <w:r w:rsidRPr="00D35013">
        <w:rPr>
          <w:b/>
          <w:sz w:val="18"/>
          <w:szCs w:val="18"/>
        </w:rPr>
        <w:t xml:space="preserve">. </w:t>
      </w:r>
      <w:r w:rsidRPr="00D35013">
        <w:rPr>
          <w:sz w:val="18"/>
          <w:szCs w:val="18"/>
        </w:rPr>
        <w:t xml:space="preserve">MHC-I </w:t>
      </w:r>
      <w:r>
        <w:rPr>
          <w:sz w:val="18"/>
          <w:szCs w:val="18"/>
        </w:rPr>
        <w:t>Binders.</w:t>
      </w:r>
    </w:p>
    <w:tbl>
      <w:tblPr>
        <w:tblStyle w:val="Tablaconcuadrcula"/>
        <w:tblW w:w="0" w:type="auto"/>
        <w:tblInd w:w="-710" w:type="dxa"/>
        <w:tblLook w:val="04A0" w:firstRow="1" w:lastRow="0" w:firstColumn="1" w:lastColumn="0" w:noHBand="0" w:noVBand="1"/>
      </w:tblPr>
      <w:tblGrid>
        <w:gridCol w:w="1503"/>
        <w:gridCol w:w="1363"/>
        <w:gridCol w:w="1241"/>
        <w:gridCol w:w="1276"/>
        <w:gridCol w:w="1418"/>
        <w:gridCol w:w="1757"/>
        <w:gridCol w:w="1752"/>
        <w:gridCol w:w="1710"/>
      </w:tblGrid>
      <w:tr w:rsidR="00312880" w:rsidRPr="001C7939" w14:paraId="2165133B" w14:textId="5D91B6F1" w:rsidTr="00A77F9C">
        <w:tc>
          <w:tcPr>
            <w:tcW w:w="1503" w:type="dxa"/>
          </w:tcPr>
          <w:p w14:paraId="60A1CA12" w14:textId="77777777" w:rsidR="00312880" w:rsidRPr="001C7939" w:rsidRDefault="00312880" w:rsidP="00AD1A19">
            <w:r w:rsidRPr="001C7939">
              <w:t>Patch</w:t>
            </w:r>
          </w:p>
        </w:tc>
        <w:tc>
          <w:tcPr>
            <w:tcW w:w="1363" w:type="dxa"/>
          </w:tcPr>
          <w:p w14:paraId="39D20754" w14:textId="77777777" w:rsidR="00312880" w:rsidRPr="001C7939" w:rsidRDefault="00312880" w:rsidP="00AD1A19">
            <w:r w:rsidRPr="001C7939">
              <w:t>Strong Binders</w:t>
            </w:r>
          </w:p>
        </w:tc>
        <w:tc>
          <w:tcPr>
            <w:tcW w:w="1241" w:type="dxa"/>
          </w:tcPr>
          <w:p w14:paraId="497005D8" w14:textId="77777777" w:rsidR="00312880" w:rsidRPr="001C7939" w:rsidRDefault="00312880" w:rsidP="00AD1A19">
            <w:r w:rsidRPr="001C7939">
              <w:t>Weak Binders</w:t>
            </w:r>
          </w:p>
        </w:tc>
        <w:tc>
          <w:tcPr>
            <w:tcW w:w="1276" w:type="dxa"/>
          </w:tcPr>
          <w:p w14:paraId="699D119F" w14:textId="77777777" w:rsidR="00312880" w:rsidRPr="001C7939" w:rsidRDefault="00312880" w:rsidP="00AD1A19">
            <w:r w:rsidRPr="001C7939">
              <w:t>Best Rank (%)</w:t>
            </w:r>
          </w:p>
        </w:tc>
        <w:tc>
          <w:tcPr>
            <w:tcW w:w="1418" w:type="dxa"/>
          </w:tcPr>
          <w:p w14:paraId="49B9FF04" w14:textId="77777777" w:rsidR="00312880" w:rsidRPr="001C7939" w:rsidRDefault="00312880" w:rsidP="00AD1A19">
            <w:r w:rsidRPr="001C7939">
              <w:t>Best IC50 (nM)</w:t>
            </w:r>
          </w:p>
        </w:tc>
        <w:tc>
          <w:tcPr>
            <w:tcW w:w="1757" w:type="dxa"/>
          </w:tcPr>
          <w:p w14:paraId="626F1248" w14:textId="77777777" w:rsidR="00A77F9C" w:rsidRDefault="00312880" w:rsidP="00AD1A19">
            <w:r w:rsidRPr="001C7939">
              <w:t># HLA Alleles</w:t>
            </w:r>
            <w:r w:rsidR="00A77F9C">
              <w:t xml:space="preserve"> </w:t>
            </w:r>
          </w:p>
          <w:p w14:paraId="7F7918C3" w14:textId="1EA60734" w:rsidR="00312880" w:rsidRPr="001C7939" w:rsidRDefault="00312880" w:rsidP="00AD1A19">
            <w:r w:rsidRPr="001C7939">
              <w:t>(Strong)</w:t>
            </w:r>
          </w:p>
        </w:tc>
        <w:tc>
          <w:tcPr>
            <w:tcW w:w="1752" w:type="dxa"/>
          </w:tcPr>
          <w:p w14:paraId="2ECA86AB" w14:textId="77777777" w:rsidR="00A77F9C" w:rsidRDefault="00312880" w:rsidP="00AD1A19">
            <w:r w:rsidRPr="001C7939">
              <w:t xml:space="preserve"># HLA Alleles </w:t>
            </w:r>
          </w:p>
          <w:p w14:paraId="63B7E8A6" w14:textId="5A1D3D6E" w:rsidR="00312880" w:rsidRPr="001C7939" w:rsidRDefault="00312880" w:rsidP="00AD1A19">
            <w:r w:rsidRPr="001C7939">
              <w:t>(Weak)</w:t>
            </w:r>
          </w:p>
        </w:tc>
        <w:tc>
          <w:tcPr>
            <w:tcW w:w="1710" w:type="dxa"/>
          </w:tcPr>
          <w:p w14:paraId="3A2421D4" w14:textId="20A9780A" w:rsidR="00312880" w:rsidRPr="001C7939" w:rsidRDefault="00312880" w:rsidP="00AD1A19">
            <w:r w:rsidRPr="001C7939">
              <w:t>Representative Core Peptide</w:t>
            </w:r>
          </w:p>
        </w:tc>
      </w:tr>
      <w:tr w:rsidR="00312880" w:rsidRPr="001C7939" w14:paraId="14F9FF9A" w14:textId="17329989" w:rsidTr="00A77F9C">
        <w:tc>
          <w:tcPr>
            <w:tcW w:w="1503" w:type="dxa"/>
          </w:tcPr>
          <w:p w14:paraId="3D9F79A1" w14:textId="77777777" w:rsidR="00312880" w:rsidRPr="001C7939" w:rsidRDefault="00312880" w:rsidP="00AD1A19">
            <w:r w:rsidRPr="001C7939">
              <w:t>Nsp3_1</w:t>
            </w:r>
          </w:p>
        </w:tc>
        <w:tc>
          <w:tcPr>
            <w:tcW w:w="1363" w:type="dxa"/>
          </w:tcPr>
          <w:p w14:paraId="2A09DBFF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241" w:type="dxa"/>
          </w:tcPr>
          <w:p w14:paraId="57499C8D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276" w:type="dxa"/>
          </w:tcPr>
          <w:p w14:paraId="3E07C209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4AABB3ED" w14:textId="77777777" w:rsidR="00312880" w:rsidRPr="001C7939" w:rsidRDefault="00312880" w:rsidP="00AD1A19">
            <w:r w:rsidRPr="001C7939">
              <w:t>12.05</w:t>
            </w:r>
          </w:p>
        </w:tc>
        <w:tc>
          <w:tcPr>
            <w:tcW w:w="1757" w:type="dxa"/>
          </w:tcPr>
          <w:p w14:paraId="38227113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752" w:type="dxa"/>
          </w:tcPr>
          <w:p w14:paraId="1C58C7E9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710" w:type="dxa"/>
          </w:tcPr>
          <w:p w14:paraId="0B38D63E" w14:textId="41BB52A8" w:rsidR="00312880" w:rsidRPr="001C7939" w:rsidRDefault="00F232C1" w:rsidP="00AD1A19">
            <w:r w:rsidRPr="00F232C1">
              <w:t>PTDNYITTY</w:t>
            </w:r>
          </w:p>
        </w:tc>
      </w:tr>
      <w:tr w:rsidR="00312880" w:rsidRPr="001C7939" w14:paraId="58DEE436" w14:textId="1E7FC837" w:rsidTr="00A77F9C">
        <w:tc>
          <w:tcPr>
            <w:tcW w:w="1503" w:type="dxa"/>
          </w:tcPr>
          <w:p w14:paraId="55CF7523" w14:textId="77777777" w:rsidR="00312880" w:rsidRPr="001C7939" w:rsidRDefault="00312880" w:rsidP="00AD1A19">
            <w:r w:rsidRPr="001C7939">
              <w:t>Nsp3_2</w:t>
            </w:r>
          </w:p>
        </w:tc>
        <w:tc>
          <w:tcPr>
            <w:tcW w:w="1363" w:type="dxa"/>
          </w:tcPr>
          <w:p w14:paraId="12CD906A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241" w:type="dxa"/>
          </w:tcPr>
          <w:p w14:paraId="7329FE08" w14:textId="77777777" w:rsidR="00312880" w:rsidRPr="001C7939" w:rsidRDefault="00312880" w:rsidP="00AD1A19">
            <w:r w:rsidRPr="001C7939">
              <w:t>10</w:t>
            </w:r>
          </w:p>
        </w:tc>
        <w:tc>
          <w:tcPr>
            <w:tcW w:w="1276" w:type="dxa"/>
          </w:tcPr>
          <w:p w14:paraId="2D037CB5" w14:textId="77777777" w:rsidR="00312880" w:rsidRPr="001C7939" w:rsidRDefault="00312880" w:rsidP="00AD1A19">
            <w:r w:rsidRPr="001C7939">
              <w:t>0.47</w:t>
            </w:r>
          </w:p>
        </w:tc>
        <w:tc>
          <w:tcPr>
            <w:tcW w:w="1418" w:type="dxa"/>
          </w:tcPr>
          <w:p w14:paraId="79D3F2B5" w14:textId="77777777" w:rsidR="00312880" w:rsidRPr="001C7939" w:rsidRDefault="00312880" w:rsidP="00AD1A19">
            <w:r w:rsidRPr="001C7939">
              <w:t>71.28</w:t>
            </w:r>
          </w:p>
        </w:tc>
        <w:tc>
          <w:tcPr>
            <w:tcW w:w="1757" w:type="dxa"/>
          </w:tcPr>
          <w:p w14:paraId="53130A7B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752" w:type="dxa"/>
          </w:tcPr>
          <w:p w14:paraId="1C85ECEC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710" w:type="dxa"/>
          </w:tcPr>
          <w:p w14:paraId="2730A898" w14:textId="108DB752" w:rsidR="00312880" w:rsidRPr="001C7939" w:rsidRDefault="00F232C1" w:rsidP="00AD1A19">
            <w:r w:rsidRPr="00F232C1">
              <w:t>TTDPSFLRY</w:t>
            </w:r>
          </w:p>
        </w:tc>
      </w:tr>
      <w:tr w:rsidR="00312880" w:rsidRPr="001C7939" w14:paraId="5D012591" w14:textId="10C0950E" w:rsidTr="00A77F9C">
        <w:tc>
          <w:tcPr>
            <w:tcW w:w="1503" w:type="dxa"/>
          </w:tcPr>
          <w:p w14:paraId="79E5DA95" w14:textId="77777777" w:rsidR="00312880" w:rsidRPr="001C7939" w:rsidRDefault="00312880" w:rsidP="00AD1A19">
            <w:r w:rsidRPr="001C7939">
              <w:t>Nsp3_3</w:t>
            </w:r>
          </w:p>
        </w:tc>
        <w:tc>
          <w:tcPr>
            <w:tcW w:w="1363" w:type="dxa"/>
          </w:tcPr>
          <w:p w14:paraId="01FF86B6" w14:textId="77777777" w:rsidR="00312880" w:rsidRPr="001C7939" w:rsidRDefault="00312880" w:rsidP="00AD1A19">
            <w:r w:rsidRPr="001C7939">
              <w:t>15</w:t>
            </w:r>
          </w:p>
        </w:tc>
        <w:tc>
          <w:tcPr>
            <w:tcW w:w="1241" w:type="dxa"/>
          </w:tcPr>
          <w:p w14:paraId="42DF9BE7" w14:textId="77777777" w:rsidR="00312880" w:rsidRPr="001C7939" w:rsidRDefault="00312880" w:rsidP="00AD1A19">
            <w:r w:rsidRPr="001C7939">
              <w:t>26</w:t>
            </w:r>
          </w:p>
        </w:tc>
        <w:tc>
          <w:tcPr>
            <w:tcW w:w="1276" w:type="dxa"/>
          </w:tcPr>
          <w:p w14:paraId="176CD812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45A9EB47" w14:textId="77777777" w:rsidR="00312880" w:rsidRPr="001C7939" w:rsidRDefault="00312880" w:rsidP="00AD1A19">
            <w:r w:rsidRPr="001C7939">
              <w:t>2.32</w:t>
            </w:r>
          </w:p>
        </w:tc>
        <w:tc>
          <w:tcPr>
            <w:tcW w:w="1757" w:type="dxa"/>
          </w:tcPr>
          <w:p w14:paraId="22B3DA3D" w14:textId="77777777" w:rsidR="00312880" w:rsidRPr="001C7939" w:rsidRDefault="00312880" w:rsidP="00AD1A19">
            <w:r w:rsidRPr="001C7939">
              <w:t>14</w:t>
            </w:r>
          </w:p>
        </w:tc>
        <w:tc>
          <w:tcPr>
            <w:tcW w:w="1752" w:type="dxa"/>
          </w:tcPr>
          <w:p w14:paraId="68C808A9" w14:textId="77777777" w:rsidR="00312880" w:rsidRPr="001C7939" w:rsidRDefault="00312880" w:rsidP="00AD1A19">
            <w:r w:rsidRPr="001C7939">
              <w:t>21</w:t>
            </w:r>
          </w:p>
        </w:tc>
        <w:tc>
          <w:tcPr>
            <w:tcW w:w="1710" w:type="dxa"/>
          </w:tcPr>
          <w:p w14:paraId="4722F8A7" w14:textId="1D911599" w:rsidR="00312880" w:rsidRPr="001C7939" w:rsidRDefault="00F232C1" w:rsidP="00AD1A19">
            <w:r w:rsidRPr="00F232C1">
              <w:t>ILFTRFFYV</w:t>
            </w:r>
          </w:p>
        </w:tc>
      </w:tr>
      <w:tr w:rsidR="00312880" w:rsidRPr="001C7939" w14:paraId="3A9B6F16" w14:textId="23A9EBD9" w:rsidTr="00A77F9C">
        <w:tc>
          <w:tcPr>
            <w:tcW w:w="1503" w:type="dxa"/>
          </w:tcPr>
          <w:p w14:paraId="100B1447" w14:textId="77777777" w:rsidR="00312880" w:rsidRPr="001C7939" w:rsidRDefault="00312880" w:rsidP="00AD1A19">
            <w:r w:rsidRPr="001C7939">
              <w:t>Nsp12_1</w:t>
            </w:r>
          </w:p>
        </w:tc>
        <w:tc>
          <w:tcPr>
            <w:tcW w:w="1363" w:type="dxa"/>
          </w:tcPr>
          <w:p w14:paraId="1415B127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241" w:type="dxa"/>
          </w:tcPr>
          <w:p w14:paraId="1F39D1FA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276" w:type="dxa"/>
          </w:tcPr>
          <w:p w14:paraId="08392F21" w14:textId="77777777" w:rsidR="00312880" w:rsidRPr="001C7939" w:rsidRDefault="00312880" w:rsidP="00AD1A19">
            <w:r w:rsidRPr="001C7939">
              <w:t>0.33</w:t>
            </w:r>
          </w:p>
        </w:tc>
        <w:tc>
          <w:tcPr>
            <w:tcW w:w="1418" w:type="dxa"/>
          </w:tcPr>
          <w:p w14:paraId="14D1A729" w14:textId="77777777" w:rsidR="00312880" w:rsidRPr="001C7939" w:rsidRDefault="00312880" w:rsidP="00AD1A19">
            <w:r w:rsidRPr="001C7939">
              <w:t>171.84</w:t>
            </w:r>
          </w:p>
        </w:tc>
        <w:tc>
          <w:tcPr>
            <w:tcW w:w="1757" w:type="dxa"/>
          </w:tcPr>
          <w:p w14:paraId="4A067CC7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752" w:type="dxa"/>
          </w:tcPr>
          <w:p w14:paraId="75EDB090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710" w:type="dxa"/>
          </w:tcPr>
          <w:p w14:paraId="48C99AC1" w14:textId="528BED77" w:rsidR="00312880" w:rsidRPr="001C7939" w:rsidRDefault="00F232C1" w:rsidP="00AD1A19">
            <w:r w:rsidRPr="00F232C1">
              <w:t>FAQDGNAAI</w:t>
            </w:r>
          </w:p>
        </w:tc>
      </w:tr>
      <w:tr w:rsidR="00312880" w:rsidRPr="001C7939" w14:paraId="22D36E30" w14:textId="7942BD6B" w:rsidTr="00A77F9C">
        <w:tc>
          <w:tcPr>
            <w:tcW w:w="1503" w:type="dxa"/>
          </w:tcPr>
          <w:p w14:paraId="780172AF" w14:textId="77777777" w:rsidR="00312880" w:rsidRPr="001C7939" w:rsidRDefault="00312880" w:rsidP="00AD1A19">
            <w:r w:rsidRPr="001C7939">
              <w:t>Nsp12_2</w:t>
            </w:r>
          </w:p>
        </w:tc>
        <w:tc>
          <w:tcPr>
            <w:tcW w:w="1363" w:type="dxa"/>
          </w:tcPr>
          <w:p w14:paraId="6A999FA7" w14:textId="77777777" w:rsidR="00312880" w:rsidRPr="001C7939" w:rsidRDefault="00312880" w:rsidP="00AD1A19">
            <w:r w:rsidRPr="001C7939">
              <w:t>5</w:t>
            </w:r>
          </w:p>
        </w:tc>
        <w:tc>
          <w:tcPr>
            <w:tcW w:w="1241" w:type="dxa"/>
          </w:tcPr>
          <w:p w14:paraId="228EC214" w14:textId="77777777" w:rsidR="00312880" w:rsidRPr="001C7939" w:rsidRDefault="00312880" w:rsidP="00AD1A19">
            <w:r w:rsidRPr="001C7939">
              <w:t>11</w:t>
            </w:r>
          </w:p>
        </w:tc>
        <w:tc>
          <w:tcPr>
            <w:tcW w:w="1276" w:type="dxa"/>
          </w:tcPr>
          <w:p w14:paraId="59B84F22" w14:textId="77777777" w:rsidR="00312880" w:rsidRPr="001C7939" w:rsidRDefault="00312880" w:rsidP="00AD1A19">
            <w:r w:rsidRPr="001C7939">
              <w:t>0.09</w:t>
            </w:r>
          </w:p>
        </w:tc>
        <w:tc>
          <w:tcPr>
            <w:tcW w:w="1418" w:type="dxa"/>
          </w:tcPr>
          <w:p w14:paraId="0EC0AB57" w14:textId="77777777" w:rsidR="00312880" w:rsidRPr="001C7939" w:rsidRDefault="00312880" w:rsidP="00AD1A19">
            <w:r w:rsidRPr="001C7939">
              <w:t>28.86</w:t>
            </w:r>
          </w:p>
        </w:tc>
        <w:tc>
          <w:tcPr>
            <w:tcW w:w="1757" w:type="dxa"/>
          </w:tcPr>
          <w:p w14:paraId="1079CFDF" w14:textId="77777777" w:rsidR="00312880" w:rsidRPr="001C7939" w:rsidRDefault="00312880" w:rsidP="00AD1A19">
            <w:r w:rsidRPr="001C7939">
              <w:t>5</w:t>
            </w:r>
          </w:p>
        </w:tc>
        <w:tc>
          <w:tcPr>
            <w:tcW w:w="1752" w:type="dxa"/>
          </w:tcPr>
          <w:p w14:paraId="2C285862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710" w:type="dxa"/>
          </w:tcPr>
          <w:p w14:paraId="1069B3E0" w14:textId="2B6EEC41" w:rsidR="00312880" w:rsidRPr="001C7939" w:rsidRDefault="00F232C1" w:rsidP="00AD1A19">
            <w:r w:rsidRPr="00F232C1">
              <w:t>AVVCFNSTY</w:t>
            </w:r>
          </w:p>
        </w:tc>
      </w:tr>
      <w:tr w:rsidR="00312880" w:rsidRPr="001C7939" w14:paraId="792EBC9D" w14:textId="4226518C" w:rsidTr="00A77F9C">
        <w:tc>
          <w:tcPr>
            <w:tcW w:w="1503" w:type="dxa"/>
          </w:tcPr>
          <w:p w14:paraId="2436DEF6" w14:textId="77777777" w:rsidR="00312880" w:rsidRPr="001C7939" w:rsidRDefault="00312880" w:rsidP="00AD1A19">
            <w:r w:rsidRPr="001C7939">
              <w:t>Nsp12_3</w:t>
            </w:r>
          </w:p>
        </w:tc>
        <w:tc>
          <w:tcPr>
            <w:tcW w:w="1363" w:type="dxa"/>
          </w:tcPr>
          <w:p w14:paraId="68144DB2" w14:textId="77777777" w:rsidR="00312880" w:rsidRPr="001C7939" w:rsidRDefault="00312880" w:rsidP="00AD1A19">
            <w:r w:rsidRPr="001C7939">
              <w:t>11</w:t>
            </w:r>
          </w:p>
        </w:tc>
        <w:tc>
          <w:tcPr>
            <w:tcW w:w="1241" w:type="dxa"/>
          </w:tcPr>
          <w:p w14:paraId="6DF586B2" w14:textId="77777777" w:rsidR="00312880" w:rsidRPr="001C7939" w:rsidRDefault="00312880" w:rsidP="00AD1A19">
            <w:r w:rsidRPr="001C7939">
              <w:t>23</w:t>
            </w:r>
          </w:p>
        </w:tc>
        <w:tc>
          <w:tcPr>
            <w:tcW w:w="1276" w:type="dxa"/>
          </w:tcPr>
          <w:p w14:paraId="7F3D3D1E" w14:textId="77777777" w:rsidR="00312880" w:rsidRPr="001C7939" w:rsidRDefault="00312880" w:rsidP="00AD1A19">
            <w:r w:rsidRPr="001C7939">
              <w:t>0.01</w:t>
            </w:r>
          </w:p>
        </w:tc>
        <w:tc>
          <w:tcPr>
            <w:tcW w:w="1418" w:type="dxa"/>
          </w:tcPr>
          <w:p w14:paraId="6B5E9BCF" w14:textId="77777777" w:rsidR="00312880" w:rsidRPr="001C7939" w:rsidRDefault="00312880" w:rsidP="00AD1A19">
            <w:r w:rsidRPr="001C7939">
              <w:t>4.6</w:t>
            </w:r>
          </w:p>
        </w:tc>
        <w:tc>
          <w:tcPr>
            <w:tcW w:w="1757" w:type="dxa"/>
          </w:tcPr>
          <w:p w14:paraId="278C5467" w14:textId="77777777" w:rsidR="00312880" w:rsidRPr="001C7939" w:rsidRDefault="00312880" w:rsidP="00AD1A19">
            <w:r w:rsidRPr="001C7939">
              <w:t>10</w:t>
            </w:r>
          </w:p>
        </w:tc>
        <w:tc>
          <w:tcPr>
            <w:tcW w:w="1752" w:type="dxa"/>
          </w:tcPr>
          <w:p w14:paraId="4D8EC52A" w14:textId="77777777" w:rsidR="00312880" w:rsidRPr="001C7939" w:rsidRDefault="00312880" w:rsidP="00AD1A19">
            <w:r w:rsidRPr="001C7939">
              <w:t>19</w:t>
            </w:r>
          </w:p>
        </w:tc>
        <w:tc>
          <w:tcPr>
            <w:tcW w:w="1710" w:type="dxa"/>
          </w:tcPr>
          <w:p w14:paraId="5313320A" w14:textId="3536BC1B" w:rsidR="00312880" w:rsidRPr="001C7939" w:rsidRDefault="00F232C1" w:rsidP="00AD1A19">
            <w:r w:rsidRPr="00F232C1">
              <w:t>LMIERFVSL</w:t>
            </w:r>
          </w:p>
        </w:tc>
      </w:tr>
      <w:tr w:rsidR="00312880" w:rsidRPr="001C7939" w14:paraId="26683AB7" w14:textId="22737CBB" w:rsidTr="00A77F9C">
        <w:tc>
          <w:tcPr>
            <w:tcW w:w="1503" w:type="dxa"/>
          </w:tcPr>
          <w:p w14:paraId="1106C381" w14:textId="77777777" w:rsidR="00312880" w:rsidRPr="001C7939" w:rsidRDefault="00312880" w:rsidP="00AD1A19">
            <w:r w:rsidRPr="001C7939">
              <w:t>Nsp13_1</w:t>
            </w:r>
          </w:p>
        </w:tc>
        <w:tc>
          <w:tcPr>
            <w:tcW w:w="1363" w:type="dxa"/>
          </w:tcPr>
          <w:p w14:paraId="4B86F811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241" w:type="dxa"/>
          </w:tcPr>
          <w:p w14:paraId="13E7739A" w14:textId="77777777" w:rsidR="00312880" w:rsidRPr="001C7939" w:rsidRDefault="00312880" w:rsidP="00AD1A19">
            <w:r w:rsidRPr="001C7939">
              <w:t>3</w:t>
            </w:r>
          </w:p>
        </w:tc>
        <w:tc>
          <w:tcPr>
            <w:tcW w:w="1276" w:type="dxa"/>
          </w:tcPr>
          <w:p w14:paraId="314AA31A" w14:textId="77777777" w:rsidR="00312880" w:rsidRPr="001C7939" w:rsidRDefault="00312880" w:rsidP="00AD1A19">
            <w:r w:rsidRPr="001C7939">
              <w:t>0.55</w:t>
            </w:r>
          </w:p>
        </w:tc>
        <w:tc>
          <w:tcPr>
            <w:tcW w:w="1418" w:type="dxa"/>
          </w:tcPr>
          <w:p w14:paraId="175FF337" w14:textId="77777777" w:rsidR="00312880" w:rsidRPr="001C7939" w:rsidRDefault="00312880" w:rsidP="00AD1A19">
            <w:r w:rsidRPr="001C7939">
              <w:t>32.17</w:t>
            </w:r>
          </w:p>
        </w:tc>
        <w:tc>
          <w:tcPr>
            <w:tcW w:w="1757" w:type="dxa"/>
          </w:tcPr>
          <w:p w14:paraId="5702457E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752" w:type="dxa"/>
          </w:tcPr>
          <w:p w14:paraId="0D30DBAD" w14:textId="77777777" w:rsidR="00312880" w:rsidRPr="001C7939" w:rsidRDefault="00312880" w:rsidP="00AD1A19">
            <w:r w:rsidRPr="001C7939">
              <w:t>3</w:t>
            </w:r>
          </w:p>
        </w:tc>
        <w:tc>
          <w:tcPr>
            <w:tcW w:w="1710" w:type="dxa"/>
          </w:tcPr>
          <w:p w14:paraId="4384D645" w14:textId="14752F8D" w:rsidR="00312880" w:rsidRPr="001C7939" w:rsidRDefault="00F232C1" w:rsidP="00AD1A19">
            <w:r w:rsidRPr="00F232C1">
              <w:t>VLQAVGACV</w:t>
            </w:r>
          </w:p>
        </w:tc>
      </w:tr>
      <w:tr w:rsidR="00312880" w:rsidRPr="001C7939" w14:paraId="758200E4" w14:textId="5A1CE1B7" w:rsidTr="00A77F9C">
        <w:tc>
          <w:tcPr>
            <w:tcW w:w="1503" w:type="dxa"/>
          </w:tcPr>
          <w:p w14:paraId="07A1412C" w14:textId="77777777" w:rsidR="00312880" w:rsidRPr="001C7939" w:rsidRDefault="00312880" w:rsidP="00AD1A19">
            <w:r w:rsidRPr="001C7939">
              <w:t>Nsp13_2</w:t>
            </w:r>
          </w:p>
        </w:tc>
        <w:tc>
          <w:tcPr>
            <w:tcW w:w="1363" w:type="dxa"/>
          </w:tcPr>
          <w:p w14:paraId="504DDB6C" w14:textId="77777777" w:rsidR="00312880" w:rsidRPr="001C7939" w:rsidRDefault="00312880" w:rsidP="00AD1A19">
            <w:r w:rsidRPr="001C7939">
              <w:t>3</w:t>
            </w:r>
          </w:p>
        </w:tc>
        <w:tc>
          <w:tcPr>
            <w:tcW w:w="1241" w:type="dxa"/>
          </w:tcPr>
          <w:p w14:paraId="55E79F0A" w14:textId="77777777" w:rsidR="00312880" w:rsidRPr="001C7939" w:rsidRDefault="00312880" w:rsidP="00AD1A19">
            <w:r w:rsidRPr="001C7939">
              <w:t>8</w:t>
            </w:r>
          </w:p>
        </w:tc>
        <w:tc>
          <w:tcPr>
            <w:tcW w:w="1276" w:type="dxa"/>
          </w:tcPr>
          <w:p w14:paraId="31CD368C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28B272A0" w14:textId="77777777" w:rsidR="00312880" w:rsidRPr="001C7939" w:rsidRDefault="00312880" w:rsidP="00AD1A19">
            <w:r w:rsidRPr="001C7939">
              <w:t>8.24</w:t>
            </w:r>
          </w:p>
        </w:tc>
        <w:tc>
          <w:tcPr>
            <w:tcW w:w="1757" w:type="dxa"/>
          </w:tcPr>
          <w:p w14:paraId="60E42ED4" w14:textId="77777777" w:rsidR="00312880" w:rsidRPr="001C7939" w:rsidRDefault="00312880" w:rsidP="00AD1A19">
            <w:r w:rsidRPr="001C7939">
              <w:t>3</w:t>
            </w:r>
          </w:p>
        </w:tc>
        <w:tc>
          <w:tcPr>
            <w:tcW w:w="1752" w:type="dxa"/>
          </w:tcPr>
          <w:p w14:paraId="2CE55887" w14:textId="77777777" w:rsidR="00312880" w:rsidRPr="001C7939" w:rsidRDefault="00312880" w:rsidP="00AD1A19">
            <w:r w:rsidRPr="001C7939">
              <w:t>7</w:t>
            </w:r>
          </w:p>
        </w:tc>
        <w:tc>
          <w:tcPr>
            <w:tcW w:w="1710" w:type="dxa"/>
          </w:tcPr>
          <w:p w14:paraId="210C22B7" w14:textId="5D8E53B8" w:rsidR="00312880" w:rsidRPr="001C7939" w:rsidRDefault="00F232C1" w:rsidP="00AD1A19">
            <w:r w:rsidRPr="00F232C1">
              <w:t>KLFAAETLK</w:t>
            </w:r>
          </w:p>
        </w:tc>
      </w:tr>
      <w:tr w:rsidR="00312880" w:rsidRPr="001C7939" w14:paraId="245F6F37" w14:textId="699C9C45" w:rsidTr="00A77F9C">
        <w:tc>
          <w:tcPr>
            <w:tcW w:w="1503" w:type="dxa"/>
          </w:tcPr>
          <w:p w14:paraId="17692078" w14:textId="77777777" w:rsidR="00312880" w:rsidRPr="001C7939" w:rsidRDefault="00312880" w:rsidP="00AD1A19">
            <w:r w:rsidRPr="001C7939">
              <w:t>Nsp13_3</w:t>
            </w:r>
          </w:p>
        </w:tc>
        <w:tc>
          <w:tcPr>
            <w:tcW w:w="1363" w:type="dxa"/>
          </w:tcPr>
          <w:p w14:paraId="370F55F7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241" w:type="dxa"/>
          </w:tcPr>
          <w:p w14:paraId="6261AB50" w14:textId="77777777" w:rsidR="00312880" w:rsidRPr="001C7939" w:rsidRDefault="00312880" w:rsidP="00AD1A19">
            <w:r w:rsidRPr="001C7939">
              <w:t>12</w:t>
            </w:r>
          </w:p>
        </w:tc>
        <w:tc>
          <w:tcPr>
            <w:tcW w:w="1276" w:type="dxa"/>
          </w:tcPr>
          <w:p w14:paraId="57F5F9F2" w14:textId="77777777" w:rsidR="00312880" w:rsidRPr="001C7939" w:rsidRDefault="00312880" w:rsidP="00AD1A19">
            <w:r w:rsidRPr="001C7939">
              <w:t>0.12</w:t>
            </w:r>
          </w:p>
        </w:tc>
        <w:tc>
          <w:tcPr>
            <w:tcW w:w="1418" w:type="dxa"/>
          </w:tcPr>
          <w:p w14:paraId="1282A99C" w14:textId="77777777" w:rsidR="00312880" w:rsidRPr="001C7939" w:rsidRDefault="00312880" w:rsidP="00AD1A19">
            <w:r w:rsidRPr="001C7939">
              <w:t>12.64</w:t>
            </w:r>
          </w:p>
        </w:tc>
        <w:tc>
          <w:tcPr>
            <w:tcW w:w="1757" w:type="dxa"/>
          </w:tcPr>
          <w:p w14:paraId="39B18057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752" w:type="dxa"/>
          </w:tcPr>
          <w:p w14:paraId="69956C0F" w14:textId="77777777" w:rsidR="00312880" w:rsidRPr="001C7939" w:rsidRDefault="00312880" w:rsidP="00AD1A19">
            <w:r w:rsidRPr="001C7939">
              <w:t>12</w:t>
            </w:r>
          </w:p>
        </w:tc>
        <w:tc>
          <w:tcPr>
            <w:tcW w:w="1710" w:type="dxa"/>
          </w:tcPr>
          <w:p w14:paraId="38240272" w14:textId="64966FBE" w:rsidR="00312880" w:rsidRPr="001C7939" w:rsidRDefault="00F232C1" w:rsidP="00AD1A19">
            <w:r w:rsidRPr="00F232C1">
              <w:t>YVFCTVNAL</w:t>
            </w:r>
          </w:p>
        </w:tc>
      </w:tr>
      <w:tr w:rsidR="00312880" w:rsidRPr="001C7939" w14:paraId="10A4B0EC" w14:textId="587EA129" w:rsidTr="00A77F9C">
        <w:tc>
          <w:tcPr>
            <w:tcW w:w="1503" w:type="dxa"/>
          </w:tcPr>
          <w:p w14:paraId="7C3A5CCE" w14:textId="77777777" w:rsidR="00312880" w:rsidRPr="001C7939" w:rsidRDefault="00312880" w:rsidP="00AD1A19">
            <w:r w:rsidRPr="001C7939">
              <w:t>S_1</w:t>
            </w:r>
          </w:p>
        </w:tc>
        <w:tc>
          <w:tcPr>
            <w:tcW w:w="1363" w:type="dxa"/>
          </w:tcPr>
          <w:p w14:paraId="66074425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241" w:type="dxa"/>
          </w:tcPr>
          <w:p w14:paraId="3FCE1C47" w14:textId="77777777" w:rsidR="00312880" w:rsidRPr="001C7939" w:rsidRDefault="00312880" w:rsidP="00AD1A19">
            <w:r w:rsidRPr="001C7939">
              <w:t>22</w:t>
            </w:r>
          </w:p>
        </w:tc>
        <w:tc>
          <w:tcPr>
            <w:tcW w:w="1276" w:type="dxa"/>
          </w:tcPr>
          <w:p w14:paraId="611FABA7" w14:textId="77777777" w:rsidR="00312880" w:rsidRPr="001C7939" w:rsidRDefault="00312880" w:rsidP="00AD1A19">
            <w:r w:rsidRPr="001C7939">
              <w:t>0.03</w:t>
            </w:r>
          </w:p>
        </w:tc>
        <w:tc>
          <w:tcPr>
            <w:tcW w:w="1418" w:type="dxa"/>
          </w:tcPr>
          <w:p w14:paraId="17091A09" w14:textId="77777777" w:rsidR="00312880" w:rsidRPr="001C7939" w:rsidRDefault="00312880" w:rsidP="00AD1A19">
            <w:r w:rsidRPr="001C7939">
              <w:t>12.65</w:t>
            </w:r>
          </w:p>
        </w:tc>
        <w:tc>
          <w:tcPr>
            <w:tcW w:w="1757" w:type="dxa"/>
          </w:tcPr>
          <w:p w14:paraId="5338821E" w14:textId="77777777" w:rsidR="00312880" w:rsidRPr="001C7939" w:rsidRDefault="00312880" w:rsidP="00AD1A19">
            <w:r w:rsidRPr="001C7939">
              <w:t>7</w:t>
            </w:r>
          </w:p>
        </w:tc>
        <w:tc>
          <w:tcPr>
            <w:tcW w:w="1752" w:type="dxa"/>
          </w:tcPr>
          <w:p w14:paraId="39E4913D" w14:textId="77777777" w:rsidR="00312880" w:rsidRPr="001C7939" w:rsidRDefault="00312880" w:rsidP="00AD1A19">
            <w:r w:rsidRPr="001C7939">
              <w:t>16</w:t>
            </w:r>
          </w:p>
        </w:tc>
        <w:tc>
          <w:tcPr>
            <w:tcW w:w="1710" w:type="dxa"/>
          </w:tcPr>
          <w:p w14:paraId="0CF98241" w14:textId="46AAC6CA" w:rsidR="00312880" w:rsidRPr="001C7939" w:rsidRDefault="00F232C1" w:rsidP="00AD1A19">
            <w:r w:rsidRPr="00F232C1">
              <w:t>SANNCTFEY</w:t>
            </w:r>
          </w:p>
        </w:tc>
      </w:tr>
      <w:tr w:rsidR="00312880" w:rsidRPr="001C7939" w14:paraId="4D8D3974" w14:textId="5B06C1B7" w:rsidTr="00A77F9C">
        <w:tc>
          <w:tcPr>
            <w:tcW w:w="1503" w:type="dxa"/>
          </w:tcPr>
          <w:p w14:paraId="19240675" w14:textId="77777777" w:rsidR="00312880" w:rsidRPr="001C7939" w:rsidRDefault="00312880" w:rsidP="00AD1A19">
            <w:r w:rsidRPr="001C7939">
              <w:t>S_2</w:t>
            </w:r>
          </w:p>
        </w:tc>
        <w:tc>
          <w:tcPr>
            <w:tcW w:w="1363" w:type="dxa"/>
          </w:tcPr>
          <w:p w14:paraId="16187D3D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241" w:type="dxa"/>
          </w:tcPr>
          <w:p w14:paraId="4489529E" w14:textId="77777777" w:rsidR="00312880" w:rsidRPr="001C7939" w:rsidRDefault="00312880" w:rsidP="00AD1A19">
            <w:r w:rsidRPr="001C7939">
              <w:t>17</w:t>
            </w:r>
          </w:p>
        </w:tc>
        <w:tc>
          <w:tcPr>
            <w:tcW w:w="1276" w:type="dxa"/>
          </w:tcPr>
          <w:p w14:paraId="63335FD9" w14:textId="77777777" w:rsidR="00312880" w:rsidRPr="001C7939" w:rsidRDefault="00312880" w:rsidP="00AD1A19">
            <w:r w:rsidRPr="001C7939">
              <w:t>0.03</w:t>
            </w:r>
          </w:p>
        </w:tc>
        <w:tc>
          <w:tcPr>
            <w:tcW w:w="1418" w:type="dxa"/>
          </w:tcPr>
          <w:p w14:paraId="44F0E99D" w14:textId="77777777" w:rsidR="00312880" w:rsidRPr="001C7939" w:rsidRDefault="00312880" w:rsidP="00AD1A19">
            <w:r w:rsidRPr="001C7939">
              <w:t>4.3</w:t>
            </w:r>
          </w:p>
        </w:tc>
        <w:tc>
          <w:tcPr>
            <w:tcW w:w="1757" w:type="dxa"/>
          </w:tcPr>
          <w:p w14:paraId="693F0772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752" w:type="dxa"/>
          </w:tcPr>
          <w:p w14:paraId="320D9155" w14:textId="77777777" w:rsidR="00312880" w:rsidRPr="001C7939" w:rsidRDefault="00312880" w:rsidP="00AD1A19">
            <w:r w:rsidRPr="001C7939">
              <w:t>13</w:t>
            </w:r>
          </w:p>
        </w:tc>
        <w:tc>
          <w:tcPr>
            <w:tcW w:w="1710" w:type="dxa"/>
          </w:tcPr>
          <w:p w14:paraId="2D427BF9" w14:textId="698B92A1" w:rsidR="00312880" w:rsidRPr="001C7939" w:rsidRDefault="00F232C1" w:rsidP="00AD1A19">
            <w:r w:rsidRPr="00F232C1">
              <w:t>YLQPRTFLL</w:t>
            </w:r>
          </w:p>
        </w:tc>
      </w:tr>
      <w:tr w:rsidR="00312880" w:rsidRPr="001C7939" w14:paraId="2E46A0EB" w14:textId="6A9AC7E9" w:rsidTr="00A77F9C">
        <w:tc>
          <w:tcPr>
            <w:tcW w:w="1503" w:type="dxa"/>
          </w:tcPr>
          <w:p w14:paraId="3DE1ED3C" w14:textId="77777777" w:rsidR="00312880" w:rsidRPr="001C7939" w:rsidRDefault="00312880" w:rsidP="00AD1A19">
            <w:r w:rsidRPr="001C7939">
              <w:t>S_3</w:t>
            </w:r>
          </w:p>
        </w:tc>
        <w:tc>
          <w:tcPr>
            <w:tcW w:w="1363" w:type="dxa"/>
          </w:tcPr>
          <w:p w14:paraId="1F56E553" w14:textId="77777777" w:rsidR="00312880" w:rsidRPr="001C7939" w:rsidRDefault="00312880" w:rsidP="00AD1A19">
            <w:r w:rsidRPr="001C7939">
              <w:t>5</w:t>
            </w:r>
          </w:p>
        </w:tc>
        <w:tc>
          <w:tcPr>
            <w:tcW w:w="1241" w:type="dxa"/>
          </w:tcPr>
          <w:p w14:paraId="63A8626A" w14:textId="77777777" w:rsidR="00312880" w:rsidRPr="001C7939" w:rsidRDefault="00312880" w:rsidP="00AD1A19">
            <w:r w:rsidRPr="001C7939">
              <w:t>8</w:t>
            </w:r>
          </w:p>
        </w:tc>
        <w:tc>
          <w:tcPr>
            <w:tcW w:w="1276" w:type="dxa"/>
          </w:tcPr>
          <w:p w14:paraId="4DD45E5D" w14:textId="77777777" w:rsidR="00312880" w:rsidRPr="001C7939" w:rsidRDefault="00312880" w:rsidP="00AD1A19">
            <w:r w:rsidRPr="001C7939">
              <w:t>0.1</w:t>
            </w:r>
          </w:p>
        </w:tc>
        <w:tc>
          <w:tcPr>
            <w:tcW w:w="1418" w:type="dxa"/>
          </w:tcPr>
          <w:p w14:paraId="6734F82A" w14:textId="77777777" w:rsidR="00312880" w:rsidRPr="001C7939" w:rsidRDefault="00312880" w:rsidP="00AD1A19">
            <w:r w:rsidRPr="001C7939">
              <w:t>8.11</w:t>
            </w:r>
          </w:p>
        </w:tc>
        <w:tc>
          <w:tcPr>
            <w:tcW w:w="1757" w:type="dxa"/>
          </w:tcPr>
          <w:p w14:paraId="7621500D" w14:textId="77777777" w:rsidR="00312880" w:rsidRPr="001C7939" w:rsidRDefault="00312880" w:rsidP="00AD1A19">
            <w:r w:rsidRPr="001C7939">
              <w:t>5</w:t>
            </w:r>
          </w:p>
        </w:tc>
        <w:tc>
          <w:tcPr>
            <w:tcW w:w="1752" w:type="dxa"/>
          </w:tcPr>
          <w:p w14:paraId="7708F908" w14:textId="77777777" w:rsidR="00312880" w:rsidRPr="001C7939" w:rsidRDefault="00312880" w:rsidP="00AD1A19">
            <w:r w:rsidRPr="001C7939">
              <w:t>8</w:t>
            </w:r>
          </w:p>
        </w:tc>
        <w:tc>
          <w:tcPr>
            <w:tcW w:w="1710" w:type="dxa"/>
          </w:tcPr>
          <w:p w14:paraId="4EF42849" w14:textId="6AC86863" w:rsidR="00312880" w:rsidRPr="001C7939" w:rsidRDefault="00F232C1" w:rsidP="00AD1A19">
            <w:r w:rsidRPr="00F232C1">
              <w:t>RLQSLQTYV</w:t>
            </w:r>
          </w:p>
        </w:tc>
      </w:tr>
      <w:tr w:rsidR="00312880" w:rsidRPr="001C7939" w14:paraId="4A2263E3" w14:textId="07BA4EEA" w:rsidTr="00A77F9C">
        <w:tc>
          <w:tcPr>
            <w:tcW w:w="1503" w:type="dxa"/>
          </w:tcPr>
          <w:p w14:paraId="66981855" w14:textId="77777777" w:rsidR="00312880" w:rsidRPr="001C7939" w:rsidRDefault="00312880" w:rsidP="00AD1A19">
            <w:r w:rsidRPr="001C7939">
              <w:t>S_4</w:t>
            </w:r>
          </w:p>
        </w:tc>
        <w:tc>
          <w:tcPr>
            <w:tcW w:w="1363" w:type="dxa"/>
          </w:tcPr>
          <w:p w14:paraId="73EA6139" w14:textId="77777777" w:rsidR="00312880" w:rsidRPr="001C7939" w:rsidRDefault="00312880" w:rsidP="00AD1A19">
            <w:r w:rsidRPr="001C7939">
              <w:t>11</w:t>
            </w:r>
          </w:p>
        </w:tc>
        <w:tc>
          <w:tcPr>
            <w:tcW w:w="1241" w:type="dxa"/>
          </w:tcPr>
          <w:p w14:paraId="01A0BA94" w14:textId="77777777" w:rsidR="00312880" w:rsidRPr="001C7939" w:rsidRDefault="00312880" w:rsidP="00AD1A19">
            <w:r w:rsidRPr="001C7939">
              <w:t>26</w:t>
            </w:r>
          </w:p>
        </w:tc>
        <w:tc>
          <w:tcPr>
            <w:tcW w:w="1276" w:type="dxa"/>
          </w:tcPr>
          <w:p w14:paraId="0E225E6A" w14:textId="77777777" w:rsidR="00312880" w:rsidRPr="001C7939" w:rsidRDefault="00312880" w:rsidP="00AD1A19">
            <w:r w:rsidRPr="001C7939">
              <w:t>0.01</w:t>
            </w:r>
          </w:p>
        </w:tc>
        <w:tc>
          <w:tcPr>
            <w:tcW w:w="1418" w:type="dxa"/>
          </w:tcPr>
          <w:p w14:paraId="578CC726" w14:textId="77777777" w:rsidR="00312880" w:rsidRPr="001C7939" w:rsidRDefault="00312880" w:rsidP="00AD1A19">
            <w:r w:rsidRPr="001C7939">
              <w:t>4.47</w:t>
            </w:r>
          </w:p>
        </w:tc>
        <w:tc>
          <w:tcPr>
            <w:tcW w:w="1757" w:type="dxa"/>
          </w:tcPr>
          <w:p w14:paraId="4EC0DC73" w14:textId="77777777" w:rsidR="00312880" w:rsidRPr="001C7939" w:rsidRDefault="00312880" w:rsidP="00AD1A19">
            <w:r w:rsidRPr="001C7939">
              <w:t>8</w:t>
            </w:r>
          </w:p>
        </w:tc>
        <w:tc>
          <w:tcPr>
            <w:tcW w:w="1752" w:type="dxa"/>
          </w:tcPr>
          <w:p w14:paraId="57D60FA0" w14:textId="77777777" w:rsidR="00312880" w:rsidRPr="001C7939" w:rsidRDefault="00312880" w:rsidP="00AD1A19">
            <w:r w:rsidRPr="001C7939">
              <w:t>14</w:t>
            </w:r>
          </w:p>
        </w:tc>
        <w:tc>
          <w:tcPr>
            <w:tcW w:w="1710" w:type="dxa"/>
          </w:tcPr>
          <w:p w14:paraId="11722B0C" w14:textId="4C4C3F9E" w:rsidR="00312880" w:rsidRPr="001C7939" w:rsidRDefault="00F232C1" w:rsidP="00AD1A19">
            <w:r w:rsidRPr="00F232C1">
              <w:t>QYIKWPWYI</w:t>
            </w:r>
          </w:p>
        </w:tc>
      </w:tr>
      <w:tr w:rsidR="00312880" w:rsidRPr="001C7939" w14:paraId="4A6B4BBA" w14:textId="63EA1C23" w:rsidTr="00A77F9C">
        <w:tc>
          <w:tcPr>
            <w:tcW w:w="1503" w:type="dxa"/>
          </w:tcPr>
          <w:p w14:paraId="245ED17C" w14:textId="77777777" w:rsidR="00312880" w:rsidRPr="001C7939" w:rsidRDefault="00312880" w:rsidP="00AD1A19">
            <w:r w:rsidRPr="001C7939">
              <w:t>ORF3a_1</w:t>
            </w:r>
          </w:p>
        </w:tc>
        <w:tc>
          <w:tcPr>
            <w:tcW w:w="1363" w:type="dxa"/>
          </w:tcPr>
          <w:p w14:paraId="6497499A" w14:textId="77777777" w:rsidR="00312880" w:rsidRPr="001C7939" w:rsidRDefault="00312880" w:rsidP="00AD1A19">
            <w:r w:rsidRPr="001C7939">
              <w:t>12</w:t>
            </w:r>
          </w:p>
        </w:tc>
        <w:tc>
          <w:tcPr>
            <w:tcW w:w="1241" w:type="dxa"/>
          </w:tcPr>
          <w:p w14:paraId="1AEF84B2" w14:textId="77777777" w:rsidR="00312880" w:rsidRPr="001C7939" w:rsidRDefault="00312880" w:rsidP="00AD1A19">
            <w:r w:rsidRPr="001C7939">
              <w:t>17</w:t>
            </w:r>
          </w:p>
        </w:tc>
        <w:tc>
          <w:tcPr>
            <w:tcW w:w="1276" w:type="dxa"/>
          </w:tcPr>
          <w:p w14:paraId="71C25BC8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4847ED8F" w14:textId="77777777" w:rsidR="00312880" w:rsidRPr="001C7939" w:rsidRDefault="00312880" w:rsidP="00AD1A19">
            <w:r w:rsidRPr="001C7939">
              <w:t>2.72</w:t>
            </w:r>
          </w:p>
        </w:tc>
        <w:tc>
          <w:tcPr>
            <w:tcW w:w="1757" w:type="dxa"/>
          </w:tcPr>
          <w:p w14:paraId="0A7161FE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752" w:type="dxa"/>
          </w:tcPr>
          <w:p w14:paraId="3AC8F4FC" w14:textId="77777777" w:rsidR="00312880" w:rsidRPr="001C7939" w:rsidRDefault="00312880" w:rsidP="00AD1A19">
            <w:r w:rsidRPr="001C7939">
              <w:t>9</w:t>
            </w:r>
          </w:p>
        </w:tc>
        <w:tc>
          <w:tcPr>
            <w:tcW w:w="1710" w:type="dxa"/>
          </w:tcPr>
          <w:p w14:paraId="27464E12" w14:textId="63CAF676" w:rsidR="00312880" w:rsidRPr="001C7939" w:rsidRDefault="00F232C1" w:rsidP="00AD1A19">
            <w:r w:rsidRPr="00F232C1">
              <w:t>YLYALVYFL</w:t>
            </w:r>
          </w:p>
        </w:tc>
      </w:tr>
      <w:tr w:rsidR="00312880" w:rsidRPr="001C7939" w14:paraId="15294BCA" w14:textId="4F2DDCD5" w:rsidTr="00A77F9C">
        <w:tc>
          <w:tcPr>
            <w:tcW w:w="1503" w:type="dxa"/>
          </w:tcPr>
          <w:p w14:paraId="1144F2CB" w14:textId="77777777" w:rsidR="00312880" w:rsidRPr="001C7939" w:rsidRDefault="00312880" w:rsidP="00AD1A19">
            <w:r w:rsidRPr="001C7939">
              <w:t>ORF3a_2</w:t>
            </w:r>
          </w:p>
        </w:tc>
        <w:tc>
          <w:tcPr>
            <w:tcW w:w="1363" w:type="dxa"/>
          </w:tcPr>
          <w:p w14:paraId="1D230F85" w14:textId="77777777" w:rsidR="00312880" w:rsidRPr="001C7939" w:rsidRDefault="00312880" w:rsidP="00AD1A19">
            <w:r w:rsidRPr="001C7939">
              <w:t>4</w:t>
            </w:r>
          </w:p>
        </w:tc>
        <w:tc>
          <w:tcPr>
            <w:tcW w:w="1241" w:type="dxa"/>
          </w:tcPr>
          <w:p w14:paraId="65171683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276" w:type="dxa"/>
          </w:tcPr>
          <w:p w14:paraId="41C79E72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221642BF" w14:textId="77777777" w:rsidR="00312880" w:rsidRPr="001C7939" w:rsidRDefault="00312880" w:rsidP="00AD1A19">
            <w:r w:rsidRPr="001C7939">
              <w:t>2.39</w:t>
            </w:r>
          </w:p>
        </w:tc>
        <w:tc>
          <w:tcPr>
            <w:tcW w:w="1757" w:type="dxa"/>
          </w:tcPr>
          <w:p w14:paraId="4B0B703A" w14:textId="77777777" w:rsidR="00312880" w:rsidRPr="001C7939" w:rsidRDefault="00312880" w:rsidP="00AD1A19">
            <w:r w:rsidRPr="001C7939">
              <w:t>4</w:t>
            </w:r>
          </w:p>
        </w:tc>
        <w:tc>
          <w:tcPr>
            <w:tcW w:w="1752" w:type="dxa"/>
          </w:tcPr>
          <w:p w14:paraId="10DD4EEB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710" w:type="dxa"/>
          </w:tcPr>
          <w:p w14:paraId="2D7DBE7B" w14:textId="4D5ED3A7" w:rsidR="00312880" w:rsidRPr="001C7939" w:rsidRDefault="00F232C1" w:rsidP="00AD1A19">
            <w:r w:rsidRPr="00F232C1">
              <w:t>LLYDANYFL</w:t>
            </w:r>
          </w:p>
        </w:tc>
      </w:tr>
      <w:tr w:rsidR="00312880" w:rsidRPr="001C7939" w14:paraId="15731DDD" w14:textId="4C014C20" w:rsidTr="00A77F9C">
        <w:tc>
          <w:tcPr>
            <w:tcW w:w="1503" w:type="dxa"/>
          </w:tcPr>
          <w:p w14:paraId="6C4D439F" w14:textId="77777777" w:rsidR="00312880" w:rsidRPr="001C7939" w:rsidRDefault="00312880" w:rsidP="00AD1A19">
            <w:r w:rsidRPr="001C7939">
              <w:t>ORF3a_3</w:t>
            </w:r>
          </w:p>
        </w:tc>
        <w:tc>
          <w:tcPr>
            <w:tcW w:w="1363" w:type="dxa"/>
          </w:tcPr>
          <w:p w14:paraId="6B28104A" w14:textId="77777777" w:rsidR="00312880" w:rsidRPr="001C7939" w:rsidRDefault="00312880" w:rsidP="00AD1A19">
            <w:r w:rsidRPr="001C7939">
              <w:t>7</w:t>
            </w:r>
          </w:p>
        </w:tc>
        <w:tc>
          <w:tcPr>
            <w:tcW w:w="1241" w:type="dxa"/>
          </w:tcPr>
          <w:p w14:paraId="7B05C584" w14:textId="77777777" w:rsidR="00312880" w:rsidRPr="001C7939" w:rsidRDefault="00312880" w:rsidP="00AD1A19">
            <w:r w:rsidRPr="001C7939">
              <w:t>15</w:t>
            </w:r>
          </w:p>
        </w:tc>
        <w:tc>
          <w:tcPr>
            <w:tcW w:w="1276" w:type="dxa"/>
          </w:tcPr>
          <w:p w14:paraId="277742AE" w14:textId="77777777" w:rsidR="00312880" w:rsidRPr="001C7939" w:rsidRDefault="00312880" w:rsidP="00AD1A19">
            <w:r w:rsidRPr="001C7939">
              <w:t>0.01</w:t>
            </w:r>
          </w:p>
        </w:tc>
        <w:tc>
          <w:tcPr>
            <w:tcW w:w="1418" w:type="dxa"/>
          </w:tcPr>
          <w:p w14:paraId="2545CC14" w14:textId="77777777" w:rsidR="00312880" w:rsidRPr="001C7939" w:rsidRDefault="00312880" w:rsidP="00AD1A19">
            <w:r w:rsidRPr="001C7939">
              <w:t>5.36</w:t>
            </w:r>
          </w:p>
        </w:tc>
        <w:tc>
          <w:tcPr>
            <w:tcW w:w="1757" w:type="dxa"/>
          </w:tcPr>
          <w:p w14:paraId="01B2DDF5" w14:textId="77777777" w:rsidR="00312880" w:rsidRPr="001C7939" w:rsidRDefault="00312880" w:rsidP="00AD1A19">
            <w:r w:rsidRPr="001C7939">
              <w:t>6</w:t>
            </w:r>
          </w:p>
        </w:tc>
        <w:tc>
          <w:tcPr>
            <w:tcW w:w="1752" w:type="dxa"/>
          </w:tcPr>
          <w:p w14:paraId="45F9A671" w14:textId="77777777" w:rsidR="00312880" w:rsidRPr="001C7939" w:rsidRDefault="00312880" w:rsidP="00AD1A19">
            <w:r w:rsidRPr="001C7939">
              <w:t>14</w:t>
            </w:r>
          </w:p>
        </w:tc>
        <w:tc>
          <w:tcPr>
            <w:tcW w:w="1710" w:type="dxa"/>
          </w:tcPr>
          <w:p w14:paraId="68D2407D" w14:textId="0C150B78" w:rsidR="00312880" w:rsidRPr="001C7939" w:rsidRDefault="00F232C1" w:rsidP="00F232C1">
            <w:r w:rsidRPr="00F232C1">
              <w:t>FTSDYYQLY</w:t>
            </w:r>
          </w:p>
        </w:tc>
      </w:tr>
      <w:tr w:rsidR="00312880" w:rsidRPr="001C7939" w14:paraId="2C391134" w14:textId="6500E595" w:rsidTr="00A77F9C">
        <w:tc>
          <w:tcPr>
            <w:tcW w:w="1503" w:type="dxa"/>
          </w:tcPr>
          <w:p w14:paraId="7C4D6579" w14:textId="77777777" w:rsidR="00312880" w:rsidRPr="001C7939" w:rsidRDefault="00312880" w:rsidP="00AD1A19">
            <w:r w:rsidRPr="001C7939">
              <w:t>M_1</w:t>
            </w:r>
          </w:p>
        </w:tc>
        <w:tc>
          <w:tcPr>
            <w:tcW w:w="1363" w:type="dxa"/>
          </w:tcPr>
          <w:p w14:paraId="403ACA05" w14:textId="77777777" w:rsidR="00312880" w:rsidRPr="001C7939" w:rsidRDefault="00312880" w:rsidP="00AD1A19">
            <w:r w:rsidRPr="001C7939">
              <w:t>13</w:t>
            </w:r>
          </w:p>
        </w:tc>
        <w:tc>
          <w:tcPr>
            <w:tcW w:w="1241" w:type="dxa"/>
          </w:tcPr>
          <w:p w14:paraId="2A64ED6C" w14:textId="77777777" w:rsidR="00312880" w:rsidRPr="001C7939" w:rsidRDefault="00312880" w:rsidP="00AD1A19">
            <w:r w:rsidRPr="001C7939">
              <w:t>31</w:t>
            </w:r>
          </w:p>
        </w:tc>
        <w:tc>
          <w:tcPr>
            <w:tcW w:w="1276" w:type="dxa"/>
          </w:tcPr>
          <w:p w14:paraId="7CF50646" w14:textId="77777777" w:rsidR="00312880" w:rsidRPr="001C7939" w:rsidRDefault="00312880" w:rsidP="00AD1A19">
            <w:r w:rsidRPr="001C7939">
              <w:t>0.03</w:t>
            </w:r>
          </w:p>
        </w:tc>
        <w:tc>
          <w:tcPr>
            <w:tcW w:w="1418" w:type="dxa"/>
          </w:tcPr>
          <w:p w14:paraId="5EFE948D" w14:textId="77777777" w:rsidR="00312880" w:rsidRPr="001C7939" w:rsidRDefault="00312880" w:rsidP="00AD1A19">
            <w:r w:rsidRPr="001C7939">
              <w:t>10.39</w:t>
            </w:r>
          </w:p>
        </w:tc>
        <w:tc>
          <w:tcPr>
            <w:tcW w:w="1757" w:type="dxa"/>
          </w:tcPr>
          <w:p w14:paraId="6795DF6E" w14:textId="77777777" w:rsidR="00312880" w:rsidRPr="001C7939" w:rsidRDefault="00312880" w:rsidP="00AD1A19">
            <w:r w:rsidRPr="001C7939">
              <w:t>10</w:t>
            </w:r>
          </w:p>
        </w:tc>
        <w:tc>
          <w:tcPr>
            <w:tcW w:w="1752" w:type="dxa"/>
          </w:tcPr>
          <w:p w14:paraId="7BA9629D" w14:textId="77777777" w:rsidR="00312880" w:rsidRPr="001C7939" w:rsidRDefault="00312880" w:rsidP="00AD1A19">
            <w:r w:rsidRPr="001C7939">
              <w:t>19</w:t>
            </w:r>
          </w:p>
        </w:tc>
        <w:tc>
          <w:tcPr>
            <w:tcW w:w="1710" w:type="dxa"/>
          </w:tcPr>
          <w:p w14:paraId="6E746DBA" w14:textId="37855816" w:rsidR="00312880" w:rsidRPr="001C7939" w:rsidRDefault="00F232C1" w:rsidP="00F232C1">
            <w:r w:rsidRPr="00F232C1">
              <w:t>YANRNRFLY</w:t>
            </w:r>
          </w:p>
        </w:tc>
      </w:tr>
      <w:tr w:rsidR="00312880" w:rsidRPr="001C7939" w14:paraId="50A0B7FA" w14:textId="03A2684B" w:rsidTr="00A77F9C">
        <w:tc>
          <w:tcPr>
            <w:tcW w:w="1503" w:type="dxa"/>
          </w:tcPr>
          <w:p w14:paraId="2455CE96" w14:textId="77777777" w:rsidR="00312880" w:rsidRPr="001C7939" w:rsidRDefault="00312880" w:rsidP="00AD1A19">
            <w:r w:rsidRPr="001C7939">
              <w:t>M_2</w:t>
            </w:r>
          </w:p>
        </w:tc>
        <w:tc>
          <w:tcPr>
            <w:tcW w:w="1363" w:type="dxa"/>
          </w:tcPr>
          <w:p w14:paraId="0AE30A0A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241" w:type="dxa"/>
          </w:tcPr>
          <w:p w14:paraId="4304E84A" w14:textId="77777777" w:rsidR="00312880" w:rsidRPr="001C7939" w:rsidRDefault="00312880" w:rsidP="00AD1A19">
            <w:r w:rsidRPr="001C7939">
              <w:t>10</w:t>
            </w:r>
          </w:p>
        </w:tc>
        <w:tc>
          <w:tcPr>
            <w:tcW w:w="1276" w:type="dxa"/>
          </w:tcPr>
          <w:p w14:paraId="2E5043BD" w14:textId="77777777" w:rsidR="00312880" w:rsidRPr="001C7939" w:rsidRDefault="00312880" w:rsidP="00AD1A19">
            <w:r w:rsidRPr="001C7939">
              <w:t>0.15</w:t>
            </w:r>
          </w:p>
        </w:tc>
        <w:tc>
          <w:tcPr>
            <w:tcW w:w="1418" w:type="dxa"/>
          </w:tcPr>
          <w:p w14:paraId="58436FDE" w14:textId="77777777" w:rsidR="00312880" w:rsidRPr="001C7939" w:rsidRDefault="00312880" w:rsidP="00AD1A19">
            <w:r w:rsidRPr="001C7939">
              <w:t>75.11</w:t>
            </w:r>
          </w:p>
        </w:tc>
        <w:tc>
          <w:tcPr>
            <w:tcW w:w="1757" w:type="dxa"/>
          </w:tcPr>
          <w:p w14:paraId="2E27790E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752" w:type="dxa"/>
          </w:tcPr>
          <w:p w14:paraId="3B5BED05" w14:textId="77777777" w:rsidR="00312880" w:rsidRPr="001C7939" w:rsidRDefault="00312880" w:rsidP="00AD1A19">
            <w:r w:rsidRPr="001C7939">
              <w:t>8</w:t>
            </w:r>
          </w:p>
        </w:tc>
        <w:tc>
          <w:tcPr>
            <w:tcW w:w="1710" w:type="dxa"/>
          </w:tcPr>
          <w:p w14:paraId="0887B222" w14:textId="5AD7A933" w:rsidR="00312880" w:rsidRPr="001C7939" w:rsidRDefault="00F232C1" w:rsidP="00AD1A19">
            <w:r w:rsidRPr="00F232C1">
              <w:t>RINWITGGI</w:t>
            </w:r>
          </w:p>
        </w:tc>
      </w:tr>
      <w:tr w:rsidR="00312880" w:rsidRPr="001C7939" w14:paraId="79F1C34C" w14:textId="58C96E42" w:rsidTr="00A77F9C">
        <w:tc>
          <w:tcPr>
            <w:tcW w:w="1503" w:type="dxa"/>
          </w:tcPr>
          <w:p w14:paraId="40BEBF85" w14:textId="77777777" w:rsidR="00312880" w:rsidRPr="001C7939" w:rsidRDefault="00312880" w:rsidP="00AD1A19">
            <w:r w:rsidRPr="001C7939">
              <w:t>M_3</w:t>
            </w:r>
          </w:p>
        </w:tc>
        <w:tc>
          <w:tcPr>
            <w:tcW w:w="1363" w:type="dxa"/>
          </w:tcPr>
          <w:p w14:paraId="70C63904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241" w:type="dxa"/>
          </w:tcPr>
          <w:p w14:paraId="7F863746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276" w:type="dxa"/>
          </w:tcPr>
          <w:p w14:paraId="5B037D20" w14:textId="77777777" w:rsidR="00312880" w:rsidRPr="001C7939" w:rsidRDefault="00312880" w:rsidP="00AD1A19">
            <w:r w:rsidRPr="001C7939">
              <w:t>0.14</w:t>
            </w:r>
          </w:p>
        </w:tc>
        <w:tc>
          <w:tcPr>
            <w:tcW w:w="1418" w:type="dxa"/>
          </w:tcPr>
          <w:p w14:paraId="2FE428D7" w14:textId="77777777" w:rsidR="00312880" w:rsidRPr="001C7939" w:rsidRDefault="00312880" w:rsidP="00AD1A19">
            <w:r w:rsidRPr="001C7939">
              <w:t>62.88</w:t>
            </w:r>
          </w:p>
        </w:tc>
        <w:tc>
          <w:tcPr>
            <w:tcW w:w="1757" w:type="dxa"/>
          </w:tcPr>
          <w:p w14:paraId="5EFF8F61" w14:textId="77777777" w:rsidR="00312880" w:rsidRPr="001C7939" w:rsidRDefault="00312880" w:rsidP="00AD1A19">
            <w:r w:rsidRPr="001C7939">
              <w:t>1</w:t>
            </w:r>
          </w:p>
        </w:tc>
        <w:tc>
          <w:tcPr>
            <w:tcW w:w="1752" w:type="dxa"/>
          </w:tcPr>
          <w:p w14:paraId="0D2C5CD3" w14:textId="77777777" w:rsidR="00312880" w:rsidRPr="001C7939" w:rsidRDefault="00312880" w:rsidP="00AD1A19">
            <w:r w:rsidRPr="001C7939">
              <w:t>2</w:t>
            </w:r>
          </w:p>
        </w:tc>
        <w:tc>
          <w:tcPr>
            <w:tcW w:w="1710" w:type="dxa"/>
          </w:tcPr>
          <w:p w14:paraId="4297C4C0" w14:textId="173112F3" w:rsidR="00312880" w:rsidRPr="001C7939" w:rsidRDefault="00F232C1" w:rsidP="00AD1A19">
            <w:r w:rsidRPr="00F232C1">
              <w:t>SYYKLGSQR</w:t>
            </w:r>
          </w:p>
        </w:tc>
      </w:tr>
      <w:tr w:rsidR="00312880" w:rsidRPr="001C7939" w14:paraId="3C19BF41" w14:textId="5363CD5E" w:rsidTr="00A77F9C">
        <w:tc>
          <w:tcPr>
            <w:tcW w:w="1503" w:type="dxa"/>
          </w:tcPr>
          <w:p w14:paraId="4ADE20BC" w14:textId="77777777" w:rsidR="00312880" w:rsidRPr="001C7939" w:rsidRDefault="00312880" w:rsidP="00AD1A19">
            <w:r w:rsidRPr="001C7939">
              <w:t>N_1</w:t>
            </w:r>
          </w:p>
        </w:tc>
        <w:tc>
          <w:tcPr>
            <w:tcW w:w="1363" w:type="dxa"/>
          </w:tcPr>
          <w:p w14:paraId="469ABC51" w14:textId="77777777" w:rsidR="00312880" w:rsidRPr="001C7939" w:rsidRDefault="00312880" w:rsidP="00AD1A19">
            <w:r w:rsidRPr="001C7939">
              <w:t>16</w:t>
            </w:r>
          </w:p>
        </w:tc>
        <w:tc>
          <w:tcPr>
            <w:tcW w:w="1241" w:type="dxa"/>
          </w:tcPr>
          <w:p w14:paraId="3937381B" w14:textId="77777777" w:rsidR="00312880" w:rsidRPr="001C7939" w:rsidRDefault="00312880" w:rsidP="00AD1A19">
            <w:r w:rsidRPr="001C7939">
              <w:t>45</w:t>
            </w:r>
          </w:p>
        </w:tc>
        <w:tc>
          <w:tcPr>
            <w:tcW w:w="1276" w:type="dxa"/>
          </w:tcPr>
          <w:p w14:paraId="167044FE" w14:textId="77777777" w:rsidR="00312880" w:rsidRPr="001C7939" w:rsidRDefault="00312880" w:rsidP="00AD1A19">
            <w:r w:rsidRPr="001C7939">
              <w:t>0.03</w:t>
            </w:r>
          </w:p>
        </w:tc>
        <w:tc>
          <w:tcPr>
            <w:tcW w:w="1418" w:type="dxa"/>
          </w:tcPr>
          <w:p w14:paraId="6C138E4D" w14:textId="77777777" w:rsidR="00312880" w:rsidRPr="001C7939" w:rsidRDefault="00312880" w:rsidP="00AD1A19">
            <w:r w:rsidRPr="001C7939">
              <w:t>8.33</w:t>
            </w:r>
          </w:p>
        </w:tc>
        <w:tc>
          <w:tcPr>
            <w:tcW w:w="1757" w:type="dxa"/>
          </w:tcPr>
          <w:p w14:paraId="45470B7F" w14:textId="77777777" w:rsidR="00312880" w:rsidRPr="001C7939" w:rsidRDefault="00312880" w:rsidP="00AD1A19">
            <w:r w:rsidRPr="001C7939">
              <w:t>13</w:t>
            </w:r>
          </w:p>
        </w:tc>
        <w:tc>
          <w:tcPr>
            <w:tcW w:w="1752" w:type="dxa"/>
          </w:tcPr>
          <w:p w14:paraId="5190D3CA" w14:textId="77777777" w:rsidR="00312880" w:rsidRPr="001C7939" w:rsidRDefault="00312880" w:rsidP="00AD1A19">
            <w:r w:rsidRPr="001C7939">
              <w:t>20</w:t>
            </w:r>
          </w:p>
        </w:tc>
        <w:tc>
          <w:tcPr>
            <w:tcW w:w="1710" w:type="dxa"/>
          </w:tcPr>
          <w:p w14:paraId="36CA8443" w14:textId="62C0E749" w:rsidR="00312880" w:rsidRPr="001C7939" w:rsidRDefault="00F232C1" w:rsidP="00AD1A19">
            <w:r w:rsidRPr="00F232C1">
              <w:t>SPRWYFYYL</w:t>
            </w:r>
          </w:p>
        </w:tc>
      </w:tr>
      <w:tr w:rsidR="00312880" w:rsidRPr="001C7939" w14:paraId="7A7F32A4" w14:textId="1240D483" w:rsidTr="00A77F9C">
        <w:tc>
          <w:tcPr>
            <w:tcW w:w="1503" w:type="dxa"/>
          </w:tcPr>
          <w:p w14:paraId="42CAF668" w14:textId="77777777" w:rsidR="00312880" w:rsidRPr="001C7939" w:rsidRDefault="00312880" w:rsidP="00AD1A19">
            <w:r w:rsidRPr="001C7939">
              <w:t>N_2</w:t>
            </w:r>
          </w:p>
        </w:tc>
        <w:tc>
          <w:tcPr>
            <w:tcW w:w="1363" w:type="dxa"/>
          </w:tcPr>
          <w:p w14:paraId="7F5BCCCB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241" w:type="dxa"/>
          </w:tcPr>
          <w:p w14:paraId="7FCC7FDA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276" w:type="dxa"/>
          </w:tcPr>
          <w:p w14:paraId="6351D4FD" w14:textId="77777777" w:rsidR="00312880" w:rsidRPr="001C7939" w:rsidRDefault="00312880" w:rsidP="00AD1A19">
            <w:r w:rsidRPr="001C7939">
              <w:t>None</w:t>
            </w:r>
          </w:p>
        </w:tc>
        <w:tc>
          <w:tcPr>
            <w:tcW w:w="1418" w:type="dxa"/>
          </w:tcPr>
          <w:p w14:paraId="5564E56B" w14:textId="77777777" w:rsidR="00312880" w:rsidRPr="001C7939" w:rsidRDefault="00312880" w:rsidP="00AD1A19">
            <w:r w:rsidRPr="001C7939">
              <w:t>None</w:t>
            </w:r>
          </w:p>
        </w:tc>
        <w:tc>
          <w:tcPr>
            <w:tcW w:w="1757" w:type="dxa"/>
          </w:tcPr>
          <w:p w14:paraId="1AC22F36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752" w:type="dxa"/>
          </w:tcPr>
          <w:p w14:paraId="2699EF54" w14:textId="77777777" w:rsidR="00312880" w:rsidRPr="001C7939" w:rsidRDefault="00312880" w:rsidP="00AD1A19">
            <w:r w:rsidRPr="001C7939">
              <w:t>0</w:t>
            </w:r>
          </w:p>
        </w:tc>
        <w:tc>
          <w:tcPr>
            <w:tcW w:w="1710" w:type="dxa"/>
          </w:tcPr>
          <w:p w14:paraId="5C2554B8" w14:textId="2464CABC" w:rsidR="00312880" w:rsidRPr="001C7939" w:rsidRDefault="00F232C1" w:rsidP="00F232C1">
            <w:r w:rsidRPr="00F232C1">
              <w:t>ATEGALTPK</w:t>
            </w:r>
          </w:p>
        </w:tc>
      </w:tr>
      <w:tr w:rsidR="00312880" w:rsidRPr="001C7939" w14:paraId="59BE760A" w14:textId="1F2FFA5A" w:rsidTr="00A77F9C">
        <w:tc>
          <w:tcPr>
            <w:tcW w:w="1503" w:type="dxa"/>
          </w:tcPr>
          <w:p w14:paraId="7CC6C891" w14:textId="77777777" w:rsidR="00312880" w:rsidRPr="001C7939" w:rsidRDefault="00312880" w:rsidP="00AD1A19">
            <w:r w:rsidRPr="001C7939">
              <w:t>N_3</w:t>
            </w:r>
          </w:p>
        </w:tc>
        <w:tc>
          <w:tcPr>
            <w:tcW w:w="1363" w:type="dxa"/>
          </w:tcPr>
          <w:p w14:paraId="710960C7" w14:textId="77777777" w:rsidR="00312880" w:rsidRPr="001C7939" w:rsidRDefault="00312880" w:rsidP="00AD1A19">
            <w:r w:rsidRPr="001C7939">
              <w:t>14</w:t>
            </w:r>
          </w:p>
        </w:tc>
        <w:tc>
          <w:tcPr>
            <w:tcW w:w="1241" w:type="dxa"/>
          </w:tcPr>
          <w:p w14:paraId="0FD2A71C" w14:textId="77777777" w:rsidR="00312880" w:rsidRPr="001C7939" w:rsidRDefault="00312880" w:rsidP="00AD1A19">
            <w:r w:rsidRPr="001C7939">
              <w:t>29</w:t>
            </w:r>
          </w:p>
        </w:tc>
        <w:tc>
          <w:tcPr>
            <w:tcW w:w="1276" w:type="dxa"/>
          </w:tcPr>
          <w:p w14:paraId="1F61978B" w14:textId="77777777" w:rsidR="00312880" w:rsidRPr="001C7939" w:rsidRDefault="00312880" w:rsidP="00AD1A19">
            <w:r w:rsidRPr="001C7939">
              <w:t>0.02</w:t>
            </w:r>
          </w:p>
        </w:tc>
        <w:tc>
          <w:tcPr>
            <w:tcW w:w="1418" w:type="dxa"/>
          </w:tcPr>
          <w:p w14:paraId="7DFF7613" w14:textId="77777777" w:rsidR="00312880" w:rsidRPr="001C7939" w:rsidRDefault="00312880" w:rsidP="00AD1A19">
            <w:r w:rsidRPr="001C7939">
              <w:t>14.7</w:t>
            </w:r>
          </w:p>
        </w:tc>
        <w:tc>
          <w:tcPr>
            <w:tcW w:w="1757" w:type="dxa"/>
          </w:tcPr>
          <w:p w14:paraId="4C61BB26" w14:textId="77777777" w:rsidR="00312880" w:rsidRPr="001C7939" w:rsidRDefault="00312880" w:rsidP="00AD1A19">
            <w:r w:rsidRPr="001C7939">
              <w:t>12</w:t>
            </w:r>
          </w:p>
        </w:tc>
        <w:tc>
          <w:tcPr>
            <w:tcW w:w="1752" w:type="dxa"/>
          </w:tcPr>
          <w:p w14:paraId="5C559192" w14:textId="77777777" w:rsidR="00312880" w:rsidRPr="001C7939" w:rsidRDefault="00312880" w:rsidP="00AD1A19">
            <w:r w:rsidRPr="001C7939">
              <w:t>19</w:t>
            </w:r>
          </w:p>
        </w:tc>
        <w:tc>
          <w:tcPr>
            <w:tcW w:w="1710" w:type="dxa"/>
          </w:tcPr>
          <w:p w14:paraId="0EA40A91" w14:textId="0158926C" w:rsidR="00312880" w:rsidRPr="00F232C1" w:rsidRDefault="00F232C1" w:rsidP="00AD1A19">
            <w:pPr>
              <w:rPr>
                <w:lang w:val="es-ES"/>
              </w:rPr>
            </w:pPr>
            <w:r w:rsidRPr="00F232C1">
              <w:rPr>
                <w:lang w:val="es-ES"/>
              </w:rPr>
              <w:t>RQKRTATAY</w:t>
            </w:r>
          </w:p>
        </w:tc>
      </w:tr>
      <w:tr w:rsidR="00312880" w14:paraId="76A3BEEF" w14:textId="4636152C" w:rsidTr="00A77F9C">
        <w:tc>
          <w:tcPr>
            <w:tcW w:w="1503" w:type="dxa"/>
          </w:tcPr>
          <w:p w14:paraId="7AC33BF7" w14:textId="77777777" w:rsidR="00312880" w:rsidRPr="001C7939" w:rsidRDefault="00312880" w:rsidP="00AD1A19">
            <w:r w:rsidRPr="001C7939">
              <w:t>N_4</w:t>
            </w:r>
          </w:p>
        </w:tc>
        <w:tc>
          <w:tcPr>
            <w:tcW w:w="1363" w:type="dxa"/>
          </w:tcPr>
          <w:p w14:paraId="2EE066DF" w14:textId="77777777" w:rsidR="00312880" w:rsidRPr="001C7939" w:rsidRDefault="00312880" w:rsidP="00AD1A19">
            <w:r w:rsidRPr="001C7939">
              <w:t>12</w:t>
            </w:r>
          </w:p>
        </w:tc>
        <w:tc>
          <w:tcPr>
            <w:tcW w:w="1241" w:type="dxa"/>
          </w:tcPr>
          <w:p w14:paraId="71D74177" w14:textId="77777777" w:rsidR="00312880" w:rsidRPr="001C7939" w:rsidRDefault="00312880" w:rsidP="00AD1A19">
            <w:r w:rsidRPr="001C7939">
              <w:t>32</w:t>
            </w:r>
          </w:p>
        </w:tc>
        <w:tc>
          <w:tcPr>
            <w:tcW w:w="1276" w:type="dxa"/>
          </w:tcPr>
          <w:p w14:paraId="69F764DE" w14:textId="77777777" w:rsidR="00312880" w:rsidRPr="001C7939" w:rsidRDefault="00312880" w:rsidP="00AD1A19">
            <w:r w:rsidRPr="001C7939">
              <w:t>0.06</w:t>
            </w:r>
          </w:p>
        </w:tc>
        <w:tc>
          <w:tcPr>
            <w:tcW w:w="1418" w:type="dxa"/>
          </w:tcPr>
          <w:p w14:paraId="52E5958E" w14:textId="77777777" w:rsidR="00312880" w:rsidRPr="001C7939" w:rsidRDefault="00312880" w:rsidP="00AD1A19">
            <w:r w:rsidRPr="001C7939">
              <w:t>7.43</w:t>
            </w:r>
          </w:p>
        </w:tc>
        <w:tc>
          <w:tcPr>
            <w:tcW w:w="1757" w:type="dxa"/>
          </w:tcPr>
          <w:p w14:paraId="4CA73A8F" w14:textId="77777777" w:rsidR="00312880" w:rsidRPr="001C7939" w:rsidRDefault="00312880" w:rsidP="00AD1A19">
            <w:r w:rsidRPr="001C7939">
              <w:t>11</w:t>
            </w:r>
          </w:p>
        </w:tc>
        <w:tc>
          <w:tcPr>
            <w:tcW w:w="1752" w:type="dxa"/>
          </w:tcPr>
          <w:p w14:paraId="467E4ED9" w14:textId="77777777" w:rsidR="00312880" w:rsidRDefault="00312880" w:rsidP="00AD1A19">
            <w:r w:rsidRPr="001C7939">
              <w:t>20</w:t>
            </w:r>
          </w:p>
        </w:tc>
        <w:tc>
          <w:tcPr>
            <w:tcW w:w="1710" w:type="dxa"/>
          </w:tcPr>
          <w:p w14:paraId="23D7112D" w14:textId="76C268AD" w:rsidR="00312880" w:rsidRPr="001C7939" w:rsidRDefault="00F232C1" w:rsidP="00F232C1">
            <w:r w:rsidRPr="00F232C1">
              <w:t>AQFAPSASAF</w:t>
            </w:r>
          </w:p>
        </w:tc>
      </w:tr>
    </w:tbl>
    <w:p w14:paraId="04C30F05" w14:textId="77777777" w:rsidR="00F56454" w:rsidRDefault="00F56454" w:rsidP="0033215C">
      <w:pPr>
        <w:ind w:left="-709"/>
        <w:rPr>
          <w:b/>
          <w:sz w:val="18"/>
          <w:szCs w:val="18"/>
        </w:rPr>
      </w:pPr>
    </w:p>
    <w:p w14:paraId="0F0A8275" w14:textId="77777777" w:rsidR="00F56454" w:rsidRDefault="00F56454" w:rsidP="0033215C">
      <w:pPr>
        <w:ind w:left="-709"/>
        <w:rPr>
          <w:b/>
          <w:sz w:val="18"/>
          <w:szCs w:val="18"/>
        </w:rPr>
      </w:pPr>
    </w:p>
    <w:p w14:paraId="04856931" w14:textId="7E701CE6" w:rsidR="00F56454" w:rsidRDefault="00F56454" w:rsidP="0033215C">
      <w:pPr>
        <w:ind w:left="-709"/>
        <w:rPr>
          <w:b/>
          <w:sz w:val="18"/>
          <w:szCs w:val="18"/>
        </w:rPr>
      </w:pPr>
    </w:p>
    <w:p w14:paraId="4C854E21" w14:textId="77777777" w:rsidR="00F56454" w:rsidRDefault="00F56454" w:rsidP="00A77F9C">
      <w:pPr>
        <w:rPr>
          <w:b/>
          <w:sz w:val="18"/>
          <w:szCs w:val="18"/>
        </w:rPr>
      </w:pPr>
    </w:p>
    <w:p w14:paraId="311328F2" w14:textId="77777777" w:rsidR="00F56454" w:rsidRPr="00D35013" w:rsidRDefault="00F56454" w:rsidP="00F56454">
      <w:pPr>
        <w:ind w:left="-709"/>
        <w:rPr>
          <w:sz w:val="18"/>
          <w:szCs w:val="18"/>
        </w:rPr>
      </w:pPr>
      <w:r w:rsidRPr="00D35013">
        <w:rPr>
          <w:b/>
          <w:sz w:val="18"/>
          <w:szCs w:val="18"/>
        </w:rPr>
        <w:t>Supplementary Table S</w:t>
      </w:r>
      <w:r>
        <w:rPr>
          <w:b/>
          <w:sz w:val="18"/>
          <w:szCs w:val="18"/>
        </w:rPr>
        <w:t>3</w:t>
      </w:r>
      <w:r w:rsidRPr="00D35013">
        <w:rPr>
          <w:b/>
          <w:sz w:val="18"/>
          <w:szCs w:val="18"/>
        </w:rPr>
        <w:t xml:space="preserve">. </w:t>
      </w:r>
      <w:r w:rsidRPr="00D35013">
        <w:rPr>
          <w:sz w:val="18"/>
          <w:szCs w:val="18"/>
        </w:rPr>
        <w:t>MHC-I</w:t>
      </w:r>
      <w:r>
        <w:rPr>
          <w:sz w:val="18"/>
          <w:szCs w:val="18"/>
        </w:rPr>
        <w:t>I</w:t>
      </w:r>
      <w:r w:rsidRPr="00D35013">
        <w:rPr>
          <w:sz w:val="18"/>
          <w:szCs w:val="18"/>
        </w:rPr>
        <w:t xml:space="preserve"> </w:t>
      </w:r>
      <w:r>
        <w:rPr>
          <w:sz w:val="18"/>
          <w:szCs w:val="18"/>
        </w:rPr>
        <w:t>Binders.</w:t>
      </w:r>
    </w:p>
    <w:tbl>
      <w:tblPr>
        <w:tblStyle w:val="Tablaconcuadrcula"/>
        <w:tblW w:w="12172" w:type="dxa"/>
        <w:tblInd w:w="-695" w:type="dxa"/>
        <w:tblLook w:val="04A0" w:firstRow="1" w:lastRow="0" w:firstColumn="1" w:lastColumn="0" w:noHBand="0" w:noVBand="1"/>
      </w:tblPr>
      <w:tblGrid>
        <w:gridCol w:w="1541"/>
        <w:gridCol w:w="1276"/>
        <w:gridCol w:w="1275"/>
        <w:gridCol w:w="1276"/>
        <w:gridCol w:w="1418"/>
        <w:gridCol w:w="1842"/>
        <w:gridCol w:w="1701"/>
        <w:gridCol w:w="1843"/>
      </w:tblGrid>
      <w:tr w:rsidR="00F232C1" w:rsidRPr="001C7939" w14:paraId="56389A5B" w14:textId="77777777" w:rsidTr="00F232C1">
        <w:tc>
          <w:tcPr>
            <w:tcW w:w="1541" w:type="dxa"/>
          </w:tcPr>
          <w:p w14:paraId="4716A767" w14:textId="77777777" w:rsidR="00F56454" w:rsidRPr="001C7939" w:rsidRDefault="00F56454" w:rsidP="00AD1A19">
            <w:r w:rsidRPr="001C7939">
              <w:t>Patch</w:t>
            </w:r>
          </w:p>
        </w:tc>
        <w:tc>
          <w:tcPr>
            <w:tcW w:w="1276" w:type="dxa"/>
          </w:tcPr>
          <w:p w14:paraId="4B20EBF1" w14:textId="77777777" w:rsidR="00F56454" w:rsidRPr="001C7939" w:rsidRDefault="00F56454" w:rsidP="00AD1A19">
            <w:r w:rsidRPr="001C7939">
              <w:t>Strong Binders</w:t>
            </w:r>
          </w:p>
        </w:tc>
        <w:tc>
          <w:tcPr>
            <w:tcW w:w="1275" w:type="dxa"/>
          </w:tcPr>
          <w:p w14:paraId="49084801" w14:textId="77777777" w:rsidR="00F56454" w:rsidRPr="001C7939" w:rsidRDefault="00F56454" w:rsidP="00AD1A19">
            <w:r w:rsidRPr="001C7939">
              <w:t>Weak Binders</w:t>
            </w:r>
          </w:p>
        </w:tc>
        <w:tc>
          <w:tcPr>
            <w:tcW w:w="1276" w:type="dxa"/>
          </w:tcPr>
          <w:p w14:paraId="5DBF24D4" w14:textId="77777777" w:rsidR="00F56454" w:rsidRPr="001C7939" w:rsidRDefault="00F56454" w:rsidP="00AD1A19">
            <w:r w:rsidRPr="001C7939">
              <w:t>Best Rank (%)</w:t>
            </w:r>
          </w:p>
        </w:tc>
        <w:tc>
          <w:tcPr>
            <w:tcW w:w="1418" w:type="dxa"/>
          </w:tcPr>
          <w:p w14:paraId="08F4CA63" w14:textId="77777777" w:rsidR="00F56454" w:rsidRPr="001C7939" w:rsidRDefault="00F56454" w:rsidP="00AD1A19">
            <w:r w:rsidRPr="001C7939">
              <w:t>Best IC50 (nM)</w:t>
            </w:r>
          </w:p>
        </w:tc>
        <w:tc>
          <w:tcPr>
            <w:tcW w:w="1842" w:type="dxa"/>
          </w:tcPr>
          <w:p w14:paraId="7CA3CA8E" w14:textId="77777777" w:rsidR="00A77F9C" w:rsidRDefault="00F56454" w:rsidP="00AD1A19">
            <w:r w:rsidRPr="001C7939">
              <w:t xml:space="preserve"># HLA Alleles </w:t>
            </w:r>
          </w:p>
          <w:p w14:paraId="3204E4A0" w14:textId="523955F7" w:rsidR="00F56454" w:rsidRPr="001C7939" w:rsidRDefault="00F56454" w:rsidP="00AD1A19">
            <w:r w:rsidRPr="001C7939">
              <w:t>(Strong)</w:t>
            </w:r>
          </w:p>
        </w:tc>
        <w:tc>
          <w:tcPr>
            <w:tcW w:w="1701" w:type="dxa"/>
          </w:tcPr>
          <w:p w14:paraId="00C38B7F" w14:textId="77777777" w:rsidR="00F56454" w:rsidRPr="001C7939" w:rsidRDefault="00F56454" w:rsidP="00AD1A19">
            <w:r w:rsidRPr="001C7939">
              <w:t># HLA Alleles (Weak)</w:t>
            </w:r>
          </w:p>
        </w:tc>
        <w:tc>
          <w:tcPr>
            <w:tcW w:w="1843" w:type="dxa"/>
          </w:tcPr>
          <w:p w14:paraId="68CB318B" w14:textId="77777777" w:rsidR="00F56454" w:rsidRPr="001C7939" w:rsidRDefault="00F56454" w:rsidP="00AD1A19">
            <w:r w:rsidRPr="001C7939">
              <w:t>Representative Core Peptide</w:t>
            </w:r>
          </w:p>
        </w:tc>
      </w:tr>
      <w:tr w:rsidR="00F232C1" w:rsidRPr="001C7939" w14:paraId="5119A18E" w14:textId="77777777" w:rsidTr="00F232C1">
        <w:tc>
          <w:tcPr>
            <w:tcW w:w="1541" w:type="dxa"/>
          </w:tcPr>
          <w:p w14:paraId="548679D6" w14:textId="77777777" w:rsidR="00F56454" w:rsidRPr="001C7939" w:rsidRDefault="00F56454" w:rsidP="00AD1A19">
            <w:r w:rsidRPr="001C7939">
              <w:t>Nsp3_1</w:t>
            </w:r>
          </w:p>
        </w:tc>
        <w:tc>
          <w:tcPr>
            <w:tcW w:w="1276" w:type="dxa"/>
          </w:tcPr>
          <w:p w14:paraId="45FCEC58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275" w:type="dxa"/>
          </w:tcPr>
          <w:p w14:paraId="1303D180" w14:textId="77777777" w:rsidR="00F56454" w:rsidRPr="001C7939" w:rsidRDefault="00F56454" w:rsidP="00AD1A19">
            <w:r w:rsidRPr="001C7939">
              <w:t>8</w:t>
            </w:r>
          </w:p>
        </w:tc>
        <w:tc>
          <w:tcPr>
            <w:tcW w:w="1276" w:type="dxa"/>
          </w:tcPr>
          <w:p w14:paraId="1488D3B3" w14:textId="77777777" w:rsidR="00F56454" w:rsidRPr="001C7939" w:rsidRDefault="00F56454" w:rsidP="00AD1A19">
            <w:r w:rsidRPr="001C7939">
              <w:t>0.15</w:t>
            </w:r>
          </w:p>
        </w:tc>
        <w:tc>
          <w:tcPr>
            <w:tcW w:w="1418" w:type="dxa"/>
          </w:tcPr>
          <w:p w14:paraId="602E3658" w14:textId="77777777" w:rsidR="00F56454" w:rsidRPr="001C7939" w:rsidRDefault="00F56454" w:rsidP="00AD1A19">
            <w:r w:rsidRPr="001C7939">
              <w:t>7.24</w:t>
            </w:r>
          </w:p>
        </w:tc>
        <w:tc>
          <w:tcPr>
            <w:tcW w:w="1842" w:type="dxa"/>
          </w:tcPr>
          <w:p w14:paraId="67E7B046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701" w:type="dxa"/>
          </w:tcPr>
          <w:p w14:paraId="3E625342" w14:textId="77777777" w:rsidR="00F56454" w:rsidRPr="001C7939" w:rsidRDefault="00F56454" w:rsidP="00AD1A19">
            <w:r w:rsidRPr="001C7939">
              <w:t>8</w:t>
            </w:r>
          </w:p>
        </w:tc>
        <w:tc>
          <w:tcPr>
            <w:tcW w:w="1843" w:type="dxa"/>
          </w:tcPr>
          <w:p w14:paraId="5D20DF0B" w14:textId="77777777" w:rsidR="00F56454" w:rsidRPr="001C7939" w:rsidRDefault="00F56454" w:rsidP="00AD1A19">
            <w:r w:rsidRPr="001C7939">
              <w:t>FAQDGNAAI</w:t>
            </w:r>
          </w:p>
        </w:tc>
      </w:tr>
      <w:tr w:rsidR="00F232C1" w:rsidRPr="001C7939" w14:paraId="3264CDE6" w14:textId="77777777" w:rsidTr="00F232C1">
        <w:tc>
          <w:tcPr>
            <w:tcW w:w="1541" w:type="dxa"/>
          </w:tcPr>
          <w:p w14:paraId="5F57A864" w14:textId="77777777" w:rsidR="00F56454" w:rsidRPr="001C7939" w:rsidRDefault="00F56454" w:rsidP="00AD1A19">
            <w:r w:rsidRPr="001C7939">
              <w:t>Nsp3_2</w:t>
            </w:r>
          </w:p>
        </w:tc>
        <w:tc>
          <w:tcPr>
            <w:tcW w:w="1276" w:type="dxa"/>
          </w:tcPr>
          <w:p w14:paraId="40E3DC12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007E6CEB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276" w:type="dxa"/>
          </w:tcPr>
          <w:p w14:paraId="0D2526B3" w14:textId="77777777" w:rsidR="00F56454" w:rsidRPr="001C7939" w:rsidRDefault="00F56454" w:rsidP="00AD1A19">
            <w:r w:rsidRPr="001C7939">
              <w:t>3.5</w:t>
            </w:r>
          </w:p>
        </w:tc>
        <w:tc>
          <w:tcPr>
            <w:tcW w:w="1418" w:type="dxa"/>
          </w:tcPr>
          <w:p w14:paraId="654A64C3" w14:textId="77777777" w:rsidR="00F56454" w:rsidRPr="001C7939" w:rsidRDefault="00F56454" w:rsidP="00AD1A19">
            <w:r w:rsidRPr="001C7939">
              <w:t>102.14</w:t>
            </w:r>
          </w:p>
        </w:tc>
        <w:tc>
          <w:tcPr>
            <w:tcW w:w="1842" w:type="dxa"/>
          </w:tcPr>
          <w:p w14:paraId="720879F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4A3C219E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843" w:type="dxa"/>
          </w:tcPr>
          <w:p w14:paraId="7FE2946B" w14:textId="77777777" w:rsidR="00F56454" w:rsidRPr="001C7939" w:rsidRDefault="00F56454" w:rsidP="00AD1A19">
            <w:r w:rsidRPr="001C7939">
              <w:t>FVSLAIDAY</w:t>
            </w:r>
          </w:p>
        </w:tc>
      </w:tr>
      <w:tr w:rsidR="00F232C1" w:rsidRPr="001C7939" w14:paraId="06604DEE" w14:textId="77777777" w:rsidTr="00F232C1">
        <w:tc>
          <w:tcPr>
            <w:tcW w:w="1541" w:type="dxa"/>
          </w:tcPr>
          <w:p w14:paraId="603BC24D" w14:textId="77777777" w:rsidR="00F56454" w:rsidRPr="001C7939" w:rsidRDefault="00F56454" w:rsidP="00AD1A19">
            <w:r w:rsidRPr="001C7939">
              <w:t>Nsp3_3</w:t>
            </w:r>
          </w:p>
        </w:tc>
        <w:tc>
          <w:tcPr>
            <w:tcW w:w="1276" w:type="dxa"/>
          </w:tcPr>
          <w:p w14:paraId="6F99E454" w14:textId="77777777" w:rsidR="00F56454" w:rsidRPr="001C7939" w:rsidRDefault="00F56454" w:rsidP="00AD1A19">
            <w:r w:rsidRPr="001C7939">
              <w:t>1</w:t>
            </w:r>
          </w:p>
        </w:tc>
        <w:tc>
          <w:tcPr>
            <w:tcW w:w="1275" w:type="dxa"/>
          </w:tcPr>
          <w:p w14:paraId="7DD95AFB" w14:textId="77777777" w:rsidR="00F56454" w:rsidRPr="001C7939" w:rsidRDefault="00F56454" w:rsidP="00AD1A19">
            <w:r w:rsidRPr="001C7939">
              <w:t>5</w:t>
            </w:r>
          </w:p>
        </w:tc>
        <w:tc>
          <w:tcPr>
            <w:tcW w:w="1276" w:type="dxa"/>
          </w:tcPr>
          <w:p w14:paraId="168441C0" w14:textId="77777777" w:rsidR="00F56454" w:rsidRPr="001C7939" w:rsidRDefault="00F56454" w:rsidP="00AD1A19">
            <w:r w:rsidRPr="001C7939">
              <w:t>0.54</w:t>
            </w:r>
          </w:p>
        </w:tc>
        <w:tc>
          <w:tcPr>
            <w:tcW w:w="1418" w:type="dxa"/>
          </w:tcPr>
          <w:p w14:paraId="6ADB323F" w14:textId="77777777" w:rsidR="00F56454" w:rsidRPr="001C7939" w:rsidRDefault="00F56454" w:rsidP="00AD1A19">
            <w:r w:rsidRPr="001C7939">
              <w:t>21.2</w:t>
            </w:r>
          </w:p>
        </w:tc>
        <w:tc>
          <w:tcPr>
            <w:tcW w:w="1842" w:type="dxa"/>
          </w:tcPr>
          <w:p w14:paraId="7623905F" w14:textId="77777777" w:rsidR="00F56454" w:rsidRPr="001C7939" w:rsidRDefault="00F56454" w:rsidP="00AD1A19">
            <w:r w:rsidRPr="001C7939">
              <w:t>1</w:t>
            </w:r>
          </w:p>
        </w:tc>
        <w:tc>
          <w:tcPr>
            <w:tcW w:w="1701" w:type="dxa"/>
          </w:tcPr>
          <w:p w14:paraId="4D668585" w14:textId="77777777" w:rsidR="00F56454" w:rsidRPr="001C7939" w:rsidRDefault="00F56454" w:rsidP="00AD1A19">
            <w:r w:rsidRPr="001C7939">
              <w:t>5</w:t>
            </w:r>
          </w:p>
        </w:tc>
        <w:tc>
          <w:tcPr>
            <w:tcW w:w="1843" w:type="dxa"/>
          </w:tcPr>
          <w:p w14:paraId="711D26A4" w14:textId="77777777" w:rsidR="00F56454" w:rsidRPr="001C7939" w:rsidRDefault="00F56454" w:rsidP="00AD1A19">
            <w:r w:rsidRPr="001C7939">
              <w:t>LKLFAAETL</w:t>
            </w:r>
          </w:p>
        </w:tc>
      </w:tr>
      <w:tr w:rsidR="00F232C1" w:rsidRPr="001C7939" w14:paraId="290AD4D1" w14:textId="77777777" w:rsidTr="00F232C1">
        <w:tc>
          <w:tcPr>
            <w:tcW w:w="1541" w:type="dxa"/>
          </w:tcPr>
          <w:p w14:paraId="379A49C0" w14:textId="77777777" w:rsidR="00F56454" w:rsidRPr="001C7939" w:rsidRDefault="00F56454" w:rsidP="00AD1A19">
            <w:r w:rsidRPr="001C7939">
              <w:t>Nsp12_1</w:t>
            </w:r>
          </w:p>
        </w:tc>
        <w:tc>
          <w:tcPr>
            <w:tcW w:w="1276" w:type="dxa"/>
          </w:tcPr>
          <w:p w14:paraId="350C1D9F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2CD9328E" w14:textId="77777777" w:rsidR="00F56454" w:rsidRPr="001C7939" w:rsidRDefault="00F56454" w:rsidP="00AD1A19">
            <w:r w:rsidRPr="001C7939">
              <w:t>3</w:t>
            </w:r>
          </w:p>
        </w:tc>
        <w:tc>
          <w:tcPr>
            <w:tcW w:w="1276" w:type="dxa"/>
          </w:tcPr>
          <w:p w14:paraId="23754A9A" w14:textId="77777777" w:rsidR="00F56454" w:rsidRPr="001C7939" w:rsidRDefault="00F56454" w:rsidP="00AD1A19">
            <w:r w:rsidRPr="001C7939">
              <w:t>7.9</w:t>
            </w:r>
          </w:p>
        </w:tc>
        <w:tc>
          <w:tcPr>
            <w:tcW w:w="1418" w:type="dxa"/>
          </w:tcPr>
          <w:p w14:paraId="65BBC7B1" w14:textId="77777777" w:rsidR="00F56454" w:rsidRPr="001C7939" w:rsidRDefault="00F56454" w:rsidP="00AD1A19">
            <w:r w:rsidRPr="001C7939">
              <w:t>110.74</w:t>
            </w:r>
          </w:p>
        </w:tc>
        <w:tc>
          <w:tcPr>
            <w:tcW w:w="1842" w:type="dxa"/>
          </w:tcPr>
          <w:p w14:paraId="6FE8B1A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4CF46A80" w14:textId="77777777" w:rsidR="00F56454" w:rsidRPr="001C7939" w:rsidRDefault="00F56454" w:rsidP="00AD1A19">
            <w:r w:rsidRPr="001C7939">
              <w:t>2</w:t>
            </w:r>
          </w:p>
        </w:tc>
        <w:tc>
          <w:tcPr>
            <w:tcW w:w="1843" w:type="dxa"/>
          </w:tcPr>
          <w:p w14:paraId="57A67CB3" w14:textId="77777777" w:rsidR="00F56454" w:rsidRPr="001C7939" w:rsidRDefault="00F56454" w:rsidP="00AD1A19">
            <w:r w:rsidRPr="001C7939">
              <w:t>YVSQPFLMD</w:t>
            </w:r>
          </w:p>
        </w:tc>
      </w:tr>
      <w:tr w:rsidR="00F232C1" w:rsidRPr="001C7939" w14:paraId="5EB5A69B" w14:textId="77777777" w:rsidTr="00F232C1">
        <w:tc>
          <w:tcPr>
            <w:tcW w:w="1541" w:type="dxa"/>
          </w:tcPr>
          <w:p w14:paraId="1F931E16" w14:textId="77777777" w:rsidR="00F56454" w:rsidRPr="001C7939" w:rsidRDefault="00F56454" w:rsidP="00AD1A19">
            <w:r w:rsidRPr="001C7939">
              <w:t>Nsp12_2</w:t>
            </w:r>
          </w:p>
        </w:tc>
        <w:tc>
          <w:tcPr>
            <w:tcW w:w="1276" w:type="dxa"/>
          </w:tcPr>
          <w:p w14:paraId="69F5E265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18FB2392" w14:textId="77777777" w:rsidR="00F56454" w:rsidRPr="001C7939" w:rsidRDefault="00F56454" w:rsidP="00AD1A19">
            <w:r w:rsidRPr="001C7939">
              <w:t>10</w:t>
            </w:r>
          </w:p>
        </w:tc>
        <w:tc>
          <w:tcPr>
            <w:tcW w:w="1276" w:type="dxa"/>
          </w:tcPr>
          <w:p w14:paraId="75905A93" w14:textId="77777777" w:rsidR="00F56454" w:rsidRPr="001C7939" w:rsidRDefault="00F56454" w:rsidP="00AD1A19">
            <w:r w:rsidRPr="001C7939">
              <w:t>3.5</w:t>
            </w:r>
          </w:p>
        </w:tc>
        <w:tc>
          <w:tcPr>
            <w:tcW w:w="1418" w:type="dxa"/>
          </w:tcPr>
          <w:p w14:paraId="3DEF9EA2" w14:textId="77777777" w:rsidR="00F56454" w:rsidRPr="001C7939" w:rsidRDefault="00F56454" w:rsidP="00AD1A19">
            <w:r w:rsidRPr="001C7939">
              <w:t>30.66</w:t>
            </w:r>
          </w:p>
        </w:tc>
        <w:tc>
          <w:tcPr>
            <w:tcW w:w="1842" w:type="dxa"/>
          </w:tcPr>
          <w:p w14:paraId="2CA56F9D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61B7ADCE" w14:textId="77777777" w:rsidR="00F56454" w:rsidRPr="001C7939" w:rsidRDefault="00F56454" w:rsidP="00AD1A19">
            <w:r w:rsidRPr="001C7939">
              <w:t>5</w:t>
            </w:r>
          </w:p>
        </w:tc>
        <w:tc>
          <w:tcPr>
            <w:tcW w:w="1843" w:type="dxa"/>
          </w:tcPr>
          <w:p w14:paraId="5E939485" w14:textId="77777777" w:rsidR="00F56454" w:rsidRPr="001C7939" w:rsidRDefault="00F56454" w:rsidP="00AD1A19">
            <w:r w:rsidRPr="001C7939">
              <w:t>IDRLITGRL</w:t>
            </w:r>
          </w:p>
        </w:tc>
      </w:tr>
      <w:tr w:rsidR="00F232C1" w:rsidRPr="001C7939" w14:paraId="2AC6612B" w14:textId="77777777" w:rsidTr="00F232C1">
        <w:tc>
          <w:tcPr>
            <w:tcW w:w="1541" w:type="dxa"/>
          </w:tcPr>
          <w:p w14:paraId="79C55E8C" w14:textId="77777777" w:rsidR="00F56454" w:rsidRPr="001C7939" w:rsidRDefault="00F56454" w:rsidP="00AD1A19">
            <w:r w:rsidRPr="001C7939">
              <w:t>Nsp12_3</w:t>
            </w:r>
          </w:p>
        </w:tc>
        <w:tc>
          <w:tcPr>
            <w:tcW w:w="1276" w:type="dxa"/>
          </w:tcPr>
          <w:p w14:paraId="23C923B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766AD01B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7ABE8C59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7B1B2BF0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5C718EE5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0B83D903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5C28F831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314E7709" w14:textId="77777777" w:rsidTr="00F232C1">
        <w:tc>
          <w:tcPr>
            <w:tcW w:w="1541" w:type="dxa"/>
          </w:tcPr>
          <w:p w14:paraId="178A81A5" w14:textId="77777777" w:rsidR="00F56454" w:rsidRPr="001C7939" w:rsidRDefault="00F56454" w:rsidP="00AD1A19">
            <w:r w:rsidRPr="001C7939">
              <w:t>Nsp13_1</w:t>
            </w:r>
          </w:p>
        </w:tc>
        <w:tc>
          <w:tcPr>
            <w:tcW w:w="1276" w:type="dxa"/>
          </w:tcPr>
          <w:p w14:paraId="379C544F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035B2B7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5B9F9374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13E8A275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5EAD29C2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3427EDB7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7AD75114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156E6D36" w14:textId="77777777" w:rsidTr="00F232C1">
        <w:tc>
          <w:tcPr>
            <w:tcW w:w="1541" w:type="dxa"/>
          </w:tcPr>
          <w:p w14:paraId="2A395708" w14:textId="77777777" w:rsidR="00F56454" w:rsidRPr="001C7939" w:rsidRDefault="00F56454" w:rsidP="00AD1A19">
            <w:r w:rsidRPr="001C7939">
              <w:t>Nsp13_2</w:t>
            </w:r>
          </w:p>
        </w:tc>
        <w:tc>
          <w:tcPr>
            <w:tcW w:w="1276" w:type="dxa"/>
          </w:tcPr>
          <w:p w14:paraId="74CCA1AC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69634688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276" w:type="dxa"/>
          </w:tcPr>
          <w:p w14:paraId="2095C3C6" w14:textId="77777777" w:rsidR="00F56454" w:rsidRPr="001C7939" w:rsidRDefault="00F56454" w:rsidP="00AD1A19">
            <w:r w:rsidRPr="001C7939">
              <w:t>2.1</w:t>
            </w:r>
          </w:p>
        </w:tc>
        <w:tc>
          <w:tcPr>
            <w:tcW w:w="1418" w:type="dxa"/>
          </w:tcPr>
          <w:p w14:paraId="2C8439C7" w14:textId="77777777" w:rsidR="00F56454" w:rsidRPr="001C7939" w:rsidRDefault="00F56454" w:rsidP="00AD1A19">
            <w:r w:rsidRPr="001C7939">
              <w:t>33.25</w:t>
            </w:r>
          </w:p>
        </w:tc>
        <w:tc>
          <w:tcPr>
            <w:tcW w:w="1842" w:type="dxa"/>
          </w:tcPr>
          <w:p w14:paraId="67A95FA2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67C6A99C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843" w:type="dxa"/>
          </w:tcPr>
          <w:p w14:paraId="4B65A4C1" w14:textId="77777777" w:rsidR="00F56454" w:rsidRPr="001C7939" w:rsidRDefault="00F56454" w:rsidP="00AD1A19">
            <w:r w:rsidRPr="001C7939">
              <w:t>YANRNRFLY</w:t>
            </w:r>
          </w:p>
        </w:tc>
      </w:tr>
      <w:tr w:rsidR="00F232C1" w:rsidRPr="001C7939" w14:paraId="528D66FF" w14:textId="77777777" w:rsidTr="00F232C1">
        <w:tc>
          <w:tcPr>
            <w:tcW w:w="1541" w:type="dxa"/>
          </w:tcPr>
          <w:p w14:paraId="48607613" w14:textId="77777777" w:rsidR="00F56454" w:rsidRPr="001C7939" w:rsidRDefault="00F56454" w:rsidP="00AD1A19">
            <w:r w:rsidRPr="001C7939">
              <w:t>Nsp13_3</w:t>
            </w:r>
          </w:p>
        </w:tc>
        <w:tc>
          <w:tcPr>
            <w:tcW w:w="1276" w:type="dxa"/>
          </w:tcPr>
          <w:p w14:paraId="379E9F5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5B54217A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276" w:type="dxa"/>
          </w:tcPr>
          <w:p w14:paraId="459520BC" w14:textId="77777777" w:rsidR="00F56454" w:rsidRPr="001C7939" w:rsidRDefault="00F56454" w:rsidP="00AD1A19">
            <w:r w:rsidRPr="001C7939">
              <w:t>3.7</w:t>
            </w:r>
          </w:p>
        </w:tc>
        <w:tc>
          <w:tcPr>
            <w:tcW w:w="1418" w:type="dxa"/>
          </w:tcPr>
          <w:p w14:paraId="051596DB" w14:textId="77777777" w:rsidR="00F56454" w:rsidRPr="001C7939" w:rsidRDefault="00F56454" w:rsidP="00AD1A19">
            <w:r w:rsidRPr="001C7939">
              <w:t>14.47</w:t>
            </w:r>
          </w:p>
        </w:tc>
        <w:tc>
          <w:tcPr>
            <w:tcW w:w="1842" w:type="dxa"/>
          </w:tcPr>
          <w:p w14:paraId="2848F8C5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127C73AA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843" w:type="dxa"/>
          </w:tcPr>
          <w:p w14:paraId="4B6DE8EB" w14:textId="77777777" w:rsidR="00F56454" w:rsidRPr="001C7939" w:rsidRDefault="00F56454" w:rsidP="00AD1A19">
            <w:r w:rsidRPr="001C7939">
              <w:t>INWITGGIA</w:t>
            </w:r>
          </w:p>
        </w:tc>
      </w:tr>
      <w:tr w:rsidR="00F232C1" w:rsidRPr="001C7939" w14:paraId="68C9D5C2" w14:textId="77777777" w:rsidTr="00F232C1">
        <w:tc>
          <w:tcPr>
            <w:tcW w:w="1541" w:type="dxa"/>
          </w:tcPr>
          <w:p w14:paraId="15B5267F" w14:textId="77777777" w:rsidR="00F56454" w:rsidRPr="001C7939" w:rsidRDefault="00F56454" w:rsidP="00AD1A19">
            <w:r w:rsidRPr="001C7939">
              <w:t>S_1</w:t>
            </w:r>
          </w:p>
        </w:tc>
        <w:tc>
          <w:tcPr>
            <w:tcW w:w="1276" w:type="dxa"/>
          </w:tcPr>
          <w:p w14:paraId="61929227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275" w:type="dxa"/>
          </w:tcPr>
          <w:p w14:paraId="4EFDCEF7" w14:textId="77777777" w:rsidR="00F56454" w:rsidRPr="001C7939" w:rsidRDefault="00F56454" w:rsidP="00AD1A19">
            <w:r w:rsidRPr="001C7939">
              <w:t>9</w:t>
            </w:r>
          </w:p>
        </w:tc>
        <w:tc>
          <w:tcPr>
            <w:tcW w:w="1276" w:type="dxa"/>
          </w:tcPr>
          <w:p w14:paraId="79F9A9AD" w14:textId="77777777" w:rsidR="00F56454" w:rsidRPr="001C7939" w:rsidRDefault="00F56454" w:rsidP="00AD1A19">
            <w:r w:rsidRPr="001C7939">
              <w:t>0.13</w:t>
            </w:r>
          </w:p>
        </w:tc>
        <w:tc>
          <w:tcPr>
            <w:tcW w:w="1418" w:type="dxa"/>
          </w:tcPr>
          <w:p w14:paraId="79EF4AC7" w14:textId="77777777" w:rsidR="00F56454" w:rsidRPr="001C7939" w:rsidRDefault="00F56454" w:rsidP="00AD1A19">
            <w:r w:rsidRPr="001C7939">
              <w:t>4.72</w:t>
            </w:r>
          </w:p>
        </w:tc>
        <w:tc>
          <w:tcPr>
            <w:tcW w:w="1842" w:type="dxa"/>
          </w:tcPr>
          <w:p w14:paraId="6C14BB16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701" w:type="dxa"/>
          </w:tcPr>
          <w:p w14:paraId="725A3280" w14:textId="77777777" w:rsidR="00F56454" w:rsidRPr="001C7939" w:rsidRDefault="00F56454" w:rsidP="00AD1A19">
            <w:r w:rsidRPr="001C7939">
              <w:t>9</w:t>
            </w:r>
          </w:p>
        </w:tc>
        <w:tc>
          <w:tcPr>
            <w:tcW w:w="1843" w:type="dxa"/>
          </w:tcPr>
          <w:p w14:paraId="09504DEB" w14:textId="77777777" w:rsidR="00F56454" w:rsidRPr="001C7939" w:rsidRDefault="00F56454" w:rsidP="00AD1A19">
            <w:r w:rsidRPr="001C7939">
              <w:t>YKLGASQRV</w:t>
            </w:r>
          </w:p>
        </w:tc>
      </w:tr>
      <w:tr w:rsidR="00F232C1" w:rsidRPr="001C7939" w14:paraId="4EEAAE25" w14:textId="77777777" w:rsidTr="00F232C1">
        <w:tc>
          <w:tcPr>
            <w:tcW w:w="1541" w:type="dxa"/>
          </w:tcPr>
          <w:p w14:paraId="221A65D2" w14:textId="77777777" w:rsidR="00F56454" w:rsidRPr="001C7939" w:rsidRDefault="00F56454" w:rsidP="00AD1A19">
            <w:r w:rsidRPr="001C7939">
              <w:t>S_2</w:t>
            </w:r>
          </w:p>
        </w:tc>
        <w:tc>
          <w:tcPr>
            <w:tcW w:w="1276" w:type="dxa"/>
          </w:tcPr>
          <w:p w14:paraId="69C0E3CE" w14:textId="77777777" w:rsidR="00F56454" w:rsidRPr="001C7939" w:rsidRDefault="00F56454" w:rsidP="00AD1A19">
            <w:r w:rsidRPr="001C7939">
              <w:t>6</w:t>
            </w:r>
          </w:p>
        </w:tc>
        <w:tc>
          <w:tcPr>
            <w:tcW w:w="1275" w:type="dxa"/>
          </w:tcPr>
          <w:p w14:paraId="27F050B8" w14:textId="77777777" w:rsidR="00F56454" w:rsidRPr="001C7939" w:rsidRDefault="00F56454" w:rsidP="00AD1A19">
            <w:r w:rsidRPr="001C7939">
              <w:t>25</w:t>
            </w:r>
          </w:p>
        </w:tc>
        <w:tc>
          <w:tcPr>
            <w:tcW w:w="1276" w:type="dxa"/>
          </w:tcPr>
          <w:p w14:paraId="4955787D" w14:textId="77777777" w:rsidR="00F56454" w:rsidRPr="001C7939" w:rsidRDefault="00F56454" w:rsidP="00AD1A19">
            <w:r w:rsidRPr="001C7939">
              <w:t>0.18</w:t>
            </w:r>
          </w:p>
        </w:tc>
        <w:tc>
          <w:tcPr>
            <w:tcW w:w="1418" w:type="dxa"/>
          </w:tcPr>
          <w:p w14:paraId="6EFC1E7C" w14:textId="77777777" w:rsidR="00F56454" w:rsidRPr="001C7939" w:rsidRDefault="00F56454" w:rsidP="00AD1A19">
            <w:r w:rsidRPr="001C7939">
              <w:t>13.06</w:t>
            </w:r>
          </w:p>
        </w:tc>
        <w:tc>
          <w:tcPr>
            <w:tcW w:w="1842" w:type="dxa"/>
          </w:tcPr>
          <w:p w14:paraId="592A7B66" w14:textId="77777777" w:rsidR="00F56454" w:rsidRPr="001C7939" w:rsidRDefault="00F56454" w:rsidP="00AD1A19">
            <w:r w:rsidRPr="001C7939">
              <w:t>2</w:t>
            </w:r>
          </w:p>
        </w:tc>
        <w:tc>
          <w:tcPr>
            <w:tcW w:w="1701" w:type="dxa"/>
          </w:tcPr>
          <w:p w14:paraId="4DCCD7BD" w14:textId="77777777" w:rsidR="00F56454" w:rsidRPr="001C7939" w:rsidRDefault="00F56454" w:rsidP="00AD1A19">
            <w:r w:rsidRPr="001C7939">
              <w:t>9</w:t>
            </w:r>
          </w:p>
        </w:tc>
        <w:tc>
          <w:tcPr>
            <w:tcW w:w="1843" w:type="dxa"/>
          </w:tcPr>
          <w:p w14:paraId="467D45C7" w14:textId="77777777" w:rsidR="00F56454" w:rsidRPr="001C7939" w:rsidRDefault="00F56454" w:rsidP="00AD1A19">
            <w:r w:rsidRPr="001C7939">
              <w:t>FYYLGTGPE</w:t>
            </w:r>
          </w:p>
        </w:tc>
      </w:tr>
      <w:tr w:rsidR="00F232C1" w:rsidRPr="001C7939" w14:paraId="0D8D8917" w14:textId="77777777" w:rsidTr="00F232C1">
        <w:tc>
          <w:tcPr>
            <w:tcW w:w="1541" w:type="dxa"/>
          </w:tcPr>
          <w:p w14:paraId="1C27ACE4" w14:textId="77777777" w:rsidR="00F56454" w:rsidRPr="001C7939" w:rsidRDefault="00F56454" w:rsidP="00AD1A19">
            <w:r w:rsidRPr="001C7939">
              <w:t>S_3</w:t>
            </w:r>
          </w:p>
        </w:tc>
        <w:tc>
          <w:tcPr>
            <w:tcW w:w="1276" w:type="dxa"/>
          </w:tcPr>
          <w:p w14:paraId="39206C7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2BECD4B6" w14:textId="77777777" w:rsidR="00F56454" w:rsidRPr="001C7939" w:rsidRDefault="00F56454" w:rsidP="00AD1A19">
            <w:r w:rsidRPr="001C7939">
              <w:t>18</w:t>
            </w:r>
          </w:p>
        </w:tc>
        <w:tc>
          <w:tcPr>
            <w:tcW w:w="1276" w:type="dxa"/>
          </w:tcPr>
          <w:p w14:paraId="37A923A8" w14:textId="77777777" w:rsidR="00F56454" w:rsidRPr="001C7939" w:rsidRDefault="00F56454" w:rsidP="00AD1A19">
            <w:r w:rsidRPr="001C7939">
              <w:t>4.4</w:t>
            </w:r>
          </w:p>
        </w:tc>
        <w:tc>
          <w:tcPr>
            <w:tcW w:w="1418" w:type="dxa"/>
          </w:tcPr>
          <w:p w14:paraId="6EC9C031" w14:textId="77777777" w:rsidR="00F56454" w:rsidRPr="001C7939" w:rsidRDefault="00F56454" w:rsidP="00AD1A19">
            <w:r w:rsidRPr="001C7939">
              <w:t>29.67</w:t>
            </w:r>
          </w:p>
        </w:tc>
        <w:tc>
          <w:tcPr>
            <w:tcW w:w="1842" w:type="dxa"/>
          </w:tcPr>
          <w:p w14:paraId="4CDF01AD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225016A7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843" w:type="dxa"/>
          </w:tcPr>
          <w:p w14:paraId="7581BF1C" w14:textId="77777777" w:rsidR="00F56454" w:rsidRPr="001C7939" w:rsidRDefault="00F56454" w:rsidP="00AD1A19">
            <w:r w:rsidRPr="001C7939">
              <w:t>IIWVATEGA</w:t>
            </w:r>
          </w:p>
        </w:tc>
      </w:tr>
      <w:tr w:rsidR="00F232C1" w:rsidRPr="001C7939" w14:paraId="2C2C002A" w14:textId="77777777" w:rsidTr="00F232C1">
        <w:tc>
          <w:tcPr>
            <w:tcW w:w="1541" w:type="dxa"/>
          </w:tcPr>
          <w:p w14:paraId="09D0EAD6" w14:textId="77777777" w:rsidR="00F56454" w:rsidRPr="001C7939" w:rsidRDefault="00F56454" w:rsidP="00AD1A19">
            <w:r w:rsidRPr="001C7939">
              <w:t>S_4</w:t>
            </w:r>
          </w:p>
        </w:tc>
        <w:tc>
          <w:tcPr>
            <w:tcW w:w="1276" w:type="dxa"/>
          </w:tcPr>
          <w:p w14:paraId="2ECDBF0D" w14:textId="77777777" w:rsidR="00F56454" w:rsidRPr="001C7939" w:rsidRDefault="00F56454" w:rsidP="00AD1A19">
            <w:r w:rsidRPr="001C7939">
              <w:t>2</w:t>
            </w:r>
          </w:p>
        </w:tc>
        <w:tc>
          <w:tcPr>
            <w:tcW w:w="1275" w:type="dxa"/>
          </w:tcPr>
          <w:p w14:paraId="26272F1D" w14:textId="77777777" w:rsidR="00F56454" w:rsidRPr="001C7939" w:rsidRDefault="00F56454" w:rsidP="00AD1A19">
            <w:r w:rsidRPr="001C7939">
              <w:t>5</w:t>
            </w:r>
          </w:p>
        </w:tc>
        <w:tc>
          <w:tcPr>
            <w:tcW w:w="1276" w:type="dxa"/>
          </w:tcPr>
          <w:p w14:paraId="484739C3" w14:textId="77777777" w:rsidR="00F56454" w:rsidRPr="001C7939" w:rsidRDefault="00F56454" w:rsidP="00AD1A19">
            <w:r w:rsidRPr="001C7939">
              <w:t>1.1</w:t>
            </w:r>
          </w:p>
        </w:tc>
        <w:tc>
          <w:tcPr>
            <w:tcW w:w="1418" w:type="dxa"/>
          </w:tcPr>
          <w:p w14:paraId="6F7FB997" w14:textId="77777777" w:rsidR="00F56454" w:rsidRPr="001C7939" w:rsidRDefault="00F56454" w:rsidP="00AD1A19">
            <w:r w:rsidRPr="001C7939">
              <w:t>21.98</w:t>
            </w:r>
          </w:p>
        </w:tc>
        <w:tc>
          <w:tcPr>
            <w:tcW w:w="1842" w:type="dxa"/>
          </w:tcPr>
          <w:p w14:paraId="11FFC833" w14:textId="77777777" w:rsidR="00F56454" w:rsidRPr="001C7939" w:rsidRDefault="00F56454" w:rsidP="00AD1A19">
            <w:r w:rsidRPr="001C7939">
              <w:t>1</w:t>
            </w:r>
          </w:p>
        </w:tc>
        <w:tc>
          <w:tcPr>
            <w:tcW w:w="1701" w:type="dxa"/>
          </w:tcPr>
          <w:p w14:paraId="1CB00733" w14:textId="77777777" w:rsidR="00F56454" w:rsidRPr="001C7939" w:rsidRDefault="00F56454" w:rsidP="00AD1A19">
            <w:r w:rsidRPr="001C7939">
              <w:t>1</w:t>
            </w:r>
          </w:p>
        </w:tc>
        <w:tc>
          <w:tcPr>
            <w:tcW w:w="1843" w:type="dxa"/>
          </w:tcPr>
          <w:p w14:paraId="2810EB9F" w14:textId="77777777" w:rsidR="00F56454" w:rsidRPr="001C7939" w:rsidRDefault="00F56454" w:rsidP="00AD1A19">
            <w:r w:rsidRPr="001C7939">
              <w:t>YNVTQAFGR</w:t>
            </w:r>
          </w:p>
        </w:tc>
      </w:tr>
      <w:tr w:rsidR="00F232C1" w:rsidRPr="001C7939" w14:paraId="06187B2D" w14:textId="77777777" w:rsidTr="00F232C1">
        <w:tc>
          <w:tcPr>
            <w:tcW w:w="1541" w:type="dxa"/>
          </w:tcPr>
          <w:p w14:paraId="2F0F1716" w14:textId="77777777" w:rsidR="00F56454" w:rsidRPr="001C7939" w:rsidRDefault="00F56454" w:rsidP="00AD1A19">
            <w:r w:rsidRPr="001C7939">
              <w:t>ORF3a_1</w:t>
            </w:r>
          </w:p>
        </w:tc>
        <w:tc>
          <w:tcPr>
            <w:tcW w:w="1276" w:type="dxa"/>
          </w:tcPr>
          <w:p w14:paraId="70F579EF" w14:textId="77777777" w:rsidR="00F56454" w:rsidRPr="001C7939" w:rsidRDefault="00F56454" w:rsidP="00AD1A19">
            <w:r w:rsidRPr="001C7939">
              <w:t>8</w:t>
            </w:r>
          </w:p>
        </w:tc>
        <w:tc>
          <w:tcPr>
            <w:tcW w:w="1275" w:type="dxa"/>
          </w:tcPr>
          <w:p w14:paraId="1453C8F4" w14:textId="77777777" w:rsidR="00F56454" w:rsidRPr="001C7939" w:rsidRDefault="00F56454" w:rsidP="00AD1A19">
            <w:r w:rsidRPr="001C7939">
              <w:t>19</w:t>
            </w:r>
          </w:p>
        </w:tc>
        <w:tc>
          <w:tcPr>
            <w:tcW w:w="1276" w:type="dxa"/>
          </w:tcPr>
          <w:p w14:paraId="6D50E752" w14:textId="77777777" w:rsidR="00F56454" w:rsidRPr="001C7939" w:rsidRDefault="00F56454" w:rsidP="00AD1A19">
            <w:r w:rsidRPr="001C7939">
              <w:t>0.33</w:t>
            </w:r>
          </w:p>
        </w:tc>
        <w:tc>
          <w:tcPr>
            <w:tcW w:w="1418" w:type="dxa"/>
          </w:tcPr>
          <w:p w14:paraId="53C714D9" w14:textId="77777777" w:rsidR="00F56454" w:rsidRPr="001C7939" w:rsidRDefault="00F56454" w:rsidP="00AD1A19">
            <w:r w:rsidRPr="001C7939">
              <w:t>16.03</w:t>
            </w:r>
          </w:p>
        </w:tc>
        <w:tc>
          <w:tcPr>
            <w:tcW w:w="1842" w:type="dxa"/>
          </w:tcPr>
          <w:p w14:paraId="17779D94" w14:textId="77777777" w:rsidR="00F56454" w:rsidRPr="001C7939" w:rsidRDefault="00F56454" w:rsidP="00AD1A19">
            <w:r w:rsidRPr="001C7939">
              <w:t>4</w:t>
            </w:r>
          </w:p>
        </w:tc>
        <w:tc>
          <w:tcPr>
            <w:tcW w:w="1701" w:type="dxa"/>
          </w:tcPr>
          <w:p w14:paraId="62E4FAF3" w14:textId="77777777" w:rsidR="00F56454" w:rsidRPr="001C7939" w:rsidRDefault="00F56454" w:rsidP="00AD1A19">
            <w:r w:rsidRPr="001C7939">
              <w:t>7</w:t>
            </w:r>
          </w:p>
        </w:tc>
        <w:tc>
          <w:tcPr>
            <w:tcW w:w="1843" w:type="dxa"/>
          </w:tcPr>
          <w:p w14:paraId="057C215C" w14:textId="77777777" w:rsidR="00F56454" w:rsidRPr="001C7939" w:rsidRDefault="00F56454" w:rsidP="00AD1A19">
            <w:r w:rsidRPr="001C7939">
              <w:t>FAPSASAFF</w:t>
            </w:r>
          </w:p>
        </w:tc>
      </w:tr>
      <w:tr w:rsidR="00F232C1" w:rsidRPr="001C7939" w14:paraId="2FFCC147" w14:textId="77777777" w:rsidTr="00F232C1">
        <w:tc>
          <w:tcPr>
            <w:tcW w:w="1541" w:type="dxa"/>
          </w:tcPr>
          <w:p w14:paraId="743A1C06" w14:textId="77777777" w:rsidR="00F56454" w:rsidRPr="001C7939" w:rsidRDefault="00F56454" w:rsidP="00AD1A19">
            <w:r w:rsidRPr="001C7939">
              <w:t>ORF3a_2</w:t>
            </w:r>
          </w:p>
        </w:tc>
        <w:tc>
          <w:tcPr>
            <w:tcW w:w="1276" w:type="dxa"/>
          </w:tcPr>
          <w:p w14:paraId="74521899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0C86A0B1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23CF6A90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6737DBFE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64FF9CA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3D28A1E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5AD81DD1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07A55BC7" w14:textId="77777777" w:rsidTr="00F232C1">
        <w:tc>
          <w:tcPr>
            <w:tcW w:w="1541" w:type="dxa"/>
          </w:tcPr>
          <w:p w14:paraId="0E8F9F48" w14:textId="77777777" w:rsidR="00F56454" w:rsidRPr="001C7939" w:rsidRDefault="00F56454" w:rsidP="00AD1A19">
            <w:r w:rsidRPr="001C7939">
              <w:t>ORF3a_3</w:t>
            </w:r>
          </w:p>
        </w:tc>
        <w:tc>
          <w:tcPr>
            <w:tcW w:w="1276" w:type="dxa"/>
          </w:tcPr>
          <w:p w14:paraId="36DE4282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07AA354B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27CB3D56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3AFCE3D6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12BD492F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02AD4BA5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4D3BBBED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6B67801B" w14:textId="77777777" w:rsidTr="00F232C1">
        <w:tc>
          <w:tcPr>
            <w:tcW w:w="1541" w:type="dxa"/>
          </w:tcPr>
          <w:p w14:paraId="6DBEA241" w14:textId="77777777" w:rsidR="00F56454" w:rsidRPr="001C7939" w:rsidRDefault="00F56454" w:rsidP="00AD1A19">
            <w:r w:rsidRPr="001C7939">
              <w:t>M_1</w:t>
            </w:r>
          </w:p>
        </w:tc>
        <w:tc>
          <w:tcPr>
            <w:tcW w:w="1276" w:type="dxa"/>
          </w:tcPr>
          <w:p w14:paraId="456383F6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15CA4106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0B2D2FB1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5F8B48BB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7D7206F2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1A816A07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71CD489C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2688EE0B" w14:textId="77777777" w:rsidTr="00F232C1">
        <w:tc>
          <w:tcPr>
            <w:tcW w:w="1541" w:type="dxa"/>
          </w:tcPr>
          <w:p w14:paraId="7CAA7A53" w14:textId="77777777" w:rsidR="00F56454" w:rsidRPr="001C7939" w:rsidRDefault="00F56454" w:rsidP="00AD1A19">
            <w:r w:rsidRPr="001C7939">
              <w:t>M_2</w:t>
            </w:r>
          </w:p>
        </w:tc>
        <w:tc>
          <w:tcPr>
            <w:tcW w:w="1276" w:type="dxa"/>
          </w:tcPr>
          <w:p w14:paraId="3323BF5C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7D70F3F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714CA991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2512014F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3EC9014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4041CE04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37893A28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66181392" w14:textId="77777777" w:rsidTr="00F232C1">
        <w:tc>
          <w:tcPr>
            <w:tcW w:w="1541" w:type="dxa"/>
          </w:tcPr>
          <w:p w14:paraId="6E20E9D8" w14:textId="77777777" w:rsidR="00F56454" w:rsidRPr="001C7939" w:rsidRDefault="00F56454" w:rsidP="00AD1A19">
            <w:r w:rsidRPr="001C7939">
              <w:t>M_3</w:t>
            </w:r>
          </w:p>
        </w:tc>
        <w:tc>
          <w:tcPr>
            <w:tcW w:w="1276" w:type="dxa"/>
          </w:tcPr>
          <w:p w14:paraId="7FB7F91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4FDC618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5496D827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39EF3506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28D1ED64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188CD06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6D22AB72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398E63C4" w14:textId="77777777" w:rsidTr="00F232C1">
        <w:tc>
          <w:tcPr>
            <w:tcW w:w="1541" w:type="dxa"/>
          </w:tcPr>
          <w:p w14:paraId="44B3BC41" w14:textId="77777777" w:rsidR="00F56454" w:rsidRPr="001C7939" w:rsidRDefault="00F56454" w:rsidP="00AD1A19">
            <w:r w:rsidRPr="001C7939">
              <w:t>N_1</w:t>
            </w:r>
          </w:p>
        </w:tc>
        <w:tc>
          <w:tcPr>
            <w:tcW w:w="1276" w:type="dxa"/>
          </w:tcPr>
          <w:p w14:paraId="3E49D8E3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32125D0C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0588745F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5EE52046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17140D60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7751DD96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1AAEA8CC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2F628B03" w14:textId="77777777" w:rsidTr="00F232C1">
        <w:tc>
          <w:tcPr>
            <w:tcW w:w="1541" w:type="dxa"/>
          </w:tcPr>
          <w:p w14:paraId="26961EE3" w14:textId="77777777" w:rsidR="00F56454" w:rsidRPr="001C7939" w:rsidRDefault="00F56454" w:rsidP="00AD1A19">
            <w:r w:rsidRPr="001C7939">
              <w:t>N_2</w:t>
            </w:r>
          </w:p>
        </w:tc>
        <w:tc>
          <w:tcPr>
            <w:tcW w:w="1276" w:type="dxa"/>
          </w:tcPr>
          <w:p w14:paraId="682BA54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6D70AB8C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16720562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2F454D41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10B1897D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05F42FD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03DC2420" w14:textId="77777777" w:rsidR="00F56454" w:rsidRPr="001C7939" w:rsidRDefault="00F56454" w:rsidP="00AD1A19">
            <w:r w:rsidRPr="001C7939">
              <w:t>None</w:t>
            </w:r>
          </w:p>
        </w:tc>
      </w:tr>
      <w:tr w:rsidR="00F232C1" w:rsidRPr="001C7939" w14:paraId="2290152F" w14:textId="77777777" w:rsidTr="00F232C1">
        <w:tc>
          <w:tcPr>
            <w:tcW w:w="1541" w:type="dxa"/>
          </w:tcPr>
          <w:p w14:paraId="727BAC15" w14:textId="77777777" w:rsidR="00F56454" w:rsidRPr="001C7939" w:rsidRDefault="00F56454" w:rsidP="00AD1A19">
            <w:r w:rsidRPr="001C7939">
              <w:t>N_3</w:t>
            </w:r>
          </w:p>
        </w:tc>
        <w:tc>
          <w:tcPr>
            <w:tcW w:w="1276" w:type="dxa"/>
          </w:tcPr>
          <w:p w14:paraId="0D85921A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58429548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0D65E0F2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18736C13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1F05C54F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3B6F2837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32668885" w14:textId="77777777" w:rsidR="00F56454" w:rsidRPr="001C7939" w:rsidRDefault="00F56454" w:rsidP="00AD1A19">
            <w:r w:rsidRPr="001C7939">
              <w:t>None</w:t>
            </w:r>
          </w:p>
        </w:tc>
      </w:tr>
      <w:tr w:rsidR="00F232C1" w14:paraId="55BE2410" w14:textId="77777777" w:rsidTr="00F232C1">
        <w:tc>
          <w:tcPr>
            <w:tcW w:w="1541" w:type="dxa"/>
          </w:tcPr>
          <w:p w14:paraId="0C896EC4" w14:textId="77777777" w:rsidR="00F56454" w:rsidRPr="001C7939" w:rsidRDefault="00F56454" w:rsidP="00AD1A19">
            <w:r w:rsidRPr="001C7939">
              <w:t>N_4</w:t>
            </w:r>
          </w:p>
        </w:tc>
        <w:tc>
          <w:tcPr>
            <w:tcW w:w="1276" w:type="dxa"/>
          </w:tcPr>
          <w:p w14:paraId="0F6AFBA5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5" w:type="dxa"/>
          </w:tcPr>
          <w:p w14:paraId="1644A363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276" w:type="dxa"/>
          </w:tcPr>
          <w:p w14:paraId="623CDA84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418" w:type="dxa"/>
          </w:tcPr>
          <w:p w14:paraId="5397D3B7" w14:textId="77777777" w:rsidR="00F56454" w:rsidRPr="001C7939" w:rsidRDefault="00F56454" w:rsidP="00AD1A19">
            <w:r w:rsidRPr="001C7939">
              <w:t>None</w:t>
            </w:r>
          </w:p>
        </w:tc>
        <w:tc>
          <w:tcPr>
            <w:tcW w:w="1842" w:type="dxa"/>
          </w:tcPr>
          <w:p w14:paraId="02A2048D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701" w:type="dxa"/>
          </w:tcPr>
          <w:p w14:paraId="1C954C5F" w14:textId="77777777" w:rsidR="00F56454" w:rsidRPr="001C7939" w:rsidRDefault="00F56454" w:rsidP="00AD1A19">
            <w:r w:rsidRPr="001C7939">
              <w:t>0</w:t>
            </w:r>
          </w:p>
        </w:tc>
        <w:tc>
          <w:tcPr>
            <w:tcW w:w="1843" w:type="dxa"/>
          </w:tcPr>
          <w:p w14:paraId="269FA65E" w14:textId="77777777" w:rsidR="00F56454" w:rsidRDefault="00F56454" w:rsidP="00AD1A19">
            <w:r w:rsidRPr="001C7939">
              <w:t>None</w:t>
            </w:r>
          </w:p>
        </w:tc>
      </w:tr>
    </w:tbl>
    <w:p w14:paraId="7A7A5153" w14:textId="77777777" w:rsidR="00F56454" w:rsidRDefault="00F56454" w:rsidP="00F56454"/>
    <w:p w14:paraId="00EAD4B4" w14:textId="0D212B42" w:rsidR="0033215C" w:rsidRPr="00D35013" w:rsidRDefault="0033215C" w:rsidP="0033215C">
      <w:pPr>
        <w:ind w:left="-709"/>
        <w:rPr>
          <w:sz w:val="18"/>
          <w:szCs w:val="18"/>
        </w:rPr>
      </w:pPr>
      <w:r w:rsidRPr="00D35013">
        <w:rPr>
          <w:b/>
          <w:sz w:val="18"/>
          <w:szCs w:val="18"/>
        </w:rPr>
        <w:t>Supplementary Table S</w:t>
      </w:r>
      <w:r w:rsidR="00F56454">
        <w:rPr>
          <w:b/>
          <w:sz w:val="18"/>
          <w:szCs w:val="18"/>
        </w:rPr>
        <w:t>4</w:t>
      </w:r>
      <w:r w:rsidRPr="00D35013">
        <w:rPr>
          <w:b/>
          <w:sz w:val="18"/>
          <w:szCs w:val="18"/>
        </w:rPr>
        <w:t xml:space="preserve">. </w:t>
      </w:r>
      <w:r w:rsidRPr="00D35013">
        <w:rPr>
          <w:sz w:val="18"/>
          <w:szCs w:val="18"/>
        </w:rPr>
        <w:t>MHC-I Coverage</w:t>
      </w:r>
      <w:r>
        <w:rPr>
          <w:sz w:val="18"/>
          <w:szCs w:val="18"/>
        </w:rPr>
        <w:t>.</w:t>
      </w:r>
    </w:p>
    <w:tbl>
      <w:tblPr>
        <w:tblStyle w:val="Tablaconcuadrcula"/>
        <w:tblW w:w="0" w:type="auto"/>
        <w:tblInd w:w="-709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268"/>
      </w:tblGrid>
      <w:tr w:rsidR="0033215C" w:rsidRPr="0033215C" w14:paraId="6928F328" w14:textId="77777777" w:rsidTr="00B36785">
        <w:tc>
          <w:tcPr>
            <w:tcW w:w="2405" w:type="dxa"/>
          </w:tcPr>
          <w:p w14:paraId="51C3A60A" w14:textId="18486848" w:rsidR="0033215C" w:rsidRPr="0033215C" w:rsidRDefault="0033215C" w:rsidP="0033215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33215C">
              <w:rPr>
                <w:b/>
                <w:sz w:val="18"/>
                <w:szCs w:val="18"/>
              </w:rPr>
              <w:t>lass I</w:t>
            </w:r>
          </w:p>
        </w:tc>
        <w:tc>
          <w:tcPr>
            <w:tcW w:w="2268" w:type="dxa"/>
          </w:tcPr>
          <w:p w14:paraId="59C5BCFA" w14:textId="77777777" w:rsidR="0033215C" w:rsidRPr="0033215C" w:rsidRDefault="0033215C" w:rsidP="0033215C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11EF9984" w14:textId="77777777" w:rsidR="0033215C" w:rsidRPr="0033215C" w:rsidRDefault="0033215C" w:rsidP="0033215C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2FE11680" w14:textId="77777777" w:rsidR="0033215C" w:rsidRPr="0033215C" w:rsidRDefault="0033215C" w:rsidP="0033215C">
            <w:pPr>
              <w:rPr>
                <w:b/>
                <w:sz w:val="18"/>
                <w:szCs w:val="18"/>
              </w:rPr>
            </w:pPr>
          </w:p>
        </w:tc>
      </w:tr>
      <w:tr w:rsidR="0033215C" w:rsidRPr="0033215C" w14:paraId="58DDCF93" w14:textId="77777777" w:rsidTr="00B36785">
        <w:tc>
          <w:tcPr>
            <w:tcW w:w="2405" w:type="dxa"/>
          </w:tcPr>
          <w:p w14:paraId="63052A62" w14:textId="0FBA288C" w:rsidR="0033215C" w:rsidRPr="0033215C" w:rsidRDefault="0033215C" w:rsidP="0033215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Pr="0033215C">
              <w:rPr>
                <w:b/>
                <w:sz w:val="18"/>
                <w:szCs w:val="18"/>
              </w:rPr>
              <w:t>opulation/area</w:t>
            </w:r>
          </w:p>
        </w:tc>
        <w:tc>
          <w:tcPr>
            <w:tcW w:w="2268" w:type="dxa"/>
          </w:tcPr>
          <w:p w14:paraId="5837DE2C" w14:textId="1A480B79" w:rsidR="0033215C" w:rsidRPr="0033215C" w:rsidRDefault="0033215C" w:rsidP="0033215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Pr="0033215C">
              <w:rPr>
                <w:b/>
                <w:sz w:val="18"/>
                <w:szCs w:val="18"/>
              </w:rPr>
              <w:t>overage</w:t>
            </w:r>
          </w:p>
        </w:tc>
        <w:tc>
          <w:tcPr>
            <w:tcW w:w="2268" w:type="dxa"/>
          </w:tcPr>
          <w:p w14:paraId="72531F63" w14:textId="0DF39E27" w:rsidR="0033215C" w:rsidRPr="0033215C" w:rsidRDefault="0033215C" w:rsidP="0033215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</w:t>
            </w:r>
            <w:r w:rsidRPr="0033215C">
              <w:rPr>
                <w:b/>
                <w:sz w:val="18"/>
                <w:szCs w:val="18"/>
              </w:rPr>
              <w:t>verage_hit</w:t>
            </w:r>
            <w:proofErr w:type="spellEnd"/>
          </w:p>
        </w:tc>
        <w:tc>
          <w:tcPr>
            <w:tcW w:w="2268" w:type="dxa"/>
          </w:tcPr>
          <w:p w14:paraId="79E81E42" w14:textId="77777777" w:rsidR="0033215C" w:rsidRPr="0033215C" w:rsidRDefault="0033215C" w:rsidP="0033215C">
            <w:pPr>
              <w:rPr>
                <w:b/>
                <w:sz w:val="18"/>
                <w:szCs w:val="18"/>
              </w:rPr>
            </w:pPr>
            <w:r w:rsidRPr="0033215C">
              <w:rPr>
                <w:b/>
                <w:sz w:val="18"/>
                <w:szCs w:val="18"/>
              </w:rPr>
              <w:t>pc90</w:t>
            </w:r>
          </w:p>
        </w:tc>
      </w:tr>
      <w:tr w:rsidR="0033215C" w:rsidRPr="0033215C" w14:paraId="7FD19239" w14:textId="77777777" w:rsidTr="00B36785">
        <w:tc>
          <w:tcPr>
            <w:tcW w:w="2405" w:type="dxa"/>
          </w:tcPr>
          <w:p w14:paraId="50710F25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Central Africa</w:t>
            </w:r>
          </w:p>
        </w:tc>
        <w:tc>
          <w:tcPr>
            <w:tcW w:w="2268" w:type="dxa"/>
          </w:tcPr>
          <w:p w14:paraId="1C5EE8F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86.04%</w:t>
            </w:r>
          </w:p>
        </w:tc>
        <w:tc>
          <w:tcPr>
            <w:tcW w:w="2268" w:type="dxa"/>
          </w:tcPr>
          <w:p w14:paraId="001D16F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13.91</w:t>
            </w:r>
          </w:p>
        </w:tc>
        <w:tc>
          <w:tcPr>
            <w:tcW w:w="2268" w:type="dxa"/>
          </w:tcPr>
          <w:p w14:paraId="7707C305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2.15</w:t>
            </w:r>
          </w:p>
        </w:tc>
      </w:tr>
      <w:tr w:rsidR="0033215C" w:rsidRPr="0033215C" w14:paraId="70B0650A" w14:textId="77777777" w:rsidTr="00B36785">
        <w:tc>
          <w:tcPr>
            <w:tcW w:w="2405" w:type="dxa"/>
          </w:tcPr>
          <w:p w14:paraId="25E3833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Central America</w:t>
            </w:r>
          </w:p>
        </w:tc>
        <w:tc>
          <w:tcPr>
            <w:tcW w:w="2268" w:type="dxa"/>
          </w:tcPr>
          <w:p w14:paraId="242E1EE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7.76%</w:t>
            </w:r>
          </w:p>
        </w:tc>
        <w:tc>
          <w:tcPr>
            <w:tcW w:w="2268" w:type="dxa"/>
          </w:tcPr>
          <w:p w14:paraId="1864BE7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0.85</w:t>
            </w:r>
          </w:p>
        </w:tc>
        <w:tc>
          <w:tcPr>
            <w:tcW w:w="2268" w:type="dxa"/>
          </w:tcPr>
          <w:p w14:paraId="6BECA630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0.76</w:t>
            </w:r>
          </w:p>
        </w:tc>
      </w:tr>
      <w:tr w:rsidR="0033215C" w:rsidRPr="0033215C" w14:paraId="51741840" w14:textId="77777777" w:rsidTr="00B36785">
        <w:tc>
          <w:tcPr>
            <w:tcW w:w="2405" w:type="dxa"/>
          </w:tcPr>
          <w:p w14:paraId="3A211629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East Africa</w:t>
            </w:r>
          </w:p>
        </w:tc>
        <w:tc>
          <w:tcPr>
            <w:tcW w:w="2268" w:type="dxa"/>
          </w:tcPr>
          <w:p w14:paraId="225C0188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90.78%</w:t>
            </w:r>
          </w:p>
        </w:tc>
        <w:tc>
          <w:tcPr>
            <w:tcW w:w="2268" w:type="dxa"/>
          </w:tcPr>
          <w:p w14:paraId="3EB381B1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16.09</w:t>
            </w:r>
          </w:p>
        </w:tc>
        <w:tc>
          <w:tcPr>
            <w:tcW w:w="2268" w:type="dxa"/>
          </w:tcPr>
          <w:p w14:paraId="0783417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3.45</w:t>
            </w:r>
          </w:p>
        </w:tc>
      </w:tr>
      <w:tr w:rsidR="0033215C" w:rsidRPr="0033215C" w14:paraId="3C459D80" w14:textId="77777777" w:rsidTr="00B36785">
        <w:tc>
          <w:tcPr>
            <w:tcW w:w="2405" w:type="dxa"/>
          </w:tcPr>
          <w:p w14:paraId="6DD31FCC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East Asia</w:t>
            </w:r>
          </w:p>
        </w:tc>
        <w:tc>
          <w:tcPr>
            <w:tcW w:w="2268" w:type="dxa"/>
          </w:tcPr>
          <w:p w14:paraId="5777B910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98.18%</w:t>
            </w:r>
          </w:p>
        </w:tc>
        <w:tc>
          <w:tcPr>
            <w:tcW w:w="2268" w:type="dxa"/>
          </w:tcPr>
          <w:p w14:paraId="270380A4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21.9</w:t>
            </w:r>
          </w:p>
        </w:tc>
        <w:tc>
          <w:tcPr>
            <w:tcW w:w="2268" w:type="dxa"/>
          </w:tcPr>
          <w:p w14:paraId="4C6AE7A6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11.26</w:t>
            </w:r>
          </w:p>
        </w:tc>
      </w:tr>
      <w:tr w:rsidR="0033215C" w:rsidRPr="0033215C" w14:paraId="1A845BE1" w14:textId="77777777" w:rsidTr="00B36785">
        <w:tc>
          <w:tcPr>
            <w:tcW w:w="2405" w:type="dxa"/>
          </w:tcPr>
          <w:p w14:paraId="55B81B4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Europe</w:t>
            </w:r>
          </w:p>
        </w:tc>
        <w:tc>
          <w:tcPr>
            <w:tcW w:w="2268" w:type="dxa"/>
          </w:tcPr>
          <w:p w14:paraId="12FC5714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99.68%</w:t>
            </w:r>
          </w:p>
        </w:tc>
        <w:tc>
          <w:tcPr>
            <w:tcW w:w="2268" w:type="dxa"/>
          </w:tcPr>
          <w:p w14:paraId="75A568A3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23.29</w:t>
            </w:r>
          </w:p>
        </w:tc>
        <w:tc>
          <w:tcPr>
            <w:tcW w:w="2268" w:type="dxa"/>
          </w:tcPr>
          <w:p w14:paraId="65AC3544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12.32</w:t>
            </w:r>
          </w:p>
        </w:tc>
      </w:tr>
      <w:tr w:rsidR="0033215C" w:rsidRPr="0033215C" w14:paraId="5BDEF24A" w14:textId="77777777" w:rsidTr="00B36785">
        <w:tc>
          <w:tcPr>
            <w:tcW w:w="2405" w:type="dxa"/>
          </w:tcPr>
          <w:p w14:paraId="62C588F9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North Africa</w:t>
            </w:r>
          </w:p>
        </w:tc>
        <w:tc>
          <w:tcPr>
            <w:tcW w:w="2268" w:type="dxa"/>
          </w:tcPr>
          <w:p w14:paraId="4F24A82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96.03%</w:t>
            </w:r>
          </w:p>
        </w:tc>
        <w:tc>
          <w:tcPr>
            <w:tcW w:w="2268" w:type="dxa"/>
          </w:tcPr>
          <w:p w14:paraId="4C549985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19.43</w:t>
            </w:r>
          </w:p>
        </w:tc>
        <w:tc>
          <w:tcPr>
            <w:tcW w:w="2268" w:type="dxa"/>
          </w:tcPr>
          <w:p w14:paraId="64924E9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8.57</w:t>
            </w:r>
          </w:p>
        </w:tc>
      </w:tr>
      <w:tr w:rsidR="0033215C" w:rsidRPr="0033215C" w14:paraId="69DD032F" w14:textId="77777777" w:rsidTr="00B36785">
        <w:tc>
          <w:tcPr>
            <w:tcW w:w="2405" w:type="dxa"/>
          </w:tcPr>
          <w:p w14:paraId="1301FA7F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North America</w:t>
            </w:r>
          </w:p>
        </w:tc>
        <w:tc>
          <w:tcPr>
            <w:tcW w:w="2268" w:type="dxa"/>
          </w:tcPr>
          <w:p w14:paraId="4DF3860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99.06%</w:t>
            </w:r>
          </w:p>
        </w:tc>
        <w:tc>
          <w:tcPr>
            <w:tcW w:w="2268" w:type="dxa"/>
          </w:tcPr>
          <w:p w14:paraId="126A3EC6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22.37</w:t>
            </w:r>
          </w:p>
        </w:tc>
        <w:tc>
          <w:tcPr>
            <w:tcW w:w="2268" w:type="dxa"/>
          </w:tcPr>
          <w:p w14:paraId="10F6DF31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10.25</w:t>
            </w:r>
          </w:p>
        </w:tc>
      </w:tr>
      <w:tr w:rsidR="0033215C" w:rsidRPr="0033215C" w14:paraId="15A1A296" w14:textId="77777777" w:rsidTr="00B36785">
        <w:tc>
          <w:tcPr>
            <w:tcW w:w="2405" w:type="dxa"/>
          </w:tcPr>
          <w:p w14:paraId="5ED01E9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Northeast Asia</w:t>
            </w:r>
          </w:p>
        </w:tc>
        <w:tc>
          <w:tcPr>
            <w:tcW w:w="2268" w:type="dxa"/>
          </w:tcPr>
          <w:p w14:paraId="7132F5C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94.7%</w:t>
            </w:r>
          </w:p>
        </w:tc>
        <w:tc>
          <w:tcPr>
            <w:tcW w:w="2268" w:type="dxa"/>
          </w:tcPr>
          <w:p w14:paraId="4B0C9CF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16.92</w:t>
            </w:r>
          </w:p>
        </w:tc>
        <w:tc>
          <w:tcPr>
            <w:tcW w:w="2268" w:type="dxa"/>
          </w:tcPr>
          <w:p w14:paraId="3DEF050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8.81</w:t>
            </w:r>
          </w:p>
        </w:tc>
      </w:tr>
      <w:tr w:rsidR="0033215C" w:rsidRPr="0033215C" w14:paraId="2E54160D" w14:textId="77777777" w:rsidTr="00B36785">
        <w:tc>
          <w:tcPr>
            <w:tcW w:w="2405" w:type="dxa"/>
          </w:tcPr>
          <w:p w14:paraId="74E70651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Oceania</w:t>
            </w:r>
          </w:p>
        </w:tc>
        <w:tc>
          <w:tcPr>
            <w:tcW w:w="2268" w:type="dxa"/>
          </w:tcPr>
          <w:p w14:paraId="5DEA499C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94.71%</w:t>
            </w:r>
          </w:p>
        </w:tc>
        <w:tc>
          <w:tcPr>
            <w:tcW w:w="2268" w:type="dxa"/>
          </w:tcPr>
          <w:p w14:paraId="0016CD01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16.12</w:t>
            </w:r>
          </w:p>
        </w:tc>
        <w:tc>
          <w:tcPr>
            <w:tcW w:w="2268" w:type="dxa"/>
          </w:tcPr>
          <w:p w14:paraId="05C33EF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9.07</w:t>
            </w:r>
          </w:p>
        </w:tc>
      </w:tr>
      <w:tr w:rsidR="0033215C" w:rsidRPr="0033215C" w14:paraId="3B9E0535" w14:textId="77777777" w:rsidTr="00B36785">
        <w:tc>
          <w:tcPr>
            <w:tcW w:w="2405" w:type="dxa"/>
          </w:tcPr>
          <w:p w14:paraId="6ADEC34F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South Africa</w:t>
            </w:r>
          </w:p>
        </w:tc>
        <w:tc>
          <w:tcPr>
            <w:tcW w:w="2268" w:type="dxa"/>
          </w:tcPr>
          <w:p w14:paraId="7EF7AC79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93.03%</w:t>
            </w:r>
          </w:p>
        </w:tc>
        <w:tc>
          <w:tcPr>
            <w:tcW w:w="2268" w:type="dxa"/>
          </w:tcPr>
          <w:p w14:paraId="7EA0AB0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16.61</w:t>
            </w:r>
          </w:p>
        </w:tc>
        <w:tc>
          <w:tcPr>
            <w:tcW w:w="2268" w:type="dxa"/>
          </w:tcPr>
          <w:p w14:paraId="74CEC665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4.84</w:t>
            </w:r>
          </w:p>
        </w:tc>
      </w:tr>
      <w:tr w:rsidR="0033215C" w:rsidRPr="0033215C" w14:paraId="2C0FD6F9" w14:textId="77777777" w:rsidTr="00B36785">
        <w:tc>
          <w:tcPr>
            <w:tcW w:w="2405" w:type="dxa"/>
          </w:tcPr>
          <w:p w14:paraId="383A871D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South America</w:t>
            </w:r>
          </w:p>
        </w:tc>
        <w:tc>
          <w:tcPr>
            <w:tcW w:w="2268" w:type="dxa"/>
          </w:tcPr>
          <w:p w14:paraId="385E3A9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88.3%</w:t>
            </w:r>
          </w:p>
        </w:tc>
        <w:tc>
          <w:tcPr>
            <w:tcW w:w="2268" w:type="dxa"/>
          </w:tcPr>
          <w:p w14:paraId="11FB0256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13.26</w:t>
            </w:r>
          </w:p>
        </w:tc>
        <w:tc>
          <w:tcPr>
            <w:tcW w:w="2268" w:type="dxa"/>
          </w:tcPr>
          <w:p w14:paraId="65954F4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2.56</w:t>
            </w:r>
          </w:p>
        </w:tc>
      </w:tr>
      <w:tr w:rsidR="0033215C" w:rsidRPr="0033215C" w14:paraId="4451912C" w14:textId="77777777" w:rsidTr="00B36785">
        <w:tc>
          <w:tcPr>
            <w:tcW w:w="2405" w:type="dxa"/>
          </w:tcPr>
          <w:p w14:paraId="76B6E96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South Asia</w:t>
            </w:r>
          </w:p>
        </w:tc>
        <w:tc>
          <w:tcPr>
            <w:tcW w:w="2268" w:type="dxa"/>
          </w:tcPr>
          <w:p w14:paraId="62259B57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94.73%</w:t>
            </w:r>
          </w:p>
        </w:tc>
        <w:tc>
          <w:tcPr>
            <w:tcW w:w="2268" w:type="dxa"/>
          </w:tcPr>
          <w:p w14:paraId="57C540F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17.0</w:t>
            </w:r>
          </w:p>
        </w:tc>
        <w:tc>
          <w:tcPr>
            <w:tcW w:w="2268" w:type="dxa"/>
          </w:tcPr>
          <w:p w14:paraId="455AB7FF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7.46</w:t>
            </w:r>
          </w:p>
        </w:tc>
      </w:tr>
      <w:tr w:rsidR="0033215C" w:rsidRPr="0033215C" w14:paraId="448F89D7" w14:textId="77777777" w:rsidTr="00B36785">
        <w:tc>
          <w:tcPr>
            <w:tcW w:w="2405" w:type="dxa"/>
          </w:tcPr>
          <w:p w14:paraId="083B0F2B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lastRenderedPageBreak/>
              <w:t>Southeast Asia</w:t>
            </w:r>
          </w:p>
        </w:tc>
        <w:tc>
          <w:tcPr>
            <w:tcW w:w="2268" w:type="dxa"/>
          </w:tcPr>
          <w:p w14:paraId="5CC1915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94.56%</w:t>
            </w:r>
          </w:p>
        </w:tc>
        <w:tc>
          <w:tcPr>
            <w:tcW w:w="2268" w:type="dxa"/>
          </w:tcPr>
          <w:p w14:paraId="08F21466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16.61</w:t>
            </w:r>
          </w:p>
        </w:tc>
        <w:tc>
          <w:tcPr>
            <w:tcW w:w="2268" w:type="dxa"/>
          </w:tcPr>
          <w:p w14:paraId="4A053358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8.48</w:t>
            </w:r>
          </w:p>
        </w:tc>
      </w:tr>
      <w:tr w:rsidR="0033215C" w:rsidRPr="0033215C" w14:paraId="7328BA57" w14:textId="77777777" w:rsidTr="00B36785">
        <w:tc>
          <w:tcPr>
            <w:tcW w:w="2405" w:type="dxa"/>
          </w:tcPr>
          <w:p w14:paraId="51A7D2E6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Southwest Asia</w:t>
            </w:r>
          </w:p>
        </w:tc>
        <w:tc>
          <w:tcPr>
            <w:tcW w:w="2268" w:type="dxa"/>
          </w:tcPr>
          <w:p w14:paraId="2E529A92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92.5%</w:t>
            </w:r>
          </w:p>
        </w:tc>
        <w:tc>
          <w:tcPr>
            <w:tcW w:w="2268" w:type="dxa"/>
          </w:tcPr>
          <w:p w14:paraId="3200A4C9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16.61</w:t>
            </w:r>
          </w:p>
        </w:tc>
        <w:tc>
          <w:tcPr>
            <w:tcW w:w="2268" w:type="dxa"/>
          </w:tcPr>
          <w:p w14:paraId="5DBE9360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4.69</w:t>
            </w:r>
          </w:p>
        </w:tc>
      </w:tr>
      <w:tr w:rsidR="0033215C" w:rsidRPr="0033215C" w14:paraId="6681410E" w14:textId="77777777" w:rsidTr="00B36785">
        <w:tc>
          <w:tcPr>
            <w:tcW w:w="2405" w:type="dxa"/>
          </w:tcPr>
          <w:p w14:paraId="7C818E18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West Africa</w:t>
            </w:r>
          </w:p>
        </w:tc>
        <w:tc>
          <w:tcPr>
            <w:tcW w:w="2268" w:type="dxa"/>
          </w:tcPr>
          <w:p w14:paraId="11351D8A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95.49%</w:t>
            </w:r>
          </w:p>
        </w:tc>
        <w:tc>
          <w:tcPr>
            <w:tcW w:w="2268" w:type="dxa"/>
          </w:tcPr>
          <w:p w14:paraId="3DBB037C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20.71</w:t>
            </w:r>
          </w:p>
        </w:tc>
        <w:tc>
          <w:tcPr>
            <w:tcW w:w="2268" w:type="dxa"/>
          </w:tcPr>
          <w:p w14:paraId="4A818968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8.55</w:t>
            </w:r>
          </w:p>
        </w:tc>
      </w:tr>
      <w:tr w:rsidR="0033215C" w:rsidRPr="0033215C" w14:paraId="3AFFD2AC" w14:textId="77777777" w:rsidTr="00B36785">
        <w:tc>
          <w:tcPr>
            <w:tcW w:w="2405" w:type="dxa"/>
          </w:tcPr>
          <w:p w14:paraId="07A9B3F8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West Indies</w:t>
            </w:r>
          </w:p>
        </w:tc>
        <w:tc>
          <w:tcPr>
            <w:tcW w:w="2268" w:type="dxa"/>
          </w:tcPr>
          <w:p w14:paraId="1469EA91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98.98%</w:t>
            </w:r>
          </w:p>
        </w:tc>
        <w:tc>
          <w:tcPr>
            <w:tcW w:w="2268" w:type="dxa"/>
          </w:tcPr>
          <w:p w14:paraId="3E587C5E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23.29</w:t>
            </w:r>
          </w:p>
        </w:tc>
        <w:tc>
          <w:tcPr>
            <w:tcW w:w="2268" w:type="dxa"/>
          </w:tcPr>
          <w:p w14:paraId="63A7E4C2" w14:textId="77777777" w:rsidR="0033215C" w:rsidRPr="001C7939" w:rsidRDefault="0033215C" w:rsidP="0033215C">
            <w:pPr>
              <w:rPr>
                <w:rFonts w:cs="Arial"/>
                <w:szCs w:val="16"/>
              </w:rPr>
            </w:pPr>
            <w:r w:rsidRPr="001C7939">
              <w:rPr>
                <w:rFonts w:cs="Arial"/>
                <w:szCs w:val="16"/>
              </w:rPr>
              <w:t>11.54</w:t>
            </w:r>
          </w:p>
        </w:tc>
      </w:tr>
      <w:tr w:rsidR="0033215C" w:rsidRPr="0033215C" w14:paraId="62BAFC5E" w14:textId="77777777" w:rsidTr="00B36785">
        <w:tc>
          <w:tcPr>
            <w:tcW w:w="2405" w:type="dxa"/>
          </w:tcPr>
          <w:p w14:paraId="0341F56B" w14:textId="037BAAF7" w:rsidR="0033215C" w:rsidRPr="001C7939" w:rsidRDefault="001C7939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A</w:t>
            </w:r>
            <w:r w:rsidR="0033215C" w:rsidRPr="001C7939">
              <w:rPr>
                <w:rFonts w:cs="Arial"/>
                <w:b/>
                <w:szCs w:val="16"/>
              </w:rPr>
              <w:t>verage</w:t>
            </w:r>
          </w:p>
        </w:tc>
        <w:tc>
          <w:tcPr>
            <w:tcW w:w="2268" w:type="dxa"/>
          </w:tcPr>
          <w:p w14:paraId="1470B0B0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89.03%</w:t>
            </w:r>
          </w:p>
        </w:tc>
        <w:tc>
          <w:tcPr>
            <w:tcW w:w="2268" w:type="dxa"/>
          </w:tcPr>
          <w:p w14:paraId="423706DD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17.18</w:t>
            </w:r>
          </w:p>
        </w:tc>
        <w:tc>
          <w:tcPr>
            <w:tcW w:w="2268" w:type="dxa"/>
          </w:tcPr>
          <w:p w14:paraId="540F1C3C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7.17</w:t>
            </w:r>
          </w:p>
        </w:tc>
      </w:tr>
      <w:tr w:rsidR="0033215C" w:rsidRPr="0033215C" w14:paraId="0834ACFC" w14:textId="77777777" w:rsidTr="00B36785">
        <w:tc>
          <w:tcPr>
            <w:tcW w:w="2405" w:type="dxa"/>
          </w:tcPr>
          <w:p w14:paraId="3A70826F" w14:textId="7807ADB1" w:rsidR="0033215C" w:rsidRPr="001C7939" w:rsidRDefault="001C7939" w:rsidP="0033215C">
            <w:pPr>
              <w:rPr>
                <w:rFonts w:cs="Arial"/>
                <w:b/>
                <w:szCs w:val="16"/>
              </w:rPr>
            </w:pPr>
            <w:proofErr w:type="spellStart"/>
            <w:r w:rsidRPr="001C7939">
              <w:rPr>
                <w:rFonts w:cs="Arial"/>
                <w:b/>
                <w:szCs w:val="16"/>
              </w:rPr>
              <w:t>S</w:t>
            </w:r>
            <w:r w:rsidR="0033215C" w:rsidRPr="001C7939">
              <w:rPr>
                <w:rFonts w:cs="Arial"/>
                <w:b/>
                <w:szCs w:val="16"/>
              </w:rPr>
              <w:t>tandard_deviation</w:t>
            </w:r>
            <w:proofErr w:type="spellEnd"/>
          </w:p>
        </w:tc>
        <w:tc>
          <w:tcPr>
            <w:tcW w:w="2268" w:type="dxa"/>
          </w:tcPr>
          <w:p w14:paraId="09489F77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21.3%</w:t>
            </w:r>
          </w:p>
        </w:tc>
        <w:tc>
          <w:tcPr>
            <w:tcW w:w="2268" w:type="dxa"/>
          </w:tcPr>
          <w:p w14:paraId="421A421E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5.23</w:t>
            </w:r>
          </w:p>
        </w:tc>
        <w:tc>
          <w:tcPr>
            <w:tcW w:w="2268" w:type="dxa"/>
          </w:tcPr>
          <w:p w14:paraId="046740FC" w14:textId="77777777" w:rsidR="0033215C" w:rsidRPr="001C7939" w:rsidRDefault="0033215C" w:rsidP="0033215C">
            <w:pPr>
              <w:rPr>
                <w:rFonts w:cs="Arial"/>
                <w:b/>
                <w:szCs w:val="16"/>
              </w:rPr>
            </w:pPr>
            <w:r w:rsidRPr="001C7939">
              <w:rPr>
                <w:rFonts w:cs="Arial"/>
                <w:b/>
                <w:szCs w:val="16"/>
              </w:rPr>
              <w:t>3.51</w:t>
            </w:r>
          </w:p>
        </w:tc>
      </w:tr>
    </w:tbl>
    <w:p w14:paraId="302460B9" w14:textId="77777777" w:rsidR="0033215C" w:rsidRDefault="0033215C" w:rsidP="00D35013">
      <w:pPr>
        <w:ind w:left="-709"/>
        <w:rPr>
          <w:b/>
          <w:sz w:val="18"/>
          <w:szCs w:val="18"/>
        </w:rPr>
      </w:pPr>
    </w:p>
    <w:p w14:paraId="586E9365" w14:textId="77777777" w:rsidR="001C7939" w:rsidRDefault="001C7939" w:rsidP="00F56454">
      <w:pPr>
        <w:rPr>
          <w:b/>
          <w:sz w:val="18"/>
          <w:szCs w:val="18"/>
        </w:rPr>
      </w:pPr>
    </w:p>
    <w:p w14:paraId="0C8EA4A3" w14:textId="03E2C947" w:rsidR="00D35013" w:rsidRPr="00D35013" w:rsidRDefault="00D35013" w:rsidP="00D35013">
      <w:pPr>
        <w:ind w:left="-709"/>
        <w:rPr>
          <w:sz w:val="18"/>
          <w:szCs w:val="18"/>
        </w:rPr>
      </w:pPr>
      <w:r w:rsidRPr="00D35013">
        <w:rPr>
          <w:b/>
          <w:sz w:val="18"/>
          <w:szCs w:val="18"/>
        </w:rPr>
        <w:t>Supplementary Table S</w:t>
      </w:r>
      <w:r w:rsidR="00F56454">
        <w:rPr>
          <w:b/>
          <w:sz w:val="18"/>
          <w:szCs w:val="18"/>
        </w:rPr>
        <w:t>5</w:t>
      </w:r>
      <w:r w:rsidRPr="00D35013">
        <w:rPr>
          <w:b/>
          <w:sz w:val="18"/>
          <w:szCs w:val="18"/>
        </w:rPr>
        <w:t xml:space="preserve">. </w:t>
      </w:r>
      <w:r w:rsidRPr="00D35013">
        <w:rPr>
          <w:sz w:val="18"/>
          <w:szCs w:val="18"/>
        </w:rPr>
        <w:t>MHC-II Coverage</w:t>
      </w:r>
      <w:r w:rsidR="0033215C">
        <w:rPr>
          <w:sz w:val="18"/>
          <w:szCs w:val="18"/>
        </w:rPr>
        <w:t>.</w:t>
      </w:r>
    </w:p>
    <w:tbl>
      <w:tblPr>
        <w:tblStyle w:val="Tablaconcuadrcula"/>
        <w:tblW w:w="0" w:type="auto"/>
        <w:tblInd w:w="-710" w:type="dxa"/>
        <w:tblLook w:val="04A0" w:firstRow="1" w:lastRow="0" w:firstColumn="1" w:lastColumn="0" w:noHBand="0" w:noVBand="1"/>
      </w:tblPr>
      <w:tblGrid>
        <w:gridCol w:w="2406"/>
        <w:gridCol w:w="2268"/>
        <w:gridCol w:w="2127"/>
        <w:gridCol w:w="2409"/>
      </w:tblGrid>
      <w:tr w:rsidR="00D35013" w:rsidRPr="00D35013" w14:paraId="584FA13F" w14:textId="77777777" w:rsidTr="00B36785">
        <w:tc>
          <w:tcPr>
            <w:tcW w:w="2406" w:type="dxa"/>
          </w:tcPr>
          <w:p w14:paraId="0B6F1A17" w14:textId="4E692072" w:rsidR="00D35013" w:rsidRPr="00D35013" w:rsidRDefault="00D35013" w:rsidP="00D35013">
            <w:pPr>
              <w:rPr>
                <w:b/>
              </w:rPr>
            </w:pPr>
            <w:bookmarkStart w:id="2" w:name="_Hlk228457437"/>
            <w:r w:rsidRPr="00D35013">
              <w:rPr>
                <w:b/>
                <w:sz w:val="18"/>
              </w:rPr>
              <w:t>Class II</w:t>
            </w:r>
          </w:p>
        </w:tc>
        <w:tc>
          <w:tcPr>
            <w:tcW w:w="2268" w:type="dxa"/>
          </w:tcPr>
          <w:p w14:paraId="40489A3B" w14:textId="77777777" w:rsidR="00D35013" w:rsidRPr="00D35013" w:rsidRDefault="00D35013" w:rsidP="00D35013">
            <w:pPr>
              <w:rPr>
                <w:b/>
              </w:rPr>
            </w:pPr>
          </w:p>
        </w:tc>
        <w:tc>
          <w:tcPr>
            <w:tcW w:w="2127" w:type="dxa"/>
          </w:tcPr>
          <w:p w14:paraId="3C5193EA" w14:textId="77777777" w:rsidR="00D35013" w:rsidRPr="00D35013" w:rsidRDefault="00D35013" w:rsidP="00D35013">
            <w:pPr>
              <w:rPr>
                <w:b/>
              </w:rPr>
            </w:pPr>
          </w:p>
        </w:tc>
        <w:tc>
          <w:tcPr>
            <w:tcW w:w="2409" w:type="dxa"/>
          </w:tcPr>
          <w:p w14:paraId="20A4409E" w14:textId="77777777" w:rsidR="00D35013" w:rsidRPr="00D35013" w:rsidRDefault="00D35013" w:rsidP="00D35013">
            <w:pPr>
              <w:rPr>
                <w:b/>
              </w:rPr>
            </w:pPr>
          </w:p>
        </w:tc>
      </w:tr>
      <w:tr w:rsidR="00D35013" w:rsidRPr="00D35013" w14:paraId="3EE9CF46" w14:textId="77777777" w:rsidTr="00B36785">
        <w:tc>
          <w:tcPr>
            <w:tcW w:w="2406" w:type="dxa"/>
          </w:tcPr>
          <w:p w14:paraId="01E9E268" w14:textId="73B4611E" w:rsidR="00D35013" w:rsidRPr="00D35013" w:rsidRDefault="00D35013" w:rsidP="00D35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</w:t>
            </w:r>
            <w:r w:rsidRPr="00D35013">
              <w:rPr>
                <w:b/>
                <w:sz w:val="18"/>
              </w:rPr>
              <w:t>opulation/area</w:t>
            </w:r>
          </w:p>
        </w:tc>
        <w:tc>
          <w:tcPr>
            <w:tcW w:w="2268" w:type="dxa"/>
          </w:tcPr>
          <w:p w14:paraId="049F4E35" w14:textId="6CA2A1D8" w:rsidR="00D35013" w:rsidRPr="00D35013" w:rsidRDefault="00D35013" w:rsidP="00D3501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 w:rsidRPr="00D35013">
              <w:rPr>
                <w:b/>
                <w:sz w:val="18"/>
              </w:rPr>
              <w:t>overage</w:t>
            </w:r>
          </w:p>
        </w:tc>
        <w:tc>
          <w:tcPr>
            <w:tcW w:w="2127" w:type="dxa"/>
          </w:tcPr>
          <w:p w14:paraId="6E87F0FD" w14:textId="0153D6CD" w:rsidR="00D35013" w:rsidRPr="00D35013" w:rsidRDefault="00D35013" w:rsidP="00D35013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</w:t>
            </w:r>
            <w:r w:rsidRPr="00D35013">
              <w:rPr>
                <w:b/>
                <w:sz w:val="18"/>
              </w:rPr>
              <w:t>verage_hit</w:t>
            </w:r>
            <w:proofErr w:type="spellEnd"/>
          </w:p>
        </w:tc>
        <w:tc>
          <w:tcPr>
            <w:tcW w:w="2409" w:type="dxa"/>
          </w:tcPr>
          <w:p w14:paraId="70351169" w14:textId="77777777" w:rsidR="00D35013" w:rsidRPr="00D35013" w:rsidRDefault="00D35013" w:rsidP="00D35013">
            <w:pPr>
              <w:rPr>
                <w:b/>
                <w:sz w:val="18"/>
              </w:rPr>
            </w:pPr>
            <w:r w:rsidRPr="00D35013">
              <w:rPr>
                <w:b/>
                <w:sz w:val="18"/>
              </w:rPr>
              <w:t>pc90</w:t>
            </w:r>
          </w:p>
        </w:tc>
      </w:tr>
      <w:tr w:rsidR="00D35013" w:rsidRPr="00D35013" w14:paraId="32623C54" w14:textId="77777777" w:rsidTr="00B36785">
        <w:tc>
          <w:tcPr>
            <w:tcW w:w="2406" w:type="dxa"/>
          </w:tcPr>
          <w:p w14:paraId="2AC17A16" w14:textId="77777777" w:rsidR="00D35013" w:rsidRPr="00D35013" w:rsidRDefault="00D35013" w:rsidP="00D35013">
            <w:r w:rsidRPr="00D35013">
              <w:t>Central Africa</w:t>
            </w:r>
          </w:p>
        </w:tc>
        <w:tc>
          <w:tcPr>
            <w:tcW w:w="2268" w:type="dxa"/>
          </w:tcPr>
          <w:p w14:paraId="5B7566AC" w14:textId="77777777" w:rsidR="00D35013" w:rsidRPr="00D35013" w:rsidRDefault="00D35013" w:rsidP="00D35013">
            <w:r w:rsidRPr="00D35013">
              <w:t>62.71%</w:t>
            </w:r>
          </w:p>
        </w:tc>
        <w:tc>
          <w:tcPr>
            <w:tcW w:w="2127" w:type="dxa"/>
          </w:tcPr>
          <w:p w14:paraId="41F0B5AB" w14:textId="77777777" w:rsidR="00D35013" w:rsidRPr="00D35013" w:rsidRDefault="00D35013" w:rsidP="00D35013">
            <w:r w:rsidRPr="00D35013">
              <w:t>3.13</w:t>
            </w:r>
          </w:p>
        </w:tc>
        <w:tc>
          <w:tcPr>
            <w:tcW w:w="2409" w:type="dxa"/>
          </w:tcPr>
          <w:p w14:paraId="4A762B26" w14:textId="77777777" w:rsidR="00D35013" w:rsidRPr="00D35013" w:rsidRDefault="00D35013" w:rsidP="00D35013">
            <w:r w:rsidRPr="00D35013">
              <w:t>0.54</w:t>
            </w:r>
          </w:p>
        </w:tc>
      </w:tr>
      <w:tr w:rsidR="00D35013" w:rsidRPr="00D35013" w14:paraId="2740B392" w14:textId="77777777" w:rsidTr="00B36785">
        <w:tc>
          <w:tcPr>
            <w:tcW w:w="2406" w:type="dxa"/>
          </w:tcPr>
          <w:p w14:paraId="7DB12F17" w14:textId="77777777" w:rsidR="00D35013" w:rsidRPr="00D35013" w:rsidRDefault="00D35013" w:rsidP="00D35013">
            <w:r w:rsidRPr="00D35013">
              <w:t>Central America</w:t>
            </w:r>
          </w:p>
        </w:tc>
        <w:tc>
          <w:tcPr>
            <w:tcW w:w="2268" w:type="dxa"/>
          </w:tcPr>
          <w:p w14:paraId="116877A0" w14:textId="77777777" w:rsidR="00D35013" w:rsidRPr="00D35013" w:rsidRDefault="00D35013" w:rsidP="00D35013">
            <w:r w:rsidRPr="00D35013">
              <w:t>49.91%</w:t>
            </w:r>
          </w:p>
        </w:tc>
        <w:tc>
          <w:tcPr>
            <w:tcW w:w="2127" w:type="dxa"/>
          </w:tcPr>
          <w:p w14:paraId="6FC1E8BF" w14:textId="77777777" w:rsidR="00D35013" w:rsidRPr="00D35013" w:rsidRDefault="00D35013" w:rsidP="00D35013">
            <w:r w:rsidRPr="00D35013">
              <w:t>3.01</w:t>
            </w:r>
          </w:p>
        </w:tc>
        <w:tc>
          <w:tcPr>
            <w:tcW w:w="2409" w:type="dxa"/>
          </w:tcPr>
          <w:p w14:paraId="7D0AED5B" w14:textId="77777777" w:rsidR="00D35013" w:rsidRPr="00D35013" w:rsidRDefault="00D35013" w:rsidP="00D35013">
            <w:r w:rsidRPr="00D35013">
              <w:t>0.4</w:t>
            </w:r>
          </w:p>
        </w:tc>
      </w:tr>
      <w:tr w:rsidR="00D35013" w:rsidRPr="00D35013" w14:paraId="4BECCD2F" w14:textId="77777777" w:rsidTr="00B36785">
        <w:tc>
          <w:tcPr>
            <w:tcW w:w="2406" w:type="dxa"/>
          </w:tcPr>
          <w:p w14:paraId="7835B716" w14:textId="77777777" w:rsidR="00D35013" w:rsidRPr="00D35013" w:rsidRDefault="00D35013" w:rsidP="00D35013">
            <w:r w:rsidRPr="00D35013">
              <w:t>East Africa</w:t>
            </w:r>
          </w:p>
        </w:tc>
        <w:tc>
          <w:tcPr>
            <w:tcW w:w="2268" w:type="dxa"/>
          </w:tcPr>
          <w:p w14:paraId="3FBDB909" w14:textId="77777777" w:rsidR="00D35013" w:rsidRPr="00D35013" w:rsidRDefault="00D35013" w:rsidP="00D35013">
            <w:r w:rsidRPr="00D35013">
              <w:t>68.3%</w:t>
            </w:r>
          </w:p>
        </w:tc>
        <w:tc>
          <w:tcPr>
            <w:tcW w:w="2127" w:type="dxa"/>
          </w:tcPr>
          <w:p w14:paraId="6C70536D" w14:textId="77777777" w:rsidR="00D35013" w:rsidRPr="00D35013" w:rsidRDefault="00D35013" w:rsidP="00D35013">
            <w:r w:rsidRPr="00D35013">
              <w:t>3.74</w:t>
            </w:r>
          </w:p>
        </w:tc>
        <w:tc>
          <w:tcPr>
            <w:tcW w:w="2409" w:type="dxa"/>
          </w:tcPr>
          <w:p w14:paraId="2C3D6F8A" w14:textId="77777777" w:rsidR="00D35013" w:rsidRPr="00D35013" w:rsidRDefault="00D35013" w:rsidP="00D35013">
            <w:r w:rsidRPr="00D35013">
              <w:t>0.63</w:t>
            </w:r>
          </w:p>
        </w:tc>
      </w:tr>
      <w:tr w:rsidR="00D35013" w:rsidRPr="00D35013" w14:paraId="1D2F72BE" w14:textId="77777777" w:rsidTr="00B36785">
        <w:tc>
          <w:tcPr>
            <w:tcW w:w="2406" w:type="dxa"/>
          </w:tcPr>
          <w:p w14:paraId="56886BEC" w14:textId="77777777" w:rsidR="00D35013" w:rsidRPr="00D35013" w:rsidRDefault="00D35013" w:rsidP="00D35013">
            <w:r w:rsidRPr="00D35013">
              <w:t>East Asia</w:t>
            </w:r>
          </w:p>
        </w:tc>
        <w:tc>
          <w:tcPr>
            <w:tcW w:w="2268" w:type="dxa"/>
          </w:tcPr>
          <w:p w14:paraId="4AA1337F" w14:textId="77777777" w:rsidR="00D35013" w:rsidRPr="00D35013" w:rsidRDefault="00D35013" w:rsidP="00D35013">
            <w:r w:rsidRPr="00D35013">
              <w:t>81.82%</w:t>
            </w:r>
          </w:p>
        </w:tc>
        <w:tc>
          <w:tcPr>
            <w:tcW w:w="2127" w:type="dxa"/>
          </w:tcPr>
          <w:p w14:paraId="25416528" w14:textId="77777777" w:rsidR="00D35013" w:rsidRPr="00D35013" w:rsidRDefault="00D35013" w:rsidP="00D35013">
            <w:r w:rsidRPr="00D35013">
              <w:t>5.96</w:t>
            </w:r>
          </w:p>
        </w:tc>
        <w:tc>
          <w:tcPr>
            <w:tcW w:w="2409" w:type="dxa"/>
          </w:tcPr>
          <w:p w14:paraId="58D27716" w14:textId="77777777" w:rsidR="00D35013" w:rsidRPr="00D35013" w:rsidRDefault="00D35013" w:rsidP="00D35013">
            <w:r w:rsidRPr="00D35013">
              <w:t>1.1</w:t>
            </w:r>
          </w:p>
        </w:tc>
      </w:tr>
      <w:tr w:rsidR="00D35013" w:rsidRPr="00D35013" w14:paraId="2A937CD6" w14:textId="77777777" w:rsidTr="00B36785">
        <w:tc>
          <w:tcPr>
            <w:tcW w:w="2406" w:type="dxa"/>
          </w:tcPr>
          <w:p w14:paraId="40519E24" w14:textId="77777777" w:rsidR="00D35013" w:rsidRPr="00D35013" w:rsidRDefault="00D35013" w:rsidP="00D35013">
            <w:r w:rsidRPr="00D35013">
              <w:t>Europe</w:t>
            </w:r>
          </w:p>
        </w:tc>
        <w:tc>
          <w:tcPr>
            <w:tcW w:w="2268" w:type="dxa"/>
          </w:tcPr>
          <w:p w14:paraId="162CB0FC" w14:textId="77777777" w:rsidR="00D35013" w:rsidRPr="00D35013" w:rsidRDefault="00D35013" w:rsidP="00D35013">
            <w:r w:rsidRPr="00D35013">
              <w:t>85.83%</w:t>
            </w:r>
          </w:p>
        </w:tc>
        <w:tc>
          <w:tcPr>
            <w:tcW w:w="2127" w:type="dxa"/>
          </w:tcPr>
          <w:p w14:paraId="4B8E6839" w14:textId="77777777" w:rsidR="00D35013" w:rsidRPr="00D35013" w:rsidRDefault="00D35013" w:rsidP="00D35013">
            <w:r w:rsidRPr="00D35013">
              <w:t>5.28</w:t>
            </w:r>
          </w:p>
        </w:tc>
        <w:tc>
          <w:tcPr>
            <w:tcW w:w="2409" w:type="dxa"/>
          </w:tcPr>
          <w:p w14:paraId="314120C9" w14:textId="77777777" w:rsidR="00D35013" w:rsidRPr="00D35013" w:rsidRDefault="00D35013" w:rsidP="00D35013">
            <w:r w:rsidRPr="00D35013">
              <w:t>1.41</w:t>
            </w:r>
          </w:p>
        </w:tc>
      </w:tr>
      <w:tr w:rsidR="00D35013" w:rsidRPr="00D35013" w14:paraId="16AD9382" w14:textId="77777777" w:rsidTr="00B36785">
        <w:tc>
          <w:tcPr>
            <w:tcW w:w="2406" w:type="dxa"/>
          </w:tcPr>
          <w:p w14:paraId="7728F1F5" w14:textId="77777777" w:rsidR="00D35013" w:rsidRPr="00D35013" w:rsidRDefault="00D35013" w:rsidP="00D35013">
            <w:r w:rsidRPr="00D35013">
              <w:t>North Africa</w:t>
            </w:r>
          </w:p>
        </w:tc>
        <w:tc>
          <w:tcPr>
            <w:tcW w:w="2268" w:type="dxa"/>
          </w:tcPr>
          <w:p w14:paraId="78D74A7F" w14:textId="77777777" w:rsidR="00D35013" w:rsidRPr="00D35013" w:rsidRDefault="00D35013" w:rsidP="00D35013">
            <w:r w:rsidRPr="00D35013">
              <w:t>75.06%</w:t>
            </w:r>
          </w:p>
        </w:tc>
        <w:tc>
          <w:tcPr>
            <w:tcW w:w="2127" w:type="dxa"/>
          </w:tcPr>
          <w:p w14:paraId="7651EC22" w14:textId="77777777" w:rsidR="00D35013" w:rsidRPr="00D35013" w:rsidRDefault="00D35013" w:rsidP="00D35013">
            <w:r w:rsidRPr="00D35013">
              <w:t>4.1</w:t>
            </w:r>
          </w:p>
        </w:tc>
        <w:tc>
          <w:tcPr>
            <w:tcW w:w="2409" w:type="dxa"/>
          </w:tcPr>
          <w:p w14:paraId="3FDCDA40" w14:textId="77777777" w:rsidR="00D35013" w:rsidRPr="00D35013" w:rsidRDefault="00D35013" w:rsidP="00D35013">
            <w:r w:rsidRPr="00D35013">
              <w:t>0.8</w:t>
            </w:r>
          </w:p>
        </w:tc>
      </w:tr>
      <w:tr w:rsidR="00D35013" w:rsidRPr="00D35013" w14:paraId="3D6C78C2" w14:textId="77777777" w:rsidTr="00B36785">
        <w:tc>
          <w:tcPr>
            <w:tcW w:w="2406" w:type="dxa"/>
          </w:tcPr>
          <w:p w14:paraId="1C0095EE" w14:textId="77777777" w:rsidR="00D35013" w:rsidRPr="00D35013" w:rsidRDefault="00D35013" w:rsidP="00D35013">
            <w:r w:rsidRPr="00D35013">
              <w:t>North America</w:t>
            </w:r>
          </w:p>
        </w:tc>
        <w:tc>
          <w:tcPr>
            <w:tcW w:w="2268" w:type="dxa"/>
          </w:tcPr>
          <w:p w14:paraId="5D848BAC" w14:textId="77777777" w:rsidR="00D35013" w:rsidRPr="00D35013" w:rsidRDefault="00D35013" w:rsidP="00D35013">
            <w:r w:rsidRPr="00D35013">
              <w:t>87.89%</w:t>
            </w:r>
          </w:p>
        </w:tc>
        <w:tc>
          <w:tcPr>
            <w:tcW w:w="2127" w:type="dxa"/>
          </w:tcPr>
          <w:p w14:paraId="40EF38E0" w14:textId="77777777" w:rsidR="00D35013" w:rsidRPr="00D35013" w:rsidRDefault="00D35013" w:rsidP="00D35013">
            <w:r w:rsidRPr="00D35013">
              <w:t>5.39</w:t>
            </w:r>
          </w:p>
        </w:tc>
        <w:tc>
          <w:tcPr>
            <w:tcW w:w="2409" w:type="dxa"/>
          </w:tcPr>
          <w:p w14:paraId="3465B8BA" w14:textId="77777777" w:rsidR="00D35013" w:rsidRPr="00D35013" w:rsidRDefault="00D35013" w:rsidP="00D35013">
            <w:r w:rsidRPr="00D35013">
              <w:t>1.65</w:t>
            </w:r>
          </w:p>
        </w:tc>
      </w:tr>
      <w:tr w:rsidR="00D35013" w:rsidRPr="00D35013" w14:paraId="6899B2FE" w14:textId="77777777" w:rsidTr="00B36785">
        <w:tc>
          <w:tcPr>
            <w:tcW w:w="2406" w:type="dxa"/>
          </w:tcPr>
          <w:p w14:paraId="0561855E" w14:textId="77777777" w:rsidR="00D35013" w:rsidRPr="00D35013" w:rsidRDefault="00D35013" w:rsidP="00D35013">
            <w:r w:rsidRPr="00D35013">
              <w:t>Northeast Asia</w:t>
            </w:r>
          </w:p>
        </w:tc>
        <w:tc>
          <w:tcPr>
            <w:tcW w:w="2268" w:type="dxa"/>
          </w:tcPr>
          <w:p w14:paraId="0946274A" w14:textId="77777777" w:rsidR="00D35013" w:rsidRPr="00D35013" w:rsidRDefault="00D35013" w:rsidP="00D35013">
            <w:r w:rsidRPr="00D35013">
              <w:t>59.99%</w:t>
            </w:r>
          </w:p>
        </w:tc>
        <w:tc>
          <w:tcPr>
            <w:tcW w:w="2127" w:type="dxa"/>
          </w:tcPr>
          <w:p w14:paraId="635E07F0" w14:textId="77777777" w:rsidR="00D35013" w:rsidRPr="00D35013" w:rsidRDefault="00D35013" w:rsidP="00D35013">
            <w:r w:rsidRPr="00D35013">
              <w:t>3.58</w:t>
            </w:r>
          </w:p>
        </w:tc>
        <w:tc>
          <w:tcPr>
            <w:tcW w:w="2409" w:type="dxa"/>
          </w:tcPr>
          <w:p w14:paraId="29637C06" w14:textId="77777777" w:rsidR="00D35013" w:rsidRPr="00D35013" w:rsidRDefault="00D35013" w:rsidP="00D35013">
            <w:r w:rsidRPr="00D35013">
              <w:t>0.5</w:t>
            </w:r>
          </w:p>
        </w:tc>
      </w:tr>
      <w:tr w:rsidR="00D35013" w:rsidRPr="00D35013" w14:paraId="0ED580A6" w14:textId="77777777" w:rsidTr="00B36785">
        <w:tc>
          <w:tcPr>
            <w:tcW w:w="2406" w:type="dxa"/>
          </w:tcPr>
          <w:p w14:paraId="6B7498AE" w14:textId="77777777" w:rsidR="00D35013" w:rsidRPr="00D35013" w:rsidRDefault="00D35013" w:rsidP="00D35013">
            <w:r w:rsidRPr="00D35013">
              <w:t>Oceania</w:t>
            </w:r>
          </w:p>
        </w:tc>
        <w:tc>
          <w:tcPr>
            <w:tcW w:w="2268" w:type="dxa"/>
          </w:tcPr>
          <w:p w14:paraId="73124651" w14:textId="77777777" w:rsidR="00D35013" w:rsidRPr="00D35013" w:rsidRDefault="00D35013" w:rsidP="00D35013">
            <w:r w:rsidRPr="00D35013">
              <w:t>59.87%</w:t>
            </w:r>
          </w:p>
        </w:tc>
        <w:tc>
          <w:tcPr>
            <w:tcW w:w="2127" w:type="dxa"/>
          </w:tcPr>
          <w:p w14:paraId="1F207C0D" w14:textId="77777777" w:rsidR="00D35013" w:rsidRPr="00D35013" w:rsidRDefault="00D35013" w:rsidP="00D35013">
            <w:r w:rsidRPr="00D35013">
              <w:t>3.53</w:t>
            </w:r>
          </w:p>
        </w:tc>
        <w:tc>
          <w:tcPr>
            <w:tcW w:w="2409" w:type="dxa"/>
          </w:tcPr>
          <w:p w14:paraId="3C43C47B" w14:textId="77777777" w:rsidR="00D35013" w:rsidRPr="00D35013" w:rsidRDefault="00D35013" w:rsidP="00D35013">
            <w:r w:rsidRPr="00D35013">
              <w:t>0.5</w:t>
            </w:r>
          </w:p>
        </w:tc>
      </w:tr>
      <w:tr w:rsidR="00D35013" w:rsidRPr="00D35013" w14:paraId="177F04EB" w14:textId="77777777" w:rsidTr="00B36785">
        <w:tc>
          <w:tcPr>
            <w:tcW w:w="2406" w:type="dxa"/>
          </w:tcPr>
          <w:p w14:paraId="2FB50B3D" w14:textId="77777777" w:rsidR="00D35013" w:rsidRPr="00D35013" w:rsidRDefault="00D35013" w:rsidP="00D35013">
            <w:r w:rsidRPr="00D35013">
              <w:t>South Africa</w:t>
            </w:r>
          </w:p>
        </w:tc>
        <w:tc>
          <w:tcPr>
            <w:tcW w:w="2268" w:type="dxa"/>
          </w:tcPr>
          <w:p w14:paraId="4F7D0012" w14:textId="77777777" w:rsidR="00D35013" w:rsidRPr="00D35013" w:rsidRDefault="00D35013" w:rsidP="00D35013">
            <w:r w:rsidRPr="00D35013">
              <w:t>32.1%</w:t>
            </w:r>
          </w:p>
        </w:tc>
        <w:tc>
          <w:tcPr>
            <w:tcW w:w="2127" w:type="dxa"/>
          </w:tcPr>
          <w:p w14:paraId="09789560" w14:textId="77777777" w:rsidR="00D35013" w:rsidRPr="00D35013" w:rsidRDefault="00D35013" w:rsidP="00D35013">
            <w:r w:rsidRPr="00D35013">
              <w:t>0.81</w:t>
            </w:r>
          </w:p>
        </w:tc>
        <w:tc>
          <w:tcPr>
            <w:tcW w:w="2409" w:type="dxa"/>
          </w:tcPr>
          <w:p w14:paraId="72072763" w14:textId="77777777" w:rsidR="00D35013" w:rsidRPr="00D35013" w:rsidRDefault="00D35013" w:rsidP="00D35013">
            <w:r w:rsidRPr="00D35013">
              <w:t>0.29</w:t>
            </w:r>
          </w:p>
        </w:tc>
      </w:tr>
      <w:tr w:rsidR="00D35013" w:rsidRPr="00D35013" w14:paraId="439F8681" w14:textId="77777777" w:rsidTr="00B36785">
        <w:tc>
          <w:tcPr>
            <w:tcW w:w="2406" w:type="dxa"/>
          </w:tcPr>
          <w:p w14:paraId="7EEC59E6" w14:textId="77777777" w:rsidR="00D35013" w:rsidRPr="00D35013" w:rsidRDefault="00D35013" w:rsidP="00D35013">
            <w:r w:rsidRPr="00D35013">
              <w:t>South America</w:t>
            </w:r>
          </w:p>
        </w:tc>
        <w:tc>
          <w:tcPr>
            <w:tcW w:w="2268" w:type="dxa"/>
          </w:tcPr>
          <w:p w14:paraId="4C41C50A" w14:textId="77777777" w:rsidR="00D35013" w:rsidRPr="00D35013" w:rsidRDefault="00D35013" w:rsidP="00D35013">
            <w:r w:rsidRPr="00D35013">
              <w:t>58.59%</w:t>
            </w:r>
          </w:p>
        </w:tc>
        <w:tc>
          <w:tcPr>
            <w:tcW w:w="2127" w:type="dxa"/>
          </w:tcPr>
          <w:p w14:paraId="1230ED79" w14:textId="77777777" w:rsidR="00D35013" w:rsidRPr="00D35013" w:rsidRDefault="00D35013" w:rsidP="00D35013">
            <w:r w:rsidRPr="00D35013">
              <w:t>3.54</w:t>
            </w:r>
          </w:p>
        </w:tc>
        <w:tc>
          <w:tcPr>
            <w:tcW w:w="2409" w:type="dxa"/>
          </w:tcPr>
          <w:p w14:paraId="7A12F074" w14:textId="77777777" w:rsidR="00D35013" w:rsidRPr="00D35013" w:rsidRDefault="00D35013" w:rsidP="00D35013">
            <w:r w:rsidRPr="00D35013">
              <w:t>0.48</w:t>
            </w:r>
          </w:p>
        </w:tc>
      </w:tr>
      <w:tr w:rsidR="00D35013" w:rsidRPr="00D35013" w14:paraId="4EE29CC6" w14:textId="77777777" w:rsidTr="00B36785">
        <w:tc>
          <w:tcPr>
            <w:tcW w:w="2406" w:type="dxa"/>
          </w:tcPr>
          <w:p w14:paraId="59F7E026" w14:textId="77777777" w:rsidR="00D35013" w:rsidRPr="00D35013" w:rsidRDefault="00D35013" w:rsidP="00D35013">
            <w:r w:rsidRPr="00D35013">
              <w:t>South Asia</w:t>
            </w:r>
          </w:p>
        </w:tc>
        <w:tc>
          <w:tcPr>
            <w:tcW w:w="2268" w:type="dxa"/>
          </w:tcPr>
          <w:p w14:paraId="155EF11E" w14:textId="77777777" w:rsidR="00D35013" w:rsidRPr="00D35013" w:rsidRDefault="00D35013" w:rsidP="00D35013">
            <w:r w:rsidRPr="00D35013">
              <w:t>75.38%</w:t>
            </w:r>
          </w:p>
        </w:tc>
        <w:tc>
          <w:tcPr>
            <w:tcW w:w="2127" w:type="dxa"/>
          </w:tcPr>
          <w:p w14:paraId="7654C12B" w14:textId="77777777" w:rsidR="00D35013" w:rsidRPr="00D35013" w:rsidRDefault="00D35013" w:rsidP="00D35013">
            <w:r w:rsidRPr="00D35013">
              <w:t>4.4</w:t>
            </w:r>
          </w:p>
        </w:tc>
        <w:tc>
          <w:tcPr>
            <w:tcW w:w="2409" w:type="dxa"/>
          </w:tcPr>
          <w:p w14:paraId="2C839472" w14:textId="77777777" w:rsidR="00D35013" w:rsidRPr="00D35013" w:rsidRDefault="00D35013" w:rsidP="00D35013">
            <w:r w:rsidRPr="00D35013">
              <w:t>0.81</w:t>
            </w:r>
          </w:p>
        </w:tc>
      </w:tr>
      <w:tr w:rsidR="00D35013" w:rsidRPr="00D35013" w14:paraId="60373C3F" w14:textId="77777777" w:rsidTr="00B36785">
        <w:tc>
          <w:tcPr>
            <w:tcW w:w="2406" w:type="dxa"/>
          </w:tcPr>
          <w:p w14:paraId="66A53D15" w14:textId="77777777" w:rsidR="00D35013" w:rsidRPr="00D35013" w:rsidRDefault="00D35013" w:rsidP="00D35013">
            <w:r w:rsidRPr="00D35013">
              <w:t>Southeast Asia</w:t>
            </w:r>
          </w:p>
        </w:tc>
        <w:tc>
          <w:tcPr>
            <w:tcW w:w="2268" w:type="dxa"/>
          </w:tcPr>
          <w:p w14:paraId="6C2530B5" w14:textId="77777777" w:rsidR="00D35013" w:rsidRPr="00D35013" w:rsidRDefault="00D35013" w:rsidP="00D35013">
            <w:r w:rsidRPr="00D35013">
              <w:t>56.98%</w:t>
            </w:r>
          </w:p>
        </w:tc>
        <w:tc>
          <w:tcPr>
            <w:tcW w:w="2127" w:type="dxa"/>
          </w:tcPr>
          <w:p w14:paraId="69CA870A" w14:textId="77777777" w:rsidR="00D35013" w:rsidRPr="00D35013" w:rsidRDefault="00D35013" w:rsidP="00D35013">
            <w:r w:rsidRPr="00D35013">
              <w:t>3.38</w:t>
            </w:r>
          </w:p>
        </w:tc>
        <w:tc>
          <w:tcPr>
            <w:tcW w:w="2409" w:type="dxa"/>
          </w:tcPr>
          <w:p w14:paraId="19AB6B11" w14:textId="77777777" w:rsidR="00D35013" w:rsidRPr="00D35013" w:rsidRDefault="00D35013" w:rsidP="00D35013">
            <w:r w:rsidRPr="00D35013">
              <w:t>0.46</w:t>
            </w:r>
          </w:p>
        </w:tc>
      </w:tr>
      <w:tr w:rsidR="00D35013" w:rsidRPr="00D35013" w14:paraId="5D3135CD" w14:textId="77777777" w:rsidTr="00B36785">
        <w:tc>
          <w:tcPr>
            <w:tcW w:w="2406" w:type="dxa"/>
          </w:tcPr>
          <w:p w14:paraId="420F2B42" w14:textId="77777777" w:rsidR="00D35013" w:rsidRPr="00D35013" w:rsidRDefault="00D35013" w:rsidP="00D35013">
            <w:r w:rsidRPr="00D35013">
              <w:t>Southwest Asia</w:t>
            </w:r>
          </w:p>
        </w:tc>
        <w:tc>
          <w:tcPr>
            <w:tcW w:w="2268" w:type="dxa"/>
          </w:tcPr>
          <w:p w14:paraId="5AFB4BCE" w14:textId="77777777" w:rsidR="00D35013" w:rsidRPr="00D35013" w:rsidRDefault="00D35013" w:rsidP="00D35013">
            <w:r w:rsidRPr="00D35013">
              <w:t>43.93%</w:t>
            </w:r>
          </w:p>
        </w:tc>
        <w:tc>
          <w:tcPr>
            <w:tcW w:w="2127" w:type="dxa"/>
          </w:tcPr>
          <w:p w14:paraId="75980CF4" w14:textId="77777777" w:rsidR="00D35013" w:rsidRPr="00D35013" w:rsidRDefault="00D35013" w:rsidP="00D35013">
            <w:r w:rsidRPr="00D35013">
              <w:t>2.18</w:t>
            </w:r>
          </w:p>
        </w:tc>
        <w:tc>
          <w:tcPr>
            <w:tcW w:w="2409" w:type="dxa"/>
          </w:tcPr>
          <w:p w14:paraId="6535D4CA" w14:textId="77777777" w:rsidR="00D35013" w:rsidRPr="00D35013" w:rsidRDefault="00D35013" w:rsidP="00D35013">
            <w:r w:rsidRPr="00D35013">
              <w:t>0.36</w:t>
            </w:r>
          </w:p>
        </w:tc>
      </w:tr>
      <w:tr w:rsidR="00D35013" w:rsidRPr="00D35013" w14:paraId="4686492F" w14:textId="77777777" w:rsidTr="00B36785">
        <w:tc>
          <w:tcPr>
            <w:tcW w:w="2406" w:type="dxa"/>
          </w:tcPr>
          <w:p w14:paraId="43E9F34E" w14:textId="77777777" w:rsidR="00D35013" w:rsidRPr="00D35013" w:rsidRDefault="00D35013" w:rsidP="00D35013">
            <w:r w:rsidRPr="00D35013">
              <w:t>West Africa</w:t>
            </w:r>
          </w:p>
        </w:tc>
        <w:tc>
          <w:tcPr>
            <w:tcW w:w="2268" w:type="dxa"/>
          </w:tcPr>
          <w:p w14:paraId="0127DE84" w14:textId="77777777" w:rsidR="00D35013" w:rsidRPr="00D35013" w:rsidRDefault="00D35013" w:rsidP="00D35013">
            <w:r w:rsidRPr="00D35013">
              <w:t>65.23%</w:t>
            </w:r>
          </w:p>
        </w:tc>
        <w:tc>
          <w:tcPr>
            <w:tcW w:w="2127" w:type="dxa"/>
          </w:tcPr>
          <w:p w14:paraId="719025FF" w14:textId="77777777" w:rsidR="00D35013" w:rsidRPr="00D35013" w:rsidRDefault="00D35013" w:rsidP="00D35013">
            <w:r w:rsidRPr="00D35013">
              <w:t>3.9</w:t>
            </w:r>
          </w:p>
        </w:tc>
        <w:tc>
          <w:tcPr>
            <w:tcW w:w="2409" w:type="dxa"/>
          </w:tcPr>
          <w:p w14:paraId="420EA2BF" w14:textId="77777777" w:rsidR="00D35013" w:rsidRPr="00D35013" w:rsidRDefault="00D35013" w:rsidP="00D35013">
            <w:r w:rsidRPr="00D35013">
              <w:t>0.58</w:t>
            </w:r>
          </w:p>
        </w:tc>
      </w:tr>
      <w:tr w:rsidR="00D35013" w:rsidRPr="00D35013" w14:paraId="32BA943D" w14:textId="77777777" w:rsidTr="00B36785">
        <w:tc>
          <w:tcPr>
            <w:tcW w:w="2406" w:type="dxa"/>
          </w:tcPr>
          <w:p w14:paraId="28B27B13" w14:textId="77777777" w:rsidR="00D35013" w:rsidRPr="00D35013" w:rsidRDefault="00D35013" w:rsidP="00D35013">
            <w:r w:rsidRPr="00D35013">
              <w:t>West Indies</w:t>
            </w:r>
          </w:p>
        </w:tc>
        <w:tc>
          <w:tcPr>
            <w:tcW w:w="2268" w:type="dxa"/>
          </w:tcPr>
          <w:p w14:paraId="62284A10" w14:textId="77777777" w:rsidR="00D35013" w:rsidRPr="00D35013" w:rsidRDefault="00D35013" w:rsidP="00D35013">
            <w:r w:rsidRPr="00D35013">
              <w:t>69.22%</w:t>
            </w:r>
          </w:p>
        </w:tc>
        <w:tc>
          <w:tcPr>
            <w:tcW w:w="2127" w:type="dxa"/>
          </w:tcPr>
          <w:p w14:paraId="3EAE3090" w14:textId="77777777" w:rsidR="00D35013" w:rsidRPr="00D35013" w:rsidRDefault="00D35013" w:rsidP="00D35013">
            <w:r w:rsidRPr="00D35013">
              <w:t>4.22</w:t>
            </w:r>
          </w:p>
        </w:tc>
        <w:tc>
          <w:tcPr>
            <w:tcW w:w="2409" w:type="dxa"/>
          </w:tcPr>
          <w:p w14:paraId="3B89DB9B" w14:textId="77777777" w:rsidR="00D35013" w:rsidRPr="00D35013" w:rsidRDefault="00D35013" w:rsidP="00D35013">
            <w:r w:rsidRPr="00D35013">
              <w:t>0.65</w:t>
            </w:r>
          </w:p>
        </w:tc>
      </w:tr>
      <w:tr w:rsidR="00D35013" w:rsidRPr="001C7939" w14:paraId="264AE4CE" w14:textId="77777777" w:rsidTr="00B36785">
        <w:tc>
          <w:tcPr>
            <w:tcW w:w="2406" w:type="dxa"/>
          </w:tcPr>
          <w:p w14:paraId="3AD5B437" w14:textId="2030EFA1" w:rsidR="00D35013" w:rsidRPr="001C7939" w:rsidRDefault="001C7939" w:rsidP="00D35013">
            <w:pPr>
              <w:rPr>
                <w:b/>
              </w:rPr>
            </w:pPr>
            <w:r>
              <w:rPr>
                <w:b/>
              </w:rPr>
              <w:t>A</w:t>
            </w:r>
            <w:r w:rsidR="00D35013" w:rsidRPr="001C7939">
              <w:rPr>
                <w:b/>
              </w:rPr>
              <w:t>verage</w:t>
            </w:r>
          </w:p>
        </w:tc>
        <w:tc>
          <w:tcPr>
            <w:tcW w:w="2268" w:type="dxa"/>
          </w:tcPr>
          <w:p w14:paraId="336F6378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64.55%</w:t>
            </w:r>
          </w:p>
        </w:tc>
        <w:tc>
          <w:tcPr>
            <w:tcW w:w="2127" w:type="dxa"/>
          </w:tcPr>
          <w:p w14:paraId="5347C2FE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3.76</w:t>
            </w:r>
          </w:p>
        </w:tc>
        <w:tc>
          <w:tcPr>
            <w:tcW w:w="2409" w:type="dxa"/>
          </w:tcPr>
          <w:p w14:paraId="0310604C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0.7</w:t>
            </w:r>
          </w:p>
        </w:tc>
      </w:tr>
      <w:tr w:rsidR="00D35013" w:rsidRPr="001C7939" w14:paraId="583A2552" w14:textId="77777777" w:rsidTr="00B36785">
        <w:tc>
          <w:tcPr>
            <w:tcW w:w="2406" w:type="dxa"/>
          </w:tcPr>
          <w:p w14:paraId="22387839" w14:textId="521BC226" w:rsidR="00D35013" w:rsidRPr="001C7939" w:rsidRDefault="001C7939" w:rsidP="00D35013">
            <w:pPr>
              <w:rPr>
                <w:b/>
              </w:rPr>
            </w:pPr>
            <w:r>
              <w:rPr>
                <w:b/>
              </w:rPr>
              <w:t>S</w:t>
            </w:r>
            <w:r w:rsidR="00D35013" w:rsidRPr="001C7939">
              <w:rPr>
                <w:b/>
              </w:rPr>
              <w:t>tandard_deviation</w:t>
            </w:r>
            <w:bookmarkStart w:id="3" w:name="_GoBack"/>
            <w:bookmarkEnd w:id="3"/>
          </w:p>
        </w:tc>
        <w:tc>
          <w:tcPr>
            <w:tcW w:w="2268" w:type="dxa"/>
          </w:tcPr>
          <w:p w14:paraId="6B68F4D3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14.56%</w:t>
            </w:r>
          </w:p>
        </w:tc>
        <w:tc>
          <w:tcPr>
            <w:tcW w:w="2127" w:type="dxa"/>
          </w:tcPr>
          <w:p w14:paraId="348545DA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1.2</w:t>
            </w:r>
          </w:p>
        </w:tc>
        <w:tc>
          <w:tcPr>
            <w:tcW w:w="2409" w:type="dxa"/>
          </w:tcPr>
          <w:p w14:paraId="77D59821" w14:textId="77777777" w:rsidR="00D35013" w:rsidRPr="001C7939" w:rsidRDefault="00D35013" w:rsidP="00D35013">
            <w:pPr>
              <w:rPr>
                <w:b/>
              </w:rPr>
            </w:pPr>
            <w:r w:rsidRPr="001C7939">
              <w:rPr>
                <w:b/>
              </w:rPr>
              <w:t>0.37</w:t>
            </w:r>
          </w:p>
        </w:tc>
      </w:tr>
      <w:bookmarkEnd w:id="2"/>
    </w:tbl>
    <w:p w14:paraId="7FD5EEB9" w14:textId="3C84E74D" w:rsidR="00D35013" w:rsidRPr="001C7939" w:rsidRDefault="00D35013" w:rsidP="00D35013">
      <w:pPr>
        <w:rPr>
          <w:b/>
        </w:rPr>
      </w:pPr>
    </w:p>
    <w:p w14:paraId="50EFC9E7" w14:textId="77777777" w:rsidR="009F6D37" w:rsidRDefault="009F6D37" w:rsidP="009F6D37">
      <w:pPr>
        <w:ind w:left="-709"/>
        <w:rPr>
          <w:b/>
          <w:sz w:val="18"/>
          <w:szCs w:val="18"/>
        </w:rPr>
      </w:pPr>
    </w:p>
    <w:p w14:paraId="0FE5F542" w14:textId="4828E43D" w:rsidR="009F6D37" w:rsidRDefault="009F6D37" w:rsidP="009F6D37">
      <w:pPr>
        <w:ind w:left="-709"/>
        <w:rPr>
          <w:b/>
          <w:sz w:val="18"/>
          <w:szCs w:val="18"/>
        </w:rPr>
      </w:pPr>
    </w:p>
    <w:p w14:paraId="63C8DD50" w14:textId="2BDF2825" w:rsidR="00D20D5E" w:rsidRDefault="00D20D5E" w:rsidP="009F6D37">
      <w:pPr>
        <w:ind w:left="-709"/>
        <w:rPr>
          <w:b/>
          <w:sz w:val="18"/>
          <w:szCs w:val="18"/>
        </w:rPr>
      </w:pPr>
    </w:p>
    <w:p w14:paraId="2B13E45E" w14:textId="352CA438" w:rsidR="00D20D5E" w:rsidRDefault="00D20D5E" w:rsidP="009F6D37">
      <w:pPr>
        <w:ind w:left="-709"/>
        <w:rPr>
          <w:b/>
          <w:sz w:val="18"/>
          <w:szCs w:val="18"/>
        </w:rPr>
      </w:pPr>
    </w:p>
    <w:p w14:paraId="72CC5E6A" w14:textId="2569293B" w:rsidR="00D20D5E" w:rsidRDefault="00D20D5E" w:rsidP="0080303C">
      <w:pPr>
        <w:rPr>
          <w:b/>
          <w:sz w:val="18"/>
          <w:szCs w:val="18"/>
        </w:rPr>
      </w:pPr>
    </w:p>
    <w:p w14:paraId="4E5F8783" w14:textId="77777777" w:rsidR="0080303C" w:rsidRDefault="0080303C" w:rsidP="0080303C">
      <w:pPr>
        <w:rPr>
          <w:b/>
          <w:sz w:val="18"/>
          <w:szCs w:val="18"/>
        </w:rPr>
      </w:pPr>
    </w:p>
    <w:p w14:paraId="4D53D6D0" w14:textId="03FEAA24" w:rsidR="009F6D37" w:rsidRPr="009F6D37" w:rsidRDefault="009F6D37" w:rsidP="009F6D37">
      <w:pPr>
        <w:ind w:left="-709"/>
        <w:rPr>
          <w:sz w:val="18"/>
          <w:szCs w:val="18"/>
        </w:rPr>
      </w:pPr>
      <w:r w:rsidRPr="00D35013">
        <w:rPr>
          <w:b/>
          <w:sz w:val="18"/>
          <w:szCs w:val="18"/>
        </w:rPr>
        <w:lastRenderedPageBreak/>
        <w:t>Supplementary Table S</w:t>
      </w:r>
      <w:r>
        <w:rPr>
          <w:b/>
          <w:sz w:val="18"/>
          <w:szCs w:val="18"/>
        </w:rPr>
        <w:t>6</w:t>
      </w:r>
      <w:r w:rsidRPr="00D35013">
        <w:rPr>
          <w:b/>
          <w:sz w:val="18"/>
          <w:szCs w:val="18"/>
        </w:rPr>
        <w:t xml:space="preserve">. </w:t>
      </w:r>
      <w:r w:rsidRPr="009F6D37">
        <w:rPr>
          <w:rFonts w:eastAsia="Times New Roman" w:cs="Arial"/>
          <w:sz w:val="18"/>
          <w:szCs w:val="18"/>
          <w:lang w:eastAsia="es-ES"/>
        </w:rPr>
        <w:t>TaqMan Probes and Primer Sets Used for Quantification of Host Inflammatory Genes and SARS-CoV-2 RNA</w:t>
      </w:r>
      <w:r>
        <w:rPr>
          <w:sz w:val="18"/>
          <w:szCs w:val="18"/>
        </w:rPr>
        <w:t>.</w:t>
      </w:r>
    </w:p>
    <w:p w14:paraId="04BEFA33" w14:textId="514D53CA" w:rsidR="009F6D37" w:rsidRPr="00112EA8" w:rsidRDefault="000340B0" w:rsidP="00F83DFB">
      <w:pPr>
        <w:spacing w:after="0" w:line="240" w:lineRule="auto"/>
        <w:ind w:left="-567"/>
        <w:outlineLvl w:val="1"/>
        <w:rPr>
          <w:rFonts w:eastAsia="Times New Roman" w:cs="Arial"/>
          <w:sz w:val="18"/>
          <w:szCs w:val="18"/>
          <w:lang w:eastAsia="es-ES"/>
        </w:rPr>
      </w:pPr>
      <w:r w:rsidRPr="00913AC8">
        <w:rPr>
          <w:rFonts w:eastAsia="Times New Roman" w:cs="Arial"/>
          <w:b/>
          <w:sz w:val="18"/>
          <w:szCs w:val="18"/>
          <w:lang w:eastAsia="es-ES"/>
        </w:rPr>
        <w:t>A</w:t>
      </w:r>
      <w:r w:rsidRPr="00112EA8">
        <w:rPr>
          <w:rFonts w:eastAsia="Times New Roman" w:cs="Arial"/>
          <w:sz w:val="18"/>
          <w:szCs w:val="18"/>
          <w:lang w:eastAsia="es-ES"/>
        </w:rPr>
        <w:t xml:space="preserve">. </w:t>
      </w:r>
      <w:r w:rsidR="009F6D37" w:rsidRPr="00112EA8">
        <w:rPr>
          <w:rFonts w:eastAsia="Times New Roman" w:cs="Arial"/>
          <w:sz w:val="18"/>
          <w:szCs w:val="18"/>
          <w:lang w:eastAsia="es-ES"/>
        </w:rPr>
        <w:t>Mouse and Human</w:t>
      </w:r>
      <w:r w:rsidR="009F6D37" w:rsidRPr="00112EA8">
        <w:rPr>
          <w:rFonts w:eastAsia="Times New Roman" w:cs="Arial"/>
          <w:b/>
          <w:bCs/>
          <w:sz w:val="18"/>
          <w:szCs w:val="18"/>
          <w:lang w:eastAsia="es-ES"/>
        </w:rPr>
        <w:t xml:space="preserve"> </w:t>
      </w:r>
      <w:r w:rsidR="009F6D37" w:rsidRPr="00112EA8">
        <w:rPr>
          <w:rFonts w:eastAsia="Times New Roman" w:cs="Arial"/>
          <w:sz w:val="18"/>
          <w:szCs w:val="18"/>
          <w:lang w:eastAsia="es-ES"/>
        </w:rPr>
        <w:t xml:space="preserve">TaqMan </w:t>
      </w:r>
      <w:r w:rsidRPr="00112EA8">
        <w:rPr>
          <w:rFonts w:eastAsia="Times New Roman" w:cs="Arial"/>
          <w:sz w:val="18"/>
          <w:szCs w:val="18"/>
          <w:lang w:eastAsia="es-ES"/>
        </w:rPr>
        <w:t>P</w:t>
      </w:r>
      <w:r w:rsidR="009F6D37" w:rsidRPr="00112EA8">
        <w:rPr>
          <w:rFonts w:eastAsia="Times New Roman" w:cs="Arial"/>
          <w:sz w:val="18"/>
          <w:szCs w:val="18"/>
          <w:lang w:eastAsia="es-ES"/>
        </w:rPr>
        <w:t>robes</w:t>
      </w:r>
      <w:r w:rsidR="00112EA8" w:rsidRPr="00112EA8">
        <w:rPr>
          <w:rFonts w:eastAsia="Times New Roman" w:cs="Arial"/>
          <w:sz w:val="18"/>
          <w:szCs w:val="18"/>
          <w:lang w:eastAsia="es-ES"/>
        </w:rPr>
        <w:t xml:space="preserve"> (Applied Biosystems,</w:t>
      </w:r>
      <w:r w:rsidR="00112EA8" w:rsidRPr="00112EA8">
        <w:rPr>
          <w:sz w:val="18"/>
          <w:szCs w:val="18"/>
        </w:rPr>
        <w:t xml:space="preserve"> </w:t>
      </w:r>
      <w:r w:rsidR="00112EA8" w:rsidRPr="00112EA8">
        <w:rPr>
          <w:rFonts w:eastAsia="Times New Roman" w:cs="Arial"/>
          <w:sz w:val="18"/>
          <w:szCs w:val="18"/>
          <w:lang w:eastAsia="es-ES"/>
        </w:rPr>
        <w:t>Waltham, MA, USA)</w:t>
      </w:r>
      <w:r w:rsidR="009F6D37" w:rsidRPr="00112EA8">
        <w:rPr>
          <w:rFonts w:eastAsia="Times New Roman" w:cs="Arial"/>
          <w:sz w:val="18"/>
          <w:szCs w:val="18"/>
          <w:lang w:eastAsia="es-ES"/>
        </w:rPr>
        <w:t>.</w:t>
      </w:r>
    </w:p>
    <w:tbl>
      <w:tblPr>
        <w:tblW w:w="8409" w:type="dxa"/>
        <w:tblCellSpacing w:w="15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4589"/>
      </w:tblGrid>
      <w:tr w:rsidR="009F6D37" w:rsidRPr="00E457BB" w14:paraId="6022D4E2" w14:textId="77777777" w:rsidTr="009F6D37">
        <w:trPr>
          <w:trHeight w:val="24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4D3245" w14:textId="33DCF7D2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Gene (Mouse)</w:t>
            </w:r>
          </w:p>
        </w:tc>
        <w:tc>
          <w:tcPr>
            <w:tcW w:w="0" w:type="auto"/>
            <w:vAlign w:val="center"/>
            <w:hideMark/>
          </w:tcPr>
          <w:p w14:paraId="258E536A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TaqMan Assay ID</w:t>
            </w:r>
          </w:p>
        </w:tc>
      </w:tr>
      <w:tr w:rsidR="009F6D37" w:rsidRPr="00E457BB" w14:paraId="0A4BBD35" w14:textId="77777777" w:rsidTr="00F46171">
        <w:trPr>
          <w:trHeight w:val="260"/>
          <w:tblCellSpacing w:w="15" w:type="dxa"/>
        </w:trPr>
        <w:tc>
          <w:tcPr>
            <w:tcW w:w="0" w:type="auto"/>
            <w:vAlign w:val="center"/>
          </w:tcPr>
          <w:p w14:paraId="334DD7F7" w14:textId="454FE18F" w:rsidR="00F2556D" w:rsidRPr="00E457BB" w:rsidRDefault="00F2556D" w:rsidP="00913AC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>
              <w:rPr>
                <w:rFonts w:eastAsia="Times New Roman" w:cs="Arial"/>
                <w:i/>
                <w:iCs/>
                <w:lang w:eastAsia="es-ES"/>
              </w:rPr>
              <w:t>CXCL5</w:t>
            </w:r>
          </w:p>
        </w:tc>
        <w:tc>
          <w:tcPr>
            <w:tcW w:w="0" w:type="auto"/>
            <w:vAlign w:val="center"/>
          </w:tcPr>
          <w:p w14:paraId="4C62EDDB" w14:textId="248CFA73" w:rsidR="00F2556D" w:rsidRPr="00E457BB" w:rsidRDefault="00F2556D" w:rsidP="00913AC8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Mm00436451_g1</w:t>
            </w:r>
          </w:p>
        </w:tc>
      </w:tr>
      <w:tr w:rsidR="009F6D37" w:rsidRPr="00E457BB" w14:paraId="268BAE21" w14:textId="77777777" w:rsidTr="009F6D37">
        <w:trPr>
          <w:trHeight w:val="260"/>
          <w:tblCellSpacing w:w="15" w:type="dxa"/>
        </w:trPr>
        <w:tc>
          <w:tcPr>
            <w:tcW w:w="0" w:type="auto"/>
            <w:vAlign w:val="center"/>
            <w:hideMark/>
          </w:tcPr>
          <w:p w14:paraId="16A65B2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CCL2</w:t>
            </w:r>
          </w:p>
        </w:tc>
        <w:tc>
          <w:tcPr>
            <w:tcW w:w="0" w:type="auto"/>
            <w:vAlign w:val="center"/>
            <w:hideMark/>
          </w:tcPr>
          <w:p w14:paraId="07035976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Mm00441242_m1</w:t>
            </w:r>
          </w:p>
        </w:tc>
      </w:tr>
      <w:tr w:rsidR="009F6D37" w:rsidRPr="00E457BB" w14:paraId="66020760" w14:textId="77777777" w:rsidTr="009F6D37">
        <w:trPr>
          <w:trHeight w:val="260"/>
          <w:tblCellSpacing w:w="15" w:type="dxa"/>
        </w:trPr>
        <w:tc>
          <w:tcPr>
            <w:tcW w:w="0" w:type="auto"/>
            <w:vAlign w:val="center"/>
            <w:hideMark/>
          </w:tcPr>
          <w:p w14:paraId="57A3EC8C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CCL12</w:t>
            </w:r>
          </w:p>
        </w:tc>
        <w:tc>
          <w:tcPr>
            <w:tcW w:w="0" w:type="auto"/>
            <w:vAlign w:val="center"/>
            <w:hideMark/>
          </w:tcPr>
          <w:p w14:paraId="46B6986A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Mm01617100_m1</w:t>
            </w:r>
          </w:p>
        </w:tc>
      </w:tr>
      <w:tr w:rsidR="009F6D37" w:rsidRPr="00E457BB" w14:paraId="322F1CEB" w14:textId="77777777" w:rsidTr="009F6D37">
        <w:trPr>
          <w:trHeight w:val="260"/>
          <w:tblCellSpacing w:w="15" w:type="dxa"/>
        </w:trPr>
        <w:tc>
          <w:tcPr>
            <w:tcW w:w="0" w:type="auto"/>
            <w:vAlign w:val="center"/>
            <w:hideMark/>
          </w:tcPr>
          <w:p w14:paraId="76E1EB27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IFNγ</w:t>
            </w:r>
          </w:p>
        </w:tc>
        <w:tc>
          <w:tcPr>
            <w:tcW w:w="0" w:type="auto"/>
            <w:vAlign w:val="center"/>
            <w:hideMark/>
          </w:tcPr>
          <w:p w14:paraId="54072BFB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Mm00116864_m1</w:t>
            </w:r>
          </w:p>
        </w:tc>
      </w:tr>
      <w:tr w:rsidR="009F6D37" w:rsidRPr="00E457BB" w14:paraId="38AC2C5F" w14:textId="77777777" w:rsidTr="009F6D37">
        <w:trPr>
          <w:trHeight w:val="247"/>
          <w:tblCellSpacing w:w="15" w:type="dxa"/>
        </w:trPr>
        <w:tc>
          <w:tcPr>
            <w:tcW w:w="0" w:type="auto"/>
            <w:vAlign w:val="center"/>
            <w:hideMark/>
          </w:tcPr>
          <w:p w14:paraId="547529F4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IL6</w:t>
            </w:r>
          </w:p>
        </w:tc>
        <w:tc>
          <w:tcPr>
            <w:tcW w:w="0" w:type="auto"/>
            <w:vAlign w:val="center"/>
            <w:hideMark/>
          </w:tcPr>
          <w:p w14:paraId="1B9BAA54" w14:textId="3DE21F53" w:rsidR="00F2556D" w:rsidRDefault="009F6D37" w:rsidP="00913AC8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Mm00446190_m1</w:t>
            </w:r>
          </w:p>
          <w:p w14:paraId="2DD75387" w14:textId="4A53FB83" w:rsidR="00F2556D" w:rsidRPr="00E457BB" w:rsidRDefault="00F2556D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</w:p>
        </w:tc>
      </w:tr>
      <w:tr w:rsidR="00F2556D" w:rsidRPr="00E457BB" w14:paraId="499C34D0" w14:textId="77777777" w:rsidTr="009F6D37">
        <w:trPr>
          <w:trHeight w:val="247"/>
          <w:tblCellSpacing w:w="15" w:type="dxa"/>
        </w:trPr>
        <w:tc>
          <w:tcPr>
            <w:tcW w:w="0" w:type="auto"/>
            <w:vAlign w:val="center"/>
          </w:tcPr>
          <w:p w14:paraId="328E8EB5" w14:textId="30A343D5" w:rsidR="00F2556D" w:rsidRPr="00E457BB" w:rsidRDefault="00F2556D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>
              <w:rPr>
                <w:rFonts w:eastAsia="Times New Roman" w:cs="Arial"/>
                <w:i/>
                <w:iCs/>
                <w:lang w:eastAsia="es-ES"/>
              </w:rPr>
              <w:t>IL10</w:t>
            </w:r>
          </w:p>
        </w:tc>
        <w:tc>
          <w:tcPr>
            <w:tcW w:w="0" w:type="auto"/>
            <w:vAlign w:val="center"/>
          </w:tcPr>
          <w:p w14:paraId="22058A6D" w14:textId="01A9E7C3" w:rsidR="00F2556D" w:rsidRPr="00E457BB" w:rsidRDefault="00F2556D" w:rsidP="00F2556D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Mm00439616_m1</w:t>
            </w:r>
          </w:p>
        </w:tc>
      </w:tr>
      <w:tr w:rsidR="009F6D37" w:rsidRPr="00E457BB" w14:paraId="48E41D0B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402F198B" w14:textId="3F1BF8D3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Gene (Human)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9F3CBF3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TaqMan Assay ID</w:t>
            </w:r>
          </w:p>
        </w:tc>
      </w:tr>
      <w:tr w:rsidR="009F6D37" w:rsidRPr="00E457BB" w14:paraId="53EF216B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3AFAD2" w14:textId="77777777" w:rsidR="009F6D37" w:rsidRPr="00DB617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TNFα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B54399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Hs00174128_m1</w:t>
            </w:r>
          </w:p>
        </w:tc>
      </w:tr>
      <w:tr w:rsidR="009F6D37" w:rsidRPr="00E457BB" w14:paraId="708DBBD1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E1E1BC" w14:textId="77777777" w:rsidR="009F6D37" w:rsidRPr="00DB617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IL6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9DB74C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Hs00174131_m1</w:t>
            </w:r>
          </w:p>
        </w:tc>
      </w:tr>
      <w:tr w:rsidR="009F6D37" w:rsidRPr="00E457BB" w14:paraId="4041A6D7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6B3FA2" w14:textId="77777777" w:rsidR="009F6D37" w:rsidRPr="00DB617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IL12β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74E353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Hs01011518_m1</w:t>
            </w:r>
          </w:p>
        </w:tc>
      </w:tr>
      <w:tr w:rsidR="009F6D37" w:rsidRPr="00E457BB" w14:paraId="708D19CB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AA6F15" w14:textId="77777777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D71D44">
              <w:rPr>
                <w:rFonts w:eastAsia="Times New Roman" w:cs="Arial"/>
                <w:i/>
                <w:iCs/>
                <w:lang w:eastAsia="es-ES"/>
              </w:rPr>
              <w:t>CXCL8 (IL8)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743E76" w14:textId="77777777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D71D44">
              <w:rPr>
                <w:rFonts w:eastAsia="Times New Roman" w:cs="Arial"/>
                <w:lang w:eastAsia="es-ES"/>
              </w:rPr>
              <w:t>Hs00174103_m1</w:t>
            </w:r>
          </w:p>
        </w:tc>
      </w:tr>
      <w:tr w:rsidR="009F6D37" w:rsidRPr="00E457BB" w14:paraId="2E0294FB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23745C" w14:textId="77777777" w:rsidR="009F6D37" w:rsidRPr="00DB617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CXCL10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33D1C1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Hs00171042_m1</w:t>
            </w:r>
          </w:p>
        </w:tc>
      </w:tr>
      <w:tr w:rsidR="009F6D37" w:rsidRPr="00E457BB" w14:paraId="1FE80943" w14:textId="77777777" w:rsidTr="00913AC8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41A400B" w14:textId="3D5AE579" w:rsidR="00913AC8" w:rsidRPr="00DB617B" w:rsidRDefault="009F6D37" w:rsidP="00913AC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IFIT1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17BE2F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Hs03027069_m1</w:t>
            </w:r>
          </w:p>
        </w:tc>
      </w:tr>
      <w:tr w:rsidR="00913AC8" w:rsidRPr="00E457BB" w14:paraId="44C7F006" w14:textId="77777777" w:rsidTr="009F6D37">
        <w:trPr>
          <w:trHeight w:val="247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D85E569" w14:textId="0FEE64B2" w:rsidR="00913AC8" w:rsidRPr="00E457BB" w:rsidRDefault="00913AC8" w:rsidP="00913AC8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>
              <w:rPr>
                <w:rFonts w:eastAsia="Times New Roman" w:cs="Arial"/>
                <w:i/>
                <w:iCs/>
                <w:lang w:eastAsia="es-ES"/>
              </w:rPr>
              <w:t>CCL3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4BEBF91" w14:textId="12A68E0E" w:rsidR="00913AC8" w:rsidRPr="00E457BB" w:rsidRDefault="00913AC8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Hs00234142_m1</w:t>
            </w:r>
          </w:p>
        </w:tc>
      </w:tr>
    </w:tbl>
    <w:p w14:paraId="3B4A959D" w14:textId="77777777" w:rsidR="0080303C" w:rsidRDefault="0080303C" w:rsidP="00F83DFB">
      <w:pPr>
        <w:spacing w:before="120" w:after="120" w:line="240" w:lineRule="auto"/>
        <w:ind w:left="-567"/>
        <w:jc w:val="both"/>
        <w:outlineLvl w:val="1"/>
        <w:rPr>
          <w:rFonts w:eastAsia="Times New Roman" w:cs="Arial"/>
          <w:b/>
          <w:bCs/>
          <w:sz w:val="18"/>
          <w:szCs w:val="18"/>
          <w:lang w:eastAsia="es-ES"/>
        </w:rPr>
      </w:pPr>
    </w:p>
    <w:p w14:paraId="35F0EF6E" w14:textId="196E65F8" w:rsidR="009F6D37" w:rsidRPr="009F6D37" w:rsidRDefault="000340B0" w:rsidP="00F83DFB">
      <w:pPr>
        <w:spacing w:before="120" w:after="120" w:line="240" w:lineRule="auto"/>
        <w:ind w:left="-567"/>
        <w:jc w:val="both"/>
        <w:outlineLvl w:val="1"/>
        <w:rPr>
          <w:rFonts w:eastAsia="Times New Roman" w:cs="Arial"/>
          <w:sz w:val="18"/>
          <w:szCs w:val="18"/>
          <w:lang w:eastAsia="es-ES"/>
        </w:rPr>
      </w:pPr>
      <w:r w:rsidRPr="00864246">
        <w:rPr>
          <w:rFonts w:eastAsia="Times New Roman" w:cs="Arial"/>
          <w:b/>
          <w:bCs/>
          <w:sz w:val="18"/>
          <w:szCs w:val="18"/>
          <w:lang w:eastAsia="es-ES"/>
        </w:rPr>
        <w:t>B</w:t>
      </w:r>
      <w:r w:rsidR="009F6D37" w:rsidRPr="00864246">
        <w:rPr>
          <w:rFonts w:eastAsia="Times New Roman" w:cs="Arial"/>
          <w:b/>
          <w:bCs/>
          <w:sz w:val="18"/>
          <w:szCs w:val="18"/>
          <w:lang w:eastAsia="es-ES"/>
        </w:rPr>
        <w:t xml:space="preserve">. </w:t>
      </w:r>
      <w:r w:rsidR="009F6D37" w:rsidRPr="00864246">
        <w:rPr>
          <w:rFonts w:eastAsia="Times New Roman" w:cs="Arial"/>
          <w:sz w:val="18"/>
          <w:szCs w:val="18"/>
          <w:lang w:eastAsia="es-ES"/>
        </w:rPr>
        <w:t>Custom Primer and Probe Sets for Viral RNA and Host ISG Quan</w:t>
      </w:r>
      <w:r w:rsidR="009F6D37" w:rsidRPr="009F6D37">
        <w:rPr>
          <w:rFonts w:eastAsia="Times New Roman" w:cs="Arial"/>
          <w:sz w:val="18"/>
          <w:szCs w:val="18"/>
          <w:lang w:eastAsia="es-ES"/>
        </w:rPr>
        <w:t>tification</w:t>
      </w:r>
      <w:r w:rsidR="00913AC8">
        <w:rPr>
          <w:rFonts w:eastAsia="Times New Roman" w:cs="Arial"/>
          <w:sz w:val="18"/>
          <w:szCs w:val="18"/>
          <w:lang w:eastAsia="es-ES"/>
        </w:rPr>
        <w:t xml:space="preserve"> (Merk</w:t>
      </w:r>
      <w:r w:rsidR="00F83DFB">
        <w:rPr>
          <w:rFonts w:eastAsia="Times New Roman" w:cs="Arial"/>
          <w:sz w:val="18"/>
          <w:szCs w:val="18"/>
          <w:lang w:eastAsia="es-ES"/>
        </w:rPr>
        <w:t>, Darmstadt, Germany)</w:t>
      </w:r>
      <w:r w:rsidR="009F6D37" w:rsidRPr="009F6D37">
        <w:rPr>
          <w:rFonts w:eastAsia="Times New Roman" w:cs="Arial"/>
          <w:sz w:val="18"/>
          <w:szCs w:val="18"/>
          <w:lang w:eastAsia="es-ES"/>
        </w:rPr>
        <w:t>.</w:t>
      </w:r>
    </w:p>
    <w:tbl>
      <w:tblPr>
        <w:tblW w:w="8642" w:type="dxa"/>
        <w:tblCellSpacing w:w="15" w:type="dxa"/>
        <w:tblInd w:w="-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1844"/>
        <w:gridCol w:w="4596"/>
      </w:tblGrid>
      <w:tr w:rsidR="009F6D37" w:rsidRPr="00E457BB" w14:paraId="566820BF" w14:textId="77777777" w:rsidTr="009F6D37">
        <w:trPr>
          <w:trHeight w:val="251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564651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Target Gene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D4844A" w14:textId="77777777" w:rsidR="009F6D37" w:rsidRPr="00E457BB" w:rsidRDefault="009F6D37" w:rsidP="00112EA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Oligonucleotide</w:t>
            </w:r>
          </w:p>
        </w:tc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E3F62E" w14:textId="77777777" w:rsidR="009F6D37" w:rsidRPr="00E457BB" w:rsidRDefault="009F6D37" w:rsidP="00112EA8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Sequence (5′ → 3′)</w:t>
            </w:r>
          </w:p>
        </w:tc>
      </w:tr>
      <w:tr w:rsidR="009F6D37" w:rsidRPr="00E457BB" w14:paraId="12225559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3BD17A6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28S (housekeeping)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8413A75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Probe [JOE]</w:t>
            </w:r>
          </w:p>
        </w:tc>
        <w:tc>
          <w:tcPr>
            <w:tcW w:w="455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96C7DC9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TAGTAGCTGGTTCCCTCCGAAGTTTCCCT</w:t>
            </w:r>
          </w:p>
        </w:tc>
      </w:tr>
      <w:tr w:rsidR="009F6D37" w:rsidRPr="00E457BB" w14:paraId="3A5938B0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A30FC31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447BADE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4551" w:type="dxa"/>
            <w:tcBorders>
              <w:top w:val="nil"/>
              <w:bottom w:val="nil"/>
            </w:tcBorders>
            <w:vAlign w:val="center"/>
            <w:hideMark/>
          </w:tcPr>
          <w:p w14:paraId="5ED8B309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GGGCAAAGACTAATCGAACCAT</w:t>
            </w:r>
          </w:p>
        </w:tc>
      </w:tr>
      <w:tr w:rsidR="009F6D37" w:rsidRPr="00E457BB" w14:paraId="1D1E078C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E0784E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D73FCF0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45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BB4A4C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CGAGAGCAGCTATCCT</w:t>
            </w:r>
          </w:p>
        </w:tc>
      </w:tr>
      <w:tr w:rsidR="00F83DFB" w:rsidRPr="00E457BB" w14:paraId="28746ECC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28A1306" w14:textId="2D38E042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RdRp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089D6E" w14:textId="738B5D84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Probe [</w:t>
            </w:r>
            <w:r w:rsidR="00D2411F">
              <w:rPr>
                <w:rFonts w:eastAsia="Times New Roman" w:cs="Arial"/>
                <w:lang w:eastAsia="es-ES"/>
              </w:rPr>
              <w:t>FAM</w:t>
            </w:r>
            <w:r w:rsidRPr="00E457BB">
              <w:rPr>
                <w:rFonts w:eastAsia="Times New Roman" w:cs="Arial"/>
                <w:lang w:eastAsia="es-ES"/>
              </w:rPr>
              <w:t>]</w:t>
            </w:r>
          </w:p>
        </w:tc>
        <w:tc>
          <w:tcPr>
            <w:tcW w:w="4551" w:type="dxa"/>
            <w:tcBorders>
              <w:top w:val="nil"/>
              <w:bottom w:val="single" w:sz="4" w:space="0" w:color="auto"/>
            </w:tcBorders>
            <w:vAlign w:val="center"/>
          </w:tcPr>
          <w:p w14:paraId="338C4D0B" w14:textId="6D713B8A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AGAGCTATGAATTGCCAGAC</w:t>
            </w:r>
          </w:p>
        </w:tc>
      </w:tr>
      <w:tr w:rsidR="00F83DFB" w:rsidRPr="00E457BB" w14:paraId="219853F7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5CB4CBF" w14:textId="77777777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34BFD8D" w14:textId="2C061CBD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4551" w:type="dxa"/>
            <w:tcBorders>
              <w:top w:val="nil"/>
              <w:bottom w:val="single" w:sz="4" w:space="0" w:color="auto"/>
            </w:tcBorders>
            <w:vAlign w:val="center"/>
          </w:tcPr>
          <w:p w14:paraId="054ACC9D" w14:textId="01893F07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GTGARATGGTCATGTGTGGCG</w:t>
            </w:r>
          </w:p>
        </w:tc>
      </w:tr>
      <w:tr w:rsidR="00F83DFB" w:rsidRPr="00E457BB" w14:paraId="5107E9F9" w14:textId="77777777" w:rsidTr="009F6D37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BD9F5A8" w14:textId="77777777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B22073" w14:textId="0943A425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4551" w:type="dxa"/>
            <w:tcBorders>
              <w:top w:val="nil"/>
              <w:bottom w:val="single" w:sz="4" w:space="0" w:color="auto"/>
            </w:tcBorders>
            <w:vAlign w:val="center"/>
          </w:tcPr>
          <w:p w14:paraId="03939D58" w14:textId="02FCE68E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CARATGTAAASACACTATAGC</w:t>
            </w:r>
          </w:p>
        </w:tc>
      </w:tr>
      <w:tr w:rsidR="00F83DFB" w:rsidRPr="00E457BB" w14:paraId="3206E1E0" w14:textId="77777777" w:rsidTr="00F83DFB">
        <w:trPr>
          <w:trHeight w:val="265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41459B5" w14:textId="49200BA4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3BC2320C" w14:textId="76FCC17E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Probe [</w:t>
            </w:r>
            <w:r w:rsidR="00D2411F">
              <w:rPr>
                <w:rFonts w:eastAsia="Times New Roman" w:cs="Arial"/>
                <w:lang w:eastAsia="es-ES"/>
              </w:rPr>
              <w:t>FAM</w:t>
            </w:r>
            <w:r w:rsidRPr="00E457BB">
              <w:rPr>
                <w:rFonts w:eastAsia="Times New Roman" w:cs="Arial"/>
                <w:lang w:eastAsia="es-ES"/>
              </w:rPr>
              <w:t>]</w:t>
            </w:r>
          </w:p>
        </w:tc>
        <w:tc>
          <w:tcPr>
            <w:tcW w:w="4551" w:type="dxa"/>
            <w:tcBorders>
              <w:top w:val="single" w:sz="4" w:space="0" w:color="auto"/>
              <w:bottom w:val="nil"/>
            </w:tcBorders>
            <w:vAlign w:val="center"/>
          </w:tcPr>
          <w:p w14:paraId="2406C02A" w14:textId="4B7BE9F1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ACACTAGCCATCCTTACTGCGCTTCGC</w:t>
            </w:r>
          </w:p>
        </w:tc>
      </w:tr>
      <w:tr w:rsidR="00F83DFB" w:rsidRPr="00E457BB" w14:paraId="28BE3A3E" w14:textId="77777777" w:rsidTr="00F83DFB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142750" w14:textId="77777777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351935" w14:textId="5773F346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4551" w:type="dxa"/>
            <w:tcBorders>
              <w:top w:val="nil"/>
              <w:bottom w:val="nil"/>
            </w:tcBorders>
            <w:vAlign w:val="center"/>
          </w:tcPr>
          <w:p w14:paraId="2514C45F" w14:textId="1648ADDB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ACAGGTAGTTAAATAGTTAATAGCGT</w:t>
            </w:r>
          </w:p>
        </w:tc>
      </w:tr>
      <w:tr w:rsidR="00F83DFB" w:rsidRPr="00E457BB" w14:paraId="4AC457EA" w14:textId="77777777" w:rsidTr="00F83DFB">
        <w:trPr>
          <w:trHeight w:val="26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4CD2C2D" w14:textId="77777777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E24710B" w14:textId="7D4273D6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4551" w:type="dxa"/>
            <w:tcBorders>
              <w:top w:val="nil"/>
              <w:bottom w:val="single" w:sz="4" w:space="0" w:color="auto"/>
            </w:tcBorders>
            <w:vAlign w:val="center"/>
          </w:tcPr>
          <w:p w14:paraId="0711A3C4" w14:textId="7962CB4E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ATATTGCAGCAGTACGCACACA</w:t>
            </w:r>
          </w:p>
        </w:tc>
      </w:tr>
      <w:tr w:rsidR="00F83DFB" w:rsidRPr="00E457BB" w14:paraId="6C594FDC" w14:textId="77777777" w:rsidTr="00F83DFB">
        <w:trPr>
          <w:trHeight w:val="265"/>
          <w:tblCellSpacing w:w="15" w:type="dxa"/>
        </w:trPr>
        <w:tc>
          <w:tcPr>
            <w:tcW w:w="0" w:type="auto"/>
            <w:vAlign w:val="center"/>
          </w:tcPr>
          <w:p w14:paraId="696D914F" w14:textId="5997EE0A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>
              <w:rPr>
                <w:rFonts w:eastAsia="Times New Roman" w:cs="Arial"/>
                <w:i/>
                <w:iCs/>
                <w:lang w:eastAsia="es-ES"/>
              </w:rPr>
              <w:t>hIFNβ</w:t>
            </w:r>
          </w:p>
        </w:tc>
        <w:tc>
          <w:tcPr>
            <w:tcW w:w="0" w:type="auto"/>
            <w:vAlign w:val="center"/>
          </w:tcPr>
          <w:p w14:paraId="2B6C73B8" w14:textId="3493EBCC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Probe [</w:t>
            </w:r>
            <w:r>
              <w:rPr>
                <w:rFonts w:eastAsia="Times New Roman" w:cs="Arial"/>
                <w:lang w:eastAsia="es-ES"/>
              </w:rPr>
              <w:t>FAM</w:t>
            </w:r>
            <w:r w:rsidRPr="00E457BB">
              <w:rPr>
                <w:rFonts w:eastAsia="Times New Roman" w:cs="Arial"/>
                <w:lang w:eastAsia="es-ES"/>
              </w:rPr>
              <w:t>]</w:t>
            </w:r>
          </w:p>
        </w:tc>
        <w:tc>
          <w:tcPr>
            <w:tcW w:w="4551" w:type="dxa"/>
            <w:vAlign w:val="center"/>
          </w:tcPr>
          <w:p w14:paraId="7AA02285" w14:textId="29C9B5BF" w:rsidR="00F83DFB" w:rsidRPr="00E457BB" w:rsidRDefault="00D2411F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CCAGAAGGAGGACGCCGCATTGACC</w:t>
            </w:r>
          </w:p>
        </w:tc>
      </w:tr>
      <w:tr w:rsidR="00F83DFB" w:rsidRPr="00E457BB" w14:paraId="47AB3289" w14:textId="77777777" w:rsidTr="00F83DFB">
        <w:trPr>
          <w:trHeight w:val="265"/>
          <w:tblCellSpacing w:w="15" w:type="dxa"/>
        </w:trPr>
        <w:tc>
          <w:tcPr>
            <w:tcW w:w="0" w:type="auto"/>
            <w:vAlign w:val="center"/>
          </w:tcPr>
          <w:p w14:paraId="39599B64" w14:textId="77777777" w:rsidR="00F83DFB" w:rsidRPr="00E457BB" w:rsidRDefault="00F83DFB" w:rsidP="00F83DFB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3DAB1788" w14:textId="28A5701C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4551" w:type="dxa"/>
            <w:vAlign w:val="center"/>
          </w:tcPr>
          <w:p w14:paraId="67B28BD4" w14:textId="3A4E228D" w:rsidR="00F83DFB" w:rsidRPr="00E457BB" w:rsidRDefault="00D2411F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TTGACATCCCTGAGGAGATTAAGC</w:t>
            </w:r>
          </w:p>
        </w:tc>
      </w:tr>
      <w:tr w:rsidR="00F83DFB" w:rsidRPr="00E457BB" w14:paraId="5252FD55" w14:textId="77777777" w:rsidTr="00F83DFB">
        <w:trPr>
          <w:trHeight w:val="251"/>
          <w:tblCellSpacing w:w="15" w:type="dxa"/>
        </w:trPr>
        <w:tc>
          <w:tcPr>
            <w:tcW w:w="0" w:type="auto"/>
            <w:vAlign w:val="center"/>
          </w:tcPr>
          <w:p w14:paraId="0DBE888A" w14:textId="77777777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6188D6A5" w14:textId="681EEF4D" w:rsidR="00F83DFB" w:rsidRPr="00E457BB" w:rsidRDefault="00F83DFB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4551" w:type="dxa"/>
            <w:vAlign w:val="center"/>
          </w:tcPr>
          <w:p w14:paraId="599F60D7" w14:textId="62903D9B" w:rsidR="00F83DFB" w:rsidRPr="00E457BB" w:rsidRDefault="00D2411F" w:rsidP="00F83DFB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>
              <w:rPr>
                <w:rFonts w:eastAsia="Times New Roman" w:cs="Arial"/>
                <w:lang w:eastAsia="es-ES"/>
              </w:rPr>
              <w:t>TTAGCCAGGAGGTTCTCAACAATAG</w:t>
            </w:r>
          </w:p>
        </w:tc>
      </w:tr>
    </w:tbl>
    <w:p w14:paraId="4E7F5578" w14:textId="77777777" w:rsidR="009F6D37" w:rsidRDefault="009F6D37" w:rsidP="009F6D37">
      <w:pPr>
        <w:spacing w:before="120" w:after="120" w:line="240" w:lineRule="auto"/>
        <w:jc w:val="both"/>
        <w:outlineLvl w:val="1"/>
        <w:rPr>
          <w:rFonts w:eastAsia="Times New Roman" w:cs="Arial"/>
          <w:b/>
          <w:bCs/>
          <w:sz w:val="18"/>
          <w:szCs w:val="18"/>
          <w:lang w:eastAsia="es-ES"/>
        </w:rPr>
      </w:pPr>
    </w:p>
    <w:p w14:paraId="54CD8EED" w14:textId="6AEB7A57" w:rsidR="009F6D37" w:rsidRPr="009F6D37" w:rsidRDefault="000340B0" w:rsidP="00F83DFB">
      <w:pPr>
        <w:spacing w:before="120" w:after="120" w:line="240" w:lineRule="auto"/>
        <w:ind w:left="-567"/>
        <w:jc w:val="both"/>
        <w:outlineLvl w:val="1"/>
        <w:rPr>
          <w:rFonts w:eastAsia="Times New Roman" w:cs="Arial"/>
          <w:sz w:val="18"/>
          <w:szCs w:val="18"/>
          <w:lang w:eastAsia="es-ES"/>
        </w:rPr>
      </w:pPr>
      <w:r>
        <w:rPr>
          <w:rFonts w:eastAsia="Times New Roman" w:cs="Arial"/>
          <w:b/>
          <w:bCs/>
          <w:sz w:val="18"/>
          <w:szCs w:val="18"/>
          <w:lang w:eastAsia="es-ES"/>
        </w:rPr>
        <w:t>C</w:t>
      </w:r>
      <w:r w:rsidR="009F6D37" w:rsidRPr="009F6D37">
        <w:rPr>
          <w:rFonts w:eastAsia="Times New Roman" w:cs="Arial"/>
          <w:b/>
          <w:bCs/>
          <w:sz w:val="18"/>
          <w:szCs w:val="18"/>
          <w:lang w:eastAsia="es-ES"/>
        </w:rPr>
        <w:t xml:space="preserve">. </w:t>
      </w:r>
      <w:r w:rsidR="009F6D37" w:rsidRPr="009F6D37">
        <w:rPr>
          <w:rFonts w:eastAsia="Times New Roman" w:cs="Arial"/>
          <w:sz w:val="18"/>
          <w:szCs w:val="18"/>
          <w:lang w:eastAsia="es-ES"/>
        </w:rPr>
        <w:t>Custom Primer Sets for Host ISG Quantification</w:t>
      </w:r>
      <w:r w:rsidR="00F83DFB">
        <w:rPr>
          <w:rFonts w:eastAsia="Times New Roman" w:cs="Arial"/>
          <w:sz w:val="18"/>
          <w:szCs w:val="18"/>
          <w:lang w:eastAsia="es-ES"/>
        </w:rPr>
        <w:t xml:space="preserve"> (Sigma-Aldrich</w:t>
      </w:r>
      <w:r w:rsidR="00F83D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83DFB" w:rsidRPr="00F83DFB">
        <w:rPr>
          <w:rFonts w:eastAsia="Times New Roman" w:cs="Arial"/>
          <w:color w:val="000000" w:themeColor="text1"/>
          <w:sz w:val="18"/>
          <w:szCs w:val="18"/>
        </w:rPr>
        <w:t>St. Louis, MO, USA</w:t>
      </w:r>
      <w:r w:rsidR="00F83DFB">
        <w:rPr>
          <w:rFonts w:eastAsia="Times New Roman" w:cs="Arial"/>
          <w:color w:val="000000" w:themeColor="text1"/>
          <w:sz w:val="18"/>
          <w:szCs w:val="18"/>
        </w:rPr>
        <w:t>).</w:t>
      </w:r>
    </w:p>
    <w:tbl>
      <w:tblPr>
        <w:tblW w:w="8642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2608"/>
        <w:gridCol w:w="3866"/>
      </w:tblGrid>
      <w:tr w:rsidR="009F6D37" w:rsidRPr="00E457BB" w14:paraId="5F0763E5" w14:textId="77777777" w:rsidTr="00D01766">
        <w:trPr>
          <w:trHeight w:val="10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F10D43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Gene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96A42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Primer</w:t>
            </w: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24135C" w14:textId="77777777" w:rsidR="009F6D37" w:rsidRPr="00E457BB" w:rsidRDefault="009F6D37" w:rsidP="000340B0">
            <w:pPr>
              <w:spacing w:after="0" w:line="240" w:lineRule="auto"/>
              <w:rPr>
                <w:rFonts w:eastAsia="Times New Roman" w:cs="Arial"/>
                <w:b/>
                <w:bCs/>
                <w:lang w:eastAsia="es-ES"/>
              </w:rPr>
            </w:pPr>
            <w:r w:rsidRPr="00E457BB">
              <w:rPr>
                <w:rFonts w:eastAsia="Times New Roman" w:cs="Arial"/>
                <w:b/>
                <w:bCs/>
                <w:lang w:eastAsia="es-ES"/>
              </w:rPr>
              <w:t>Sequence (5′ → 3′)</w:t>
            </w:r>
          </w:p>
        </w:tc>
      </w:tr>
      <w:tr w:rsidR="009F6D37" w:rsidRPr="00E457BB" w14:paraId="2E4E6779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990403A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MxA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DFCCA7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5EFDF18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GGGCAAAGACTAATCGAACCAT</w:t>
            </w:r>
          </w:p>
        </w:tc>
      </w:tr>
      <w:tr w:rsidR="009F6D37" w:rsidRPr="00E457BB" w14:paraId="02F0A814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E458F0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334A9B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5F5946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CGAGAGCAGCTATCCT</w:t>
            </w:r>
          </w:p>
        </w:tc>
      </w:tr>
      <w:tr w:rsidR="009F6D37" w:rsidRPr="00E457BB" w14:paraId="0F8411AB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56CABFB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IFIT2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50E962E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BA40C98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CCCAGCAATTCAGGTGTAACA</w:t>
            </w:r>
          </w:p>
        </w:tc>
      </w:tr>
      <w:tr w:rsidR="009F6D37" w:rsidRPr="00E457BB" w14:paraId="1CA6EBD3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A676B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24D054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58E06F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ACAAGGCCATCCACCACTTAT</w:t>
            </w:r>
          </w:p>
        </w:tc>
      </w:tr>
      <w:tr w:rsidR="009F6D37" w:rsidRPr="00E457BB" w14:paraId="1AB2C71C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AB1CDE6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IFNγ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34DF00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15BD2CC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CGACCTCGAAACAGCATCTG</w:t>
            </w:r>
          </w:p>
        </w:tc>
      </w:tr>
      <w:tr w:rsidR="009F6D37" w:rsidRPr="00E457BB" w14:paraId="41304696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78D3F55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0C388A1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5D5FC8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GAAGGAGATGACTTCGAAAAGC</w:t>
            </w:r>
          </w:p>
        </w:tc>
      </w:tr>
      <w:tr w:rsidR="009F6D37" w:rsidRPr="00E457BB" w14:paraId="7B8E89B0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410B48B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TRIM22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FEB2059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A44C6E1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TTGGAAACAGATTTTGGCTTC</w:t>
            </w:r>
          </w:p>
        </w:tc>
      </w:tr>
      <w:tr w:rsidR="009F6D37" w:rsidRPr="00E457BB" w14:paraId="5E96FF3B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64530FB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74D364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7DE84BC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GGTTGAGGGGATCGTCAGTA</w:t>
            </w:r>
          </w:p>
        </w:tc>
      </w:tr>
      <w:tr w:rsidR="009F6D37" w:rsidRPr="00E457BB" w14:paraId="7D64E448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25D9A64" w14:textId="0C37DF7F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D71D44">
              <w:rPr>
                <w:rFonts w:eastAsia="Times New Roman" w:cs="Arial"/>
                <w:i/>
                <w:iCs/>
                <w:lang w:eastAsia="es-ES"/>
              </w:rPr>
              <w:t>IL</w:t>
            </w:r>
            <w:r w:rsidR="00D71D44" w:rsidRPr="00D71D44">
              <w:rPr>
                <w:rFonts w:eastAsia="Times New Roman" w:cs="Arial"/>
                <w:i/>
                <w:iCs/>
                <w:lang w:eastAsia="es-ES"/>
              </w:rPr>
              <w:t>1</w:t>
            </w:r>
            <w:r w:rsidRPr="00D71D44">
              <w:rPr>
                <w:rFonts w:eastAsia="Times New Roman" w:cs="Arial"/>
                <w:i/>
                <w:iCs/>
                <w:lang w:eastAsia="es-ES"/>
              </w:rPr>
              <w:t>8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BF8BF8C" w14:textId="77777777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D71D44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0D95A2B" w14:textId="77777777" w:rsidR="009F6D37" w:rsidRPr="00D71D44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D71D44">
              <w:rPr>
                <w:rFonts w:eastAsia="Times New Roman" w:cs="Arial"/>
                <w:lang w:eastAsia="es-ES"/>
              </w:rPr>
              <w:t>AGCAGACTAGGGTTGCCAGA</w:t>
            </w:r>
          </w:p>
        </w:tc>
      </w:tr>
      <w:tr w:rsidR="009F6D37" w:rsidRPr="00E457BB" w14:paraId="44F3DDD5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9694FF" w14:textId="77777777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DEB16A" w14:textId="77777777" w:rsidR="009F6D37" w:rsidRPr="00D71D44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D71D44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B48DA84" w14:textId="77777777" w:rsidR="009F6D37" w:rsidRPr="00D71D44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D71D44">
              <w:rPr>
                <w:rFonts w:eastAsia="Times New Roman" w:cs="Arial"/>
                <w:lang w:eastAsia="es-ES"/>
              </w:rPr>
              <w:t>GTAGGGTTGCCAGATGCAAT</w:t>
            </w:r>
          </w:p>
        </w:tc>
      </w:tr>
      <w:tr w:rsidR="009F6D37" w:rsidRPr="00E457BB" w14:paraId="64AB9FDF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A921316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  <w:r w:rsidRPr="00E457BB">
              <w:rPr>
                <w:rFonts w:eastAsia="Times New Roman" w:cs="Arial"/>
                <w:i/>
                <w:iCs/>
                <w:lang w:eastAsia="es-ES"/>
              </w:rPr>
              <w:t>IL12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0F3239C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Forward</w:t>
            </w:r>
          </w:p>
        </w:tc>
        <w:tc>
          <w:tcPr>
            <w:tcW w:w="3821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AA9F1BC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AACTGGCGTTGGAAGCACGG</w:t>
            </w:r>
          </w:p>
        </w:tc>
      </w:tr>
      <w:tr w:rsidR="009F6D37" w:rsidRPr="00E457BB" w14:paraId="0095D835" w14:textId="77777777" w:rsidTr="00D01766">
        <w:trPr>
          <w:trHeight w:val="110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21217A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lang w:eastAsia="es-ES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D0E1BA3" w14:textId="77777777" w:rsidR="009F6D37" w:rsidRPr="00E457BB" w:rsidRDefault="009F6D37" w:rsidP="00AD1A19">
            <w:pPr>
              <w:spacing w:after="0" w:line="240" w:lineRule="auto"/>
              <w:jc w:val="center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Reverse</w:t>
            </w:r>
          </w:p>
        </w:tc>
        <w:tc>
          <w:tcPr>
            <w:tcW w:w="382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1471FA5" w14:textId="77777777" w:rsidR="009F6D37" w:rsidRPr="00E457BB" w:rsidRDefault="009F6D37" w:rsidP="00AD1A19">
            <w:pPr>
              <w:spacing w:after="0" w:line="240" w:lineRule="auto"/>
              <w:rPr>
                <w:rFonts w:eastAsia="Times New Roman" w:cs="Arial"/>
                <w:lang w:eastAsia="es-ES"/>
              </w:rPr>
            </w:pPr>
            <w:r w:rsidRPr="00E457BB">
              <w:rPr>
                <w:rFonts w:eastAsia="Times New Roman" w:cs="Arial"/>
                <w:lang w:eastAsia="es-ES"/>
              </w:rPr>
              <w:t>GAACACATGCCCACTTGCTG</w:t>
            </w:r>
          </w:p>
        </w:tc>
      </w:tr>
    </w:tbl>
    <w:p w14:paraId="027647A0" w14:textId="4993CDD9" w:rsidR="009F6D37" w:rsidRPr="007C12E7" w:rsidRDefault="009F6D37" w:rsidP="00D01766">
      <w:pPr>
        <w:spacing w:before="120" w:after="0" w:line="240" w:lineRule="auto"/>
        <w:ind w:left="-709"/>
        <w:jc w:val="both"/>
        <w:rPr>
          <w:rFonts w:eastAsia="Times New Roman" w:cs="Arial"/>
          <w:lang w:eastAsia="es-ES"/>
        </w:rPr>
      </w:pPr>
    </w:p>
    <w:p w14:paraId="0EA66B1E" w14:textId="77777777" w:rsidR="009F6D37" w:rsidRPr="007C12E7" w:rsidRDefault="009F6D37" w:rsidP="00D01766">
      <w:pPr>
        <w:ind w:left="-709"/>
        <w:jc w:val="both"/>
        <w:rPr>
          <w:rFonts w:cs="Arial"/>
          <w:b/>
          <w:bCs/>
          <w:sz w:val="24"/>
          <w:szCs w:val="24"/>
        </w:rPr>
      </w:pPr>
    </w:p>
    <w:p w14:paraId="216814E6" w14:textId="77777777" w:rsidR="009F6D37" w:rsidRPr="007C12E7" w:rsidRDefault="009F6D37" w:rsidP="00D01766">
      <w:pPr>
        <w:ind w:left="-709"/>
        <w:jc w:val="both"/>
        <w:rPr>
          <w:rFonts w:cs="Arial"/>
          <w:b/>
          <w:bCs/>
          <w:sz w:val="24"/>
          <w:szCs w:val="24"/>
        </w:rPr>
      </w:pPr>
    </w:p>
    <w:p w14:paraId="30F69279" w14:textId="77777777" w:rsidR="009F6D37" w:rsidRPr="007C12E7" w:rsidRDefault="009F6D37" w:rsidP="00D01766">
      <w:pPr>
        <w:ind w:left="-709"/>
        <w:rPr>
          <w:rFonts w:cs="Arial"/>
          <w:b/>
          <w:bCs/>
          <w:sz w:val="24"/>
          <w:szCs w:val="24"/>
        </w:rPr>
      </w:pPr>
    </w:p>
    <w:p w14:paraId="74B3CFBA" w14:textId="77777777" w:rsidR="001C7939" w:rsidRDefault="001C7939" w:rsidP="001C7939">
      <w:pPr>
        <w:ind w:left="-709"/>
        <w:rPr>
          <w:b/>
          <w:sz w:val="18"/>
          <w:szCs w:val="18"/>
        </w:rPr>
      </w:pPr>
    </w:p>
    <w:sectPr w:rsidR="001C7939" w:rsidSect="0051274E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0B0"/>
    <w:rsid w:val="00034616"/>
    <w:rsid w:val="0006063C"/>
    <w:rsid w:val="000930D8"/>
    <w:rsid w:val="00112EA8"/>
    <w:rsid w:val="0015074B"/>
    <w:rsid w:val="001C7939"/>
    <w:rsid w:val="0029639D"/>
    <w:rsid w:val="00312880"/>
    <w:rsid w:val="00326F90"/>
    <w:rsid w:val="0033215C"/>
    <w:rsid w:val="00342968"/>
    <w:rsid w:val="00461E96"/>
    <w:rsid w:val="004E5E2F"/>
    <w:rsid w:val="004F2373"/>
    <w:rsid w:val="0051274E"/>
    <w:rsid w:val="0052236C"/>
    <w:rsid w:val="00540E1C"/>
    <w:rsid w:val="005439BB"/>
    <w:rsid w:val="006348C7"/>
    <w:rsid w:val="006E2C8B"/>
    <w:rsid w:val="00705B73"/>
    <w:rsid w:val="0078184B"/>
    <w:rsid w:val="0080303C"/>
    <w:rsid w:val="008453D9"/>
    <w:rsid w:val="00857AF7"/>
    <w:rsid w:val="00864246"/>
    <w:rsid w:val="008E7FDC"/>
    <w:rsid w:val="00906239"/>
    <w:rsid w:val="00913AC8"/>
    <w:rsid w:val="009431E1"/>
    <w:rsid w:val="009664A2"/>
    <w:rsid w:val="009A5D89"/>
    <w:rsid w:val="009E0968"/>
    <w:rsid w:val="009E6CD7"/>
    <w:rsid w:val="009F6D37"/>
    <w:rsid w:val="00A77F9C"/>
    <w:rsid w:val="00AA1D8D"/>
    <w:rsid w:val="00AB7A16"/>
    <w:rsid w:val="00AD1A19"/>
    <w:rsid w:val="00B202AD"/>
    <w:rsid w:val="00B36785"/>
    <w:rsid w:val="00B47730"/>
    <w:rsid w:val="00BC2AD5"/>
    <w:rsid w:val="00BD11A7"/>
    <w:rsid w:val="00BD3216"/>
    <w:rsid w:val="00BF6809"/>
    <w:rsid w:val="00C05F69"/>
    <w:rsid w:val="00C5116F"/>
    <w:rsid w:val="00CB0664"/>
    <w:rsid w:val="00D01766"/>
    <w:rsid w:val="00D20D5E"/>
    <w:rsid w:val="00D2411F"/>
    <w:rsid w:val="00D35013"/>
    <w:rsid w:val="00D61D5C"/>
    <w:rsid w:val="00D71D44"/>
    <w:rsid w:val="00EC0F8F"/>
    <w:rsid w:val="00EF1BB0"/>
    <w:rsid w:val="00F05F03"/>
    <w:rsid w:val="00F232C1"/>
    <w:rsid w:val="00F2556D"/>
    <w:rsid w:val="00F46171"/>
    <w:rsid w:val="00F56454"/>
    <w:rsid w:val="00F83D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0CF7B"/>
  <w14:defaultImageDpi w14:val="300"/>
  <w15:docId w15:val="{E5CC0201-B937-49DA-9003-4B6F0DDA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BD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11A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6348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348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348C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48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348C7"/>
    <w:rPr>
      <w:rFonts w:ascii="Arial" w:hAnsi="Arial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12880"/>
    <w:pPr>
      <w:spacing w:after="0" w:line="240" w:lineRule="auto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8F8454-03AD-40F2-AB7A-CA69D7C1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1266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Nairobi</cp:lastModifiedBy>
  <cp:revision>3</cp:revision>
  <cp:lastPrinted>2026-06-26T12:50:00Z</cp:lastPrinted>
  <dcterms:created xsi:type="dcterms:W3CDTF">2026-07-02T09:50:00Z</dcterms:created>
  <dcterms:modified xsi:type="dcterms:W3CDTF">2026-07-02T11:07:00Z</dcterms:modified>
</cp:coreProperties>
</file>