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9461" w14:textId="77777777" w:rsidR="00C7272B" w:rsidRDefault="00000000">
      <w:pPr>
        <w:jc w:val="center"/>
      </w:pPr>
      <w:r>
        <w:rPr>
          <w:b/>
          <w:sz w:val="28"/>
        </w:rPr>
        <w:t>Supplementary material</w:t>
      </w:r>
    </w:p>
    <w:p w14:paraId="4123389C" w14:textId="77777777" w:rsidR="00C7272B" w:rsidRDefault="00000000">
      <w:pPr>
        <w:jc w:val="center"/>
      </w:pPr>
      <w:r>
        <w:rPr>
          <w:i/>
          <w:sz w:val="20"/>
        </w:rPr>
        <w:t>Joint pain-depression burden profiles and subsequent ADL disability in older adults with arthritis: a five-cohort population-based study</w:t>
      </w:r>
    </w:p>
    <w:p w14:paraId="7F3F9DAC" w14:textId="77777777" w:rsidR="00C7272B" w:rsidRDefault="00000000" w:rsidP="008A7600">
      <w:pPr>
        <w:pStyle w:val="af7"/>
      </w:pPr>
      <w:r>
        <w:rPr>
          <w:b/>
        </w:rPr>
        <w:t>Table S0. Cross-cohort harmonization of entry criteria, included waves, pain, depression and ADL definitions.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1D63879A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4690C9FE" w14:textId="77777777" w:rsidR="00C7272B" w:rsidRDefault="00000000">
            <w:r>
              <w:rPr>
                <w:b/>
                <w:sz w:val="16"/>
              </w:rPr>
              <w:t>Cohort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3BA1EE83" w14:textId="77777777" w:rsidR="00C7272B" w:rsidRDefault="00000000">
            <w:r>
              <w:rPr>
                <w:b/>
                <w:sz w:val="16"/>
              </w:rPr>
              <w:t>Included waves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E47FE3E" w14:textId="77777777" w:rsidR="00C7272B" w:rsidRDefault="00000000">
            <w:r>
              <w:rPr>
                <w:b/>
                <w:sz w:val="16"/>
              </w:rPr>
              <w:t>Arthritis and age entry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3AF16485" w14:textId="77777777" w:rsidR="00C7272B" w:rsidRDefault="00000000">
            <w:r>
              <w:rPr>
                <w:b/>
                <w:sz w:val="16"/>
              </w:rPr>
              <w:t>Pain definition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59AA0D8B" w14:textId="77777777" w:rsidR="00C7272B" w:rsidRDefault="00000000">
            <w:r>
              <w:rPr>
                <w:b/>
                <w:sz w:val="16"/>
              </w:rPr>
              <w:t>Depression measure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6BD6756B" w14:textId="77777777" w:rsidR="00C7272B" w:rsidRDefault="00000000">
            <w:r>
              <w:rPr>
                <w:b/>
                <w:sz w:val="16"/>
              </w:rPr>
              <w:t>ADL definition</w:t>
            </w:r>
          </w:p>
        </w:tc>
      </w:tr>
      <w:tr w:rsidR="00C7272B" w14:paraId="585D73AE" w14:textId="77777777">
        <w:tc>
          <w:tcPr>
            <w:tcW w:w="1440" w:type="dxa"/>
          </w:tcPr>
          <w:p w14:paraId="0E55F0FF" w14:textId="77777777" w:rsidR="00C7272B" w:rsidRDefault="00000000">
            <w:r>
              <w:rPr>
                <w:sz w:val="14"/>
              </w:rPr>
              <w:t>HRS</w:t>
            </w:r>
          </w:p>
        </w:tc>
        <w:tc>
          <w:tcPr>
            <w:tcW w:w="1440" w:type="dxa"/>
          </w:tcPr>
          <w:p w14:paraId="120B1625" w14:textId="77777777" w:rsidR="00C7272B" w:rsidRDefault="00000000">
            <w:r>
              <w:rPr>
                <w:sz w:val="14"/>
              </w:rPr>
              <w:t>2004, 2006, 2008, 2010, 2012</w:t>
            </w:r>
          </w:p>
        </w:tc>
        <w:tc>
          <w:tcPr>
            <w:tcW w:w="1440" w:type="dxa"/>
          </w:tcPr>
          <w:p w14:paraId="4E5D4310" w14:textId="77777777" w:rsidR="00C7272B" w:rsidRDefault="00000000">
            <w:r>
              <w:rPr>
                <w:sz w:val="14"/>
              </w:rPr>
              <w:t>R7ARTHRE=1 and R7AGEY_B&gt;=50 at baseline</w:t>
            </w:r>
          </w:p>
        </w:tc>
        <w:tc>
          <w:tcPr>
            <w:tcW w:w="1440" w:type="dxa"/>
          </w:tcPr>
          <w:p w14:paraId="6AE28A70" w14:textId="77777777" w:rsidR="00C7272B" w:rsidRDefault="00000000">
            <w:r>
              <w:rPr>
                <w:sz w:val="14"/>
              </w:rPr>
              <w:t>Derived psev from C104/C105; any pain=psev&gt;=1</w:t>
            </w:r>
          </w:p>
        </w:tc>
        <w:tc>
          <w:tcPr>
            <w:tcW w:w="1440" w:type="dxa"/>
          </w:tcPr>
          <w:p w14:paraId="0FE5CB6C" w14:textId="77777777" w:rsidR="00C7272B" w:rsidRDefault="00000000">
            <w:r>
              <w:rPr>
                <w:sz w:val="14"/>
              </w:rPr>
              <w:t>RAND CES-D-8</w:t>
            </w:r>
          </w:p>
        </w:tc>
        <w:tc>
          <w:tcPr>
            <w:tcW w:w="1440" w:type="dxa"/>
          </w:tcPr>
          <w:p w14:paraId="7DB9B4E3" w14:textId="77777777" w:rsidR="00C7272B" w:rsidRDefault="00000000">
            <w:r>
              <w:rPr>
                <w:sz w:val="14"/>
              </w:rPr>
              <w:t>RAND ADL5A, 0-5 limitations; Any-ADL&gt;=1</w:t>
            </w:r>
          </w:p>
        </w:tc>
      </w:tr>
      <w:tr w:rsidR="00C7272B" w14:paraId="38DCA4B7" w14:textId="77777777">
        <w:tc>
          <w:tcPr>
            <w:tcW w:w="1440" w:type="dxa"/>
          </w:tcPr>
          <w:p w14:paraId="142BC6EF" w14:textId="77777777" w:rsidR="00C7272B" w:rsidRDefault="00000000">
            <w:r>
              <w:rPr>
                <w:sz w:val="14"/>
              </w:rPr>
              <w:t>SHARE</w:t>
            </w:r>
          </w:p>
        </w:tc>
        <w:tc>
          <w:tcPr>
            <w:tcW w:w="1440" w:type="dxa"/>
          </w:tcPr>
          <w:p w14:paraId="6E7B87CD" w14:textId="77777777" w:rsidR="00C7272B" w:rsidRDefault="00000000">
            <w:r>
              <w:rPr>
                <w:sz w:val="14"/>
              </w:rPr>
              <w:t>Source waves 1, 2, 4, 5, 6</w:t>
            </w:r>
          </w:p>
        </w:tc>
        <w:tc>
          <w:tcPr>
            <w:tcW w:w="1440" w:type="dxa"/>
          </w:tcPr>
          <w:p w14:paraId="1415C088" w14:textId="77777777" w:rsidR="00C7272B" w:rsidRDefault="00000000">
            <w:r>
              <w:rPr>
                <w:sz w:val="14"/>
              </w:rPr>
              <w:t>Baseline arthritis indicator and age&gt;=50 in source wave 1</w:t>
            </w:r>
          </w:p>
        </w:tc>
        <w:tc>
          <w:tcPr>
            <w:tcW w:w="1440" w:type="dxa"/>
          </w:tcPr>
          <w:p w14:paraId="2187DB07" w14:textId="77777777" w:rsidR="00C7272B" w:rsidRDefault="00000000">
            <w:r>
              <w:rPr>
                <w:sz w:val="14"/>
              </w:rPr>
              <w:t>Source waves 1, 2, 4: pain_s=1; source waves 5, 6: painlv&gt;=1</w:t>
            </w:r>
          </w:p>
        </w:tc>
        <w:tc>
          <w:tcPr>
            <w:tcW w:w="1440" w:type="dxa"/>
          </w:tcPr>
          <w:p w14:paraId="73EA692A" w14:textId="77777777" w:rsidR="00C7272B" w:rsidRDefault="00000000">
            <w:r>
              <w:rPr>
                <w:sz w:val="14"/>
              </w:rPr>
              <w:t>EURO-D (0-12)</w:t>
            </w:r>
          </w:p>
        </w:tc>
        <w:tc>
          <w:tcPr>
            <w:tcW w:w="1440" w:type="dxa"/>
          </w:tcPr>
          <w:p w14:paraId="02D1775C" w14:textId="77777777" w:rsidR="00C7272B" w:rsidRDefault="00000000">
            <w:r>
              <w:rPr>
                <w:sz w:val="14"/>
              </w:rPr>
              <w:t>Harmonized basic ADL count, 0-3; Any-ADL&gt;=1</w:t>
            </w:r>
          </w:p>
        </w:tc>
      </w:tr>
      <w:tr w:rsidR="00C7272B" w14:paraId="095040E4" w14:textId="77777777">
        <w:tc>
          <w:tcPr>
            <w:tcW w:w="1440" w:type="dxa"/>
          </w:tcPr>
          <w:p w14:paraId="03A7E557" w14:textId="77777777" w:rsidR="00C7272B" w:rsidRDefault="00000000">
            <w:r>
              <w:rPr>
                <w:sz w:val="14"/>
              </w:rPr>
              <w:t>ELSA</w:t>
            </w:r>
          </w:p>
        </w:tc>
        <w:tc>
          <w:tcPr>
            <w:tcW w:w="1440" w:type="dxa"/>
          </w:tcPr>
          <w:p w14:paraId="5B15F174" w14:textId="77777777" w:rsidR="00C7272B" w:rsidRDefault="00000000">
            <w:r>
              <w:rPr>
                <w:sz w:val="14"/>
              </w:rPr>
              <w:t>2002, 2004, 2006, 2008, 2010</w:t>
            </w:r>
          </w:p>
        </w:tc>
        <w:tc>
          <w:tcPr>
            <w:tcW w:w="1440" w:type="dxa"/>
          </w:tcPr>
          <w:p w14:paraId="73DCC77A" w14:textId="77777777" w:rsidR="00C7272B" w:rsidRDefault="00000000">
            <w:r>
              <w:rPr>
                <w:sz w:val="14"/>
              </w:rPr>
              <w:t>r1arthre=1 and r1agey&gt;=50 at baseline</w:t>
            </w:r>
          </w:p>
        </w:tc>
        <w:tc>
          <w:tcPr>
            <w:tcW w:w="1440" w:type="dxa"/>
          </w:tcPr>
          <w:p w14:paraId="77DD9970" w14:textId="77777777" w:rsidR="00C7272B" w:rsidRDefault="00000000">
            <w:r>
              <w:rPr>
                <w:sz w:val="14"/>
              </w:rPr>
              <w:t>r{w}painfr=1</w:t>
            </w:r>
          </w:p>
        </w:tc>
        <w:tc>
          <w:tcPr>
            <w:tcW w:w="1440" w:type="dxa"/>
          </w:tcPr>
          <w:p w14:paraId="0B54634A" w14:textId="77777777" w:rsidR="00C7272B" w:rsidRDefault="00000000">
            <w:r>
              <w:rPr>
                <w:sz w:val="14"/>
              </w:rPr>
              <w:t>CES-D continuous score</w:t>
            </w:r>
          </w:p>
        </w:tc>
        <w:tc>
          <w:tcPr>
            <w:tcW w:w="1440" w:type="dxa"/>
          </w:tcPr>
          <w:p w14:paraId="3F71BC44" w14:textId="77777777" w:rsidR="00C7272B" w:rsidRDefault="00000000">
            <w:r>
              <w:rPr>
                <w:sz w:val="14"/>
              </w:rPr>
              <w:t>Harmonized basic ADL count, 0-3; Any-ADL&gt;=1</w:t>
            </w:r>
          </w:p>
        </w:tc>
      </w:tr>
      <w:tr w:rsidR="00C7272B" w14:paraId="3409F508" w14:textId="77777777">
        <w:tc>
          <w:tcPr>
            <w:tcW w:w="1440" w:type="dxa"/>
          </w:tcPr>
          <w:p w14:paraId="66D6298B" w14:textId="77777777" w:rsidR="00C7272B" w:rsidRDefault="00000000">
            <w:r>
              <w:rPr>
                <w:sz w:val="14"/>
              </w:rPr>
              <w:t>CHARLS</w:t>
            </w:r>
          </w:p>
        </w:tc>
        <w:tc>
          <w:tcPr>
            <w:tcW w:w="1440" w:type="dxa"/>
          </w:tcPr>
          <w:p w14:paraId="4104949C" w14:textId="77777777" w:rsidR="00C7272B" w:rsidRDefault="00000000">
            <w:r>
              <w:rPr>
                <w:sz w:val="14"/>
              </w:rPr>
              <w:t>2013, 2015, 2018, 2020</w:t>
            </w:r>
          </w:p>
        </w:tc>
        <w:tc>
          <w:tcPr>
            <w:tcW w:w="1440" w:type="dxa"/>
          </w:tcPr>
          <w:p w14:paraId="67C5F9B7" w14:textId="77777777" w:rsidR="00C7272B" w:rsidRDefault="00000000">
            <w:r>
              <w:rPr>
                <w:sz w:val="14"/>
              </w:rPr>
              <w:t>2013 r2arthre=1 and r2agey&gt;=50</w:t>
            </w:r>
          </w:p>
        </w:tc>
        <w:tc>
          <w:tcPr>
            <w:tcW w:w="1440" w:type="dxa"/>
          </w:tcPr>
          <w:p w14:paraId="3109C18A" w14:textId="77777777" w:rsidR="00C7272B" w:rsidRDefault="00000000">
            <w:r>
              <w:rPr>
                <w:sz w:val="14"/>
              </w:rPr>
              <w:t>Validated binary pain_flag from the authorized harmonized analysis panel</w:t>
            </w:r>
          </w:p>
        </w:tc>
        <w:tc>
          <w:tcPr>
            <w:tcW w:w="1440" w:type="dxa"/>
          </w:tcPr>
          <w:p w14:paraId="5E529FBA" w14:textId="77777777" w:rsidR="00C7272B" w:rsidRDefault="00000000">
            <w:r>
              <w:rPr>
                <w:sz w:val="14"/>
              </w:rPr>
              <w:t>CES-D-6 continuous score</w:t>
            </w:r>
          </w:p>
        </w:tc>
        <w:tc>
          <w:tcPr>
            <w:tcW w:w="1440" w:type="dxa"/>
          </w:tcPr>
          <w:p w14:paraId="22C67F2F" w14:textId="77777777" w:rsidR="00C7272B" w:rsidRDefault="00000000">
            <w:r>
              <w:rPr>
                <w:sz w:val="14"/>
              </w:rPr>
              <w:t>Five reconstructed basic ADL items; count 0-5; Any-ADL&gt;=1</w:t>
            </w:r>
          </w:p>
        </w:tc>
      </w:tr>
      <w:tr w:rsidR="00C7272B" w14:paraId="4966B3D0" w14:textId="77777777">
        <w:tc>
          <w:tcPr>
            <w:tcW w:w="1440" w:type="dxa"/>
          </w:tcPr>
          <w:p w14:paraId="7D0A0E44" w14:textId="77777777" w:rsidR="00C7272B" w:rsidRDefault="00000000">
            <w:r>
              <w:rPr>
                <w:sz w:val="14"/>
              </w:rPr>
              <w:t>MHAS</w:t>
            </w:r>
          </w:p>
        </w:tc>
        <w:tc>
          <w:tcPr>
            <w:tcW w:w="1440" w:type="dxa"/>
          </w:tcPr>
          <w:p w14:paraId="05D24928" w14:textId="77777777" w:rsidR="00C7272B" w:rsidRDefault="00000000">
            <w:r>
              <w:rPr>
                <w:sz w:val="14"/>
              </w:rPr>
              <w:t>2012, 2015, 2018, 2021, 2024</w:t>
            </w:r>
          </w:p>
        </w:tc>
        <w:tc>
          <w:tcPr>
            <w:tcW w:w="1440" w:type="dxa"/>
          </w:tcPr>
          <w:p w14:paraId="6F4D4025" w14:textId="77777777" w:rsidR="00C7272B" w:rsidRDefault="00000000">
            <w:r>
              <w:rPr>
                <w:sz w:val="14"/>
              </w:rPr>
              <w:t>2012 c32=1 and age&gt;=50 at baseline</w:t>
            </w:r>
          </w:p>
        </w:tc>
        <w:tc>
          <w:tcPr>
            <w:tcW w:w="1440" w:type="dxa"/>
          </w:tcPr>
          <w:p w14:paraId="01A2C9A0" w14:textId="77777777" w:rsidR="00C7272B" w:rsidRDefault="00000000">
            <w:r>
              <w:rPr>
                <w:sz w:val="14"/>
              </w:rPr>
              <w:t>c45_{wave}=1</w:t>
            </w:r>
          </w:p>
        </w:tc>
        <w:tc>
          <w:tcPr>
            <w:tcW w:w="1440" w:type="dxa"/>
          </w:tcPr>
          <w:p w14:paraId="5D1DAE1B" w14:textId="77777777" w:rsidR="00C7272B" w:rsidRDefault="00000000">
            <w:r>
              <w:rPr>
                <w:sz w:val="14"/>
              </w:rPr>
              <w:t>CES-D-9 sum score</w:t>
            </w:r>
          </w:p>
        </w:tc>
        <w:tc>
          <w:tcPr>
            <w:tcW w:w="1440" w:type="dxa"/>
          </w:tcPr>
          <w:p w14:paraId="56AD1760" w14:textId="77777777" w:rsidR="00C7272B" w:rsidRDefault="00000000">
            <w:r>
              <w:rPr>
                <w:sz w:val="14"/>
              </w:rPr>
              <w:t>Five basic ADL items; count 0-5; Any-ADL&gt;=1</w:t>
            </w:r>
          </w:p>
        </w:tc>
      </w:tr>
    </w:tbl>
    <w:p w14:paraId="040D08A9" w14:textId="77777777" w:rsidR="00C7272B" w:rsidRDefault="00000000">
      <w:r>
        <w:rPr>
          <w:i/>
          <w:sz w:val="16"/>
        </w:rPr>
        <w:t>Pain was harmonized as a binary indicator within each cohort. Depression scores were retained on their native scales and standardized within cohort and wave before profile modelling. The CHARLS pain_flag was inherited from the authorized harmonized analysis panel; its source provenance should be retained with the local data-use record.</w:t>
      </w:r>
    </w:p>
    <w:p w14:paraId="0311E38F" w14:textId="77777777" w:rsidR="00C7272B" w:rsidRDefault="00C7272B"/>
    <w:p w14:paraId="6053A636" w14:textId="77777777" w:rsidR="00C7272B" w:rsidRDefault="00000000" w:rsidP="008A7600">
      <w:pPr>
        <w:pStyle w:val="af7"/>
      </w:pPr>
      <w:r>
        <w:rPr>
          <w:b/>
        </w:rPr>
        <w:t>Table S1. HRS — baseline characteristics of trajectory classes.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48"/>
        <w:gridCol w:w="1234"/>
      </w:tblGrid>
      <w:tr w:rsidR="00C7272B" w14:paraId="58C63345" w14:textId="77777777">
        <w:tc>
          <w:tcPr>
            <w:tcW w:w="1234" w:type="dxa"/>
            <w:tcBorders>
              <w:bottom w:val="single" w:sz="8" w:space="0" w:color="000000"/>
            </w:tcBorders>
          </w:tcPr>
          <w:p w14:paraId="041C477B" w14:textId="77777777" w:rsidR="00C7272B" w:rsidRDefault="00000000">
            <w:r>
              <w:rPr>
                <w:b/>
                <w:sz w:val="16"/>
              </w:rPr>
              <w:t>Trajectory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4BEEE657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27077B56" w14:textId="77777777" w:rsidR="00C7272B" w:rsidRDefault="00000000">
            <w:r>
              <w:rPr>
                <w:b/>
                <w:sz w:val="16"/>
              </w:rPr>
              <w:t>Age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65136303" w14:textId="77777777" w:rsidR="00C7272B" w:rsidRDefault="00000000">
            <w:r>
              <w:rPr>
                <w:b/>
                <w:sz w:val="16"/>
              </w:rPr>
              <w:t>Female_pct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33CA62F3" w14:textId="77777777" w:rsidR="00C7272B" w:rsidRDefault="00000000">
            <w:r>
              <w:rPr>
                <w:b/>
                <w:sz w:val="16"/>
              </w:rPr>
              <w:t>Pain_w1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7642DD97" w14:textId="77777777" w:rsidR="00C7272B" w:rsidRDefault="00000000">
            <w:r>
              <w:rPr>
                <w:b/>
                <w:sz w:val="16"/>
              </w:rPr>
              <w:t>Depression_w1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7E3BD779" w14:textId="77777777" w:rsidR="00C7272B" w:rsidRDefault="00000000">
            <w:r>
              <w:rPr>
                <w:b/>
                <w:sz w:val="16"/>
              </w:rPr>
              <w:t>ADL_w1</w:t>
            </w:r>
          </w:p>
        </w:tc>
      </w:tr>
      <w:tr w:rsidR="00C7272B" w14:paraId="2196C858" w14:textId="77777777">
        <w:tc>
          <w:tcPr>
            <w:tcW w:w="1234" w:type="dxa"/>
          </w:tcPr>
          <w:p w14:paraId="46A9B0B6" w14:textId="77777777" w:rsidR="00C7272B" w:rsidRDefault="00000000">
            <w:r>
              <w:rPr>
                <w:sz w:val="16"/>
              </w:rPr>
              <w:t>Highest composite burden</w:t>
            </w:r>
          </w:p>
        </w:tc>
        <w:tc>
          <w:tcPr>
            <w:tcW w:w="1234" w:type="dxa"/>
          </w:tcPr>
          <w:p w14:paraId="76ED1D5E" w14:textId="77777777" w:rsidR="00C7272B" w:rsidRDefault="00000000">
            <w:r>
              <w:rPr>
                <w:sz w:val="16"/>
              </w:rPr>
              <w:t>523</w:t>
            </w:r>
          </w:p>
        </w:tc>
        <w:tc>
          <w:tcPr>
            <w:tcW w:w="1234" w:type="dxa"/>
          </w:tcPr>
          <w:p w14:paraId="018C8488" w14:textId="77777777" w:rsidR="00C7272B" w:rsidRDefault="00000000">
            <w:r>
              <w:rPr>
                <w:sz w:val="16"/>
              </w:rPr>
              <w:t>63.19</w:t>
            </w:r>
          </w:p>
        </w:tc>
        <w:tc>
          <w:tcPr>
            <w:tcW w:w="1234" w:type="dxa"/>
          </w:tcPr>
          <w:p w14:paraId="06C4FFBF" w14:textId="77777777" w:rsidR="00C7272B" w:rsidRDefault="00000000">
            <w:r>
              <w:rPr>
                <w:sz w:val="16"/>
              </w:rPr>
              <w:t>0.74</w:t>
            </w:r>
          </w:p>
        </w:tc>
        <w:tc>
          <w:tcPr>
            <w:tcW w:w="1234" w:type="dxa"/>
          </w:tcPr>
          <w:p w14:paraId="4E93E78D" w14:textId="77777777" w:rsidR="00C7272B" w:rsidRDefault="00000000">
            <w:r>
              <w:rPr>
                <w:sz w:val="16"/>
              </w:rPr>
              <w:t>0.75</w:t>
            </w:r>
          </w:p>
        </w:tc>
        <w:tc>
          <w:tcPr>
            <w:tcW w:w="1234" w:type="dxa"/>
          </w:tcPr>
          <w:p w14:paraId="1B26F52A" w14:textId="77777777" w:rsidR="00C7272B" w:rsidRDefault="00000000">
            <w:r>
              <w:rPr>
                <w:sz w:val="16"/>
              </w:rPr>
              <w:t>2.74</w:t>
            </w:r>
          </w:p>
        </w:tc>
        <w:tc>
          <w:tcPr>
            <w:tcW w:w="1234" w:type="dxa"/>
          </w:tcPr>
          <w:p w14:paraId="4097FB77" w14:textId="77777777" w:rsidR="00C7272B" w:rsidRDefault="00000000">
            <w:r>
              <w:rPr>
                <w:sz w:val="16"/>
              </w:rPr>
              <w:t>0.7</w:t>
            </w:r>
          </w:p>
        </w:tc>
      </w:tr>
      <w:tr w:rsidR="00C7272B" w14:paraId="64ED6841" w14:textId="77777777">
        <w:tc>
          <w:tcPr>
            <w:tcW w:w="1234" w:type="dxa"/>
          </w:tcPr>
          <w:p w14:paraId="30908FB7" w14:textId="77777777" w:rsidR="00C7272B" w:rsidRDefault="00000000">
            <w:r>
              <w:rPr>
                <w:sz w:val="16"/>
              </w:rPr>
              <w:t>Intermediate</w:t>
            </w:r>
          </w:p>
        </w:tc>
        <w:tc>
          <w:tcPr>
            <w:tcW w:w="1234" w:type="dxa"/>
          </w:tcPr>
          <w:p w14:paraId="34E63EB7" w14:textId="77777777" w:rsidR="00C7272B" w:rsidRDefault="00000000">
            <w:r>
              <w:rPr>
                <w:sz w:val="16"/>
              </w:rPr>
              <w:t>394</w:t>
            </w:r>
          </w:p>
        </w:tc>
        <w:tc>
          <w:tcPr>
            <w:tcW w:w="1234" w:type="dxa"/>
          </w:tcPr>
          <w:p w14:paraId="0000C727" w14:textId="77777777" w:rsidR="00C7272B" w:rsidRDefault="00000000">
            <w:r>
              <w:rPr>
                <w:sz w:val="16"/>
              </w:rPr>
              <w:t>67.61</w:t>
            </w:r>
          </w:p>
        </w:tc>
        <w:tc>
          <w:tcPr>
            <w:tcW w:w="1234" w:type="dxa"/>
          </w:tcPr>
          <w:p w14:paraId="38E4E063" w14:textId="77777777" w:rsidR="00C7272B" w:rsidRDefault="00000000">
            <w:r>
              <w:rPr>
                <w:sz w:val="16"/>
              </w:rPr>
              <w:t>0.69</w:t>
            </w:r>
          </w:p>
        </w:tc>
        <w:tc>
          <w:tcPr>
            <w:tcW w:w="1234" w:type="dxa"/>
          </w:tcPr>
          <w:p w14:paraId="3F80F8CD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51D5B8FF" w14:textId="77777777" w:rsidR="00C7272B" w:rsidRDefault="00000000">
            <w:r>
              <w:rPr>
                <w:sz w:val="16"/>
              </w:rPr>
              <w:t>1.48</w:t>
            </w:r>
          </w:p>
        </w:tc>
        <w:tc>
          <w:tcPr>
            <w:tcW w:w="1234" w:type="dxa"/>
          </w:tcPr>
          <w:p w14:paraId="0F26F764" w14:textId="77777777" w:rsidR="00C7272B" w:rsidRDefault="00000000">
            <w:r>
              <w:rPr>
                <w:sz w:val="16"/>
              </w:rPr>
              <w:t>0.13</w:t>
            </w:r>
          </w:p>
        </w:tc>
      </w:tr>
      <w:tr w:rsidR="00C7272B" w14:paraId="0A463861" w14:textId="77777777">
        <w:tc>
          <w:tcPr>
            <w:tcW w:w="1234" w:type="dxa"/>
          </w:tcPr>
          <w:p w14:paraId="02C576E9" w14:textId="77777777" w:rsidR="00C7272B" w:rsidRDefault="00000000">
            <w:r>
              <w:rPr>
                <w:sz w:val="16"/>
              </w:rPr>
              <w:t>Lowest composite burden</w:t>
            </w:r>
          </w:p>
        </w:tc>
        <w:tc>
          <w:tcPr>
            <w:tcW w:w="1234" w:type="dxa"/>
          </w:tcPr>
          <w:p w14:paraId="6C6F6E55" w14:textId="77777777" w:rsidR="00C7272B" w:rsidRDefault="00000000">
            <w:r>
              <w:rPr>
                <w:sz w:val="16"/>
              </w:rPr>
              <w:t>750</w:t>
            </w:r>
          </w:p>
        </w:tc>
        <w:tc>
          <w:tcPr>
            <w:tcW w:w="1234" w:type="dxa"/>
          </w:tcPr>
          <w:p w14:paraId="09E89ABC" w14:textId="77777777" w:rsidR="00C7272B" w:rsidRDefault="00000000">
            <w:r>
              <w:rPr>
                <w:sz w:val="16"/>
              </w:rPr>
              <w:t>66.76</w:t>
            </w:r>
          </w:p>
        </w:tc>
        <w:tc>
          <w:tcPr>
            <w:tcW w:w="1234" w:type="dxa"/>
          </w:tcPr>
          <w:p w14:paraId="3B84DF69" w14:textId="77777777" w:rsidR="00C7272B" w:rsidRDefault="00000000">
            <w:r>
              <w:rPr>
                <w:sz w:val="16"/>
              </w:rPr>
              <w:t>0.66</w:t>
            </w:r>
          </w:p>
        </w:tc>
        <w:tc>
          <w:tcPr>
            <w:tcW w:w="1234" w:type="dxa"/>
          </w:tcPr>
          <w:p w14:paraId="737B9310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66C5B76F" w14:textId="77777777" w:rsidR="00C7272B" w:rsidRDefault="00000000">
            <w:r>
              <w:rPr>
                <w:sz w:val="16"/>
              </w:rPr>
              <w:t>1.02</w:t>
            </w:r>
          </w:p>
        </w:tc>
        <w:tc>
          <w:tcPr>
            <w:tcW w:w="1234" w:type="dxa"/>
          </w:tcPr>
          <w:p w14:paraId="4A1B0972" w14:textId="77777777" w:rsidR="00C7272B" w:rsidRDefault="00000000">
            <w:r>
              <w:rPr>
                <w:sz w:val="16"/>
              </w:rPr>
              <w:t>0.08</w:t>
            </w:r>
          </w:p>
        </w:tc>
      </w:tr>
      <w:tr w:rsidR="00C7272B" w14:paraId="541D5914" w14:textId="77777777">
        <w:tc>
          <w:tcPr>
            <w:tcW w:w="1234" w:type="dxa"/>
          </w:tcPr>
          <w:p w14:paraId="42ED8C2C" w14:textId="77777777" w:rsidR="00C7272B" w:rsidRDefault="00000000">
            <w:r>
              <w:rPr>
                <w:sz w:val="16"/>
              </w:rPr>
              <w:t>Pain-predominant</w:t>
            </w:r>
          </w:p>
        </w:tc>
        <w:tc>
          <w:tcPr>
            <w:tcW w:w="1234" w:type="dxa"/>
          </w:tcPr>
          <w:p w14:paraId="2E2750E6" w14:textId="77777777" w:rsidR="00C7272B" w:rsidRDefault="00000000">
            <w:r>
              <w:rPr>
                <w:sz w:val="16"/>
              </w:rPr>
              <w:t>243</w:t>
            </w:r>
          </w:p>
        </w:tc>
        <w:tc>
          <w:tcPr>
            <w:tcW w:w="1234" w:type="dxa"/>
          </w:tcPr>
          <w:p w14:paraId="35574406" w14:textId="77777777" w:rsidR="00C7272B" w:rsidRDefault="00000000">
            <w:r>
              <w:rPr>
                <w:sz w:val="16"/>
              </w:rPr>
              <w:t>63.51</w:t>
            </w:r>
          </w:p>
        </w:tc>
        <w:tc>
          <w:tcPr>
            <w:tcW w:w="1234" w:type="dxa"/>
          </w:tcPr>
          <w:p w14:paraId="6FD9640E" w14:textId="77777777" w:rsidR="00C7272B" w:rsidRDefault="00000000">
            <w:r>
              <w:rPr>
                <w:sz w:val="16"/>
              </w:rPr>
              <w:t>0.69</w:t>
            </w:r>
          </w:p>
        </w:tc>
        <w:tc>
          <w:tcPr>
            <w:tcW w:w="1234" w:type="dxa"/>
          </w:tcPr>
          <w:p w14:paraId="01E0710A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1A5D3B2A" w14:textId="77777777" w:rsidR="00C7272B" w:rsidRDefault="00000000">
            <w:r>
              <w:rPr>
                <w:sz w:val="16"/>
              </w:rPr>
              <w:t>1.91</w:t>
            </w:r>
          </w:p>
        </w:tc>
        <w:tc>
          <w:tcPr>
            <w:tcW w:w="1234" w:type="dxa"/>
          </w:tcPr>
          <w:p w14:paraId="05B38C63" w14:textId="77777777" w:rsidR="00C7272B" w:rsidRDefault="00000000">
            <w:r>
              <w:rPr>
                <w:sz w:val="16"/>
              </w:rPr>
              <w:t>0.41</w:t>
            </w:r>
          </w:p>
        </w:tc>
      </w:tr>
      <w:tr w:rsidR="00C7272B" w14:paraId="6187CBD9" w14:textId="77777777">
        <w:tc>
          <w:tcPr>
            <w:tcW w:w="1234" w:type="dxa"/>
          </w:tcPr>
          <w:p w14:paraId="04EF2711" w14:textId="77777777" w:rsidR="00C7272B" w:rsidRDefault="00000000">
            <w:r>
              <w:rPr>
                <w:sz w:val="16"/>
              </w:rPr>
              <w:t>Pain-predominant (2)</w:t>
            </w:r>
          </w:p>
        </w:tc>
        <w:tc>
          <w:tcPr>
            <w:tcW w:w="1234" w:type="dxa"/>
          </w:tcPr>
          <w:p w14:paraId="65BA5FA3" w14:textId="77777777" w:rsidR="00C7272B" w:rsidRDefault="00000000">
            <w:r>
              <w:rPr>
                <w:sz w:val="16"/>
              </w:rPr>
              <w:t>349</w:t>
            </w:r>
          </w:p>
        </w:tc>
        <w:tc>
          <w:tcPr>
            <w:tcW w:w="1234" w:type="dxa"/>
          </w:tcPr>
          <w:p w14:paraId="39F3CD5A" w14:textId="77777777" w:rsidR="00C7272B" w:rsidRDefault="00000000">
            <w:r>
              <w:rPr>
                <w:sz w:val="16"/>
              </w:rPr>
              <w:t>66.62</w:t>
            </w:r>
          </w:p>
        </w:tc>
        <w:tc>
          <w:tcPr>
            <w:tcW w:w="1234" w:type="dxa"/>
          </w:tcPr>
          <w:p w14:paraId="5919C711" w14:textId="77777777" w:rsidR="00C7272B" w:rsidRDefault="00000000">
            <w:r>
              <w:rPr>
                <w:sz w:val="16"/>
              </w:rPr>
              <w:t>0.68</w:t>
            </w:r>
          </w:p>
        </w:tc>
        <w:tc>
          <w:tcPr>
            <w:tcW w:w="1234" w:type="dxa"/>
          </w:tcPr>
          <w:p w14:paraId="4CF6BB0E" w14:textId="77777777" w:rsidR="00C7272B" w:rsidRDefault="00000000">
            <w:r>
              <w:rPr>
                <w:sz w:val="16"/>
              </w:rPr>
              <w:t>0.48</w:t>
            </w:r>
          </w:p>
        </w:tc>
        <w:tc>
          <w:tcPr>
            <w:tcW w:w="1234" w:type="dxa"/>
          </w:tcPr>
          <w:p w14:paraId="3072E6CC" w14:textId="77777777" w:rsidR="00C7272B" w:rsidRDefault="00000000">
            <w:r>
              <w:rPr>
                <w:sz w:val="16"/>
              </w:rPr>
              <w:t>1.93</w:t>
            </w:r>
          </w:p>
        </w:tc>
        <w:tc>
          <w:tcPr>
            <w:tcW w:w="1234" w:type="dxa"/>
          </w:tcPr>
          <w:p w14:paraId="430CEA5D" w14:textId="77777777" w:rsidR="00C7272B" w:rsidRDefault="00000000">
            <w:r>
              <w:rPr>
                <w:sz w:val="16"/>
              </w:rPr>
              <w:t>0.31</w:t>
            </w:r>
          </w:p>
        </w:tc>
      </w:tr>
    </w:tbl>
    <w:p w14:paraId="61767916" w14:textId="77777777" w:rsidR="00117E3A" w:rsidRDefault="00117E3A">
      <w:pPr>
        <w:rPr>
          <w:rFonts w:eastAsia="宋体"/>
          <w:b/>
          <w:lang w:eastAsia="zh-CN"/>
        </w:rPr>
      </w:pPr>
    </w:p>
    <w:p w14:paraId="1D9C841E" w14:textId="77777777" w:rsidR="00117E3A" w:rsidRDefault="00117E3A">
      <w:pPr>
        <w:rPr>
          <w:rFonts w:eastAsia="宋体"/>
          <w:b/>
          <w:lang w:eastAsia="zh-CN"/>
        </w:rPr>
      </w:pPr>
    </w:p>
    <w:p w14:paraId="31A42A69" w14:textId="191033B6" w:rsidR="00C7272B" w:rsidRDefault="00000000" w:rsidP="008A7600">
      <w:pPr>
        <w:pStyle w:val="af7"/>
      </w:pPr>
      <w:r>
        <w:rPr>
          <w:b/>
        </w:rPr>
        <w:t>Table S2. HRS - autoregressive cross-lagged panel model standardized coefficients.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407BB3B1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01FBCB2D" w14:textId="77777777" w:rsidR="00C7272B" w:rsidRDefault="00000000">
            <w:r>
              <w:rPr>
                <w:b/>
                <w:sz w:val="16"/>
              </w:rPr>
              <w:t>Transition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33AE2656" w14:textId="77777777" w:rsidR="00C7272B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3B01726F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18FD7DA" w14:textId="77777777" w:rsidR="00C7272B" w:rsidRDefault="00000000">
            <w:r>
              <w:rPr>
                <w:b/>
                <w:sz w:val="16"/>
              </w:rPr>
              <w:t>beta_auto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658A3A1" w14:textId="77777777" w:rsidR="00C7272B" w:rsidRDefault="00000000">
            <w:r>
              <w:rPr>
                <w:b/>
                <w:sz w:val="16"/>
              </w:rPr>
              <w:t>beta_cross1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518A44BC" w14:textId="77777777" w:rsidR="00C7272B" w:rsidRDefault="00000000">
            <w:r>
              <w:rPr>
                <w:b/>
                <w:sz w:val="16"/>
              </w:rPr>
              <w:t>beta_cross2</w:t>
            </w:r>
          </w:p>
        </w:tc>
      </w:tr>
      <w:tr w:rsidR="00C7272B" w14:paraId="47C327E4" w14:textId="77777777">
        <w:tc>
          <w:tcPr>
            <w:tcW w:w="1440" w:type="dxa"/>
          </w:tcPr>
          <w:p w14:paraId="64A96D82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52DAF6C2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353944D9" w14:textId="77777777" w:rsidR="00C7272B" w:rsidRDefault="00000000">
            <w:r>
              <w:rPr>
                <w:sz w:val="16"/>
              </w:rPr>
              <w:t>3438</w:t>
            </w:r>
          </w:p>
        </w:tc>
        <w:tc>
          <w:tcPr>
            <w:tcW w:w="1440" w:type="dxa"/>
          </w:tcPr>
          <w:p w14:paraId="71130089" w14:textId="77777777" w:rsidR="00C7272B" w:rsidRDefault="00000000">
            <w:r>
              <w:rPr>
                <w:sz w:val="16"/>
              </w:rPr>
              <w:t>0.407</w:t>
            </w:r>
          </w:p>
        </w:tc>
        <w:tc>
          <w:tcPr>
            <w:tcW w:w="1440" w:type="dxa"/>
          </w:tcPr>
          <w:p w14:paraId="01088175" w14:textId="77777777" w:rsidR="00C7272B" w:rsidRDefault="00000000">
            <w:r>
              <w:rPr>
                <w:sz w:val="16"/>
              </w:rPr>
              <w:t>0.111</w:t>
            </w:r>
          </w:p>
        </w:tc>
        <w:tc>
          <w:tcPr>
            <w:tcW w:w="1440" w:type="dxa"/>
          </w:tcPr>
          <w:p w14:paraId="3E5B1861" w14:textId="77777777" w:rsidR="00C7272B" w:rsidRDefault="00000000">
            <w:r>
              <w:rPr>
                <w:sz w:val="16"/>
              </w:rPr>
              <w:t>0.065</w:t>
            </w:r>
          </w:p>
        </w:tc>
      </w:tr>
      <w:tr w:rsidR="00C7272B" w14:paraId="632BEB87" w14:textId="77777777">
        <w:tc>
          <w:tcPr>
            <w:tcW w:w="1440" w:type="dxa"/>
          </w:tcPr>
          <w:p w14:paraId="24DE354A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7BAF1B17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07AF3EF0" w14:textId="77777777" w:rsidR="00C7272B" w:rsidRDefault="00000000">
            <w:r>
              <w:rPr>
                <w:sz w:val="16"/>
              </w:rPr>
              <w:t>3438</w:t>
            </w:r>
          </w:p>
        </w:tc>
        <w:tc>
          <w:tcPr>
            <w:tcW w:w="1440" w:type="dxa"/>
          </w:tcPr>
          <w:p w14:paraId="690E4125" w14:textId="77777777" w:rsidR="00C7272B" w:rsidRDefault="00000000">
            <w:r>
              <w:rPr>
                <w:sz w:val="16"/>
              </w:rPr>
              <w:t>0.555</w:t>
            </w:r>
          </w:p>
        </w:tc>
        <w:tc>
          <w:tcPr>
            <w:tcW w:w="1440" w:type="dxa"/>
          </w:tcPr>
          <w:p w14:paraId="62E61EFA" w14:textId="77777777" w:rsidR="00C7272B" w:rsidRDefault="00000000">
            <w:r>
              <w:rPr>
                <w:sz w:val="16"/>
              </w:rPr>
              <w:t>0.092</w:t>
            </w:r>
          </w:p>
        </w:tc>
        <w:tc>
          <w:tcPr>
            <w:tcW w:w="1440" w:type="dxa"/>
          </w:tcPr>
          <w:p w14:paraId="313F444C" w14:textId="77777777" w:rsidR="00C7272B" w:rsidRDefault="00000000">
            <w:r>
              <w:rPr>
                <w:sz w:val="16"/>
              </w:rPr>
              <w:t>0.068</w:t>
            </w:r>
          </w:p>
        </w:tc>
      </w:tr>
      <w:tr w:rsidR="00C7272B" w14:paraId="5D12CF13" w14:textId="77777777">
        <w:tc>
          <w:tcPr>
            <w:tcW w:w="1440" w:type="dxa"/>
          </w:tcPr>
          <w:p w14:paraId="26F784AB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00A959CF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7BE70AD3" w14:textId="77777777" w:rsidR="00C7272B" w:rsidRDefault="00000000">
            <w:r>
              <w:rPr>
                <w:sz w:val="16"/>
              </w:rPr>
              <w:t>3438</w:t>
            </w:r>
          </w:p>
        </w:tc>
        <w:tc>
          <w:tcPr>
            <w:tcW w:w="1440" w:type="dxa"/>
          </w:tcPr>
          <w:p w14:paraId="69973C6F" w14:textId="77777777" w:rsidR="00C7272B" w:rsidRDefault="00000000">
            <w:r>
              <w:rPr>
                <w:sz w:val="16"/>
              </w:rPr>
              <w:t>0.54</w:t>
            </w:r>
          </w:p>
        </w:tc>
        <w:tc>
          <w:tcPr>
            <w:tcW w:w="1440" w:type="dxa"/>
          </w:tcPr>
          <w:p w14:paraId="69F65666" w14:textId="77777777" w:rsidR="00C7272B" w:rsidRDefault="00000000">
            <w:r>
              <w:rPr>
                <w:sz w:val="16"/>
              </w:rPr>
              <w:t>0.066</w:t>
            </w:r>
          </w:p>
        </w:tc>
        <w:tc>
          <w:tcPr>
            <w:tcW w:w="1440" w:type="dxa"/>
          </w:tcPr>
          <w:p w14:paraId="2A5D6C5C" w14:textId="77777777" w:rsidR="00C7272B" w:rsidRDefault="00000000">
            <w:r>
              <w:rPr>
                <w:sz w:val="16"/>
              </w:rPr>
              <w:t>0.052</w:t>
            </w:r>
          </w:p>
        </w:tc>
      </w:tr>
      <w:tr w:rsidR="00C7272B" w14:paraId="56AE0340" w14:textId="77777777">
        <w:tc>
          <w:tcPr>
            <w:tcW w:w="1440" w:type="dxa"/>
          </w:tcPr>
          <w:p w14:paraId="359EFAF2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2F0DF719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45CD441C" w14:textId="77777777" w:rsidR="00C7272B" w:rsidRDefault="00000000">
            <w:r>
              <w:rPr>
                <w:sz w:val="16"/>
              </w:rPr>
              <w:t>3339</w:t>
            </w:r>
          </w:p>
        </w:tc>
        <w:tc>
          <w:tcPr>
            <w:tcW w:w="1440" w:type="dxa"/>
          </w:tcPr>
          <w:p w14:paraId="6EBAD1B1" w14:textId="77777777" w:rsidR="00C7272B" w:rsidRDefault="00000000">
            <w:r>
              <w:rPr>
                <w:sz w:val="16"/>
              </w:rPr>
              <w:t>0.409</w:t>
            </w:r>
          </w:p>
        </w:tc>
        <w:tc>
          <w:tcPr>
            <w:tcW w:w="1440" w:type="dxa"/>
          </w:tcPr>
          <w:p w14:paraId="100B663E" w14:textId="77777777" w:rsidR="00C7272B" w:rsidRDefault="00000000">
            <w:r>
              <w:rPr>
                <w:sz w:val="16"/>
              </w:rPr>
              <w:t>0.108</w:t>
            </w:r>
          </w:p>
        </w:tc>
        <w:tc>
          <w:tcPr>
            <w:tcW w:w="1440" w:type="dxa"/>
          </w:tcPr>
          <w:p w14:paraId="205E2494" w14:textId="77777777" w:rsidR="00C7272B" w:rsidRDefault="00000000">
            <w:r>
              <w:rPr>
                <w:sz w:val="16"/>
              </w:rPr>
              <w:t>0.091</w:t>
            </w:r>
          </w:p>
        </w:tc>
      </w:tr>
      <w:tr w:rsidR="00C7272B" w14:paraId="0656BE1E" w14:textId="77777777">
        <w:tc>
          <w:tcPr>
            <w:tcW w:w="1440" w:type="dxa"/>
          </w:tcPr>
          <w:p w14:paraId="6CBFA502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0F2A3A1C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62040BBA" w14:textId="77777777" w:rsidR="00C7272B" w:rsidRDefault="00000000">
            <w:r>
              <w:rPr>
                <w:sz w:val="16"/>
              </w:rPr>
              <w:t>3339</w:t>
            </w:r>
          </w:p>
        </w:tc>
        <w:tc>
          <w:tcPr>
            <w:tcW w:w="1440" w:type="dxa"/>
          </w:tcPr>
          <w:p w14:paraId="5042CA51" w14:textId="77777777" w:rsidR="00C7272B" w:rsidRDefault="00000000">
            <w:r>
              <w:rPr>
                <w:sz w:val="16"/>
              </w:rPr>
              <w:t>0.525</w:t>
            </w:r>
          </w:p>
        </w:tc>
        <w:tc>
          <w:tcPr>
            <w:tcW w:w="1440" w:type="dxa"/>
          </w:tcPr>
          <w:p w14:paraId="2D5866E9" w14:textId="77777777" w:rsidR="00C7272B" w:rsidRDefault="00000000">
            <w:r>
              <w:rPr>
                <w:sz w:val="16"/>
              </w:rPr>
              <w:t>0.051</w:t>
            </w:r>
          </w:p>
        </w:tc>
        <w:tc>
          <w:tcPr>
            <w:tcW w:w="1440" w:type="dxa"/>
          </w:tcPr>
          <w:p w14:paraId="3370B82F" w14:textId="77777777" w:rsidR="00C7272B" w:rsidRDefault="00000000">
            <w:r>
              <w:rPr>
                <w:sz w:val="16"/>
              </w:rPr>
              <w:t>0.107</w:t>
            </w:r>
          </w:p>
        </w:tc>
      </w:tr>
      <w:tr w:rsidR="00C7272B" w14:paraId="4354B15F" w14:textId="77777777">
        <w:tc>
          <w:tcPr>
            <w:tcW w:w="1440" w:type="dxa"/>
          </w:tcPr>
          <w:p w14:paraId="48C82C9C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426440DA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1B18BF6B" w14:textId="77777777" w:rsidR="00C7272B" w:rsidRDefault="00000000">
            <w:r>
              <w:rPr>
                <w:sz w:val="16"/>
              </w:rPr>
              <w:t>3339</w:t>
            </w:r>
          </w:p>
        </w:tc>
        <w:tc>
          <w:tcPr>
            <w:tcW w:w="1440" w:type="dxa"/>
          </w:tcPr>
          <w:p w14:paraId="1F7425A5" w14:textId="77777777" w:rsidR="00C7272B" w:rsidRDefault="00000000">
            <w:r>
              <w:rPr>
                <w:sz w:val="16"/>
              </w:rPr>
              <w:t>0.533</w:t>
            </w:r>
          </w:p>
        </w:tc>
        <w:tc>
          <w:tcPr>
            <w:tcW w:w="1440" w:type="dxa"/>
          </w:tcPr>
          <w:p w14:paraId="45D4E024" w14:textId="77777777" w:rsidR="00C7272B" w:rsidRDefault="00000000">
            <w:r>
              <w:rPr>
                <w:sz w:val="16"/>
              </w:rPr>
              <w:t>0.014</w:t>
            </w:r>
          </w:p>
        </w:tc>
        <w:tc>
          <w:tcPr>
            <w:tcW w:w="1440" w:type="dxa"/>
          </w:tcPr>
          <w:p w14:paraId="12A79D92" w14:textId="77777777" w:rsidR="00C7272B" w:rsidRDefault="00000000">
            <w:r>
              <w:rPr>
                <w:sz w:val="16"/>
              </w:rPr>
              <w:t>0.043</w:t>
            </w:r>
          </w:p>
        </w:tc>
      </w:tr>
      <w:tr w:rsidR="00C7272B" w14:paraId="19032610" w14:textId="77777777">
        <w:tc>
          <w:tcPr>
            <w:tcW w:w="1440" w:type="dxa"/>
          </w:tcPr>
          <w:p w14:paraId="2325605B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6BEE4A8A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2FAE74EA" w14:textId="77777777" w:rsidR="00C7272B" w:rsidRDefault="00000000">
            <w:r>
              <w:rPr>
                <w:sz w:val="16"/>
              </w:rPr>
              <w:t>2736</w:t>
            </w:r>
          </w:p>
        </w:tc>
        <w:tc>
          <w:tcPr>
            <w:tcW w:w="1440" w:type="dxa"/>
          </w:tcPr>
          <w:p w14:paraId="52C7F452" w14:textId="77777777" w:rsidR="00C7272B" w:rsidRDefault="00000000">
            <w:r>
              <w:rPr>
                <w:sz w:val="16"/>
              </w:rPr>
              <w:t>0.401</w:t>
            </w:r>
          </w:p>
        </w:tc>
        <w:tc>
          <w:tcPr>
            <w:tcW w:w="1440" w:type="dxa"/>
          </w:tcPr>
          <w:p w14:paraId="5BF4DA49" w14:textId="77777777" w:rsidR="00C7272B" w:rsidRDefault="00000000">
            <w:r>
              <w:rPr>
                <w:sz w:val="16"/>
              </w:rPr>
              <w:t>0.116</w:t>
            </w:r>
          </w:p>
        </w:tc>
        <w:tc>
          <w:tcPr>
            <w:tcW w:w="1440" w:type="dxa"/>
          </w:tcPr>
          <w:p w14:paraId="5B66FCF5" w14:textId="77777777" w:rsidR="00C7272B" w:rsidRDefault="00000000">
            <w:r>
              <w:rPr>
                <w:sz w:val="16"/>
              </w:rPr>
              <w:t>0.136</w:t>
            </w:r>
          </w:p>
        </w:tc>
      </w:tr>
      <w:tr w:rsidR="00C7272B" w14:paraId="74EC98DE" w14:textId="77777777">
        <w:tc>
          <w:tcPr>
            <w:tcW w:w="1440" w:type="dxa"/>
          </w:tcPr>
          <w:p w14:paraId="28D7EC3C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7E8E8B04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3D7814C2" w14:textId="77777777" w:rsidR="00C7272B" w:rsidRDefault="00000000">
            <w:r>
              <w:rPr>
                <w:sz w:val="16"/>
              </w:rPr>
              <w:t>2736</w:t>
            </w:r>
          </w:p>
        </w:tc>
        <w:tc>
          <w:tcPr>
            <w:tcW w:w="1440" w:type="dxa"/>
          </w:tcPr>
          <w:p w14:paraId="42C13D81" w14:textId="77777777" w:rsidR="00C7272B" w:rsidRDefault="00000000">
            <w:r>
              <w:rPr>
                <w:sz w:val="16"/>
              </w:rPr>
              <w:t>0.518</w:t>
            </w:r>
          </w:p>
        </w:tc>
        <w:tc>
          <w:tcPr>
            <w:tcW w:w="1440" w:type="dxa"/>
          </w:tcPr>
          <w:p w14:paraId="0A614E57" w14:textId="77777777" w:rsidR="00C7272B" w:rsidRDefault="00000000">
            <w:r>
              <w:rPr>
                <w:sz w:val="16"/>
              </w:rPr>
              <w:t>0.091</w:t>
            </w:r>
          </w:p>
        </w:tc>
        <w:tc>
          <w:tcPr>
            <w:tcW w:w="1440" w:type="dxa"/>
          </w:tcPr>
          <w:p w14:paraId="5207163A" w14:textId="77777777" w:rsidR="00C7272B" w:rsidRDefault="00000000">
            <w:r>
              <w:rPr>
                <w:sz w:val="16"/>
              </w:rPr>
              <w:t>0.098</w:t>
            </w:r>
          </w:p>
        </w:tc>
      </w:tr>
      <w:tr w:rsidR="00C7272B" w14:paraId="5FCEDCF0" w14:textId="77777777">
        <w:tc>
          <w:tcPr>
            <w:tcW w:w="1440" w:type="dxa"/>
          </w:tcPr>
          <w:p w14:paraId="33B168C5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380D2B9A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6C4E8B35" w14:textId="77777777" w:rsidR="00C7272B" w:rsidRDefault="00000000">
            <w:r>
              <w:rPr>
                <w:sz w:val="16"/>
              </w:rPr>
              <w:t>2736</w:t>
            </w:r>
          </w:p>
        </w:tc>
        <w:tc>
          <w:tcPr>
            <w:tcW w:w="1440" w:type="dxa"/>
          </w:tcPr>
          <w:p w14:paraId="1C3F6F69" w14:textId="77777777" w:rsidR="00C7272B" w:rsidRDefault="00000000">
            <w:r>
              <w:rPr>
                <w:sz w:val="16"/>
              </w:rPr>
              <w:t>0.654</w:t>
            </w:r>
          </w:p>
        </w:tc>
        <w:tc>
          <w:tcPr>
            <w:tcW w:w="1440" w:type="dxa"/>
          </w:tcPr>
          <w:p w14:paraId="48A1CC10" w14:textId="77777777" w:rsidR="00C7272B" w:rsidRDefault="00000000">
            <w:r>
              <w:rPr>
                <w:sz w:val="16"/>
              </w:rPr>
              <w:t>0.013</w:t>
            </w:r>
          </w:p>
        </w:tc>
        <w:tc>
          <w:tcPr>
            <w:tcW w:w="1440" w:type="dxa"/>
          </w:tcPr>
          <w:p w14:paraId="021E4F25" w14:textId="77777777" w:rsidR="00C7272B" w:rsidRDefault="00000000">
            <w:r>
              <w:rPr>
                <w:sz w:val="16"/>
              </w:rPr>
              <w:t>0.088</w:t>
            </w:r>
          </w:p>
        </w:tc>
      </w:tr>
      <w:tr w:rsidR="00C7272B" w14:paraId="648EA47D" w14:textId="77777777">
        <w:tc>
          <w:tcPr>
            <w:tcW w:w="1440" w:type="dxa"/>
          </w:tcPr>
          <w:p w14:paraId="1DFEBA42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503C4301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32E34CB7" w14:textId="77777777" w:rsidR="00C7272B" w:rsidRDefault="00000000">
            <w:r>
              <w:rPr>
                <w:sz w:val="16"/>
              </w:rPr>
              <w:t>2401</w:t>
            </w:r>
          </w:p>
        </w:tc>
        <w:tc>
          <w:tcPr>
            <w:tcW w:w="1440" w:type="dxa"/>
          </w:tcPr>
          <w:p w14:paraId="5502C9AB" w14:textId="77777777" w:rsidR="00C7272B" w:rsidRDefault="00000000">
            <w:r>
              <w:rPr>
                <w:sz w:val="16"/>
              </w:rPr>
              <w:t>0.438</w:t>
            </w:r>
          </w:p>
        </w:tc>
        <w:tc>
          <w:tcPr>
            <w:tcW w:w="1440" w:type="dxa"/>
          </w:tcPr>
          <w:p w14:paraId="66FF8002" w14:textId="77777777" w:rsidR="00C7272B" w:rsidRDefault="00000000">
            <w:r>
              <w:rPr>
                <w:sz w:val="16"/>
              </w:rPr>
              <w:t>0.083</w:t>
            </w:r>
          </w:p>
        </w:tc>
        <w:tc>
          <w:tcPr>
            <w:tcW w:w="1440" w:type="dxa"/>
          </w:tcPr>
          <w:p w14:paraId="72DEB33A" w14:textId="77777777" w:rsidR="00C7272B" w:rsidRDefault="00000000">
            <w:r>
              <w:rPr>
                <w:sz w:val="16"/>
              </w:rPr>
              <w:t>0.11</w:t>
            </w:r>
          </w:p>
        </w:tc>
      </w:tr>
      <w:tr w:rsidR="00C7272B" w14:paraId="106D519B" w14:textId="77777777">
        <w:tc>
          <w:tcPr>
            <w:tcW w:w="1440" w:type="dxa"/>
          </w:tcPr>
          <w:p w14:paraId="4F494951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498E9692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7E333953" w14:textId="77777777" w:rsidR="00C7272B" w:rsidRDefault="00000000">
            <w:r>
              <w:rPr>
                <w:sz w:val="16"/>
              </w:rPr>
              <w:t>2401</w:t>
            </w:r>
          </w:p>
        </w:tc>
        <w:tc>
          <w:tcPr>
            <w:tcW w:w="1440" w:type="dxa"/>
          </w:tcPr>
          <w:p w14:paraId="0E2B20A3" w14:textId="77777777" w:rsidR="00C7272B" w:rsidRDefault="00000000">
            <w:r>
              <w:rPr>
                <w:sz w:val="16"/>
              </w:rPr>
              <w:t>0.56</w:t>
            </w:r>
          </w:p>
        </w:tc>
        <w:tc>
          <w:tcPr>
            <w:tcW w:w="1440" w:type="dxa"/>
          </w:tcPr>
          <w:p w14:paraId="278FCDE1" w14:textId="77777777" w:rsidR="00C7272B" w:rsidRDefault="00000000">
            <w:r>
              <w:rPr>
                <w:sz w:val="16"/>
              </w:rPr>
              <w:t>0.092</w:t>
            </w:r>
          </w:p>
        </w:tc>
        <w:tc>
          <w:tcPr>
            <w:tcW w:w="1440" w:type="dxa"/>
          </w:tcPr>
          <w:p w14:paraId="52DA0136" w14:textId="77777777" w:rsidR="00C7272B" w:rsidRDefault="00000000">
            <w:r>
              <w:rPr>
                <w:sz w:val="16"/>
              </w:rPr>
              <w:t>0.143</w:t>
            </w:r>
          </w:p>
        </w:tc>
      </w:tr>
      <w:tr w:rsidR="00C7272B" w14:paraId="363016C6" w14:textId="77777777">
        <w:tc>
          <w:tcPr>
            <w:tcW w:w="1440" w:type="dxa"/>
          </w:tcPr>
          <w:p w14:paraId="4CE06ABE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586BE725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3E8F5467" w14:textId="77777777" w:rsidR="00C7272B" w:rsidRDefault="00000000">
            <w:r>
              <w:rPr>
                <w:sz w:val="16"/>
              </w:rPr>
              <w:t>2401</w:t>
            </w:r>
          </w:p>
        </w:tc>
        <w:tc>
          <w:tcPr>
            <w:tcW w:w="1440" w:type="dxa"/>
          </w:tcPr>
          <w:p w14:paraId="1BA5C4B8" w14:textId="77777777" w:rsidR="00C7272B" w:rsidRDefault="00000000">
            <w:r>
              <w:rPr>
                <w:sz w:val="16"/>
              </w:rPr>
              <w:t>0.649</w:t>
            </w:r>
          </w:p>
        </w:tc>
        <w:tc>
          <w:tcPr>
            <w:tcW w:w="1440" w:type="dxa"/>
          </w:tcPr>
          <w:p w14:paraId="41787D64" w14:textId="77777777" w:rsidR="00C7272B" w:rsidRDefault="00000000">
            <w:r>
              <w:rPr>
                <w:sz w:val="16"/>
              </w:rPr>
              <w:t>0.033</w:t>
            </w:r>
          </w:p>
        </w:tc>
        <w:tc>
          <w:tcPr>
            <w:tcW w:w="1440" w:type="dxa"/>
          </w:tcPr>
          <w:p w14:paraId="466F4829" w14:textId="77777777" w:rsidR="00C7272B" w:rsidRDefault="00000000">
            <w:r>
              <w:rPr>
                <w:sz w:val="16"/>
              </w:rPr>
              <w:t>0.059</w:t>
            </w:r>
          </w:p>
        </w:tc>
      </w:tr>
    </w:tbl>
    <w:p w14:paraId="6DE68783" w14:textId="77777777" w:rsidR="00C7272B" w:rsidRDefault="00C7272B"/>
    <w:p w14:paraId="3FE9A7C6" w14:textId="77777777" w:rsidR="00C7272B" w:rsidRDefault="00000000" w:rsidP="008A7600">
      <w:pPr>
        <w:pStyle w:val="af7"/>
      </w:pPr>
      <w:r>
        <w:rPr>
          <w:b/>
        </w:rPr>
        <w:t>Table S1. SHARE — baseline characteristics of trajectory classes.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48"/>
        <w:gridCol w:w="1234"/>
      </w:tblGrid>
      <w:tr w:rsidR="00C7272B" w14:paraId="03F0D9EC" w14:textId="77777777">
        <w:tc>
          <w:tcPr>
            <w:tcW w:w="1234" w:type="dxa"/>
            <w:tcBorders>
              <w:bottom w:val="single" w:sz="8" w:space="0" w:color="000000"/>
            </w:tcBorders>
          </w:tcPr>
          <w:p w14:paraId="01D62216" w14:textId="77777777" w:rsidR="00C7272B" w:rsidRDefault="00000000">
            <w:r>
              <w:rPr>
                <w:b/>
                <w:sz w:val="16"/>
              </w:rPr>
              <w:t>Trajectory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0EE66097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371435FC" w14:textId="77777777" w:rsidR="00C7272B" w:rsidRDefault="00000000">
            <w:r>
              <w:rPr>
                <w:b/>
                <w:sz w:val="16"/>
              </w:rPr>
              <w:t>Age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1D67C6B6" w14:textId="77777777" w:rsidR="00C7272B" w:rsidRDefault="00000000">
            <w:r>
              <w:rPr>
                <w:b/>
                <w:sz w:val="16"/>
              </w:rPr>
              <w:t>Female_pct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313EF681" w14:textId="77777777" w:rsidR="00C7272B" w:rsidRDefault="00000000">
            <w:r>
              <w:rPr>
                <w:b/>
                <w:sz w:val="16"/>
              </w:rPr>
              <w:t>Pain_w1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57838A27" w14:textId="77777777" w:rsidR="00C7272B" w:rsidRDefault="00000000">
            <w:r>
              <w:rPr>
                <w:b/>
                <w:sz w:val="16"/>
              </w:rPr>
              <w:t>Depression_w1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6C57EB75" w14:textId="77777777" w:rsidR="00C7272B" w:rsidRDefault="00000000">
            <w:r>
              <w:rPr>
                <w:b/>
                <w:sz w:val="16"/>
              </w:rPr>
              <w:t>ADL_w1</w:t>
            </w:r>
          </w:p>
        </w:tc>
      </w:tr>
      <w:tr w:rsidR="00C7272B" w14:paraId="73E58EBF" w14:textId="77777777">
        <w:tc>
          <w:tcPr>
            <w:tcW w:w="1234" w:type="dxa"/>
          </w:tcPr>
          <w:p w14:paraId="49E4F44C" w14:textId="77777777" w:rsidR="00C7272B" w:rsidRDefault="00000000">
            <w:r>
              <w:rPr>
                <w:sz w:val="16"/>
              </w:rPr>
              <w:t>Highest composite burden</w:t>
            </w:r>
          </w:p>
        </w:tc>
        <w:tc>
          <w:tcPr>
            <w:tcW w:w="1234" w:type="dxa"/>
          </w:tcPr>
          <w:p w14:paraId="6F7CDEF9" w14:textId="77777777" w:rsidR="00C7272B" w:rsidRDefault="00000000">
            <w:r>
              <w:rPr>
                <w:sz w:val="16"/>
              </w:rPr>
              <w:t>579</w:t>
            </w:r>
          </w:p>
        </w:tc>
        <w:tc>
          <w:tcPr>
            <w:tcW w:w="1234" w:type="dxa"/>
          </w:tcPr>
          <w:p w14:paraId="2482EEB8" w14:textId="77777777" w:rsidR="00C7272B" w:rsidRDefault="00000000">
            <w:r>
              <w:rPr>
                <w:sz w:val="16"/>
              </w:rPr>
              <w:t>64.09</w:t>
            </w:r>
          </w:p>
        </w:tc>
        <w:tc>
          <w:tcPr>
            <w:tcW w:w="1234" w:type="dxa"/>
          </w:tcPr>
          <w:p w14:paraId="4E0CD0D9" w14:textId="77777777" w:rsidR="00C7272B" w:rsidRDefault="00000000">
            <w:r>
              <w:rPr>
                <w:sz w:val="16"/>
              </w:rPr>
              <w:t>0.78</w:t>
            </w:r>
          </w:p>
        </w:tc>
        <w:tc>
          <w:tcPr>
            <w:tcW w:w="1234" w:type="dxa"/>
          </w:tcPr>
          <w:p w14:paraId="5CB50406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2768494D" w14:textId="77777777" w:rsidR="00C7272B" w:rsidRDefault="00000000">
            <w:r>
              <w:rPr>
                <w:sz w:val="16"/>
              </w:rPr>
              <w:t>3.6</w:t>
            </w:r>
          </w:p>
        </w:tc>
        <w:tc>
          <w:tcPr>
            <w:tcW w:w="1234" w:type="dxa"/>
          </w:tcPr>
          <w:p w14:paraId="66D0D0C2" w14:textId="77777777" w:rsidR="00C7272B" w:rsidRDefault="00000000">
            <w:r>
              <w:rPr>
                <w:sz w:val="16"/>
              </w:rPr>
              <w:t>0.26</w:t>
            </w:r>
          </w:p>
        </w:tc>
      </w:tr>
      <w:tr w:rsidR="00C7272B" w14:paraId="62B01DA1" w14:textId="77777777">
        <w:tc>
          <w:tcPr>
            <w:tcW w:w="1234" w:type="dxa"/>
          </w:tcPr>
          <w:p w14:paraId="48A22149" w14:textId="77777777" w:rsidR="00C7272B" w:rsidRDefault="00000000">
            <w:r>
              <w:rPr>
                <w:sz w:val="16"/>
              </w:rPr>
              <w:t>Intermediate</w:t>
            </w:r>
          </w:p>
        </w:tc>
        <w:tc>
          <w:tcPr>
            <w:tcW w:w="1234" w:type="dxa"/>
          </w:tcPr>
          <w:p w14:paraId="0EE3B694" w14:textId="77777777" w:rsidR="00C7272B" w:rsidRDefault="00000000">
            <w:r>
              <w:rPr>
                <w:sz w:val="16"/>
              </w:rPr>
              <w:t>218</w:t>
            </w:r>
          </w:p>
        </w:tc>
        <w:tc>
          <w:tcPr>
            <w:tcW w:w="1234" w:type="dxa"/>
          </w:tcPr>
          <w:p w14:paraId="50E00310" w14:textId="77777777" w:rsidR="00C7272B" w:rsidRDefault="00000000">
            <w:r>
              <w:rPr>
                <w:sz w:val="16"/>
              </w:rPr>
              <w:t>64.68</w:t>
            </w:r>
          </w:p>
        </w:tc>
        <w:tc>
          <w:tcPr>
            <w:tcW w:w="1234" w:type="dxa"/>
          </w:tcPr>
          <w:p w14:paraId="3CE2589A" w14:textId="77777777" w:rsidR="00C7272B" w:rsidRDefault="00000000">
            <w:r>
              <w:rPr>
                <w:sz w:val="16"/>
              </w:rPr>
              <w:t>0.69</w:t>
            </w:r>
          </w:p>
        </w:tc>
        <w:tc>
          <w:tcPr>
            <w:tcW w:w="1234" w:type="dxa"/>
          </w:tcPr>
          <w:p w14:paraId="526DD2FA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5A43A227" w14:textId="77777777" w:rsidR="00C7272B" w:rsidRDefault="00000000">
            <w:r>
              <w:rPr>
                <w:sz w:val="16"/>
              </w:rPr>
              <w:t>2.34</w:t>
            </w:r>
          </w:p>
        </w:tc>
        <w:tc>
          <w:tcPr>
            <w:tcW w:w="1234" w:type="dxa"/>
          </w:tcPr>
          <w:p w14:paraId="6FB08A22" w14:textId="77777777" w:rsidR="00C7272B" w:rsidRDefault="00000000">
            <w:r>
              <w:rPr>
                <w:sz w:val="16"/>
              </w:rPr>
              <w:t>0.04</w:t>
            </w:r>
          </w:p>
        </w:tc>
      </w:tr>
      <w:tr w:rsidR="00C7272B" w14:paraId="4CA296B1" w14:textId="77777777">
        <w:tc>
          <w:tcPr>
            <w:tcW w:w="1234" w:type="dxa"/>
          </w:tcPr>
          <w:p w14:paraId="196D9D41" w14:textId="77777777" w:rsidR="00C7272B" w:rsidRDefault="00000000">
            <w:r>
              <w:rPr>
                <w:sz w:val="16"/>
              </w:rPr>
              <w:t>Lowest composite burden</w:t>
            </w:r>
          </w:p>
        </w:tc>
        <w:tc>
          <w:tcPr>
            <w:tcW w:w="1234" w:type="dxa"/>
          </w:tcPr>
          <w:p w14:paraId="1D369271" w14:textId="77777777" w:rsidR="00C7272B" w:rsidRDefault="00000000">
            <w:r>
              <w:rPr>
                <w:sz w:val="16"/>
              </w:rPr>
              <w:t>137</w:t>
            </w:r>
          </w:p>
        </w:tc>
        <w:tc>
          <w:tcPr>
            <w:tcW w:w="1234" w:type="dxa"/>
          </w:tcPr>
          <w:p w14:paraId="519CCBFF" w14:textId="77777777" w:rsidR="00C7272B" w:rsidRDefault="00000000">
            <w:r>
              <w:rPr>
                <w:sz w:val="16"/>
              </w:rPr>
              <w:t>62.61</w:t>
            </w:r>
          </w:p>
        </w:tc>
        <w:tc>
          <w:tcPr>
            <w:tcW w:w="1234" w:type="dxa"/>
          </w:tcPr>
          <w:p w14:paraId="074AD267" w14:textId="77777777" w:rsidR="00C7272B" w:rsidRDefault="00000000">
            <w:r>
              <w:rPr>
                <w:sz w:val="16"/>
              </w:rPr>
              <w:t>0.58</w:t>
            </w:r>
          </w:p>
        </w:tc>
        <w:tc>
          <w:tcPr>
            <w:tcW w:w="1234" w:type="dxa"/>
          </w:tcPr>
          <w:p w14:paraId="5C7667F2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457EA766" w14:textId="77777777" w:rsidR="00C7272B" w:rsidRDefault="00000000">
            <w:r>
              <w:rPr>
                <w:sz w:val="16"/>
              </w:rPr>
              <w:t>2.15</w:t>
            </w:r>
          </w:p>
        </w:tc>
        <w:tc>
          <w:tcPr>
            <w:tcW w:w="1234" w:type="dxa"/>
          </w:tcPr>
          <w:p w14:paraId="26E8D0E5" w14:textId="77777777" w:rsidR="00C7272B" w:rsidRDefault="00000000">
            <w:r>
              <w:rPr>
                <w:sz w:val="16"/>
              </w:rPr>
              <w:t>0.08</w:t>
            </w:r>
          </w:p>
        </w:tc>
      </w:tr>
      <w:tr w:rsidR="00C7272B" w14:paraId="4A9A9FE1" w14:textId="77777777">
        <w:tc>
          <w:tcPr>
            <w:tcW w:w="1234" w:type="dxa"/>
          </w:tcPr>
          <w:p w14:paraId="147BD24E" w14:textId="77777777" w:rsidR="00C7272B" w:rsidRDefault="00000000">
            <w:r>
              <w:rPr>
                <w:sz w:val="16"/>
              </w:rPr>
              <w:t>Pain-predominant</w:t>
            </w:r>
          </w:p>
        </w:tc>
        <w:tc>
          <w:tcPr>
            <w:tcW w:w="1234" w:type="dxa"/>
          </w:tcPr>
          <w:p w14:paraId="6D3FB12E" w14:textId="77777777" w:rsidR="00C7272B" w:rsidRDefault="00000000">
            <w:r>
              <w:rPr>
                <w:sz w:val="16"/>
              </w:rPr>
              <w:t>254</w:t>
            </w:r>
          </w:p>
        </w:tc>
        <w:tc>
          <w:tcPr>
            <w:tcW w:w="1234" w:type="dxa"/>
          </w:tcPr>
          <w:p w14:paraId="3F7D306A" w14:textId="77777777" w:rsidR="00C7272B" w:rsidRDefault="00000000">
            <w:r>
              <w:rPr>
                <w:sz w:val="16"/>
              </w:rPr>
              <w:t>64.17</w:t>
            </w:r>
          </w:p>
        </w:tc>
        <w:tc>
          <w:tcPr>
            <w:tcW w:w="1234" w:type="dxa"/>
          </w:tcPr>
          <w:p w14:paraId="40B73257" w14:textId="77777777" w:rsidR="00C7272B" w:rsidRDefault="00000000">
            <w:r>
              <w:rPr>
                <w:sz w:val="16"/>
              </w:rPr>
              <w:t>0.67</w:t>
            </w:r>
          </w:p>
        </w:tc>
        <w:tc>
          <w:tcPr>
            <w:tcW w:w="1234" w:type="dxa"/>
          </w:tcPr>
          <w:p w14:paraId="4F1319A8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2ACC2B02" w14:textId="77777777" w:rsidR="00C7272B" w:rsidRDefault="00000000">
            <w:r>
              <w:rPr>
                <w:sz w:val="16"/>
              </w:rPr>
              <w:t>2.89</w:t>
            </w:r>
          </w:p>
        </w:tc>
        <w:tc>
          <w:tcPr>
            <w:tcW w:w="1234" w:type="dxa"/>
          </w:tcPr>
          <w:p w14:paraId="759AB18F" w14:textId="77777777" w:rsidR="00C7272B" w:rsidRDefault="00000000">
            <w:r>
              <w:rPr>
                <w:sz w:val="16"/>
              </w:rPr>
              <w:t>0.15</w:t>
            </w:r>
          </w:p>
        </w:tc>
      </w:tr>
      <w:tr w:rsidR="00C7272B" w14:paraId="79A693C5" w14:textId="77777777">
        <w:tc>
          <w:tcPr>
            <w:tcW w:w="1234" w:type="dxa"/>
          </w:tcPr>
          <w:p w14:paraId="28F447FE" w14:textId="77777777" w:rsidR="00C7272B" w:rsidRDefault="00000000">
            <w:r>
              <w:rPr>
                <w:sz w:val="16"/>
              </w:rPr>
              <w:t>Pain-predominant (2)</w:t>
            </w:r>
          </w:p>
        </w:tc>
        <w:tc>
          <w:tcPr>
            <w:tcW w:w="1234" w:type="dxa"/>
          </w:tcPr>
          <w:p w14:paraId="3E7A992A" w14:textId="77777777" w:rsidR="00C7272B" w:rsidRDefault="00000000">
            <w:r>
              <w:rPr>
                <w:sz w:val="16"/>
              </w:rPr>
              <w:t>180</w:t>
            </w:r>
          </w:p>
        </w:tc>
        <w:tc>
          <w:tcPr>
            <w:tcW w:w="1234" w:type="dxa"/>
          </w:tcPr>
          <w:p w14:paraId="0052BB73" w14:textId="77777777" w:rsidR="00C7272B" w:rsidRDefault="00000000">
            <w:r>
              <w:rPr>
                <w:sz w:val="16"/>
              </w:rPr>
              <w:t>65.56</w:t>
            </w:r>
          </w:p>
        </w:tc>
        <w:tc>
          <w:tcPr>
            <w:tcW w:w="1234" w:type="dxa"/>
          </w:tcPr>
          <w:p w14:paraId="00EDE06E" w14:textId="77777777" w:rsidR="00C7272B" w:rsidRDefault="00000000">
            <w:r>
              <w:rPr>
                <w:sz w:val="16"/>
              </w:rPr>
              <w:t>0.7</w:t>
            </w:r>
          </w:p>
        </w:tc>
        <w:tc>
          <w:tcPr>
            <w:tcW w:w="1234" w:type="dxa"/>
          </w:tcPr>
          <w:p w14:paraId="40C79189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4327181D" w14:textId="77777777" w:rsidR="00C7272B" w:rsidRDefault="00000000">
            <w:r>
              <w:rPr>
                <w:sz w:val="16"/>
              </w:rPr>
              <w:t>3.08</w:t>
            </w:r>
          </w:p>
        </w:tc>
        <w:tc>
          <w:tcPr>
            <w:tcW w:w="1234" w:type="dxa"/>
          </w:tcPr>
          <w:p w14:paraId="4DD4D971" w14:textId="77777777" w:rsidR="00C7272B" w:rsidRDefault="00000000">
            <w:r>
              <w:rPr>
                <w:sz w:val="16"/>
              </w:rPr>
              <w:t>0.18</w:t>
            </w:r>
          </w:p>
        </w:tc>
      </w:tr>
    </w:tbl>
    <w:p w14:paraId="61939BB8" w14:textId="77777777" w:rsidR="00117E3A" w:rsidRDefault="00117E3A">
      <w:pPr>
        <w:rPr>
          <w:rFonts w:eastAsia="宋体"/>
          <w:b/>
          <w:lang w:eastAsia="zh-CN"/>
        </w:rPr>
      </w:pPr>
    </w:p>
    <w:p w14:paraId="356B4C27" w14:textId="77777777" w:rsidR="00117E3A" w:rsidRDefault="00117E3A">
      <w:pPr>
        <w:rPr>
          <w:rFonts w:eastAsia="宋体"/>
          <w:b/>
          <w:lang w:eastAsia="zh-CN"/>
        </w:rPr>
      </w:pPr>
    </w:p>
    <w:p w14:paraId="0F7CA3FE" w14:textId="77777777" w:rsidR="00117E3A" w:rsidRDefault="00117E3A">
      <w:pPr>
        <w:rPr>
          <w:rFonts w:eastAsia="宋体"/>
          <w:b/>
          <w:lang w:eastAsia="zh-CN"/>
        </w:rPr>
      </w:pPr>
    </w:p>
    <w:p w14:paraId="69C5427F" w14:textId="77777777" w:rsidR="008A7600" w:rsidRDefault="008A7600" w:rsidP="008A7600">
      <w:pPr>
        <w:pStyle w:val="af7"/>
        <w:rPr>
          <w:rFonts w:ascii="宋体" w:eastAsia="宋体" w:hAnsi="宋体"/>
          <w:lang w:eastAsia="zh-CN"/>
        </w:rPr>
      </w:pPr>
    </w:p>
    <w:p w14:paraId="20F52763" w14:textId="77777777" w:rsidR="008A7600" w:rsidRDefault="008A7600" w:rsidP="008A7600">
      <w:pPr>
        <w:pStyle w:val="af7"/>
        <w:rPr>
          <w:rFonts w:eastAsia="宋体"/>
          <w:lang w:eastAsia="zh-CN"/>
        </w:rPr>
      </w:pPr>
    </w:p>
    <w:p w14:paraId="067FF6F6" w14:textId="4F94F7D9" w:rsidR="00C7272B" w:rsidRDefault="00000000" w:rsidP="008A7600">
      <w:pPr>
        <w:pStyle w:val="af7"/>
      </w:pPr>
      <w:r>
        <w:rPr>
          <w:b/>
        </w:rPr>
        <w:t>Table S2. SHARE - autoregressive cross-lagged panel model standardized coefficients.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263C6B19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763201B9" w14:textId="77777777" w:rsidR="00C7272B" w:rsidRDefault="00000000">
            <w:r>
              <w:rPr>
                <w:b/>
                <w:sz w:val="16"/>
              </w:rPr>
              <w:t>Transition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7779058C" w14:textId="77777777" w:rsidR="00C7272B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78D6C910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62EC58BB" w14:textId="77777777" w:rsidR="00C7272B" w:rsidRDefault="00000000">
            <w:r>
              <w:rPr>
                <w:b/>
                <w:sz w:val="16"/>
              </w:rPr>
              <w:t>beta_auto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2014E9C2" w14:textId="77777777" w:rsidR="00C7272B" w:rsidRDefault="00000000">
            <w:r>
              <w:rPr>
                <w:b/>
                <w:sz w:val="16"/>
              </w:rPr>
              <w:t>beta_cross1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5D587990" w14:textId="77777777" w:rsidR="00C7272B" w:rsidRDefault="00000000">
            <w:r>
              <w:rPr>
                <w:b/>
                <w:sz w:val="16"/>
              </w:rPr>
              <w:t>beta_cross2</w:t>
            </w:r>
          </w:p>
        </w:tc>
      </w:tr>
      <w:tr w:rsidR="00C7272B" w14:paraId="0D1BE0D4" w14:textId="77777777">
        <w:tc>
          <w:tcPr>
            <w:tcW w:w="1440" w:type="dxa"/>
          </w:tcPr>
          <w:p w14:paraId="76E55321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56B309E7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2D8FD8EE" w14:textId="77777777" w:rsidR="00C7272B" w:rsidRDefault="00000000">
            <w:r>
              <w:rPr>
                <w:sz w:val="16"/>
              </w:rPr>
              <w:t>3842</w:t>
            </w:r>
          </w:p>
        </w:tc>
        <w:tc>
          <w:tcPr>
            <w:tcW w:w="1440" w:type="dxa"/>
          </w:tcPr>
          <w:p w14:paraId="0281FF87" w14:textId="77777777" w:rsidR="00C7272B" w:rsidRDefault="00000000">
            <w:r>
              <w:rPr>
                <w:sz w:val="16"/>
              </w:rPr>
              <w:t>0.217</w:t>
            </w:r>
          </w:p>
        </w:tc>
        <w:tc>
          <w:tcPr>
            <w:tcW w:w="1440" w:type="dxa"/>
          </w:tcPr>
          <w:p w14:paraId="50348215" w14:textId="77777777" w:rsidR="00C7272B" w:rsidRDefault="00000000">
            <w:r>
              <w:rPr>
                <w:sz w:val="16"/>
              </w:rPr>
              <w:t>0.053</w:t>
            </w:r>
          </w:p>
        </w:tc>
        <w:tc>
          <w:tcPr>
            <w:tcW w:w="1440" w:type="dxa"/>
          </w:tcPr>
          <w:p w14:paraId="096F47A3" w14:textId="77777777" w:rsidR="00C7272B" w:rsidRDefault="00000000">
            <w:r>
              <w:rPr>
                <w:sz w:val="16"/>
              </w:rPr>
              <w:t>0.023</w:t>
            </w:r>
          </w:p>
        </w:tc>
      </w:tr>
      <w:tr w:rsidR="00C7272B" w14:paraId="72D8B722" w14:textId="77777777">
        <w:tc>
          <w:tcPr>
            <w:tcW w:w="1440" w:type="dxa"/>
          </w:tcPr>
          <w:p w14:paraId="018CE9BB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15EF4DB4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1884B0A9" w14:textId="77777777" w:rsidR="00C7272B" w:rsidRDefault="00000000">
            <w:r>
              <w:rPr>
                <w:sz w:val="16"/>
              </w:rPr>
              <w:t>3842</w:t>
            </w:r>
          </w:p>
        </w:tc>
        <w:tc>
          <w:tcPr>
            <w:tcW w:w="1440" w:type="dxa"/>
          </w:tcPr>
          <w:p w14:paraId="357A0033" w14:textId="77777777" w:rsidR="00C7272B" w:rsidRDefault="00000000">
            <w:r>
              <w:rPr>
                <w:sz w:val="16"/>
              </w:rPr>
              <w:t>0.507</w:t>
            </w:r>
          </w:p>
        </w:tc>
        <w:tc>
          <w:tcPr>
            <w:tcW w:w="1440" w:type="dxa"/>
          </w:tcPr>
          <w:p w14:paraId="24667A96" w14:textId="77777777" w:rsidR="00C7272B" w:rsidRDefault="00000000">
            <w:r>
              <w:rPr>
                <w:sz w:val="16"/>
              </w:rPr>
              <w:t>0.031</w:t>
            </w:r>
          </w:p>
        </w:tc>
        <w:tc>
          <w:tcPr>
            <w:tcW w:w="1440" w:type="dxa"/>
          </w:tcPr>
          <w:p w14:paraId="0A798464" w14:textId="77777777" w:rsidR="00C7272B" w:rsidRDefault="00000000">
            <w:r>
              <w:rPr>
                <w:sz w:val="16"/>
              </w:rPr>
              <w:t>0.102</w:t>
            </w:r>
          </w:p>
        </w:tc>
      </w:tr>
      <w:tr w:rsidR="00C7272B" w14:paraId="31B22CB5" w14:textId="77777777">
        <w:tc>
          <w:tcPr>
            <w:tcW w:w="1440" w:type="dxa"/>
          </w:tcPr>
          <w:p w14:paraId="7EF68623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5284F768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52143303" w14:textId="77777777" w:rsidR="00C7272B" w:rsidRDefault="00000000">
            <w:r>
              <w:rPr>
                <w:sz w:val="16"/>
              </w:rPr>
              <w:t>3842</w:t>
            </w:r>
          </w:p>
        </w:tc>
        <w:tc>
          <w:tcPr>
            <w:tcW w:w="1440" w:type="dxa"/>
          </w:tcPr>
          <w:p w14:paraId="6BF5D8F2" w14:textId="77777777" w:rsidR="00C7272B" w:rsidRDefault="00000000">
            <w:r>
              <w:rPr>
                <w:sz w:val="16"/>
              </w:rPr>
              <w:t>0.586</w:t>
            </w:r>
          </w:p>
        </w:tc>
        <w:tc>
          <w:tcPr>
            <w:tcW w:w="1440" w:type="dxa"/>
          </w:tcPr>
          <w:p w14:paraId="5190BA78" w14:textId="77777777" w:rsidR="00C7272B" w:rsidRDefault="00000000">
            <w:r>
              <w:rPr>
                <w:sz w:val="16"/>
              </w:rPr>
              <w:t>0.016</w:t>
            </w:r>
          </w:p>
        </w:tc>
        <w:tc>
          <w:tcPr>
            <w:tcW w:w="1440" w:type="dxa"/>
          </w:tcPr>
          <w:p w14:paraId="384E5F7E" w14:textId="77777777" w:rsidR="00C7272B" w:rsidRDefault="00000000">
            <w:r>
              <w:rPr>
                <w:sz w:val="16"/>
              </w:rPr>
              <w:t>0.096</w:t>
            </w:r>
          </w:p>
        </w:tc>
      </w:tr>
      <w:tr w:rsidR="00C7272B" w14:paraId="4EBF52AA" w14:textId="77777777">
        <w:tc>
          <w:tcPr>
            <w:tcW w:w="1440" w:type="dxa"/>
          </w:tcPr>
          <w:p w14:paraId="1B69DD9E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4767C346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72BB3C34" w14:textId="77777777" w:rsidR="00C7272B" w:rsidRDefault="00000000">
            <w:r>
              <w:rPr>
                <w:sz w:val="16"/>
              </w:rPr>
              <w:t>2189</w:t>
            </w:r>
          </w:p>
        </w:tc>
        <w:tc>
          <w:tcPr>
            <w:tcW w:w="1440" w:type="dxa"/>
          </w:tcPr>
          <w:p w14:paraId="140186B0" w14:textId="77777777" w:rsidR="00C7272B" w:rsidRDefault="00000000">
            <w:r>
              <w:rPr>
                <w:sz w:val="16"/>
              </w:rPr>
              <w:t>0.223</w:t>
            </w:r>
          </w:p>
        </w:tc>
        <w:tc>
          <w:tcPr>
            <w:tcW w:w="1440" w:type="dxa"/>
          </w:tcPr>
          <w:p w14:paraId="1998C1B7" w14:textId="77777777" w:rsidR="00C7272B" w:rsidRDefault="00000000">
            <w:r>
              <w:rPr>
                <w:sz w:val="16"/>
              </w:rPr>
              <w:t>0.086</w:t>
            </w:r>
          </w:p>
        </w:tc>
        <w:tc>
          <w:tcPr>
            <w:tcW w:w="1440" w:type="dxa"/>
          </w:tcPr>
          <w:p w14:paraId="144C50AA" w14:textId="77777777" w:rsidR="00C7272B" w:rsidRDefault="00000000">
            <w:r>
              <w:rPr>
                <w:sz w:val="16"/>
              </w:rPr>
              <w:t>-0.022</w:t>
            </w:r>
          </w:p>
        </w:tc>
      </w:tr>
      <w:tr w:rsidR="00C7272B" w14:paraId="6908E768" w14:textId="77777777">
        <w:tc>
          <w:tcPr>
            <w:tcW w:w="1440" w:type="dxa"/>
          </w:tcPr>
          <w:p w14:paraId="1CD3137C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689F39B6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3F75E7C3" w14:textId="77777777" w:rsidR="00C7272B" w:rsidRDefault="00000000">
            <w:r>
              <w:rPr>
                <w:sz w:val="16"/>
              </w:rPr>
              <w:t>2189</w:t>
            </w:r>
          </w:p>
        </w:tc>
        <w:tc>
          <w:tcPr>
            <w:tcW w:w="1440" w:type="dxa"/>
          </w:tcPr>
          <w:p w14:paraId="29490C37" w14:textId="77777777" w:rsidR="00C7272B" w:rsidRDefault="00000000">
            <w:r>
              <w:rPr>
                <w:sz w:val="16"/>
              </w:rPr>
              <w:t>0.462</w:t>
            </w:r>
          </w:p>
        </w:tc>
        <w:tc>
          <w:tcPr>
            <w:tcW w:w="1440" w:type="dxa"/>
          </w:tcPr>
          <w:p w14:paraId="726674CA" w14:textId="77777777" w:rsidR="00C7272B" w:rsidRDefault="00000000">
            <w:r>
              <w:rPr>
                <w:sz w:val="16"/>
              </w:rPr>
              <w:t>0.018</w:t>
            </w:r>
          </w:p>
        </w:tc>
        <w:tc>
          <w:tcPr>
            <w:tcW w:w="1440" w:type="dxa"/>
          </w:tcPr>
          <w:p w14:paraId="5F9B6F47" w14:textId="77777777" w:rsidR="00C7272B" w:rsidRDefault="00000000">
            <w:r>
              <w:rPr>
                <w:sz w:val="16"/>
              </w:rPr>
              <w:t>0.027</w:t>
            </w:r>
          </w:p>
        </w:tc>
      </w:tr>
      <w:tr w:rsidR="00C7272B" w14:paraId="15A8A165" w14:textId="77777777">
        <w:tc>
          <w:tcPr>
            <w:tcW w:w="1440" w:type="dxa"/>
          </w:tcPr>
          <w:p w14:paraId="15A28136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1643B4D5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3E7D1C68" w14:textId="77777777" w:rsidR="00C7272B" w:rsidRDefault="00000000">
            <w:r>
              <w:rPr>
                <w:sz w:val="16"/>
              </w:rPr>
              <w:t>2189</w:t>
            </w:r>
          </w:p>
        </w:tc>
        <w:tc>
          <w:tcPr>
            <w:tcW w:w="1440" w:type="dxa"/>
          </w:tcPr>
          <w:p w14:paraId="60B79121" w14:textId="77777777" w:rsidR="00C7272B" w:rsidRDefault="00000000">
            <w:r>
              <w:rPr>
                <w:sz w:val="16"/>
              </w:rPr>
              <w:t>0.504</w:t>
            </w:r>
          </w:p>
        </w:tc>
        <w:tc>
          <w:tcPr>
            <w:tcW w:w="1440" w:type="dxa"/>
          </w:tcPr>
          <w:p w14:paraId="7D478689" w14:textId="77777777" w:rsidR="00C7272B" w:rsidRDefault="00000000">
            <w:r>
              <w:rPr>
                <w:sz w:val="16"/>
              </w:rPr>
              <w:t>0.003</w:t>
            </w:r>
          </w:p>
        </w:tc>
        <w:tc>
          <w:tcPr>
            <w:tcW w:w="1440" w:type="dxa"/>
          </w:tcPr>
          <w:p w14:paraId="3C013705" w14:textId="77777777" w:rsidR="00C7272B" w:rsidRDefault="00000000">
            <w:r>
              <w:rPr>
                <w:sz w:val="16"/>
              </w:rPr>
              <w:t>0.131</w:t>
            </w:r>
          </w:p>
        </w:tc>
      </w:tr>
      <w:tr w:rsidR="00C7272B" w14:paraId="33A8FB24" w14:textId="77777777">
        <w:tc>
          <w:tcPr>
            <w:tcW w:w="1440" w:type="dxa"/>
          </w:tcPr>
          <w:p w14:paraId="01446CB9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390B9E32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0DC0A55B" w14:textId="77777777" w:rsidR="00C7272B" w:rsidRDefault="00000000">
            <w:r>
              <w:rPr>
                <w:sz w:val="16"/>
              </w:rPr>
              <w:t>1938</w:t>
            </w:r>
          </w:p>
        </w:tc>
        <w:tc>
          <w:tcPr>
            <w:tcW w:w="1440" w:type="dxa"/>
          </w:tcPr>
          <w:p w14:paraId="3294540C" w14:textId="77777777" w:rsidR="00C7272B" w:rsidRDefault="00000000">
            <w:r>
              <w:rPr>
                <w:sz w:val="16"/>
              </w:rPr>
              <w:t>0.202</w:t>
            </w:r>
          </w:p>
        </w:tc>
        <w:tc>
          <w:tcPr>
            <w:tcW w:w="1440" w:type="dxa"/>
          </w:tcPr>
          <w:p w14:paraId="7F692ED7" w14:textId="77777777" w:rsidR="00C7272B" w:rsidRDefault="00000000">
            <w:r>
              <w:rPr>
                <w:sz w:val="16"/>
              </w:rPr>
              <w:t>0.154</w:t>
            </w:r>
          </w:p>
        </w:tc>
        <w:tc>
          <w:tcPr>
            <w:tcW w:w="1440" w:type="dxa"/>
          </w:tcPr>
          <w:p w14:paraId="0136F02F" w14:textId="77777777" w:rsidR="00C7272B" w:rsidRDefault="00000000">
            <w:r>
              <w:rPr>
                <w:sz w:val="16"/>
              </w:rPr>
              <w:t>0.063</w:t>
            </w:r>
          </w:p>
        </w:tc>
      </w:tr>
      <w:tr w:rsidR="00C7272B" w14:paraId="49751E3F" w14:textId="77777777">
        <w:tc>
          <w:tcPr>
            <w:tcW w:w="1440" w:type="dxa"/>
          </w:tcPr>
          <w:p w14:paraId="74B7532B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37FE7BB7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38DCEAAE" w14:textId="77777777" w:rsidR="00C7272B" w:rsidRDefault="00000000">
            <w:r>
              <w:rPr>
                <w:sz w:val="16"/>
              </w:rPr>
              <w:t>1938</w:t>
            </w:r>
          </w:p>
        </w:tc>
        <w:tc>
          <w:tcPr>
            <w:tcW w:w="1440" w:type="dxa"/>
          </w:tcPr>
          <w:p w14:paraId="0E23EED4" w14:textId="77777777" w:rsidR="00C7272B" w:rsidRDefault="00000000">
            <w:r>
              <w:rPr>
                <w:sz w:val="16"/>
              </w:rPr>
              <w:t>0.514</w:t>
            </w:r>
          </w:p>
        </w:tc>
        <w:tc>
          <w:tcPr>
            <w:tcW w:w="1440" w:type="dxa"/>
          </w:tcPr>
          <w:p w14:paraId="138DF7C9" w14:textId="77777777" w:rsidR="00C7272B" w:rsidRDefault="00000000">
            <w:r>
              <w:rPr>
                <w:sz w:val="16"/>
              </w:rPr>
              <w:t>0.025</w:t>
            </w:r>
          </w:p>
        </w:tc>
        <w:tc>
          <w:tcPr>
            <w:tcW w:w="1440" w:type="dxa"/>
          </w:tcPr>
          <w:p w14:paraId="48679969" w14:textId="77777777" w:rsidR="00C7272B" w:rsidRDefault="00000000">
            <w:r>
              <w:rPr>
                <w:sz w:val="16"/>
              </w:rPr>
              <w:t>0.07</w:t>
            </w:r>
          </w:p>
        </w:tc>
      </w:tr>
      <w:tr w:rsidR="00C7272B" w14:paraId="0A67A327" w14:textId="77777777">
        <w:tc>
          <w:tcPr>
            <w:tcW w:w="1440" w:type="dxa"/>
          </w:tcPr>
          <w:p w14:paraId="2D162D35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46D10752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5C12B00D" w14:textId="77777777" w:rsidR="00C7272B" w:rsidRDefault="00000000">
            <w:r>
              <w:rPr>
                <w:sz w:val="16"/>
              </w:rPr>
              <w:t>1938</w:t>
            </w:r>
          </w:p>
        </w:tc>
        <w:tc>
          <w:tcPr>
            <w:tcW w:w="1440" w:type="dxa"/>
          </w:tcPr>
          <w:p w14:paraId="53F8C5B4" w14:textId="77777777" w:rsidR="00C7272B" w:rsidRDefault="00000000">
            <w:r>
              <w:rPr>
                <w:sz w:val="16"/>
              </w:rPr>
              <w:t>0.598</w:t>
            </w:r>
          </w:p>
        </w:tc>
        <w:tc>
          <w:tcPr>
            <w:tcW w:w="1440" w:type="dxa"/>
          </w:tcPr>
          <w:p w14:paraId="09C56236" w14:textId="77777777" w:rsidR="00C7272B" w:rsidRDefault="00000000">
            <w:r>
              <w:rPr>
                <w:sz w:val="16"/>
              </w:rPr>
              <w:t>-0.015</w:t>
            </w:r>
          </w:p>
        </w:tc>
        <w:tc>
          <w:tcPr>
            <w:tcW w:w="1440" w:type="dxa"/>
          </w:tcPr>
          <w:p w14:paraId="74556098" w14:textId="77777777" w:rsidR="00C7272B" w:rsidRDefault="00000000">
            <w:r>
              <w:rPr>
                <w:sz w:val="16"/>
              </w:rPr>
              <w:t>0.096</w:t>
            </w:r>
          </w:p>
        </w:tc>
      </w:tr>
      <w:tr w:rsidR="00C7272B" w14:paraId="76138D28" w14:textId="77777777">
        <w:tc>
          <w:tcPr>
            <w:tcW w:w="1440" w:type="dxa"/>
          </w:tcPr>
          <w:p w14:paraId="44EAD36D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7FBDE8A4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3392D8EF" w14:textId="77777777" w:rsidR="00C7272B" w:rsidRDefault="00000000">
            <w:r>
              <w:rPr>
                <w:sz w:val="16"/>
              </w:rPr>
              <w:t>1759</w:t>
            </w:r>
          </w:p>
        </w:tc>
        <w:tc>
          <w:tcPr>
            <w:tcW w:w="1440" w:type="dxa"/>
          </w:tcPr>
          <w:p w14:paraId="23991E52" w14:textId="77777777" w:rsidR="00C7272B" w:rsidRDefault="00000000">
            <w:r>
              <w:rPr>
                <w:sz w:val="16"/>
              </w:rPr>
              <w:t>0.348</w:t>
            </w:r>
          </w:p>
        </w:tc>
        <w:tc>
          <w:tcPr>
            <w:tcW w:w="1440" w:type="dxa"/>
          </w:tcPr>
          <w:p w14:paraId="442CECEE" w14:textId="77777777" w:rsidR="00C7272B" w:rsidRDefault="00000000">
            <w:r>
              <w:rPr>
                <w:sz w:val="16"/>
              </w:rPr>
              <w:t>0.132</w:t>
            </w:r>
          </w:p>
        </w:tc>
        <w:tc>
          <w:tcPr>
            <w:tcW w:w="1440" w:type="dxa"/>
          </w:tcPr>
          <w:p w14:paraId="0A8A48B2" w14:textId="77777777" w:rsidR="00C7272B" w:rsidRDefault="00000000">
            <w:r>
              <w:rPr>
                <w:sz w:val="16"/>
              </w:rPr>
              <w:t>-0.006</w:t>
            </w:r>
          </w:p>
        </w:tc>
      </w:tr>
      <w:tr w:rsidR="00C7272B" w14:paraId="540E101E" w14:textId="77777777">
        <w:tc>
          <w:tcPr>
            <w:tcW w:w="1440" w:type="dxa"/>
          </w:tcPr>
          <w:p w14:paraId="671B3615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19F6BBE4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2992E1C3" w14:textId="77777777" w:rsidR="00C7272B" w:rsidRDefault="00000000">
            <w:r>
              <w:rPr>
                <w:sz w:val="16"/>
              </w:rPr>
              <w:t>1759</w:t>
            </w:r>
          </w:p>
        </w:tc>
        <w:tc>
          <w:tcPr>
            <w:tcW w:w="1440" w:type="dxa"/>
          </w:tcPr>
          <w:p w14:paraId="02EBB7B5" w14:textId="77777777" w:rsidR="00C7272B" w:rsidRDefault="00000000">
            <w:r>
              <w:rPr>
                <w:sz w:val="16"/>
              </w:rPr>
              <w:t>0.458</w:t>
            </w:r>
          </w:p>
        </w:tc>
        <w:tc>
          <w:tcPr>
            <w:tcW w:w="1440" w:type="dxa"/>
          </w:tcPr>
          <w:p w14:paraId="27F34145" w14:textId="77777777" w:rsidR="00C7272B" w:rsidRDefault="00000000">
            <w:r>
              <w:rPr>
                <w:sz w:val="16"/>
              </w:rPr>
              <w:t>0.051</w:t>
            </w:r>
          </w:p>
        </w:tc>
        <w:tc>
          <w:tcPr>
            <w:tcW w:w="1440" w:type="dxa"/>
          </w:tcPr>
          <w:p w14:paraId="3A1BB57B" w14:textId="77777777" w:rsidR="00C7272B" w:rsidRDefault="00000000">
            <w:r>
              <w:rPr>
                <w:sz w:val="16"/>
              </w:rPr>
              <w:t>0.108</w:t>
            </w:r>
          </w:p>
        </w:tc>
      </w:tr>
      <w:tr w:rsidR="00C7272B" w14:paraId="1A6AC0A2" w14:textId="77777777">
        <w:tc>
          <w:tcPr>
            <w:tcW w:w="1440" w:type="dxa"/>
          </w:tcPr>
          <w:p w14:paraId="3A8D1FF9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53105B76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3591AD10" w14:textId="77777777" w:rsidR="00C7272B" w:rsidRDefault="00000000">
            <w:r>
              <w:rPr>
                <w:sz w:val="16"/>
              </w:rPr>
              <w:t>1759</w:t>
            </w:r>
          </w:p>
        </w:tc>
        <w:tc>
          <w:tcPr>
            <w:tcW w:w="1440" w:type="dxa"/>
          </w:tcPr>
          <w:p w14:paraId="30A90792" w14:textId="77777777" w:rsidR="00C7272B" w:rsidRDefault="00000000">
            <w:r>
              <w:rPr>
                <w:sz w:val="16"/>
              </w:rPr>
              <w:t>0.7</w:t>
            </w:r>
          </w:p>
        </w:tc>
        <w:tc>
          <w:tcPr>
            <w:tcW w:w="1440" w:type="dxa"/>
          </w:tcPr>
          <w:p w14:paraId="5F942DD3" w14:textId="77777777" w:rsidR="00C7272B" w:rsidRDefault="00000000">
            <w:r>
              <w:rPr>
                <w:sz w:val="16"/>
              </w:rPr>
              <w:t>0.004</w:t>
            </w:r>
          </w:p>
        </w:tc>
        <w:tc>
          <w:tcPr>
            <w:tcW w:w="1440" w:type="dxa"/>
          </w:tcPr>
          <w:p w14:paraId="52AEE3EC" w14:textId="77777777" w:rsidR="00C7272B" w:rsidRDefault="00000000">
            <w:r>
              <w:rPr>
                <w:sz w:val="16"/>
              </w:rPr>
              <w:t>0.06</w:t>
            </w:r>
          </w:p>
        </w:tc>
      </w:tr>
    </w:tbl>
    <w:p w14:paraId="0C6CCFE9" w14:textId="77777777" w:rsidR="00C7272B" w:rsidRDefault="00C7272B"/>
    <w:p w14:paraId="4570D4F1" w14:textId="77777777" w:rsidR="00C7272B" w:rsidRDefault="00000000" w:rsidP="008A7600">
      <w:pPr>
        <w:pStyle w:val="af7"/>
      </w:pPr>
      <w:r>
        <w:rPr>
          <w:b/>
        </w:rPr>
        <w:t>Table S1. ELSA — baseline characteristics of trajectory classes.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48"/>
        <w:gridCol w:w="1234"/>
      </w:tblGrid>
      <w:tr w:rsidR="00C7272B" w14:paraId="19B938B0" w14:textId="77777777">
        <w:tc>
          <w:tcPr>
            <w:tcW w:w="1234" w:type="dxa"/>
            <w:tcBorders>
              <w:bottom w:val="single" w:sz="8" w:space="0" w:color="000000"/>
            </w:tcBorders>
          </w:tcPr>
          <w:p w14:paraId="14A5FD57" w14:textId="77777777" w:rsidR="00C7272B" w:rsidRDefault="00000000">
            <w:r>
              <w:rPr>
                <w:b/>
                <w:sz w:val="16"/>
              </w:rPr>
              <w:t>Trajectory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3EF4B9A3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4D82838C" w14:textId="77777777" w:rsidR="00C7272B" w:rsidRDefault="00000000">
            <w:r>
              <w:rPr>
                <w:b/>
                <w:sz w:val="16"/>
              </w:rPr>
              <w:t>Age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22FD69D4" w14:textId="77777777" w:rsidR="00C7272B" w:rsidRDefault="00000000">
            <w:r>
              <w:rPr>
                <w:b/>
                <w:sz w:val="16"/>
              </w:rPr>
              <w:t>Female_pct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6ED1A6EE" w14:textId="77777777" w:rsidR="00C7272B" w:rsidRDefault="00000000">
            <w:r>
              <w:rPr>
                <w:b/>
                <w:sz w:val="16"/>
              </w:rPr>
              <w:t>Pain_w1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7BFDEC26" w14:textId="77777777" w:rsidR="00C7272B" w:rsidRDefault="00000000">
            <w:r>
              <w:rPr>
                <w:b/>
                <w:sz w:val="16"/>
              </w:rPr>
              <w:t>Depression_w1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57595907" w14:textId="77777777" w:rsidR="00C7272B" w:rsidRDefault="00000000">
            <w:r>
              <w:rPr>
                <w:b/>
                <w:sz w:val="16"/>
              </w:rPr>
              <w:t>ADL_w1</w:t>
            </w:r>
          </w:p>
        </w:tc>
      </w:tr>
      <w:tr w:rsidR="00C7272B" w14:paraId="4AAC969C" w14:textId="77777777">
        <w:tc>
          <w:tcPr>
            <w:tcW w:w="1234" w:type="dxa"/>
          </w:tcPr>
          <w:p w14:paraId="71C074ED" w14:textId="77777777" w:rsidR="00C7272B" w:rsidRDefault="00000000">
            <w:r>
              <w:rPr>
                <w:sz w:val="16"/>
              </w:rPr>
              <w:t>Highest composite burden</w:t>
            </w:r>
          </w:p>
        </w:tc>
        <w:tc>
          <w:tcPr>
            <w:tcW w:w="1234" w:type="dxa"/>
          </w:tcPr>
          <w:p w14:paraId="7F52A2C0" w14:textId="77777777" w:rsidR="00C7272B" w:rsidRDefault="00000000">
            <w:r>
              <w:rPr>
                <w:sz w:val="16"/>
              </w:rPr>
              <w:t>519</w:t>
            </w:r>
          </w:p>
        </w:tc>
        <w:tc>
          <w:tcPr>
            <w:tcW w:w="1234" w:type="dxa"/>
          </w:tcPr>
          <w:p w14:paraId="203AAD4B" w14:textId="77777777" w:rsidR="00C7272B" w:rsidRDefault="00000000">
            <w:r>
              <w:rPr>
                <w:sz w:val="16"/>
              </w:rPr>
              <w:t>63.81</w:t>
            </w:r>
          </w:p>
        </w:tc>
        <w:tc>
          <w:tcPr>
            <w:tcW w:w="1234" w:type="dxa"/>
          </w:tcPr>
          <w:p w14:paraId="0616CE5F" w14:textId="77777777" w:rsidR="00C7272B" w:rsidRDefault="00000000">
            <w:r>
              <w:rPr>
                <w:sz w:val="16"/>
              </w:rPr>
              <w:t>0.69</w:t>
            </w:r>
          </w:p>
        </w:tc>
        <w:tc>
          <w:tcPr>
            <w:tcW w:w="1234" w:type="dxa"/>
          </w:tcPr>
          <w:p w14:paraId="33F7C7DD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43BB2959" w14:textId="77777777" w:rsidR="00C7272B" w:rsidRDefault="00000000">
            <w:r>
              <w:rPr>
                <w:sz w:val="16"/>
              </w:rPr>
              <w:t>2.66</w:t>
            </w:r>
          </w:p>
        </w:tc>
        <w:tc>
          <w:tcPr>
            <w:tcW w:w="1234" w:type="dxa"/>
          </w:tcPr>
          <w:p w14:paraId="7E2E20C8" w14:textId="77777777" w:rsidR="00C7272B" w:rsidRDefault="00000000">
            <w:r>
              <w:rPr>
                <w:sz w:val="16"/>
              </w:rPr>
              <w:t>0.76</w:t>
            </w:r>
          </w:p>
        </w:tc>
      </w:tr>
      <w:tr w:rsidR="00C7272B" w14:paraId="33185012" w14:textId="77777777">
        <w:tc>
          <w:tcPr>
            <w:tcW w:w="1234" w:type="dxa"/>
          </w:tcPr>
          <w:p w14:paraId="5A1AC58C" w14:textId="77777777" w:rsidR="00C7272B" w:rsidRDefault="00000000">
            <w:r>
              <w:rPr>
                <w:sz w:val="16"/>
              </w:rPr>
              <w:t>Intermediate</w:t>
            </w:r>
          </w:p>
        </w:tc>
        <w:tc>
          <w:tcPr>
            <w:tcW w:w="1234" w:type="dxa"/>
          </w:tcPr>
          <w:p w14:paraId="501974C2" w14:textId="77777777" w:rsidR="00C7272B" w:rsidRDefault="00000000">
            <w:r>
              <w:rPr>
                <w:sz w:val="16"/>
              </w:rPr>
              <w:t>229</w:t>
            </w:r>
          </w:p>
        </w:tc>
        <w:tc>
          <w:tcPr>
            <w:tcW w:w="1234" w:type="dxa"/>
          </w:tcPr>
          <w:p w14:paraId="7BA11BB4" w14:textId="77777777" w:rsidR="00C7272B" w:rsidRDefault="00000000">
            <w:r>
              <w:rPr>
                <w:sz w:val="16"/>
              </w:rPr>
              <w:t>66.3</w:t>
            </w:r>
          </w:p>
        </w:tc>
        <w:tc>
          <w:tcPr>
            <w:tcW w:w="1234" w:type="dxa"/>
          </w:tcPr>
          <w:p w14:paraId="6EB0B170" w14:textId="77777777" w:rsidR="00C7272B" w:rsidRDefault="00000000">
            <w:r>
              <w:rPr>
                <w:sz w:val="16"/>
              </w:rPr>
              <w:t>0.77</w:t>
            </w:r>
          </w:p>
        </w:tc>
        <w:tc>
          <w:tcPr>
            <w:tcW w:w="1234" w:type="dxa"/>
          </w:tcPr>
          <w:p w14:paraId="0B940901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492A33D2" w14:textId="77777777" w:rsidR="00C7272B" w:rsidRDefault="00000000">
            <w:r>
              <w:rPr>
                <w:sz w:val="16"/>
              </w:rPr>
              <w:t>2.12</w:t>
            </w:r>
          </w:p>
        </w:tc>
        <w:tc>
          <w:tcPr>
            <w:tcW w:w="1234" w:type="dxa"/>
          </w:tcPr>
          <w:p w14:paraId="7312CB90" w14:textId="77777777" w:rsidR="00C7272B" w:rsidRDefault="00000000">
            <w:r>
              <w:rPr>
                <w:sz w:val="16"/>
              </w:rPr>
              <w:t>0.21</w:t>
            </w:r>
          </w:p>
        </w:tc>
      </w:tr>
      <w:tr w:rsidR="00C7272B" w14:paraId="0CB1E409" w14:textId="77777777">
        <w:tc>
          <w:tcPr>
            <w:tcW w:w="1234" w:type="dxa"/>
          </w:tcPr>
          <w:p w14:paraId="46C486A6" w14:textId="77777777" w:rsidR="00C7272B" w:rsidRDefault="00000000">
            <w:r>
              <w:rPr>
                <w:sz w:val="16"/>
              </w:rPr>
              <w:t>Lowest composite burden</w:t>
            </w:r>
          </w:p>
        </w:tc>
        <w:tc>
          <w:tcPr>
            <w:tcW w:w="1234" w:type="dxa"/>
          </w:tcPr>
          <w:p w14:paraId="7C6E6C69" w14:textId="77777777" w:rsidR="00C7272B" w:rsidRDefault="00000000">
            <w:r>
              <w:rPr>
                <w:sz w:val="16"/>
              </w:rPr>
              <w:t>266</w:t>
            </w:r>
          </w:p>
        </w:tc>
        <w:tc>
          <w:tcPr>
            <w:tcW w:w="1234" w:type="dxa"/>
          </w:tcPr>
          <w:p w14:paraId="3341FDBE" w14:textId="77777777" w:rsidR="00C7272B" w:rsidRDefault="00000000">
            <w:r>
              <w:rPr>
                <w:sz w:val="16"/>
              </w:rPr>
              <w:t>64.06</w:t>
            </w:r>
          </w:p>
        </w:tc>
        <w:tc>
          <w:tcPr>
            <w:tcW w:w="1234" w:type="dxa"/>
          </w:tcPr>
          <w:p w14:paraId="05B036C5" w14:textId="77777777" w:rsidR="00C7272B" w:rsidRDefault="00000000">
            <w:r>
              <w:rPr>
                <w:sz w:val="16"/>
              </w:rPr>
              <w:t>0.67</w:t>
            </w:r>
          </w:p>
        </w:tc>
        <w:tc>
          <w:tcPr>
            <w:tcW w:w="1234" w:type="dxa"/>
          </w:tcPr>
          <w:p w14:paraId="5431E7C0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199495D5" w14:textId="77777777" w:rsidR="00C7272B" w:rsidRDefault="00000000">
            <w:r>
              <w:rPr>
                <w:sz w:val="16"/>
              </w:rPr>
              <w:t>0.51</w:t>
            </w:r>
          </w:p>
        </w:tc>
        <w:tc>
          <w:tcPr>
            <w:tcW w:w="1234" w:type="dxa"/>
          </w:tcPr>
          <w:p w14:paraId="7444C120" w14:textId="77777777" w:rsidR="00C7272B" w:rsidRDefault="00000000">
            <w:r>
              <w:rPr>
                <w:sz w:val="16"/>
              </w:rPr>
              <w:t>0.09</w:t>
            </w:r>
          </w:p>
        </w:tc>
      </w:tr>
      <w:tr w:rsidR="00C7272B" w14:paraId="5E8C22FB" w14:textId="77777777">
        <w:tc>
          <w:tcPr>
            <w:tcW w:w="1234" w:type="dxa"/>
          </w:tcPr>
          <w:p w14:paraId="1F85E70B" w14:textId="77777777" w:rsidR="00C7272B" w:rsidRDefault="00000000">
            <w:r>
              <w:rPr>
                <w:sz w:val="16"/>
              </w:rPr>
              <w:t>Pain-predominant</w:t>
            </w:r>
          </w:p>
        </w:tc>
        <w:tc>
          <w:tcPr>
            <w:tcW w:w="1234" w:type="dxa"/>
          </w:tcPr>
          <w:p w14:paraId="6EFD4631" w14:textId="77777777" w:rsidR="00C7272B" w:rsidRDefault="00000000">
            <w:r>
              <w:rPr>
                <w:sz w:val="16"/>
              </w:rPr>
              <w:t>282</w:t>
            </w:r>
          </w:p>
        </w:tc>
        <w:tc>
          <w:tcPr>
            <w:tcW w:w="1234" w:type="dxa"/>
          </w:tcPr>
          <w:p w14:paraId="057AC4A9" w14:textId="77777777" w:rsidR="00C7272B" w:rsidRDefault="00000000">
            <w:r>
              <w:rPr>
                <w:sz w:val="16"/>
              </w:rPr>
              <w:t>65.23</w:t>
            </w:r>
          </w:p>
        </w:tc>
        <w:tc>
          <w:tcPr>
            <w:tcW w:w="1234" w:type="dxa"/>
          </w:tcPr>
          <w:p w14:paraId="51D72870" w14:textId="77777777" w:rsidR="00C7272B" w:rsidRDefault="00000000">
            <w:r>
              <w:rPr>
                <w:sz w:val="16"/>
              </w:rPr>
              <w:t>0.62</w:t>
            </w:r>
          </w:p>
        </w:tc>
        <w:tc>
          <w:tcPr>
            <w:tcW w:w="1234" w:type="dxa"/>
          </w:tcPr>
          <w:p w14:paraId="46372E7F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4DFFA7DC" w14:textId="77777777" w:rsidR="00C7272B" w:rsidRDefault="00000000">
            <w:r>
              <w:rPr>
                <w:sz w:val="16"/>
              </w:rPr>
              <w:t>1.66</w:t>
            </w:r>
          </w:p>
        </w:tc>
        <w:tc>
          <w:tcPr>
            <w:tcW w:w="1234" w:type="dxa"/>
          </w:tcPr>
          <w:p w14:paraId="63D78813" w14:textId="77777777" w:rsidR="00C7272B" w:rsidRDefault="00000000">
            <w:r>
              <w:rPr>
                <w:sz w:val="16"/>
              </w:rPr>
              <w:t>0.39</w:t>
            </w:r>
          </w:p>
        </w:tc>
      </w:tr>
      <w:tr w:rsidR="00C7272B" w14:paraId="7FEA91FA" w14:textId="77777777">
        <w:tc>
          <w:tcPr>
            <w:tcW w:w="1234" w:type="dxa"/>
          </w:tcPr>
          <w:p w14:paraId="4126EE78" w14:textId="77777777" w:rsidR="00C7272B" w:rsidRDefault="00000000">
            <w:r>
              <w:rPr>
                <w:sz w:val="16"/>
              </w:rPr>
              <w:t>Pain-predominant (2)</w:t>
            </w:r>
          </w:p>
        </w:tc>
        <w:tc>
          <w:tcPr>
            <w:tcW w:w="1234" w:type="dxa"/>
          </w:tcPr>
          <w:p w14:paraId="0D975208" w14:textId="77777777" w:rsidR="00C7272B" w:rsidRDefault="00000000">
            <w:r>
              <w:rPr>
                <w:sz w:val="16"/>
              </w:rPr>
              <w:t>119</w:t>
            </w:r>
          </w:p>
        </w:tc>
        <w:tc>
          <w:tcPr>
            <w:tcW w:w="1234" w:type="dxa"/>
          </w:tcPr>
          <w:p w14:paraId="0132A79F" w14:textId="77777777" w:rsidR="00C7272B" w:rsidRDefault="00000000">
            <w:r>
              <w:rPr>
                <w:sz w:val="16"/>
              </w:rPr>
              <w:t>65.71</w:t>
            </w:r>
          </w:p>
        </w:tc>
        <w:tc>
          <w:tcPr>
            <w:tcW w:w="1234" w:type="dxa"/>
          </w:tcPr>
          <w:p w14:paraId="0F552068" w14:textId="77777777" w:rsidR="00C7272B" w:rsidRDefault="00000000">
            <w:r>
              <w:rPr>
                <w:sz w:val="16"/>
              </w:rPr>
              <w:t>0.75</w:t>
            </w:r>
          </w:p>
        </w:tc>
        <w:tc>
          <w:tcPr>
            <w:tcW w:w="1234" w:type="dxa"/>
          </w:tcPr>
          <w:p w14:paraId="4FC8FE9D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6CDCA14A" w14:textId="77777777" w:rsidR="00C7272B" w:rsidRDefault="00000000">
            <w:r>
              <w:rPr>
                <w:sz w:val="16"/>
              </w:rPr>
              <w:t>2.29</w:t>
            </w:r>
          </w:p>
        </w:tc>
        <w:tc>
          <w:tcPr>
            <w:tcW w:w="1234" w:type="dxa"/>
          </w:tcPr>
          <w:p w14:paraId="67248AB8" w14:textId="77777777" w:rsidR="00C7272B" w:rsidRDefault="00000000">
            <w:r>
              <w:rPr>
                <w:sz w:val="16"/>
              </w:rPr>
              <w:t>0.54</w:t>
            </w:r>
          </w:p>
        </w:tc>
      </w:tr>
    </w:tbl>
    <w:p w14:paraId="7C9317B0" w14:textId="77777777" w:rsidR="00117E3A" w:rsidRDefault="00117E3A">
      <w:pPr>
        <w:rPr>
          <w:rFonts w:eastAsia="宋体"/>
          <w:b/>
          <w:lang w:eastAsia="zh-CN"/>
        </w:rPr>
      </w:pPr>
    </w:p>
    <w:p w14:paraId="614623C1" w14:textId="77777777" w:rsidR="00117E3A" w:rsidRDefault="00117E3A">
      <w:pPr>
        <w:rPr>
          <w:rFonts w:eastAsia="宋体"/>
          <w:b/>
          <w:lang w:eastAsia="zh-CN"/>
        </w:rPr>
      </w:pPr>
    </w:p>
    <w:p w14:paraId="741C706F" w14:textId="77777777" w:rsidR="00117E3A" w:rsidRDefault="00117E3A">
      <w:pPr>
        <w:rPr>
          <w:rFonts w:eastAsia="宋体"/>
          <w:b/>
          <w:lang w:eastAsia="zh-CN"/>
        </w:rPr>
      </w:pPr>
    </w:p>
    <w:p w14:paraId="64EF1B8E" w14:textId="66603233" w:rsidR="00C7272B" w:rsidRDefault="00000000" w:rsidP="008A7600">
      <w:pPr>
        <w:pStyle w:val="af7"/>
      </w:pPr>
      <w:r>
        <w:rPr>
          <w:b/>
        </w:rPr>
        <w:lastRenderedPageBreak/>
        <w:t>Table S2. ELSA - autoregressive cross-lagged panel model standardized coefficients.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3E367819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4400FA9E" w14:textId="77777777" w:rsidR="00C7272B" w:rsidRDefault="00000000">
            <w:r>
              <w:rPr>
                <w:b/>
                <w:sz w:val="16"/>
              </w:rPr>
              <w:t>Transition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749B45AE" w14:textId="77777777" w:rsidR="00C7272B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03CD0C97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6C68B161" w14:textId="77777777" w:rsidR="00C7272B" w:rsidRDefault="00000000">
            <w:r>
              <w:rPr>
                <w:b/>
                <w:sz w:val="16"/>
              </w:rPr>
              <w:t>beta_auto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0769BCBE" w14:textId="77777777" w:rsidR="00C7272B" w:rsidRDefault="00000000">
            <w:r>
              <w:rPr>
                <w:b/>
                <w:sz w:val="16"/>
              </w:rPr>
              <w:t>beta_cross1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7E7A8B14" w14:textId="77777777" w:rsidR="00C7272B" w:rsidRDefault="00000000">
            <w:r>
              <w:rPr>
                <w:b/>
                <w:sz w:val="16"/>
              </w:rPr>
              <w:t>beta_cross2</w:t>
            </w:r>
          </w:p>
        </w:tc>
      </w:tr>
      <w:tr w:rsidR="00C7272B" w14:paraId="7836F60B" w14:textId="77777777">
        <w:tc>
          <w:tcPr>
            <w:tcW w:w="1440" w:type="dxa"/>
          </w:tcPr>
          <w:p w14:paraId="4AAA3E68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00290822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4129A67E" w14:textId="77777777" w:rsidR="00C7272B" w:rsidRDefault="00000000">
            <w:r>
              <w:rPr>
                <w:sz w:val="16"/>
              </w:rPr>
              <w:t>2587</w:t>
            </w:r>
          </w:p>
        </w:tc>
        <w:tc>
          <w:tcPr>
            <w:tcW w:w="1440" w:type="dxa"/>
          </w:tcPr>
          <w:p w14:paraId="75E4F4B5" w14:textId="77777777" w:rsidR="00C7272B" w:rsidRDefault="00000000">
            <w:r>
              <w:rPr>
                <w:sz w:val="16"/>
              </w:rPr>
              <w:t>0.365</w:t>
            </w:r>
          </w:p>
        </w:tc>
        <w:tc>
          <w:tcPr>
            <w:tcW w:w="1440" w:type="dxa"/>
          </w:tcPr>
          <w:p w14:paraId="6B8CB02C" w14:textId="77777777" w:rsidR="00C7272B" w:rsidRDefault="00000000">
            <w:r>
              <w:rPr>
                <w:sz w:val="16"/>
              </w:rPr>
              <w:t>0.106</w:t>
            </w:r>
          </w:p>
        </w:tc>
        <w:tc>
          <w:tcPr>
            <w:tcW w:w="1440" w:type="dxa"/>
          </w:tcPr>
          <w:p w14:paraId="0F4F81E5" w14:textId="77777777" w:rsidR="00C7272B" w:rsidRDefault="00000000">
            <w:r>
              <w:rPr>
                <w:sz w:val="16"/>
              </w:rPr>
              <w:t>0.117</w:t>
            </w:r>
          </w:p>
        </w:tc>
      </w:tr>
      <w:tr w:rsidR="00C7272B" w14:paraId="36A98DB3" w14:textId="77777777">
        <w:tc>
          <w:tcPr>
            <w:tcW w:w="1440" w:type="dxa"/>
          </w:tcPr>
          <w:p w14:paraId="6F8A0B9D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1DEC7D8C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149932E9" w14:textId="77777777" w:rsidR="00C7272B" w:rsidRDefault="00000000">
            <w:r>
              <w:rPr>
                <w:sz w:val="16"/>
              </w:rPr>
              <w:t>2587</w:t>
            </w:r>
          </w:p>
        </w:tc>
        <w:tc>
          <w:tcPr>
            <w:tcW w:w="1440" w:type="dxa"/>
          </w:tcPr>
          <w:p w14:paraId="5442E052" w14:textId="77777777" w:rsidR="00C7272B" w:rsidRDefault="00000000">
            <w:r>
              <w:rPr>
                <w:sz w:val="16"/>
              </w:rPr>
              <w:t>0.503</w:t>
            </w:r>
          </w:p>
        </w:tc>
        <w:tc>
          <w:tcPr>
            <w:tcW w:w="1440" w:type="dxa"/>
          </w:tcPr>
          <w:p w14:paraId="24A4952A" w14:textId="77777777" w:rsidR="00C7272B" w:rsidRDefault="00000000">
            <w:r>
              <w:rPr>
                <w:sz w:val="16"/>
              </w:rPr>
              <w:t>0.09</w:t>
            </w:r>
          </w:p>
        </w:tc>
        <w:tc>
          <w:tcPr>
            <w:tcW w:w="1440" w:type="dxa"/>
          </w:tcPr>
          <w:p w14:paraId="58FB2AE6" w14:textId="77777777" w:rsidR="00C7272B" w:rsidRDefault="00000000">
            <w:r>
              <w:rPr>
                <w:sz w:val="16"/>
              </w:rPr>
              <w:t>0.108</w:t>
            </w:r>
          </w:p>
        </w:tc>
      </w:tr>
      <w:tr w:rsidR="00C7272B" w14:paraId="412E1989" w14:textId="77777777">
        <w:tc>
          <w:tcPr>
            <w:tcW w:w="1440" w:type="dxa"/>
          </w:tcPr>
          <w:p w14:paraId="21ADE532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273E687C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203B352A" w14:textId="77777777" w:rsidR="00C7272B" w:rsidRDefault="00000000">
            <w:r>
              <w:rPr>
                <w:sz w:val="16"/>
              </w:rPr>
              <w:t>2587</w:t>
            </w:r>
          </w:p>
        </w:tc>
        <w:tc>
          <w:tcPr>
            <w:tcW w:w="1440" w:type="dxa"/>
          </w:tcPr>
          <w:p w14:paraId="1A73571D" w14:textId="77777777" w:rsidR="00C7272B" w:rsidRDefault="00000000">
            <w:r>
              <w:rPr>
                <w:sz w:val="16"/>
              </w:rPr>
              <w:t>0.544</w:t>
            </w:r>
          </w:p>
        </w:tc>
        <w:tc>
          <w:tcPr>
            <w:tcW w:w="1440" w:type="dxa"/>
          </w:tcPr>
          <w:p w14:paraId="55E1B89E" w14:textId="77777777" w:rsidR="00C7272B" w:rsidRDefault="00000000">
            <w:r>
              <w:rPr>
                <w:sz w:val="16"/>
              </w:rPr>
              <w:t>0.062</w:t>
            </w:r>
          </w:p>
        </w:tc>
        <w:tc>
          <w:tcPr>
            <w:tcW w:w="1440" w:type="dxa"/>
          </w:tcPr>
          <w:p w14:paraId="4F74715F" w14:textId="77777777" w:rsidR="00C7272B" w:rsidRDefault="00000000">
            <w:r>
              <w:rPr>
                <w:sz w:val="16"/>
              </w:rPr>
              <w:t>0.1</w:t>
            </w:r>
          </w:p>
        </w:tc>
      </w:tr>
      <w:tr w:rsidR="00C7272B" w14:paraId="1D9C5D04" w14:textId="77777777">
        <w:tc>
          <w:tcPr>
            <w:tcW w:w="1440" w:type="dxa"/>
          </w:tcPr>
          <w:p w14:paraId="20967650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474590DC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52D331CB" w14:textId="77777777" w:rsidR="00C7272B" w:rsidRDefault="00000000">
            <w:r>
              <w:rPr>
                <w:sz w:val="16"/>
              </w:rPr>
              <w:t>2076</w:t>
            </w:r>
          </w:p>
        </w:tc>
        <w:tc>
          <w:tcPr>
            <w:tcW w:w="1440" w:type="dxa"/>
          </w:tcPr>
          <w:p w14:paraId="0B2A2BD7" w14:textId="77777777" w:rsidR="00C7272B" w:rsidRDefault="00000000">
            <w:r>
              <w:rPr>
                <w:sz w:val="16"/>
              </w:rPr>
              <w:t>0.414</w:t>
            </w:r>
          </w:p>
        </w:tc>
        <w:tc>
          <w:tcPr>
            <w:tcW w:w="1440" w:type="dxa"/>
          </w:tcPr>
          <w:p w14:paraId="6BE08A94" w14:textId="77777777" w:rsidR="00C7272B" w:rsidRDefault="00000000">
            <w:r>
              <w:rPr>
                <w:sz w:val="16"/>
              </w:rPr>
              <w:t>0.079</w:t>
            </w:r>
          </w:p>
        </w:tc>
        <w:tc>
          <w:tcPr>
            <w:tcW w:w="1440" w:type="dxa"/>
          </w:tcPr>
          <w:p w14:paraId="203147CE" w14:textId="77777777" w:rsidR="00C7272B" w:rsidRDefault="00000000">
            <w:r>
              <w:rPr>
                <w:sz w:val="16"/>
              </w:rPr>
              <w:t>0.114</w:t>
            </w:r>
          </w:p>
        </w:tc>
      </w:tr>
      <w:tr w:rsidR="00C7272B" w14:paraId="54569104" w14:textId="77777777">
        <w:tc>
          <w:tcPr>
            <w:tcW w:w="1440" w:type="dxa"/>
          </w:tcPr>
          <w:p w14:paraId="12A91841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7C14391F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2EE04D5A" w14:textId="77777777" w:rsidR="00C7272B" w:rsidRDefault="00000000">
            <w:r>
              <w:rPr>
                <w:sz w:val="16"/>
              </w:rPr>
              <w:t>2076</w:t>
            </w:r>
          </w:p>
        </w:tc>
        <w:tc>
          <w:tcPr>
            <w:tcW w:w="1440" w:type="dxa"/>
          </w:tcPr>
          <w:p w14:paraId="6E044F88" w14:textId="77777777" w:rsidR="00C7272B" w:rsidRDefault="00000000">
            <w:r>
              <w:rPr>
                <w:sz w:val="16"/>
              </w:rPr>
              <w:t>0.51</w:t>
            </w:r>
          </w:p>
        </w:tc>
        <w:tc>
          <w:tcPr>
            <w:tcW w:w="1440" w:type="dxa"/>
          </w:tcPr>
          <w:p w14:paraId="366C0C71" w14:textId="77777777" w:rsidR="00C7272B" w:rsidRDefault="00000000">
            <w:r>
              <w:rPr>
                <w:sz w:val="16"/>
              </w:rPr>
              <w:t>0.071</w:t>
            </w:r>
          </w:p>
        </w:tc>
        <w:tc>
          <w:tcPr>
            <w:tcW w:w="1440" w:type="dxa"/>
          </w:tcPr>
          <w:p w14:paraId="6A262496" w14:textId="77777777" w:rsidR="00C7272B" w:rsidRDefault="00000000">
            <w:r>
              <w:rPr>
                <w:sz w:val="16"/>
              </w:rPr>
              <w:t>0.102</w:t>
            </w:r>
          </w:p>
        </w:tc>
      </w:tr>
      <w:tr w:rsidR="00C7272B" w14:paraId="4988745A" w14:textId="77777777">
        <w:tc>
          <w:tcPr>
            <w:tcW w:w="1440" w:type="dxa"/>
          </w:tcPr>
          <w:p w14:paraId="18063054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4078D33E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764CCB5C" w14:textId="77777777" w:rsidR="00C7272B" w:rsidRDefault="00000000">
            <w:r>
              <w:rPr>
                <w:sz w:val="16"/>
              </w:rPr>
              <w:t>2076</w:t>
            </w:r>
          </w:p>
        </w:tc>
        <w:tc>
          <w:tcPr>
            <w:tcW w:w="1440" w:type="dxa"/>
          </w:tcPr>
          <w:p w14:paraId="7B228074" w14:textId="77777777" w:rsidR="00C7272B" w:rsidRDefault="00000000">
            <w:r>
              <w:rPr>
                <w:sz w:val="16"/>
              </w:rPr>
              <w:t>0.543</w:t>
            </w:r>
          </w:p>
        </w:tc>
        <w:tc>
          <w:tcPr>
            <w:tcW w:w="1440" w:type="dxa"/>
          </w:tcPr>
          <w:p w14:paraId="75A6E20A" w14:textId="77777777" w:rsidR="00C7272B" w:rsidRDefault="00000000">
            <w:r>
              <w:rPr>
                <w:sz w:val="16"/>
              </w:rPr>
              <w:t>0.063</w:t>
            </w:r>
          </w:p>
        </w:tc>
        <w:tc>
          <w:tcPr>
            <w:tcW w:w="1440" w:type="dxa"/>
          </w:tcPr>
          <w:p w14:paraId="1E3A9C3C" w14:textId="77777777" w:rsidR="00C7272B" w:rsidRDefault="00000000">
            <w:r>
              <w:rPr>
                <w:sz w:val="16"/>
              </w:rPr>
              <w:t>0.102</w:t>
            </w:r>
          </w:p>
        </w:tc>
      </w:tr>
      <w:tr w:rsidR="00C7272B" w14:paraId="0D0AE45C" w14:textId="77777777">
        <w:tc>
          <w:tcPr>
            <w:tcW w:w="1440" w:type="dxa"/>
          </w:tcPr>
          <w:p w14:paraId="12E47046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60B3DD28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6F383C6B" w14:textId="77777777" w:rsidR="00C7272B" w:rsidRDefault="00000000">
            <w:r>
              <w:rPr>
                <w:sz w:val="16"/>
              </w:rPr>
              <w:t>1720</w:t>
            </w:r>
          </w:p>
        </w:tc>
        <w:tc>
          <w:tcPr>
            <w:tcW w:w="1440" w:type="dxa"/>
          </w:tcPr>
          <w:p w14:paraId="5B72BC7F" w14:textId="77777777" w:rsidR="00C7272B" w:rsidRDefault="00000000">
            <w:r>
              <w:rPr>
                <w:sz w:val="16"/>
              </w:rPr>
              <w:t>0.426</w:t>
            </w:r>
          </w:p>
        </w:tc>
        <w:tc>
          <w:tcPr>
            <w:tcW w:w="1440" w:type="dxa"/>
          </w:tcPr>
          <w:p w14:paraId="5BB63611" w14:textId="77777777" w:rsidR="00C7272B" w:rsidRDefault="00000000">
            <w:r>
              <w:rPr>
                <w:sz w:val="16"/>
              </w:rPr>
              <w:t>0.104</w:t>
            </w:r>
          </w:p>
        </w:tc>
        <w:tc>
          <w:tcPr>
            <w:tcW w:w="1440" w:type="dxa"/>
          </w:tcPr>
          <w:p w14:paraId="78451386" w14:textId="77777777" w:rsidR="00C7272B" w:rsidRDefault="00000000">
            <w:r>
              <w:rPr>
                <w:sz w:val="16"/>
              </w:rPr>
              <w:t>0.118</w:t>
            </w:r>
          </w:p>
        </w:tc>
      </w:tr>
      <w:tr w:rsidR="00C7272B" w14:paraId="5C6C3B3E" w14:textId="77777777">
        <w:tc>
          <w:tcPr>
            <w:tcW w:w="1440" w:type="dxa"/>
          </w:tcPr>
          <w:p w14:paraId="75E74774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44AD2986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421EC13D" w14:textId="77777777" w:rsidR="00C7272B" w:rsidRDefault="00000000">
            <w:r>
              <w:rPr>
                <w:sz w:val="16"/>
              </w:rPr>
              <w:t>1720</w:t>
            </w:r>
          </w:p>
        </w:tc>
        <w:tc>
          <w:tcPr>
            <w:tcW w:w="1440" w:type="dxa"/>
          </w:tcPr>
          <w:p w14:paraId="30E8068C" w14:textId="77777777" w:rsidR="00C7272B" w:rsidRDefault="00000000">
            <w:r>
              <w:rPr>
                <w:sz w:val="16"/>
              </w:rPr>
              <w:t>0.52</w:t>
            </w:r>
          </w:p>
        </w:tc>
        <w:tc>
          <w:tcPr>
            <w:tcW w:w="1440" w:type="dxa"/>
          </w:tcPr>
          <w:p w14:paraId="504FE3FA" w14:textId="77777777" w:rsidR="00C7272B" w:rsidRDefault="00000000">
            <w:r>
              <w:rPr>
                <w:sz w:val="16"/>
              </w:rPr>
              <w:t>0.053</w:t>
            </w:r>
          </w:p>
        </w:tc>
        <w:tc>
          <w:tcPr>
            <w:tcW w:w="1440" w:type="dxa"/>
          </w:tcPr>
          <w:p w14:paraId="23E9D3BA" w14:textId="77777777" w:rsidR="00C7272B" w:rsidRDefault="00000000">
            <w:r>
              <w:rPr>
                <w:sz w:val="16"/>
              </w:rPr>
              <w:t>0.101</w:t>
            </w:r>
          </w:p>
        </w:tc>
      </w:tr>
      <w:tr w:rsidR="00C7272B" w14:paraId="77BB32F9" w14:textId="77777777">
        <w:tc>
          <w:tcPr>
            <w:tcW w:w="1440" w:type="dxa"/>
          </w:tcPr>
          <w:p w14:paraId="3F29ADF6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3D039A8C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4E4CC114" w14:textId="77777777" w:rsidR="00C7272B" w:rsidRDefault="00000000">
            <w:r>
              <w:rPr>
                <w:sz w:val="16"/>
              </w:rPr>
              <w:t>1720</w:t>
            </w:r>
          </w:p>
        </w:tc>
        <w:tc>
          <w:tcPr>
            <w:tcW w:w="1440" w:type="dxa"/>
          </w:tcPr>
          <w:p w14:paraId="7197FC65" w14:textId="77777777" w:rsidR="00C7272B" w:rsidRDefault="00000000">
            <w:r>
              <w:rPr>
                <w:sz w:val="16"/>
              </w:rPr>
              <w:t>0.524</w:t>
            </w:r>
          </w:p>
        </w:tc>
        <w:tc>
          <w:tcPr>
            <w:tcW w:w="1440" w:type="dxa"/>
          </w:tcPr>
          <w:p w14:paraId="6EBAB09D" w14:textId="77777777" w:rsidR="00C7272B" w:rsidRDefault="00000000">
            <w:r>
              <w:rPr>
                <w:sz w:val="16"/>
              </w:rPr>
              <w:t>0.062</w:t>
            </w:r>
          </w:p>
        </w:tc>
        <w:tc>
          <w:tcPr>
            <w:tcW w:w="1440" w:type="dxa"/>
          </w:tcPr>
          <w:p w14:paraId="0B16760B" w14:textId="77777777" w:rsidR="00C7272B" w:rsidRDefault="00000000">
            <w:r>
              <w:rPr>
                <w:sz w:val="16"/>
              </w:rPr>
              <w:t>0.111</w:t>
            </w:r>
          </w:p>
        </w:tc>
      </w:tr>
      <w:tr w:rsidR="00C7272B" w14:paraId="0FA2B02B" w14:textId="77777777">
        <w:tc>
          <w:tcPr>
            <w:tcW w:w="1440" w:type="dxa"/>
          </w:tcPr>
          <w:p w14:paraId="639F7663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778D9E96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0F09CC8B" w14:textId="77777777" w:rsidR="00C7272B" w:rsidRDefault="00000000">
            <w:r>
              <w:rPr>
                <w:sz w:val="16"/>
              </w:rPr>
              <w:t>1527</w:t>
            </w:r>
          </w:p>
        </w:tc>
        <w:tc>
          <w:tcPr>
            <w:tcW w:w="1440" w:type="dxa"/>
          </w:tcPr>
          <w:p w14:paraId="05F8A147" w14:textId="77777777" w:rsidR="00C7272B" w:rsidRDefault="00000000">
            <w:r>
              <w:rPr>
                <w:sz w:val="16"/>
              </w:rPr>
              <w:t>0.436</w:t>
            </w:r>
          </w:p>
        </w:tc>
        <w:tc>
          <w:tcPr>
            <w:tcW w:w="1440" w:type="dxa"/>
          </w:tcPr>
          <w:p w14:paraId="2E4FDDC9" w14:textId="77777777" w:rsidR="00C7272B" w:rsidRDefault="00000000">
            <w:r>
              <w:rPr>
                <w:sz w:val="16"/>
              </w:rPr>
              <w:t>0.06</w:t>
            </w:r>
          </w:p>
        </w:tc>
        <w:tc>
          <w:tcPr>
            <w:tcW w:w="1440" w:type="dxa"/>
          </w:tcPr>
          <w:p w14:paraId="48FC3C50" w14:textId="77777777" w:rsidR="00C7272B" w:rsidRDefault="00000000">
            <w:r>
              <w:rPr>
                <w:sz w:val="16"/>
              </w:rPr>
              <w:t>0.082</w:t>
            </w:r>
          </w:p>
        </w:tc>
      </w:tr>
      <w:tr w:rsidR="00C7272B" w14:paraId="3B7161B0" w14:textId="77777777">
        <w:tc>
          <w:tcPr>
            <w:tcW w:w="1440" w:type="dxa"/>
          </w:tcPr>
          <w:p w14:paraId="6F4D12B2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7AD335E4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13C75628" w14:textId="77777777" w:rsidR="00C7272B" w:rsidRDefault="00000000">
            <w:r>
              <w:rPr>
                <w:sz w:val="16"/>
              </w:rPr>
              <w:t>1527</w:t>
            </w:r>
          </w:p>
        </w:tc>
        <w:tc>
          <w:tcPr>
            <w:tcW w:w="1440" w:type="dxa"/>
          </w:tcPr>
          <w:p w14:paraId="6140E66A" w14:textId="77777777" w:rsidR="00C7272B" w:rsidRDefault="00000000">
            <w:r>
              <w:rPr>
                <w:sz w:val="16"/>
              </w:rPr>
              <w:t>0.538</w:t>
            </w:r>
          </w:p>
        </w:tc>
        <w:tc>
          <w:tcPr>
            <w:tcW w:w="1440" w:type="dxa"/>
          </w:tcPr>
          <w:p w14:paraId="11D45EF5" w14:textId="77777777" w:rsidR="00C7272B" w:rsidRDefault="00000000">
            <w:r>
              <w:rPr>
                <w:sz w:val="16"/>
              </w:rPr>
              <w:t>0.094</w:t>
            </w:r>
          </w:p>
        </w:tc>
        <w:tc>
          <w:tcPr>
            <w:tcW w:w="1440" w:type="dxa"/>
          </w:tcPr>
          <w:p w14:paraId="1B4B8671" w14:textId="77777777" w:rsidR="00C7272B" w:rsidRDefault="00000000">
            <w:r>
              <w:rPr>
                <w:sz w:val="16"/>
              </w:rPr>
              <w:t>0.082</w:t>
            </w:r>
          </w:p>
        </w:tc>
      </w:tr>
      <w:tr w:rsidR="00C7272B" w14:paraId="399B20DF" w14:textId="77777777">
        <w:tc>
          <w:tcPr>
            <w:tcW w:w="1440" w:type="dxa"/>
          </w:tcPr>
          <w:p w14:paraId="07BD5F1A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06F62AD6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2CD604AC" w14:textId="77777777" w:rsidR="00C7272B" w:rsidRDefault="00000000">
            <w:r>
              <w:rPr>
                <w:sz w:val="16"/>
              </w:rPr>
              <w:t>1527</w:t>
            </w:r>
          </w:p>
        </w:tc>
        <w:tc>
          <w:tcPr>
            <w:tcW w:w="1440" w:type="dxa"/>
          </w:tcPr>
          <w:p w14:paraId="297E056A" w14:textId="77777777" w:rsidR="00C7272B" w:rsidRDefault="00000000">
            <w:r>
              <w:rPr>
                <w:sz w:val="16"/>
              </w:rPr>
              <w:t>0.56</w:t>
            </w:r>
          </w:p>
        </w:tc>
        <w:tc>
          <w:tcPr>
            <w:tcW w:w="1440" w:type="dxa"/>
          </w:tcPr>
          <w:p w14:paraId="62A27F8F" w14:textId="77777777" w:rsidR="00C7272B" w:rsidRDefault="00000000">
            <w:r>
              <w:rPr>
                <w:sz w:val="16"/>
              </w:rPr>
              <w:t>0.074</w:t>
            </w:r>
          </w:p>
        </w:tc>
        <w:tc>
          <w:tcPr>
            <w:tcW w:w="1440" w:type="dxa"/>
          </w:tcPr>
          <w:p w14:paraId="0F0478CE" w14:textId="77777777" w:rsidR="00C7272B" w:rsidRDefault="00000000">
            <w:r>
              <w:rPr>
                <w:sz w:val="16"/>
              </w:rPr>
              <w:t>0.082</w:t>
            </w:r>
          </w:p>
        </w:tc>
      </w:tr>
    </w:tbl>
    <w:p w14:paraId="0F48E108" w14:textId="77777777" w:rsidR="00C7272B" w:rsidRDefault="00C7272B"/>
    <w:p w14:paraId="79EDB776" w14:textId="77777777" w:rsidR="00C7272B" w:rsidRDefault="00000000" w:rsidP="008A7600">
      <w:pPr>
        <w:pStyle w:val="af7"/>
      </w:pPr>
      <w:r>
        <w:rPr>
          <w:b/>
        </w:rPr>
        <w:t>Table S1. CHARLS — baseline characteristics of trajectory classes.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48"/>
        <w:gridCol w:w="1234"/>
      </w:tblGrid>
      <w:tr w:rsidR="00C7272B" w14:paraId="40D55E2E" w14:textId="77777777">
        <w:tc>
          <w:tcPr>
            <w:tcW w:w="1234" w:type="dxa"/>
            <w:tcBorders>
              <w:bottom w:val="single" w:sz="8" w:space="0" w:color="000000"/>
            </w:tcBorders>
          </w:tcPr>
          <w:p w14:paraId="2FA4159E" w14:textId="77777777" w:rsidR="00C7272B" w:rsidRDefault="00000000">
            <w:r>
              <w:rPr>
                <w:b/>
                <w:sz w:val="16"/>
              </w:rPr>
              <w:t>Trajectory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44DE09AB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1525B29A" w14:textId="77777777" w:rsidR="00C7272B" w:rsidRDefault="00000000">
            <w:r>
              <w:rPr>
                <w:b/>
                <w:sz w:val="16"/>
              </w:rPr>
              <w:t>Age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62416A60" w14:textId="77777777" w:rsidR="00C7272B" w:rsidRDefault="00000000">
            <w:r>
              <w:rPr>
                <w:b/>
                <w:sz w:val="16"/>
              </w:rPr>
              <w:t>Female_pct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029ADA11" w14:textId="77777777" w:rsidR="00C7272B" w:rsidRDefault="00000000">
            <w:r>
              <w:rPr>
                <w:b/>
                <w:sz w:val="16"/>
              </w:rPr>
              <w:t>Pain_w1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09AC74F4" w14:textId="77777777" w:rsidR="00C7272B" w:rsidRDefault="00000000">
            <w:r>
              <w:rPr>
                <w:b/>
                <w:sz w:val="16"/>
              </w:rPr>
              <w:t>Depression_w1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380F5FA7" w14:textId="77777777" w:rsidR="00C7272B" w:rsidRDefault="00000000">
            <w:r>
              <w:rPr>
                <w:b/>
                <w:sz w:val="16"/>
              </w:rPr>
              <w:t>ADL_w1</w:t>
            </w:r>
          </w:p>
        </w:tc>
      </w:tr>
      <w:tr w:rsidR="00C7272B" w14:paraId="4C11A755" w14:textId="77777777">
        <w:tc>
          <w:tcPr>
            <w:tcW w:w="1234" w:type="dxa"/>
          </w:tcPr>
          <w:p w14:paraId="548AD111" w14:textId="77777777" w:rsidR="00C7272B" w:rsidRDefault="00000000">
            <w:r>
              <w:rPr>
                <w:sz w:val="16"/>
              </w:rPr>
              <w:t>Highest composite burden</w:t>
            </w:r>
          </w:p>
        </w:tc>
        <w:tc>
          <w:tcPr>
            <w:tcW w:w="1234" w:type="dxa"/>
          </w:tcPr>
          <w:p w14:paraId="6C836884" w14:textId="77777777" w:rsidR="00C7272B" w:rsidRDefault="00000000">
            <w:r>
              <w:rPr>
                <w:sz w:val="16"/>
              </w:rPr>
              <w:t>172</w:t>
            </w:r>
          </w:p>
        </w:tc>
        <w:tc>
          <w:tcPr>
            <w:tcW w:w="1234" w:type="dxa"/>
          </w:tcPr>
          <w:p w14:paraId="084D8D03" w14:textId="77777777" w:rsidR="00C7272B" w:rsidRDefault="00000000">
            <w:r>
              <w:rPr>
                <w:sz w:val="16"/>
              </w:rPr>
              <w:t>60.53</w:t>
            </w:r>
          </w:p>
        </w:tc>
        <w:tc>
          <w:tcPr>
            <w:tcW w:w="1234" w:type="dxa"/>
          </w:tcPr>
          <w:p w14:paraId="222765B6" w14:textId="77777777" w:rsidR="00C7272B" w:rsidRDefault="00000000">
            <w:r>
              <w:rPr>
                <w:sz w:val="16"/>
              </w:rPr>
              <w:t>0.77</w:t>
            </w:r>
          </w:p>
        </w:tc>
        <w:tc>
          <w:tcPr>
            <w:tcW w:w="1234" w:type="dxa"/>
          </w:tcPr>
          <w:p w14:paraId="5C75C4BE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2D098DC2" w14:textId="77777777" w:rsidR="00C7272B" w:rsidRDefault="00000000">
            <w:r>
              <w:rPr>
                <w:sz w:val="16"/>
              </w:rPr>
              <w:t>13.99</w:t>
            </w:r>
          </w:p>
        </w:tc>
        <w:tc>
          <w:tcPr>
            <w:tcW w:w="1234" w:type="dxa"/>
          </w:tcPr>
          <w:p w14:paraId="6290120F" w14:textId="77777777" w:rsidR="00C7272B" w:rsidRDefault="00000000">
            <w:r>
              <w:rPr>
                <w:sz w:val="16"/>
              </w:rPr>
              <w:t>0.72</w:t>
            </w:r>
          </w:p>
        </w:tc>
      </w:tr>
      <w:tr w:rsidR="00C7272B" w14:paraId="053B5F0D" w14:textId="77777777">
        <w:tc>
          <w:tcPr>
            <w:tcW w:w="1234" w:type="dxa"/>
          </w:tcPr>
          <w:p w14:paraId="5C4D5892" w14:textId="77777777" w:rsidR="00C7272B" w:rsidRDefault="00000000">
            <w:r>
              <w:rPr>
                <w:sz w:val="16"/>
              </w:rPr>
              <w:t>Intermediate</w:t>
            </w:r>
          </w:p>
        </w:tc>
        <w:tc>
          <w:tcPr>
            <w:tcW w:w="1234" w:type="dxa"/>
          </w:tcPr>
          <w:p w14:paraId="1E4BBA13" w14:textId="77777777" w:rsidR="00C7272B" w:rsidRDefault="00000000">
            <w:r>
              <w:rPr>
                <w:sz w:val="16"/>
              </w:rPr>
              <w:t>157</w:t>
            </w:r>
          </w:p>
        </w:tc>
        <w:tc>
          <w:tcPr>
            <w:tcW w:w="1234" w:type="dxa"/>
          </w:tcPr>
          <w:p w14:paraId="5A2E26FE" w14:textId="77777777" w:rsidR="00C7272B" w:rsidRDefault="00000000">
            <w:r>
              <w:rPr>
                <w:sz w:val="16"/>
              </w:rPr>
              <w:t>61.69</w:t>
            </w:r>
          </w:p>
        </w:tc>
        <w:tc>
          <w:tcPr>
            <w:tcW w:w="1234" w:type="dxa"/>
          </w:tcPr>
          <w:p w14:paraId="379AD20A" w14:textId="77777777" w:rsidR="00C7272B" w:rsidRDefault="00000000">
            <w:r>
              <w:rPr>
                <w:sz w:val="16"/>
              </w:rPr>
              <w:t>0.55</w:t>
            </w:r>
          </w:p>
        </w:tc>
        <w:tc>
          <w:tcPr>
            <w:tcW w:w="1234" w:type="dxa"/>
          </w:tcPr>
          <w:p w14:paraId="49789576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320AA2D0" w14:textId="77777777" w:rsidR="00C7272B" w:rsidRDefault="00000000">
            <w:r>
              <w:rPr>
                <w:sz w:val="16"/>
              </w:rPr>
              <w:t>11.0</w:t>
            </w:r>
          </w:p>
        </w:tc>
        <w:tc>
          <w:tcPr>
            <w:tcW w:w="1234" w:type="dxa"/>
          </w:tcPr>
          <w:p w14:paraId="5D14E253" w14:textId="77777777" w:rsidR="00C7272B" w:rsidRDefault="00000000">
            <w:r>
              <w:rPr>
                <w:sz w:val="16"/>
              </w:rPr>
              <w:t>0.41</w:t>
            </w:r>
          </w:p>
        </w:tc>
      </w:tr>
      <w:tr w:rsidR="00C7272B" w14:paraId="1F5F6740" w14:textId="77777777">
        <w:tc>
          <w:tcPr>
            <w:tcW w:w="1234" w:type="dxa"/>
          </w:tcPr>
          <w:p w14:paraId="51BA217B" w14:textId="77777777" w:rsidR="00C7272B" w:rsidRDefault="00000000">
            <w:r>
              <w:rPr>
                <w:sz w:val="16"/>
              </w:rPr>
              <w:t>Lowest composite burden</w:t>
            </w:r>
          </w:p>
        </w:tc>
        <w:tc>
          <w:tcPr>
            <w:tcW w:w="1234" w:type="dxa"/>
          </w:tcPr>
          <w:p w14:paraId="6CA34884" w14:textId="77777777" w:rsidR="00C7272B" w:rsidRDefault="00000000">
            <w:r>
              <w:rPr>
                <w:sz w:val="16"/>
              </w:rPr>
              <w:t>824</w:t>
            </w:r>
          </w:p>
        </w:tc>
        <w:tc>
          <w:tcPr>
            <w:tcW w:w="1234" w:type="dxa"/>
          </w:tcPr>
          <w:p w14:paraId="4F21F22E" w14:textId="77777777" w:rsidR="00C7272B" w:rsidRDefault="00000000">
            <w:r>
              <w:rPr>
                <w:sz w:val="16"/>
              </w:rPr>
              <w:t>60.42</w:t>
            </w:r>
          </w:p>
        </w:tc>
        <w:tc>
          <w:tcPr>
            <w:tcW w:w="1234" w:type="dxa"/>
          </w:tcPr>
          <w:p w14:paraId="64549CDC" w14:textId="77777777" w:rsidR="00C7272B" w:rsidRDefault="00000000">
            <w:r>
              <w:rPr>
                <w:sz w:val="16"/>
              </w:rPr>
              <w:t>0.47</w:t>
            </w:r>
          </w:p>
        </w:tc>
        <w:tc>
          <w:tcPr>
            <w:tcW w:w="1234" w:type="dxa"/>
          </w:tcPr>
          <w:p w14:paraId="1D128F12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6C0775A3" w14:textId="77777777" w:rsidR="00C7272B" w:rsidRDefault="00000000">
            <w:r>
              <w:rPr>
                <w:sz w:val="16"/>
              </w:rPr>
              <w:t>10.1</w:t>
            </w:r>
          </w:p>
        </w:tc>
        <w:tc>
          <w:tcPr>
            <w:tcW w:w="1234" w:type="dxa"/>
          </w:tcPr>
          <w:p w14:paraId="7538CEB8" w14:textId="77777777" w:rsidR="00C7272B" w:rsidRDefault="00000000">
            <w:r>
              <w:rPr>
                <w:sz w:val="16"/>
              </w:rPr>
              <w:t>0.32</w:t>
            </w:r>
          </w:p>
        </w:tc>
      </w:tr>
      <w:tr w:rsidR="00C7272B" w14:paraId="253416C0" w14:textId="77777777">
        <w:tc>
          <w:tcPr>
            <w:tcW w:w="1234" w:type="dxa"/>
          </w:tcPr>
          <w:p w14:paraId="2A08C636" w14:textId="77777777" w:rsidR="00C7272B" w:rsidRDefault="00000000">
            <w:r>
              <w:rPr>
                <w:sz w:val="16"/>
              </w:rPr>
              <w:t>Pain-predominant</w:t>
            </w:r>
          </w:p>
        </w:tc>
        <w:tc>
          <w:tcPr>
            <w:tcW w:w="1234" w:type="dxa"/>
          </w:tcPr>
          <w:p w14:paraId="2DA8D5CB" w14:textId="77777777" w:rsidR="00C7272B" w:rsidRDefault="00000000">
            <w:r>
              <w:rPr>
                <w:sz w:val="16"/>
              </w:rPr>
              <w:t>224</w:t>
            </w:r>
          </w:p>
        </w:tc>
        <w:tc>
          <w:tcPr>
            <w:tcW w:w="1234" w:type="dxa"/>
          </w:tcPr>
          <w:p w14:paraId="411E8DDC" w14:textId="77777777" w:rsidR="00C7272B" w:rsidRDefault="00000000">
            <w:r>
              <w:rPr>
                <w:sz w:val="16"/>
              </w:rPr>
              <w:t>60.21</w:t>
            </w:r>
          </w:p>
        </w:tc>
        <w:tc>
          <w:tcPr>
            <w:tcW w:w="1234" w:type="dxa"/>
          </w:tcPr>
          <w:p w14:paraId="4C3504D7" w14:textId="77777777" w:rsidR="00C7272B" w:rsidRDefault="00000000">
            <w:r>
              <w:rPr>
                <w:sz w:val="16"/>
              </w:rPr>
              <w:t>0.66</w:t>
            </w:r>
          </w:p>
        </w:tc>
        <w:tc>
          <w:tcPr>
            <w:tcW w:w="1234" w:type="dxa"/>
          </w:tcPr>
          <w:p w14:paraId="290796BB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232E499E" w14:textId="77777777" w:rsidR="00C7272B" w:rsidRDefault="00000000">
            <w:r>
              <w:rPr>
                <w:sz w:val="16"/>
              </w:rPr>
              <w:t>11.7</w:t>
            </w:r>
          </w:p>
        </w:tc>
        <w:tc>
          <w:tcPr>
            <w:tcW w:w="1234" w:type="dxa"/>
          </w:tcPr>
          <w:p w14:paraId="41CB0964" w14:textId="77777777" w:rsidR="00C7272B" w:rsidRDefault="00000000">
            <w:r>
              <w:rPr>
                <w:sz w:val="16"/>
              </w:rPr>
              <w:t>0.47</w:t>
            </w:r>
          </w:p>
        </w:tc>
      </w:tr>
      <w:tr w:rsidR="00C7272B" w14:paraId="428C9649" w14:textId="77777777">
        <w:tc>
          <w:tcPr>
            <w:tcW w:w="1234" w:type="dxa"/>
          </w:tcPr>
          <w:p w14:paraId="5A5979EC" w14:textId="77777777" w:rsidR="00C7272B" w:rsidRDefault="00000000">
            <w:r>
              <w:rPr>
                <w:sz w:val="16"/>
              </w:rPr>
              <w:t>Pain-predominant (2)</w:t>
            </w:r>
          </w:p>
        </w:tc>
        <w:tc>
          <w:tcPr>
            <w:tcW w:w="1234" w:type="dxa"/>
          </w:tcPr>
          <w:p w14:paraId="35A73916" w14:textId="77777777" w:rsidR="00C7272B" w:rsidRDefault="00000000">
            <w:r>
              <w:rPr>
                <w:sz w:val="16"/>
              </w:rPr>
              <w:t>269</w:t>
            </w:r>
          </w:p>
        </w:tc>
        <w:tc>
          <w:tcPr>
            <w:tcW w:w="1234" w:type="dxa"/>
          </w:tcPr>
          <w:p w14:paraId="6B45DF79" w14:textId="77777777" w:rsidR="00C7272B" w:rsidRDefault="00000000">
            <w:r>
              <w:rPr>
                <w:sz w:val="16"/>
              </w:rPr>
              <w:t>59.74</w:t>
            </w:r>
          </w:p>
        </w:tc>
        <w:tc>
          <w:tcPr>
            <w:tcW w:w="1234" w:type="dxa"/>
          </w:tcPr>
          <w:p w14:paraId="729B2708" w14:textId="77777777" w:rsidR="00C7272B" w:rsidRDefault="00000000">
            <w:r>
              <w:rPr>
                <w:sz w:val="16"/>
              </w:rPr>
              <w:t>0.71</w:t>
            </w:r>
          </w:p>
        </w:tc>
        <w:tc>
          <w:tcPr>
            <w:tcW w:w="1234" w:type="dxa"/>
          </w:tcPr>
          <w:p w14:paraId="45354455" w14:textId="77777777" w:rsidR="00C7272B" w:rsidRDefault="00000000">
            <w:r>
              <w:rPr>
                <w:sz w:val="16"/>
              </w:rPr>
              <w:t>0.0</w:t>
            </w:r>
          </w:p>
        </w:tc>
        <w:tc>
          <w:tcPr>
            <w:tcW w:w="1234" w:type="dxa"/>
          </w:tcPr>
          <w:p w14:paraId="278B5669" w14:textId="77777777" w:rsidR="00C7272B" w:rsidRDefault="00000000">
            <w:r>
              <w:rPr>
                <w:sz w:val="16"/>
              </w:rPr>
              <w:t>12.91</w:t>
            </w:r>
          </w:p>
        </w:tc>
        <w:tc>
          <w:tcPr>
            <w:tcW w:w="1234" w:type="dxa"/>
          </w:tcPr>
          <w:p w14:paraId="277EB258" w14:textId="77777777" w:rsidR="00C7272B" w:rsidRDefault="00000000">
            <w:r>
              <w:rPr>
                <w:sz w:val="16"/>
              </w:rPr>
              <w:t>0.54</w:t>
            </w:r>
          </w:p>
        </w:tc>
      </w:tr>
    </w:tbl>
    <w:p w14:paraId="52C1C6C3" w14:textId="77777777" w:rsidR="00117E3A" w:rsidRDefault="00117E3A">
      <w:pPr>
        <w:rPr>
          <w:rFonts w:eastAsia="宋体"/>
          <w:b/>
          <w:lang w:eastAsia="zh-CN"/>
        </w:rPr>
      </w:pPr>
    </w:p>
    <w:p w14:paraId="2FCF494A" w14:textId="77777777" w:rsidR="00117E3A" w:rsidRDefault="00117E3A">
      <w:pPr>
        <w:rPr>
          <w:rFonts w:eastAsia="宋体"/>
          <w:b/>
          <w:lang w:eastAsia="zh-CN"/>
        </w:rPr>
      </w:pPr>
    </w:p>
    <w:p w14:paraId="05ADBF19" w14:textId="77777777" w:rsidR="00117E3A" w:rsidRDefault="00117E3A">
      <w:pPr>
        <w:rPr>
          <w:rFonts w:eastAsia="宋体"/>
          <w:b/>
          <w:lang w:eastAsia="zh-CN"/>
        </w:rPr>
      </w:pPr>
    </w:p>
    <w:p w14:paraId="1ABDFFEC" w14:textId="77777777" w:rsidR="00117E3A" w:rsidRDefault="00117E3A">
      <w:pPr>
        <w:rPr>
          <w:rFonts w:eastAsia="宋体"/>
          <w:b/>
          <w:lang w:eastAsia="zh-CN"/>
        </w:rPr>
      </w:pPr>
    </w:p>
    <w:p w14:paraId="4110D462" w14:textId="77777777" w:rsidR="008A7600" w:rsidRDefault="008A7600" w:rsidP="008A7600">
      <w:pPr>
        <w:pStyle w:val="af7"/>
        <w:rPr>
          <w:rFonts w:eastAsia="宋体"/>
          <w:lang w:eastAsia="zh-CN"/>
        </w:rPr>
      </w:pPr>
    </w:p>
    <w:p w14:paraId="266E50D4" w14:textId="30EE4D1B" w:rsidR="00C7272B" w:rsidRDefault="00000000" w:rsidP="008A7600">
      <w:pPr>
        <w:pStyle w:val="af7"/>
      </w:pPr>
      <w:r>
        <w:rPr>
          <w:b/>
        </w:rPr>
        <w:lastRenderedPageBreak/>
        <w:t>Table S2. CHARLS - autoregressive cross-lagged panel model standardized coefficients.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227D8401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711F947A" w14:textId="77777777" w:rsidR="00C7272B" w:rsidRDefault="00000000">
            <w:r>
              <w:rPr>
                <w:b/>
                <w:sz w:val="16"/>
              </w:rPr>
              <w:t>Transition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639006C0" w14:textId="77777777" w:rsidR="00C7272B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275FEC76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25FF363F" w14:textId="77777777" w:rsidR="00C7272B" w:rsidRDefault="00000000">
            <w:r>
              <w:rPr>
                <w:b/>
                <w:sz w:val="16"/>
              </w:rPr>
              <w:t>beta_auto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AD0DE63" w14:textId="77777777" w:rsidR="00C7272B" w:rsidRDefault="00000000">
            <w:r>
              <w:rPr>
                <w:b/>
                <w:sz w:val="16"/>
              </w:rPr>
              <w:t>beta_cross1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9F04B17" w14:textId="77777777" w:rsidR="00C7272B" w:rsidRDefault="00000000">
            <w:r>
              <w:rPr>
                <w:b/>
                <w:sz w:val="16"/>
              </w:rPr>
              <w:t>beta_cross2</w:t>
            </w:r>
          </w:p>
        </w:tc>
      </w:tr>
      <w:tr w:rsidR="00C7272B" w14:paraId="4F9977A6" w14:textId="77777777">
        <w:tc>
          <w:tcPr>
            <w:tcW w:w="1440" w:type="dxa"/>
          </w:tcPr>
          <w:p w14:paraId="443DDB40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14110BA2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6CF7F01C" w14:textId="77777777" w:rsidR="00C7272B" w:rsidRDefault="00000000">
            <w:r>
              <w:rPr>
                <w:sz w:val="16"/>
              </w:rPr>
              <w:t>1578</w:t>
            </w:r>
          </w:p>
        </w:tc>
        <w:tc>
          <w:tcPr>
            <w:tcW w:w="1440" w:type="dxa"/>
          </w:tcPr>
          <w:p w14:paraId="7EC34D17" w14:textId="77777777" w:rsidR="00C7272B" w:rsidRDefault="00000000">
            <w:r>
              <w:rPr>
                <w:sz w:val="16"/>
              </w:rPr>
              <w:t>0.184</w:t>
            </w:r>
          </w:p>
        </w:tc>
        <w:tc>
          <w:tcPr>
            <w:tcW w:w="1440" w:type="dxa"/>
          </w:tcPr>
          <w:p w14:paraId="2571735A" w14:textId="77777777" w:rsidR="00C7272B" w:rsidRDefault="00000000">
            <w:r>
              <w:rPr>
                <w:sz w:val="16"/>
              </w:rPr>
              <w:t>0.196</w:t>
            </w:r>
          </w:p>
        </w:tc>
        <w:tc>
          <w:tcPr>
            <w:tcW w:w="1440" w:type="dxa"/>
          </w:tcPr>
          <w:p w14:paraId="0C631140" w14:textId="77777777" w:rsidR="00C7272B" w:rsidRDefault="00000000">
            <w:r>
              <w:rPr>
                <w:sz w:val="16"/>
              </w:rPr>
              <w:t>0.068</w:t>
            </w:r>
          </w:p>
        </w:tc>
      </w:tr>
      <w:tr w:rsidR="00C7272B" w14:paraId="1969B8BE" w14:textId="77777777">
        <w:tc>
          <w:tcPr>
            <w:tcW w:w="1440" w:type="dxa"/>
          </w:tcPr>
          <w:p w14:paraId="4D900C5F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2A377606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2CB79208" w14:textId="77777777" w:rsidR="00C7272B" w:rsidRDefault="00000000">
            <w:r>
              <w:rPr>
                <w:sz w:val="16"/>
              </w:rPr>
              <w:t>1578</w:t>
            </w:r>
          </w:p>
        </w:tc>
        <w:tc>
          <w:tcPr>
            <w:tcW w:w="1440" w:type="dxa"/>
          </w:tcPr>
          <w:p w14:paraId="196A0C2F" w14:textId="77777777" w:rsidR="00C7272B" w:rsidRDefault="00000000">
            <w:r>
              <w:rPr>
                <w:sz w:val="16"/>
              </w:rPr>
              <w:t>0.486</w:t>
            </w:r>
          </w:p>
        </w:tc>
        <w:tc>
          <w:tcPr>
            <w:tcW w:w="1440" w:type="dxa"/>
          </w:tcPr>
          <w:p w14:paraId="1462214C" w14:textId="77777777" w:rsidR="00C7272B" w:rsidRDefault="00000000">
            <w:r>
              <w:rPr>
                <w:sz w:val="16"/>
              </w:rPr>
              <w:t>0.056</w:t>
            </w:r>
          </w:p>
        </w:tc>
        <w:tc>
          <w:tcPr>
            <w:tcW w:w="1440" w:type="dxa"/>
          </w:tcPr>
          <w:p w14:paraId="13A41942" w14:textId="77777777" w:rsidR="00C7272B" w:rsidRDefault="00000000">
            <w:r>
              <w:rPr>
                <w:sz w:val="16"/>
              </w:rPr>
              <w:t>0.083</w:t>
            </w:r>
          </w:p>
        </w:tc>
      </w:tr>
      <w:tr w:rsidR="00C7272B" w14:paraId="6FDDE64F" w14:textId="77777777">
        <w:tc>
          <w:tcPr>
            <w:tcW w:w="1440" w:type="dxa"/>
          </w:tcPr>
          <w:p w14:paraId="07E11A9B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61C66E05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14779B1F" w14:textId="77777777" w:rsidR="00C7272B" w:rsidRDefault="00000000">
            <w:r>
              <w:rPr>
                <w:sz w:val="16"/>
              </w:rPr>
              <w:t>1578</w:t>
            </w:r>
          </w:p>
        </w:tc>
        <w:tc>
          <w:tcPr>
            <w:tcW w:w="1440" w:type="dxa"/>
          </w:tcPr>
          <w:p w14:paraId="4B86BDEA" w14:textId="77777777" w:rsidR="00C7272B" w:rsidRDefault="00000000">
            <w:r>
              <w:rPr>
                <w:sz w:val="16"/>
              </w:rPr>
              <w:t>0.374</w:t>
            </w:r>
          </w:p>
        </w:tc>
        <w:tc>
          <w:tcPr>
            <w:tcW w:w="1440" w:type="dxa"/>
          </w:tcPr>
          <w:p w14:paraId="0B30A90E" w14:textId="77777777" w:rsidR="00C7272B" w:rsidRDefault="00000000">
            <w:r>
              <w:rPr>
                <w:sz w:val="16"/>
              </w:rPr>
              <w:t>-0.012</w:t>
            </w:r>
          </w:p>
        </w:tc>
        <w:tc>
          <w:tcPr>
            <w:tcW w:w="1440" w:type="dxa"/>
          </w:tcPr>
          <w:p w14:paraId="64D238E7" w14:textId="77777777" w:rsidR="00C7272B" w:rsidRDefault="00000000">
            <w:r>
              <w:rPr>
                <w:sz w:val="16"/>
              </w:rPr>
              <w:t>0.13</w:t>
            </w:r>
          </w:p>
        </w:tc>
      </w:tr>
      <w:tr w:rsidR="00C7272B" w14:paraId="7713AB27" w14:textId="77777777">
        <w:tc>
          <w:tcPr>
            <w:tcW w:w="1440" w:type="dxa"/>
          </w:tcPr>
          <w:p w14:paraId="2ED95039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61E7675B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0575074C" w14:textId="77777777" w:rsidR="00C7272B" w:rsidRDefault="00000000">
            <w:r>
              <w:rPr>
                <w:sz w:val="16"/>
              </w:rPr>
              <w:t>1683</w:t>
            </w:r>
          </w:p>
        </w:tc>
        <w:tc>
          <w:tcPr>
            <w:tcW w:w="1440" w:type="dxa"/>
          </w:tcPr>
          <w:p w14:paraId="75A59E09" w14:textId="77777777" w:rsidR="00C7272B" w:rsidRDefault="00000000">
            <w:r>
              <w:rPr>
                <w:sz w:val="16"/>
              </w:rPr>
              <w:t>0.306</w:t>
            </w:r>
          </w:p>
        </w:tc>
        <w:tc>
          <w:tcPr>
            <w:tcW w:w="1440" w:type="dxa"/>
          </w:tcPr>
          <w:p w14:paraId="6DACBEA5" w14:textId="77777777" w:rsidR="00C7272B" w:rsidRDefault="00000000">
            <w:r>
              <w:rPr>
                <w:sz w:val="16"/>
              </w:rPr>
              <w:t>0.115</w:t>
            </w:r>
          </w:p>
        </w:tc>
        <w:tc>
          <w:tcPr>
            <w:tcW w:w="1440" w:type="dxa"/>
          </w:tcPr>
          <w:p w14:paraId="171AB80E" w14:textId="77777777" w:rsidR="00C7272B" w:rsidRDefault="00000000">
            <w:r>
              <w:rPr>
                <w:sz w:val="16"/>
              </w:rPr>
              <w:t>0.013</w:t>
            </w:r>
          </w:p>
        </w:tc>
      </w:tr>
      <w:tr w:rsidR="00C7272B" w14:paraId="64851443" w14:textId="77777777">
        <w:tc>
          <w:tcPr>
            <w:tcW w:w="1440" w:type="dxa"/>
          </w:tcPr>
          <w:p w14:paraId="4899EE9A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54637877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07114400" w14:textId="77777777" w:rsidR="00C7272B" w:rsidRDefault="00000000">
            <w:r>
              <w:rPr>
                <w:sz w:val="16"/>
              </w:rPr>
              <w:t>1683</w:t>
            </w:r>
          </w:p>
        </w:tc>
        <w:tc>
          <w:tcPr>
            <w:tcW w:w="1440" w:type="dxa"/>
          </w:tcPr>
          <w:p w14:paraId="3C6A7484" w14:textId="77777777" w:rsidR="00C7272B" w:rsidRDefault="00000000">
            <w:r>
              <w:rPr>
                <w:sz w:val="16"/>
              </w:rPr>
              <w:t>0.285</w:t>
            </w:r>
          </w:p>
        </w:tc>
        <w:tc>
          <w:tcPr>
            <w:tcW w:w="1440" w:type="dxa"/>
          </w:tcPr>
          <w:p w14:paraId="5B04AE7D" w14:textId="77777777" w:rsidR="00C7272B" w:rsidRDefault="00000000">
            <w:r>
              <w:rPr>
                <w:sz w:val="16"/>
              </w:rPr>
              <w:t>0.079</w:t>
            </w:r>
          </w:p>
        </w:tc>
        <w:tc>
          <w:tcPr>
            <w:tcW w:w="1440" w:type="dxa"/>
          </w:tcPr>
          <w:p w14:paraId="5DA6D6A3" w14:textId="77777777" w:rsidR="00C7272B" w:rsidRDefault="00000000">
            <w:r>
              <w:rPr>
                <w:sz w:val="16"/>
              </w:rPr>
              <w:t>0.081</w:t>
            </w:r>
          </w:p>
        </w:tc>
      </w:tr>
      <w:tr w:rsidR="00C7272B" w14:paraId="732918E3" w14:textId="77777777">
        <w:tc>
          <w:tcPr>
            <w:tcW w:w="1440" w:type="dxa"/>
          </w:tcPr>
          <w:p w14:paraId="60674181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7448D2AB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28C6DE09" w14:textId="77777777" w:rsidR="00C7272B" w:rsidRDefault="00000000">
            <w:r>
              <w:rPr>
                <w:sz w:val="16"/>
              </w:rPr>
              <w:t>1683</w:t>
            </w:r>
          </w:p>
        </w:tc>
        <w:tc>
          <w:tcPr>
            <w:tcW w:w="1440" w:type="dxa"/>
          </w:tcPr>
          <w:p w14:paraId="7040D91B" w14:textId="77777777" w:rsidR="00C7272B" w:rsidRDefault="00000000">
            <w:r>
              <w:rPr>
                <w:sz w:val="16"/>
              </w:rPr>
              <w:t>0.448</w:t>
            </w:r>
          </w:p>
        </w:tc>
        <w:tc>
          <w:tcPr>
            <w:tcW w:w="1440" w:type="dxa"/>
          </w:tcPr>
          <w:p w14:paraId="02D5D8D9" w14:textId="77777777" w:rsidR="00C7272B" w:rsidRDefault="00000000">
            <w:r>
              <w:rPr>
                <w:sz w:val="16"/>
              </w:rPr>
              <w:t>0.05</w:t>
            </w:r>
          </w:p>
        </w:tc>
        <w:tc>
          <w:tcPr>
            <w:tcW w:w="1440" w:type="dxa"/>
          </w:tcPr>
          <w:p w14:paraId="60ECB002" w14:textId="77777777" w:rsidR="00C7272B" w:rsidRDefault="00000000">
            <w:r>
              <w:rPr>
                <w:sz w:val="16"/>
              </w:rPr>
              <w:t>0.066</w:t>
            </w:r>
          </w:p>
        </w:tc>
      </w:tr>
      <w:tr w:rsidR="00C7272B" w14:paraId="2C8E2656" w14:textId="77777777">
        <w:tc>
          <w:tcPr>
            <w:tcW w:w="1440" w:type="dxa"/>
          </w:tcPr>
          <w:p w14:paraId="0AACBD58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1FE89CA2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39CDA727" w14:textId="77777777" w:rsidR="00C7272B" w:rsidRDefault="00000000">
            <w:r>
              <w:rPr>
                <w:sz w:val="16"/>
              </w:rPr>
              <w:t>1649</w:t>
            </w:r>
          </w:p>
        </w:tc>
        <w:tc>
          <w:tcPr>
            <w:tcW w:w="1440" w:type="dxa"/>
          </w:tcPr>
          <w:p w14:paraId="219254C4" w14:textId="77777777" w:rsidR="00C7272B" w:rsidRDefault="00000000">
            <w:r>
              <w:rPr>
                <w:sz w:val="16"/>
              </w:rPr>
              <w:t>0.356</w:t>
            </w:r>
          </w:p>
        </w:tc>
        <w:tc>
          <w:tcPr>
            <w:tcW w:w="1440" w:type="dxa"/>
          </w:tcPr>
          <w:p w14:paraId="05CAB5A1" w14:textId="77777777" w:rsidR="00C7272B" w:rsidRDefault="00000000">
            <w:r>
              <w:rPr>
                <w:sz w:val="16"/>
              </w:rPr>
              <w:t>0.085</w:t>
            </w:r>
          </w:p>
        </w:tc>
        <w:tc>
          <w:tcPr>
            <w:tcW w:w="1440" w:type="dxa"/>
          </w:tcPr>
          <w:p w14:paraId="4CA68D79" w14:textId="77777777" w:rsidR="00C7272B" w:rsidRDefault="00000000">
            <w:r>
              <w:rPr>
                <w:sz w:val="16"/>
              </w:rPr>
              <w:t>0.021</w:t>
            </w:r>
          </w:p>
        </w:tc>
      </w:tr>
      <w:tr w:rsidR="00C7272B" w14:paraId="5F1417FB" w14:textId="77777777">
        <w:tc>
          <w:tcPr>
            <w:tcW w:w="1440" w:type="dxa"/>
          </w:tcPr>
          <w:p w14:paraId="646180BD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0B94C827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65CF2C73" w14:textId="77777777" w:rsidR="00C7272B" w:rsidRDefault="00000000">
            <w:r>
              <w:rPr>
                <w:sz w:val="16"/>
              </w:rPr>
              <w:t>1649</w:t>
            </w:r>
          </w:p>
        </w:tc>
        <w:tc>
          <w:tcPr>
            <w:tcW w:w="1440" w:type="dxa"/>
          </w:tcPr>
          <w:p w14:paraId="57E91F07" w14:textId="77777777" w:rsidR="00C7272B" w:rsidRDefault="00000000">
            <w:r>
              <w:rPr>
                <w:sz w:val="16"/>
              </w:rPr>
              <w:t>0.361</w:t>
            </w:r>
          </w:p>
        </w:tc>
        <w:tc>
          <w:tcPr>
            <w:tcW w:w="1440" w:type="dxa"/>
          </w:tcPr>
          <w:p w14:paraId="255834EC" w14:textId="77777777" w:rsidR="00C7272B" w:rsidRDefault="00000000">
            <w:r>
              <w:rPr>
                <w:sz w:val="16"/>
              </w:rPr>
              <w:t>0.1</w:t>
            </w:r>
          </w:p>
        </w:tc>
        <w:tc>
          <w:tcPr>
            <w:tcW w:w="1440" w:type="dxa"/>
          </w:tcPr>
          <w:p w14:paraId="43F3125B" w14:textId="77777777" w:rsidR="00C7272B" w:rsidRDefault="00000000">
            <w:r>
              <w:rPr>
                <w:sz w:val="16"/>
              </w:rPr>
              <w:t>0.144</w:t>
            </w:r>
          </w:p>
        </w:tc>
      </w:tr>
      <w:tr w:rsidR="00C7272B" w14:paraId="77ABBABD" w14:textId="77777777">
        <w:tc>
          <w:tcPr>
            <w:tcW w:w="1440" w:type="dxa"/>
          </w:tcPr>
          <w:p w14:paraId="20E8D9BE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1FF61489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3E7E7C53" w14:textId="77777777" w:rsidR="00C7272B" w:rsidRDefault="00000000">
            <w:r>
              <w:rPr>
                <w:sz w:val="16"/>
              </w:rPr>
              <w:t>1649</w:t>
            </w:r>
          </w:p>
        </w:tc>
        <w:tc>
          <w:tcPr>
            <w:tcW w:w="1440" w:type="dxa"/>
          </w:tcPr>
          <w:p w14:paraId="15744A9B" w14:textId="77777777" w:rsidR="00C7272B" w:rsidRDefault="00000000">
            <w:r>
              <w:rPr>
                <w:sz w:val="16"/>
              </w:rPr>
              <w:t>0.502</w:t>
            </w:r>
          </w:p>
        </w:tc>
        <w:tc>
          <w:tcPr>
            <w:tcW w:w="1440" w:type="dxa"/>
          </w:tcPr>
          <w:p w14:paraId="295ED69B" w14:textId="77777777" w:rsidR="00C7272B" w:rsidRDefault="00000000">
            <w:r>
              <w:rPr>
                <w:sz w:val="16"/>
              </w:rPr>
              <w:t>0.073</w:t>
            </w:r>
          </w:p>
        </w:tc>
        <w:tc>
          <w:tcPr>
            <w:tcW w:w="1440" w:type="dxa"/>
          </w:tcPr>
          <w:p w14:paraId="365BB7EC" w14:textId="77777777" w:rsidR="00C7272B" w:rsidRDefault="00000000">
            <w:r>
              <w:rPr>
                <w:sz w:val="16"/>
              </w:rPr>
              <w:t>0.117</w:t>
            </w:r>
          </w:p>
        </w:tc>
      </w:tr>
    </w:tbl>
    <w:p w14:paraId="1227D4FB" w14:textId="77777777" w:rsidR="00C7272B" w:rsidRDefault="00C7272B"/>
    <w:p w14:paraId="1D225F74" w14:textId="77777777" w:rsidR="00C7272B" w:rsidRDefault="00000000" w:rsidP="008A7600">
      <w:pPr>
        <w:pStyle w:val="af7"/>
      </w:pPr>
      <w:r>
        <w:rPr>
          <w:b/>
        </w:rPr>
        <w:t>Table S1. MHAS — baseline characteristics of trajectory classes.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48"/>
        <w:gridCol w:w="1234"/>
      </w:tblGrid>
      <w:tr w:rsidR="00C7272B" w14:paraId="5212DD99" w14:textId="77777777">
        <w:tc>
          <w:tcPr>
            <w:tcW w:w="1234" w:type="dxa"/>
            <w:tcBorders>
              <w:bottom w:val="single" w:sz="8" w:space="0" w:color="000000"/>
            </w:tcBorders>
          </w:tcPr>
          <w:p w14:paraId="4AB49671" w14:textId="77777777" w:rsidR="00C7272B" w:rsidRDefault="00000000">
            <w:r>
              <w:rPr>
                <w:b/>
                <w:sz w:val="16"/>
              </w:rPr>
              <w:t>Trajectory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0CFC5AD3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48350819" w14:textId="77777777" w:rsidR="00C7272B" w:rsidRDefault="00000000">
            <w:r>
              <w:rPr>
                <w:b/>
                <w:sz w:val="16"/>
              </w:rPr>
              <w:t>Age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358490CF" w14:textId="77777777" w:rsidR="00C7272B" w:rsidRDefault="00000000">
            <w:r>
              <w:rPr>
                <w:b/>
                <w:sz w:val="16"/>
              </w:rPr>
              <w:t>Female_pct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39B413FD" w14:textId="77777777" w:rsidR="00C7272B" w:rsidRDefault="00000000">
            <w:r>
              <w:rPr>
                <w:b/>
                <w:sz w:val="16"/>
              </w:rPr>
              <w:t>Pain_w1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4C6FB2FE" w14:textId="77777777" w:rsidR="00C7272B" w:rsidRDefault="00000000">
            <w:r>
              <w:rPr>
                <w:b/>
                <w:sz w:val="16"/>
              </w:rPr>
              <w:t>Depression_w1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74328B31" w14:textId="77777777" w:rsidR="00C7272B" w:rsidRDefault="00000000">
            <w:r>
              <w:rPr>
                <w:b/>
                <w:sz w:val="16"/>
              </w:rPr>
              <w:t>ADL_w1</w:t>
            </w:r>
          </w:p>
        </w:tc>
      </w:tr>
      <w:tr w:rsidR="00C7272B" w14:paraId="68EDC8F2" w14:textId="77777777">
        <w:tc>
          <w:tcPr>
            <w:tcW w:w="1234" w:type="dxa"/>
          </w:tcPr>
          <w:p w14:paraId="38CC07BB" w14:textId="77777777" w:rsidR="00C7272B" w:rsidRDefault="00000000">
            <w:r>
              <w:rPr>
                <w:sz w:val="16"/>
              </w:rPr>
              <w:t>Highest composite burden</w:t>
            </w:r>
          </w:p>
        </w:tc>
        <w:tc>
          <w:tcPr>
            <w:tcW w:w="1234" w:type="dxa"/>
          </w:tcPr>
          <w:p w14:paraId="06515FE9" w14:textId="77777777" w:rsidR="00C7272B" w:rsidRDefault="00000000">
            <w:r>
              <w:rPr>
                <w:sz w:val="16"/>
              </w:rPr>
              <w:t>242</w:t>
            </w:r>
          </w:p>
        </w:tc>
        <w:tc>
          <w:tcPr>
            <w:tcW w:w="1234" w:type="dxa"/>
          </w:tcPr>
          <w:p w14:paraId="7AD9325A" w14:textId="77777777" w:rsidR="00C7272B" w:rsidRDefault="00000000">
            <w:r>
              <w:rPr>
                <w:sz w:val="16"/>
              </w:rPr>
              <w:t>67.17</w:t>
            </w:r>
          </w:p>
        </w:tc>
        <w:tc>
          <w:tcPr>
            <w:tcW w:w="1234" w:type="dxa"/>
          </w:tcPr>
          <w:p w14:paraId="796D962F" w14:textId="77777777" w:rsidR="00C7272B" w:rsidRDefault="00000000">
            <w:r>
              <w:rPr>
                <w:sz w:val="16"/>
              </w:rPr>
              <w:t>0.86</w:t>
            </w:r>
          </w:p>
        </w:tc>
        <w:tc>
          <w:tcPr>
            <w:tcW w:w="1234" w:type="dxa"/>
          </w:tcPr>
          <w:p w14:paraId="7C279410" w14:textId="77777777" w:rsidR="00C7272B" w:rsidRDefault="00000000">
            <w:r>
              <w:rPr>
                <w:sz w:val="16"/>
              </w:rPr>
              <w:t>1.0</w:t>
            </w:r>
          </w:p>
        </w:tc>
        <w:tc>
          <w:tcPr>
            <w:tcW w:w="1234" w:type="dxa"/>
          </w:tcPr>
          <w:p w14:paraId="156827EB" w14:textId="77777777" w:rsidR="00C7272B" w:rsidRDefault="00000000">
            <w:r>
              <w:rPr>
                <w:sz w:val="16"/>
              </w:rPr>
              <w:t>5.37</w:t>
            </w:r>
          </w:p>
        </w:tc>
        <w:tc>
          <w:tcPr>
            <w:tcW w:w="1234" w:type="dxa"/>
          </w:tcPr>
          <w:p w14:paraId="57D030D2" w14:textId="77777777" w:rsidR="00C7272B" w:rsidRDefault="00000000">
            <w:r>
              <w:rPr>
                <w:sz w:val="16"/>
              </w:rPr>
              <w:t>0.72</w:t>
            </w:r>
          </w:p>
        </w:tc>
      </w:tr>
      <w:tr w:rsidR="00C7272B" w14:paraId="337D3A27" w14:textId="77777777">
        <w:tc>
          <w:tcPr>
            <w:tcW w:w="1234" w:type="dxa"/>
          </w:tcPr>
          <w:p w14:paraId="0542D1E5" w14:textId="77777777" w:rsidR="00C7272B" w:rsidRDefault="00000000">
            <w:r>
              <w:rPr>
                <w:sz w:val="16"/>
              </w:rPr>
              <w:t>Intermediate</w:t>
            </w:r>
          </w:p>
        </w:tc>
        <w:tc>
          <w:tcPr>
            <w:tcW w:w="1234" w:type="dxa"/>
          </w:tcPr>
          <w:p w14:paraId="6F7AF9D5" w14:textId="77777777" w:rsidR="00C7272B" w:rsidRDefault="00000000">
            <w:r>
              <w:rPr>
                <w:sz w:val="16"/>
              </w:rPr>
              <w:t>161</w:t>
            </w:r>
          </w:p>
        </w:tc>
        <w:tc>
          <w:tcPr>
            <w:tcW w:w="1234" w:type="dxa"/>
          </w:tcPr>
          <w:p w14:paraId="5BCF50B2" w14:textId="77777777" w:rsidR="00C7272B" w:rsidRDefault="00000000">
            <w:r>
              <w:rPr>
                <w:sz w:val="16"/>
              </w:rPr>
              <w:t>64.2</w:t>
            </w:r>
          </w:p>
        </w:tc>
        <w:tc>
          <w:tcPr>
            <w:tcW w:w="1234" w:type="dxa"/>
          </w:tcPr>
          <w:p w14:paraId="3B57A14B" w14:textId="77777777" w:rsidR="00C7272B" w:rsidRDefault="00000000">
            <w:r>
              <w:rPr>
                <w:sz w:val="16"/>
              </w:rPr>
              <w:t>0.75</w:t>
            </w:r>
          </w:p>
        </w:tc>
        <w:tc>
          <w:tcPr>
            <w:tcW w:w="1234" w:type="dxa"/>
          </w:tcPr>
          <w:p w14:paraId="2BD391EA" w14:textId="77777777" w:rsidR="00C7272B" w:rsidRDefault="00000000">
            <w:r>
              <w:rPr>
                <w:sz w:val="16"/>
              </w:rPr>
              <w:t>0.67</w:t>
            </w:r>
          </w:p>
        </w:tc>
        <w:tc>
          <w:tcPr>
            <w:tcW w:w="1234" w:type="dxa"/>
          </w:tcPr>
          <w:p w14:paraId="6E918569" w14:textId="77777777" w:rsidR="00C7272B" w:rsidRDefault="00000000">
            <w:r>
              <w:rPr>
                <w:sz w:val="16"/>
              </w:rPr>
              <w:t>4.3</w:t>
            </w:r>
          </w:p>
        </w:tc>
        <w:tc>
          <w:tcPr>
            <w:tcW w:w="1234" w:type="dxa"/>
          </w:tcPr>
          <w:p w14:paraId="5FB81151" w14:textId="77777777" w:rsidR="00C7272B" w:rsidRDefault="00000000">
            <w:r>
              <w:rPr>
                <w:sz w:val="16"/>
              </w:rPr>
              <w:t>0.24</w:t>
            </w:r>
          </w:p>
        </w:tc>
      </w:tr>
      <w:tr w:rsidR="00C7272B" w14:paraId="05FE0655" w14:textId="77777777">
        <w:tc>
          <w:tcPr>
            <w:tcW w:w="1234" w:type="dxa"/>
          </w:tcPr>
          <w:p w14:paraId="662CA8F5" w14:textId="77777777" w:rsidR="00C7272B" w:rsidRDefault="00000000">
            <w:r>
              <w:rPr>
                <w:sz w:val="16"/>
              </w:rPr>
              <w:t>Lowest composite burden</w:t>
            </w:r>
          </w:p>
        </w:tc>
        <w:tc>
          <w:tcPr>
            <w:tcW w:w="1234" w:type="dxa"/>
          </w:tcPr>
          <w:p w14:paraId="5A5AA115" w14:textId="77777777" w:rsidR="00C7272B" w:rsidRDefault="00000000">
            <w:r>
              <w:rPr>
                <w:sz w:val="16"/>
              </w:rPr>
              <w:t>91</w:t>
            </w:r>
          </w:p>
        </w:tc>
        <w:tc>
          <w:tcPr>
            <w:tcW w:w="1234" w:type="dxa"/>
          </w:tcPr>
          <w:p w14:paraId="61E299EA" w14:textId="77777777" w:rsidR="00C7272B" w:rsidRDefault="00000000">
            <w:r>
              <w:rPr>
                <w:sz w:val="16"/>
              </w:rPr>
              <w:t>62.99</w:t>
            </w:r>
          </w:p>
        </w:tc>
        <w:tc>
          <w:tcPr>
            <w:tcW w:w="1234" w:type="dxa"/>
          </w:tcPr>
          <w:p w14:paraId="4D378671" w14:textId="77777777" w:rsidR="00C7272B" w:rsidRDefault="00000000">
            <w:r>
              <w:rPr>
                <w:sz w:val="16"/>
              </w:rPr>
              <w:t>0.65</w:t>
            </w:r>
          </w:p>
        </w:tc>
        <w:tc>
          <w:tcPr>
            <w:tcW w:w="1234" w:type="dxa"/>
          </w:tcPr>
          <w:p w14:paraId="662D6E1F" w14:textId="77777777" w:rsidR="00C7272B" w:rsidRDefault="00000000">
            <w:r>
              <w:rPr>
                <w:sz w:val="16"/>
              </w:rPr>
              <w:t>0.36</w:t>
            </w:r>
          </w:p>
        </w:tc>
        <w:tc>
          <w:tcPr>
            <w:tcW w:w="1234" w:type="dxa"/>
          </w:tcPr>
          <w:p w14:paraId="77E689A1" w14:textId="77777777" w:rsidR="00C7272B" w:rsidRDefault="00000000">
            <w:r>
              <w:rPr>
                <w:sz w:val="16"/>
              </w:rPr>
              <w:t>3.07</w:t>
            </w:r>
          </w:p>
        </w:tc>
        <w:tc>
          <w:tcPr>
            <w:tcW w:w="1234" w:type="dxa"/>
          </w:tcPr>
          <w:p w14:paraId="623AD4AE" w14:textId="77777777" w:rsidR="00C7272B" w:rsidRDefault="00000000">
            <w:r>
              <w:rPr>
                <w:sz w:val="16"/>
              </w:rPr>
              <w:t>0.21</w:t>
            </w:r>
          </w:p>
        </w:tc>
      </w:tr>
      <w:tr w:rsidR="00C7272B" w14:paraId="2CBD5E76" w14:textId="77777777">
        <w:tc>
          <w:tcPr>
            <w:tcW w:w="1234" w:type="dxa"/>
          </w:tcPr>
          <w:p w14:paraId="7D45ACAA" w14:textId="77777777" w:rsidR="00C7272B" w:rsidRDefault="00000000">
            <w:r>
              <w:rPr>
                <w:sz w:val="16"/>
              </w:rPr>
              <w:t>Pain-predominant</w:t>
            </w:r>
          </w:p>
        </w:tc>
        <w:tc>
          <w:tcPr>
            <w:tcW w:w="1234" w:type="dxa"/>
          </w:tcPr>
          <w:p w14:paraId="74FDE207" w14:textId="77777777" w:rsidR="00C7272B" w:rsidRDefault="00000000">
            <w:r>
              <w:rPr>
                <w:sz w:val="16"/>
              </w:rPr>
              <w:t>152</w:t>
            </w:r>
          </w:p>
        </w:tc>
        <w:tc>
          <w:tcPr>
            <w:tcW w:w="1234" w:type="dxa"/>
          </w:tcPr>
          <w:p w14:paraId="4AD51284" w14:textId="77777777" w:rsidR="00C7272B" w:rsidRDefault="00000000">
            <w:r>
              <w:rPr>
                <w:sz w:val="16"/>
              </w:rPr>
              <w:t>62.74</w:t>
            </w:r>
          </w:p>
        </w:tc>
        <w:tc>
          <w:tcPr>
            <w:tcW w:w="1234" w:type="dxa"/>
          </w:tcPr>
          <w:p w14:paraId="6B34220D" w14:textId="77777777" w:rsidR="00C7272B" w:rsidRDefault="00000000">
            <w:r>
              <w:rPr>
                <w:sz w:val="16"/>
              </w:rPr>
              <w:t>0.79</w:t>
            </w:r>
          </w:p>
        </w:tc>
        <w:tc>
          <w:tcPr>
            <w:tcW w:w="1234" w:type="dxa"/>
          </w:tcPr>
          <w:p w14:paraId="4A0B2D3B" w14:textId="77777777" w:rsidR="00C7272B" w:rsidRDefault="00000000">
            <w:r>
              <w:rPr>
                <w:sz w:val="16"/>
              </w:rPr>
              <w:t>0.62</w:t>
            </w:r>
          </w:p>
        </w:tc>
        <w:tc>
          <w:tcPr>
            <w:tcW w:w="1234" w:type="dxa"/>
          </w:tcPr>
          <w:p w14:paraId="29D3087A" w14:textId="77777777" w:rsidR="00C7272B" w:rsidRDefault="00000000">
            <w:r>
              <w:rPr>
                <w:sz w:val="16"/>
              </w:rPr>
              <w:t>4.03</w:t>
            </w:r>
          </w:p>
        </w:tc>
        <w:tc>
          <w:tcPr>
            <w:tcW w:w="1234" w:type="dxa"/>
          </w:tcPr>
          <w:p w14:paraId="1FF8F435" w14:textId="77777777" w:rsidR="00C7272B" w:rsidRDefault="00000000">
            <w:r>
              <w:rPr>
                <w:sz w:val="16"/>
              </w:rPr>
              <w:t>0.32</w:t>
            </w:r>
          </w:p>
        </w:tc>
      </w:tr>
      <w:tr w:rsidR="00C7272B" w14:paraId="1618DE4F" w14:textId="77777777">
        <w:tc>
          <w:tcPr>
            <w:tcW w:w="1234" w:type="dxa"/>
          </w:tcPr>
          <w:p w14:paraId="77DD9A19" w14:textId="77777777" w:rsidR="00C7272B" w:rsidRDefault="00000000">
            <w:r>
              <w:rPr>
                <w:sz w:val="16"/>
              </w:rPr>
              <w:t>Pain-predominant (2)</w:t>
            </w:r>
          </w:p>
        </w:tc>
        <w:tc>
          <w:tcPr>
            <w:tcW w:w="1234" w:type="dxa"/>
          </w:tcPr>
          <w:p w14:paraId="0B6DAAFE" w14:textId="77777777" w:rsidR="00C7272B" w:rsidRDefault="00000000">
            <w:r>
              <w:rPr>
                <w:sz w:val="16"/>
              </w:rPr>
              <w:t>90</w:t>
            </w:r>
          </w:p>
        </w:tc>
        <w:tc>
          <w:tcPr>
            <w:tcW w:w="1234" w:type="dxa"/>
          </w:tcPr>
          <w:p w14:paraId="09459A22" w14:textId="77777777" w:rsidR="00C7272B" w:rsidRDefault="00000000">
            <w:r>
              <w:rPr>
                <w:sz w:val="16"/>
              </w:rPr>
              <w:t>63.5</w:t>
            </w:r>
          </w:p>
        </w:tc>
        <w:tc>
          <w:tcPr>
            <w:tcW w:w="1234" w:type="dxa"/>
          </w:tcPr>
          <w:p w14:paraId="4E36C53F" w14:textId="77777777" w:rsidR="00C7272B" w:rsidRDefault="00000000">
            <w:r>
              <w:rPr>
                <w:sz w:val="16"/>
              </w:rPr>
              <w:t>0.78</w:t>
            </w:r>
          </w:p>
        </w:tc>
        <w:tc>
          <w:tcPr>
            <w:tcW w:w="1234" w:type="dxa"/>
          </w:tcPr>
          <w:p w14:paraId="2639D2E3" w14:textId="77777777" w:rsidR="00C7272B" w:rsidRDefault="00000000">
            <w:r>
              <w:rPr>
                <w:sz w:val="16"/>
              </w:rPr>
              <w:t>0.53</w:t>
            </w:r>
          </w:p>
        </w:tc>
        <w:tc>
          <w:tcPr>
            <w:tcW w:w="1234" w:type="dxa"/>
          </w:tcPr>
          <w:p w14:paraId="135C0F81" w14:textId="77777777" w:rsidR="00C7272B" w:rsidRDefault="00000000">
            <w:r>
              <w:rPr>
                <w:sz w:val="16"/>
              </w:rPr>
              <w:t>4.6</w:t>
            </w:r>
          </w:p>
        </w:tc>
        <w:tc>
          <w:tcPr>
            <w:tcW w:w="1234" w:type="dxa"/>
          </w:tcPr>
          <w:p w14:paraId="4DCB94D0" w14:textId="77777777" w:rsidR="00C7272B" w:rsidRDefault="00000000">
            <w:r>
              <w:rPr>
                <w:sz w:val="16"/>
              </w:rPr>
              <w:t>0.66</w:t>
            </w:r>
          </w:p>
        </w:tc>
      </w:tr>
    </w:tbl>
    <w:p w14:paraId="389F4031" w14:textId="77777777" w:rsidR="008A7600" w:rsidRDefault="008A7600" w:rsidP="008A7600">
      <w:pPr>
        <w:pStyle w:val="af7"/>
        <w:rPr>
          <w:rFonts w:eastAsia="宋体"/>
          <w:lang w:eastAsia="zh-CN"/>
        </w:rPr>
      </w:pPr>
    </w:p>
    <w:p w14:paraId="53154202" w14:textId="3DB089B2" w:rsidR="00C7272B" w:rsidRDefault="00000000" w:rsidP="008A7600">
      <w:pPr>
        <w:pStyle w:val="af7"/>
      </w:pPr>
      <w:r>
        <w:rPr>
          <w:b/>
        </w:rPr>
        <w:t>Table S2. MHAS - autoregressive cross-lagged panel model standardized coefficients.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4F417F09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7192213D" w14:textId="77777777" w:rsidR="00C7272B" w:rsidRDefault="00000000">
            <w:r>
              <w:rPr>
                <w:b/>
                <w:sz w:val="16"/>
              </w:rPr>
              <w:t>Transition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0E120B30" w14:textId="77777777" w:rsidR="00C7272B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6543E4CF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78ADD820" w14:textId="77777777" w:rsidR="00C7272B" w:rsidRDefault="00000000">
            <w:r>
              <w:rPr>
                <w:b/>
                <w:sz w:val="16"/>
              </w:rPr>
              <w:t>beta_auto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049384A" w14:textId="77777777" w:rsidR="00C7272B" w:rsidRDefault="00000000">
            <w:r>
              <w:rPr>
                <w:b/>
                <w:sz w:val="16"/>
              </w:rPr>
              <w:t>beta_cross1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540141AD" w14:textId="77777777" w:rsidR="00C7272B" w:rsidRDefault="00000000">
            <w:r>
              <w:rPr>
                <w:b/>
                <w:sz w:val="16"/>
              </w:rPr>
              <w:t>beta_cross2</w:t>
            </w:r>
          </w:p>
        </w:tc>
      </w:tr>
      <w:tr w:rsidR="00C7272B" w14:paraId="156A37EE" w14:textId="77777777">
        <w:tc>
          <w:tcPr>
            <w:tcW w:w="1440" w:type="dxa"/>
          </w:tcPr>
          <w:p w14:paraId="1EB35968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6179BC27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1634080D" w14:textId="77777777" w:rsidR="00C7272B" w:rsidRDefault="00000000">
            <w:r>
              <w:rPr>
                <w:sz w:val="16"/>
              </w:rPr>
              <w:t>1413</w:t>
            </w:r>
          </w:p>
        </w:tc>
        <w:tc>
          <w:tcPr>
            <w:tcW w:w="1440" w:type="dxa"/>
          </w:tcPr>
          <w:p w14:paraId="65259311" w14:textId="77777777" w:rsidR="00C7272B" w:rsidRDefault="00000000">
            <w:r>
              <w:rPr>
                <w:sz w:val="16"/>
              </w:rPr>
              <w:t>0.213</w:t>
            </w:r>
          </w:p>
        </w:tc>
        <w:tc>
          <w:tcPr>
            <w:tcW w:w="1440" w:type="dxa"/>
          </w:tcPr>
          <w:p w14:paraId="6D87E3CA" w14:textId="77777777" w:rsidR="00C7272B" w:rsidRDefault="00000000">
            <w:r>
              <w:rPr>
                <w:sz w:val="16"/>
              </w:rPr>
              <w:t>0.08</w:t>
            </w:r>
          </w:p>
        </w:tc>
        <w:tc>
          <w:tcPr>
            <w:tcW w:w="1440" w:type="dxa"/>
          </w:tcPr>
          <w:p w14:paraId="113ABCD0" w14:textId="77777777" w:rsidR="00C7272B" w:rsidRDefault="00000000">
            <w:r>
              <w:rPr>
                <w:sz w:val="16"/>
              </w:rPr>
              <w:t>0.11</w:t>
            </w:r>
          </w:p>
        </w:tc>
      </w:tr>
      <w:tr w:rsidR="00C7272B" w14:paraId="6C75F9FF" w14:textId="77777777">
        <w:tc>
          <w:tcPr>
            <w:tcW w:w="1440" w:type="dxa"/>
          </w:tcPr>
          <w:p w14:paraId="26F05A10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6DBBDEEB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5B63C5AC" w14:textId="77777777" w:rsidR="00C7272B" w:rsidRDefault="00000000">
            <w:r>
              <w:rPr>
                <w:sz w:val="16"/>
              </w:rPr>
              <w:t>1413</w:t>
            </w:r>
          </w:p>
        </w:tc>
        <w:tc>
          <w:tcPr>
            <w:tcW w:w="1440" w:type="dxa"/>
          </w:tcPr>
          <w:p w14:paraId="1DA32B55" w14:textId="77777777" w:rsidR="00C7272B" w:rsidRDefault="00000000">
            <w:r>
              <w:rPr>
                <w:sz w:val="16"/>
              </w:rPr>
              <w:t>0.443</w:t>
            </w:r>
          </w:p>
        </w:tc>
        <w:tc>
          <w:tcPr>
            <w:tcW w:w="1440" w:type="dxa"/>
          </w:tcPr>
          <w:p w14:paraId="17C2192C" w14:textId="77777777" w:rsidR="00C7272B" w:rsidRDefault="00000000">
            <w:r>
              <w:rPr>
                <w:sz w:val="16"/>
              </w:rPr>
              <w:t>0.094</w:t>
            </w:r>
          </w:p>
        </w:tc>
        <w:tc>
          <w:tcPr>
            <w:tcW w:w="1440" w:type="dxa"/>
          </w:tcPr>
          <w:p w14:paraId="0C4C76CB" w14:textId="77777777" w:rsidR="00C7272B" w:rsidRDefault="00000000">
            <w:r>
              <w:rPr>
                <w:sz w:val="16"/>
              </w:rPr>
              <w:t>0.068</w:t>
            </w:r>
          </w:p>
        </w:tc>
      </w:tr>
      <w:tr w:rsidR="00C7272B" w14:paraId="014D2B30" w14:textId="77777777">
        <w:tc>
          <w:tcPr>
            <w:tcW w:w="1440" w:type="dxa"/>
          </w:tcPr>
          <w:p w14:paraId="0504AAF2" w14:textId="77777777" w:rsidR="00C7272B" w:rsidRDefault="00000000">
            <w:r>
              <w:rPr>
                <w:sz w:val="16"/>
              </w:rPr>
              <w:t>1-&gt;2</w:t>
            </w:r>
          </w:p>
        </w:tc>
        <w:tc>
          <w:tcPr>
            <w:tcW w:w="1440" w:type="dxa"/>
          </w:tcPr>
          <w:p w14:paraId="1F1EAA68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767C1CDD" w14:textId="77777777" w:rsidR="00C7272B" w:rsidRDefault="00000000">
            <w:r>
              <w:rPr>
                <w:sz w:val="16"/>
              </w:rPr>
              <w:t>1413</w:t>
            </w:r>
          </w:p>
        </w:tc>
        <w:tc>
          <w:tcPr>
            <w:tcW w:w="1440" w:type="dxa"/>
          </w:tcPr>
          <w:p w14:paraId="126C3643" w14:textId="77777777" w:rsidR="00C7272B" w:rsidRDefault="00000000">
            <w:r>
              <w:rPr>
                <w:sz w:val="16"/>
              </w:rPr>
              <w:t>0.331</w:t>
            </w:r>
          </w:p>
        </w:tc>
        <w:tc>
          <w:tcPr>
            <w:tcW w:w="1440" w:type="dxa"/>
          </w:tcPr>
          <w:p w14:paraId="5C6A5213" w14:textId="77777777" w:rsidR="00C7272B" w:rsidRDefault="00000000">
            <w:r>
              <w:rPr>
                <w:sz w:val="16"/>
              </w:rPr>
              <w:t>0.093</w:t>
            </w:r>
          </w:p>
        </w:tc>
        <w:tc>
          <w:tcPr>
            <w:tcW w:w="1440" w:type="dxa"/>
          </w:tcPr>
          <w:p w14:paraId="75DB8368" w14:textId="77777777" w:rsidR="00C7272B" w:rsidRDefault="00000000">
            <w:r>
              <w:rPr>
                <w:sz w:val="16"/>
              </w:rPr>
              <w:t>0.123</w:t>
            </w:r>
          </w:p>
        </w:tc>
      </w:tr>
      <w:tr w:rsidR="00C7272B" w14:paraId="5026C786" w14:textId="77777777">
        <w:tc>
          <w:tcPr>
            <w:tcW w:w="1440" w:type="dxa"/>
          </w:tcPr>
          <w:p w14:paraId="087E9467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7B0FDD3A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2AA6ED0D" w14:textId="77777777" w:rsidR="00C7272B" w:rsidRDefault="00000000">
            <w:r>
              <w:rPr>
                <w:sz w:val="16"/>
              </w:rPr>
              <w:t>1263</w:t>
            </w:r>
          </w:p>
        </w:tc>
        <w:tc>
          <w:tcPr>
            <w:tcW w:w="1440" w:type="dxa"/>
          </w:tcPr>
          <w:p w14:paraId="60E0C80A" w14:textId="77777777" w:rsidR="00C7272B" w:rsidRDefault="00000000">
            <w:r>
              <w:rPr>
                <w:sz w:val="16"/>
              </w:rPr>
              <w:t>0.244</w:t>
            </w:r>
          </w:p>
        </w:tc>
        <w:tc>
          <w:tcPr>
            <w:tcW w:w="1440" w:type="dxa"/>
          </w:tcPr>
          <w:p w14:paraId="2A6709F1" w14:textId="77777777" w:rsidR="00C7272B" w:rsidRDefault="00000000">
            <w:r>
              <w:rPr>
                <w:sz w:val="16"/>
              </w:rPr>
              <w:t>0.109</w:t>
            </w:r>
          </w:p>
        </w:tc>
        <w:tc>
          <w:tcPr>
            <w:tcW w:w="1440" w:type="dxa"/>
          </w:tcPr>
          <w:p w14:paraId="4DF52204" w14:textId="77777777" w:rsidR="00C7272B" w:rsidRDefault="00000000">
            <w:r>
              <w:rPr>
                <w:sz w:val="16"/>
              </w:rPr>
              <w:t>0.081</w:t>
            </w:r>
          </w:p>
        </w:tc>
      </w:tr>
      <w:tr w:rsidR="00C7272B" w14:paraId="57CEFA42" w14:textId="77777777">
        <w:tc>
          <w:tcPr>
            <w:tcW w:w="1440" w:type="dxa"/>
          </w:tcPr>
          <w:p w14:paraId="7AC131DF" w14:textId="77777777" w:rsidR="00C7272B" w:rsidRDefault="00000000">
            <w:r>
              <w:rPr>
                <w:sz w:val="16"/>
              </w:rPr>
              <w:t>2-&gt;3</w:t>
            </w:r>
          </w:p>
        </w:tc>
        <w:tc>
          <w:tcPr>
            <w:tcW w:w="1440" w:type="dxa"/>
          </w:tcPr>
          <w:p w14:paraId="60A3422E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722EB673" w14:textId="77777777" w:rsidR="00C7272B" w:rsidRDefault="00000000">
            <w:r>
              <w:rPr>
                <w:sz w:val="16"/>
              </w:rPr>
              <w:t>1263</w:t>
            </w:r>
          </w:p>
        </w:tc>
        <w:tc>
          <w:tcPr>
            <w:tcW w:w="1440" w:type="dxa"/>
          </w:tcPr>
          <w:p w14:paraId="051A4E85" w14:textId="77777777" w:rsidR="00C7272B" w:rsidRDefault="00000000">
            <w:r>
              <w:rPr>
                <w:sz w:val="16"/>
              </w:rPr>
              <w:t>0.47</w:t>
            </w:r>
          </w:p>
        </w:tc>
        <w:tc>
          <w:tcPr>
            <w:tcW w:w="1440" w:type="dxa"/>
          </w:tcPr>
          <w:p w14:paraId="5D42F7CA" w14:textId="77777777" w:rsidR="00C7272B" w:rsidRDefault="00000000">
            <w:r>
              <w:rPr>
                <w:sz w:val="16"/>
              </w:rPr>
              <w:t>0.067</w:t>
            </w:r>
          </w:p>
        </w:tc>
        <w:tc>
          <w:tcPr>
            <w:tcW w:w="1440" w:type="dxa"/>
          </w:tcPr>
          <w:p w14:paraId="6D28F86A" w14:textId="77777777" w:rsidR="00C7272B" w:rsidRDefault="00000000">
            <w:r>
              <w:rPr>
                <w:sz w:val="16"/>
              </w:rPr>
              <w:t>0.104</w:t>
            </w:r>
          </w:p>
        </w:tc>
      </w:tr>
      <w:tr w:rsidR="00C7272B" w14:paraId="26FF9AF4" w14:textId="77777777">
        <w:tc>
          <w:tcPr>
            <w:tcW w:w="1440" w:type="dxa"/>
          </w:tcPr>
          <w:p w14:paraId="3A63AAA4" w14:textId="77777777" w:rsidR="00C7272B" w:rsidRDefault="00000000">
            <w:r>
              <w:rPr>
                <w:sz w:val="16"/>
              </w:rPr>
              <w:lastRenderedPageBreak/>
              <w:t>2-&gt;3</w:t>
            </w:r>
          </w:p>
        </w:tc>
        <w:tc>
          <w:tcPr>
            <w:tcW w:w="1440" w:type="dxa"/>
          </w:tcPr>
          <w:p w14:paraId="1C96284D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4794D9D4" w14:textId="77777777" w:rsidR="00C7272B" w:rsidRDefault="00000000">
            <w:r>
              <w:rPr>
                <w:sz w:val="16"/>
              </w:rPr>
              <w:t>1263</w:t>
            </w:r>
          </w:p>
        </w:tc>
        <w:tc>
          <w:tcPr>
            <w:tcW w:w="1440" w:type="dxa"/>
          </w:tcPr>
          <w:p w14:paraId="34757B46" w14:textId="77777777" w:rsidR="00C7272B" w:rsidRDefault="00000000">
            <w:r>
              <w:rPr>
                <w:sz w:val="16"/>
              </w:rPr>
              <w:t>0.346</w:t>
            </w:r>
          </w:p>
        </w:tc>
        <w:tc>
          <w:tcPr>
            <w:tcW w:w="1440" w:type="dxa"/>
          </w:tcPr>
          <w:p w14:paraId="1A06FD6E" w14:textId="77777777" w:rsidR="00C7272B" w:rsidRDefault="00000000">
            <w:r>
              <w:rPr>
                <w:sz w:val="16"/>
              </w:rPr>
              <w:t>0.072</w:t>
            </w:r>
          </w:p>
        </w:tc>
        <w:tc>
          <w:tcPr>
            <w:tcW w:w="1440" w:type="dxa"/>
          </w:tcPr>
          <w:p w14:paraId="19352600" w14:textId="77777777" w:rsidR="00C7272B" w:rsidRDefault="00000000">
            <w:r>
              <w:rPr>
                <w:sz w:val="16"/>
              </w:rPr>
              <w:t>0.07</w:t>
            </w:r>
          </w:p>
        </w:tc>
      </w:tr>
      <w:tr w:rsidR="00C7272B" w14:paraId="5DB1DC02" w14:textId="77777777">
        <w:tc>
          <w:tcPr>
            <w:tcW w:w="1440" w:type="dxa"/>
          </w:tcPr>
          <w:p w14:paraId="36E84B06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0892EA7E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073A97ED" w14:textId="77777777" w:rsidR="00C7272B" w:rsidRDefault="00000000">
            <w:r>
              <w:rPr>
                <w:sz w:val="16"/>
              </w:rPr>
              <w:t>992</w:t>
            </w:r>
          </w:p>
        </w:tc>
        <w:tc>
          <w:tcPr>
            <w:tcW w:w="1440" w:type="dxa"/>
          </w:tcPr>
          <w:p w14:paraId="6DE322C1" w14:textId="77777777" w:rsidR="00C7272B" w:rsidRDefault="00000000">
            <w:r>
              <w:rPr>
                <w:sz w:val="16"/>
              </w:rPr>
              <w:t>0.246</w:t>
            </w:r>
          </w:p>
        </w:tc>
        <w:tc>
          <w:tcPr>
            <w:tcW w:w="1440" w:type="dxa"/>
          </w:tcPr>
          <w:p w14:paraId="3DB94724" w14:textId="77777777" w:rsidR="00C7272B" w:rsidRDefault="00000000">
            <w:r>
              <w:rPr>
                <w:sz w:val="16"/>
              </w:rPr>
              <w:t>0.106</w:t>
            </w:r>
          </w:p>
        </w:tc>
        <w:tc>
          <w:tcPr>
            <w:tcW w:w="1440" w:type="dxa"/>
          </w:tcPr>
          <w:p w14:paraId="07EB01D4" w14:textId="77777777" w:rsidR="00C7272B" w:rsidRDefault="00000000">
            <w:r>
              <w:rPr>
                <w:sz w:val="16"/>
              </w:rPr>
              <w:t>0.113</w:t>
            </w:r>
          </w:p>
        </w:tc>
      </w:tr>
      <w:tr w:rsidR="00C7272B" w14:paraId="59BC570D" w14:textId="77777777">
        <w:tc>
          <w:tcPr>
            <w:tcW w:w="1440" w:type="dxa"/>
          </w:tcPr>
          <w:p w14:paraId="0B522933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6A032F4A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173A18B4" w14:textId="77777777" w:rsidR="00C7272B" w:rsidRDefault="00000000">
            <w:r>
              <w:rPr>
                <w:sz w:val="16"/>
              </w:rPr>
              <w:t>992</w:t>
            </w:r>
          </w:p>
        </w:tc>
        <w:tc>
          <w:tcPr>
            <w:tcW w:w="1440" w:type="dxa"/>
          </w:tcPr>
          <w:p w14:paraId="2AD27DAB" w14:textId="77777777" w:rsidR="00C7272B" w:rsidRDefault="00000000">
            <w:r>
              <w:rPr>
                <w:sz w:val="16"/>
              </w:rPr>
              <w:t>0.439</w:t>
            </w:r>
          </w:p>
        </w:tc>
        <w:tc>
          <w:tcPr>
            <w:tcW w:w="1440" w:type="dxa"/>
          </w:tcPr>
          <w:p w14:paraId="682BDF83" w14:textId="77777777" w:rsidR="00C7272B" w:rsidRDefault="00000000">
            <w:r>
              <w:rPr>
                <w:sz w:val="16"/>
              </w:rPr>
              <w:t>0.089</w:t>
            </w:r>
          </w:p>
        </w:tc>
        <w:tc>
          <w:tcPr>
            <w:tcW w:w="1440" w:type="dxa"/>
          </w:tcPr>
          <w:p w14:paraId="762A8EFC" w14:textId="77777777" w:rsidR="00C7272B" w:rsidRDefault="00000000">
            <w:r>
              <w:rPr>
                <w:sz w:val="16"/>
              </w:rPr>
              <w:t>0.078</w:t>
            </w:r>
          </w:p>
        </w:tc>
      </w:tr>
      <w:tr w:rsidR="00C7272B" w14:paraId="62F63914" w14:textId="77777777">
        <w:tc>
          <w:tcPr>
            <w:tcW w:w="1440" w:type="dxa"/>
          </w:tcPr>
          <w:p w14:paraId="29647127" w14:textId="77777777" w:rsidR="00C7272B" w:rsidRDefault="00000000">
            <w:r>
              <w:rPr>
                <w:sz w:val="16"/>
              </w:rPr>
              <w:t>3-&gt;4</w:t>
            </w:r>
          </w:p>
        </w:tc>
        <w:tc>
          <w:tcPr>
            <w:tcW w:w="1440" w:type="dxa"/>
          </w:tcPr>
          <w:p w14:paraId="0D55C06F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2DC41EF1" w14:textId="77777777" w:rsidR="00C7272B" w:rsidRDefault="00000000">
            <w:r>
              <w:rPr>
                <w:sz w:val="16"/>
              </w:rPr>
              <w:t>992</w:t>
            </w:r>
          </w:p>
        </w:tc>
        <w:tc>
          <w:tcPr>
            <w:tcW w:w="1440" w:type="dxa"/>
          </w:tcPr>
          <w:p w14:paraId="57E3DB5E" w14:textId="77777777" w:rsidR="00C7272B" w:rsidRDefault="00000000">
            <w:r>
              <w:rPr>
                <w:sz w:val="16"/>
              </w:rPr>
              <w:t>0.458</w:t>
            </w:r>
          </w:p>
        </w:tc>
        <w:tc>
          <w:tcPr>
            <w:tcW w:w="1440" w:type="dxa"/>
          </w:tcPr>
          <w:p w14:paraId="5B637A7E" w14:textId="77777777" w:rsidR="00C7272B" w:rsidRDefault="00000000">
            <w:r>
              <w:rPr>
                <w:sz w:val="16"/>
              </w:rPr>
              <w:t>0.003</w:t>
            </w:r>
          </w:p>
        </w:tc>
        <w:tc>
          <w:tcPr>
            <w:tcW w:w="1440" w:type="dxa"/>
          </w:tcPr>
          <w:p w14:paraId="125F0958" w14:textId="77777777" w:rsidR="00C7272B" w:rsidRDefault="00000000">
            <w:r>
              <w:rPr>
                <w:sz w:val="16"/>
              </w:rPr>
              <w:t>0.155</w:t>
            </w:r>
          </w:p>
        </w:tc>
      </w:tr>
      <w:tr w:rsidR="00C7272B" w14:paraId="0134A1C4" w14:textId="77777777">
        <w:tc>
          <w:tcPr>
            <w:tcW w:w="1440" w:type="dxa"/>
          </w:tcPr>
          <w:p w14:paraId="1AF89261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4D144C1C" w14:textId="77777777" w:rsidR="00C7272B" w:rsidRDefault="00000000">
            <w:r>
              <w:rPr>
                <w:sz w:val="16"/>
              </w:rPr>
              <w:t>pain</w:t>
            </w:r>
          </w:p>
        </w:tc>
        <w:tc>
          <w:tcPr>
            <w:tcW w:w="1440" w:type="dxa"/>
          </w:tcPr>
          <w:p w14:paraId="1EB8A2D8" w14:textId="77777777" w:rsidR="00C7272B" w:rsidRDefault="00000000">
            <w:r>
              <w:rPr>
                <w:sz w:val="16"/>
              </w:rPr>
              <w:t>865</w:t>
            </w:r>
          </w:p>
        </w:tc>
        <w:tc>
          <w:tcPr>
            <w:tcW w:w="1440" w:type="dxa"/>
          </w:tcPr>
          <w:p w14:paraId="2C4BF5B0" w14:textId="77777777" w:rsidR="00C7272B" w:rsidRDefault="00000000">
            <w:r>
              <w:rPr>
                <w:sz w:val="16"/>
              </w:rPr>
              <w:t>0.234</w:t>
            </w:r>
          </w:p>
        </w:tc>
        <w:tc>
          <w:tcPr>
            <w:tcW w:w="1440" w:type="dxa"/>
          </w:tcPr>
          <w:p w14:paraId="791D23C5" w14:textId="77777777" w:rsidR="00C7272B" w:rsidRDefault="00000000">
            <w:r>
              <w:rPr>
                <w:sz w:val="16"/>
              </w:rPr>
              <w:t>0.1</w:t>
            </w:r>
          </w:p>
        </w:tc>
        <w:tc>
          <w:tcPr>
            <w:tcW w:w="1440" w:type="dxa"/>
          </w:tcPr>
          <w:p w14:paraId="6DF23DAA" w14:textId="77777777" w:rsidR="00C7272B" w:rsidRDefault="00000000">
            <w:r>
              <w:rPr>
                <w:sz w:val="16"/>
              </w:rPr>
              <w:t>0.112</w:t>
            </w:r>
          </w:p>
        </w:tc>
      </w:tr>
      <w:tr w:rsidR="00C7272B" w14:paraId="52C61E6D" w14:textId="77777777">
        <w:tc>
          <w:tcPr>
            <w:tcW w:w="1440" w:type="dxa"/>
          </w:tcPr>
          <w:p w14:paraId="5B2E8B2F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239E5FA5" w14:textId="77777777" w:rsidR="00C7272B" w:rsidRDefault="00000000">
            <w:r>
              <w:rPr>
                <w:sz w:val="16"/>
              </w:rPr>
              <w:t>depression</w:t>
            </w:r>
          </w:p>
        </w:tc>
        <w:tc>
          <w:tcPr>
            <w:tcW w:w="1440" w:type="dxa"/>
          </w:tcPr>
          <w:p w14:paraId="0DC80C85" w14:textId="77777777" w:rsidR="00C7272B" w:rsidRDefault="00000000">
            <w:r>
              <w:rPr>
                <w:sz w:val="16"/>
              </w:rPr>
              <w:t>865</w:t>
            </w:r>
          </w:p>
        </w:tc>
        <w:tc>
          <w:tcPr>
            <w:tcW w:w="1440" w:type="dxa"/>
          </w:tcPr>
          <w:p w14:paraId="4E94FA0C" w14:textId="77777777" w:rsidR="00C7272B" w:rsidRDefault="00000000">
            <w:r>
              <w:rPr>
                <w:sz w:val="16"/>
              </w:rPr>
              <w:t>0.497</w:t>
            </w:r>
          </w:p>
        </w:tc>
        <w:tc>
          <w:tcPr>
            <w:tcW w:w="1440" w:type="dxa"/>
          </w:tcPr>
          <w:p w14:paraId="44496CE2" w14:textId="77777777" w:rsidR="00C7272B" w:rsidRDefault="00000000">
            <w:r>
              <w:rPr>
                <w:sz w:val="16"/>
              </w:rPr>
              <w:t>0.072</w:t>
            </w:r>
          </w:p>
        </w:tc>
        <w:tc>
          <w:tcPr>
            <w:tcW w:w="1440" w:type="dxa"/>
          </w:tcPr>
          <w:p w14:paraId="4FE301BA" w14:textId="77777777" w:rsidR="00C7272B" w:rsidRDefault="00000000">
            <w:r>
              <w:rPr>
                <w:sz w:val="16"/>
              </w:rPr>
              <w:t>0.03</w:t>
            </w:r>
          </w:p>
        </w:tc>
      </w:tr>
      <w:tr w:rsidR="00C7272B" w14:paraId="1BBA6BE3" w14:textId="77777777">
        <w:tc>
          <w:tcPr>
            <w:tcW w:w="1440" w:type="dxa"/>
          </w:tcPr>
          <w:p w14:paraId="158A1DFB" w14:textId="77777777" w:rsidR="00C7272B" w:rsidRDefault="00000000">
            <w:r>
              <w:rPr>
                <w:sz w:val="16"/>
              </w:rPr>
              <w:t>4-&gt;5</w:t>
            </w:r>
          </w:p>
        </w:tc>
        <w:tc>
          <w:tcPr>
            <w:tcW w:w="1440" w:type="dxa"/>
          </w:tcPr>
          <w:p w14:paraId="6EACEC9D" w14:textId="77777777" w:rsidR="00C7272B" w:rsidRDefault="00000000">
            <w:r>
              <w:rPr>
                <w:sz w:val="16"/>
              </w:rPr>
              <w:t>adl</w:t>
            </w:r>
          </w:p>
        </w:tc>
        <w:tc>
          <w:tcPr>
            <w:tcW w:w="1440" w:type="dxa"/>
          </w:tcPr>
          <w:p w14:paraId="7AFE3958" w14:textId="77777777" w:rsidR="00C7272B" w:rsidRDefault="00000000">
            <w:r>
              <w:rPr>
                <w:sz w:val="16"/>
              </w:rPr>
              <w:t>865</w:t>
            </w:r>
          </w:p>
        </w:tc>
        <w:tc>
          <w:tcPr>
            <w:tcW w:w="1440" w:type="dxa"/>
          </w:tcPr>
          <w:p w14:paraId="05EADDFB" w14:textId="77777777" w:rsidR="00C7272B" w:rsidRDefault="00000000">
            <w:r>
              <w:rPr>
                <w:sz w:val="16"/>
              </w:rPr>
              <w:t>0.435</w:t>
            </w:r>
          </w:p>
        </w:tc>
        <w:tc>
          <w:tcPr>
            <w:tcW w:w="1440" w:type="dxa"/>
          </w:tcPr>
          <w:p w14:paraId="1E52A726" w14:textId="77777777" w:rsidR="00C7272B" w:rsidRDefault="00000000">
            <w:r>
              <w:rPr>
                <w:sz w:val="16"/>
              </w:rPr>
              <w:t>0.049</w:t>
            </w:r>
          </w:p>
        </w:tc>
        <w:tc>
          <w:tcPr>
            <w:tcW w:w="1440" w:type="dxa"/>
          </w:tcPr>
          <w:p w14:paraId="63E322C9" w14:textId="77777777" w:rsidR="00C7272B" w:rsidRDefault="00000000">
            <w:r>
              <w:rPr>
                <w:sz w:val="16"/>
              </w:rPr>
              <w:t>0.104</w:t>
            </w:r>
          </w:p>
        </w:tc>
      </w:tr>
    </w:tbl>
    <w:p w14:paraId="59C9A866" w14:textId="77777777" w:rsidR="00C7272B" w:rsidRDefault="00C7272B"/>
    <w:p w14:paraId="284E2F17" w14:textId="77777777" w:rsidR="00C7272B" w:rsidRDefault="00000000" w:rsidP="008A7600">
      <w:pPr>
        <w:pStyle w:val="af7"/>
      </w:pPr>
      <w:r>
        <w:rPr>
          <w:b/>
        </w:rPr>
        <w:t>Table S3. Baseline-ADL-adjusted sensitivity analysis: OR of Any-ADL disability at the final wave, highest versus lowest composite burden, adjusted for age and sex (primary) and additionally for baseline disability (baseline ADL count).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C7272B" w14:paraId="4FD25CB9" w14:textId="77777777">
        <w:tc>
          <w:tcPr>
            <w:tcW w:w="1728" w:type="dxa"/>
            <w:tcBorders>
              <w:bottom w:val="single" w:sz="8" w:space="0" w:color="000000"/>
            </w:tcBorders>
          </w:tcPr>
          <w:p w14:paraId="5A715D9F" w14:textId="77777777" w:rsidR="00C7272B" w:rsidRDefault="00000000">
            <w:r>
              <w:rPr>
                <w:b/>
                <w:sz w:val="16"/>
              </w:rPr>
              <w:t>Cohort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14:paraId="4A21758D" w14:textId="77777777" w:rsidR="00C7272B" w:rsidRDefault="00000000">
            <w:r>
              <w:rPr>
                <w:b/>
                <w:sz w:val="16"/>
              </w:rPr>
              <w:t>Age- and sex-adjusted OR (95% CI)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14:paraId="00A7856F" w14:textId="77777777" w:rsidR="00C7272B" w:rsidRDefault="00000000">
            <w:r>
              <w:rPr>
                <w:b/>
                <w:sz w:val="16"/>
              </w:rPr>
              <w:t>Baseline-ADL-adjusted OR (95% CI)*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14:paraId="35B69352" w14:textId="77777777" w:rsidR="00C7272B" w:rsidRDefault="00000000">
            <w:r>
              <w:rPr>
                <w:b/>
                <w:sz w:val="16"/>
              </w:rPr>
              <w:t>N (highest)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14:paraId="383E79C5" w14:textId="77777777" w:rsidR="00C7272B" w:rsidRDefault="00000000">
            <w:r>
              <w:rPr>
                <w:b/>
                <w:sz w:val="16"/>
              </w:rPr>
              <w:t>N (lowest)</w:t>
            </w:r>
          </w:p>
        </w:tc>
      </w:tr>
      <w:tr w:rsidR="00C7272B" w14:paraId="73F9178B" w14:textId="77777777">
        <w:tc>
          <w:tcPr>
            <w:tcW w:w="1728" w:type="dxa"/>
          </w:tcPr>
          <w:p w14:paraId="543BFD19" w14:textId="77777777" w:rsidR="00C7272B" w:rsidRDefault="00000000">
            <w:r>
              <w:rPr>
                <w:sz w:val="16"/>
              </w:rPr>
              <w:t>HRS (USA)</w:t>
            </w:r>
          </w:p>
        </w:tc>
        <w:tc>
          <w:tcPr>
            <w:tcW w:w="1728" w:type="dxa"/>
          </w:tcPr>
          <w:p w14:paraId="1C698465" w14:textId="77777777" w:rsidR="00C7272B" w:rsidRDefault="00000000">
            <w:r>
              <w:rPr>
                <w:sz w:val="16"/>
              </w:rPr>
              <w:t>9.26 (6.91–12.40)</w:t>
            </w:r>
          </w:p>
        </w:tc>
        <w:tc>
          <w:tcPr>
            <w:tcW w:w="1728" w:type="dxa"/>
          </w:tcPr>
          <w:p w14:paraId="1708E824" w14:textId="77777777" w:rsidR="00C7272B" w:rsidRDefault="00000000">
            <w:r>
              <w:rPr>
                <w:sz w:val="16"/>
              </w:rPr>
              <w:t>6.42 (4.73–8.72)</w:t>
            </w:r>
          </w:p>
        </w:tc>
        <w:tc>
          <w:tcPr>
            <w:tcW w:w="1728" w:type="dxa"/>
          </w:tcPr>
          <w:p w14:paraId="4BBE7190" w14:textId="77777777" w:rsidR="00C7272B" w:rsidRDefault="00000000">
            <w:r>
              <w:rPr>
                <w:sz w:val="16"/>
              </w:rPr>
              <w:t>523</w:t>
            </w:r>
          </w:p>
        </w:tc>
        <w:tc>
          <w:tcPr>
            <w:tcW w:w="1728" w:type="dxa"/>
          </w:tcPr>
          <w:p w14:paraId="64177BE6" w14:textId="77777777" w:rsidR="00C7272B" w:rsidRDefault="00000000">
            <w:r>
              <w:rPr>
                <w:sz w:val="16"/>
              </w:rPr>
              <w:t>750</w:t>
            </w:r>
          </w:p>
        </w:tc>
      </w:tr>
      <w:tr w:rsidR="00C7272B" w14:paraId="169BE935" w14:textId="77777777">
        <w:tc>
          <w:tcPr>
            <w:tcW w:w="1728" w:type="dxa"/>
          </w:tcPr>
          <w:p w14:paraId="36092C67" w14:textId="77777777" w:rsidR="00C7272B" w:rsidRDefault="00000000">
            <w:r>
              <w:rPr>
                <w:sz w:val="16"/>
              </w:rPr>
              <w:t>SHARE (multiple European countries)</w:t>
            </w:r>
          </w:p>
        </w:tc>
        <w:tc>
          <w:tcPr>
            <w:tcW w:w="1728" w:type="dxa"/>
          </w:tcPr>
          <w:p w14:paraId="18F93D78" w14:textId="77777777" w:rsidR="00C7272B" w:rsidRDefault="00000000">
            <w:r>
              <w:rPr>
                <w:sz w:val="16"/>
              </w:rPr>
              <w:t>2.42 (1.43–4.08)</w:t>
            </w:r>
          </w:p>
        </w:tc>
        <w:tc>
          <w:tcPr>
            <w:tcW w:w="1728" w:type="dxa"/>
          </w:tcPr>
          <w:p w14:paraId="2CB7D41A" w14:textId="77777777" w:rsidR="00C7272B" w:rsidRDefault="00000000">
            <w:r>
              <w:rPr>
                <w:sz w:val="16"/>
              </w:rPr>
              <w:t>1.62 (0.99–2.67)</w:t>
            </w:r>
          </w:p>
        </w:tc>
        <w:tc>
          <w:tcPr>
            <w:tcW w:w="1728" w:type="dxa"/>
          </w:tcPr>
          <w:p w14:paraId="2350A311" w14:textId="77777777" w:rsidR="00C7272B" w:rsidRDefault="00000000">
            <w:r>
              <w:rPr>
                <w:sz w:val="16"/>
              </w:rPr>
              <w:t>579</w:t>
            </w:r>
          </w:p>
        </w:tc>
        <w:tc>
          <w:tcPr>
            <w:tcW w:w="1728" w:type="dxa"/>
          </w:tcPr>
          <w:p w14:paraId="678C90CD" w14:textId="77777777" w:rsidR="00C7272B" w:rsidRDefault="00000000">
            <w:r>
              <w:rPr>
                <w:sz w:val="16"/>
              </w:rPr>
              <w:t>137</w:t>
            </w:r>
          </w:p>
        </w:tc>
      </w:tr>
      <w:tr w:rsidR="00C7272B" w14:paraId="1B3E8079" w14:textId="77777777">
        <w:tc>
          <w:tcPr>
            <w:tcW w:w="1728" w:type="dxa"/>
          </w:tcPr>
          <w:p w14:paraId="764E5CD5" w14:textId="77777777" w:rsidR="00C7272B" w:rsidRDefault="00000000">
            <w:r>
              <w:rPr>
                <w:sz w:val="16"/>
              </w:rPr>
              <w:t>ELSA (England)</w:t>
            </w:r>
          </w:p>
        </w:tc>
        <w:tc>
          <w:tcPr>
            <w:tcW w:w="1728" w:type="dxa"/>
          </w:tcPr>
          <w:p w14:paraId="374C5BA1" w14:textId="77777777" w:rsidR="00C7272B" w:rsidRDefault="00000000">
            <w:r>
              <w:rPr>
                <w:sz w:val="16"/>
              </w:rPr>
              <w:t>8.66 (5.74–13.05)</w:t>
            </w:r>
          </w:p>
        </w:tc>
        <w:tc>
          <w:tcPr>
            <w:tcW w:w="1728" w:type="dxa"/>
          </w:tcPr>
          <w:p w14:paraId="0763F9E5" w14:textId="77777777" w:rsidR="00C7272B" w:rsidRDefault="00000000">
            <w:r>
              <w:rPr>
                <w:sz w:val="16"/>
              </w:rPr>
              <w:t>3.97 (2.61–6.02)</w:t>
            </w:r>
          </w:p>
        </w:tc>
        <w:tc>
          <w:tcPr>
            <w:tcW w:w="1728" w:type="dxa"/>
          </w:tcPr>
          <w:p w14:paraId="217687D5" w14:textId="77777777" w:rsidR="00C7272B" w:rsidRDefault="00000000">
            <w:r>
              <w:rPr>
                <w:sz w:val="16"/>
              </w:rPr>
              <w:t>519</w:t>
            </w:r>
          </w:p>
        </w:tc>
        <w:tc>
          <w:tcPr>
            <w:tcW w:w="1728" w:type="dxa"/>
          </w:tcPr>
          <w:p w14:paraId="5B45AE59" w14:textId="77777777" w:rsidR="00C7272B" w:rsidRDefault="00000000">
            <w:r>
              <w:rPr>
                <w:sz w:val="16"/>
              </w:rPr>
              <w:t>266</w:t>
            </w:r>
          </w:p>
        </w:tc>
      </w:tr>
      <w:tr w:rsidR="00C7272B" w14:paraId="6E3E38C1" w14:textId="77777777">
        <w:tc>
          <w:tcPr>
            <w:tcW w:w="1728" w:type="dxa"/>
          </w:tcPr>
          <w:p w14:paraId="47D36A43" w14:textId="77777777" w:rsidR="00C7272B" w:rsidRDefault="00000000">
            <w:r>
              <w:rPr>
                <w:sz w:val="16"/>
              </w:rPr>
              <w:t>CHARLS (China)</w:t>
            </w:r>
          </w:p>
        </w:tc>
        <w:tc>
          <w:tcPr>
            <w:tcW w:w="1728" w:type="dxa"/>
          </w:tcPr>
          <w:p w14:paraId="14A0710C" w14:textId="77777777" w:rsidR="00C7272B" w:rsidRDefault="00000000">
            <w:r>
              <w:rPr>
                <w:sz w:val="16"/>
              </w:rPr>
              <w:t>2.82 (1.99–4.00)</w:t>
            </w:r>
          </w:p>
        </w:tc>
        <w:tc>
          <w:tcPr>
            <w:tcW w:w="1728" w:type="dxa"/>
          </w:tcPr>
          <w:p w14:paraId="6A1D91A1" w14:textId="77777777" w:rsidR="00C7272B" w:rsidRDefault="00000000">
            <w:r>
              <w:rPr>
                <w:sz w:val="16"/>
              </w:rPr>
              <w:t>2.06 (1.40–3.03)</w:t>
            </w:r>
          </w:p>
        </w:tc>
        <w:tc>
          <w:tcPr>
            <w:tcW w:w="1728" w:type="dxa"/>
          </w:tcPr>
          <w:p w14:paraId="0B68B724" w14:textId="77777777" w:rsidR="00C7272B" w:rsidRDefault="00000000">
            <w:r>
              <w:rPr>
                <w:sz w:val="16"/>
              </w:rPr>
              <w:t>156</w:t>
            </w:r>
          </w:p>
        </w:tc>
        <w:tc>
          <w:tcPr>
            <w:tcW w:w="1728" w:type="dxa"/>
          </w:tcPr>
          <w:p w14:paraId="4B4697E6" w14:textId="77777777" w:rsidR="00C7272B" w:rsidRDefault="00000000">
            <w:r>
              <w:rPr>
                <w:sz w:val="16"/>
              </w:rPr>
              <w:t>594</w:t>
            </w:r>
          </w:p>
        </w:tc>
      </w:tr>
      <w:tr w:rsidR="00C7272B" w14:paraId="37FDF2BF" w14:textId="77777777">
        <w:tc>
          <w:tcPr>
            <w:tcW w:w="1728" w:type="dxa"/>
          </w:tcPr>
          <w:p w14:paraId="64143B06" w14:textId="77777777" w:rsidR="00C7272B" w:rsidRDefault="00000000">
            <w:r>
              <w:rPr>
                <w:sz w:val="16"/>
              </w:rPr>
              <w:t>MHAS (Mexico)</w:t>
            </w:r>
          </w:p>
        </w:tc>
        <w:tc>
          <w:tcPr>
            <w:tcW w:w="1728" w:type="dxa"/>
          </w:tcPr>
          <w:p w14:paraId="77293935" w14:textId="77777777" w:rsidR="00C7272B" w:rsidRDefault="00000000">
            <w:r>
              <w:rPr>
                <w:sz w:val="16"/>
              </w:rPr>
              <w:t>4.24 (2.45–7.33)</w:t>
            </w:r>
          </w:p>
        </w:tc>
        <w:tc>
          <w:tcPr>
            <w:tcW w:w="1728" w:type="dxa"/>
          </w:tcPr>
          <w:p w14:paraId="038492E7" w14:textId="77777777" w:rsidR="00C7272B" w:rsidRDefault="00000000">
            <w:r>
              <w:rPr>
                <w:sz w:val="16"/>
              </w:rPr>
              <w:t>3.58 (2.05–6.25)</w:t>
            </w:r>
          </w:p>
        </w:tc>
        <w:tc>
          <w:tcPr>
            <w:tcW w:w="1728" w:type="dxa"/>
          </w:tcPr>
          <w:p w14:paraId="10046A15" w14:textId="77777777" w:rsidR="00C7272B" w:rsidRDefault="00000000">
            <w:r>
              <w:rPr>
                <w:sz w:val="16"/>
              </w:rPr>
              <w:t>242</w:t>
            </w:r>
          </w:p>
        </w:tc>
        <w:tc>
          <w:tcPr>
            <w:tcW w:w="1728" w:type="dxa"/>
          </w:tcPr>
          <w:p w14:paraId="14666A05" w14:textId="77777777" w:rsidR="00C7272B" w:rsidRDefault="00000000">
            <w:r>
              <w:rPr>
                <w:sz w:val="16"/>
              </w:rPr>
              <w:t>91</w:t>
            </w:r>
          </w:p>
        </w:tc>
      </w:tr>
      <w:tr w:rsidR="00C7272B" w14:paraId="56226751" w14:textId="77777777">
        <w:tc>
          <w:tcPr>
            <w:tcW w:w="1728" w:type="dxa"/>
          </w:tcPr>
          <w:p w14:paraId="24565451" w14:textId="77777777" w:rsidR="00C7272B" w:rsidRDefault="00000000">
            <w:r>
              <w:rPr>
                <w:b/>
                <w:sz w:val="16"/>
              </w:rPr>
              <w:t>Pooled (random effects)</w:t>
            </w:r>
          </w:p>
        </w:tc>
        <w:tc>
          <w:tcPr>
            <w:tcW w:w="1728" w:type="dxa"/>
          </w:tcPr>
          <w:p w14:paraId="1EED737B" w14:textId="77777777" w:rsidR="00C7272B" w:rsidRDefault="00000000">
            <w:r>
              <w:rPr>
                <w:b/>
                <w:sz w:val="16"/>
              </w:rPr>
              <w:t>4.77 (2.67–8.54)</w:t>
            </w:r>
          </w:p>
        </w:tc>
        <w:tc>
          <w:tcPr>
            <w:tcW w:w="1728" w:type="dxa"/>
          </w:tcPr>
          <w:p w14:paraId="1673F72C" w14:textId="77777777" w:rsidR="00C7272B" w:rsidRDefault="00000000">
            <w:r>
              <w:rPr>
                <w:b/>
                <w:sz w:val="16"/>
              </w:rPr>
              <w:t>3.18 (1.87–5.38)</w:t>
            </w:r>
          </w:p>
        </w:tc>
        <w:tc>
          <w:tcPr>
            <w:tcW w:w="1728" w:type="dxa"/>
          </w:tcPr>
          <w:p w14:paraId="79DE2361" w14:textId="77777777" w:rsidR="00C7272B" w:rsidRDefault="00000000">
            <w:r>
              <w:rPr>
                <w:b/>
                <w:sz w:val="16"/>
              </w:rPr>
              <w:t>2019</w:t>
            </w:r>
          </w:p>
        </w:tc>
        <w:tc>
          <w:tcPr>
            <w:tcW w:w="1728" w:type="dxa"/>
          </w:tcPr>
          <w:p w14:paraId="5A003C9E" w14:textId="77777777" w:rsidR="00C7272B" w:rsidRDefault="00000000">
            <w:r>
              <w:rPr>
                <w:b/>
                <w:sz w:val="16"/>
              </w:rPr>
              <w:t>1838</w:t>
            </w:r>
          </w:p>
        </w:tc>
      </w:tr>
    </w:tbl>
    <w:p w14:paraId="00E27A2D" w14:textId="77777777" w:rsidR="00C7272B" w:rsidRDefault="00000000">
      <w:r>
        <w:rPr>
          <w:i/>
          <w:sz w:val="16"/>
        </w:rPr>
        <w:t>*Baseline-ADL-adjusted model additionally controls for baseline ADL count. Baseline pain and depression are not entered because they are constituents of the profile exposure. Pooled age- and sex-adjusted OR 4.77 (95% CI 2.67–8.54, I²=90%); pooled baseline-ADL-adjusted OR 3.18 (95% CI 1.87–5.38, I²=87%).</w:t>
      </w:r>
    </w:p>
    <w:p w14:paraId="410B7A22" w14:textId="506E5910" w:rsidR="00C7272B" w:rsidRDefault="00000000" w:rsidP="008A7600">
      <w:pPr>
        <w:pStyle w:val="af7"/>
      </w:pPr>
      <w:r>
        <w:rPr>
          <w:b/>
        </w:rPr>
        <w:t>Table S4. Composite-burden class selection: Bayesian Information Criterion (BIC) and minimum class size by number of classes (k) for each cohort. k=5 was used as a common-structure choice; it was not assumed to be the BIC optimum in every cohort.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551C6B59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705950E3" w14:textId="77777777" w:rsidR="00C7272B" w:rsidRDefault="00000000">
            <w:r>
              <w:rPr>
                <w:b/>
                <w:sz w:val="16"/>
              </w:rPr>
              <w:t>Cohort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2D811797" w14:textId="77777777" w:rsidR="00C7272B" w:rsidRDefault="00000000">
            <w:r>
              <w:rPr>
                <w:b/>
                <w:sz w:val="16"/>
              </w:rPr>
              <w:t>k=3</w:t>
            </w:r>
            <w:r>
              <w:rPr>
                <w:b/>
                <w:sz w:val="16"/>
              </w:rPr>
              <w:br/>
              <w:t>BIC (min class %)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C72D0E6" w14:textId="77777777" w:rsidR="00C7272B" w:rsidRDefault="00000000">
            <w:r>
              <w:rPr>
                <w:b/>
                <w:sz w:val="16"/>
              </w:rPr>
              <w:t>k=4</w:t>
            </w:r>
            <w:r>
              <w:rPr>
                <w:b/>
                <w:sz w:val="16"/>
              </w:rPr>
              <w:br/>
              <w:t>BIC (min class %)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6BC4E79C" w14:textId="77777777" w:rsidR="00C7272B" w:rsidRDefault="00000000">
            <w:r>
              <w:rPr>
                <w:b/>
                <w:sz w:val="16"/>
              </w:rPr>
              <w:t>k=5</w:t>
            </w:r>
            <w:r>
              <w:rPr>
                <w:b/>
                <w:sz w:val="16"/>
              </w:rPr>
              <w:br/>
              <w:t>BIC (min class %)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7BF646A0" w14:textId="77777777" w:rsidR="00C7272B" w:rsidRDefault="00000000">
            <w:r>
              <w:rPr>
                <w:b/>
                <w:sz w:val="16"/>
              </w:rPr>
              <w:t>k=6</w:t>
            </w:r>
            <w:r>
              <w:rPr>
                <w:b/>
                <w:sz w:val="16"/>
              </w:rPr>
              <w:br/>
              <w:t>BIC (min class %)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32006B2D" w14:textId="77777777" w:rsidR="00C7272B" w:rsidRDefault="00000000">
            <w:r>
              <w:rPr>
                <w:b/>
                <w:sz w:val="16"/>
              </w:rPr>
              <w:t>k=7</w:t>
            </w:r>
            <w:r>
              <w:rPr>
                <w:b/>
                <w:sz w:val="16"/>
              </w:rPr>
              <w:br/>
              <w:t>BIC (min class %)</w:t>
            </w:r>
          </w:p>
        </w:tc>
      </w:tr>
      <w:tr w:rsidR="00C7272B" w14:paraId="18FF6AA5" w14:textId="77777777">
        <w:tc>
          <w:tcPr>
            <w:tcW w:w="1440" w:type="dxa"/>
          </w:tcPr>
          <w:p w14:paraId="3E4F128B" w14:textId="77777777" w:rsidR="00C7272B" w:rsidRDefault="00000000">
            <w:r>
              <w:rPr>
                <w:sz w:val="16"/>
              </w:rPr>
              <w:t>HRS</w:t>
            </w:r>
          </w:p>
        </w:tc>
        <w:tc>
          <w:tcPr>
            <w:tcW w:w="1440" w:type="dxa"/>
          </w:tcPr>
          <w:p w14:paraId="7A8736D5" w14:textId="77777777" w:rsidR="00C7272B" w:rsidRDefault="00000000">
            <w:r>
              <w:rPr>
                <w:sz w:val="16"/>
              </w:rPr>
              <w:t>24184 (20.4%)</w:t>
            </w:r>
          </w:p>
        </w:tc>
        <w:tc>
          <w:tcPr>
            <w:tcW w:w="1440" w:type="dxa"/>
          </w:tcPr>
          <w:p w14:paraId="304F8F80" w14:textId="77777777" w:rsidR="00C7272B" w:rsidRDefault="00000000">
            <w:r>
              <w:rPr>
                <w:sz w:val="16"/>
              </w:rPr>
              <w:t>-13667 (0.5%)</w:t>
            </w:r>
          </w:p>
        </w:tc>
        <w:tc>
          <w:tcPr>
            <w:tcW w:w="1440" w:type="dxa"/>
          </w:tcPr>
          <w:p w14:paraId="774100BB" w14:textId="77777777" w:rsidR="00C7272B" w:rsidRDefault="00000000">
            <w:r>
              <w:rPr>
                <w:sz w:val="16"/>
              </w:rPr>
              <w:t>-33503 (10.8%)</w:t>
            </w:r>
          </w:p>
        </w:tc>
        <w:tc>
          <w:tcPr>
            <w:tcW w:w="1440" w:type="dxa"/>
          </w:tcPr>
          <w:p w14:paraId="13C600F8" w14:textId="77777777" w:rsidR="00C7272B" w:rsidRDefault="00000000">
            <w:r>
              <w:rPr>
                <w:sz w:val="16"/>
              </w:rPr>
              <w:t>-24074 (0.4%)</w:t>
            </w:r>
          </w:p>
        </w:tc>
        <w:tc>
          <w:tcPr>
            <w:tcW w:w="1440" w:type="dxa"/>
          </w:tcPr>
          <w:p w14:paraId="2E1FE776" w14:textId="77777777" w:rsidR="00C7272B" w:rsidRDefault="00000000">
            <w:r>
              <w:rPr>
                <w:sz w:val="16"/>
              </w:rPr>
              <w:t>-29911 (0.4%)</w:t>
            </w:r>
          </w:p>
        </w:tc>
      </w:tr>
      <w:tr w:rsidR="00C7272B" w14:paraId="18B3AA82" w14:textId="77777777">
        <w:tc>
          <w:tcPr>
            <w:tcW w:w="1440" w:type="dxa"/>
          </w:tcPr>
          <w:p w14:paraId="19AAE814" w14:textId="77777777" w:rsidR="00C7272B" w:rsidRDefault="00000000">
            <w:r>
              <w:rPr>
                <w:sz w:val="16"/>
              </w:rPr>
              <w:t>SHARE</w:t>
            </w:r>
          </w:p>
        </w:tc>
        <w:tc>
          <w:tcPr>
            <w:tcW w:w="1440" w:type="dxa"/>
          </w:tcPr>
          <w:p w14:paraId="4C95FA37" w14:textId="77777777" w:rsidR="00C7272B" w:rsidRDefault="00000000">
            <w:r>
              <w:rPr>
                <w:sz w:val="16"/>
              </w:rPr>
              <w:t>-13733 (19.3%)</w:t>
            </w:r>
          </w:p>
        </w:tc>
        <w:tc>
          <w:tcPr>
            <w:tcW w:w="1440" w:type="dxa"/>
          </w:tcPr>
          <w:p w14:paraId="30ACFD9A" w14:textId="77777777" w:rsidR="00C7272B" w:rsidRDefault="00000000">
            <w:r>
              <w:rPr>
                <w:sz w:val="16"/>
              </w:rPr>
              <w:t>-21454 (14.1%)</w:t>
            </w:r>
          </w:p>
        </w:tc>
        <w:tc>
          <w:tcPr>
            <w:tcW w:w="1440" w:type="dxa"/>
          </w:tcPr>
          <w:p w14:paraId="7789CCD1" w14:textId="77777777" w:rsidR="00C7272B" w:rsidRDefault="00000000">
            <w:r>
              <w:rPr>
                <w:sz w:val="16"/>
              </w:rPr>
              <w:t>-24551 (10.0%)</w:t>
            </w:r>
          </w:p>
        </w:tc>
        <w:tc>
          <w:tcPr>
            <w:tcW w:w="1440" w:type="dxa"/>
          </w:tcPr>
          <w:p w14:paraId="7C835FE3" w14:textId="77777777" w:rsidR="00C7272B" w:rsidRDefault="00000000">
            <w:r>
              <w:rPr>
                <w:sz w:val="16"/>
              </w:rPr>
              <w:t>-28525 (4.9%)</w:t>
            </w:r>
          </w:p>
        </w:tc>
        <w:tc>
          <w:tcPr>
            <w:tcW w:w="1440" w:type="dxa"/>
          </w:tcPr>
          <w:p w14:paraId="5702924E" w14:textId="77777777" w:rsidR="00C7272B" w:rsidRDefault="00000000">
            <w:r>
              <w:rPr>
                <w:sz w:val="16"/>
              </w:rPr>
              <w:t>-31290 (4.4%)</w:t>
            </w:r>
          </w:p>
        </w:tc>
      </w:tr>
      <w:tr w:rsidR="00C7272B" w14:paraId="7724832E" w14:textId="77777777">
        <w:tc>
          <w:tcPr>
            <w:tcW w:w="1440" w:type="dxa"/>
          </w:tcPr>
          <w:p w14:paraId="3FA0ED7B" w14:textId="77777777" w:rsidR="00C7272B" w:rsidRDefault="00000000">
            <w:r>
              <w:rPr>
                <w:sz w:val="16"/>
              </w:rPr>
              <w:t>ELSA</w:t>
            </w:r>
          </w:p>
        </w:tc>
        <w:tc>
          <w:tcPr>
            <w:tcW w:w="1440" w:type="dxa"/>
          </w:tcPr>
          <w:p w14:paraId="1BC360A0" w14:textId="77777777" w:rsidR="00C7272B" w:rsidRDefault="00000000">
            <w:r>
              <w:rPr>
                <w:sz w:val="16"/>
              </w:rPr>
              <w:t>14085 (22.3%)</w:t>
            </w:r>
          </w:p>
        </w:tc>
        <w:tc>
          <w:tcPr>
            <w:tcW w:w="1440" w:type="dxa"/>
          </w:tcPr>
          <w:p w14:paraId="315EA4E8" w14:textId="77777777" w:rsidR="00C7272B" w:rsidRDefault="00000000">
            <w:r>
              <w:rPr>
                <w:sz w:val="16"/>
              </w:rPr>
              <w:t>-13538 (8.4%)</w:t>
            </w:r>
          </w:p>
        </w:tc>
        <w:tc>
          <w:tcPr>
            <w:tcW w:w="1440" w:type="dxa"/>
          </w:tcPr>
          <w:p w14:paraId="16E91666" w14:textId="77777777" w:rsidR="00C7272B" w:rsidRDefault="00000000">
            <w:r>
              <w:rPr>
                <w:sz w:val="16"/>
              </w:rPr>
              <w:t>-14390 (8.4%)</w:t>
            </w:r>
          </w:p>
        </w:tc>
        <w:tc>
          <w:tcPr>
            <w:tcW w:w="1440" w:type="dxa"/>
          </w:tcPr>
          <w:p w14:paraId="070D10CA" w14:textId="77777777" w:rsidR="00C7272B" w:rsidRDefault="00000000">
            <w:r>
              <w:rPr>
                <w:sz w:val="16"/>
              </w:rPr>
              <w:t>-23576 (9.4%)</w:t>
            </w:r>
          </w:p>
        </w:tc>
        <w:tc>
          <w:tcPr>
            <w:tcW w:w="1440" w:type="dxa"/>
          </w:tcPr>
          <w:p w14:paraId="1B49BEAC" w14:textId="77777777" w:rsidR="00C7272B" w:rsidRDefault="00000000">
            <w:r>
              <w:rPr>
                <w:sz w:val="16"/>
              </w:rPr>
              <w:t>-26462 (5.7%)</w:t>
            </w:r>
          </w:p>
        </w:tc>
      </w:tr>
      <w:tr w:rsidR="00C7272B" w14:paraId="2873E530" w14:textId="77777777">
        <w:tc>
          <w:tcPr>
            <w:tcW w:w="1440" w:type="dxa"/>
          </w:tcPr>
          <w:p w14:paraId="4EC96C7A" w14:textId="77777777" w:rsidR="00C7272B" w:rsidRDefault="00000000">
            <w:r>
              <w:rPr>
                <w:sz w:val="16"/>
              </w:rPr>
              <w:t>CHARLS</w:t>
            </w:r>
          </w:p>
        </w:tc>
        <w:tc>
          <w:tcPr>
            <w:tcW w:w="1440" w:type="dxa"/>
          </w:tcPr>
          <w:p w14:paraId="20536C66" w14:textId="77777777" w:rsidR="00C7272B" w:rsidRDefault="00000000">
            <w:r>
              <w:rPr>
                <w:sz w:val="16"/>
              </w:rPr>
              <w:t>-15199 (10.4%)</w:t>
            </w:r>
          </w:p>
        </w:tc>
        <w:tc>
          <w:tcPr>
            <w:tcW w:w="1440" w:type="dxa"/>
          </w:tcPr>
          <w:p w14:paraId="3B7243FF" w14:textId="77777777" w:rsidR="00C7272B" w:rsidRDefault="00000000">
            <w:r>
              <w:rPr>
                <w:sz w:val="16"/>
              </w:rPr>
              <w:t>-30580 (10.4%)</w:t>
            </w:r>
          </w:p>
        </w:tc>
        <w:tc>
          <w:tcPr>
            <w:tcW w:w="1440" w:type="dxa"/>
          </w:tcPr>
          <w:p w14:paraId="29A7574B" w14:textId="77777777" w:rsidR="00C7272B" w:rsidRDefault="00000000">
            <w:r>
              <w:rPr>
                <w:sz w:val="16"/>
              </w:rPr>
              <w:t>-37628 (9.5%)</w:t>
            </w:r>
          </w:p>
        </w:tc>
        <w:tc>
          <w:tcPr>
            <w:tcW w:w="1440" w:type="dxa"/>
          </w:tcPr>
          <w:p w14:paraId="13CCA0EE" w14:textId="77777777" w:rsidR="00C7272B" w:rsidRDefault="00000000">
            <w:r>
              <w:rPr>
                <w:sz w:val="16"/>
              </w:rPr>
              <w:t>-40683 (9.1%)</w:t>
            </w:r>
          </w:p>
        </w:tc>
        <w:tc>
          <w:tcPr>
            <w:tcW w:w="1440" w:type="dxa"/>
          </w:tcPr>
          <w:p w14:paraId="2C468548" w14:textId="77777777" w:rsidR="00C7272B" w:rsidRDefault="00000000">
            <w:r>
              <w:rPr>
                <w:sz w:val="16"/>
              </w:rPr>
              <w:t>-40763 (0.1%)</w:t>
            </w:r>
          </w:p>
        </w:tc>
      </w:tr>
      <w:tr w:rsidR="00C7272B" w14:paraId="6FC152BA" w14:textId="77777777">
        <w:tc>
          <w:tcPr>
            <w:tcW w:w="1440" w:type="dxa"/>
          </w:tcPr>
          <w:p w14:paraId="012C279A" w14:textId="77777777" w:rsidR="00C7272B" w:rsidRDefault="00000000">
            <w:r>
              <w:rPr>
                <w:sz w:val="16"/>
              </w:rPr>
              <w:t>MHAS</w:t>
            </w:r>
          </w:p>
        </w:tc>
        <w:tc>
          <w:tcPr>
            <w:tcW w:w="1440" w:type="dxa"/>
          </w:tcPr>
          <w:p w14:paraId="15F7E529" w14:textId="77777777" w:rsidR="00C7272B" w:rsidRDefault="00000000">
            <w:r>
              <w:rPr>
                <w:sz w:val="16"/>
              </w:rPr>
              <w:t>5053 (23.0%)</w:t>
            </w:r>
          </w:p>
        </w:tc>
        <w:tc>
          <w:tcPr>
            <w:tcW w:w="1440" w:type="dxa"/>
          </w:tcPr>
          <w:p w14:paraId="621F21CC" w14:textId="77777777" w:rsidR="00C7272B" w:rsidRDefault="00000000">
            <w:r>
              <w:rPr>
                <w:sz w:val="16"/>
              </w:rPr>
              <w:t>-2941 (9.6%)</w:t>
            </w:r>
          </w:p>
        </w:tc>
        <w:tc>
          <w:tcPr>
            <w:tcW w:w="1440" w:type="dxa"/>
          </w:tcPr>
          <w:p w14:paraId="5F607486" w14:textId="77777777" w:rsidR="00C7272B" w:rsidRDefault="00000000">
            <w:r>
              <w:rPr>
                <w:sz w:val="16"/>
              </w:rPr>
              <w:t>-3610 (12.2%)</w:t>
            </w:r>
          </w:p>
        </w:tc>
        <w:tc>
          <w:tcPr>
            <w:tcW w:w="1440" w:type="dxa"/>
          </w:tcPr>
          <w:p w14:paraId="12631FEF" w14:textId="77777777" w:rsidR="00C7272B" w:rsidRDefault="00000000">
            <w:r>
              <w:rPr>
                <w:sz w:val="16"/>
              </w:rPr>
              <w:t>-5448 (0.5%)</w:t>
            </w:r>
          </w:p>
        </w:tc>
        <w:tc>
          <w:tcPr>
            <w:tcW w:w="1440" w:type="dxa"/>
          </w:tcPr>
          <w:p w14:paraId="7FCCD2D6" w14:textId="77777777" w:rsidR="00C7272B" w:rsidRDefault="00000000">
            <w:r>
              <w:rPr>
                <w:sz w:val="16"/>
              </w:rPr>
              <w:t>-8373 (4.8%)</w:t>
            </w:r>
          </w:p>
        </w:tc>
      </w:tr>
    </w:tbl>
    <w:p w14:paraId="668F947E" w14:textId="77777777" w:rsidR="00C7272B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8EE3901" wp14:editId="160DD460">
            <wp:extent cx="5120640" cy="31107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_BIC_by_k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11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08768" w14:textId="77777777" w:rsidR="00C7272B" w:rsidRDefault="00000000" w:rsidP="008A7600">
      <w:pPr>
        <w:pStyle w:val="af7"/>
      </w:pPr>
      <w:r>
        <w:rPr>
          <w:b/>
          <w:i/>
        </w:rPr>
        <w:t>Figure S1. Bayesian Information Criterion by number of composite-burden classes (k=3–7) for each cohort. Lower is better; the dashed line marks the k=5 common-structure choice (see Table S4 for minimum class sizes).</w:t>
      </w:r>
    </w:p>
    <w:p w14:paraId="24F492A2" w14:textId="77777777" w:rsidR="00117E3A" w:rsidRDefault="00117E3A">
      <w:pPr>
        <w:rPr>
          <w:rFonts w:eastAsia="宋体"/>
          <w:lang w:eastAsia="zh-CN"/>
        </w:rPr>
      </w:pPr>
    </w:p>
    <w:p w14:paraId="0D81E086" w14:textId="77777777" w:rsidR="008A7600" w:rsidRDefault="008A7600">
      <w:pPr>
        <w:rPr>
          <w:rFonts w:eastAsia="宋体"/>
          <w:lang w:eastAsia="zh-CN"/>
        </w:rPr>
      </w:pPr>
    </w:p>
    <w:p w14:paraId="71FB8D14" w14:textId="77777777" w:rsidR="008A7600" w:rsidRDefault="008A7600">
      <w:pPr>
        <w:rPr>
          <w:rFonts w:eastAsia="宋体"/>
          <w:lang w:eastAsia="zh-CN"/>
        </w:rPr>
      </w:pPr>
    </w:p>
    <w:p w14:paraId="0F6DACC7" w14:textId="2FE5FBAB" w:rsidR="00C7272B" w:rsidRDefault="00000000" w:rsidP="00406BD3">
      <w:pPr>
        <w:pStyle w:val="af7"/>
      </w:pPr>
      <w:r>
        <w:rPr>
          <w:b/>
        </w:rPr>
        <w:t>Figure S2. Selection into complete pain-depression profiles.</w:t>
      </w:r>
    </w:p>
    <w:p w14:paraId="7D89F6C0" w14:textId="77777777" w:rsidR="00C7272B" w:rsidRDefault="00000000">
      <w:pPr>
        <w:jc w:val="center"/>
      </w:pPr>
      <w:r>
        <w:rPr>
          <w:noProof/>
        </w:rPr>
        <w:drawing>
          <wp:inline distT="0" distB="0" distL="0" distR="0" wp14:anchorId="2B9927C4" wp14:editId="2D974938">
            <wp:extent cx="5303520" cy="2925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2_selection_flow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C2740" w14:textId="77777777" w:rsidR="00C7272B" w:rsidRDefault="00000000" w:rsidP="008A7600">
      <w:pPr>
        <w:pStyle w:val="af7"/>
      </w:pPr>
      <w:r>
        <w:rPr>
          <w:i/>
          <w:sz w:val="16"/>
        </w:rPr>
        <w:t>Numbers above the blue segment are retained participants and retention percentages; grey segments are excluded for incomplete pain-depression profiles. The accompanying table shows baseline differences between retained and excluded participants.</w:t>
      </w:r>
    </w:p>
    <w:p w14:paraId="230A93B3" w14:textId="77777777" w:rsidR="00C7272B" w:rsidRDefault="00000000" w:rsidP="008A7600">
      <w:pPr>
        <w:pStyle w:val="af7"/>
      </w:pPr>
      <w:r>
        <w:rPr>
          <w:b/>
        </w:rPr>
        <w:lastRenderedPageBreak/>
        <w:t>Table S5. Included versus excluded participants: baseline comparison.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248"/>
        <w:gridCol w:w="1080"/>
      </w:tblGrid>
      <w:tr w:rsidR="00C7272B" w14:paraId="4C0DBEA9" w14:textId="77777777">
        <w:tc>
          <w:tcPr>
            <w:tcW w:w="1080" w:type="dxa"/>
            <w:tcBorders>
              <w:bottom w:val="single" w:sz="8" w:space="0" w:color="000000"/>
            </w:tcBorders>
          </w:tcPr>
          <w:p w14:paraId="67D0FE82" w14:textId="77777777" w:rsidR="00C7272B" w:rsidRDefault="00000000">
            <w:r>
              <w:rPr>
                <w:b/>
                <w:sz w:val="16"/>
              </w:rPr>
              <w:t>Cohort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57C0C22D" w14:textId="77777777" w:rsidR="00C7272B" w:rsidRDefault="00000000">
            <w:r>
              <w:rPr>
                <w:b/>
                <w:sz w:val="16"/>
              </w:rPr>
              <w:t>Selection group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18E62958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50CCC526" w14:textId="77777777" w:rsidR="00C7272B" w:rsidRDefault="00000000">
            <w:r>
              <w:rPr>
                <w:b/>
                <w:sz w:val="16"/>
              </w:rPr>
              <w:t>Age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5AB414C6" w14:textId="77777777" w:rsidR="00C7272B" w:rsidRDefault="00000000">
            <w:r>
              <w:rPr>
                <w:b/>
                <w:sz w:val="16"/>
              </w:rPr>
              <w:t>Female_pct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498DE531" w14:textId="77777777" w:rsidR="00C7272B" w:rsidRDefault="00000000">
            <w:r>
              <w:rPr>
                <w:b/>
                <w:sz w:val="16"/>
              </w:rPr>
              <w:t>Pain_w1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639E6CE7" w14:textId="77777777" w:rsidR="00C7272B" w:rsidRDefault="00000000">
            <w:r>
              <w:rPr>
                <w:b/>
                <w:sz w:val="16"/>
              </w:rPr>
              <w:t>Depression_w1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4FC4CD88" w14:textId="77777777" w:rsidR="00C7272B" w:rsidRDefault="00000000">
            <w:r>
              <w:rPr>
                <w:b/>
                <w:sz w:val="16"/>
              </w:rPr>
              <w:t>ADL_w1</w:t>
            </w:r>
          </w:p>
        </w:tc>
      </w:tr>
      <w:tr w:rsidR="00C7272B" w14:paraId="6121C585" w14:textId="77777777">
        <w:tc>
          <w:tcPr>
            <w:tcW w:w="1080" w:type="dxa"/>
          </w:tcPr>
          <w:p w14:paraId="46583495" w14:textId="77777777" w:rsidR="00C7272B" w:rsidRDefault="00000000">
            <w:r>
              <w:rPr>
                <w:sz w:val="16"/>
              </w:rPr>
              <w:t>HRS</w:t>
            </w:r>
          </w:p>
        </w:tc>
        <w:tc>
          <w:tcPr>
            <w:tcW w:w="1080" w:type="dxa"/>
          </w:tcPr>
          <w:p w14:paraId="40E61424" w14:textId="77777777" w:rsidR="00C7272B" w:rsidRDefault="00000000">
            <w:r>
              <w:rPr>
                <w:sz w:val="16"/>
              </w:rPr>
              <w:t>Included profile</w:t>
            </w:r>
          </w:p>
        </w:tc>
        <w:tc>
          <w:tcPr>
            <w:tcW w:w="1080" w:type="dxa"/>
          </w:tcPr>
          <w:p w14:paraId="559F8504" w14:textId="77777777" w:rsidR="00C7272B" w:rsidRDefault="00000000">
            <w:r>
              <w:rPr>
                <w:sz w:val="16"/>
              </w:rPr>
              <w:t>2261</w:t>
            </w:r>
          </w:p>
        </w:tc>
        <w:tc>
          <w:tcPr>
            <w:tcW w:w="1080" w:type="dxa"/>
          </w:tcPr>
          <w:p w14:paraId="63BEBF6C" w14:textId="77777777" w:rsidR="00C7272B" w:rsidRDefault="00000000">
            <w:r>
              <w:rPr>
                <w:sz w:val="16"/>
              </w:rPr>
              <w:t>65.71</w:t>
            </w:r>
          </w:p>
        </w:tc>
        <w:tc>
          <w:tcPr>
            <w:tcW w:w="1080" w:type="dxa"/>
          </w:tcPr>
          <w:p w14:paraId="27C26B53" w14:textId="77777777" w:rsidR="00C7272B" w:rsidRDefault="00000000">
            <w:r>
              <w:rPr>
                <w:sz w:val="16"/>
              </w:rPr>
              <w:t>0.689</w:t>
            </w:r>
          </w:p>
        </w:tc>
        <w:tc>
          <w:tcPr>
            <w:tcW w:w="1080" w:type="dxa"/>
          </w:tcPr>
          <w:p w14:paraId="689C27DE" w14:textId="77777777" w:rsidR="00C7272B" w:rsidRDefault="00000000">
            <w:r>
              <w:rPr>
                <w:sz w:val="16"/>
              </w:rPr>
              <w:t>0.356</w:t>
            </w:r>
          </w:p>
        </w:tc>
        <w:tc>
          <w:tcPr>
            <w:tcW w:w="1080" w:type="dxa"/>
          </w:tcPr>
          <w:p w14:paraId="49B24BE3" w14:textId="77777777" w:rsidR="00C7272B" w:rsidRDefault="00000000">
            <w:r>
              <w:rPr>
                <w:sz w:val="16"/>
              </w:rPr>
              <w:t>1.74</w:t>
            </w:r>
          </w:p>
        </w:tc>
        <w:tc>
          <w:tcPr>
            <w:tcW w:w="1080" w:type="dxa"/>
          </w:tcPr>
          <w:p w14:paraId="58160DF1" w14:textId="77777777" w:rsidR="00C7272B" w:rsidRDefault="00000000">
            <w:r>
              <w:rPr>
                <w:sz w:val="16"/>
              </w:rPr>
              <w:t>0.3</w:t>
            </w:r>
          </w:p>
        </w:tc>
      </w:tr>
      <w:tr w:rsidR="00C7272B" w14:paraId="35DBAAE6" w14:textId="77777777">
        <w:tc>
          <w:tcPr>
            <w:tcW w:w="1080" w:type="dxa"/>
          </w:tcPr>
          <w:p w14:paraId="67A35987" w14:textId="77777777" w:rsidR="00C7272B" w:rsidRDefault="00000000">
            <w:r>
              <w:rPr>
                <w:sz w:val="16"/>
              </w:rPr>
              <w:t>HRS</w:t>
            </w:r>
          </w:p>
        </w:tc>
        <w:tc>
          <w:tcPr>
            <w:tcW w:w="1080" w:type="dxa"/>
          </w:tcPr>
          <w:p w14:paraId="00AE8490" w14:textId="77777777" w:rsidR="00C7272B" w:rsidRDefault="00000000">
            <w:r>
              <w:rPr>
                <w:sz w:val="16"/>
              </w:rPr>
              <w:t>Excluded profile</w:t>
            </w:r>
          </w:p>
        </w:tc>
        <w:tc>
          <w:tcPr>
            <w:tcW w:w="1080" w:type="dxa"/>
          </w:tcPr>
          <w:p w14:paraId="422026BC" w14:textId="77777777" w:rsidR="00C7272B" w:rsidRDefault="00000000">
            <w:r>
              <w:rPr>
                <w:sz w:val="16"/>
              </w:rPr>
              <w:t>1600</w:t>
            </w:r>
          </w:p>
        </w:tc>
        <w:tc>
          <w:tcPr>
            <w:tcW w:w="1080" w:type="dxa"/>
          </w:tcPr>
          <w:p w14:paraId="667ACA65" w14:textId="77777777" w:rsidR="00C7272B" w:rsidRDefault="00000000">
            <w:r>
              <w:rPr>
                <w:sz w:val="16"/>
              </w:rPr>
              <w:t>75.74</w:t>
            </w:r>
          </w:p>
        </w:tc>
        <w:tc>
          <w:tcPr>
            <w:tcW w:w="1080" w:type="dxa"/>
          </w:tcPr>
          <w:p w14:paraId="0FB370AB" w14:textId="77777777" w:rsidR="00C7272B" w:rsidRDefault="00000000">
            <w:r>
              <w:rPr>
                <w:sz w:val="16"/>
              </w:rPr>
              <w:t>0.644</w:t>
            </w:r>
          </w:p>
        </w:tc>
        <w:tc>
          <w:tcPr>
            <w:tcW w:w="1080" w:type="dxa"/>
          </w:tcPr>
          <w:p w14:paraId="71F5F9C7" w14:textId="77777777" w:rsidR="00C7272B" w:rsidRDefault="00000000">
            <w:r>
              <w:rPr>
                <w:sz w:val="16"/>
              </w:rPr>
              <w:t>0.35</w:t>
            </w:r>
          </w:p>
        </w:tc>
        <w:tc>
          <w:tcPr>
            <w:tcW w:w="1080" w:type="dxa"/>
          </w:tcPr>
          <w:p w14:paraId="047C4733" w14:textId="77777777" w:rsidR="00C7272B" w:rsidRDefault="00000000">
            <w:r>
              <w:rPr>
                <w:sz w:val="16"/>
              </w:rPr>
              <w:t>1.93</w:t>
            </w:r>
          </w:p>
        </w:tc>
        <w:tc>
          <w:tcPr>
            <w:tcW w:w="1080" w:type="dxa"/>
          </w:tcPr>
          <w:p w14:paraId="2EC42567" w14:textId="77777777" w:rsidR="00C7272B" w:rsidRDefault="00000000">
            <w:r>
              <w:rPr>
                <w:sz w:val="16"/>
              </w:rPr>
              <w:t>0.63</w:t>
            </w:r>
          </w:p>
        </w:tc>
      </w:tr>
      <w:tr w:rsidR="00C7272B" w14:paraId="1E52B972" w14:textId="77777777">
        <w:tc>
          <w:tcPr>
            <w:tcW w:w="1080" w:type="dxa"/>
          </w:tcPr>
          <w:p w14:paraId="47380229" w14:textId="77777777" w:rsidR="00C7272B" w:rsidRDefault="00000000">
            <w:r>
              <w:rPr>
                <w:sz w:val="16"/>
              </w:rPr>
              <w:t>SHARE</w:t>
            </w:r>
          </w:p>
        </w:tc>
        <w:tc>
          <w:tcPr>
            <w:tcW w:w="1080" w:type="dxa"/>
          </w:tcPr>
          <w:p w14:paraId="4AB7B91C" w14:textId="77777777" w:rsidR="00C7272B" w:rsidRDefault="00000000">
            <w:r>
              <w:rPr>
                <w:sz w:val="16"/>
              </w:rPr>
              <w:t>Included profile</w:t>
            </w:r>
          </w:p>
        </w:tc>
        <w:tc>
          <w:tcPr>
            <w:tcW w:w="1080" w:type="dxa"/>
          </w:tcPr>
          <w:p w14:paraId="05453553" w14:textId="77777777" w:rsidR="00C7272B" w:rsidRDefault="00000000">
            <w:r>
              <w:rPr>
                <w:sz w:val="16"/>
              </w:rPr>
              <w:t>1369</w:t>
            </w:r>
          </w:p>
        </w:tc>
        <w:tc>
          <w:tcPr>
            <w:tcW w:w="1080" w:type="dxa"/>
          </w:tcPr>
          <w:p w14:paraId="4B1B75F0" w14:textId="77777777" w:rsidR="00C7272B" w:rsidRDefault="00000000">
            <w:r>
              <w:rPr>
                <w:sz w:val="16"/>
              </w:rPr>
              <w:t>64.25</w:t>
            </w:r>
          </w:p>
        </w:tc>
        <w:tc>
          <w:tcPr>
            <w:tcW w:w="1080" w:type="dxa"/>
          </w:tcPr>
          <w:p w14:paraId="77884848" w14:textId="77777777" w:rsidR="00C7272B" w:rsidRDefault="00000000">
            <w:r>
              <w:rPr>
                <w:sz w:val="16"/>
              </w:rPr>
              <w:t>0.713</w:t>
            </w:r>
          </w:p>
        </w:tc>
        <w:tc>
          <w:tcPr>
            <w:tcW w:w="1080" w:type="dxa"/>
          </w:tcPr>
          <w:p w14:paraId="4249F907" w14:textId="77777777" w:rsidR="00C7272B" w:rsidRDefault="00000000">
            <w:r>
              <w:rPr>
                <w:sz w:val="16"/>
              </w:rPr>
              <w:t>0.841</w:t>
            </w:r>
          </w:p>
        </w:tc>
        <w:tc>
          <w:tcPr>
            <w:tcW w:w="1080" w:type="dxa"/>
          </w:tcPr>
          <w:p w14:paraId="2AE35996" w14:textId="77777777" w:rsidR="00C7272B" w:rsidRDefault="00000000">
            <w:r>
              <w:rPr>
                <w:sz w:val="16"/>
              </w:rPr>
              <w:t>3.06</w:t>
            </w:r>
          </w:p>
        </w:tc>
        <w:tc>
          <w:tcPr>
            <w:tcW w:w="1080" w:type="dxa"/>
          </w:tcPr>
          <w:p w14:paraId="6EF09360" w14:textId="77777777" w:rsidR="00C7272B" w:rsidRDefault="00000000">
            <w:r>
              <w:rPr>
                <w:sz w:val="16"/>
              </w:rPr>
              <w:t>0.18</w:t>
            </w:r>
          </w:p>
        </w:tc>
      </w:tr>
      <w:tr w:rsidR="00C7272B" w14:paraId="562474B2" w14:textId="77777777">
        <w:tc>
          <w:tcPr>
            <w:tcW w:w="1080" w:type="dxa"/>
          </w:tcPr>
          <w:p w14:paraId="66A10FB8" w14:textId="77777777" w:rsidR="00C7272B" w:rsidRDefault="00000000">
            <w:r>
              <w:rPr>
                <w:sz w:val="16"/>
              </w:rPr>
              <w:t>SHARE</w:t>
            </w:r>
          </w:p>
        </w:tc>
        <w:tc>
          <w:tcPr>
            <w:tcW w:w="1080" w:type="dxa"/>
          </w:tcPr>
          <w:p w14:paraId="4BE506B8" w14:textId="77777777" w:rsidR="00C7272B" w:rsidRDefault="00000000">
            <w:r>
              <w:rPr>
                <w:sz w:val="16"/>
              </w:rPr>
              <w:t>Excluded profile</w:t>
            </w:r>
          </w:p>
        </w:tc>
        <w:tc>
          <w:tcPr>
            <w:tcW w:w="1080" w:type="dxa"/>
          </w:tcPr>
          <w:p w14:paraId="2C3FAADE" w14:textId="77777777" w:rsidR="00C7272B" w:rsidRDefault="00000000">
            <w:r>
              <w:rPr>
                <w:sz w:val="16"/>
              </w:rPr>
              <w:t>4155</w:t>
            </w:r>
          </w:p>
        </w:tc>
        <w:tc>
          <w:tcPr>
            <w:tcW w:w="1080" w:type="dxa"/>
          </w:tcPr>
          <w:p w14:paraId="218AE150" w14:textId="77777777" w:rsidR="00C7272B" w:rsidRDefault="00000000">
            <w:r>
              <w:rPr>
                <w:sz w:val="16"/>
              </w:rPr>
              <w:t>68.76</w:t>
            </w:r>
          </w:p>
        </w:tc>
        <w:tc>
          <w:tcPr>
            <w:tcW w:w="1080" w:type="dxa"/>
          </w:tcPr>
          <w:p w14:paraId="67F28BA8" w14:textId="77777777" w:rsidR="00C7272B" w:rsidRDefault="00000000">
            <w:r>
              <w:rPr>
                <w:sz w:val="16"/>
              </w:rPr>
              <w:t>0.675</w:t>
            </w:r>
          </w:p>
        </w:tc>
        <w:tc>
          <w:tcPr>
            <w:tcW w:w="1080" w:type="dxa"/>
          </w:tcPr>
          <w:p w14:paraId="5EE4A4D0" w14:textId="77777777" w:rsidR="00C7272B" w:rsidRDefault="00000000">
            <w:r>
              <w:rPr>
                <w:sz w:val="16"/>
              </w:rPr>
              <w:t>0.849</w:t>
            </w:r>
          </w:p>
        </w:tc>
        <w:tc>
          <w:tcPr>
            <w:tcW w:w="1080" w:type="dxa"/>
          </w:tcPr>
          <w:p w14:paraId="0493B847" w14:textId="77777777" w:rsidR="00C7272B" w:rsidRDefault="00000000">
            <w:r>
              <w:rPr>
                <w:sz w:val="16"/>
              </w:rPr>
              <w:t>3.45</w:t>
            </w:r>
          </w:p>
        </w:tc>
        <w:tc>
          <w:tcPr>
            <w:tcW w:w="1080" w:type="dxa"/>
          </w:tcPr>
          <w:p w14:paraId="321120CF" w14:textId="77777777" w:rsidR="00C7272B" w:rsidRDefault="00000000">
            <w:r>
              <w:rPr>
                <w:sz w:val="16"/>
              </w:rPr>
              <w:t>0.32</w:t>
            </w:r>
          </w:p>
        </w:tc>
      </w:tr>
      <w:tr w:rsidR="00C7272B" w14:paraId="233D7023" w14:textId="77777777">
        <w:tc>
          <w:tcPr>
            <w:tcW w:w="1080" w:type="dxa"/>
          </w:tcPr>
          <w:p w14:paraId="4F9DC627" w14:textId="77777777" w:rsidR="00C7272B" w:rsidRDefault="00000000">
            <w:r>
              <w:rPr>
                <w:sz w:val="16"/>
              </w:rPr>
              <w:t>ELSA</w:t>
            </w:r>
          </w:p>
        </w:tc>
        <w:tc>
          <w:tcPr>
            <w:tcW w:w="1080" w:type="dxa"/>
          </w:tcPr>
          <w:p w14:paraId="72C798D0" w14:textId="77777777" w:rsidR="00C7272B" w:rsidRDefault="00000000">
            <w:r>
              <w:rPr>
                <w:sz w:val="16"/>
              </w:rPr>
              <w:t>Included profile</w:t>
            </w:r>
          </w:p>
        </w:tc>
        <w:tc>
          <w:tcPr>
            <w:tcW w:w="1080" w:type="dxa"/>
          </w:tcPr>
          <w:p w14:paraId="6E3E4AD0" w14:textId="77777777" w:rsidR="00C7272B" w:rsidRDefault="00000000">
            <w:r>
              <w:rPr>
                <w:sz w:val="16"/>
              </w:rPr>
              <w:t>1415</w:t>
            </w:r>
          </w:p>
        </w:tc>
        <w:tc>
          <w:tcPr>
            <w:tcW w:w="1080" w:type="dxa"/>
          </w:tcPr>
          <w:p w14:paraId="66C8F317" w14:textId="77777777" w:rsidR="00C7272B" w:rsidRDefault="00000000">
            <w:r>
              <w:rPr>
                <w:sz w:val="16"/>
              </w:rPr>
              <w:t>64.7</w:t>
            </w:r>
          </w:p>
        </w:tc>
        <w:tc>
          <w:tcPr>
            <w:tcW w:w="1080" w:type="dxa"/>
          </w:tcPr>
          <w:p w14:paraId="462297FD" w14:textId="77777777" w:rsidR="00C7272B" w:rsidRDefault="00000000">
            <w:r>
              <w:rPr>
                <w:sz w:val="16"/>
              </w:rPr>
              <w:t>0.691</w:t>
            </w:r>
          </w:p>
        </w:tc>
        <w:tc>
          <w:tcPr>
            <w:tcW w:w="1080" w:type="dxa"/>
          </w:tcPr>
          <w:p w14:paraId="382DAE8F" w14:textId="77777777" w:rsidR="00C7272B" w:rsidRDefault="00000000">
            <w:r>
              <w:rPr>
                <w:sz w:val="16"/>
              </w:rPr>
              <w:t>0.65</w:t>
            </w:r>
          </w:p>
        </w:tc>
        <w:tc>
          <w:tcPr>
            <w:tcW w:w="1080" w:type="dxa"/>
          </w:tcPr>
          <w:p w14:paraId="4B8E8222" w14:textId="77777777" w:rsidR="00C7272B" w:rsidRDefault="00000000">
            <w:r>
              <w:rPr>
                <w:sz w:val="16"/>
              </w:rPr>
              <w:t>1.94</w:t>
            </w:r>
          </w:p>
        </w:tc>
        <w:tc>
          <w:tcPr>
            <w:tcW w:w="1080" w:type="dxa"/>
          </w:tcPr>
          <w:p w14:paraId="3523388E" w14:textId="77777777" w:rsidR="00C7272B" w:rsidRDefault="00000000">
            <w:r>
              <w:rPr>
                <w:sz w:val="16"/>
              </w:rPr>
              <w:t>0.45</w:t>
            </w:r>
          </w:p>
        </w:tc>
      </w:tr>
      <w:tr w:rsidR="00C7272B" w14:paraId="13334BF3" w14:textId="77777777">
        <w:tc>
          <w:tcPr>
            <w:tcW w:w="1080" w:type="dxa"/>
          </w:tcPr>
          <w:p w14:paraId="0703AC4F" w14:textId="77777777" w:rsidR="00C7272B" w:rsidRDefault="00000000">
            <w:r>
              <w:rPr>
                <w:sz w:val="16"/>
              </w:rPr>
              <w:t>ELSA</w:t>
            </w:r>
          </w:p>
        </w:tc>
        <w:tc>
          <w:tcPr>
            <w:tcW w:w="1080" w:type="dxa"/>
          </w:tcPr>
          <w:p w14:paraId="32F61204" w14:textId="77777777" w:rsidR="00C7272B" w:rsidRDefault="00000000">
            <w:r>
              <w:rPr>
                <w:sz w:val="16"/>
              </w:rPr>
              <w:t>Excluded profile</w:t>
            </w:r>
          </w:p>
        </w:tc>
        <w:tc>
          <w:tcPr>
            <w:tcW w:w="1080" w:type="dxa"/>
          </w:tcPr>
          <w:p w14:paraId="251DE997" w14:textId="77777777" w:rsidR="00C7272B" w:rsidRDefault="00000000">
            <w:r>
              <w:rPr>
                <w:sz w:val="16"/>
              </w:rPr>
              <w:t>2120</w:t>
            </w:r>
          </w:p>
        </w:tc>
        <w:tc>
          <w:tcPr>
            <w:tcW w:w="1080" w:type="dxa"/>
          </w:tcPr>
          <w:p w14:paraId="0796F9EF" w14:textId="77777777" w:rsidR="00C7272B" w:rsidRDefault="00000000">
            <w:r>
              <w:rPr>
                <w:sz w:val="16"/>
              </w:rPr>
              <w:t>69.69</w:t>
            </w:r>
          </w:p>
        </w:tc>
        <w:tc>
          <w:tcPr>
            <w:tcW w:w="1080" w:type="dxa"/>
          </w:tcPr>
          <w:p w14:paraId="45FF0284" w14:textId="77777777" w:rsidR="00C7272B" w:rsidRDefault="00000000">
            <w:r>
              <w:rPr>
                <w:sz w:val="16"/>
              </w:rPr>
              <w:t>0.607</w:t>
            </w:r>
          </w:p>
        </w:tc>
        <w:tc>
          <w:tcPr>
            <w:tcW w:w="1080" w:type="dxa"/>
          </w:tcPr>
          <w:p w14:paraId="631060BC" w14:textId="77777777" w:rsidR="00C7272B" w:rsidRDefault="00000000">
            <w:r>
              <w:rPr>
                <w:sz w:val="16"/>
              </w:rPr>
              <w:t>0.688</w:t>
            </w:r>
          </w:p>
        </w:tc>
        <w:tc>
          <w:tcPr>
            <w:tcW w:w="1080" w:type="dxa"/>
          </w:tcPr>
          <w:p w14:paraId="065C03E3" w14:textId="77777777" w:rsidR="00C7272B" w:rsidRDefault="00000000">
            <w:r>
              <w:rPr>
                <w:sz w:val="16"/>
              </w:rPr>
              <w:t>2.43</w:t>
            </w:r>
          </w:p>
        </w:tc>
        <w:tc>
          <w:tcPr>
            <w:tcW w:w="1080" w:type="dxa"/>
          </w:tcPr>
          <w:p w14:paraId="130DCB0C" w14:textId="77777777" w:rsidR="00C7272B" w:rsidRDefault="00000000">
            <w:r>
              <w:rPr>
                <w:sz w:val="16"/>
              </w:rPr>
              <w:t>0.64</w:t>
            </w:r>
          </w:p>
        </w:tc>
      </w:tr>
      <w:tr w:rsidR="00C7272B" w14:paraId="7868BA3B" w14:textId="77777777">
        <w:tc>
          <w:tcPr>
            <w:tcW w:w="1080" w:type="dxa"/>
          </w:tcPr>
          <w:p w14:paraId="31F572C8" w14:textId="77777777" w:rsidR="00C7272B" w:rsidRDefault="00000000">
            <w:r>
              <w:rPr>
                <w:sz w:val="16"/>
              </w:rPr>
              <w:t>CHARLS</w:t>
            </w:r>
          </w:p>
        </w:tc>
        <w:tc>
          <w:tcPr>
            <w:tcW w:w="1080" w:type="dxa"/>
          </w:tcPr>
          <w:p w14:paraId="304143C4" w14:textId="77777777" w:rsidR="00C7272B" w:rsidRDefault="00000000">
            <w:r>
              <w:rPr>
                <w:sz w:val="16"/>
              </w:rPr>
              <w:t>Included profile</w:t>
            </w:r>
          </w:p>
        </w:tc>
        <w:tc>
          <w:tcPr>
            <w:tcW w:w="1080" w:type="dxa"/>
          </w:tcPr>
          <w:p w14:paraId="52D17943" w14:textId="77777777" w:rsidR="00C7272B" w:rsidRDefault="00000000">
            <w:r>
              <w:rPr>
                <w:sz w:val="16"/>
              </w:rPr>
              <w:t>1646</w:t>
            </w:r>
          </w:p>
        </w:tc>
        <w:tc>
          <w:tcPr>
            <w:tcW w:w="1080" w:type="dxa"/>
          </w:tcPr>
          <w:p w14:paraId="4925EEFC" w14:textId="77777777" w:rsidR="00C7272B" w:rsidRDefault="00000000">
            <w:r>
              <w:rPr>
                <w:sz w:val="16"/>
              </w:rPr>
              <w:t>60.41</w:t>
            </w:r>
          </w:p>
        </w:tc>
        <w:tc>
          <w:tcPr>
            <w:tcW w:w="1080" w:type="dxa"/>
          </w:tcPr>
          <w:p w14:paraId="4F4E05C0" w14:textId="77777777" w:rsidR="00C7272B" w:rsidRDefault="00000000">
            <w:r>
              <w:rPr>
                <w:sz w:val="16"/>
              </w:rPr>
              <w:t>0.577</w:t>
            </w:r>
          </w:p>
        </w:tc>
        <w:tc>
          <w:tcPr>
            <w:tcW w:w="1080" w:type="dxa"/>
          </w:tcPr>
          <w:p w14:paraId="7F3F662C" w14:textId="77777777" w:rsidR="00C7272B" w:rsidRDefault="00000000">
            <w:r>
              <w:rPr>
                <w:sz w:val="16"/>
              </w:rPr>
              <w:t>0.104</w:t>
            </w:r>
          </w:p>
        </w:tc>
        <w:tc>
          <w:tcPr>
            <w:tcW w:w="1080" w:type="dxa"/>
          </w:tcPr>
          <w:p w14:paraId="3E3F9481" w14:textId="77777777" w:rsidR="00C7272B" w:rsidRDefault="00000000">
            <w:r>
              <w:rPr>
                <w:sz w:val="16"/>
              </w:rPr>
              <w:t>11.27</w:t>
            </w:r>
          </w:p>
        </w:tc>
        <w:tc>
          <w:tcPr>
            <w:tcW w:w="1080" w:type="dxa"/>
          </w:tcPr>
          <w:p w14:paraId="2830EFB5" w14:textId="77777777" w:rsidR="00C7272B" w:rsidRDefault="00000000">
            <w:r>
              <w:rPr>
                <w:sz w:val="16"/>
              </w:rPr>
              <w:t>0.44</w:t>
            </w:r>
          </w:p>
        </w:tc>
      </w:tr>
      <w:tr w:rsidR="00C7272B" w14:paraId="41017758" w14:textId="77777777">
        <w:tc>
          <w:tcPr>
            <w:tcW w:w="1080" w:type="dxa"/>
          </w:tcPr>
          <w:p w14:paraId="64BD7493" w14:textId="77777777" w:rsidR="00C7272B" w:rsidRDefault="00000000">
            <w:r>
              <w:rPr>
                <w:sz w:val="16"/>
              </w:rPr>
              <w:t>CHARLS</w:t>
            </w:r>
          </w:p>
        </w:tc>
        <w:tc>
          <w:tcPr>
            <w:tcW w:w="1080" w:type="dxa"/>
          </w:tcPr>
          <w:p w14:paraId="532E1114" w14:textId="77777777" w:rsidR="00C7272B" w:rsidRDefault="00000000">
            <w:r>
              <w:rPr>
                <w:sz w:val="16"/>
              </w:rPr>
              <w:t>Excluded profile</w:t>
            </w:r>
          </w:p>
        </w:tc>
        <w:tc>
          <w:tcPr>
            <w:tcW w:w="1080" w:type="dxa"/>
          </w:tcPr>
          <w:p w14:paraId="295218C3" w14:textId="77777777" w:rsidR="00C7272B" w:rsidRDefault="00000000">
            <w:r>
              <w:rPr>
                <w:sz w:val="16"/>
              </w:rPr>
              <w:t>1118</w:t>
            </w:r>
          </w:p>
        </w:tc>
        <w:tc>
          <w:tcPr>
            <w:tcW w:w="1080" w:type="dxa"/>
          </w:tcPr>
          <w:p w14:paraId="4D8CCB47" w14:textId="77777777" w:rsidR="00C7272B" w:rsidRDefault="00000000">
            <w:r>
              <w:rPr>
                <w:sz w:val="16"/>
              </w:rPr>
              <w:t>64.06</w:t>
            </w:r>
          </w:p>
        </w:tc>
        <w:tc>
          <w:tcPr>
            <w:tcW w:w="1080" w:type="dxa"/>
          </w:tcPr>
          <w:p w14:paraId="2D5F45DA" w14:textId="77777777" w:rsidR="00C7272B" w:rsidRDefault="00000000">
            <w:r>
              <w:rPr>
                <w:sz w:val="16"/>
              </w:rPr>
              <w:t>0.623</w:t>
            </w:r>
          </w:p>
        </w:tc>
        <w:tc>
          <w:tcPr>
            <w:tcW w:w="1080" w:type="dxa"/>
          </w:tcPr>
          <w:p w14:paraId="3B07749E" w14:textId="77777777" w:rsidR="00C7272B" w:rsidRDefault="00000000">
            <w:r>
              <w:rPr>
                <w:sz w:val="16"/>
              </w:rPr>
              <w:t>0.106</w:t>
            </w:r>
          </w:p>
        </w:tc>
        <w:tc>
          <w:tcPr>
            <w:tcW w:w="1080" w:type="dxa"/>
          </w:tcPr>
          <w:p w14:paraId="2811A29F" w14:textId="77777777" w:rsidR="00C7272B" w:rsidRDefault="00000000">
            <w:r>
              <w:rPr>
                <w:sz w:val="16"/>
              </w:rPr>
              <w:t>11.54</w:t>
            </w:r>
          </w:p>
        </w:tc>
        <w:tc>
          <w:tcPr>
            <w:tcW w:w="1080" w:type="dxa"/>
          </w:tcPr>
          <w:p w14:paraId="479883B4" w14:textId="77777777" w:rsidR="00C7272B" w:rsidRDefault="00000000">
            <w:r>
              <w:rPr>
                <w:sz w:val="16"/>
              </w:rPr>
              <w:t>0.66</w:t>
            </w:r>
          </w:p>
        </w:tc>
      </w:tr>
      <w:tr w:rsidR="00C7272B" w14:paraId="25EC19C3" w14:textId="77777777">
        <w:tc>
          <w:tcPr>
            <w:tcW w:w="1080" w:type="dxa"/>
          </w:tcPr>
          <w:p w14:paraId="704C3479" w14:textId="77777777" w:rsidR="00C7272B" w:rsidRDefault="00000000">
            <w:r>
              <w:rPr>
                <w:sz w:val="16"/>
              </w:rPr>
              <w:t>MHAS</w:t>
            </w:r>
          </w:p>
        </w:tc>
        <w:tc>
          <w:tcPr>
            <w:tcW w:w="1080" w:type="dxa"/>
          </w:tcPr>
          <w:p w14:paraId="3685E711" w14:textId="77777777" w:rsidR="00C7272B" w:rsidRDefault="00000000">
            <w:r>
              <w:rPr>
                <w:sz w:val="16"/>
              </w:rPr>
              <w:t>Included profile</w:t>
            </w:r>
          </w:p>
        </w:tc>
        <w:tc>
          <w:tcPr>
            <w:tcW w:w="1080" w:type="dxa"/>
          </w:tcPr>
          <w:p w14:paraId="49FE3A3C" w14:textId="77777777" w:rsidR="00C7272B" w:rsidRDefault="00000000">
            <w:r>
              <w:rPr>
                <w:sz w:val="16"/>
              </w:rPr>
              <w:t>736</w:t>
            </w:r>
          </w:p>
        </w:tc>
        <w:tc>
          <w:tcPr>
            <w:tcW w:w="1080" w:type="dxa"/>
          </w:tcPr>
          <w:p w14:paraId="390CFF71" w14:textId="77777777" w:rsidR="00C7272B" w:rsidRDefault="00000000">
            <w:r>
              <w:rPr>
                <w:sz w:val="16"/>
              </w:rPr>
              <w:t>64.64</w:t>
            </w:r>
          </w:p>
        </w:tc>
        <w:tc>
          <w:tcPr>
            <w:tcW w:w="1080" w:type="dxa"/>
          </w:tcPr>
          <w:p w14:paraId="42B05E41" w14:textId="77777777" w:rsidR="00C7272B" w:rsidRDefault="00000000">
            <w:r>
              <w:rPr>
                <w:sz w:val="16"/>
              </w:rPr>
              <w:t>0.784</w:t>
            </w:r>
          </w:p>
        </w:tc>
        <w:tc>
          <w:tcPr>
            <w:tcW w:w="1080" w:type="dxa"/>
          </w:tcPr>
          <w:p w14:paraId="031CB30B" w14:textId="77777777" w:rsidR="00C7272B" w:rsidRDefault="00000000">
            <w:r>
              <w:rPr>
                <w:sz w:val="16"/>
              </w:rPr>
              <w:t>0.715</w:t>
            </w:r>
          </w:p>
        </w:tc>
        <w:tc>
          <w:tcPr>
            <w:tcW w:w="1080" w:type="dxa"/>
          </w:tcPr>
          <w:p w14:paraId="7F0D4EC9" w14:textId="77777777" w:rsidR="00C7272B" w:rsidRDefault="00000000">
            <w:r>
              <w:rPr>
                <w:sz w:val="16"/>
              </w:rPr>
              <w:t>4.48</w:t>
            </w:r>
          </w:p>
        </w:tc>
        <w:tc>
          <w:tcPr>
            <w:tcW w:w="1080" w:type="dxa"/>
          </w:tcPr>
          <w:p w14:paraId="3C947227" w14:textId="77777777" w:rsidR="00C7272B" w:rsidRDefault="00000000">
            <w:r>
              <w:rPr>
                <w:sz w:val="16"/>
              </w:rPr>
              <w:t>0.46</w:t>
            </w:r>
          </w:p>
        </w:tc>
      </w:tr>
      <w:tr w:rsidR="00C7272B" w14:paraId="20F0DEDC" w14:textId="77777777">
        <w:tc>
          <w:tcPr>
            <w:tcW w:w="1080" w:type="dxa"/>
          </w:tcPr>
          <w:p w14:paraId="6DA50E47" w14:textId="77777777" w:rsidR="00C7272B" w:rsidRDefault="00000000">
            <w:r>
              <w:rPr>
                <w:sz w:val="16"/>
              </w:rPr>
              <w:t>MHAS</w:t>
            </w:r>
          </w:p>
        </w:tc>
        <w:tc>
          <w:tcPr>
            <w:tcW w:w="1080" w:type="dxa"/>
          </w:tcPr>
          <w:p w14:paraId="70219BB9" w14:textId="77777777" w:rsidR="00C7272B" w:rsidRDefault="00000000">
            <w:r>
              <w:rPr>
                <w:sz w:val="16"/>
              </w:rPr>
              <w:t>Excluded profile</w:t>
            </w:r>
          </w:p>
        </w:tc>
        <w:tc>
          <w:tcPr>
            <w:tcW w:w="1080" w:type="dxa"/>
          </w:tcPr>
          <w:p w14:paraId="545FF1A1" w14:textId="77777777" w:rsidR="00C7272B" w:rsidRDefault="00000000">
            <w:r>
              <w:rPr>
                <w:sz w:val="16"/>
              </w:rPr>
              <w:t>844</w:t>
            </w:r>
          </w:p>
        </w:tc>
        <w:tc>
          <w:tcPr>
            <w:tcW w:w="1080" w:type="dxa"/>
          </w:tcPr>
          <w:p w14:paraId="7FC59D34" w14:textId="77777777" w:rsidR="00C7272B" w:rsidRDefault="00000000">
            <w:r>
              <w:rPr>
                <w:sz w:val="16"/>
              </w:rPr>
              <w:t>70.23</w:t>
            </w:r>
          </w:p>
        </w:tc>
        <w:tc>
          <w:tcPr>
            <w:tcW w:w="1080" w:type="dxa"/>
          </w:tcPr>
          <w:p w14:paraId="5B2CCD6C" w14:textId="77777777" w:rsidR="00C7272B" w:rsidRDefault="00000000">
            <w:r>
              <w:rPr>
                <w:sz w:val="16"/>
              </w:rPr>
              <w:t>0.699</w:t>
            </w:r>
          </w:p>
        </w:tc>
        <w:tc>
          <w:tcPr>
            <w:tcW w:w="1080" w:type="dxa"/>
          </w:tcPr>
          <w:p w14:paraId="60D19A0C" w14:textId="77777777" w:rsidR="00C7272B" w:rsidRDefault="00000000">
            <w:r>
              <w:rPr>
                <w:sz w:val="16"/>
              </w:rPr>
              <w:t>0.636</w:t>
            </w:r>
          </w:p>
        </w:tc>
        <w:tc>
          <w:tcPr>
            <w:tcW w:w="1080" w:type="dxa"/>
          </w:tcPr>
          <w:p w14:paraId="640FBB30" w14:textId="77777777" w:rsidR="00C7272B" w:rsidRDefault="00000000">
            <w:r>
              <w:rPr>
                <w:sz w:val="16"/>
              </w:rPr>
              <w:t>4.48</w:t>
            </w:r>
          </w:p>
        </w:tc>
        <w:tc>
          <w:tcPr>
            <w:tcW w:w="1080" w:type="dxa"/>
          </w:tcPr>
          <w:p w14:paraId="4A8D11CE" w14:textId="77777777" w:rsidR="00C7272B" w:rsidRDefault="00000000">
            <w:r>
              <w:rPr>
                <w:sz w:val="16"/>
              </w:rPr>
              <w:t>0.57</w:t>
            </w:r>
          </w:p>
        </w:tc>
      </w:tr>
    </w:tbl>
    <w:p w14:paraId="53A25B4A" w14:textId="77777777" w:rsidR="00C7272B" w:rsidRDefault="00C7272B"/>
    <w:p w14:paraId="1694F6A9" w14:textId="77777777" w:rsidR="00C7272B" w:rsidRDefault="00000000" w:rsidP="008A7600">
      <w:pPr>
        <w:pStyle w:val="af7"/>
      </w:pPr>
      <w:r>
        <w:rPr>
          <w:b/>
        </w:rPr>
        <w:t>Table S6. GMM classification stability across random seeds.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7272B" w14:paraId="322A82E3" w14:textId="77777777">
        <w:tc>
          <w:tcPr>
            <w:tcW w:w="1440" w:type="dxa"/>
            <w:tcBorders>
              <w:bottom w:val="single" w:sz="8" w:space="0" w:color="000000"/>
            </w:tcBorders>
          </w:tcPr>
          <w:p w14:paraId="6BC75D86" w14:textId="77777777" w:rsidR="00C7272B" w:rsidRDefault="00000000">
            <w:r>
              <w:rPr>
                <w:b/>
                <w:sz w:val="16"/>
              </w:rPr>
              <w:t>Cohort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5A5BDD5B" w14:textId="77777777" w:rsidR="00C7272B" w:rsidRDefault="00000000">
            <w:r>
              <w:rPr>
                <w:b/>
                <w:sz w:val="16"/>
              </w:rPr>
              <w:t>N complete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1147D9AF" w14:textId="77777777" w:rsidR="00C7272B" w:rsidRDefault="00000000">
            <w:r>
              <w:rPr>
                <w:b/>
                <w:sz w:val="16"/>
              </w:rPr>
              <w:t>Mean ARI vs seed 12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0C76B817" w14:textId="77777777" w:rsidR="00C7272B" w:rsidRDefault="00000000">
            <w:r>
              <w:rPr>
                <w:b/>
                <w:sz w:val="16"/>
              </w:rPr>
              <w:t>Minimum ARI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4180EF98" w14:textId="77777777" w:rsidR="00C7272B" w:rsidRDefault="00000000">
            <w:r>
              <w:rPr>
                <w:b/>
                <w:sz w:val="16"/>
              </w:rPr>
              <w:t>Mean maximum posterior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14:paraId="0A747EA0" w14:textId="77777777" w:rsidR="00C7272B" w:rsidRDefault="00000000">
            <w:r>
              <w:rPr>
                <w:b/>
                <w:sz w:val="16"/>
              </w:rPr>
              <w:t>Minimum class %</w:t>
            </w:r>
          </w:p>
        </w:tc>
      </w:tr>
      <w:tr w:rsidR="00C7272B" w14:paraId="5895FB5A" w14:textId="77777777">
        <w:tc>
          <w:tcPr>
            <w:tcW w:w="1440" w:type="dxa"/>
          </w:tcPr>
          <w:p w14:paraId="23EC123D" w14:textId="77777777" w:rsidR="00C7272B" w:rsidRDefault="00000000">
            <w:r>
              <w:rPr>
                <w:sz w:val="16"/>
              </w:rPr>
              <w:t>HRS</w:t>
            </w:r>
          </w:p>
        </w:tc>
        <w:tc>
          <w:tcPr>
            <w:tcW w:w="1440" w:type="dxa"/>
          </w:tcPr>
          <w:p w14:paraId="3284647C" w14:textId="77777777" w:rsidR="00C7272B" w:rsidRDefault="00000000">
            <w:r>
              <w:rPr>
                <w:sz w:val="16"/>
              </w:rPr>
              <w:t>2261</w:t>
            </w:r>
          </w:p>
        </w:tc>
        <w:tc>
          <w:tcPr>
            <w:tcW w:w="1440" w:type="dxa"/>
          </w:tcPr>
          <w:p w14:paraId="1C0FB6FA" w14:textId="77777777" w:rsidR="00C7272B" w:rsidRDefault="00000000">
            <w:r>
              <w:rPr>
                <w:sz w:val="16"/>
              </w:rPr>
              <w:t>0.566</w:t>
            </w:r>
          </w:p>
        </w:tc>
        <w:tc>
          <w:tcPr>
            <w:tcW w:w="1440" w:type="dxa"/>
          </w:tcPr>
          <w:p w14:paraId="21EB44B4" w14:textId="77777777" w:rsidR="00C7272B" w:rsidRDefault="00000000">
            <w:r>
              <w:rPr>
                <w:sz w:val="16"/>
              </w:rPr>
              <w:t>0.502</w:t>
            </w:r>
          </w:p>
        </w:tc>
        <w:tc>
          <w:tcPr>
            <w:tcW w:w="1440" w:type="dxa"/>
          </w:tcPr>
          <w:p w14:paraId="59B7637D" w14:textId="77777777" w:rsidR="00C7272B" w:rsidRDefault="00000000">
            <w:r>
              <w:rPr>
                <w:sz w:val="16"/>
              </w:rPr>
              <w:t>1.000</w:t>
            </w:r>
          </w:p>
        </w:tc>
        <w:tc>
          <w:tcPr>
            <w:tcW w:w="1440" w:type="dxa"/>
          </w:tcPr>
          <w:p w14:paraId="6B7091CB" w14:textId="77777777" w:rsidR="00C7272B" w:rsidRDefault="00000000">
            <w:r>
              <w:rPr>
                <w:sz w:val="16"/>
              </w:rPr>
              <w:t>10.79</w:t>
            </w:r>
          </w:p>
        </w:tc>
      </w:tr>
      <w:tr w:rsidR="00C7272B" w14:paraId="03464597" w14:textId="77777777">
        <w:tc>
          <w:tcPr>
            <w:tcW w:w="1440" w:type="dxa"/>
          </w:tcPr>
          <w:p w14:paraId="0CD88709" w14:textId="77777777" w:rsidR="00C7272B" w:rsidRDefault="00000000">
            <w:r>
              <w:rPr>
                <w:sz w:val="16"/>
              </w:rPr>
              <w:t>SHARE</w:t>
            </w:r>
          </w:p>
        </w:tc>
        <w:tc>
          <w:tcPr>
            <w:tcW w:w="1440" w:type="dxa"/>
          </w:tcPr>
          <w:p w14:paraId="69C127DA" w14:textId="77777777" w:rsidR="00C7272B" w:rsidRDefault="00000000">
            <w:r>
              <w:rPr>
                <w:sz w:val="16"/>
              </w:rPr>
              <w:t>1369</w:t>
            </w:r>
          </w:p>
        </w:tc>
        <w:tc>
          <w:tcPr>
            <w:tcW w:w="1440" w:type="dxa"/>
          </w:tcPr>
          <w:p w14:paraId="3222D041" w14:textId="77777777" w:rsidR="00C7272B" w:rsidRDefault="00000000">
            <w:r>
              <w:rPr>
                <w:sz w:val="16"/>
              </w:rPr>
              <w:t>0.663</w:t>
            </w:r>
          </w:p>
        </w:tc>
        <w:tc>
          <w:tcPr>
            <w:tcW w:w="1440" w:type="dxa"/>
          </w:tcPr>
          <w:p w14:paraId="7C9C2354" w14:textId="77777777" w:rsidR="00C7272B" w:rsidRDefault="00000000">
            <w:r>
              <w:rPr>
                <w:sz w:val="16"/>
              </w:rPr>
              <w:t>0.597</w:t>
            </w:r>
          </w:p>
        </w:tc>
        <w:tc>
          <w:tcPr>
            <w:tcW w:w="1440" w:type="dxa"/>
          </w:tcPr>
          <w:p w14:paraId="0D0445EE" w14:textId="77777777" w:rsidR="00C7272B" w:rsidRDefault="00000000">
            <w:r>
              <w:rPr>
                <w:sz w:val="16"/>
              </w:rPr>
              <w:t>1.000</w:t>
            </w:r>
          </w:p>
        </w:tc>
        <w:tc>
          <w:tcPr>
            <w:tcW w:w="1440" w:type="dxa"/>
          </w:tcPr>
          <w:p w14:paraId="77FB6B0A" w14:textId="77777777" w:rsidR="00C7272B" w:rsidRDefault="00000000">
            <w:r>
              <w:rPr>
                <w:sz w:val="16"/>
              </w:rPr>
              <w:t>4.38</w:t>
            </w:r>
          </w:p>
        </w:tc>
      </w:tr>
      <w:tr w:rsidR="00C7272B" w14:paraId="20632278" w14:textId="77777777">
        <w:tc>
          <w:tcPr>
            <w:tcW w:w="1440" w:type="dxa"/>
          </w:tcPr>
          <w:p w14:paraId="39E85526" w14:textId="77777777" w:rsidR="00C7272B" w:rsidRDefault="00000000">
            <w:r>
              <w:rPr>
                <w:sz w:val="16"/>
              </w:rPr>
              <w:t>ELSA</w:t>
            </w:r>
          </w:p>
        </w:tc>
        <w:tc>
          <w:tcPr>
            <w:tcW w:w="1440" w:type="dxa"/>
          </w:tcPr>
          <w:p w14:paraId="21175B7D" w14:textId="77777777" w:rsidR="00C7272B" w:rsidRDefault="00000000">
            <w:r>
              <w:rPr>
                <w:sz w:val="16"/>
              </w:rPr>
              <w:t>1415</w:t>
            </w:r>
          </w:p>
        </w:tc>
        <w:tc>
          <w:tcPr>
            <w:tcW w:w="1440" w:type="dxa"/>
          </w:tcPr>
          <w:p w14:paraId="181D9C3C" w14:textId="77777777" w:rsidR="00C7272B" w:rsidRDefault="00000000">
            <w:r>
              <w:rPr>
                <w:sz w:val="16"/>
              </w:rPr>
              <w:t>0.780</w:t>
            </w:r>
          </w:p>
        </w:tc>
        <w:tc>
          <w:tcPr>
            <w:tcW w:w="1440" w:type="dxa"/>
          </w:tcPr>
          <w:p w14:paraId="42FF6AC3" w14:textId="77777777" w:rsidR="00C7272B" w:rsidRDefault="00000000">
            <w:r>
              <w:rPr>
                <w:sz w:val="16"/>
              </w:rPr>
              <w:t>0.632</w:t>
            </w:r>
          </w:p>
        </w:tc>
        <w:tc>
          <w:tcPr>
            <w:tcW w:w="1440" w:type="dxa"/>
          </w:tcPr>
          <w:p w14:paraId="5BAF80D2" w14:textId="77777777" w:rsidR="00C7272B" w:rsidRDefault="00000000">
            <w:r>
              <w:rPr>
                <w:sz w:val="16"/>
              </w:rPr>
              <w:t>0.986</w:t>
            </w:r>
          </w:p>
        </w:tc>
        <w:tc>
          <w:tcPr>
            <w:tcW w:w="1440" w:type="dxa"/>
          </w:tcPr>
          <w:p w14:paraId="76EDEB27" w14:textId="77777777" w:rsidR="00C7272B" w:rsidRDefault="00000000">
            <w:r>
              <w:rPr>
                <w:sz w:val="16"/>
              </w:rPr>
              <w:t>8.41</w:t>
            </w:r>
          </w:p>
        </w:tc>
      </w:tr>
      <w:tr w:rsidR="00C7272B" w14:paraId="2A274DC0" w14:textId="77777777">
        <w:tc>
          <w:tcPr>
            <w:tcW w:w="1440" w:type="dxa"/>
          </w:tcPr>
          <w:p w14:paraId="162E0D45" w14:textId="77777777" w:rsidR="00C7272B" w:rsidRDefault="00000000">
            <w:r>
              <w:rPr>
                <w:sz w:val="16"/>
              </w:rPr>
              <w:t>CHARLS</w:t>
            </w:r>
          </w:p>
        </w:tc>
        <w:tc>
          <w:tcPr>
            <w:tcW w:w="1440" w:type="dxa"/>
          </w:tcPr>
          <w:p w14:paraId="7FBFC1F7" w14:textId="77777777" w:rsidR="00C7272B" w:rsidRDefault="00000000">
            <w:r>
              <w:rPr>
                <w:sz w:val="16"/>
              </w:rPr>
              <w:t>1646</w:t>
            </w:r>
          </w:p>
        </w:tc>
        <w:tc>
          <w:tcPr>
            <w:tcW w:w="1440" w:type="dxa"/>
          </w:tcPr>
          <w:p w14:paraId="7A811FE1" w14:textId="77777777" w:rsidR="00C7272B" w:rsidRDefault="00000000">
            <w:r>
              <w:rPr>
                <w:sz w:val="16"/>
              </w:rPr>
              <w:t>0.967</w:t>
            </w:r>
          </w:p>
        </w:tc>
        <w:tc>
          <w:tcPr>
            <w:tcW w:w="1440" w:type="dxa"/>
          </w:tcPr>
          <w:p w14:paraId="46B10462" w14:textId="77777777" w:rsidR="00C7272B" w:rsidRDefault="00000000">
            <w:r>
              <w:rPr>
                <w:sz w:val="16"/>
              </w:rPr>
              <w:t>0.919</w:t>
            </w:r>
          </w:p>
        </w:tc>
        <w:tc>
          <w:tcPr>
            <w:tcW w:w="1440" w:type="dxa"/>
          </w:tcPr>
          <w:p w14:paraId="1001F101" w14:textId="77777777" w:rsidR="00C7272B" w:rsidRDefault="00000000">
            <w:r>
              <w:rPr>
                <w:sz w:val="16"/>
              </w:rPr>
              <w:t>1.000</w:t>
            </w:r>
          </w:p>
        </w:tc>
        <w:tc>
          <w:tcPr>
            <w:tcW w:w="1440" w:type="dxa"/>
          </w:tcPr>
          <w:p w14:paraId="35877F31" w14:textId="77777777" w:rsidR="00C7272B" w:rsidRDefault="00000000">
            <w:r>
              <w:rPr>
                <w:sz w:val="16"/>
              </w:rPr>
              <w:t>9.54</w:t>
            </w:r>
          </w:p>
        </w:tc>
      </w:tr>
      <w:tr w:rsidR="00C7272B" w14:paraId="0EA69603" w14:textId="77777777">
        <w:tc>
          <w:tcPr>
            <w:tcW w:w="1440" w:type="dxa"/>
          </w:tcPr>
          <w:p w14:paraId="40DE7526" w14:textId="77777777" w:rsidR="00C7272B" w:rsidRDefault="00000000">
            <w:r>
              <w:rPr>
                <w:sz w:val="16"/>
              </w:rPr>
              <w:t>MHAS</w:t>
            </w:r>
          </w:p>
        </w:tc>
        <w:tc>
          <w:tcPr>
            <w:tcW w:w="1440" w:type="dxa"/>
          </w:tcPr>
          <w:p w14:paraId="314107B3" w14:textId="77777777" w:rsidR="00C7272B" w:rsidRDefault="00000000">
            <w:r>
              <w:rPr>
                <w:sz w:val="16"/>
              </w:rPr>
              <w:t>736</w:t>
            </w:r>
          </w:p>
        </w:tc>
        <w:tc>
          <w:tcPr>
            <w:tcW w:w="1440" w:type="dxa"/>
          </w:tcPr>
          <w:p w14:paraId="26D13027" w14:textId="77777777" w:rsidR="00C7272B" w:rsidRDefault="00000000">
            <w:r>
              <w:rPr>
                <w:sz w:val="16"/>
              </w:rPr>
              <w:t>0.550</w:t>
            </w:r>
          </w:p>
        </w:tc>
        <w:tc>
          <w:tcPr>
            <w:tcW w:w="1440" w:type="dxa"/>
          </w:tcPr>
          <w:p w14:paraId="4230FEA4" w14:textId="77777777" w:rsidR="00C7272B" w:rsidRDefault="00000000">
            <w:r>
              <w:rPr>
                <w:sz w:val="16"/>
              </w:rPr>
              <w:t>0.371</w:t>
            </w:r>
          </w:p>
        </w:tc>
        <w:tc>
          <w:tcPr>
            <w:tcW w:w="1440" w:type="dxa"/>
          </w:tcPr>
          <w:p w14:paraId="6CA5B570" w14:textId="77777777" w:rsidR="00C7272B" w:rsidRDefault="00000000">
            <w:r>
              <w:rPr>
                <w:sz w:val="16"/>
              </w:rPr>
              <w:t>1.000</w:t>
            </w:r>
          </w:p>
        </w:tc>
        <w:tc>
          <w:tcPr>
            <w:tcW w:w="1440" w:type="dxa"/>
          </w:tcPr>
          <w:p w14:paraId="2C2E7E0D" w14:textId="77777777" w:rsidR="00C7272B" w:rsidRDefault="00000000">
            <w:r>
              <w:rPr>
                <w:sz w:val="16"/>
              </w:rPr>
              <w:t>14.67</w:t>
            </w:r>
          </w:p>
        </w:tc>
      </w:tr>
    </w:tbl>
    <w:p w14:paraId="27D5AA0A" w14:textId="77777777" w:rsidR="00C7272B" w:rsidRDefault="00000000">
      <w:r>
        <w:rPr>
          <w:i/>
          <w:sz w:val="16"/>
        </w:rPr>
        <w:t>ARI compares class assignments from ten alternative random seeds with the seed=12 fit; maximum posterior is a within-fit certainty measure and does not replace stability assessment.</w:t>
      </w:r>
    </w:p>
    <w:p w14:paraId="4AE8F6E8" w14:textId="77777777" w:rsidR="00C7272B" w:rsidRDefault="00C7272B"/>
    <w:p w14:paraId="665501BD" w14:textId="77777777" w:rsidR="00C7272B" w:rsidRDefault="00000000" w:rsidP="008A7600">
      <w:pPr>
        <w:pStyle w:val="af7"/>
      </w:pPr>
      <w:r>
        <w:rPr>
          <w:b/>
        </w:rPr>
        <w:t>Table S7. Incident-ADL sensitivity analysis among participants without baseline ADL limitation.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7272B" w14:paraId="753A9BA1" w14:textId="77777777">
        <w:tc>
          <w:tcPr>
            <w:tcW w:w="2160" w:type="dxa"/>
            <w:tcBorders>
              <w:bottom w:val="single" w:sz="8" w:space="0" w:color="000000"/>
            </w:tcBorders>
          </w:tcPr>
          <w:p w14:paraId="6630993B" w14:textId="77777777" w:rsidR="00C7272B" w:rsidRDefault="00000000">
            <w:r>
              <w:rPr>
                <w:b/>
                <w:sz w:val="16"/>
              </w:rPr>
              <w:lastRenderedPageBreak/>
              <w:t>Cohort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71736A03" w14:textId="77777777" w:rsidR="00C7272B" w:rsidRDefault="00000000">
            <w:r>
              <w:rPr>
                <w:b/>
                <w:sz w:val="16"/>
              </w:rPr>
              <w:t>OR (95% CI)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73B6DF69" w14:textId="77777777" w:rsidR="00C7272B" w:rsidRDefault="00000000">
            <w:r>
              <w:rPr>
                <w:b/>
                <w:sz w:val="16"/>
              </w:rPr>
              <w:t>N eligible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49A5B5C1" w14:textId="77777777" w:rsidR="00C7272B" w:rsidRDefault="00000000">
            <w:r>
              <w:rPr>
                <w:b/>
                <w:sz w:val="16"/>
              </w:rPr>
              <w:t>Events</w:t>
            </w:r>
          </w:p>
        </w:tc>
      </w:tr>
      <w:tr w:rsidR="00C7272B" w14:paraId="225C9739" w14:textId="77777777">
        <w:tc>
          <w:tcPr>
            <w:tcW w:w="2160" w:type="dxa"/>
          </w:tcPr>
          <w:p w14:paraId="64716C9E" w14:textId="77777777" w:rsidR="00C7272B" w:rsidRDefault="00000000">
            <w:r>
              <w:rPr>
                <w:sz w:val="16"/>
              </w:rPr>
              <w:t>HRS</w:t>
            </w:r>
          </w:p>
        </w:tc>
        <w:tc>
          <w:tcPr>
            <w:tcW w:w="2160" w:type="dxa"/>
          </w:tcPr>
          <w:p w14:paraId="6E60D06C" w14:textId="77777777" w:rsidR="00C7272B" w:rsidRDefault="00000000">
            <w:r>
              <w:rPr>
                <w:sz w:val="16"/>
              </w:rPr>
              <w:t>7.34 (5.21–10.35)</w:t>
            </w:r>
          </w:p>
        </w:tc>
        <w:tc>
          <w:tcPr>
            <w:tcW w:w="2160" w:type="dxa"/>
          </w:tcPr>
          <w:p w14:paraId="1328B613" w14:textId="77777777" w:rsidR="00C7272B" w:rsidRDefault="00000000">
            <w:r>
              <w:rPr>
                <w:sz w:val="16"/>
              </w:rPr>
              <w:t>1868</w:t>
            </w:r>
          </w:p>
        </w:tc>
        <w:tc>
          <w:tcPr>
            <w:tcW w:w="2160" w:type="dxa"/>
          </w:tcPr>
          <w:p w14:paraId="1BDDADAD" w14:textId="77777777" w:rsidR="00C7272B" w:rsidRDefault="00000000">
            <w:r>
              <w:rPr>
                <w:sz w:val="16"/>
              </w:rPr>
              <w:t>411</w:t>
            </w:r>
          </w:p>
        </w:tc>
      </w:tr>
      <w:tr w:rsidR="00C7272B" w14:paraId="76DD8283" w14:textId="77777777">
        <w:tc>
          <w:tcPr>
            <w:tcW w:w="2160" w:type="dxa"/>
          </w:tcPr>
          <w:p w14:paraId="55222339" w14:textId="77777777" w:rsidR="00C7272B" w:rsidRDefault="00000000">
            <w:r>
              <w:rPr>
                <w:sz w:val="16"/>
              </w:rPr>
              <w:t>SHARE</w:t>
            </w:r>
          </w:p>
        </w:tc>
        <w:tc>
          <w:tcPr>
            <w:tcW w:w="2160" w:type="dxa"/>
          </w:tcPr>
          <w:p w14:paraId="19AE206B" w14:textId="77777777" w:rsidR="00C7272B" w:rsidRDefault="00000000">
            <w:r>
              <w:rPr>
                <w:sz w:val="16"/>
              </w:rPr>
              <w:t>1.26 (0.75–2.11)</w:t>
            </w:r>
          </w:p>
        </w:tc>
        <w:tc>
          <w:tcPr>
            <w:tcW w:w="2160" w:type="dxa"/>
          </w:tcPr>
          <w:p w14:paraId="481E7320" w14:textId="77777777" w:rsidR="00C7272B" w:rsidRDefault="00000000">
            <w:r>
              <w:rPr>
                <w:sz w:val="16"/>
              </w:rPr>
              <w:t>1182</w:t>
            </w:r>
          </w:p>
        </w:tc>
        <w:tc>
          <w:tcPr>
            <w:tcW w:w="2160" w:type="dxa"/>
          </w:tcPr>
          <w:p w14:paraId="53336CB0" w14:textId="77777777" w:rsidR="00C7272B" w:rsidRDefault="00000000">
            <w:r>
              <w:rPr>
                <w:sz w:val="16"/>
              </w:rPr>
              <w:t>217</w:t>
            </w:r>
          </w:p>
        </w:tc>
      </w:tr>
      <w:tr w:rsidR="00C7272B" w14:paraId="330A9055" w14:textId="77777777">
        <w:tc>
          <w:tcPr>
            <w:tcW w:w="2160" w:type="dxa"/>
          </w:tcPr>
          <w:p w14:paraId="2AE4CEFB" w14:textId="77777777" w:rsidR="00C7272B" w:rsidRDefault="00000000">
            <w:r>
              <w:rPr>
                <w:sz w:val="16"/>
              </w:rPr>
              <w:t>ELSA</w:t>
            </w:r>
          </w:p>
        </w:tc>
        <w:tc>
          <w:tcPr>
            <w:tcW w:w="2160" w:type="dxa"/>
          </w:tcPr>
          <w:p w14:paraId="26E54289" w14:textId="77777777" w:rsidR="00C7272B" w:rsidRDefault="00000000">
            <w:r>
              <w:rPr>
                <w:sz w:val="16"/>
              </w:rPr>
              <w:t>4.54 (2.81–7.35)</w:t>
            </w:r>
          </w:p>
        </w:tc>
        <w:tc>
          <w:tcPr>
            <w:tcW w:w="2160" w:type="dxa"/>
          </w:tcPr>
          <w:p w14:paraId="443642F5" w14:textId="77777777" w:rsidR="00C7272B" w:rsidRDefault="00000000">
            <w:r>
              <w:rPr>
                <w:sz w:val="16"/>
              </w:rPr>
              <w:t>965</w:t>
            </w:r>
          </w:p>
        </w:tc>
        <w:tc>
          <w:tcPr>
            <w:tcW w:w="2160" w:type="dxa"/>
          </w:tcPr>
          <w:p w14:paraId="70B38BE4" w14:textId="77777777" w:rsidR="00C7272B" w:rsidRDefault="00000000">
            <w:r>
              <w:rPr>
                <w:sz w:val="16"/>
              </w:rPr>
              <w:t>201</w:t>
            </w:r>
          </w:p>
        </w:tc>
      </w:tr>
      <w:tr w:rsidR="00C7272B" w14:paraId="0B859981" w14:textId="77777777">
        <w:tc>
          <w:tcPr>
            <w:tcW w:w="2160" w:type="dxa"/>
          </w:tcPr>
          <w:p w14:paraId="374FD2F0" w14:textId="77777777" w:rsidR="00C7272B" w:rsidRDefault="00000000">
            <w:r>
              <w:rPr>
                <w:sz w:val="16"/>
              </w:rPr>
              <w:t>CHARLS</w:t>
            </w:r>
          </w:p>
        </w:tc>
        <w:tc>
          <w:tcPr>
            <w:tcW w:w="2160" w:type="dxa"/>
          </w:tcPr>
          <w:p w14:paraId="0C5C14A9" w14:textId="77777777" w:rsidR="00C7272B" w:rsidRDefault="00000000">
            <w:r>
              <w:rPr>
                <w:sz w:val="16"/>
              </w:rPr>
              <w:t>2.85 (1.80–4.53)</w:t>
            </w:r>
          </w:p>
        </w:tc>
        <w:tc>
          <w:tcPr>
            <w:tcW w:w="2160" w:type="dxa"/>
          </w:tcPr>
          <w:p w14:paraId="43915835" w14:textId="77777777" w:rsidR="00C7272B" w:rsidRDefault="00000000">
            <w:r>
              <w:rPr>
                <w:sz w:val="16"/>
              </w:rPr>
              <w:t>983</w:t>
            </w:r>
          </w:p>
        </w:tc>
        <w:tc>
          <w:tcPr>
            <w:tcW w:w="2160" w:type="dxa"/>
          </w:tcPr>
          <w:p w14:paraId="39F1C7AA" w14:textId="77777777" w:rsidR="00C7272B" w:rsidRDefault="00000000">
            <w:r>
              <w:rPr>
                <w:sz w:val="16"/>
              </w:rPr>
              <w:t>301</w:t>
            </w:r>
          </w:p>
        </w:tc>
      </w:tr>
      <w:tr w:rsidR="00C7272B" w14:paraId="125C5F17" w14:textId="77777777">
        <w:tc>
          <w:tcPr>
            <w:tcW w:w="2160" w:type="dxa"/>
          </w:tcPr>
          <w:p w14:paraId="1F5EAE0D" w14:textId="77777777" w:rsidR="00C7272B" w:rsidRDefault="00000000">
            <w:r>
              <w:rPr>
                <w:sz w:val="16"/>
              </w:rPr>
              <w:t>MHAS</w:t>
            </w:r>
          </w:p>
        </w:tc>
        <w:tc>
          <w:tcPr>
            <w:tcW w:w="2160" w:type="dxa"/>
          </w:tcPr>
          <w:p w14:paraId="0E47E771" w14:textId="77777777" w:rsidR="00C7272B" w:rsidRDefault="00000000">
            <w:r>
              <w:rPr>
                <w:sz w:val="16"/>
              </w:rPr>
              <w:t>3.77 (1.93–7.36)</w:t>
            </w:r>
          </w:p>
        </w:tc>
        <w:tc>
          <w:tcPr>
            <w:tcW w:w="2160" w:type="dxa"/>
          </w:tcPr>
          <w:p w14:paraId="77868ECC" w14:textId="77777777" w:rsidR="00C7272B" w:rsidRDefault="00000000">
            <w:r>
              <w:rPr>
                <w:sz w:val="16"/>
              </w:rPr>
              <w:t>534</w:t>
            </w:r>
          </w:p>
        </w:tc>
        <w:tc>
          <w:tcPr>
            <w:tcW w:w="2160" w:type="dxa"/>
          </w:tcPr>
          <w:p w14:paraId="00212385" w14:textId="77777777" w:rsidR="00C7272B" w:rsidRDefault="00000000">
            <w:r>
              <w:rPr>
                <w:sz w:val="16"/>
              </w:rPr>
              <w:t>206</w:t>
            </w:r>
          </w:p>
        </w:tc>
      </w:tr>
      <w:tr w:rsidR="00C7272B" w14:paraId="4891DE6F" w14:textId="77777777">
        <w:tc>
          <w:tcPr>
            <w:tcW w:w="2160" w:type="dxa"/>
          </w:tcPr>
          <w:p w14:paraId="7CB8AA8D" w14:textId="77777777" w:rsidR="00C7272B" w:rsidRDefault="00000000">
            <w:r>
              <w:rPr>
                <w:sz w:val="16"/>
              </w:rPr>
              <w:t>Pooled (RE), I2=88%</w:t>
            </w:r>
          </w:p>
        </w:tc>
        <w:tc>
          <w:tcPr>
            <w:tcW w:w="2160" w:type="dxa"/>
          </w:tcPr>
          <w:p w14:paraId="5373F071" w14:textId="77777777" w:rsidR="00C7272B" w:rsidRDefault="00000000">
            <w:r>
              <w:rPr>
                <w:sz w:val="16"/>
              </w:rPr>
              <w:t>3.44 (1.85–6.37)</w:t>
            </w:r>
          </w:p>
        </w:tc>
        <w:tc>
          <w:tcPr>
            <w:tcW w:w="2160" w:type="dxa"/>
          </w:tcPr>
          <w:p w14:paraId="21DC0FD2" w14:textId="77777777" w:rsidR="00C7272B" w:rsidRDefault="00000000">
            <w:r>
              <w:rPr>
                <w:sz w:val="16"/>
              </w:rPr>
              <w:t>5532</w:t>
            </w:r>
          </w:p>
        </w:tc>
        <w:tc>
          <w:tcPr>
            <w:tcW w:w="2160" w:type="dxa"/>
          </w:tcPr>
          <w:p w14:paraId="1257ACEE" w14:textId="77777777" w:rsidR="00C7272B" w:rsidRDefault="00C7272B"/>
        </w:tc>
      </w:tr>
    </w:tbl>
    <w:p w14:paraId="1F0F161A" w14:textId="77777777" w:rsidR="00C7272B" w:rsidRDefault="00000000">
      <w:r>
        <w:rPr>
          <w:i/>
          <w:sz w:val="16"/>
        </w:rPr>
        <w:t>Incident ADL was defined as final-wave ADL &gt;=1 among participants with baseline ADL=0; models were adjusted for baseline age and sex.</w:t>
      </w:r>
    </w:p>
    <w:p w14:paraId="59FCC974" w14:textId="39962E81" w:rsidR="00C7272B" w:rsidRDefault="00000000" w:rsidP="008A7600">
      <w:pPr>
        <w:pStyle w:val="af7"/>
      </w:pPr>
      <w:r>
        <w:rPr>
          <w:b/>
        </w:rPr>
        <w:t>Table S8. Selection-weighted sensitivity analysis for complete pain-depression profiles.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7272B" w14:paraId="2BDD303C" w14:textId="77777777">
        <w:tc>
          <w:tcPr>
            <w:tcW w:w="2160" w:type="dxa"/>
            <w:tcBorders>
              <w:bottom w:val="single" w:sz="8" w:space="0" w:color="000000"/>
            </w:tcBorders>
          </w:tcPr>
          <w:p w14:paraId="51C945C6" w14:textId="77777777" w:rsidR="00C7272B" w:rsidRDefault="00000000">
            <w:r>
              <w:rPr>
                <w:b/>
                <w:sz w:val="16"/>
              </w:rPr>
              <w:t>Cohort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3186A694" w14:textId="77777777" w:rsidR="00C7272B" w:rsidRDefault="00000000">
            <w:r>
              <w:rPr>
                <w:b/>
                <w:sz w:val="16"/>
              </w:rPr>
              <w:t>Weighted OR (95% CI)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15B159F4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4FD4A57B" w14:textId="77777777" w:rsidR="00C7272B" w:rsidRDefault="00000000">
            <w:r>
              <w:rPr>
                <w:b/>
                <w:sz w:val="16"/>
              </w:rPr>
              <w:t>Profile selection rate</w:t>
            </w:r>
          </w:p>
        </w:tc>
      </w:tr>
      <w:tr w:rsidR="00C7272B" w14:paraId="7CF435A8" w14:textId="77777777">
        <w:tc>
          <w:tcPr>
            <w:tcW w:w="2160" w:type="dxa"/>
          </w:tcPr>
          <w:p w14:paraId="5F902B63" w14:textId="77777777" w:rsidR="00C7272B" w:rsidRDefault="00000000">
            <w:r>
              <w:rPr>
                <w:sz w:val="16"/>
              </w:rPr>
              <w:t>HRS</w:t>
            </w:r>
          </w:p>
        </w:tc>
        <w:tc>
          <w:tcPr>
            <w:tcW w:w="2160" w:type="dxa"/>
          </w:tcPr>
          <w:p w14:paraId="38DD5AA5" w14:textId="77777777" w:rsidR="00C7272B" w:rsidRDefault="00000000">
            <w:r>
              <w:rPr>
                <w:sz w:val="16"/>
              </w:rPr>
              <w:t>8.88 (6.66–11.86)</w:t>
            </w:r>
          </w:p>
        </w:tc>
        <w:tc>
          <w:tcPr>
            <w:tcW w:w="2160" w:type="dxa"/>
          </w:tcPr>
          <w:p w14:paraId="1EEB3214" w14:textId="77777777" w:rsidR="00C7272B" w:rsidRDefault="00000000">
            <w:r>
              <w:rPr>
                <w:sz w:val="16"/>
              </w:rPr>
              <w:t>2259</w:t>
            </w:r>
          </w:p>
        </w:tc>
        <w:tc>
          <w:tcPr>
            <w:tcW w:w="2160" w:type="dxa"/>
          </w:tcPr>
          <w:p w14:paraId="3FECDD57" w14:textId="77777777" w:rsidR="00C7272B" w:rsidRDefault="00000000">
            <w:r>
              <w:rPr>
                <w:sz w:val="16"/>
              </w:rPr>
              <w:t>58.6%</w:t>
            </w:r>
          </w:p>
        </w:tc>
      </w:tr>
      <w:tr w:rsidR="00C7272B" w14:paraId="4FF7483D" w14:textId="77777777">
        <w:tc>
          <w:tcPr>
            <w:tcW w:w="2160" w:type="dxa"/>
          </w:tcPr>
          <w:p w14:paraId="3FBB732E" w14:textId="77777777" w:rsidR="00C7272B" w:rsidRDefault="00000000">
            <w:r>
              <w:rPr>
                <w:sz w:val="16"/>
              </w:rPr>
              <w:t>SHARE</w:t>
            </w:r>
          </w:p>
        </w:tc>
        <w:tc>
          <w:tcPr>
            <w:tcW w:w="2160" w:type="dxa"/>
          </w:tcPr>
          <w:p w14:paraId="153E7D03" w14:textId="77777777" w:rsidR="00C7272B" w:rsidRDefault="00000000">
            <w:r>
              <w:rPr>
                <w:sz w:val="16"/>
              </w:rPr>
              <w:t>3.41 (1.93–6.01)</w:t>
            </w:r>
          </w:p>
        </w:tc>
        <w:tc>
          <w:tcPr>
            <w:tcW w:w="2160" w:type="dxa"/>
          </w:tcPr>
          <w:p w14:paraId="194E92A4" w14:textId="77777777" w:rsidR="00C7272B" w:rsidRDefault="00000000">
            <w:r>
              <w:rPr>
                <w:sz w:val="16"/>
              </w:rPr>
              <w:t>1368</w:t>
            </w:r>
          </w:p>
        </w:tc>
        <w:tc>
          <w:tcPr>
            <w:tcW w:w="2160" w:type="dxa"/>
          </w:tcPr>
          <w:p w14:paraId="765C5A0B" w14:textId="77777777" w:rsidR="00C7272B" w:rsidRDefault="00000000">
            <w:r>
              <w:rPr>
                <w:sz w:val="16"/>
              </w:rPr>
              <w:t>24.8%</w:t>
            </w:r>
          </w:p>
        </w:tc>
      </w:tr>
      <w:tr w:rsidR="00C7272B" w14:paraId="3FF413E3" w14:textId="77777777">
        <w:tc>
          <w:tcPr>
            <w:tcW w:w="2160" w:type="dxa"/>
          </w:tcPr>
          <w:p w14:paraId="5C9B29E5" w14:textId="77777777" w:rsidR="00C7272B" w:rsidRDefault="00000000">
            <w:r>
              <w:rPr>
                <w:sz w:val="16"/>
              </w:rPr>
              <w:t>ELSA</w:t>
            </w:r>
          </w:p>
        </w:tc>
        <w:tc>
          <w:tcPr>
            <w:tcW w:w="2160" w:type="dxa"/>
          </w:tcPr>
          <w:p w14:paraId="47A318F2" w14:textId="77777777" w:rsidR="00C7272B" w:rsidRDefault="00000000">
            <w:r>
              <w:rPr>
                <w:sz w:val="16"/>
              </w:rPr>
              <w:t>8.26 (5.43–12.57)</w:t>
            </w:r>
          </w:p>
        </w:tc>
        <w:tc>
          <w:tcPr>
            <w:tcW w:w="2160" w:type="dxa"/>
          </w:tcPr>
          <w:p w14:paraId="5700E530" w14:textId="77777777" w:rsidR="00C7272B" w:rsidRDefault="00000000">
            <w:r>
              <w:rPr>
                <w:sz w:val="16"/>
              </w:rPr>
              <w:t>1415</w:t>
            </w:r>
          </w:p>
        </w:tc>
        <w:tc>
          <w:tcPr>
            <w:tcW w:w="2160" w:type="dxa"/>
          </w:tcPr>
          <w:p w14:paraId="58654425" w14:textId="77777777" w:rsidR="00C7272B" w:rsidRDefault="00000000">
            <w:r>
              <w:rPr>
                <w:sz w:val="16"/>
              </w:rPr>
              <w:t>40.0%</w:t>
            </w:r>
          </w:p>
        </w:tc>
      </w:tr>
      <w:tr w:rsidR="00C7272B" w14:paraId="6F156B65" w14:textId="77777777">
        <w:tc>
          <w:tcPr>
            <w:tcW w:w="2160" w:type="dxa"/>
          </w:tcPr>
          <w:p w14:paraId="11ABBA25" w14:textId="77777777" w:rsidR="00C7272B" w:rsidRDefault="00000000">
            <w:r>
              <w:rPr>
                <w:sz w:val="16"/>
              </w:rPr>
              <w:t>CHARLS</w:t>
            </w:r>
          </w:p>
        </w:tc>
        <w:tc>
          <w:tcPr>
            <w:tcW w:w="2160" w:type="dxa"/>
          </w:tcPr>
          <w:p w14:paraId="0410C648" w14:textId="77777777" w:rsidR="00C7272B" w:rsidRDefault="00000000">
            <w:r>
              <w:rPr>
                <w:sz w:val="16"/>
              </w:rPr>
              <w:t>2.87 (2.00–4.13)</w:t>
            </w:r>
          </w:p>
        </w:tc>
        <w:tc>
          <w:tcPr>
            <w:tcW w:w="2160" w:type="dxa"/>
          </w:tcPr>
          <w:p w14:paraId="12936B69" w14:textId="77777777" w:rsidR="00C7272B" w:rsidRDefault="00000000">
            <w:r>
              <w:rPr>
                <w:sz w:val="16"/>
              </w:rPr>
              <w:t>1646</w:t>
            </w:r>
          </w:p>
        </w:tc>
        <w:tc>
          <w:tcPr>
            <w:tcW w:w="2160" w:type="dxa"/>
          </w:tcPr>
          <w:p w14:paraId="3C8C57E9" w14:textId="77777777" w:rsidR="00C7272B" w:rsidRDefault="00000000">
            <w:r>
              <w:rPr>
                <w:sz w:val="16"/>
              </w:rPr>
              <w:t>59.6%</w:t>
            </w:r>
          </w:p>
        </w:tc>
      </w:tr>
      <w:tr w:rsidR="00C7272B" w14:paraId="435C4921" w14:textId="77777777">
        <w:tc>
          <w:tcPr>
            <w:tcW w:w="2160" w:type="dxa"/>
          </w:tcPr>
          <w:p w14:paraId="23C5F528" w14:textId="77777777" w:rsidR="00C7272B" w:rsidRDefault="00000000">
            <w:r>
              <w:rPr>
                <w:sz w:val="16"/>
              </w:rPr>
              <w:t>MHAS</w:t>
            </w:r>
          </w:p>
        </w:tc>
        <w:tc>
          <w:tcPr>
            <w:tcW w:w="2160" w:type="dxa"/>
          </w:tcPr>
          <w:p w14:paraId="7C5AD5EC" w14:textId="77777777" w:rsidR="00C7272B" w:rsidRDefault="00000000">
            <w:r>
              <w:rPr>
                <w:sz w:val="16"/>
              </w:rPr>
              <w:t>4.22 (2.41–7.41)</w:t>
            </w:r>
          </w:p>
        </w:tc>
        <w:tc>
          <w:tcPr>
            <w:tcW w:w="2160" w:type="dxa"/>
          </w:tcPr>
          <w:p w14:paraId="43CDA922" w14:textId="77777777" w:rsidR="00C7272B" w:rsidRDefault="00000000">
            <w:r>
              <w:rPr>
                <w:sz w:val="16"/>
              </w:rPr>
              <w:t>736</w:t>
            </w:r>
          </w:p>
        </w:tc>
        <w:tc>
          <w:tcPr>
            <w:tcW w:w="2160" w:type="dxa"/>
          </w:tcPr>
          <w:p w14:paraId="43DE547E" w14:textId="77777777" w:rsidR="00C7272B" w:rsidRDefault="00000000">
            <w:r>
              <w:rPr>
                <w:sz w:val="16"/>
              </w:rPr>
              <w:t>46.6%</w:t>
            </w:r>
          </w:p>
        </w:tc>
      </w:tr>
      <w:tr w:rsidR="00C7272B" w14:paraId="7CEB5678" w14:textId="77777777">
        <w:tc>
          <w:tcPr>
            <w:tcW w:w="2160" w:type="dxa"/>
          </w:tcPr>
          <w:p w14:paraId="466E4B48" w14:textId="77777777" w:rsidR="00C7272B" w:rsidRDefault="00000000">
            <w:r>
              <w:rPr>
                <w:sz w:val="16"/>
              </w:rPr>
              <w:t>Pooled (RE), I2=87%</w:t>
            </w:r>
          </w:p>
        </w:tc>
        <w:tc>
          <w:tcPr>
            <w:tcW w:w="2160" w:type="dxa"/>
          </w:tcPr>
          <w:p w14:paraId="104AF043" w14:textId="77777777" w:rsidR="00C7272B" w:rsidRDefault="00000000">
            <w:r>
              <w:rPr>
                <w:sz w:val="16"/>
              </w:rPr>
              <w:t>5.05 (3.03–8.42)</w:t>
            </w:r>
          </w:p>
        </w:tc>
        <w:tc>
          <w:tcPr>
            <w:tcW w:w="2160" w:type="dxa"/>
          </w:tcPr>
          <w:p w14:paraId="25EFEB6B" w14:textId="77777777" w:rsidR="00C7272B" w:rsidRDefault="00000000">
            <w:r>
              <w:rPr>
                <w:sz w:val="16"/>
              </w:rPr>
              <w:t>7424</w:t>
            </w:r>
          </w:p>
        </w:tc>
        <w:tc>
          <w:tcPr>
            <w:tcW w:w="2160" w:type="dxa"/>
          </w:tcPr>
          <w:p w14:paraId="002740BE" w14:textId="77777777" w:rsidR="00C7272B" w:rsidRDefault="00C7272B"/>
        </w:tc>
      </w:tr>
    </w:tbl>
    <w:p w14:paraId="6B612231" w14:textId="77777777" w:rsidR="00C7272B" w:rsidRDefault="00000000">
      <w:r>
        <w:rPr>
          <w:i/>
          <w:sz w:val="16"/>
        </w:rPr>
        <w:t>Weights were stabilized using baseline age, sex, pain, depression, ADL and missingness indicators and trimmed at the 1st and 99th percentiles; robust standard errors were used.</w:t>
      </w:r>
    </w:p>
    <w:p w14:paraId="0869AFE9" w14:textId="77777777" w:rsidR="00C7272B" w:rsidRDefault="00C7272B"/>
    <w:p w14:paraId="598E25BB" w14:textId="77777777" w:rsidR="00C7272B" w:rsidRDefault="00000000" w:rsidP="008A7600">
      <w:pPr>
        <w:pStyle w:val="af7"/>
      </w:pPr>
      <w:r>
        <w:rPr>
          <w:b/>
        </w:rPr>
        <w:t>Table S9. Internal incremental-prediction comparison of baseline severity and burden-class models.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179"/>
        <w:gridCol w:w="1080"/>
        <w:gridCol w:w="1080"/>
        <w:gridCol w:w="1080"/>
        <w:gridCol w:w="1080"/>
      </w:tblGrid>
      <w:tr w:rsidR="00C7272B" w14:paraId="5410BA71" w14:textId="77777777">
        <w:tc>
          <w:tcPr>
            <w:tcW w:w="1080" w:type="dxa"/>
            <w:tcBorders>
              <w:bottom w:val="single" w:sz="8" w:space="0" w:color="000000"/>
            </w:tcBorders>
          </w:tcPr>
          <w:p w14:paraId="3D4A5797" w14:textId="77777777" w:rsidR="00C7272B" w:rsidRDefault="00000000">
            <w:r>
              <w:rPr>
                <w:b/>
                <w:sz w:val="16"/>
              </w:rPr>
              <w:t>Cohort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680F21D5" w14:textId="77777777" w:rsidR="00C7272B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2791CA63" w14:textId="77777777" w:rsidR="00C7272B" w:rsidRDefault="00000000">
            <w:r>
              <w:rPr>
                <w:b/>
                <w:sz w:val="16"/>
              </w:rPr>
              <w:t>AUC baseline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1F0E01EC" w14:textId="77777777" w:rsidR="00C7272B" w:rsidRDefault="00000000">
            <w:r>
              <w:rPr>
                <w:b/>
                <w:sz w:val="16"/>
              </w:rPr>
              <w:t>AUC baseline+class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776C78EC" w14:textId="77777777" w:rsidR="00C7272B" w:rsidRDefault="00000000">
            <w:r>
              <w:rPr>
                <w:b/>
                <w:sz w:val="16"/>
              </w:rPr>
              <w:t>ΔAUC (CV5)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1767ECCC" w14:textId="77777777" w:rsidR="00C7272B" w:rsidRDefault="00000000">
            <w:r>
              <w:rPr>
                <w:b/>
                <w:sz w:val="16"/>
              </w:rPr>
              <w:t>LR χ²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08F419B7" w14:textId="77777777" w:rsidR="00C7272B" w:rsidRDefault="00000000">
            <w:r>
              <w:rPr>
                <w:b/>
                <w:sz w:val="16"/>
              </w:rPr>
              <w:t>df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178B3F86" w14:textId="77777777" w:rsidR="00C7272B" w:rsidRDefault="00000000">
            <w:r>
              <w:rPr>
                <w:b/>
                <w:sz w:val="16"/>
              </w:rPr>
              <w:t>P</w:t>
            </w:r>
          </w:p>
        </w:tc>
      </w:tr>
      <w:tr w:rsidR="00C7272B" w14:paraId="2ED94D73" w14:textId="77777777">
        <w:tc>
          <w:tcPr>
            <w:tcW w:w="1080" w:type="dxa"/>
          </w:tcPr>
          <w:p w14:paraId="20CD54D3" w14:textId="77777777" w:rsidR="00C7272B" w:rsidRDefault="00000000">
            <w:r>
              <w:rPr>
                <w:sz w:val="16"/>
              </w:rPr>
              <w:t>HRS</w:t>
            </w:r>
          </w:p>
        </w:tc>
        <w:tc>
          <w:tcPr>
            <w:tcW w:w="1080" w:type="dxa"/>
          </w:tcPr>
          <w:p w14:paraId="003BD8FB" w14:textId="77777777" w:rsidR="00C7272B" w:rsidRDefault="00000000">
            <w:r>
              <w:rPr>
                <w:sz w:val="16"/>
              </w:rPr>
              <w:t>2259</w:t>
            </w:r>
          </w:p>
        </w:tc>
        <w:tc>
          <w:tcPr>
            <w:tcW w:w="1080" w:type="dxa"/>
          </w:tcPr>
          <w:p w14:paraId="12FFBCC0" w14:textId="77777777" w:rsidR="00C7272B" w:rsidRDefault="00000000">
            <w:r>
              <w:rPr>
                <w:sz w:val="16"/>
              </w:rPr>
              <w:t>0.747</w:t>
            </w:r>
          </w:p>
        </w:tc>
        <w:tc>
          <w:tcPr>
            <w:tcW w:w="1080" w:type="dxa"/>
          </w:tcPr>
          <w:p w14:paraId="77F8C1A1" w14:textId="77777777" w:rsidR="00C7272B" w:rsidRDefault="00000000">
            <w:r>
              <w:rPr>
                <w:sz w:val="16"/>
              </w:rPr>
              <w:t>0.776</w:t>
            </w:r>
          </w:p>
        </w:tc>
        <w:tc>
          <w:tcPr>
            <w:tcW w:w="1080" w:type="dxa"/>
          </w:tcPr>
          <w:p w14:paraId="1D292852" w14:textId="77777777" w:rsidR="00C7272B" w:rsidRDefault="00000000">
            <w:r>
              <w:rPr>
                <w:sz w:val="16"/>
              </w:rPr>
              <w:t>0.029</w:t>
            </w:r>
          </w:p>
        </w:tc>
        <w:tc>
          <w:tcPr>
            <w:tcW w:w="1080" w:type="dxa"/>
          </w:tcPr>
          <w:p w14:paraId="4EFC8DF5" w14:textId="77777777" w:rsidR="00C7272B" w:rsidRDefault="00000000">
            <w:r>
              <w:rPr>
                <w:sz w:val="16"/>
              </w:rPr>
              <w:t>107.48</w:t>
            </w:r>
          </w:p>
        </w:tc>
        <w:tc>
          <w:tcPr>
            <w:tcW w:w="1080" w:type="dxa"/>
          </w:tcPr>
          <w:p w14:paraId="49DEC45F" w14:textId="77777777" w:rsidR="00C7272B" w:rsidRDefault="00000000">
            <w:r>
              <w:rPr>
                <w:sz w:val="16"/>
              </w:rPr>
              <w:t>4</w:t>
            </w:r>
          </w:p>
        </w:tc>
        <w:tc>
          <w:tcPr>
            <w:tcW w:w="1080" w:type="dxa"/>
          </w:tcPr>
          <w:p w14:paraId="02205E96" w14:textId="77777777" w:rsidR="00C7272B" w:rsidRDefault="00000000">
            <w:r>
              <w:rPr>
                <w:sz w:val="16"/>
              </w:rPr>
              <w:t>2.51e-22</w:t>
            </w:r>
          </w:p>
        </w:tc>
      </w:tr>
      <w:tr w:rsidR="00C7272B" w14:paraId="39D976CD" w14:textId="77777777">
        <w:tc>
          <w:tcPr>
            <w:tcW w:w="1080" w:type="dxa"/>
          </w:tcPr>
          <w:p w14:paraId="617D0E04" w14:textId="77777777" w:rsidR="00C7272B" w:rsidRDefault="00000000">
            <w:r>
              <w:rPr>
                <w:sz w:val="16"/>
              </w:rPr>
              <w:t>SHARE</w:t>
            </w:r>
          </w:p>
        </w:tc>
        <w:tc>
          <w:tcPr>
            <w:tcW w:w="1080" w:type="dxa"/>
          </w:tcPr>
          <w:p w14:paraId="158FAD1C" w14:textId="77777777" w:rsidR="00C7272B" w:rsidRDefault="00000000">
            <w:r>
              <w:rPr>
                <w:sz w:val="16"/>
              </w:rPr>
              <w:t>1368</w:t>
            </w:r>
          </w:p>
        </w:tc>
        <w:tc>
          <w:tcPr>
            <w:tcW w:w="1080" w:type="dxa"/>
          </w:tcPr>
          <w:p w14:paraId="43F0D61A" w14:textId="77777777" w:rsidR="00C7272B" w:rsidRDefault="00000000">
            <w:r>
              <w:rPr>
                <w:sz w:val="16"/>
              </w:rPr>
              <w:t>0.733</w:t>
            </w:r>
          </w:p>
        </w:tc>
        <w:tc>
          <w:tcPr>
            <w:tcW w:w="1080" w:type="dxa"/>
          </w:tcPr>
          <w:p w14:paraId="09526F80" w14:textId="77777777" w:rsidR="00C7272B" w:rsidRDefault="00000000">
            <w:r>
              <w:rPr>
                <w:sz w:val="16"/>
              </w:rPr>
              <w:t>0.742</w:t>
            </w:r>
          </w:p>
        </w:tc>
        <w:tc>
          <w:tcPr>
            <w:tcW w:w="1080" w:type="dxa"/>
          </w:tcPr>
          <w:p w14:paraId="3A8C42FD" w14:textId="77777777" w:rsidR="00C7272B" w:rsidRDefault="00000000">
            <w:r>
              <w:rPr>
                <w:sz w:val="16"/>
              </w:rPr>
              <w:t>0.010</w:t>
            </w:r>
          </w:p>
        </w:tc>
        <w:tc>
          <w:tcPr>
            <w:tcW w:w="1080" w:type="dxa"/>
          </w:tcPr>
          <w:p w14:paraId="31F2B44F" w14:textId="77777777" w:rsidR="00C7272B" w:rsidRDefault="00000000">
            <w:r>
              <w:rPr>
                <w:sz w:val="16"/>
              </w:rPr>
              <w:t>24.91</w:t>
            </w:r>
          </w:p>
        </w:tc>
        <w:tc>
          <w:tcPr>
            <w:tcW w:w="1080" w:type="dxa"/>
          </w:tcPr>
          <w:p w14:paraId="46FC10B8" w14:textId="77777777" w:rsidR="00C7272B" w:rsidRDefault="00000000">
            <w:r>
              <w:rPr>
                <w:sz w:val="16"/>
              </w:rPr>
              <w:t>3</w:t>
            </w:r>
          </w:p>
        </w:tc>
        <w:tc>
          <w:tcPr>
            <w:tcW w:w="1080" w:type="dxa"/>
          </w:tcPr>
          <w:p w14:paraId="4F1A2A66" w14:textId="77777777" w:rsidR="00C7272B" w:rsidRDefault="00000000">
            <w:r>
              <w:rPr>
                <w:sz w:val="16"/>
              </w:rPr>
              <w:t>1.61e-05</w:t>
            </w:r>
          </w:p>
        </w:tc>
      </w:tr>
      <w:tr w:rsidR="00C7272B" w14:paraId="425DB906" w14:textId="77777777">
        <w:tc>
          <w:tcPr>
            <w:tcW w:w="1080" w:type="dxa"/>
          </w:tcPr>
          <w:p w14:paraId="66AF77F4" w14:textId="77777777" w:rsidR="00C7272B" w:rsidRDefault="00000000">
            <w:r>
              <w:rPr>
                <w:sz w:val="16"/>
              </w:rPr>
              <w:t>ELSA</w:t>
            </w:r>
          </w:p>
        </w:tc>
        <w:tc>
          <w:tcPr>
            <w:tcW w:w="1080" w:type="dxa"/>
          </w:tcPr>
          <w:p w14:paraId="7499B18A" w14:textId="77777777" w:rsidR="00C7272B" w:rsidRDefault="00000000">
            <w:r>
              <w:rPr>
                <w:sz w:val="16"/>
              </w:rPr>
              <w:t>1415</w:t>
            </w:r>
          </w:p>
        </w:tc>
        <w:tc>
          <w:tcPr>
            <w:tcW w:w="1080" w:type="dxa"/>
          </w:tcPr>
          <w:p w14:paraId="473CFC89" w14:textId="77777777" w:rsidR="00C7272B" w:rsidRDefault="00000000">
            <w:r>
              <w:rPr>
                <w:sz w:val="16"/>
              </w:rPr>
              <w:t>0.775</w:t>
            </w:r>
          </w:p>
        </w:tc>
        <w:tc>
          <w:tcPr>
            <w:tcW w:w="1080" w:type="dxa"/>
          </w:tcPr>
          <w:p w14:paraId="09B0E1EC" w14:textId="77777777" w:rsidR="00C7272B" w:rsidRDefault="00000000">
            <w:r>
              <w:rPr>
                <w:sz w:val="16"/>
              </w:rPr>
              <w:t>0.790</w:t>
            </w:r>
          </w:p>
        </w:tc>
        <w:tc>
          <w:tcPr>
            <w:tcW w:w="1080" w:type="dxa"/>
          </w:tcPr>
          <w:p w14:paraId="61D7DF84" w14:textId="77777777" w:rsidR="00C7272B" w:rsidRDefault="00000000">
            <w:r>
              <w:rPr>
                <w:sz w:val="16"/>
              </w:rPr>
              <w:t>0.015</w:t>
            </w:r>
          </w:p>
        </w:tc>
        <w:tc>
          <w:tcPr>
            <w:tcW w:w="1080" w:type="dxa"/>
          </w:tcPr>
          <w:p w14:paraId="31A6C16A" w14:textId="77777777" w:rsidR="00C7272B" w:rsidRDefault="00000000">
            <w:r>
              <w:rPr>
                <w:sz w:val="16"/>
              </w:rPr>
              <w:t>40.75</w:t>
            </w:r>
          </w:p>
        </w:tc>
        <w:tc>
          <w:tcPr>
            <w:tcW w:w="1080" w:type="dxa"/>
          </w:tcPr>
          <w:p w14:paraId="6556E003" w14:textId="77777777" w:rsidR="00C7272B" w:rsidRDefault="00000000">
            <w:r>
              <w:rPr>
                <w:sz w:val="16"/>
              </w:rPr>
              <w:t>4</w:t>
            </w:r>
          </w:p>
        </w:tc>
        <w:tc>
          <w:tcPr>
            <w:tcW w:w="1080" w:type="dxa"/>
          </w:tcPr>
          <w:p w14:paraId="50DCD17E" w14:textId="77777777" w:rsidR="00C7272B" w:rsidRDefault="00000000">
            <w:r>
              <w:rPr>
                <w:sz w:val="16"/>
              </w:rPr>
              <w:t>3.03e-08</w:t>
            </w:r>
          </w:p>
        </w:tc>
      </w:tr>
      <w:tr w:rsidR="00C7272B" w14:paraId="724C4FF8" w14:textId="77777777">
        <w:tc>
          <w:tcPr>
            <w:tcW w:w="1080" w:type="dxa"/>
          </w:tcPr>
          <w:p w14:paraId="208FE463" w14:textId="77777777" w:rsidR="00C7272B" w:rsidRDefault="00000000">
            <w:r>
              <w:rPr>
                <w:sz w:val="16"/>
              </w:rPr>
              <w:t>CHARLS</w:t>
            </w:r>
          </w:p>
        </w:tc>
        <w:tc>
          <w:tcPr>
            <w:tcW w:w="1080" w:type="dxa"/>
          </w:tcPr>
          <w:p w14:paraId="4B396F33" w14:textId="77777777" w:rsidR="00C7272B" w:rsidRDefault="00000000">
            <w:r>
              <w:rPr>
                <w:sz w:val="16"/>
              </w:rPr>
              <w:t>1326</w:t>
            </w:r>
          </w:p>
        </w:tc>
        <w:tc>
          <w:tcPr>
            <w:tcW w:w="1080" w:type="dxa"/>
          </w:tcPr>
          <w:p w14:paraId="756BCB12" w14:textId="77777777" w:rsidR="00C7272B" w:rsidRDefault="00000000">
            <w:r>
              <w:rPr>
                <w:sz w:val="16"/>
              </w:rPr>
              <w:t>0.687</w:t>
            </w:r>
          </w:p>
        </w:tc>
        <w:tc>
          <w:tcPr>
            <w:tcW w:w="1080" w:type="dxa"/>
          </w:tcPr>
          <w:p w14:paraId="435A5FAF" w14:textId="77777777" w:rsidR="00C7272B" w:rsidRDefault="00000000">
            <w:r>
              <w:rPr>
                <w:sz w:val="16"/>
              </w:rPr>
              <w:t>0.702</w:t>
            </w:r>
          </w:p>
        </w:tc>
        <w:tc>
          <w:tcPr>
            <w:tcW w:w="1080" w:type="dxa"/>
          </w:tcPr>
          <w:p w14:paraId="7D159702" w14:textId="77777777" w:rsidR="00C7272B" w:rsidRDefault="00000000">
            <w:r>
              <w:rPr>
                <w:sz w:val="16"/>
              </w:rPr>
              <w:t>0.015</w:t>
            </w:r>
          </w:p>
        </w:tc>
        <w:tc>
          <w:tcPr>
            <w:tcW w:w="1080" w:type="dxa"/>
          </w:tcPr>
          <w:p w14:paraId="404F3125" w14:textId="77777777" w:rsidR="00C7272B" w:rsidRDefault="00000000">
            <w:r>
              <w:rPr>
                <w:sz w:val="16"/>
              </w:rPr>
              <w:t>31.44</w:t>
            </w:r>
          </w:p>
        </w:tc>
        <w:tc>
          <w:tcPr>
            <w:tcW w:w="1080" w:type="dxa"/>
          </w:tcPr>
          <w:p w14:paraId="391D3760" w14:textId="77777777" w:rsidR="00C7272B" w:rsidRDefault="00000000">
            <w:r>
              <w:rPr>
                <w:sz w:val="16"/>
              </w:rPr>
              <w:t>3</w:t>
            </w:r>
          </w:p>
        </w:tc>
        <w:tc>
          <w:tcPr>
            <w:tcW w:w="1080" w:type="dxa"/>
          </w:tcPr>
          <w:p w14:paraId="30E23D09" w14:textId="77777777" w:rsidR="00C7272B" w:rsidRDefault="00000000">
            <w:r>
              <w:rPr>
                <w:sz w:val="16"/>
              </w:rPr>
              <w:t>6.85e-07</w:t>
            </w:r>
          </w:p>
        </w:tc>
      </w:tr>
      <w:tr w:rsidR="00C7272B" w14:paraId="2CAF8C65" w14:textId="77777777">
        <w:tc>
          <w:tcPr>
            <w:tcW w:w="1080" w:type="dxa"/>
          </w:tcPr>
          <w:p w14:paraId="74A4C4CB" w14:textId="77777777" w:rsidR="00C7272B" w:rsidRDefault="00000000">
            <w:r>
              <w:rPr>
                <w:sz w:val="16"/>
              </w:rPr>
              <w:t>MHAS</w:t>
            </w:r>
          </w:p>
        </w:tc>
        <w:tc>
          <w:tcPr>
            <w:tcW w:w="1080" w:type="dxa"/>
          </w:tcPr>
          <w:p w14:paraId="701E8891" w14:textId="77777777" w:rsidR="00C7272B" w:rsidRDefault="00000000">
            <w:r>
              <w:rPr>
                <w:sz w:val="16"/>
              </w:rPr>
              <w:t>736</w:t>
            </w:r>
          </w:p>
        </w:tc>
        <w:tc>
          <w:tcPr>
            <w:tcW w:w="1080" w:type="dxa"/>
          </w:tcPr>
          <w:p w14:paraId="5E6A275F" w14:textId="77777777" w:rsidR="00C7272B" w:rsidRDefault="00000000">
            <w:r>
              <w:rPr>
                <w:sz w:val="16"/>
              </w:rPr>
              <w:t>0.627</w:t>
            </w:r>
          </w:p>
        </w:tc>
        <w:tc>
          <w:tcPr>
            <w:tcW w:w="1080" w:type="dxa"/>
          </w:tcPr>
          <w:p w14:paraId="29755BBA" w14:textId="77777777" w:rsidR="00C7272B" w:rsidRDefault="00000000">
            <w:r>
              <w:rPr>
                <w:sz w:val="16"/>
              </w:rPr>
              <w:t>0.642</w:t>
            </w:r>
          </w:p>
        </w:tc>
        <w:tc>
          <w:tcPr>
            <w:tcW w:w="1080" w:type="dxa"/>
          </w:tcPr>
          <w:p w14:paraId="164CBDD9" w14:textId="77777777" w:rsidR="00C7272B" w:rsidRDefault="00000000">
            <w:r>
              <w:rPr>
                <w:sz w:val="16"/>
              </w:rPr>
              <w:t>0.015</w:t>
            </w:r>
          </w:p>
        </w:tc>
        <w:tc>
          <w:tcPr>
            <w:tcW w:w="1080" w:type="dxa"/>
          </w:tcPr>
          <w:p w14:paraId="191BE80E" w14:textId="77777777" w:rsidR="00C7272B" w:rsidRDefault="00000000">
            <w:r>
              <w:rPr>
                <w:sz w:val="16"/>
              </w:rPr>
              <w:t>16.95</w:t>
            </w:r>
          </w:p>
        </w:tc>
        <w:tc>
          <w:tcPr>
            <w:tcW w:w="1080" w:type="dxa"/>
          </w:tcPr>
          <w:p w14:paraId="5EA219BB" w14:textId="77777777" w:rsidR="00C7272B" w:rsidRDefault="00000000">
            <w:r>
              <w:rPr>
                <w:sz w:val="16"/>
              </w:rPr>
              <w:t>4</w:t>
            </w:r>
          </w:p>
        </w:tc>
        <w:tc>
          <w:tcPr>
            <w:tcW w:w="1080" w:type="dxa"/>
          </w:tcPr>
          <w:p w14:paraId="0BC20110" w14:textId="77777777" w:rsidR="00C7272B" w:rsidRDefault="00000000">
            <w:r>
              <w:rPr>
                <w:sz w:val="16"/>
              </w:rPr>
              <w:t>0.002</w:t>
            </w:r>
          </w:p>
        </w:tc>
      </w:tr>
    </w:tbl>
    <w:p w14:paraId="65A9C067" w14:textId="77777777" w:rsidR="00C7272B" w:rsidRDefault="00000000">
      <w:r>
        <w:rPr>
          <w:i/>
          <w:sz w:val="16"/>
        </w:rPr>
        <w:t>AUC values are five-fold out-of-fold estimates from the common complete-case sample. The likelihood-ratio test compares the combined baseline-severity-plus-class model with the baseline-severity model. This is internal validation, not external validation or clinical utility assessment.</w:t>
      </w:r>
    </w:p>
    <w:p w14:paraId="0DF2C6DD" w14:textId="14E7F82D" w:rsidR="00C7272B" w:rsidRDefault="00000000" w:rsidP="008A7600">
      <w:pPr>
        <w:pStyle w:val="af7"/>
      </w:pPr>
      <w:r>
        <w:rPr>
          <w:b/>
        </w:rPr>
        <w:t>Table S10. Sensitivity of the selection-weighted pooled estimate to propensity floors and weight trimming.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7272B" w14:paraId="3CF96753" w14:textId="77777777">
        <w:tc>
          <w:tcPr>
            <w:tcW w:w="2160" w:type="dxa"/>
            <w:tcBorders>
              <w:bottom w:val="single" w:sz="8" w:space="0" w:color="000000"/>
            </w:tcBorders>
          </w:tcPr>
          <w:p w14:paraId="35C3D4F7" w14:textId="77777777" w:rsidR="00C7272B" w:rsidRDefault="00000000">
            <w:r>
              <w:rPr>
                <w:b/>
                <w:sz w:val="16"/>
              </w:rPr>
              <w:lastRenderedPageBreak/>
              <w:t>Rule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34CDE8EA" w14:textId="77777777" w:rsidR="00C7272B" w:rsidRDefault="00000000">
            <w:r>
              <w:rPr>
                <w:b/>
                <w:sz w:val="16"/>
              </w:rPr>
              <w:t>Pooled OR (95% CI)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5A6D2309" w14:textId="77777777" w:rsidR="00C7272B" w:rsidRDefault="00000000">
            <w:r>
              <w:rPr>
                <w:b/>
                <w:sz w:val="16"/>
              </w:rPr>
              <w:t>I²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27E5FBCB" w14:textId="77777777" w:rsidR="00C7272B" w:rsidRDefault="00000000">
            <w:r>
              <w:rPr>
                <w:b/>
                <w:sz w:val="16"/>
              </w:rPr>
              <w:t>95% prediction interval</w:t>
            </w:r>
          </w:p>
        </w:tc>
      </w:tr>
      <w:tr w:rsidR="00C7272B" w14:paraId="472AC96F" w14:textId="77777777">
        <w:tc>
          <w:tcPr>
            <w:tcW w:w="2160" w:type="dxa"/>
          </w:tcPr>
          <w:p w14:paraId="46FDA70E" w14:textId="77777777" w:rsidR="00C7272B" w:rsidRDefault="00000000">
            <w:r>
              <w:rPr>
                <w:sz w:val="16"/>
              </w:rPr>
              <w:t>p05_q01q99</w:t>
            </w:r>
          </w:p>
        </w:tc>
        <w:tc>
          <w:tcPr>
            <w:tcW w:w="2160" w:type="dxa"/>
          </w:tcPr>
          <w:p w14:paraId="0BFE9E01" w14:textId="77777777" w:rsidR="00C7272B" w:rsidRDefault="00000000">
            <w:r>
              <w:rPr>
                <w:sz w:val="16"/>
              </w:rPr>
              <w:t>5.05 (3.03–8.42)</w:t>
            </w:r>
          </w:p>
        </w:tc>
        <w:tc>
          <w:tcPr>
            <w:tcW w:w="2160" w:type="dxa"/>
          </w:tcPr>
          <w:p w14:paraId="42003EA4" w14:textId="77777777" w:rsidR="00C7272B" w:rsidRDefault="00000000">
            <w:r>
              <w:rPr>
                <w:sz w:val="16"/>
              </w:rPr>
              <w:t>87%</w:t>
            </w:r>
          </w:p>
        </w:tc>
        <w:tc>
          <w:tcPr>
            <w:tcW w:w="2160" w:type="dxa"/>
          </w:tcPr>
          <w:p w14:paraId="1E6FEED9" w14:textId="77777777" w:rsidR="00C7272B" w:rsidRDefault="00000000">
            <w:r>
              <w:rPr>
                <w:sz w:val="16"/>
              </w:rPr>
              <w:t>1.57–16.26</w:t>
            </w:r>
          </w:p>
        </w:tc>
      </w:tr>
      <w:tr w:rsidR="00C7272B" w14:paraId="012DF447" w14:textId="77777777">
        <w:tc>
          <w:tcPr>
            <w:tcW w:w="2160" w:type="dxa"/>
          </w:tcPr>
          <w:p w14:paraId="4F7E6F8E" w14:textId="77777777" w:rsidR="00C7272B" w:rsidRDefault="00000000">
            <w:r>
              <w:rPr>
                <w:sz w:val="16"/>
              </w:rPr>
              <w:t>p01_q01q99</w:t>
            </w:r>
          </w:p>
        </w:tc>
        <w:tc>
          <w:tcPr>
            <w:tcW w:w="2160" w:type="dxa"/>
          </w:tcPr>
          <w:p w14:paraId="408A7852" w14:textId="77777777" w:rsidR="00C7272B" w:rsidRDefault="00000000">
            <w:r>
              <w:rPr>
                <w:sz w:val="16"/>
              </w:rPr>
              <w:t>5.05 (3.03–8.42)</w:t>
            </w:r>
          </w:p>
        </w:tc>
        <w:tc>
          <w:tcPr>
            <w:tcW w:w="2160" w:type="dxa"/>
          </w:tcPr>
          <w:p w14:paraId="1B36C48C" w14:textId="77777777" w:rsidR="00C7272B" w:rsidRDefault="00000000">
            <w:r>
              <w:rPr>
                <w:sz w:val="16"/>
              </w:rPr>
              <w:t>87%</w:t>
            </w:r>
          </w:p>
        </w:tc>
        <w:tc>
          <w:tcPr>
            <w:tcW w:w="2160" w:type="dxa"/>
          </w:tcPr>
          <w:p w14:paraId="1F1EF1C6" w14:textId="77777777" w:rsidR="00C7272B" w:rsidRDefault="00000000">
            <w:r>
              <w:rPr>
                <w:sz w:val="16"/>
              </w:rPr>
              <w:t>1.57–16.26</w:t>
            </w:r>
          </w:p>
        </w:tc>
      </w:tr>
      <w:tr w:rsidR="00C7272B" w14:paraId="5F32EBBB" w14:textId="77777777">
        <w:tc>
          <w:tcPr>
            <w:tcW w:w="2160" w:type="dxa"/>
          </w:tcPr>
          <w:p w14:paraId="5B00F5DF" w14:textId="77777777" w:rsidR="00C7272B" w:rsidRDefault="00000000">
            <w:r>
              <w:rPr>
                <w:sz w:val="16"/>
              </w:rPr>
              <w:t>p05_q05q95</w:t>
            </w:r>
          </w:p>
        </w:tc>
        <w:tc>
          <w:tcPr>
            <w:tcW w:w="2160" w:type="dxa"/>
          </w:tcPr>
          <w:p w14:paraId="4EE5610D" w14:textId="77777777" w:rsidR="00C7272B" w:rsidRDefault="00000000">
            <w:r>
              <w:rPr>
                <w:sz w:val="16"/>
              </w:rPr>
              <w:t>5.05 (3.03–8.41)</w:t>
            </w:r>
          </w:p>
        </w:tc>
        <w:tc>
          <w:tcPr>
            <w:tcW w:w="2160" w:type="dxa"/>
          </w:tcPr>
          <w:p w14:paraId="50C90A63" w14:textId="77777777" w:rsidR="00C7272B" w:rsidRDefault="00000000">
            <w:r>
              <w:rPr>
                <w:sz w:val="16"/>
              </w:rPr>
              <w:t>87%</w:t>
            </w:r>
          </w:p>
        </w:tc>
        <w:tc>
          <w:tcPr>
            <w:tcW w:w="2160" w:type="dxa"/>
          </w:tcPr>
          <w:p w14:paraId="4BA04990" w14:textId="77777777" w:rsidR="00C7272B" w:rsidRDefault="00000000">
            <w:r>
              <w:rPr>
                <w:sz w:val="16"/>
              </w:rPr>
              <w:t>1.57–16.26</w:t>
            </w:r>
          </w:p>
        </w:tc>
      </w:tr>
    </w:tbl>
    <w:p w14:paraId="3F8A5DA5" w14:textId="77777777" w:rsidR="00C7272B" w:rsidRDefault="00000000">
      <w:r>
        <w:rPr>
          <w:i/>
          <w:sz w:val="16"/>
        </w:rPr>
        <w:t>p05_q01q99: propensity floor 0.05 with 1st–99th percentile trimming; p01_q01q99: floor 0.01 with 1st–99th trimming; p05_q05q95: floor 0.05 with 5th–95th trimming. These checks address analyst choices under measured selection predictors and do not remove unmeasured selection bias.</w:t>
      </w:r>
    </w:p>
    <w:p w14:paraId="3A374E52" w14:textId="77777777" w:rsidR="00C7272B" w:rsidRDefault="00C7272B"/>
    <w:p w14:paraId="76C46F49" w14:textId="77777777" w:rsidR="00C7272B" w:rsidRDefault="00000000">
      <w:r>
        <w:rPr>
          <w:i/>
          <w:sz w:val="18"/>
        </w:rPr>
        <w:t>Note: Figures 1–3 (burden-profile plots, forest plot, grouped OR bars) are presented in the main manuscript. All construction scripts and aggregate tables/figures are provided in the submission package; locally generated class assignments remain subject to cohort data-use agreements. The random-effects meta-analysis output, SPSS syntax (code/spss/) and step-by-step reproduction manual (code/reproduction_manual.md) are also provided.</w:t>
      </w:r>
    </w:p>
    <w:sectPr w:rsidR="00C7272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017552">
    <w:abstractNumId w:val="8"/>
  </w:num>
  <w:num w:numId="2" w16cid:durableId="1747680629">
    <w:abstractNumId w:val="6"/>
  </w:num>
  <w:num w:numId="3" w16cid:durableId="434130869">
    <w:abstractNumId w:val="5"/>
  </w:num>
  <w:num w:numId="4" w16cid:durableId="873689761">
    <w:abstractNumId w:val="4"/>
  </w:num>
  <w:num w:numId="5" w16cid:durableId="1124885004">
    <w:abstractNumId w:val="7"/>
  </w:num>
  <w:num w:numId="6" w16cid:durableId="1549337885">
    <w:abstractNumId w:val="3"/>
  </w:num>
  <w:num w:numId="7" w16cid:durableId="1771001172">
    <w:abstractNumId w:val="2"/>
  </w:num>
  <w:num w:numId="8" w16cid:durableId="473259655">
    <w:abstractNumId w:val="1"/>
  </w:num>
  <w:num w:numId="9" w16cid:durableId="144199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E3A"/>
    <w:rsid w:val="0015074B"/>
    <w:rsid w:val="0029639D"/>
    <w:rsid w:val="00326F90"/>
    <w:rsid w:val="00406BD3"/>
    <w:rsid w:val="00762CAA"/>
    <w:rsid w:val="008A7600"/>
    <w:rsid w:val="00AA1D8D"/>
    <w:rsid w:val="00B47730"/>
    <w:rsid w:val="00C7272B"/>
    <w:rsid w:val="00CB0664"/>
    <w:rsid w:val="00CE0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A39F39"/>
  <w14:defaultImageDpi w14:val="300"/>
  <w15:docId w15:val="{4DC2C8D3-DBB9-4E0B-8EC8-8636E01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hanlong li</cp:lastModifiedBy>
  <cp:revision>3</cp:revision>
  <dcterms:created xsi:type="dcterms:W3CDTF">2013-12-23T23:15:00Z</dcterms:created>
  <dcterms:modified xsi:type="dcterms:W3CDTF">2026-07-29T03:02:00Z</dcterms:modified>
  <cp:category/>
</cp:coreProperties>
</file>