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443EC0" w14:textId="77777777" w:rsidR="003976D8" w:rsidRPr="00B760A9" w:rsidRDefault="003976D8" w:rsidP="00B760A9">
      <w:pPr>
        <w:spacing w:after="0" w:line="240" w:lineRule="auto"/>
        <w:rPr>
          <w:rFonts w:ascii="Arial" w:hAnsi="Arial" w:cs="Arial"/>
        </w:rPr>
      </w:pPr>
    </w:p>
    <w:p w14:paraId="792852B1" w14:textId="77777777" w:rsidR="003976D8" w:rsidRPr="00B760A9" w:rsidRDefault="00000000" w:rsidP="00B760A9">
      <w:pPr>
        <w:spacing w:after="0" w:line="240" w:lineRule="auto"/>
        <w:rPr>
          <w:rFonts w:ascii="Arial" w:hAnsi="Arial" w:cs="Arial"/>
        </w:rPr>
      </w:pPr>
      <w:r w:rsidRPr="00B760A9">
        <w:rPr>
          <w:rFonts w:ascii="Arial" w:hAnsi="Arial" w:cs="Arial"/>
        </w:rPr>
        <w:t>PECORINO Study</w:t>
      </w:r>
    </w:p>
    <w:p w14:paraId="1AF955C0" w14:textId="77777777" w:rsidR="003976D8" w:rsidRPr="00B760A9" w:rsidRDefault="00000000" w:rsidP="00B760A9">
      <w:pPr>
        <w:spacing w:after="0" w:line="240" w:lineRule="auto"/>
        <w:rPr>
          <w:rFonts w:ascii="Arial" w:hAnsi="Arial" w:cs="Arial"/>
        </w:rPr>
      </w:pPr>
      <w:r w:rsidRPr="00B760A9">
        <w:rPr>
          <w:rFonts w:ascii="Arial" w:hAnsi="Arial" w:cs="Arial"/>
        </w:rPr>
        <w:t>Patient Questionnaire</w:t>
      </w:r>
    </w:p>
    <w:p w14:paraId="6A5B6D8E" w14:textId="77777777" w:rsidR="003976D8" w:rsidRPr="00B760A9" w:rsidRDefault="003976D8" w:rsidP="00B760A9">
      <w:pPr>
        <w:spacing w:after="0" w:line="240" w:lineRule="auto"/>
        <w:rPr>
          <w:rFonts w:ascii="Arial" w:hAnsi="Arial" w:cs="Arial"/>
        </w:rPr>
      </w:pPr>
    </w:p>
    <w:p w14:paraId="5086D360" w14:textId="77777777" w:rsidR="003976D8" w:rsidRPr="00B760A9" w:rsidRDefault="00000000" w:rsidP="00B760A9">
      <w:pPr>
        <w:spacing w:after="0" w:line="240" w:lineRule="auto"/>
        <w:rPr>
          <w:rFonts w:ascii="Arial" w:hAnsi="Arial" w:cs="Arial"/>
        </w:rPr>
      </w:pPr>
      <w:r w:rsidRPr="00B760A9">
        <w:rPr>
          <w:rFonts w:ascii="Arial" w:hAnsi="Arial" w:cs="Arial"/>
        </w:rPr>
        <w:t>Personal Identity Code: ________________________________</w:t>
      </w:r>
    </w:p>
    <w:p w14:paraId="5F67EE34" w14:textId="77777777" w:rsidR="003976D8" w:rsidRPr="00B760A9" w:rsidRDefault="00000000" w:rsidP="00B760A9">
      <w:pPr>
        <w:spacing w:after="0" w:line="240" w:lineRule="auto"/>
        <w:rPr>
          <w:rFonts w:ascii="Arial" w:hAnsi="Arial" w:cs="Arial"/>
        </w:rPr>
      </w:pPr>
      <w:r w:rsidRPr="00B760A9">
        <w:rPr>
          <w:rFonts w:ascii="Arial" w:hAnsi="Arial" w:cs="Arial"/>
        </w:rPr>
        <w:t>Date: ________________________________</w:t>
      </w:r>
    </w:p>
    <w:p w14:paraId="312A230C" w14:textId="77777777" w:rsidR="003976D8" w:rsidRPr="00B760A9" w:rsidRDefault="003976D8" w:rsidP="00B760A9">
      <w:pPr>
        <w:spacing w:after="0" w:line="240" w:lineRule="auto"/>
        <w:rPr>
          <w:rFonts w:ascii="Arial" w:hAnsi="Arial" w:cs="Arial"/>
        </w:rPr>
      </w:pPr>
    </w:p>
    <w:p w14:paraId="388F5B40" w14:textId="77777777" w:rsidR="003976D8" w:rsidRPr="00B760A9" w:rsidRDefault="00000000" w:rsidP="00B760A9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 w:rsidRPr="00B760A9">
        <w:rPr>
          <w:rFonts w:ascii="Arial" w:hAnsi="Arial" w:cs="Arial"/>
          <w:b/>
          <w:bCs/>
          <w:sz w:val="24"/>
          <w:szCs w:val="24"/>
        </w:rPr>
        <w:t>PART 1. To be completed before the appointment</w:t>
      </w:r>
    </w:p>
    <w:p w14:paraId="6EAC828F" w14:textId="77777777" w:rsidR="003976D8" w:rsidRPr="00B760A9" w:rsidRDefault="003976D8" w:rsidP="00B760A9">
      <w:pPr>
        <w:spacing w:after="0" w:line="240" w:lineRule="auto"/>
        <w:rPr>
          <w:rFonts w:ascii="Arial" w:hAnsi="Arial" w:cs="Arial"/>
        </w:rPr>
      </w:pPr>
    </w:p>
    <w:p w14:paraId="6B199FC2" w14:textId="77777777" w:rsidR="003976D8" w:rsidRPr="00B760A9" w:rsidRDefault="00000000" w:rsidP="00B760A9">
      <w:pPr>
        <w:spacing w:after="0" w:line="240" w:lineRule="auto"/>
        <w:rPr>
          <w:rFonts w:ascii="Arial" w:hAnsi="Arial" w:cs="Arial"/>
        </w:rPr>
      </w:pPr>
      <w:r w:rsidRPr="00B760A9">
        <w:rPr>
          <w:rFonts w:ascii="Arial" w:hAnsi="Arial" w:cs="Arial"/>
        </w:rPr>
        <w:t>Do you currently have any of the following chronic diseases that require you to use healthcare services regularly?</w:t>
      </w:r>
    </w:p>
    <w:p w14:paraId="5112C066" w14:textId="77777777" w:rsidR="003976D8" w:rsidRPr="00B760A9" w:rsidRDefault="00000000" w:rsidP="00B760A9">
      <w:pPr>
        <w:spacing w:after="0" w:line="240" w:lineRule="auto"/>
        <w:rPr>
          <w:rFonts w:ascii="Arial" w:hAnsi="Arial" w:cs="Arial"/>
        </w:rPr>
      </w:pPr>
      <w:r w:rsidRPr="00B760A9">
        <w:rPr>
          <w:rFonts w:ascii="Arial" w:hAnsi="Arial" w:cs="Arial"/>
        </w:rPr>
        <w:t>(You may choose one or more.)</w:t>
      </w:r>
    </w:p>
    <w:p w14:paraId="62172F69" w14:textId="77777777" w:rsidR="003976D8" w:rsidRPr="00B760A9" w:rsidRDefault="00000000" w:rsidP="00B760A9">
      <w:pPr>
        <w:spacing w:after="0" w:line="240" w:lineRule="auto"/>
        <w:rPr>
          <w:rFonts w:ascii="Arial" w:hAnsi="Arial" w:cs="Arial"/>
        </w:rPr>
      </w:pPr>
      <w:r w:rsidRPr="00B760A9">
        <w:rPr>
          <w:rFonts w:ascii="Arial" w:hAnsi="Arial" w:cs="Arial"/>
        </w:rPr>
        <w:t>• Cardiovascular disease</w:t>
      </w:r>
    </w:p>
    <w:p w14:paraId="2E82C84E" w14:textId="77777777" w:rsidR="003976D8" w:rsidRPr="00B760A9" w:rsidRDefault="00000000" w:rsidP="00B760A9">
      <w:pPr>
        <w:spacing w:after="0" w:line="240" w:lineRule="auto"/>
        <w:rPr>
          <w:rFonts w:ascii="Arial" w:hAnsi="Arial" w:cs="Arial"/>
        </w:rPr>
      </w:pPr>
      <w:r w:rsidRPr="00B760A9">
        <w:rPr>
          <w:rFonts w:ascii="Arial" w:hAnsi="Arial" w:cs="Arial"/>
        </w:rPr>
        <w:t>• Diabetes (type 1)</w:t>
      </w:r>
    </w:p>
    <w:p w14:paraId="6A4B2729" w14:textId="77777777" w:rsidR="003976D8" w:rsidRPr="00B760A9" w:rsidRDefault="00000000" w:rsidP="00B760A9">
      <w:pPr>
        <w:spacing w:after="0" w:line="240" w:lineRule="auto"/>
        <w:rPr>
          <w:rFonts w:ascii="Arial" w:hAnsi="Arial" w:cs="Arial"/>
        </w:rPr>
      </w:pPr>
      <w:r w:rsidRPr="00B760A9">
        <w:rPr>
          <w:rFonts w:ascii="Arial" w:hAnsi="Arial" w:cs="Arial"/>
        </w:rPr>
        <w:t>• Diabetes (type 2)</w:t>
      </w:r>
    </w:p>
    <w:p w14:paraId="602A2D07" w14:textId="77777777" w:rsidR="003976D8" w:rsidRPr="00B760A9" w:rsidRDefault="00000000" w:rsidP="00B760A9">
      <w:pPr>
        <w:spacing w:after="0" w:line="240" w:lineRule="auto"/>
        <w:rPr>
          <w:rFonts w:ascii="Arial" w:hAnsi="Arial" w:cs="Arial"/>
        </w:rPr>
      </w:pPr>
      <w:r w:rsidRPr="00B760A9">
        <w:rPr>
          <w:rFonts w:ascii="Arial" w:hAnsi="Arial" w:cs="Arial"/>
        </w:rPr>
        <w:t>• Asthma or allergy</w:t>
      </w:r>
    </w:p>
    <w:p w14:paraId="4D0E5D47" w14:textId="77777777" w:rsidR="003976D8" w:rsidRPr="00B760A9" w:rsidRDefault="00000000" w:rsidP="00B760A9">
      <w:pPr>
        <w:spacing w:after="0" w:line="240" w:lineRule="auto"/>
        <w:rPr>
          <w:rFonts w:ascii="Arial" w:hAnsi="Arial" w:cs="Arial"/>
        </w:rPr>
      </w:pPr>
      <w:r w:rsidRPr="00B760A9">
        <w:rPr>
          <w:rFonts w:ascii="Arial" w:hAnsi="Arial" w:cs="Arial"/>
        </w:rPr>
        <w:t>• Other chronic lung disease</w:t>
      </w:r>
    </w:p>
    <w:p w14:paraId="3B1D50AC" w14:textId="77777777" w:rsidR="003976D8" w:rsidRPr="00B760A9" w:rsidRDefault="00000000" w:rsidP="00B760A9">
      <w:pPr>
        <w:spacing w:after="0" w:line="240" w:lineRule="auto"/>
        <w:rPr>
          <w:rFonts w:ascii="Arial" w:hAnsi="Arial" w:cs="Arial"/>
        </w:rPr>
      </w:pPr>
      <w:r w:rsidRPr="00B760A9">
        <w:rPr>
          <w:rFonts w:ascii="Arial" w:hAnsi="Arial" w:cs="Arial"/>
        </w:rPr>
        <w:t>• Chronic cancer disease</w:t>
      </w:r>
    </w:p>
    <w:p w14:paraId="6EACB531" w14:textId="77777777" w:rsidR="003976D8" w:rsidRPr="00B760A9" w:rsidRDefault="00000000" w:rsidP="00B760A9">
      <w:pPr>
        <w:spacing w:after="0" w:line="240" w:lineRule="auto"/>
        <w:rPr>
          <w:rFonts w:ascii="Arial" w:hAnsi="Arial" w:cs="Arial"/>
        </w:rPr>
      </w:pPr>
      <w:r w:rsidRPr="00B760A9">
        <w:rPr>
          <w:rFonts w:ascii="Arial" w:hAnsi="Arial" w:cs="Arial"/>
        </w:rPr>
        <w:t>• Memory disorder</w:t>
      </w:r>
    </w:p>
    <w:p w14:paraId="72B0096A" w14:textId="77777777" w:rsidR="003976D8" w:rsidRPr="00B760A9" w:rsidRDefault="00000000" w:rsidP="00B760A9">
      <w:pPr>
        <w:spacing w:after="0" w:line="240" w:lineRule="auto"/>
        <w:rPr>
          <w:rFonts w:ascii="Arial" w:hAnsi="Arial" w:cs="Arial"/>
        </w:rPr>
      </w:pPr>
      <w:r w:rsidRPr="00B760A9">
        <w:rPr>
          <w:rFonts w:ascii="Arial" w:hAnsi="Arial" w:cs="Arial"/>
        </w:rPr>
        <w:t>• Musculoskeletal disorder</w:t>
      </w:r>
    </w:p>
    <w:p w14:paraId="66662802" w14:textId="77777777" w:rsidR="003976D8" w:rsidRPr="00B760A9" w:rsidRDefault="00000000" w:rsidP="00B760A9">
      <w:pPr>
        <w:spacing w:after="0" w:line="240" w:lineRule="auto"/>
        <w:rPr>
          <w:rFonts w:ascii="Arial" w:hAnsi="Arial" w:cs="Arial"/>
        </w:rPr>
      </w:pPr>
      <w:r w:rsidRPr="00B760A9">
        <w:rPr>
          <w:rFonts w:ascii="Arial" w:hAnsi="Arial" w:cs="Arial"/>
        </w:rPr>
        <w:t>• Mental health problem</w:t>
      </w:r>
    </w:p>
    <w:p w14:paraId="7819C258" w14:textId="77777777" w:rsidR="003976D8" w:rsidRPr="00B760A9" w:rsidRDefault="00000000" w:rsidP="00B760A9">
      <w:pPr>
        <w:spacing w:after="0" w:line="240" w:lineRule="auto"/>
        <w:rPr>
          <w:rFonts w:ascii="Arial" w:hAnsi="Arial" w:cs="Arial"/>
        </w:rPr>
      </w:pPr>
      <w:r w:rsidRPr="00B760A9">
        <w:rPr>
          <w:rFonts w:ascii="Arial" w:hAnsi="Arial" w:cs="Arial"/>
        </w:rPr>
        <w:t>• Other chronic disease</w:t>
      </w:r>
    </w:p>
    <w:p w14:paraId="0F41A035" w14:textId="77777777" w:rsidR="003976D8" w:rsidRPr="00B760A9" w:rsidRDefault="00000000" w:rsidP="00B760A9">
      <w:pPr>
        <w:spacing w:after="0" w:line="240" w:lineRule="auto"/>
        <w:rPr>
          <w:rFonts w:ascii="Arial" w:hAnsi="Arial" w:cs="Arial"/>
        </w:rPr>
      </w:pPr>
      <w:r w:rsidRPr="00B760A9">
        <w:rPr>
          <w:rFonts w:ascii="Arial" w:hAnsi="Arial" w:cs="Arial"/>
        </w:rPr>
        <w:t>• None of the above</w:t>
      </w:r>
    </w:p>
    <w:p w14:paraId="63ABDD01" w14:textId="77777777" w:rsidR="003976D8" w:rsidRPr="00B760A9" w:rsidRDefault="003976D8" w:rsidP="00B760A9">
      <w:pPr>
        <w:spacing w:after="0" w:line="240" w:lineRule="auto"/>
        <w:rPr>
          <w:rFonts w:ascii="Arial" w:hAnsi="Arial" w:cs="Arial"/>
        </w:rPr>
      </w:pPr>
    </w:p>
    <w:p w14:paraId="534A61B4" w14:textId="77777777" w:rsidR="003976D8" w:rsidRPr="00B760A9" w:rsidRDefault="00000000" w:rsidP="00B760A9">
      <w:pPr>
        <w:spacing w:after="0" w:line="240" w:lineRule="auto"/>
        <w:rPr>
          <w:rFonts w:ascii="Arial" w:hAnsi="Arial" w:cs="Arial"/>
        </w:rPr>
      </w:pPr>
      <w:r w:rsidRPr="00B760A9">
        <w:rPr>
          <w:rFonts w:ascii="Arial" w:hAnsi="Arial" w:cs="Arial"/>
        </w:rPr>
        <w:t>What would you like to happen during the appointment?</w:t>
      </w:r>
    </w:p>
    <w:p w14:paraId="67931745" w14:textId="77777777" w:rsidR="003976D8" w:rsidRPr="00B760A9" w:rsidRDefault="00000000" w:rsidP="00B760A9">
      <w:pPr>
        <w:spacing w:after="0" w:line="240" w:lineRule="auto"/>
        <w:rPr>
          <w:rFonts w:ascii="Arial" w:hAnsi="Arial" w:cs="Arial"/>
        </w:rPr>
      </w:pPr>
      <w:r w:rsidRPr="00B760A9">
        <w:rPr>
          <w:rFonts w:ascii="Arial" w:hAnsi="Arial" w:cs="Arial"/>
        </w:rPr>
        <w:t>(You may choose one or more.)</w:t>
      </w:r>
    </w:p>
    <w:p w14:paraId="10F0ACF4" w14:textId="77777777" w:rsidR="003976D8" w:rsidRPr="00B760A9" w:rsidRDefault="003976D8" w:rsidP="00B760A9">
      <w:pPr>
        <w:spacing w:after="0" w:line="240" w:lineRule="auto"/>
        <w:rPr>
          <w:rFonts w:ascii="Arial" w:hAnsi="Arial" w:cs="Arial"/>
        </w:rPr>
      </w:pPr>
    </w:p>
    <w:p w14:paraId="7C27BBEB" w14:textId="77777777" w:rsidR="003976D8" w:rsidRPr="00B760A9" w:rsidRDefault="00000000" w:rsidP="00B760A9">
      <w:pPr>
        <w:spacing w:after="0" w:line="240" w:lineRule="auto"/>
        <w:rPr>
          <w:rFonts w:ascii="Arial" w:hAnsi="Arial" w:cs="Arial"/>
        </w:rPr>
      </w:pPr>
      <w:r w:rsidRPr="00B760A9">
        <w:rPr>
          <w:rFonts w:ascii="Arial" w:hAnsi="Arial" w:cs="Arial"/>
        </w:rPr>
        <w:t>• I want the doctor to prescribe new medication.</w:t>
      </w:r>
    </w:p>
    <w:p w14:paraId="1B6117D1" w14:textId="77777777" w:rsidR="003976D8" w:rsidRPr="00B760A9" w:rsidRDefault="00000000" w:rsidP="00B760A9">
      <w:pPr>
        <w:spacing w:after="0" w:line="240" w:lineRule="auto"/>
        <w:rPr>
          <w:rFonts w:ascii="Arial" w:hAnsi="Arial" w:cs="Arial"/>
        </w:rPr>
      </w:pPr>
      <w:r w:rsidRPr="00B760A9">
        <w:rPr>
          <w:rFonts w:ascii="Arial" w:hAnsi="Arial" w:cs="Arial"/>
        </w:rPr>
        <w:t>• I want to discuss my health problem / medication / treatment options with the doctor.</w:t>
      </w:r>
    </w:p>
    <w:p w14:paraId="76DB60B3" w14:textId="77777777" w:rsidR="003976D8" w:rsidRPr="00B760A9" w:rsidRDefault="00000000" w:rsidP="00B760A9">
      <w:pPr>
        <w:spacing w:after="0" w:line="240" w:lineRule="auto"/>
        <w:rPr>
          <w:rFonts w:ascii="Arial" w:hAnsi="Arial" w:cs="Arial"/>
        </w:rPr>
      </w:pPr>
      <w:r w:rsidRPr="00B760A9">
        <w:rPr>
          <w:rFonts w:ascii="Arial" w:hAnsi="Arial" w:cs="Arial"/>
        </w:rPr>
        <w:t>• I want to gain a better understanding of my health problem / test results.</w:t>
      </w:r>
    </w:p>
    <w:p w14:paraId="5919A092" w14:textId="77777777" w:rsidR="003976D8" w:rsidRPr="00B760A9" w:rsidRDefault="00000000" w:rsidP="00B760A9">
      <w:pPr>
        <w:spacing w:after="0" w:line="240" w:lineRule="auto"/>
        <w:rPr>
          <w:rFonts w:ascii="Arial" w:hAnsi="Arial" w:cs="Arial"/>
        </w:rPr>
      </w:pPr>
      <w:r w:rsidRPr="00B760A9">
        <w:rPr>
          <w:rFonts w:ascii="Arial" w:hAnsi="Arial" w:cs="Arial"/>
        </w:rPr>
        <w:t>• I want the doctor to find out what is wrong with me.</w:t>
      </w:r>
    </w:p>
    <w:p w14:paraId="4731F075" w14:textId="77777777" w:rsidR="003976D8" w:rsidRPr="00B760A9" w:rsidRDefault="00000000" w:rsidP="00B760A9">
      <w:pPr>
        <w:spacing w:after="0" w:line="240" w:lineRule="auto"/>
        <w:rPr>
          <w:rFonts w:ascii="Arial" w:hAnsi="Arial" w:cs="Arial"/>
        </w:rPr>
      </w:pPr>
      <w:r w:rsidRPr="00B760A9">
        <w:rPr>
          <w:rFonts w:ascii="Arial" w:hAnsi="Arial" w:cs="Arial"/>
        </w:rPr>
        <w:t>• I want the doctor to examine me physically.</w:t>
      </w:r>
    </w:p>
    <w:p w14:paraId="61E2962A" w14:textId="77777777" w:rsidR="003976D8" w:rsidRPr="00B760A9" w:rsidRDefault="00000000" w:rsidP="00B760A9">
      <w:pPr>
        <w:spacing w:after="0" w:line="240" w:lineRule="auto"/>
        <w:rPr>
          <w:rFonts w:ascii="Arial" w:hAnsi="Arial" w:cs="Arial"/>
        </w:rPr>
      </w:pPr>
      <w:r w:rsidRPr="00B760A9">
        <w:rPr>
          <w:rFonts w:ascii="Arial" w:hAnsi="Arial" w:cs="Arial"/>
        </w:rPr>
        <w:t>• I want a referral for tests (laboratory, X-ray, ECG).</w:t>
      </w:r>
    </w:p>
    <w:p w14:paraId="4CA7A50B" w14:textId="77777777" w:rsidR="003976D8" w:rsidRPr="00B760A9" w:rsidRDefault="00000000" w:rsidP="00B760A9">
      <w:pPr>
        <w:spacing w:after="0" w:line="240" w:lineRule="auto"/>
        <w:rPr>
          <w:rFonts w:ascii="Arial" w:hAnsi="Arial" w:cs="Arial"/>
        </w:rPr>
      </w:pPr>
      <w:r w:rsidRPr="00B760A9">
        <w:rPr>
          <w:rFonts w:ascii="Arial" w:hAnsi="Arial" w:cs="Arial"/>
        </w:rPr>
        <w:t>• I want to receive a medical certificate.</w:t>
      </w:r>
    </w:p>
    <w:p w14:paraId="56738464" w14:textId="77777777" w:rsidR="003976D8" w:rsidRPr="00B760A9" w:rsidRDefault="00000000" w:rsidP="00B760A9">
      <w:pPr>
        <w:spacing w:after="0" w:line="240" w:lineRule="auto"/>
        <w:rPr>
          <w:rFonts w:ascii="Arial" w:hAnsi="Arial" w:cs="Arial"/>
        </w:rPr>
      </w:pPr>
      <w:r w:rsidRPr="00B760A9">
        <w:rPr>
          <w:rFonts w:ascii="Arial" w:hAnsi="Arial" w:cs="Arial"/>
        </w:rPr>
        <w:t>• I want a referral to a specialist.</w:t>
      </w:r>
    </w:p>
    <w:p w14:paraId="28AAD1A9" w14:textId="77777777" w:rsidR="003976D8" w:rsidRPr="00B760A9" w:rsidRDefault="00000000" w:rsidP="00B760A9">
      <w:pPr>
        <w:spacing w:after="0" w:line="240" w:lineRule="auto"/>
        <w:rPr>
          <w:rFonts w:ascii="Arial" w:hAnsi="Arial" w:cs="Arial"/>
        </w:rPr>
      </w:pPr>
      <w:r w:rsidRPr="00B760A9">
        <w:rPr>
          <w:rFonts w:ascii="Arial" w:hAnsi="Arial" w:cs="Arial"/>
        </w:rPr>
        <w:t>• I want a referral to another professional (e.g., psychologist or physiotherapist).</w:t>
      </w:r>
    </w:p>
    <w:p w14:paraId="3C3A185C" w14:textId="77777777" w:rsidR="003976D8" w:rsidRPr="00B760A9" w:rsidRDefault="003976D8" w:rsidP="00B760A9">
      <w:pPr>
        <w:spacing w:after="0" w:line="240" w:lineRule="auto"/>
        <w:rPr>
          <w:rFonts w:ascii="Arial" w:hAnsi="Arial" w:cs="Arial"/>
        </w:rPr>
      </w:pPr>
    </w:p>
    <w:p w14:paraId="1BC564B4" w14:textId="77777777" w:rsidR="003976D8" w:rsidRPr="00B760A9" w:rsidRDefault="00000000" w:rsidP="00B760A9">
      <w:pPr>
        <w:spacing w:after="0" w:line="240" w:lineRule="auto"/>
        <w:rPr>
          <w:rFonts w:ascii="Arial" w:hAnsi="Arial" w:cs="Arial"/>
        </w:rPr>
      </w:pPr>
      <w:r w:rsidRPr="00B760A9">
        <w:rPr>
          <w:rFonts w:ascii="Arial" w:hAnsi="Arial" w:cs="Arial"/>
        </w:rPr>
        <w:t>Would you have been willing to use a remote (telehealth) appointment if it had been offered?</w:t>
      </w:r>
    </w:p>
    <w:p w14:paraId="7EB51AB7" w14:textId="77777777" w:rsidR="003976D8" w:rsidRPr="00B760A9" w:rsidRDefault="00000000" w:rsidP="00B760A9">
      <w:pPr>
        <w:spacing w:after="0" w:line="240" w:lineRule="auto"/>
        <w:rPr>
          <w:rFonts w:ascii="Arial" w:hAnsi="Arial" w:cs="Arial"/>
        </w:rPr>
      </w:pPr>
      <w:r w:rsidRPr="00B760A9">
        <w:rPr>
          <w:rFonts w:ascii="Arial" w:hAnsi="Arial" w:cs="Arial"/>
        </w:rPr>
        <w:t>• Yes</w:t>
      </w:r>
    </w:p>
    <w:p w14:paraId="04CEC9B5" w14:textId="77777777" w:rsidR="003976D8" w:rsidRPr="00B760A9" w:rsidRDefault="00000000" w:rsidP="00B760A9">
      <w:pPr>
        <w:spacing w:after="0" w:line="240" w:lineRule="auto"/>
        <w:rPr>
          <w:rFonts w:ascii="Arial" w:hAnsi="Arial" w:cs="Arial"/>
        </w:rPr>
      </w:pPr>
      <w:r w:rsidRPr="00B760A9">
        <w:rPr>
          <w:rFonts w:ascii="Arial" w:hAnsi="Arial" w:cs="Arial"/>
        </w:rPr>
        <w:t>• No</w:t>
      </w:r>
    </w:p>
    <w:p w14:paraId="0C1CD589" w14:textId="77777777" w:rsidR="003976D8" w:rsidRPr="00B760A9" w:rsidRDefault="003976D8" w:rsidP="00B760A9">
      <w:pPr>
        <w:spacing w:after="0" w:line="240" w:lineRule="auto"/>
        <w:rPr>
          <w:rFonts w:ascii="Arial" w:hAnsi="Arial" w:cs="Arial"/>
        </w:rPr>
      </w:pPr>
    </w:p>
    <w:p w14:paraId="4938A5C3" w14:textId="77777777" w:rsidR="003976D8" w:rsidRPr="00B760A9" w:rsidRDefault="00000000" w:rsidP="00B760A9">
      <w:pPr>
        <w:spacing w:after="0" w:line="240" w:lineRule="auto"/>
        <w:rPr>
          <w:rFonts w:ascii="Arial" w:hAnsi="Arial" w:cs="Arial"/>
        </w:rPr>
      </w:pPr>
      <w:r w:rsidRPr="00B760A9">
        <w:rPr>
          <w:rFonts w:ascii="Arial" w:hAnsi="Arial" w:cs="Arial"/>
        </w:rPr>
        <w:t>If yes, why?</w:t>
      </w:r>
    </w:p>
    <w:p w14:paraId="1D3BFE23" w14:textId="77777777" w:rsidR="003976D8" w:rsidRPr="00B760A9" w:rsidRDefault="00000000" w:rsidP="00B760A9">
      <w:pPr>
        <w:spacing w:after="0" w:line="240" w:lineRule="auto"/>
        <w:rPr>
          <w:rFonts w:ascii="Arial" w:hAnsi="Arial" w:cs="Arial"/>
        </w:rPr>
      </w:pPr>
      <w:r w:rsidRPr="00B760A9">
        <w:rPr>
          <w:rFonts w:ascii="Arial" w:hAnsi="Arial" w:cs="Arial"/>
        </w:rPr>
        <w:t>(You may choose one or more.)</w:t>
      </w:r>
    </w:p>
    <w:p w14:paraId="21914574" w14:textId="77777777" w:rsidR="003976D8" w:rsidRPr="00B760A9" w:rsidRDefault="00000000" w:rsidP="00B760A9">
      <w:pPr>
        <w:spacing w:after="0" w:line="240" w:lineRule="auto"/>
        <w:rPr>
          <w:rFonts w:ascii="Arial" w:hAnsi="Arial" w:cs="Arial"/>
        </w:rPr>
      </w:pPr>
      <w:r w:rsidRPr="00B760A9">
        <w:rPr>
          <w:rFonts w:ascii="Arial" w:hAnsi="Arial" w:cs="Arial"/>
        </w:rPr>
        <w:t>• I would have saved time (no need to travel to the clinic).</w:t>
      </w:r>
    </w:p>
    <w:p w14:paraId="5D224A95" w14:textId="77777777" w:rsidR="003976D8" w:rsidRPr="00B760A9" w:rsidRDefault="00000000" w:rsidP="00B760A9">
      <w:pPr>
        <w:spacing w:after="0" w:line="240" w:lineRule="auto"/>
        <w:rPr>
          <w:rFonts w:ascii="Arial" w:hAnsi="Arial" w:cs="Arial"/>
        </w:rPr>
      </w:pPr>
      <w:r w:rsidRPr="00B760A9">
        <w:rPr>
          <w:rFonts w:ascii="Arial" w:hAnsi="Arial" w:cs="Arial"/>
        </w:rPr>
        <w:t>• My issue would have been suitable to handle remotely.</w:t>
      </w:r>
    </w:p>
    <w:p w14:paraId="07940EFF" w14:textId="77777777" w:rsidR="003976D8" w:rsidRPr="00B760A9" w:rsidRDefault="00000000" w:rsidP="00B760A9">
      <w:pPr>
        <w:spacing w:after="0" w:line="240" w:lineRule="auto"/>
        <w:rPr>
          <w:rFonts w:ascii="Arial" w:hAnsi="Arial" w:cs="Arial"/>
        </w:rPr>
      </w:pPr>
      <w:r w:rsidRPr="00B760A9">
        <w:rPr>
          <w:rFonts w:ascii="Arial" w:hAnsi="Arial" w:cs="Arial"/>
        </w:rPr>
        <w:t>• My issue would have been easier to handle remotely.</w:t>
      </w:r>
    </w:p>
    <w:p w14:paraId="56101072" w14:textId="77777777" w:rsidR="003976D8" w:rsidRPr="00B760A9" w:rsidRDefault="00000000" w:rsidP="00B760A9">
      <w:pPr>
        <w:spacing w:after="0" w:line="240" w:lineRule="auto"/>
        <w:rPr>
          <w:rFonts w:ascii="Arial" w:hAnsi="Arial" w:cs="Arial"/>
        </w:rPr>
      </w:pPr>
      <w:r w:rsidRPr="00B760A9">
        <w:rPr>
          <w:rFonts w:ascii="Arial" w:hAnsi="Arial" w:cs="Arial"/>
        </w:rPr>
        <w:t>• It would have been easier to communicate with the doctor via video or phone than face</w:t>
      </w:r>
      <w:r w:rsidRPr="00B760A9">
        <w:rPr>
          <w:rFonts w:ascii="Cambria Math" w:hAnsi="Cambria Math" w:cs="Cambria Math"/>
        </w:rPr>
        <w:t>‑</w:t>
      </w:r>
      <w:r w:rsidRPr="00B760A9">
        <w:rPr>
          <w:rFonts w:ascii="Arial" w:hAnsi="Arial" w:cs="Arial"/>
        </w:rPr>
        <w:t>to</w:t>
      </w:r>
      <w:r w:rsidRPr="00B760A9">
        <w:rPr>
          <w:rFonts w:ascii="Cambria Math" w:hAnsi="Cambria Math" w:cs="Cambria Math"/>
        </w:rPr>
        <w:t>‑</w:t>
      </w:r>
      <w:r w:rsidRPr="00B760A9">
        <w:rPr>
          <w:rFonts w:ascii="Arial" w:hAnsi="Arial" w:cs="Arial"/>
        </w:rPr>
        <w:t>face.</w:t>
      </w:r>
    </w:p>
    <w:p w14:paraId="4153CE04" w14:textId="77777777" w:rsidR="003976D8" w:rsidRPr="00B760A9" w:rsidRDefault="00000000" w:rsidP="00B760A9">
      <w:pPr>
        <w:spacing w:after="0" w:line="240" w:lineRule="auto"/>
        <w:rPr>
          <w:rFonts w:ascii="Arial" w:hAnsi="Arial" w:cs="Arial"/>
        </w:rPr>
      </w:pPr>
      <w:r w:rsidRPr="00B760A9">
        <w:rPr>
          <w:rFonts w:ascii="Arial" w:hAnsi="Arial" w:cs="Arial"/>
        </w:rPr>
        <w:t>• Other reason: ____________________________</w:t>
      </w:r>
    </w:p>
    <w:p w14:paraId="471338CF" w14:textId="77777777" w:rsidR="003976D8" w:rsidRPr="00B760A9" w:rsidRDefault="003976D8" w:rsidP="00B760A9">
      <w:pPr>
        <w:spacing w:after="0" w:line="240" w:lineRule="auto"/>
        <w:rPr>
          <w:rFonts w:ascii="Arial" w:hAnsi="Arial" w:cs="Arial"/>
        </w:rPr>
      </w:pPr>
    </w:p>
    <w:p w14:paraId="4777305F" w14:textId="77777777" w:rsidR="003976D8" w:rsidRPr="00B760A9" w:rsidRDefault="00000000" w:rsidP="00B760A9">
      <w:pPr>
        <w:spacing w:after="0" w:line="240" w:lineRule="auto"/>
        <w:rPr>
          <w:rFonts w:ascii="Arial" w:hAnsi="Arial" w:cs="Arial"/>
        </w:rPr>
      </w:pPr>
      <w:r w:rsidRPr="00B760A9">
        <w:rPr>
          <w:rFonts w:ascii="Arial" w:hAnsi="Arial" w:cs="Arial"/>
        </w:rPr>
        <w:lastRenderedPageBreak/>
        <w:t>If no, why?</w:t>
      </w:r>
    </w:p>
    <w:p w14:paraId="428777D1" w14:textId="77777777" w:rsidR="003976D8" w:rsidRPr="00B760A9" w:rsidRDefault="00000000" w:rsidP="00B760A9">
      <w:pPr>
        <w:spacing w:after="0" w:line="240" w:lineRule="auto"/>
        <w:rPr>
          <w:rFonts w:ascii="Arial" w:hAnsi="Arial" w:cs="Arial"/>
        </w:rPr>
      </w:pPr>
      <w:r w:rsidRPr="00B760A9">
        <w:rPr>
          <w:rFonts w:ascii="Arial" w:hAnsi="Arial" w:cs="Arial"/>
        </w:rPr>
        <w:t>(You may choose one or more.)</w:t>
      </w:r>
    </w:p>
    <w:p w14:paraId="620C5574" w14:textId="77777777" w:rsidR="003976D8" w:rsidRPr="00B760A9" w:rsidRDefault="00000000" w:rsidP="00B760A9">
      <w:pPr>
        <w:spacing w:after="0" w:line="240" w:lineRule="auto"/>
        <w:rPr>
          <w:rFonts w:ascii="Arial" w:hAnsi="Arial" w:cs="Arial"/>
        </w:rPr>
      </w:pPr>
      <w:r w:rsidRPr="00B760A9">
        <w:rPr>
          <w:rFonts w:ascii="Arial" w:hAnsi="Arial" w:cs="Arial"/>
        </w:rPr>
        <w:t>• My issue is not suitable for a remote appointment.</w:t>
      </w:r>
    </w:p>
    <w:p w14:paraId="0E373CC1" w14:textId="77777777" w:rsidR="003976D8" w:rsidRPr="00B760A9" w:rsidRDefault="00000000" w:rsidP="00B760A9">
      <w:pPr>
        <w:spacing w:after="0" w:line="240" w:lineRule="auto"/>
        <w:rPr>
          <w:rFonts w:ascii="Arial" w:hAnsi="Arial" w:cs="Arial"/>
        </w:rPr>
      </w:pPr>
      <w:r w:rsidRPr="00B760A9">
        <w:rPr>
          <w:rFonts w:ascii="Arial" w:hAnsi="Arial" w:cs="Arial"/>
        </w:rPr>
        <w:t>• My issue would have been significantly more difficult to handle remotely.</w:t>
      </w:r>
    </w:p>
    <w:p w14:paraId="78226405" w14:textId="77777777" w:rsidR="003976D8" w:rsidRPr="00B760A9" w:rsidRDefault="00000000" w:rsidP="00B760A9">
      <w:pPr>
        <w:spacing w:after="0" w:line="240" w:lineRule="auto"/>
        <w:rPr>
          <w:rFonts w:ascii="Arial" w:hAnsi="Arial" w:cs="Arial"/>
        </w:rPr>
      </w:pPr>
      <w:r w:rsidRPr="00B760A9">
        <w:rPr>
          <w:rFonts w:ascii="Arial" w:hAnsi="Arial" w:cs="Arial"/>
        </w:rPr>
        <w:t>• I am uncertain about the technology.</w:t>
      </w:r>
    </w:p>
    <w:p w14:paraId="5A63FE97" w14:textId="77777777" w:rsidR="003976D8" w:rsidRPr="00B760A9" w:rsidRDefault="00000000" w:rsidP="00B760A9">
      <w:pPr>
        <w:spacing w:after="0" w:line="240" w:lineRule="auto"/>
        <w:rPr>
          <w:rFonts w:ascii="Arial" w:hAnsi="Arial" w:cs="Arial"/>
        </w:rPr>
      </w:pPr>
      <w:r w:rsidRPr="00B760A9">
        <w:rPr>
          <w:rFonts w:ascii="Arial" w:hAnsi="Arial" w:cs="Arial"/>
        </w:rPr>
        <w:t>• It would have been harder to communicate via video/phone than face</w:t>
      </w:r>
      <w:r w:rsidRPr="00B760A9">
        <w:rPr>
          <w:rFonts w:ascii="Cambria Math" w:hAnsi="Cambria Math" w:cs="Cambria Math"/>
        </w:rPr>
        <w:t>‑</w:t>
      </w:r>
      <w:r w:rsidRPr="00B760A9">
        <w:rPr>
          <w:rFonts w:ascii="Arial" w:hAnsi="Arial" w:cs="Arial"/>
        </w:rPr>
        <w:t>to</w:t>
      </w:r>
      <w:r w:rsidRPr="00B760A9">
        <w:rPr>
          <w:rFonts w:ascii="Cambria Math" w:hAnsi="Cambria Math" w:cs="Cambria Math"/>
        </w:rPr>
        <w:t>‑</w:t>
      </w:r>
      <w:r w:rsidRPr="00B760A9">
        <w:rPr>
          <w:rFonts w:ascii="Arial" w:hAnsi="Arial" w:cs="Arial"/>
        </w:rPr>
        <w:t>face.</w:t>
      </w:r>
    </w:p>
    <w:p w14:paraId="492ABA8D" w14:textId="77777777" w:rsidR="003976D8" w:rsidRPr="00B760A9" w:rsidRDefault="00000000" w:rsidP="00B760A9">
      <w:pPr>
        <w:spacing w:after="0" w:line="240" w:lineRule="auto"/>
        <w:rPr>
          <w:rFonts w:ascii="Arial" w:hAnsi="Arial" w:cs="Arial"/>
        </w:rPr>
      </w:pPr>
      <w:r w:rsidRPr="00B760A9">
        <w:rPr>
          <w:rFonts w:ascii="Arial" w:hAnsi="Arial" w:cs="Arial"/>
        </w:rPr>
        <w:t>• The patient–doctor relationship would not have felt confidential.</w:t>
      </w:r>
    </w:p>
    <w:p w14:paraId="074388F2" w14:textId="77777777" w:rsidR="003976D8" w:rsidRPr="00B760A9" w:rsidRDefault="00000000" w:rsidP="00B760A9">
      <w:pPr>
        <w:spacing w:after="0" w:line="240" w:lineRule="auto"/>
        <w:rPr>
          <w:rFonts w:ascii="Arial" w:hAnsi="Arial" w:cs="Arial"/>
        </w:rPr>
      </w:pPr>
      <w:r w:rsidRPr="00B760A9">
        <w:rPr>
          <w:rFonts w:ascii="Arial" w:hAnsi="Arial" w:cs="Arial"/>
        </w:rPr>
        <w:t>• Other reason: ____________________________</w:t>
      </w:r>
    </w:p>
    <w:p w14:paraId="44E95799" w14:textId="77777777" w:rsidR="003976D8" w:rsidRPr="00B760A9" w:rsidRDefault="003976D8" w:rsidP="00B760A9">
      <w:pPr>
        <w:spacing w:after="0" w:line="240" w:lineRule="auto"/>
        <w:rPr>
          <w:rFonts w:ascii="Arial" w:hAnsi="Arial" w:cs="Arial"/>
        </w:rPr>
      </w:pPr>
    </w:p>
    <w:p w14:paraId="46D25E73" w14:textId="77777777" w:rsidR="003976D8" w:rsidRPr="00B760A9" w:rsidRDefault="00000000" w:rsidP="00B760A9">
      <w:pPr>
        <w:spacing w:after="0" w:line="240" w:lineRule="auto"/>
        <w:rPr>
          <w:rFonts w:ascii="Arial" w:hAnsi="Arial" w:cs="Arial"/>
        </w:rPr>
      </w:pPr>
      <w:r w:rsidRPr="00B760A9">
        <w:rPr>
          <w:rFonts w:ascii="Arial" w:hAnsi="Arial" w:cs="Arial"/>
        </w:rPr>
        <w:t>If you would have preferred a remote appointment, what type would have suited you?</w:t>
      </w:r>
    </w:p>
    <w:p w14:paraId="0F7E41C4" w14:textId="77777777" w:rsidR="003976D8" w:rsidRPr="00B760A9" w:rsidRDefault="00000000" w:rsidP="00B760A9">
      <w:pPr>
        <w:spacing w:after="0" w:line="240" w:lineRule="auto"/>
        <w:rPr>
          <w:rFonts w:ascii="Arial" w:hAnsi="Arial" w:cs="Arial"/>
        </w:rPr>
      </w:pPr>
      <w:r w:rsidRPr="00B760A9">
        <w:rPr>
          <w:rFonts w:ascii="Arial" w:hAnsi="Arial" w:cs="Arial"/>
        </w:rPr>
        <w:t>• Video appointment</w:t>
      </w:r>
    </w:p>
    <w:p w14:paraId="79ADA376" w14:textId="77777777" w:rsidR="003976D8" w:rsidRPr="00B760A9" w:rsidRDefault="00000000" w:rsidP="00B760A9">
      <w:pPr>
        <w:spacing w:after="0" w:line="240" w:lineRule="auto"/>
        <w:rPr>
          <w:rFonts w:ascii="Arial" w:hAnsi="Arial" w:cs="Arial"/>
        </w:rPr>
      </w:pPr>
      <w:r w:rsidRPr="00B760A9">
        <w:rPr>
          <w:rFonts w:ascii="Arial" w:hAnsi="Arial" w:cs="Arial"/>
        </w:rPr>
        <w:t>• Phone appointment</w:t>
      </w:r>
    </w:p>
    <w:p w14:paraId="1564ECF7" w14:textId="77777777" w:rsidR="003976D8" w:rsidRPr="00B760A9" w:rsidRDefault="00000000" w:rsidP="00B760A9">
      <w:pPr>
        <w:spacing w:after="0" w:line="240" w:lineRule="auto"/>
        <w:rPr>
          <w:rFonts w:ascii="Arial" w:hAnsi="Arial" w:cs="Arial"/>
        </w:rPr>
      </w:pPr>
      <w:r w:rsidRPr="00B760A9">
        <w:rPr>
          <w:rFonts w:ascii="Arial" w:hAnsi="Arial" w:cs="Arial"/>
        </w:rPr>
        <w:t>• Chat</w:t>
      </w:r>
    </w:p>
    <w:p w14:paraId="5BE38663" w14:textId="77777777" w:rsidR="003976D8" w:rsidRPr="00B760A9" w:rsidRDefault="00000000" w:rsidP="00B760A9">
      <w:pPr>
        <w:spacing w:after="0" w:line="240" w:lineRule="auto"/>
        <w:rPr>
          <w:rFonts w:ascii="Arial" w:hAnsi="Arial" w:cs="Arial"/>
        </w:rPr>
      </w:pPr>
      <w:r w:rsidRPr="00B760A9">
        <w:rPr>
          <w:rFonts w:ascii="Arial" w:hAnsi="Arial" w:cs="Arial"/>
        </w:rPr>
        <w:t>• Messaging via a patient portal (e.g., Maisa)</w:t>
      </w:r>
    </w:p>
    <w:p w14:paraId="42A768D2" w14:textId="77777777" w:rsidR="003976D8" w:rsidRPr="00B760A9" w:rsidRDefault="00000000" w:rsidP="00B760A9">
      <w:pPr>
        <w:spacing w:after="0" w:line="240" w:lineRule="auto"/>
        <w:rPr>
          <w:rFonts w:ascii="Arial" w:hAnsi="Arial" w:cs="Arial"/>
        </w:rPr>
      </w:pPr>
      <w:r w:rsidRPr="00B760A9">
        <w:rPr>
          <w:rFonts w:ascii="Arial" w:hAnsi="Arial" w:cs="Arial"/>
        </w:rPr>
        <w:t>• Other: _______________________</w:t>
      </w:r>
    </w:p>
    <w:p w14:paraId="2B6D0680" w14:textId="77777777" w:rsidR="003976D8" w:rsidRPr="00B760A9" w:rsidRDefault="003976D8" w:rsidP="00B760A9">
      <w:pPr>
        <w:spacing w:after="0" w:line="240" w:lineRule="auto"/>
        <w:rPr>
          <w:rFonts w:ascii="Arial" w:hAnsi="Arial" w:cs="Arial"/>
        </w:rPr>
      </w:pPr>
    </w:p>
    <w:p w14:paraId="109F178C" w14:textId="77777777" w:rsidR="003976D8" w:rsidRPr="00B760A9" w:rsidRDefault="00000000" w:rsidP="00B760A9">
      <w:pPr>
        <w:spacing w:after="0" w:line="240" w:lineRule="auto"/>
        <w:rPr>
          <w:rFonts w:ascii="Arial" w:hAnsi="Arial" w:cs="Arial"/>
        </w:rPr>
      </w:pPr>
      <w:r w:rsidRPr="00B760A9">
        <w:rPr>
          <w:rFonts w:ascii="Arial" w:hAnsi="Arial" w:cs="Arial"/>
        </w:rPr>
        <w:t>Have you previously used remote healthcare services?</w:t>
      </w:r>
    </w:p>
    <w:p w14:paraId="42570E6E" w14:textId="77777777" w:rsidR="003976D8" w:rsidRPr="00B760A9" w:rsidRDefault="00000000" w:rsidP="00B760A9">
      <w:pPr>
        <w:spacing w:after="0" w:line="240" w:lineRule="auto"/>
        <w:rPr>
          <w:rFonts w:ascii="Arial" w:hAnsi="Arial" w:cs="Arial"/>
        </w:rPr>
      </w:pPr>
      <w:r w:rsidRPr="00B760A9">
        <w:rPr>
          <w:rFonts w:ascii="Arial" w:hAnsi="Arial" w:cs="Arial"/>
        </w:rPr>
        <w:t>• Yes</w:t>
      </w:r>
    </w:p>
    <w:p w14:paraId="20D1711F" w14:textId="77777777" w:rsidR="003976D8" w:rsidRPr="00B760A9" w:rsidRDefault="00000000" w:rsidP="00B760A9">
      <w:pPr>
        <w:spacing w:after="0" w:line="240" w:lineRule="auto"/>
        <w:rPr>
          <w:rFonts w:ascii="Arial" w:hAnsi="Arial" w:cs="Arial"/>
        </w:rPr>
      </w:pPr>
      <w:r w:rsidRPr="00B760A9">
        <w:rPr>
          <w:rFonts w:ascii="Arial" w:hAnsi="Arial" w:cs="Arial"/>
        </w:rPr>
        <w:t>• No</w:t>
      </w:r>
    </w:p>
    <w:p w14:paraId="1DED7FF7" w14:textId="77777777" w:rsidR="003976D8" w:rsidRPr="00B760A9" w:rsidRDefault="003976D8" w:rsidP="00B760A9">
      <w:pPr>
        <w:spacing w:after="0" w:line="240" w:lineRule="auto"/>
        <w:rPr>
          <w:rFonts w:ascii="Arial" w:hAnsi="Arial" w:cs="Arial"/>
        </w:rPr>
      </w:pPr>
    </w:p>
    <w:p w14:paraId="3B52E812" w14:textId="77777777" w:rsidR="003976D8" w:rsidRPr="00B760A9" w:rsidRDefault="00000000" w:rsidP="00B760A9">
      <w:pPr>
        <w:spacing w:after="0" w:line="240" w:lineRule="auto"/>
        <w:rPr>
          <w:rFonts w:ascii="Arial" w:hAnsi="Arial" w:cs="Arial"/>
        </w:rPr>
      </w:pPr>
      <w:r w:rsidRPr="00B760A9">
        <w:rPr>
          <w:rFonts w:ascii="Arial" w:hAnsi="Arial" w:cs="Arial"/>
        </w:rPr>
        <w:t>If yes, which services?</w:t>
      </w:r>
    </w:p>
    <w:p w14:paraId="769DBCFF" w14:textId="77777777" w:rsidR="003976D8" w:rsidRPr="00B760A9" w:rsidRDefault="00000000" w:rsidP="00B760A9">
      <w:pPr>
        <w:spacing w:after="0" w:line="240" w:lineRule="auto"/>
        <w:rPr>
          <w:rFonts w:ascii="Arial" w:hAnsi="Arial" w:cs="Arial"/>
        </w:rPr>
      </w:pPr>
      <w:r w:rsidRPr="00B760A9">
        <w:rPr>
          <w:rFonts w:ascii="Arial" w:hAnsi="Arial" w:cs="Arial"/>
        </w:rPr>
        <w:t>• Video appointment</w:t>
      </w:r>
    </w:p>
    <w:p w14:paraId="1C688743" w14:textId="77777777" w:rsidR="003976D8" w:rsidRPr="00B760A9" w:rsidRDefault="00000000" w:rsidP="00B760A9">
      <w:pPr>
        <w:spacing w:after="0" w:line="240" w:lineRule="auto"/>
        <w:rPr>
          <w:rFonts w:ascii="Arial" w:hAnsi="Arial" w:cs="Arial"/>
        </w:rPr>
      </w:pPr>
      <w:r w:rsidRPr="00B760A9">
        <w:rPr>
          <w:rFonts w:ascii="Arial" w:hAnsi="Arial" w:cs="Arial"/>
        </w:rPr>
        <w:t>• Phone appointment</w:t>
      </w:r>
    </w:p>
    <w:p w14:paraId="7119DC4B" w14:textId="77777777" w:rsidR="003976D8" w:rsidRPr="00B760A9" w:rsidRDefault="00000000" w:rsidP="00B760A9">
      <w:pPr>
        <w:spacing w:after="0" w:line="240" w:lineRule="auto"/>
        <w:rPr>
          <w:rFonts w:ascii="Arial" w:hAnsi="Arial" w:cs="Arial"/>
        </w:rPr>
      </w:pPr>
      <w:r w:rsidRPr="00B760A9">
        <w:rPr>
          <w:rFonts w:ascii="Arial" w:hAnsi="Arial" w:cs="Arial"/>
        </w:rPr>
        <w:t>• Chat</w:t>
      </w:r>
    </w:p>
    <w:p w14:paraId="082529FA" w14:textId="77777777" w:rsidR="003976D8" w:rsidRPr="00B760A9" w:rsidRDefault="00000000" w:rsidP="00B760A9">
      <w:pPr>
        <w:spacing w:after="0" w:line="240" w:lineRule="auto"/>
        <w:rPr>
          <w:rFonts w:ascii="Arial" w:hAnsi="Arial" w:cs="Arial"/>
        </w:rPr>
      </w:pPr>
      <w:r w:rsidRPr="00B760A9">
        <w:rPr>
          <w:rFonts w:ascii="Arial" w:hAnsi="Arial" w:cs="Arial"/>
        </w:rPr>
        <w:t>• Messaging via a patient portal</w:t>
      </w:r>
    </w:p>
    <w:p w14:paraId="14C811B2" w14:textId="77777777" w:rsidR="003976D8" w:rsidRPr="00B760A9" w:rsidRDefault="00000000" w:rsidP="00B760A9">
      <w:pPr>
        <w:spacing w:after="0" w:line="240" w:lineRule="auto"/>
        <w:rPr>
          <w:rFonts w:ascii="Arial" w:hAnsi="Arial" w:cs="Arial"/>
        </w:rPr>
      </w:pPr>
      <w:r w:rsidRPr="00B760A9">
        <w:rPr>
          <w:rFonts w:ascii="Arial" w:hAnsi="Arial" w:cs="Arial"/>
        </w:rPr>
        <w:t>• Other: _______________________</w:t>
      </w:r>
    </w:p>
    <w:p w14:paraId="5A5BA424" w14:textId="77777777" w:rsidR="003976D8" w:rsidRPr="00B760A9" w:rsidRDefault="003976D8" w:rsidP="00B760A9">
      <w:pPr>
        <w:spacing w:after="0" w:line="240" w:lineRule="auto"/>
        <w:rPr>
          <w:rFonts w:ascii="Arial" w:hAnsi="Arial" w:cs="Arial"/>
        </w:rPr>
      </w:pPr>
    </w:p>
    <w:p w14:paraId="08B4E80D" w14:textId="77777777" w:rsidR="003976D8" w:rsidRPr="00B760A9" w:rsidRDefault="00000000" w:rsidP="00B760A9">
      <w:pPr>
        <w:spacing w:after="0" w:line="240" w:lineRule="auto"/>
        <w:rPr>
          <w:rFonts w:ascii="Arial" w:hAnsi="Arial" w:cs="Arial"/>
        </w:rPr>
      </w:pPr>
      <w:r w:rsidRPr="00B760A9">
        <w:rPr>
          <w:rFonts w:ascii="Arial" w:hAnsi="Arial" w:cs="Arial"/>
        </w:rPr>
        <w:t>Have you visited this health center before?</w:t>
      </w:r>
    </w:p>
    <w:p w14:paraId="1F36EE93" w14:textId="77777777" w:rsidR="003976D8" w:rsidRPr="00B760A9" w:rsidRDefault="00000000" w:rsidP="00B760A9">
      <w:pPr>
        <w:spacing w:after="0" w:line="240" w:lineRule="auto"/>
        <w:rPr>
          <w:rFonts w:ascii="Arial" w:hAnsi="Arial" w:cs="Arial"/>
        </w:rPr>
      </w:pPr>
      <w:r w:rsidRPr="00B760A9">
        <w:rPr>
          <w:rFonts w:ascii="Arial" w:hAnsi="Arial" w:cs="Arial"/>
        </w:rPr>
        <w:t>• Yes</w:t>
      </w:r>
    </w:p>
    <w:p w14:paraId="196B4B8E" w14:textId="77777777" w:rsidR="003976D8" w:rsidRPr="00B760A9" w:rsidRDefault="00000000" w:rsidP="00B760A9">
      <w:pPr>
        <w:spacing w:after="0" w:line="240" w:lineRule="auto"/>
        <w:rPr>
          <w:rFonts w:ascii="Arial" w:hAnsi="Arial" w:cs="Arial"/>
        </w:rPr>
      </w:pPr>
      <w:r w:rsidRPr="00B760A9">
        <w:rPr>
          <w:rFonts w:ascii="Arial" w:hAnsi="Arial" w:cs="Arial"/>
        </w:rPr>
        <w:t>• No</w:t>
      </w:r>
    </w:p>
    <w:p w14:paraId="443E4B5F" w14:textId="77777777" w:rsidR="003976D8" w:rsidRPr="00B760A9" w:rsidRDefault="00000000" w:rsidP="00B760A9">
      <w:pPr>
        <w:spacing w:after="0" w:line="240" w:lineRule="auto"/>
        <w:rPr>
          <w:rFonts w:ascii="Arial" w:hAnsi="Arial" w:cs="Arial"/>
        </w:rPr>
      </w:pPr>
      <w:r w:rsidRPr="00B760A9">
        <w:rPr>
          <w:rFonts w:ascii="Arial" w:hAnsi="Arial" w:cs="Arial"/>
        </w:rPr>
        <w:t>• I don’t know</w:t>
      </w:r>
    </w:p>
    <w:p w14:paraId="24DE4B9D" w14:textId="77777777" w:rsidR="003976D8" w:rsidRPr="00B760A9" w:rsidRDefault="003976D8" w:rsidP="00B760A9">
      <w:pPr>
        <w:spacing w:after="0" w:line="240" w:lineRule="auto"/>
        <w:rPr>
          <w:rFonts w:ascii="Arial" w:hAnsi="Arial" w:cs="Arial"/>
        </w:rPr>
      </w:pPr>
    </w:p>
    <w:p w14:paraId="7F07802D" w14:textId="77777777" w:rsidR="003976D8" w:rsidRPr="00B760A9" w:rsidRDefault="00000000" w:rsidP="00B760A9">
      <w:pPr>
        <w:spacing w:after="0" w:line="240" w:lineRule="auto"/>
        <w:rPr>
          <w:rFonts w:ascii="Arial" w:hAnsi="Arial" w:cs="Arial"/>
        </w:rPr>
      </w:pPr>
      <w:r w:rsidRPr="00B760A9">
        <w:rPr>
          <w:rFonts w:ascii="Arial" w:hAnsi="Arial" w:cs="Arial"/>
        </w:rPr>
        <w:t>Are you seeing a healthcare professional you have met before?</w:t>
      </w:r>
    </w:p>
    <w:p w14:paraId="5DCD3CC0" w14:textId="77777777" w:rsidR="003976D8" w:rsidRPr="00B760A9" w:rsidRDefault="00000000" w:rsidP="00B760A9">
      <w:pPr>
        <w:spacing w:after="0" w:line="240" w:lineRule="auto"/>
        <w:rPr>
          <w:rFonts w:ascii="Arial" w:hAnsi="Arial" w:cs="Arial"/>
        </w:rPr>
      </w:pPr>
      <w:r w:rsidRPr="00B760A9">
        <w:rPr>
          <w:rFonts w:ascii="Arial" w:hAnsi="Arial" w:cs="Arial"/>
        </w:rPr>
        <w:t>• Yes</w:t>
      </w:r>
    </w:p>
    <w:p w14:paraId="25A07C13" w14:textId="77777777" w:rsidR="003976D8" w:rsidRPr="00B760A9" w:rsidRDefault="00000000" w:rsidP="00B760A9">
      <w:pPr>
        <w:spacing w:after="0" w:line="240" w:lineRule="auto"/>
        <w:rPr>
          <w:rFonts w:ascii="Arial" w:hAnsi="Arial" w:cs="Arial"/>
        </w:rPr>
      </w:pPr>
      <w:r w:rsidRPr="00B760A9">
        <w:rPr>
          <w:rFonts w:ascii="Arial" w:hAnsi="Arial" w:cs="Arial"/>
        </w:rPr>
        <w:t>• No</w:t>
      </w:r>
    </w:p>
    <w:p w14:paraId="18C4B514" w14:textId="77777777" w:rsidR="003976D8" w:rsidRPr="00B760A9" w:rsidRDefault="00000000" w:rsidP="00B760A9">
      <w:pPr>
        <w:spacing w:after="0" w:line="240" w:lineRule="auto"/>
        <w:rPr>
          <w:rFonts w:ascii="Arial" w:hAnsi="Arial" w:cs="Arial"/>
        </w:rPr>
      </w:pPr>
      <w:r w:rsidRPr="00B760A9">
        <w:rPr>
          <w:rFonts w:ascii="Arial" w:hAnsi="Arial" w:cs="Arial"/>
        </w:rPr>
        <w:t>• I don’t know</w:t>
      </w:r>
    </w:p>
    <w:p w14:paraId="4D638161" w14:textId="77777777" w:rsidR="003976D8" w:rsidRPr="00B760A9" w:rsidRDefault="003976D8" w:rsidP="00B760A9">
      <w:pPr>
        <w:spacing w:after="0" w:line="240" w:lineRule="auto"/>
        <w:rPr>
          <w:rFonts w:ascii="Arial" w:hAnsi="Arial" w:cs="Arial"/>
        </w:rPr>
      </w:pPr>
    </w:p>
    <w:p w14:paraId="01F357D8" w14:textId="77777777" w:rsidR="00B760A9" w:rsidRDefault="00B760A9">
      <w:pPr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14:paraId="7D673A28" w14:textId="64894A46" w:rsidR="003976D8" w:rsidRPr="00B760A9" w:rsidRDefault="00000000" w:rsidP="00B760A9">
      <w:pPr>
        <w:spacing w:after="0" w:line="240" w:lineRule="auto"/>
        <w:rPr>
          <w:rFonts w:ascii="Arial" w:hAnsi="Arial" w:cs="Arial"/>
          <w:b/>
          <w:bCs/>
        </w:rPr>
      </w:pPr>
      <w:r w:rsidRPr="00B760A9">
        <w:rPr>
          <w:rFonts w:ascii="Arial" w:hAnsi="Arial" w:cs="Arial"/>
          <w:b/>
          <w:bCs/>
        </w:rPr>
        <w:t>PART 2. To be completed after the appointment</w:t>
      </w:r>
    </w:p>
    <w:p w14:paraId="7C2EFB27" w14:textId="77777777" w:rsidR="003976D8" w:rsidRPr="00B760A9" w:rsidRDefault="003976D8" w:rsidP="00B760A9">
      <w:pPr>
        <w:spacing w:after="0" w:line="240" w:lineRule="auto"/>
        <w:rPr>
          <w:rFonts w:ascii="Arial" w:hAnsi="Arial" w:cs="Arial"/>
        </w:rPr>
      </w:pPr>
    </w:p>
    <w:p w14:paraId="3165F34A" w14:textId="77777777" w:rsidR="003976D8" w:rsidRPr="00B760A9" w:rsidRDefault="00000000" w:rsidP="00B760A9">
      <w:pPr>
        <w:spacing w:after="0" w:line="240" w:lineRule="auto"/>
        <w:rPr>
          <w:rFonts w:ascii="Arial" w:hAnsi="Arial" w:cs="Arial"/>
        </w:rPr>
      </w:pPr>
      <w:r w:rsidRPr="00B760A9">
        <w:rPr>
          <w:rFonts w:ascii="Arial" w:hAnsi="Arial" w:cs="Arial"/>
        </w:rPr>
        <w:t>What happened during the appointment?</w:t>
      </w:r>
    </w:p>
    <w:p w14:paraId="2F333BEB" w14:textId="77777777" w:rsidR="003976D8" w:rsidRPr="00B760A9" w:rsidRDefault="00000000" w:rsidP="00B760A9">
      <w:pPr>
        <w:spacing w:after="0" w:line="240" w:lineRule="auto"/>
        <w:rPr>
          <w:rFonts w:ascii="Arial" w:hAnsi="Arial" w:cs="Arial"/>
        </w:rPr>
      </w:pPr>
      <w:r w:rsidRPr="00B760A9">
        <w:rPr>
          <w:rFonts w:ascii="Arial" w:hAnsi="Arial" w:cs="Arial"/>
        </w:rPr>
        <w:t>(You may choose one or more.)</w:t>
      </w:r>
    </w:p>
    <w:p w14:paraId="5B8E7EA3" w14:textId="77777777" w:rsidR="003976D8" w:rsidRPr="00B760A9" w:rsidRDefault="00000000" w:rsidP="00B760A9">
      <w:pPr>
        <w:spacing w:after="0" w:line="240" w:lineRule="auto"/>
        <w:rPr>
          <w:rFonts w:ascii="Arial" w:hAnsi="Arial" w:cs="Arial"/>
        </w:rPr>
      </w:pPr>
      <w:r w:rsidRPr="00B760A9">
        <w:rPr>
          <w:rFonts w:ascii="Arial" w:hAnsi="Arial" w:cs="Arial"/>
        </w:rPr>
        <w:t>• The doctor prescribed new medication.</w:t>
      </w:r>
    </w:p>
    <w:p w14:paraId="049D0C02" w14:textId="77777777" w:rsidR="003976D8" w:rsidRPr="00B760A9" w:rsidRDefault="00000000" w:rsidP="00B760A9">
      <w:pPr>
        <w:spacing w:after="0" w:line="240" w:lineRule="auto"/>
        <w:rPr>
          <w:rFonts w:ascii="Arial" w:hAnsi="Arial" w:cs="Arial"/>
        </w:rPr>
      </w:pPr>
      <w:r w:rsidRPr="00B760A9">
        <w:rPr>
          <w:rFonts w:ascii="Arial" w:hAnsi="Arial" w:cs="Arial"/>
        </w:rPr>
        <w:t>• I discussed my health problem / medication / treatment options with the doctor.</w:t>
      </w:r>
    </w:p>
    <w:p w14:paraId="17E26592" w14:textId="77777777" w:rsidR="003976D8" w:rsidRPr="00B760A9" w:rsidRDefault="00000000" w:rsidP="00B760A9">
      <w:pPr>
        <w:spacing w:after="0" w:line="240" w:lineRule="auto"/>
        <w:rPr>
          <w:rFonts w:ascii="Arial" w:hAnsi="Arial" w:cs="Arial"/>
        </w:rPr>
      </w:pPr>
      <w:r w:rsidRPr="00B760A9">
        <w:rPr>
          <w:rFonts w:ascii="Arial" w:hAnsi="Arial" w:cs="Arial"/>
        </w:rPr>
        <w:t>• The doctor gave additional information about my health problem / test results.</w:t>
      </w:r>
    </w:p>
    <w:p w14:paraId="635F5865" w14:textId="77777777" w:rsidR="003976D8" w:rsidRPr="00B760A9" w:rsidRDefault="00000000" w:rsidP="00B760A9">
      <w:pPr>
        <w:spacing w:after="0" w:line="240" w:lineRule="auto"/>
        <w:rPr>
          <w:rFonts w:ascii="Arial" w:hAnsi="Arial" w:cs="Arial"/>
        </w:rPr>
      </w:pPr>
      <w:r w:rsidRPr="00B760A9">
        <w:rPr>
          <w:rFonts w:ascii="Arial" w:hAnsi="Arial" w:cs="Arial"/>
        </w:rPr>
        <w:t>• The doctor investigated (or began to investigate) what is causing my symptoms.</w:t>
      </w:r>
    </w:p>
    <w:p w14:paraId="5BCF0A09" w14:textId="77777777" w:rsidR="003976D8" w:rsidRPr="00B760A9" w:rsidRDefault="00000000" w:rsidP="00B760A9">
      <w:pPr>
        <w:spacing w:after="0" w:line="240" w:lineRule="auto"/>
        <w:rPr>
          <w:rFonts w:ascii="Arial" w:hAnsi="Arial" w:cs="Arial"/>
        </w:rPr>
      </w:pPr>
      <w:r w:rsidRPr="00B760A9">
        <w:rPr>
          <w:rFonts w:ascii="Arial" w:hAnsi="Arial" w:cs="Arial"/>
        </w:rPr>
        <w:t>• The doctor performed a physical examination.</w:t>
      </w:r>
    </w:p>
    <w:p w14:paraId="30C0D1F6" w14:textId="77777777" w:rsidR="003976D8" w:rsidRPr="00B760A9" w:rsidRDefault="00000000" w:rsidP="00B760A9">
      <w:pPr>
        <w:spacing w:after="0" w:line="240" w:lineRule="auto"/>
        <w:rPr>
          <w:rFonts w:ascii="Arial" w:hAnsi="Arial" w:cs="Arial"/>
        </w:rPr>
      </w:pPr>
      <w:r w:rsidRPr="00B760A9">
        <w:rPr>
          <w:rFonts w:ascii="Arial" w:hAnsi="Arial" w:cs="Arial"/>
        </w:rPr>
        <w:t>• I received a referral for tests (laboratory, X</w:t>
      </w:r>
      <w:r w:rsidRPr="00B760A9">
        <w:rPr>
          <w:rFonts w:ascii="Cambria Math" w:hAnsi="Cambria Math" w:cs="Cambria Math"/>
        </w:rPr>
        <w:t>‑</w:t>
      </w:r>
      <w:r w:rsidRPr="00B760A9">
        <w:rPr>
          <w:rFonts w:ascii="Arial" w:hAnsi="Arial" w:cs="Arial"/>
        </w:rPr>
        <w:t>ray, ECG).</w:t>
      </w:r>
    </w:p>
    <w:p w14:paraId="7043AA46" w14:textId="77777777" w:rsidR="003976D8" w:rsidRPr="00B760A9" w:rsidRDefault="00000000" w:rsidP="00B760A9">
      <w:pPr>
        <w:spacing w:after="0" w:line="240" w:lineRule="auto"/>
        <w:rPr>
          <w:rFonts w:ascii="Arial" w:hAnsi="Arial" w:cs="Arial"/>
        </w:rPr>
      </w:pPr>
      <w:r w:rsidRPr="00B760A9">
        <w:rPr>
          <w:rFonts w:ascii="Arial" w:hAnsi="Arial" w:cs="Arial"/>
        </w:rPr>
        <w:t>• I received a medical certificate.</w:t>
      </w:r>
    </w:p>
    <w:p w14:paraId="6EE82C73" w14:textId="77777777" w:rsidR="003976D8" w:rsidRPr="00B760A9" w:rsidRDefault="00000000" w:rsidP="00B760A9">
      <w:pPr>
        <w:spacing w:after="0" w:line="240" w:lineRule="auto"/>
        <w:rPr>
          <w:rFonts w:ascii="Arial" w:hAnsi="Arial" w:cs="Arial"/>
        </w:rPr>
      </w:pPr>
      <w:r w:rsidRPr="00B760A9">
        <w:rPr>
          <w:rFonts w:ascii="Arial" w:hAnsi="Arial" w:cs="Arial"/>
        </w:rPr>
        <w:t>• I received a referral to a specialist.</w:t>
      </w:r>
    </w:p>
    <w:p w14:paraId="5BFE1CB4" w14:textId="77777777" w:rsidR="003976D8" w:rsidRPr="00B760A9" w:rsidRDefault="00000000" w:rsidP="00B760A9">
      <w:pPr>
        <w:spacing w:after="0" w:line="240" w:lineRule="auto"/>
        <w:rPr>
          <w:rFonts w:ascii="Arial" w:hAnsi="Arial" w:cs="Arial"/>
        </w:rPr>
      </w:pPr>
      <w:r w:rsidRPr="00B760A9">
        <w:rPr>
          <w:rFonts w:ascii="Arial" w:hAnsi="Arial" w:cs="Arial"/>
        </w:rPr>
        <w:t>• I received a referral to another professional.</w:t>
      </w:r>
    </w:p>
    <w:p w14:paraId="3EA01901" w14:textId="77777777" w:rsidR="003976D8" w:rsidRPr="00B760A9" w:rsidRDefault="003976D8" w:rsidP="00B760A9">
      <w:pPr>
        <w:spacing w:after="0" w:line="240" w:lineRule="auto"/>
        <w:rPr>
          <w:rFonts w:ascii="Arial" w:hAnsi="Arial" w:cs="Arial"/>
        </w:rPr>
      </w:pPr>
    </w:p>
    <w:p w14:paraId="1EEC1F9F" w14:textId="10AD1D67" w:rsidR="003976D8" w:rsidRPr="00B760A9" w:rsidRDefault="00B760A9" w:rsidP="00B760A9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Was your health problem solved </w:t>
      </w:r>
      <w:r w:rsidR="00000000" w:rsidRPr="00B760A9">
        <w:rPr>
          <w:rFonts w:ascii="Arial" w:hAnsi="Arial" w:cs="Arial"/>
        </w:rPr>
        <w:t>during the appointment?</w:t>
      </w:r>
    </w:p>
    <w:p w14:paraId="6385CB96" w14:textId="1A952462" w:rsidR="003976D8" w:rsidRPr="00B760A9" w:rsidRDefault="00000000" w:rsidP="00B760A9">
      <w:pPr>
        <w:spacing w:after="0" w:line="240" w:lineRule="auto"/>
        <w:rPr>
          <w:rFonts w:ascii="Arial" w:hAnsi="Arial" w:cs="Arial"/>
        </w:rPr>
      </w:pPr>
      <w:r w:rsidRPr="00B760A9">
        <w:rPr>
          <w:rFonts w:ascii="Arial" w:hAnsi="Arial" w:cs="Arial"/>
        </w:rPr>
        <w:t xml:space="preserve">• </w:t>
      </w:r>
      <w:r w:rsidR="00B760A9">
        <w:rPr>
          <w:rFonts w:ascii="Arial" w:hAnsi="Arial" w:cs="Arial"/>
        </w:rPr>
        <w:t>Yes</w:t>
      </w:r>
    </w:p>
    <w:p w14:paraId="1EE01582" w14:textId="77777777" w:rsidR="003976D8" w:rsidRPr="00B760A9" w:rsidRDefault="00000000" w:rsidP="00B760A9">
      <w:pPr>
        <w:spacing w:after="0" w:line="240" w:lineRule="auto"/>
        <w:rPr>
          <w:rFonts w:ascii="Arial" w:hAnsi="Arial" w:cs="Arial"/>
        </w:rPr>
      </w:pPr>
      <w:r w:rsidRPr="00B760A9">
        <w:rPr>
          <w:rFonts w:ascii="Arial" w:hAnsi="Arial" w:cs="Arial"/>
        </w:rPr>
        <w:t>• Partially</w:t>
      </w:r>
    </w:p>
    <w:p w14:paraId="15A5D1CE" w14:textId="77777777" w:rsidR="003976D8" w:rsidRPr="00B760A9" w:rsidRDefault="00000000" w:rsidP="00B760A9">
      <w:pPr>
        <w:spacing w:after="0" w:line="240" w:lineRule="auto"/>
        <w:rPr>
          <w:rFonts w:ascii="Arial" w:hAnsi="Arial" w:cs="Arial"/>
        </w:rPr>
      </w:pPr>
      <w:r w:rsidRPr="00B760A9">
        <w:rPr>
          <w:rFonts w:ascii="Arial" w:hAnsi="Arial" w:cs="Arial"/>
        </w:rPr>
        <w:t>• Not at all</w:t>
      </w:r>
    </w:p>
    <w:p w14:paraId="156E7A72" w14:textId="77777777" w:rsidR="003976D8" w:rsidRPr="00B760A9" w:rsidRDefault="003976D8" w:rsidP="00B760A9">
      <w:pPr>
        <w:spacing w:after="0" w:line="240" w:lineRule="auto"/>
        <w:rPr>
          <w:rFonts w:ascii="Arial" w:hAnsi="Arial" w:cs="Arial"/>
        </w:rPr>
      </w:pPr>
    </w:p>
    <w:p w14:paraId="4A5C1A24" w14:textId="77777777" w:rsidR="003976D8" w:rsidRPr="00B760A9" w:rsidRDefault="00000000" w:rsidP="00B760A9">
      <w:pPr>
        <w:spacing w:after="0" w:line="240" w:lineRule="auto"/>
        <w:rPr>
          <w:rFonts w:ascii="Arial" w:hAnsi="Arial" w:cs="Arial"/>
        </w:rPr>
      </w:pPr>
      <w:r w:rsidRPr="00B760A9">
        <w:rPr>
          <w:rFonts w:ascii="Arial" w:hAnsi="Arial" w:cs="Arial"/>
        </w:rPr>
        <w:t>In hindsight, could your issue have been handled via a remote appointment?</w:t>
      </w:r>
    </w:p>
    <w:p w14:paraId="4A63AFCB" w14:textId="77777777" w:rsidR="003976D8" w:rsidRPr="00B760A9" w:rsidRDefault="00000000" w:rsidP="00B760A9">
      <w:pPr>
        <w:spacing w:after="0" w:line="240" w:lineRule="auto"/>
        <w:rPr>
          <w:rFonts w:ascii="Arial" w:hAnsi="Arial" w:cs="Arial"/>
        </w:rPr>
      </w:pPr>
      <w:r w:rsidRPr="00B760A9">
        <w:rPr>
          <w:rFonts w:ascii="Arial" w:hAnsi="Arial" w:cs="Arial"/>
        </w:rPr>
        <w:t>• Yes</w:t>
      </w:r>
    </w:p>
    <w:p w14:paraId="6D5BDAFB" w14:textId="77777777" w:rsidR="003976D8" w:rsidRPr="00B760A9" w:rsidRDefault="00000000" w:rsidP="00B760A9">
      <w:pPr>
        <w:spacing w:after="0" w:line="240" w:lineRule="auto"/>
        <w:rPr>
          <w:rFonts w:ascii="Arial" w:hAnsi="Arial" w:cs="Arial"/>
        </w:rPr>
      </w:pPr>
      <w:r w:rsidRPr="00B760A9">
        <w:rPr>
          <w:rFonts w:ascii="Arial" w:hAnsi="Arial" w:cs="Arial"/>
        </w:rPr>
        <w:t>• No</w:t>
      </w:r>
    </w:p>
    <w:p w14:paraId="77ECC006" w14:textId="77777777" w:rsidR="003976D8" w:rsidRPr="00B760A9" w:rsidRDefault="00000000" w:rsidP="00B760A9">
      <w:pPr>
        <w:spacing w:after="0" w:line="240" w:lineRule="auto"/>
        <w:rPr>
          <w:rFonts w:ascii="Arial" w:hAnsi="Arial" w:cs="Arial"/>
        </w:rPr>
      </w:pPr>
      <w:r w:rsidRPr="00B760A9">
        <w:rPr>
          <w:rFonts w:ascii="Arial" w:hAnsi="Arial" w:cs="Arial"/>
        </w:rPr>
        <w:t>• I don’t know</w:t>
      </w:r>
    </w:p>
    <w:p w14:paraId="508F954C" w14:textId="77777777" w:rsidR="003976D8" w:rsidRPr="00B760A9" w:rsidRDefault="003976D8" w:rsidP="00B760A9">
      <w:pPr>
        <w:spacing w:after="0" w:line="240" w:lineRule="auto"/>
        <w:rPr>
          <w:rFonts w:ascii="Arial" w:hAnsi="Arial" w:cs="Arial"/>
        </w:rPr>
      </w:pPr>
    </w:p>
    <w:p w14:paraId="2F5F6CD6" w14:textId="77777777" w:rsidR="003976D8" w:rsidRPr="00B760A9" w:rsidRDefault="00000000" w:rsidP="00B760A9">
      <w:pPr>
        <w:spacing w:after="0" w:line="240" w:lineRule="auto"/>
        <w:rPr>
          <w:rFonts w:ascii="Arial" w:hAnsi="Arial" w:cs="Arial"/>
        </w:rPr>
      </w:pPr>
      <w:r w:rsidRPr="00B760A9">
        <w:rPr>
          <w:rFonts w:ascii="Arial" w:hAnsi="Arial" w:cs="Arial"/>
        </w:rPr>
        <w:t>If yes, why?</w:t>
      </w:r>
    </w:p>
    <w:p w14:paraId="7ADF1A9E" w14:textId="77777777" w:rsidR="003976D8" w:rsidRPr="00B760A9" w:rsidRDefault="00000000" w:rsidP="00B760A9">
      <w:pPr>
        <w:spacing w:after="0" w:line="240" w:lineRule="auto"/>
        <w:rPr>
          <w:rFonts w:ascii="Arial" w:hAnsi="Arial" w:cs="Arial"/>
        </w:rPr>
      </w:pPr>
      <w:r w:rsidRPr="00B760A9">
        <w:rPr>
          <w:rFonts w:ascii="Arial" w:hAnsi="Arial" w:cs="Arial"/>
        </w:rPr>
        <w:t>(You may choose one or more.)</w:t>
      </w:r>
    </w:p>
    <w:p w14:paraId="5C0D072C" w14:textId="77777777" w:rsidR="003976D8" w:rsidRPr="00B760A9" w:rsidRDefault="00000000" w:rsidP="00B760A9">
      <w:pPr>
        <w:spacing w:after="0" w:line="240" w:lineRule="auto"/>
        <w:rPr>
          <w:rFonts w:ascii="Arial" w:hAnsi="Arial" w:cs="Arial"/>
        </w:rPr>
      </w:pPr>
      <w:r w:rsidRPr="00B760A9">
        <w:rPr>
          <w:rFonts w:ascii="Arial" w:hAnsi="Arial" w:cs="Arial"/>
        </w:rPr>
        <w:t>• I would have saved time.</w:t>
      </w:r>
    </w:p>
    <w:p w14:paraId="7AD912D9" w14:textId="77777777" w:rsidR="003976D8" w:rsidRPr="00B760A9" w:rsidRDefault="00000000" w:rsidP="00B760A9">
      <w:pPr>
        <w:spacing w:after="0" w:line="240" w:lineRule="auto"/>
        <w:rPr>
          <w:rFonts w:ascii="Arial" w:hAnsi="Arial" w:cs="Arial"/>
        </w:rPr>
      </w:pPr>
      <w:r w:rsidRPr="00B760A9">
        <w:rPr>
          <w:rFonts w:ascii="Arial" w:hAnsi="Arial" w:cs="Arial"/>
        </w:rPr>
        <w:t>• My issue would have been suitable remotely.</w:t>
      </w:r>
    </w:p>
    <w:p w14:paraId="74B5164D" w14:textId="77777777" w:rsidR="003976D8" w:rsidRPr="00B760A9" w:rsidRDefault="00000000" w:rsidP="00B760A9">
      <w:pPr>
        <w:spacing w:after="0" w:line="240" w:lineRule="auto"/>
        <w:rPr>
          <w:rFonts w:ascii="Arial" w:hAnsi="Arial" w:cs="Arial"/>
        </w:rPr>
      </w:pPr>
      <w:r w:rsidRPr="00B760A9">
        <w:rPr>
          <w:rFonts w:ascii="Arial" w:hAnsi="Arial" w:cs="Arial"/>
        </w:rPr>
        <w:t>• My issue would have been easier to handle remotely.</w:t>
      </w:r>
    </w:p>
    <w:p w14:paraId="62257165" w14:textId="77777777" w:rsidR="003976D8" w:rsidRPr="00B760A9" w:rsidRDefault="00000000" w:rsidP="00B760A9">
      <w:pPr>
        <w:spacing w:after="0" w:line="240" w:lineRule="auto"/>
        <w:rPr>
          <w:rFonts w:ascii="Arial" w:hAnsi="Arial" w:cs="Arial"/>
        </w:rPr>
      </w:pPr>
      <w:r w:rsidRPr="00B760A9">
        <w:rPr>
          <w:rFonts w:ascii="Arial" w:hAnsi="Arial" w:cs="Arial"/>
        </w:rPr>
        <w:t>• It would have been easier to communicate remotely.</w:t>
      </w:r>
    </w:p>
    <w:p w14:paraId="517C1F69" w14:textId="77777777" w:rsidR="003976D8" w:rsidRPr="00B760A9" w:rsidRDefault="00000000" w:rsidP="00B760A9">
      <w:pPr>
        <w:spacing w:after="0" w:line="240" w:lineRule="auto"/>
        <w:rPr>
          <w:rFonts w:ascii="Arial" w:hAnsi="Arial" w:cs="Arial"/>
        </w:rPr>
      </w:pPr>
      <w:r w:rsidRPr="00B760A9">
        <w:rPr>
          <w:rFonts w:ascii="Arial" w:hAnsi="Arial" w:cs="Arial"/>
        </w:rPr>
        <w:t>• Other: _______________________</w:t>
      </w:r>
    </w:p>
    <w:p w14:paraId="21CDD251" w14:textId="77777777" w:rsidR="003976D8" w:rsidRPr="00B760A9" w:rsidRDefault="003976D8" w:rsidP="00B760A9">
      <w:pPr>
        <w:spacing w:after="0" w:line="240" w:lineRule="auto"/>
        <w:rPr>
          <w:rFonts w:ascii="Arial" w:hAnsi="Arial" w:cs="Arial"/>
        </w:rPr>
      </w:pPr>
    </w:p>
    <w:p w14:paraId="700A38BA" w14:textId="77777777" w:rsidR="003976D8" w:rsidRPr="00B760A9" w:rsidRDefault="00000000" w:rsidP="00B760A9">
      <w:pPr>
        <w:spacing w:after="0" w:line="240" w:lineRule="auto"/>
        <w:rPr>
          <w:rFonts w:ascii="Arial" w:hAnsi="Arial" w:cs="Arial"/>
        </w:rPr>
      </w:pPr>
      <w:r w:rsidRPr="00B760A9">
        <w:rPr>
          <w:rFonts w:ascii="Arial" w:hAnsi="Arial" w:cs="Arial"/>
        </w:rPr>
        <w:t>If no, why?</w:t>
      </w:r>
    </w:p>
    <w:p w14:paraId="532F2677" w14:textId="77777777" w:rsidR="003976D8" w:rsidRPr="00B760A9" w:rsidRDefault="00000000" w:rsidP="00B760A9">
      <w:pPr>
        <w:spacing w:after="0" w:line="240" w:lineRule="auto"/>
        <w:rPr>
          <w:rFonts w:ascii="Arial" w:hAnsi="Arial" w:cs="Arial"/>
        </w:rPr>
      </w:pPr>
      <w:r w:rsidRPr="00B760A9">
        <w:rPr>
          <w:rFonts w:ascii="Arial" w:hAnsi="Arial" w:cs="Arial"/>
        </w:rPr>
        <w:t>(You may choose one or more.)</w:t>
      </w:r>
    </w:p>
    <w:p w14:paraId="52E3767A" w14:textId="77777777" w:rsidR="003976D8" w:rsidRPr="00B760A9" w:rsidRDefault="00000000" w:rsidP="00B760A9">
      <w:pPr>
        <w:spacing w:after="0" w:line="240" w:lineRule="auto"/>
        <w:rPr>
          <w:rFonts w:ascii="Arial" w:hAnsi="Arial" w:cs="Arial"/>
        </w:rPr>
      </w:pPr>
      <w:r w:rsidRPr="00B760A9">
        <w:rPr>
          <w:rFonts w:ascii="Arial" w:hAnsi="Arial" w:cs="Arial"/>
        </w:rPr>
        <w:t>• My issue would not have been suitable remotely.</w:t>
      </w:r>
    </w:p>
    <w:p w14:paraId="7B44F897" w14:textId="77777777" w:rsidR="003976D8" w:rsidRPr="00B760A9" w:rsidRDefault="00000000" w:rsidP="00B760A9">
      <w:pPr>
        <w:spacing w:after="0" w:line="240" w:lineRule="auto"/>
        <w:rPr>
          <w:rFonts w:ascii="Arial" w:hAnsi="Arial" w:cs="Arial"/>
        </w:rPr>
      </w:pPr>
      <w:r w:rsidRPr="00B760A9">
        <w:rPr>
          <w:rFonts w:ascii="Arial" w:hAnsi="Arial" w:cs="Arial"/>
        </w:rPr>
        <w:t>• It would have been significantly more difficult remotely.</w:t>
      </w:r>
    </w:p>
    <w:p w14:paraId="2001A3A1" w14:textId="77777777" w:rsidR="003976D8" w:rsidRPr="00B760A9" w:rsidRDefault="00000000" w:rsidP="00B760A9">
      <w:pPr>
        <w:spacing w:after="0" w:line="240" w:lineRule="auto"/>
        <w:rPr>
          <w:rFonts w:ascii="Arial" w:hAnsi="Arial" w:cs="Arial"/>
        </w:rPr>
      </w:pPr>
      <w:r w:rsidRPr="00B760A9">
        <w:rPr>
          <w:rFonts w:ascii="Arial" w:hAnsi="Arial" w:cs="Arial"/>
        </w:rPr>
        <w:t>• I am uncertain about remote technology.</w:t>
      </w:r>
    </w:p>
    <w:p w14:paraId="79EF2B2E" w14:textId="77777777" w:rsidR="003976D8" w:rsidRPr="00B760A9" w:rsidRDefault="00000000" w:rsidP="00B760A9">
      <w:pPr>
        <w:spacing w:after="0" w:line="240" w:lineRule="auto"/>
        <w:rPr>
          <w:rFonts w:ascii="Arial" w:hAnsi="Arial" w:cs="Arial"/>
        </w:rPr>
      </w:pPr>
      <w:r w:rsidRPr="00B760A9">
        <w:rPr>
          <w:rFonts w:ascii="Arial" w:hAnsi="Arial" w:cs="Arial"/>
        </w:rPr>
        <w:t>• Communication would have been harder remotely.</w:t>
      </w:r>
    </w:p>
    <w:p w14:paraId="67587FCA" w14:textId="77777777" w:rsidR="003976D8" w:rsidRPr="00B760A9" w:rsidRDefault="00000000" w:rsidP="00B760A9">
      <w:pPr>
        <w:spacing w:after="0" w:line="240" w:lineRule="auto"/>
        <w:rPr>
          <w:rFonts w:ascii="Arial" w:hAnsi="Arial" w:cs="Arial"/>
        </w:rPr>
      </w:pPr>
      <w:r w:rsidRPr="00B760A9">
        <w:rPr>
          <w:rFonts w:ascii="Arial" w:hAnsi="Arial" w:cs="Arial"/>
        </w:rPr>
        <w:t>• The patient–doctor relationship would not have felt confidential.</w:t>
      </w:r>
    </w:p>
    <w:p w14:paraId="492B60CB" w14:textId="77777777" w:rsidR="003976D8" w:rsidRPr="00B760A9" w:rsidRDefault="00000000" w:rsidP="00B760A9">
      <w:pPr>
        <w:spacing w:after="0" w:line="240" w:lineRule="auto"/>
        <w:rPr>
          <w:rFonts w:ascii="Arial" w:hAnsi="Arial" w:cs="Arial"/>
        </w:rPr>
      </w:pPr>
      <w:r w:rsidRPr="00B760A9">
        <w:rPr>
          <w:rFonts w:ascii="Arial" w:hAnsi="Arial" w:cs="Arial"/>
        </w:rPr>
        <w:t>• Other: _______________________</w:t>
      </w:r>
    </w:p>
    <w:p w14:paraId="202D219E" w14:textId="77777777" w:rsidR="003976D8" w:rsidRPr="00B760A9" w:rsidRDefault="003976D8" w:rsidP="00B760A9">
      <w:pPr>
        <w:spacing w:after="0" w:line="240" w:lineRule="auto"/>
        <w:rPr>
          <w:rFonts w:ascii="Arial" w:hAnsi="Arial" w:cs="Arial"/>
        </w:rPr>
      </w:pPr>
    </w:p>
    <w:p w14:paraId="7E6F6404" w14:textId="77777777" w:rsidR="003976D8" w:rsidRPr="00B760A9" w:rsidRDefault="00000000" w:rsidP="00B760A9">
      <w:pPr>
        <w:spacing w:after="0" w:line="240" w:lineRule="auto"/>
        <w:rPr>
          <w:rFonts w:ascii="Arial" w:hAnsi="Arial" w:cs="Arial"/>
        </w:rPr>
      </w:pPr>
      <w:r w:rsidRPr="00B760A9">
        <w:rPr>
          <w:rFonts w:ascii="Arial" w:hAnsi="Arial" w:cs="Arial"/>
        </w:rPr>
        <w:t>If the appointment had been remote, how would it have affected your adherence to follow</w:t>
      </w:r>
      <w:r w:rsidRPr="00B760A9">
        <w:rPr>
          <w:rFonts w:ascii="Cambria Math" w:hAnsi="Cambria Math" w:cs="Cambria Math"/>
        </w:rPr>
        <w:t>‑</w:t>
      </w:r>
      <w:r w:rsidRPr="00B760A9">
        <w:rPr>
          <w:rFonts w:ascii="Arial" w:hAnsi="Arial" w:cs="Arial"/>
        </w:rPr>
        <w:t>up instructions?</w:t>
      </w:r>
    </w:p>
    <w:p w14:paraId="125CE172" w14:textId="77777777" w:rsidR="003976D8" w:rsidRPr="00B760A9" w:rsidRDefault="00000000" w:rsidP="00B760A9">
      <w:pPr>
        <w:spacing w:after="0" w:line="240" w:lineRule="auto"/>
        <w:rPr>
          <w:rFonts w:ascii="Arial" w:hAnsi="Arial" w:cs="Arial"/>
        </w:rPr>
      </w:pPr>
      <w:r w:rsidRPr="00B760A9">
        <w:rPr>
          <w:rFonts w:ascii="Arial" w:hAnsi="Arial" w:cs="Arial"/>
        </w:rPr>
        <w:t>• It would have worsened my adherence.</w:t>
      </w:r>
    </w:p>
    <w:p w14:paraId="10418CC9" w14:textId="77777777" w:rsidR="003976D8" w:rsidRPr="00B760A9" w:rsidRDefault="00000000" w:rsidP="00B760A9">
      <w:pPr>
        <w:spacing w:after="0" w:line="240" w:lineRule="auto"/>
        <w:rPr>
          <w:rFonts w:ascii="Arial" w:hAnsi="Arial" w:cs="Arial"/>
        </w:rPr>
      </w:pPr>
      <w:r w:rsidRPr="00B760A9">
        <w:rPr>
          <w:rFonts w:ascii="Arial" w:hAnsi="Arial" w:cs="Arial"/>
        </w:rPr>
        <w:t>• It would have improved my adherence.</w:t>
      </w:r>
    </w:p>
    <w:p w14:paraId="3DC2C19A" w14:textId="77777777" w:rsidR="003976D8" w:rsidRPr="00B760A9" w:rsidRDefault="00000000" w:rsidP="00B760A9">
      <w:pPr>
        <w:spacing w:after="0" w:line="240" w:lineRule="auto"/>
        <w:rPr>
          <w:rFonts w:ascii="Arial" w:hAnsi="Arial" w:cs="Arial"/>
        </w:rPr>
      </w:pPr>
      <w:r w:rsidRPr="00B760A9">
        <w:rPr>
          <w:rFonts w:ascii="Arial" w:hAnsi="Arial" w:cs="Arial"/>
        </w:rPr>
        <w:t>• It would not have affected my adherence.</w:t>
      </w:r>
    </w:p>
    <w:p w14:paraId="738A0ED4" w14:textId="77777777" w:rsidR="003976D8" w:rsidRPr="00B760A9" w:rsidRDefault="003976D8" w:rsidP="00B760A9">
      <w:pPr>
        <w:spacing w:after="0" w:line="240" w:lineRule="auto"/>
        <w:rPr>
          <w:rFonts w:ascii="Arial" w:hAnsi="Arial" w:cs="Arial"/>
        </w:rPr>
      </w:pPr>
    </w:p>
    <w:p w14:paraId="3305C918" w14:textId="77777777" w:rsidR="00B760A9" w:rsidRDefault="00B760A9">
      <w:pPr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14:paraId="1267CBB6" w14:textId="422F7E1C" w:rsidR="003976D8" w:rsidRPr="00B760A9" w:rsidRDefault="00000000" w:rsidP="00B760A9">
      <w:pPr>
        <w:spacing w:after="0" w:line="240" w:lineRule="auto"/>
        <w:rPr>
          <w:rFonts w:ascii="Arial" w:hAnsi="Arial" w:cs="Arial"/>
        </w:rPr>
      </w:pPr>
      <w:r w:rsidRPr="00B760A9">
        <w:rPr>
          <w:rFonts w:ascii="Arial" w:hAnsi="Arial" w:cs="Arial"/>
        </w:rPr>
        <w:t>What type of remote appointment would you have been willing to use?</w:t>
      </w:r>
    </w:p>
    <w:p w14:paraId="32FEBFCA" w14:textId="77777777" w:rsidR="003976D8" w:rsidRPr="00B760A9" w:rsidRDefault="00000000" w:rsidP="00B760A9">
      <w:pPr>
        <w:spacing w:after="0" w:line="240" w:lineRule="auto"/>
        <w:rPr>
          <w:rFonts w:ascii="Arial" w:hAnsi="Arial" w:cs="Arial"/>
        </w:rPr>
      </w:pPr>
      <w:r w:rsidRPr="00B760A9">
        <w:rPr>
          <w:rFonts w:ascii="Arial" w:hAnsi="Arial" w:cs="Arial"/>
        </w:rPr>
        <w:t>• Video appointment</w:t>
      </w:r>
    </w:p>
    <w:p w14:paraId="72106479" w14:textId="77777777" w:rsidR="003976D8" w:rsidRPr="00B760A9" w:rsidRDefault="00000000" w:rsidP="00B760A9">
      <w:pPr>
        <w:spacing w:after="0" w:line="240" w:lineRule="auto"/>
        <w:rPr>
          <w:rFonts w:ascii="Arial" w:hAnsi="Arial" w:cs="Arial"/>
        </w:rPr>
      </w:pPr>
      <w:r w:rsidRPr="00B760A9">
        <w:rPr>
          <w:rFonts w:ascii="Arial" w:hAnsi="Arial" w:cs="Arial"/>
        </w:rPr>
        <w:t>• Phone appointment</w:t>
      </w:r>
    </w:p>
    <w:p w14:paraId="79EB69B8" w14:textId="77777777" w:rsidR="003976D8" w:rsidRPr="00B760A9" w:rsidRDefault="00000000" w:rsidP="00B760A9">
      <w:pPr>
        <w:spacing w:after="0" w:line="240" w:lineRule="auto"/>
        <w:rPr>
          <w:rFonts w:ascii="Arial" w:hAnsi="Arial" w:cs="Arial"/>
        </w:rPr>
      </w:pPr>
      <w:r w:rsidRPr="00B760A9">
        <w:rPr>
          <w:rFonts w:ascii="Arial" w:hAnsi="Arial" w:cs="Arial"/>
        </w:rPr>
        <w:t>• Chat</w:t>
      </w:r>
    </w:p>
    <w:p w14:paraId="5743AA1C" w14:textId="77777777" w:rsidR="003976D8" w:rsidRPr="00B760A9" w:rsidRDefault="00000000" w:rsidP="00B760A9">
      <w:pPr>
        <w:spacing w:after="0" w:line="240" w:lineRule="auto"/>
        <w:rPr>
          <w:rFonts w:ascii="Arial" w:hAnsi="Arial" w:cs="Arial"/>
        </w:rPr>
      </w:pPr>
      <w:r w:rsidRPr="00B760A9">
        <w:rPr>
          <w:rFonts w:ascii="Arial" w:hAnsi="Arial" w:cs="Arial"/>
        </w:rPr>
        <w:t>• Messaging via a patient portal</w:t>
      </w:r>
    </w:p>
    <w:p w14:paraId="59E1CE29" w14:textId="77777777" w:rsidR="003976D8" w:rsidRPr="00B760A9" w:rsidRDefault="00000000" w:rsidP="00B760A9">
      <w:pPr>
        <w:spacing w:after="0" w:line="240" w:lineRule="auto"/>
        <w:rPr>
          <w:rFonts w:ascii="Arial" w:hAnsi="Arial" w:cs="Arial"/>
        </w:rPr>
      </w:pPr>
      <w:r w:rsidRPr="00B760A9">
        <w:rPr>
          <w:rFonts w:ascii="Arial" w:hAnsi="Arial" w:cs="Arial"/>
        </w:rPr>
        <w:t>• Other: _______________________</w:t>
      </w:r>
    </w:p>
    <w:p w14:paraId="46AEDA81" w14:textId="77777777" w:rsidR="003976D8" w:rsidRPr="00B760A9" w:rsidRDefault="003976D8" w:rsidP="00B760A9">
      <w:pPr>
        <w:spacing w:after="0" w:line="240" w:lineRule="auto"/>
        <w:rPr>
          <w:rFonts w:ascii="Arial" w:hAnsi="Arial" w:cs="Arial"/>
        </w:rPr>
      </w:pPr>
    </w:p>
    <w:p w14:paraId="3D015803" w14:textId="77777777" w:rsidR="003976D8" w:rsidRPr="00B760A9" w:rsidRDefault="00000000" w:rsidP="00B760A9">
      <w:pPr>
        <w:spacing w:after="0" w:line="240" w:lineRule="auto"/>
        <w:rPr>
          <w:rFonts w:ascii="Arial" w:hAnsi="Arial" w:cs="Arial"/>
        </w:rPr>
      </w:pPr>
      <w:r w:rsidRPr="00B760A9">
        <w:rPr>
          <w:rFonts w:ascii="Arial" w:hAnsi="Arial" w:cs="Arial"/>
        </w:rPr>
        <w:t>Answer the following questions only if you have a chronic disease:</w:t>
      </w:r>
    </w:p>
    <w:p w14:paraId="779A3A10" w14:textId="77777777" w:rsidR="003976D8" w:rsidRPr="00B760A9" w:rsidRDefault="003976D8" w:rsidP="00B760A9">
      <w:pPr>
        <w:spacing w:after="0" w:line="240" w:lineRule="auto"/>
        <w:rPr>
          <w:rFonts w:ascii="Arial" w:hAnsi="Arial" w:cs="Arial"/>
        </w:rPr>
      </w:pPr>
    </w:p>
    <w:p w14:paraId="72B262E2" w14:textId="77777777" w:rsidR="003976D8" w:rsidRPr="00B760A9" w:rsidRDefault="00000000" w:rsidP="00B760A9">
      <w:pPr>
        <w:spacing w:after="0" w:line="240" w:lineRule="auto"/>
        <w:rPr>
          <w:rFonts w:ascii="Arial" w:hAnsi="Arial" w:cs="Arial"/>
        </w:rPr>
      </w:pPr>
      <w:r w:rsidRPr="00B760A9">
        <w:rPr>
          <w:rFonts w:ascii="Arial" w:hAnsi="Arial" w:cs="Arial"/>
        </w:rPr>
        <w:t>How would you rate your overall health right now?</w:t>
      </w:r>
    </w:p>
    <w:p w14:paraId="408867AC" w14:textId="77777777" w:rsidR="003976D8" w:rsidRPr="00B760A9" w:rsidRDefault="00000000" w:rsidP="00B760A9">
      <w:pPr>
        <w:spacing w:after="0" w:line="240" w:lineRule="auto"/>
        <w:rPr>
          <w:rFonts w:ascii="Arial" w:hAnsi="Arial" w:cs="Arial"/>
        </w:rPr>
      </w:pPr>
      <w:r w:rsidRPr="00B760A9">
        <w:rPr>
          <w:rFonts w:ascii="Arial" w:hAnsi="Arial" w:cs="Arial"/>
        </w:rPr>
        <w:t>(0 = worst possible, 100 = best possible)</w:t>
      </w:r>
    </w:p>
    <w:p w14:paraId="4BFDF6CB" w14:textId="77777777" w:rsidR="003976D8" w:rsidRPr="00B760A9" w:rsidRDefault="00000000" w:rsidP="00B760A9">
      <w:pPr>
        <w:spacing w:after="0" w:line="240" w:lineRule="auto"/>
        <w:rPr>
          <w:rFonts w:ascii="Arial" w:hAnsi="Arial" w:cs="Arial"/>
        </w:rPr>
      </w:pPr>
      <w:r w:rsidRPr="00B760A9">
        <w:rPr>
          <w:rFonts w:ascii="Arial" w:hAnsi="Arial" w:cs="Arial"/>
        </w:rPr>
        <w:t>__________</w:t>
      </w:r>
    </w:p>
    <w:p w14:paraId="68F1A442" w14:textId="77777777" w:rsidR="003976D8" w:rsidRPr="00B760A9" w:rsidRDefault="003976D8" w:rsidP="00B760A9">
      <w:pPr>
        <w:spacing w:after="0" w:line="240" w:lineRule="auto"/>
        <w:rPr>
          <w:rFonts w:ascii="Arial" w:hAnsi="Arial" w:cs="Arial"/>
        </w:rPr>
      </w:pPr>
    </w:p>
    <w:p w14:paraId="19376201" w14:textId="77777777" w:rsidR="003976D8" w:rsidRPr="00B760A9" w:rsidRDefault="00000000" w:rsidP="00B760A9">
      <w:pPr>
        <w:spacing w:after="0" w:line="240" w:lineRule="auto"/>
        <w:rPr>
          <w:rFonts w:ascii="Arial" w:hAnsi="Arial" w:cs="Arial"/>
        </w:rPr>
      </w:pPr>
      <w:r w:rsidRPr="00B760A9">
        <w:rPr>
          <w:rFonts w:ascii="Arial" w:hAnsi="Arial" w:cs="Arial"/>
        </w:rPr>
        <w:t>How has your health and your experience with primary care been during the COVID</w:t>
      </w:r>
      <w:r w:rsidRPr="00B760A9">
        <w:rPr>
          <w:rFonts w:ascii="Cambria Math" w:hAnsi="Cambria Math" w:cs="Cambria Math"/>
        </w:rPr>
        <w:t>‑</w:t>
      </w:r>
      <w:r w:rsidRPr="00B760A9">
        <w:rPr>
          <w:rFonts w:ascii="Arial" w:hAnsi="Arial" w:cs="Arial"/>
        </w:rPr>
        <w:t>19 pandemic?</w:t>
      </w:r>
    </w:p>
    <w:p w14:paraId="7CB774A9" w14:textId="77777777" w:rsidR="003976D8" w:rsidRPr="00B760A9" w:rsidRDefault="00000000" w:rsidP="00B760A9">
      <w:pPr>
        <w:spacing w:after="0" w:line="240" w:lineRule="auto"/>
        <w:rPr>
          <w:rFonts w:ascii="Arial" w:hAnsi="Arial" w:cs="Arial"/>
        </w:rPr>
      </w:pPr>
      <w:r w:rsidRPr="00B760A9">
        <w:rPr>
          <w:rFonts w:ascii="Arial" w:hAnsi="Arial" w:cs="Arial"/>
        </w:rPr>
        <w:t>(Select one per row.)</w:t>
      </w:r>
    </w:p>
    <w:p w14:paraId="25036F5B" w14:textId="77777777" w:rsidR="003976D8" w:rsidRDefault="003976D8" w:rsidP="00B760A9">
      <w:pPr>
        <w:spacing w:after="0" w:line="240" w:lineRule="auto"/>
        <w:rPr>
          <w:rFonts w:ascii="Arial" w:hAnsi="Arial" w:cs="Arial"/>
        </w:rPr>
      </w:pPr>
    </w:p>
    <w:tbl>
      <w:tblPr>
        <w:tblStyle w:val="TaulukkoRuudukko"/>
        <w:tblW w:w="0" w:type="auto"/>
        <w:tblLook w:val="04A0" w:firstRow="1" w:lastRow="0" w:firstColumn="1" w:lastColumn="0" w:noHBand="0" w:noVBand="1"/>
      </w:tblPr>
      <w:tblGrid>
        <w:gridCol w:w="1502"/>
        <w:gridCol w:w="1318"/>
        <w:gridCol w:w="859"/>
        <w:gridCol w:w="859"/>
        <w:gridCol w:w="1056"/>
        <w:gridCol w:w="859"/>
        <w:gridCol w:w="860"/>
        <w:gridCol w:w="1317"/>
      </w:tblGrid>
      <w:tr w:rsidR="00B760A9" w14:paraId="259C5060" w14:textId="77777777" w:rsidTr="00B760A9">
        <w:tc>
          <w:tcPr>
            <w:tcW w:w="1106" w:type="dxa"/>
          </w:tcPr>
          <w:p w14:paraId="3E30BA06" w14:textId="77777777" w:rsidR="00B760A9" w:rsidRDefault="00B760A9" w:rsidP="00B760A9">
            <w:pPr>
              <w:rPr>
                <w:rFonts w:ascii="Arial" w:hAnsi="Arial" w:cs="Arial"/>
              </w:rPr>
            </w:pPr>
          </w:p>
        </w:tc>
        <w:tc>
          <w:tcPr>
            <w:tcW w:w="1106" w:type="dxa"/>
          </w:tcPr>
          <w:p w14:paraId="4034D7BD" w14:textId="77777777" w:rsidR="00B760A9" w:rsidRDefault="00B760A9" w:rsidP="00B760A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  <w:p w14:paraId="4C3799EC" w14:textId="69F49542" w:rsidR="00B760A9" w:rsidRPr="00B760A9" w:rsidRDefault="00B760A9" w:rsidP="00B760A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</w:t>
            </w:r>
            <w:r w:rsidRPr="00B760A9">
              <w:rPr>
                <w:rFonts w:ascii="Arial" w:hAnsi="Arial" w:cs="Arial"/>
              </w:rPr>
              <w:t>ompletely agree</w:t>
            </w:r>
          </w:p>
        </w:tc>
        <w:tc>
          <w:tcPr>
            <w:tcW w:w="1107" w:type="dxa"/>
          </w:tcPr>
          <w:p w14:paraId="6E5D60A1" w14:textId="0B8BD7CC" w:rsidR="00B760A9" w:rsidRDefault="00B760A9" w:rsidP="00B760A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1107" w:type="dxa"/>
          </w:tcPr>
          <w:p w14:paraId="0F50E246" w14:textId="0EE257D3" w:rsidR="00B760A9" w:rsidRDefault="00B760A9" w:rsidP="00B760A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1107" w:type="dxa"/>
          </w:tcPr>
          <w:p w14:paraId="3D082506" w14:textId="77777777" w:rsidR="00B760A9" w:rsidRDefault="00B760A9" w:rsidP="00B760A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  <w:p w14:paraId="2D054C8E" w14:textId="4A5AC174" w:rsidR="00B760A9" w:rsidRDefault="00B760A9" w:rsidP="00B760A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Neither agree nor </w:t>
            </w:r>
            <w:proofErr w:type="spellStart"/>
            <w:r>
              <w:rPr>
                <w:rFonts w:ascii="Arial" w:hAnsi="Arial" w:cs="Arial"/>
              </w:rPr>
              <w:t>diagree</w:t>
            </w:r>
            <w:proofErr w:type="spellEnd"/>
          </w:p>
        </w:tc>
        <w:tc>
          <w:tcPr>
            <w:tcW w:w="1107" w:type="dxa"/>
          </w:tcPr>
          <w:p w14:paraId="3F56B51C" w14:textId="670EECE6" w:rsidR="00B760A9" w:rsidRDefault="00B760A9" w:rsidP="00B760A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1108" w:type="dxa"/>
          </w:tcPr>
          <w:p w14:paraId="7C6EBE9F" w14:textId="42A33149" w:rsidR="00B760A9" w:rsidRDefault="00B760A9" w:rsidP="00B760A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</w:p>
        </w:tc>
        <w:tc>
          <w:tcPr>
            <w:tcW w:w="1108" w:type="dxa"/>
          </w:tcPr>
          <w:p w14:paraId="77DC77B2" w14:textId="77777777" w:rsidR="00B760A9" w:rsidRDefault="00B760A9" w:rsidP="00B760A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</w:p>
          <w:p w14:paraId="3F93D698" w14:textId="3D1C24C1" w:rsidR="00B760A9" w:rsidRDefault="00B760A9" w:rsidP="00B760A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Completely disagree</w:t>
            </w:r>
          </w:p>
        </w:tc>
      </w:tr>
      <w:tr w:rsidR="00B760A9" w14:paraId="725DD126" w14:textId="77777777" w:rsidTr="00B760A9">
        <w:tc>
          <w:tcPr>
            <w:tcW w:w="1106" w:type="dxa"/>
          </w:tcPr>
          <w:p w14:paraId="78C42D77" w14:textId="3F182E30" w:rsidR="00B760A9" w:rsidRDefault="00B760A9" w:rsidP="00B760A9">
            <w:pPr>
              <w:rPr>
                <w:rFonts w:ascii="Arial" w:hAnsi="Arial" w:cs="Arial"/>
              </w:rPr>
            </w:pPr>
            <w:r w:rsidRPr="001E5A00">
              <w:rPr>
                <w:rFonts w:ascii="Arial" w:hAnsi="Arial" w:cs="Arial"/>
              </w:rPr>
              <w:t>My chronic disease has been well controlled.</w:t>
            </w:r>
          </w:p>
        </w:tc>
        <w:tc>
          <w:tcPr>
            <w:tcW w:w="1106" w:type="dxa"/>
          </w:tcPr>
          <w:p w14:paraId="2E6CF513" w14:textId="77777777" w:rsidR="00B760A9" w:rsidRDefault="00B760A9" w:rsidP="00B760A9">
            <w:pPr>
              <w:rPr>
                <w:rFonts w:ascii="Arial" w:hAnsi="Arial" w:cs="Arial"/>
              </w:rPr>
            </w:pPr>
          </w:p>
        </w:tc>
        <w:tc>
          <w:tcPr>
            <w:tcW w:w="1107" w:type="dxa"/>
          </w:tcPr>
          <w:p w14:paraId="19113015" w14:textId="0C18CC94" w:rsidR="00B760A9" w:rsidRDefault="00B760A9" w:rsidP="00B760A9">
            <w:pPr>
              <w:rPr>
                <w:rFonts w:ascii="Arial" w:hAnsi="Arial" w:cs="Arial"/>
              </w:rPr>
            </w:pPr>
          </w:p>
        </w:tc>
        <w:tc>
          <w:tcPr>
            <w:tcW w:w="1107" w:type="dxa"/>
          </w:tcPr>
          <w:p w14:paraId="436E673A" w14:textId="77777777" w:rsidR="00B760A9" w:rsidRDefault="00B760A9" w:rsidP="00B760A9">
            <w:pPr>
              <w:rPr>
                <w:rFonts w:ascii="Arial" w:hAnsi="Arial" w:cs="Arial"/>
              </w:rPr>
            </w:pPr>
          </w:p>
        </w:tc>
        <w:tc>
          <w:tcPr>
            <w:tcW w:w="1107" w:type="dxa"/>
          </w:tcPr>
          <w:p w14:paraId="7D7AEE7D" w14:textId="77777777" w:rsidR="00B760A9" w:rsidRDefault="00B760A9" w:rsidP="00B760A9">
            <w:pPr>
              <w:rPr>
                <w:rFonts w:ascii="Arial" w:hAnsi="Arial" w:cs="Arial"/>
              </w:rPr>
            </w:pPr>
          </w:p>
        </w:tc>
        <w:tc>
          <w:tcPr>
            <w:tcW w:w="1107" w:type="dxa"/>
          </w:tcPr>
          <w:p w14:paraId="701C2A1E" w14:textId="77777777" w:rsidR="00B760A9" w:rsidRDefault="00B760A9" w:rsidP="00B760A9">
            <w:pPr>
              <w:rPr>
                <w:rFonts w:ascii="Arial" w:hAnsi="Arial" w:cs="Arial"/>
              </w:rPr>
            </w:pPr>
          </w:p>
        </w:tc>
        <w:tc>
          <w:tcPr>
            <w:tcW w:w="1108" w:type="dxa"/>
          </w:tcPr>
          <w:p w14:paraId="0388B2B8" w14:textId="77777777" w:rsidR="00B760A9" w:rsidRDefault="00B760A9" w:rsidP="00B760A9">
            <w:pPr>
              <w:rPr>
                <w:rFonts w:ascii="Arial" w:hAnsi="Arial" w:cs="Arial"/>
              </w:rPr>
            </w:pPr>
          </w:p>
        </w:tc>
        <w:tc>
          <w:tcPr>
            <w:tcW w:w="1108" w:type="dxa"/>
          </w:tcPr>
          <w:p w14:paraId="2E3CED06" w14:textId="77777777" w:rsidR="00B760A9" w:rsidRDefault="00B760A9" w:rsidP="00B760A9">
            <w:pPr>
              <w:rPr>
                <w:rFonts w:ascii="Arial" w:hAnsi="Arial" w:cs="Arial"/>
              </w:rPr>
            </w:pPr>
          </w:p>
        </w:tc>
      </w:tr>
      <w:tr w:rsidR="00B760A9" w14:paraId="14E3F7F4" w14:textId="77777777" w:rsidTr="00B760A9">
        <w:tc>
          <w:tcPr>
            <w:tcW w:w="1106" w:type="dxa"/>
          </w:tcPr>
          <w:p w14:paraId="142D9412" w14:textId="1DB0C374" w:rsidR="00B760A9" w:rsidRDefault="00B760A9" w:rsidP="00B760A9">
            <w:pPr>
              <w:rPr>
                <w:rFonts w:ascii="Arial" w:hAnsi="Arial" w:cs="Arial"/>
              </w:rPr>
            </w:pPr>
            <w:r w:rsidRPr="001E5A00">
              <w:rPr>
                <w:rFonts w:ascii="Arial" w:hAnsi="Arial" w:cs="Arial"/>
              </w:rPr>
              <w:t>I have been able to contact primary care.</w:t>
            </w:r>
          </w:p>
        </w:tc>
        <w:tc>
          <w:tcPr>
            <w:tcW w:w="1106" w:type="dxa"/>
          </w:tcPr>
          <w:p w14:paraId="73A51278" w14:textId="77777777" w:rsidR="00B760A9" w:rsidRDefault="00B760A9" w:rsidP="00B760A9">
            <w:pPr>
              <w:rPr>
                <w:rFonts w:ascii="Arial" w:hAnsi="Arial" w:cs="Arial"/>
              </w:rPr>
            </w:pPr>
          </w:p>
        </w:tc>
        <w:tc>
          <w:tcPr>
            <w:tcW w:w="1107" w:type="dxa"/>
          </w:tcPr>
          <w:p w14:paraId="3396345B" w14:textId="2502B34B" w:rsidR="00B760A9" w:rsidRDefault="00B760A9" w:rsidP="00B760A9">
            <w:pPr>
              <w:rPr>
                <w:rFonts w:ascii="Arial" w:hAnsi="Arial" w:cs="Arial"/>
              </w:rPr>
            </w:pPr>
          </w:p>
        </w:tc>
        <w:tc>
          <w:tcPr>
            <w:tcW w:w="1107" w:type="dxa"/>
          </w:tcPr>
          <w:p w14:paraId="24635B48" w14:textId="77777777" w:rsidR="00B760A9" w:rsidRDefault="00B760A9" w:rsidP="00B760A9">
            <w:pPr>
              <w:rPr>
                <w:rFonts w:ascii="Arial" w:hAnsi="Arial" w:cs="Arial"/>
              </w:rPr>
            </w:pPr>
          </w:p>
        </w:tc>
        <w:tc>
          <w:tcPr>
            <w:tcW w:w="1107" w:type="dxa"/>
          </w:tcPr>
          <w:p w14:paraId="12B192EE" w14:textId="77777777" w:rsidR="00B760A9" w:rsidRDefault="00B760A9" w:rsidP="00B760A9">
            <w:pPr>
              <w:rPr>
                <w:rFonts w:ascii="Arial" w:hAnsi="Arial" w:cs="Arial"/>
              </w:rPr>
            </w:pPr>
          </w:p>
        </w:tc>
        <w:tc>
          <w:tcPr>
            <w:tcW w:w="1107" w:type="dxa"/>
          </w:tcPr>
          <w:p w14:paraId="415E69A9" w14:textId="77777777" w:rsidR="00B760A9" w:rsidRDefault="00B760A9" w:rsidP="00B760A9">
            <w:pPr>
              <w:rPr>
                <w:rFonts w:ascii="Arial" w:hAnsi="Arial" w:cs="Arial"/>
              </w:rPr>
            </w:pPr>
          </w:p>
        </w:tc>
        <w:tc>
          <w:tcPr>
            <w:tcW w:w="1108" w:type="dxa"/>
          </w:tcPr>
          <w:p w14:paraId="5E0850E2" w14:textId="77777777" w:rsidR="00B760A9" w:rsidRDefault="00B760A9" w:rsidP="00B760A9">
            <w:pPr>
              <w:rPr>
                <w:rFonts w:ascii="Arial" w:hAnsi="Arial" w:cs="Arial"/>
              </w:rPr>
            </w:pPr>
          </w:p>
        </w:tc>
        <w:tc>
          <w:tcPr>
            <w:tcW w:w="1108" w:type="dxa"/>
          </w:tcPr>
          <w:p w14:paraId="0013DBCD" w14:textId="77777777" w:rsidR="00B760A9" w:rsidRDefault="00B760A9" w:rsidP="00B760A9">
            <w:pPr>
              <w:rPr>
                <w:rFonts w:ascii="Arial" w:hAnsi="Arial" w:cs="Arial"/>
              </w:rPr>
            </w:pPr>
          </w:p>
        </w:tc>
      </w:tr>
      <w:tr w:rsidR="00B760A9" w14:paraId="29B689CB" w14:textId="77777777" w:rsidTr="00B760A9">
        <w:tc>
          <w:tcPr>
            <w:tcW w:w="1106" w:type="dxa"/>
          </w:tcPr>
          <w:p w14:paraId="08AC1321" w14:textId="2146EEB7" w:rsidR="00B760A9" w:rsidRDefault="00B760A9" w:rsidP="00B760A9">
            <w:pPr>
              <w:rPr>
                <w:rFonts w:ascii="Arial" w:hAnsi="Arial" w:cs="Arial"/>
              </w:rPr>
            </w:pPr>
            <w:r w:rsidRPr="001E5A00">
              <w:rPr>
                <w:rFonts w:ascii="Arial" w:hAnsi="Arial" w:cs="Arial"/>
              </w:rPr>
              <w:t>I have received the support I need.</w:t>
            </w:r>
          </w:p>
        </w:tc>
        <w:tc>
          <w:tcPr>
            <w:tcW w:w="1106" w:type="dxa"/>
          </w:tcPr>
          <w:p w14:paraId="25774D2C" w14:textId="77777777" w:rsidR="00B760A9" w:rsidRDefault="00B760A9" w:rsidP="00B760A9">
            <w:pPr>
              <w:rPr>
                <w:rFonts w:ascii="Arial" w:hAnsi="Arial" w:cs="Arial"/>
              </w:rPr>
            </w:pPr>
          </w:p>
        </w:tc>
        <w:tc>
          <w:tcPr>
            <w:tcW w:w="1107" w:type="dxa"/>
          </w:tcPr>
          <w:p w14:paraId="4C667EB2" w14:textId="1EC277B6" w:rsidR="00B760A9" w:rsidRDefault="00B760A9" w:rsidP="00B760A9">
            <w:pPr>
              <w:rPr>
                <w:rFonts w:ascii="Arial" w:hAnsi="Arial" w:cs="Arial"/>
              </w:rPr>
            </w:pPr>
          </w:p>
        </w:tc>
        <w:tc>
          <w:tcPr>
            <w:tcW w:w="1107" w:type="dxa"/>
          </w:tcPr>
          <w:p w14:paraId="131752AB" w14:textId="77777777" w:rsidR="00B760A9" w:rsidRDefault="00B760A9" w:rsidP="00B760A9">
            <w:pPr>
              <w:rPr>
                <w:rFonts w:ascii="Arial" w:hAnsi="Arial" w:cs="Arial"/>
              </w:rPr>
            </w:pPr>
          </w:p>
        </w:tc>
        <w:tc>
          <w:tcPr>
            <w:tcW w:w="1107" w:type="dxa"/>
          </w:tcPr>
          <w:p w14:paraId="00CB2FE2" w14:textId="77777777" w:rsidR="00B760A9" w:rsidRDefault="00B760A9" w:rsidP="00B760A9">
            <w:pPr>
              <w:rPr>
                <w:rFonts w:ascii="Arial" w:hAnsi="Arial" w:cs="Arial"/>
              </w:rPr>
            </w:pPr>
          </w:p>
        </w:tc>
        <w:tc>
          <w:tcPr>
            <w:tcW w:w="1107" w:type="dxa"/>
          </w:tcPr>
          <w:p w14:paraId="0DF8A8B4" w14:textId="77777777" w:rsidR="00B760A9" w:rsidRDefault="00B760A9" w:rsidP="00B760A9">
            <w:pPr>
              <w:rPr>
                <w:rFonts w:ascii="Arial" w:hAnsi="Arial" w:cs="Arial"/>
              </w:rPr>
            </w:pPr>
          </w:p>
        </w:tc>
        <w:tc>
          <w:tcPr>
            <w:tcW w:w="1108" w:type="dxa"/>
          </w:tcPr>
          <w:p w14:paraId="176CAC54" w14:textId="77777777" w:rsidR="00B760A9" w:rsidRDefault="00B760A9" w:rsidP="00B760A9">
            <w:pPr>
              <w:rPr>
                <w:rFonts w:ascii="Arial" w:hAnsi="Arial" w:cs="Arial"/>
              </w:rPr>
            </w:pPr>
          </w:p>
        </w:tc>
        <w:tc>
          <w:tcPr>
            <w:tcW w:w="1108" w:type="dxa"/>
          </w:tcPr>
          <w:p w14:paraId="3F1BD491" w14:textId="77777777" w:rsidR="00B760A9" w:rsidRDefault="00B760A9" w:rsidP="00B760A9">
            <w:pPr>
              <w:rPr>
                <w:rFonts w:ascii="Arial" w:hAnsi="Arial" w:cs="Arial"/>
              </w:rPr>
            </w:pPr>
          </w:p>
        </w:tc>
      </w:tr>
      <w:tr w:rsidR="00B760A9" w14:paraId="6EAD82A0" w14:textId="77777777" w:rsidTr="00B760A9">
        <w:tc>
          <w:tcPr>
            <w:tcW w:w="1106" w:type="dxa"/>
          </w:tcPr>
          <w:p w14:paraId="5AD0FB13" w14:textId="3BF85DB3" w:rsidR="00B760A9" w:rsidRDefault="00B760A9" w:rsidP="00B760A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My c</w:t>
            </w:r>
            <w:r w:rsidRPr="001E5A00">
              <w:rPr>
                <w:rFonts w:ascii="Arial" w:hAnsi="Arial" w:cs="Arial"/>
              </w:rPr>
              <w:t>ontacts with primary care have been helpful.</w:t>
            </w:r>
          </w:p>
        </w:tc>
        <w:tc>
          <w:tcPr>
            <w:tcW w:w="1106" w:type="dxa"/>
          </w:tcPr>
          <w:p w14:paraId="41E0BC5B" w14:textId="77777777" w:rsidR="00B760A9" w:rsidRDefault="00B760A9" w:rsidP="00B760A9">
            <w:pPr>
              <w:rPr>
                <w:rFonts w:ascii="Arial" w:hAnsi="Arial" w:cs="Arial"/>
              </w:rPr>
            </w:pPr>
          </w:p>
        </w:tc>
        <w:tc>
          <w:tcPr>
            <w:tcW w:w="1107" w:type="dxa"/>
          </w:tcPr>
          <w:p w14:paraId="1E3CE8F0" w14:textId="6CD85278" w:rsidR="00B760A9" w:rsidRDefault="00B760A9" w:rsidP="00B760A9">
            <w:pPr>
              <w:rPr>
                <w:rFonts w:ascii="Arial" w:hAnsi="Arial" w:cs="Arial"/>
              </w:rPr>
            </w:pPr>
          </w:p>
        </w:tc>
        <w:tc>
          <w:tcPr>
            <w:tcW w:w="1107" w:type="dxa"/>
          </w:tcPr>
          <w:p w14:paraId="21C0FB48" w14:textId="77777777" w:rsidR="00B760A9" w:rsidRDefault="00B760A9" w:rsidP="00B760A9">
            <w:pPr>
              <w:rPr>
                <w:rFonts w:ascii="Arial" w:hAnsi="Arial" w:cs="Arial"/>
              </w:rPr>
            </w:pPr>
          </w:p>
        </w:tc>
        <w:tc>
          <w:tcPr>
            <w:tcW w:w="1107" w:type="dxa"/>
          </w:tcPr>
          <w:p w14:paraId="0374C690" w14:textId="77777777" w:rsidR="00B760A9" w:rsidRDefault="00B760A9" w:rsidP="00B760A9">
            <w:pPr>
              <w:rPr>
                <w:rFonts w:ascii="Arial" w:hAnsi="Arial" w:cs="Arial"/>
              </w:rPr>
            </w:pPr>
          </w:p>
        </w:tc>
        <w:tc>
          <w:tcPr>
            <w:tcW w:w="1107" w:type="dxa"/>
          </w:tcPr>
          <w:p w14:paraId="31F227C7" w14:textId="77777777" w:rsidR="00B760A9" w:rsidRDefault="00B760A9" w:rsidP="00B760A9">
            <w:pPr>
              <w:rPr>
                <w:rFonts w:ascii="Arial" w:hAnsi="Arial" w:cs="Arial"/>
              </w:rPr>
            </w:pPr>
          </w:p>
        </w:tc>
        <w:tc>
          <w:tcPr>
            <w:tcW w:w="1108" w:type="dxa"/>
          </w:tcPr>
          <w:p w14:paraId="31ECD03D" w14:textId="77777777" w:rsidR="00B760A9" w:rsidRDefault="00B760A9" w:rsidP="00B760A9">
            <w:pPr>
              <w:rPr>
                <w:rFonts w:ascii="Arial" w:hAnsi="Arial" w:cs="Arial"/>
              </w:rPr>
            </w:pPr>
          </w:p>
        </w:tc>
        <w:tc>
          <w:tcPr>
            <w:tcW w:w="1108" w:type="dxa"/>
          </w:tcPr>
          <w:p w14:paraId="64FD90EB" w14:textId="77777777" w:rsidR="00B760A9" w:rsidRDefault="00B760A9" w:rsidP="00B760A9">
            <w:pPr>
              <w:rPr>
                <w:rFonts w:ascii="Arial" w:hAnsi="Arial" w:cs="Arial"/>
              </w:rPr>
            </w:pPr>
          </w:p>
        </w:tc>
      </w:tr>
      <w:tr w:rsidR="00B760A9" w14:paraId="27FA7FF5" w14:textId="77777777" w:rsidTr="00B760A9">
        <w:tc>
          <w:tcPr>
            <w:tcW w:w="1106" w:type="dxa"/>
          </w:tcPr>
          <w:p w14:paraId="11792C9D" w14:textId="02CA8FDF" w:rsidR="00B760A9" w:rsidRDefault="00B760A9" w:rsidP="00B760A9">
            <w:pPr>
              <w:rPr>
                <w:rFonts w:ascii="Arial" w:hAnsi="Arial" w:cs="Arial"/>
              </w:rPr>
            </w:pPr>
            <w:r w:rsidRPr="001E5A00">
              <w:rPr>
                <w:rFonts w:ascii="Arial" w:hAnsi="Arial" w:cs="Arial"/>
              </w:rPr>
              <w:t>The COVID</w:t>
            </w:r>
            <w:r w:rsidRPr="001E5A00">
              <w:rPr>
                <w:rFonts w:ascii="Cambria Math" w:hAnsi="Cambria Math" w:cs="Cambria Math"/>
              </w:rPr>
              <w:t>‑</w:t>
            </w:r>
            <w:r w:rsidRPr="001E5A00">
              <w:rPr>
                <w:rFonts w:ascii="Arial" w:hAnsi="Arial" w:cs="Arial"/>
              </w:rPr>
              <w:t>19 pandemic has negatively affected the management of my chronic disease.</w:t>
            </w:r>
          </w:p>
        </w:tc>
        <w:tc>
          <w:tcPr>
            <w:tcW w:w="1106" w:type="dxa"/>
          </w:tcPr>
          <w:p w14:paraId="49E637B1" w14:textId="77777777" w:rsidR="00B760A9" w:rsidRDefault="00B760A9" w:rsidP="00B760A9">
            <w:pPr>
              <w:rPr>
                <w:rFonts w:ascii="Arial" w:hAnsi="Arial" w:cs="Arial"/>
              </w:rPr>
            </w:pPr>
          </w:p>
        </w:tc>
        <w:tc>
          <w:tcPr>
            <w:tcW w:w="1107" w:type="dxa"/>
          </w:tcPr>
          <w:p w14:paraId="70B13981" w14:textId="65A6C526" w:rsidR="00B760A9" w:rsidRDefault="00B760A9" w:rsidP="00B760A9">
            <w:pPr>
              <w:rPr>
                <w:rFonts w:ascii="Arial" w:hAnsi="Arial" w:cs="Arial"/>
              </w:rPr>
            </w:pPr>
          </w:p>
        </w:tc>
        <w:tc>
          <w:tcPr>
            <w:tcW w:w="1107" w:type="dxa"/>
          </w:tcPr>
          <w:p w14:paraId="59F80C16" w14:textId="77777777" w:rsidR="00B760A9" w:rsidRDefault="00B760A9" w:rsidP="00B760A9">
            <w:pPr>
              <w:rPr>
                <w:rFonts w:ascii="Arial" w:hAnsi="Arial" w:cs="Arial"/>
              </w:rPr>
            </w:pPr>
          </w:p>
        </w:tc>
        <w:tc>
          <w:tcPr>
            <w:tcW w:w="1107" w:type="dxa"/>
          </w:tcPr>
          <w:p w14:paraId="1BF49C82" w14:textId="77777777" w:rsidR="00B760A9" w:rsidRDefault="00B760A9" w:rsidP="00B760A9">
            <w:pPr>
              <w:rPr>
                <w:rFonts w:ascii="Arial" w:hAnsi="Arial" w:cs="Arial"/>
              </w:rPr>
            </w:pPr>
          </w:p>
        </w:tc>
        <w:tc>
          <w:tcPr>
            <w:tcW w:w="1107" w:type="dxa"/>
          </w:tcPr>
          <w:p w14:paraId="1224EC04" w14:textId="77777777" w:rsidR="00B760A9" w:rsidRDefault="00B760A9" w:rsidP="00B760A9">
            <w:pPr>
              <w:rPr>
                <w:rFonts w:ascii="Arial" w:hAnsi="Arial" w:cs="Arial"/>
              </w:rPr>
            </w:pPr>
          </w:p>
        </w:tc>
        <w:tc>
          <w:tcPr>
            <w:tcW w:w="1108" w:type="dxa"/>
          </w:tcPr>
          <w:p w14:paraId="2D7EFF31" w14:textId="77777777" w:rsidR="00B760A9" w:rsidRDefault="00B760A9" w:rsidP="00B760A9">
            <w:pPr>
              <w:rPr>
                <w:rFonts w:ascii="Arial" w:hAnsi="Arial" w:cs="Arial"/>
              </w:rPr>
            </w:pPr>
          </w:p>
        </w:tc>
        <w:tc>
          <w:tcPr>
            <w:tcW w:w="1108" w:type="dxa"/>
          </w:tcPr>
          <w:p w14:paraId="7C10B4F1" w14:textId="77777777" w:rsidR="00B760A9" w:rsidRDefault="00B760A9" w:rsidP="00B760A9">
            <w:pPr>
              <w:rPr>
                <w:rFonts w:ascii="Arial" w:hAnsi="Arial" w:cs="Arial"/>
              </w:rPr>
            </w:pPr>
          </w:p>
        </w:tc>
      </w:tr>
    </w:tbl>
    <w:p w14:paraId="5FA65ACB" w14:textId="77777777" w:rsidR="00B760A9" w:rsidRPr="00B760A9" w:rsidRDefault="00B760A9" w:rsidP="00B760A9">
      <w:pPr>
        <w:spacing w:after="0" w:line="240" w:lineRule="auto"/>
        <w:rPr>
          <w:rFonts w:ascii="Arial" w:hAnsi="Arial" w:cs="Arial"/>
        </w:rPr>
      </w:pPr>
    </w:p>
    <w:p w14:paraId="0E4EB82E" w14:textId="77777777" w:rsidR="003976D8" w:rsidRPr="00B760A9" w:rsidRDefault="003976D8" w:rsidP="00B760A9">
      <w:pPr>
        <w:spacing w:after="0" w:line="240" w:lineRule="auto"/>
        <w:rPr>
          <w:rFonts w:ascii="Arial" w:hAnsi="Arial" w:cs="Arial"/>
        </w:rPr>
      </w:pPr>
    </w:p>
    <w:p w14:paraId="7CFC8670" w14:textId="77777777" w:rsidR="003976D8" w:rsidRPr="00B760A9" w:rsidRDefault="00000000" w:rsidP="00B760A9">
      <w:pPr>
        <w:spacing w:after="0" w:line="240" w:lineRule="auto"/>
        <w:rPr>
          <w:rFonts w:ascii="Arial" w:hAnsi="Arial" w:cs="Arial"/>
        </w:rPr>
      </w:pPr>
      <w:r w:rsidRPr="00B760A9">
        <w:rPr>
          <w:rFonts w:ascii="Arial" w:hAnsi="Arial" w:cs="Arial"/>
        </w:rPr>
        <w:t>How did this appointment affect your ability to cope with your illness?</w:t>
      </w:r>
    </w:p>
    <w:p w14:paraId="7EBE6CB2" w14:textId="77777777" w:rsidR="003976D8" w:rsidRPr="00B760A9" w:rsidRDefault="00000000" w:rsidP="00B760A9">
      <w:pPr>
        <w:spacing w:after="0" w:line="240" w:lineRule="auto"/>
        <w:rPr>
          <w:rFonts w:ascii="Arial" w:hAnsi="Arial" w:cs="Arial"/>
        </w:rPr>
      </w:pPr>
      <w:r w:rsidRPr="00B760A9">
        <w:rPr>
          <w:rFonts w:ascii="Arial" w:hAnsi="Arial" w:cs="Arial"/>
        </w:rPr>
        <w:t>After the appointment, I am able to cope:</w:t>
      </w:r>
    </w:p>
    <w:p w14:paraId="6A5CEC29" w14:textId="77777777" w:rsidR="003976D8" w:rsidRPr="00B760A9" w:rsidRDefault="00000000" w:rsidP="00B760A9">
      <w:pPr>
        <w:spacing w:after="0" w:line="240" w:lineRule="auto"/>
        <w:rPr>
          <w:rFonts w:ascii="Arial" w:hAnsi="Arial" w:cs="Arial"/>
        </w:rPr>
      </w:pPr>
      <w:r w:rsidRPr="00B760A9">
        <w:rPr>
          <w:rFonts w:ascii="Arial" w:hAnsi="Arial" w:cs="Arial"/>
        </w:rPr>
        <w:t>• Much better</w:t>
      </w:r>
    </w:p>
    <w:p w14:paraId="09DCD8B5" w14:textId="77777777" w:rsidR="003976D8" w:rsidRPr="00B760A9" w:rsidRDefault="00000000" w:rsidP="00B760A9">
      <w:pPr>
        <w:spacing w:after="0" w:line="240" w:lineRule="auto"/>
        <w:rPr>
          <w:rFonts w:ascii="Arial" w:hAnsi="Arial" w:cs="Arial"/>
        </w:rPr>
      </w:pPr>
      <w:r w:rsidRPr="00B760A9">
        <w:rPr>
          <w:rFonts w:ascii="Arial" w:hAnsi="Arial" w:cs="Arial"/>
        </w:rPr>
        <w:t>• Better</w:t>
      </w:r>
    </w:p>
    <w:p w14:paraId="78725C3C" w14:textId="77777777" w:rsidR="003976D8" w:rsidRPr="00B760A9" w:rsidRDefault="00000000" w:rsidP="00B760A9">
      <w:pPr>
        <w:spacing w:after="0" w:line="240" w:lineRule="auto"/>
        <w:rPr>
          <w:rFonts w:ascii="Arial" w:hAnsi="Arial" w:cs="Arial"/>
        </w:rPr>
      </w:pPr>
      <w:r w:rsidRPr="00B760A9">
        <w:rPr>
          <w:rFonts w:ascii="Arial" w:hAnsi="Arial" w:cs="Arial"/>
        </w:rPr>
        <w:t>• As well as before</w:t>
      </w:r>
    </w:p>
    <w:p w14:paraId="56496ABF" w14:textId="77777777" w:rsidR="003976D8" w:rsidRPr="00B760A9" w:rsidRDefault="00000000" w:rsidP="00B760A9">
      <w:pPr>
        <w:spacing w:after="0" w:line="240" w:lineRule="auto"/>
        <w:rPr>
          <w:rFonts w:ascii="Arial" w:hAnsi="Arial" w:cs="Arial"/>
        </w:rPr>
      </w:pPr>
      <w:r w:rsidRPr="00B760A9">
        <w:rPr>
          <w:rFonts w:ascii="Arial" w:hAnsi="Arial" w:cs="Arial"/>
        </w:rPr>
        <w:t>• Worse</w:t>
      </w:r>
    </w:p>
    <w:p w14:paraId="59911274" w14:textId="77777777" w:rsidR="003976D8" w:rsidRPr="00B760A9" w:rsidRDefault="003976D8" w:rsidP="00B760A9">
      <w:pPr>
        <w:spacing w:after="0" w:line="240" w:lineRule="auto"/>
        <w:rPr>
          <w:rFonts w:ascii="Arial" w:hAnsi="Arial" w:cs="Arial"/>
        </w:rPr>
      </w:pPr>
    </w:p>
    <w:p w14:paraId="2D7DC9A7" w14:textId="77777777" w:rsidR="003976D8" w:rsidRPr="00B760A9" w:rsidRDefault="00000000" w:rsidP="00B760A9">
      <w:pPr>
        <w:spacing w:after="0" w:line="240" w:lineRule="auto"/>
        <w:rPr>
          <w:rFonts w:ascii="Arial" w:hAnsi="Arial" w:cs="Arial"/>
        </w:rPr>
      </w:pPr>
      <w:r w:rsidRPr="00B760A9">
        <w:rPr>
          <w:rFonts w:ascii="Arial" w:hAnsi="Arial" w:cs="Arial"/>
        </w:rPr>
        <w:t>Thank you for your responses!</w:t>
      </w:r>
    </w:p>
    <w:p w14:paraId="4DADD985" w14:textId="77777777" w:rsidR="003976D8" w:rsidRPr="00B760A9" w:rsidRDefault="00000000" w:rsidP="00B760A9">
      <w:pPr>
        <w:spacing w:after="0" w:line="240" w:lineRule="auto"/>
        <w:rPr>
          <w:rFonts w:ascii="Arial" w:hAnsi="Arial" w:cs="Arial"/>
        </w:rPr>
      </w:pPr>
      <w:r w:rsidRPr="00B760A9">
        <w:rPr>
          <w:rFonts w:ascii="Arial" w:hAnsi="Arial" w:cs="Arial"/>
        </w:rPr>
        <w:t>Please return the form to the research nurse or the red return box.</w:t>
      </w:r>
    </w:p>
    <w:p w14:paraId="217E9298" w14:textId="77777777" w:rsidR="003976D8" w:rsidRPr="00B760A9" w:rsidRDefault="003976D8" w:rsidP="00B760A9">
      <w:pPr>
        <w:spacing w:after="0" w:line="240" w:lineRule="auto"/>
        <w:rPr>
          <w:rFonts w:ascii="Arial" w:hAnsi="Arial" w:cs="Arial"/>
        </w:rPr>
      </w:pPr>
    </w:p>
    <w:sectPr w:rsidR="003976D8" w:rsidRPr="00B760A9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ituluettel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ituluettel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Merkittyluettel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Merkittyluettel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ituluettel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Merkittyluettel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9D06488"/>
    <w:multiLevelType w:val="hybridMultilevel"/>
    <w:tmpl w:val="C9FA0CEC"/>
    <w:lvl w:ilvl="0" w:tplc="040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69C3443"/>
    <w:multiLevelType w:val="hybridMultilevel"/>
    <w:tmpl w:val="7C868C3E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A4132AE"/>
    <w:multiLevelType w:val="hybridMultilevel"/>
    <w:tmpl w:val="A300B4BC"/>
    <w:lvl w:ilvl="0" w:tplc="B38A532E">
      <w:numFmt w:val="bullet"/>
      <w:lvlText w:val="•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55092883">
    <w:abstractNumId w:val="8"/>
  </w:num>
  <w:num w:numId="2" w16cid:durableId="1238907088">
    <w:abstractNumId w:val="6"/>
  </w:num>
  <w:num w:numId="3" w16cid:durableId="804741521">
    <w:abstractNumId w:val="5"/>
  </w:num>
  <w:num w:numId="4" w16cid:durableId="1216963032">
    <w:abstractNumId w:val="4"/>
  </w:num>
  <w:num w:numId="5" w16cid:durableId="92479938">
    <w:abstractNumId w:val="7"/>
  </w:num>
  <w:num w:numId="6" w16cid:durableId="1365474054">
    <w:abstractNumId w:val="3"/>
  </w:num>
  <w:num w:numId="7" w16cid:durableId="1807047074">
    <w:abstractNumId w:val="2"/>
  </w:num>
  <w:num w:numId="8" w16cid:durableId="2043824522">
    <w:abstractNumId w:val="1"/>
  </w:num>
  <w:num w:numId="9" w16cid:durableId="1916282213">
    <w:abstractNumId w:val="0"/>
  </w:num>
  <w:num w:numId="10" w16cid:durableId="1201355994">
    <w:abstractNumId w:val="10"/>
  </w:num>
  <w:num w:numId="11" w16cid:durableId="873545680">
    <w:abstractNumId w:val="11"/>
  </w:num>
  <w:num w:numId="12" w16cid:durableId="27748792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3976D8"/>
    <w:rsid w:val="00AA1D8D"/>
    <w:rsid w:val="00B47730"/>
    <w:rsid w:val="00B760A9"/>
    <w:rsid w:val="00CB0664"/>
    <w:rsid w:val="00E45F82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F5D60CA"/>
  <w14:defaultImageDpi w14:val="300"/>
  <w15:docId w15:val="{26DAAF64-5D50-49E2-BB67-6959CAD74D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  <w:rsid w:val="00FC693F"/>
  </w:style>
  <w:style w:type="paragraph" w:styleId="Otsikko1">
    <w:name w:val="heading 1"/>
    <w:basedOn w:val="Normaali"/>
    <w:next w:val="Normaali"/>
    <w:link w:val="Otsikko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Otsikko2">
    <w:name w:val="heading 2"/>
    <w:basedOn w:val="Normaali"/>
    <w:next w:val="Normaali"/>
    <w:link w:val="Otsikko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Otsikko3">
    <w:name w:val="heading 3"/>
    <w:basedOn w:val="Normaali"/>
    <w:next w:val="Normaali"/>
    <w:link w:val="Otsikko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Otsikko4">
    <w:name w:val="heading 4"/>
    <w:basedOn w:val="Normaali"/>
    <w:next w:val="Normaali"/>
    <w:link w:val="Otsikko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Otsikko5">
    <w:name w:val="heading 5"/>
    <w:basedOn w:val="Normaali"/>
    <w:next w:val="Normaali"/>
    <w:link w:val="Otsikko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Otsikko6">
    <w:name w:val="heading 6"/>
    <w:basedOn w:val="Normaali"/>
    <w:next w:val="Normaali"/>
    <w:link w:val="Otsikko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Otsikko7">
    <w:name w:val="heading 7"/>
    <w:basedOn w:val="Normaali"/>
    <w:next w:val="Normaali"/>
    <w:link w:val="Otsikko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Otsikko8">
    <w:name w:val="heading 8"/>
    <w:basedOn w:val="Normaali"/>
    <w:next w:val="Normaali"/>
    <w:link w:val="Otsikko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Otsikko9">
    <w:name w:val="heading 9"/>
    <w:basedOn w:val="Normaali"/>
    <w:next w:val="Normaali"/>
    <w:link w:val="Otsikko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styleId="Yltunniste">
    <w:name w:val="header"/>
    <w:basedOn w:val="Normaali"/>
    <w:link w:val="Yltunniste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YltunnisteChar">
    <w:name w:val="Ylätunniste Char"/>
    <w:basedOn w:val="Kappaleenoletusfontti"/>
    <w:link w:val="Yltunniste"/>
    <w:uiPriority w:val="99"/>
    <w:rsid w:val="00E618BF"/>
  </w:style>
  <w:style w:type="paragraph" w:styleId="Alatunniste">
    <w:name w:val="footer"/>
    <w:basedOn w:val="Normaali"/>
    <w:link w:val="Alatunniste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atunnisteChar">
    <w:name w:val="Alatunniste Char"/>
    <w:basedOn w:val="Kappaleenoletusfontti"/>
    <w:link w:val="Alatunniste"/>
    <w:uiPriority w:val="99"/>
    <w:rsid w:val="00E618BF"/>
  </w:style>
  <w:style w:type="paragraph" w:styleId="Eivli">
    <w:name w:val="No Spacing"/>
    <w:uiPriority w:val="1"/>
    <w:qFormat/>
    <w:rsid w:val="00FC693F"/>
    <w:pPr>
      <w:spacing w:after="0" w:line="240" w:lineRule="auto"/>
    </w:pPr>
  </w:style>
  <w:style w:type="character" w:customStyle="1" w:styleId="Otsikko1Char">
    <w:name w:val="Otsikko 1 Char"/>
    <w:basedOn w:val="Kappaleenoletusfontti"/>
    <w:link w:val="Otsikk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Otsikko2Char">
    <w:name w:val="Otsikko 2 Char"/>
    <w:basedOn w:val="Kappaleenoletusfontti"/>
    <w:link w:val="Otsikk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Otsikko3Char">
    <w:name w:val="Otsikko 3 Char"/>
    <w:basedOn w:val="Kappaleenoletusfontti"/>
    <w:link w:val="Otsikk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Otsikko">
    <w:name w:val="Title"/>
    <w:basedOn w:val="Normaali"/>
    <w:next w:val="Normaali"/>
    <w:link w:val="Otsikko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OtsikkoChar">
    <w:name w:val="Otsikko Char"/>
    <w:basedOn w:val="Kappaleenoletusfontti"/>
    <w:link w:val="Otsikk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aotsikko">
    <w:name w:val="Subtitle"/>
    <w:basedOn w:val="Normaali"/>
    <w:next w:val="Normaali"/>
    <w:link w:val="Alaotsikko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aotsikkoChar">
    <w:name w:val="Alaotsikko Char"/>
    <w:basedOn w:val="Kappaleenoletusfontti"/>
    <w:link w:val="Alaotsikk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uettelokappale">
    <w:name w:val="List Paragraph"/>
    <w:basedOn w:val="Normaali"/>
    <w:uiPriority w:val="34"/>
    <w:qFormat/>
    <w:rsid w:val="00FC693F"/>
    <w:pPr>
      <w:ind w:left="720"/>
      <w:contextualSpacing/>
    </w:pPr>
  </w:style>
  <w:style w:type="paragraph" w:styleId="Leipteksti">
    <w:name w:val="Body Text"/>
    <w:basedOn w:val="Normaali"/>
    <w:link w:val="LeiptekstiChar"/>
    <w:uiPriority w:val="99"/>
    <w:unhideWhenUsed/>
    <w:rsid w:val="00AA1D8D"/>
    <w:pPr>
      <w:spacing w:after="120"/>
    </w:pPr>
  </w:style>
  <w:style w:type="character" w:customStyle="1" w:styleId="LeiptekstiChar">
    <w:name w:val="Leipäteksti Char"/>
    <w:basedOn w:val="Kappaleenoletusfontti"/>
    <w:link w:val="Leipteksti"/>
    <w:uiPriority w:val="99"/>
    <w:rsid w:val="00AA1D8D"/>
  </w:style>
  <w:style w:type="paragraph" w:styleId="Leipteksti2">
    <w:name w:val="Body Text 2"/>
    <w:basedOn w:val="Normaali"/>
    <w:link w:val="Leipteksti2Char"/>
    <w:uiPriority w:val="99"/>
    <w:unhideWhenUsed/>
    <w:rsid w:val="00AA1D8D"/>
    <w:pPr>
      <w:spacing w:after="120" w:line="480" w:lineRule="auto"/>
    </w:pPr>
  </w:style>
  <w:style w:type="character" w:customStyle="1" w:styleId="Leipteksti2Char">
    <w:name w:val="Leipäteksti 2 Char"/>
    <w:basedOn w:val="Kappaleenoletusfontti"/>
    <w:link w:val="Leipteksti2"/>
    <w:uiPriority w:val="99"/>
    <w:rsid w:val="00AA1D8D"/>
  </w:style>
  <w:style w:type="paragraph" w:styleId="Leipteksti3">
    <w:name w:val="Body Text 3"/>
    <w:basedOn w:val="Normaali"/>
    <w:link w:val="Leiptekst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Leipteksti3Char">
    <w:name w:val="Leipäteksti 3 Char"/>
    <w:basedOn w:val="Kappaleenoletusfontti"/>
    <w:link w:val="Leipteksti3"/>
    <w:uiPriority w:val="99"/>
    <w:rsid w:val="00AA1D8D"/>
    <w:rPr>
      <w:sz w:val="16"/>
      <w:szCs w:val="16"/>
    </w:rPr>
  </w:style>
  <w:style w:type="paragraph" w:styleId="Luettelo">
    <w:name w:val="List"/>
    <w:basedOn w:val="Normaali"/>
    <w:uiPriority w:val="99"/>
    <w:unhideWhenUsed/>
    <w:rsid w:val="00AA1D8D"/>
    <w:pPr>
      <w:ind w:left="360" w:hanging="360"/>
      <w:contextualSpacing/>
    </w:pPr>
  </w:style>
  <w:style w:type="paragraph" w:styleId="Luettelo2">
    <w:name w:val="List 2"/>
    <w:basedOn w:val="Normaali"/>
    <w:uiPriority w:val="99"/>
    <w:unhideWhenUsed/>
    <w:rsid w:val="00326F90"/>
    <w:pPr>
      <w:ind w:left="720" w:hanging="360"/>
      <w:contextualSpacing/>
    </w:pPr>
  </w:style>
  <w:style w:type="paragraph" w:styleId="Luettelo3">
    <w:name w:val="List 3"/>
    <w:basedOn w:val="Normaali"/>
    <w:uiPriority w:val="99"/>
    <w:unhideWhenUsed/>
    <w:rsid w:val="00326F90"/>
    <w:pPr>
      <w:ind w:left="1080" w:hanging="360"/>
      <w:contextualSpacing/>
    </w:pPr>
  </w:style>
  <w:style w:type="paragraph" w:styleId="Merkittyluettelo">
    <w:name w:val="List Bullet"/>
    <w:basedOn w:val="Normaali"/>
    <w:uiPriority w:val="99"/>
    <w:unhideWhenUsed/>
    <w:rsid w:val="00326F90"/>
    <w:pPr>
      <w:numPr>
        <w:numId w:val="1"/>
      </w:numPr>
      <w:contextualSpacing/>
    </w:pPr>
  </w:style>
  <w:style w:type="paragraph" w:styleId="Merkittyluettelo2">
    <w:name w:val="List Bullet 2"/>
    <w:basedOn w:val="Normaali"/>
    <w:uiPriority w:val="99"/>
    <w:unhideWhenUsed/>
    <w:rsid w:val="00326F90"/>
    <w:pPr>
      <w:numPr>
        <w:numId w:val="2"/>
      </w:numPr>
      <w:contextualSpacing/>
    </w:pPr>
  </w:style>
  <w:style w:type="paragraph" w:styleId="Merkittyluettelo3">
    <w:name w:val="List Bullet 3"/>
    <w:basedOn w:val="Normaali"/>
    <w:uiPriority w:val="99"/>
    <w:unhideWhenUsed/>
    <w:rsid w:val="00326F90"/>
    <w:pPr>
      <w:numPr>
        <w:numId w:val="3"/>
      </w:numPr>
      <w:contextualSpacing/>
    </w:pPr>
  </w:style>
  <w:style w:type="paragraph" w:styleId="Numeroituluettelo">
    <w:name w:val="List Number"/>
    <w:basedOn w:val="Normaali"/>
    <w:uiPriority w:val="99"/>
    <w:unhideWhenUsed/>
    <w:rsid w:val="00326F90"/>
    <w:pPr>
      <w:numPr>
        <w:numId w:val="5"/>
      </w:numPr>
      <w:contextualSpacing/>
    </w:pPr>
  </w:style>
  <w:style w:type="paragraph" w:styleId="Numeroituluettelo2">
    <w:name w:val="List Number 2"/>
    <w:basedOn w:val="Normaali"/>
    <w:uiPriority w:val="99"/>
    <w:unhideWhenUsed/>
    <w:rsid w:val="0029639D"/>
    <w:pPr>
      <w:numPr>
        <w:numId w:val="6"/>
      </w:numPr>
      <w:contextualSpacing/>
    </w:pPr>
  </w:style>
  <w:style w:type="paragraph" w:styleId="Numeroituluettelo3">
    <w:name w:val="List Number 3"/>
    <w:basedOn w:val="Normaali"/>
    <w:uiPriority w:val="99"/>
    <w:unhideWhenUsed/>
    <w:rsid w:val="0029639D"/>
    <w:pPr>
      <w:numPr>
        <w:numId w:val="7"/>
      </w:numPr>
      <w:contextualSpacing/>
    </w:pPr>
  </w:style>
  <w:style w:type="paragraph" w:styleId="Jatkoluettelo">
    <w:name w:val="List Continue"/>
    <w:basedOn w:val="Normaali"/>
    <w:uiPriority w:val="99"/>
    <w:unhideWhenUsed/>
    <w:rsid w:val="0029639D"/>
    <w:pPr>
      <w:spacing w:after="120"/>
      <w:ind w:left="360"/>
      <w:contextualSpacing/>
    </w:pPr>
  </w:style>
  <w:style w:type="paragraph" w:styleId="Jatkoluettelo2">
    <w:name w:val="List Continue 2"/>
    <w:basedOn w:val="Normaali"/>
    <w:uiPriority w:val="99"/>
    <w:unhideWhenUsed/>
    <w:rsid w:val="0029639D"/>
    <w:pPr>
      <w:spacing w:after="120"/>
      <w:ind w:left="720"/>
      <w:contextualSpacing/>
    </w:pPr>
  </w:style>
  <w:style w:type="paragraph" w:styleId="Jatkoluettelo3">
    <w:name w:val="List Continue 3"/>
    <w:basedOn w:val="Normaali"/>
    <w:uiPriority w:val="99"/>
    <w:unhideWhenUsed/>
    <w:rsid w:val="0029639D"/>
    <w:pPr>
      <w:spacing w:after="120"/>
      <w:ind w:left="1080"/>
      <w:contextualSpacing/>
    </w:pPr>
  </w:style>
  <w:style w:type="paragraph" w:styleId="Makroteksti">
    <w:name w:val="macro"/>
    <w:link w:val="Makrotekst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tekstiChar">
    <w:name w:val="Makroteksti Char"/>
    <w:basedOn w:val="Kappaleenoletusfontti"/>
    <w:link w:val="Makroteksti"/>
    <w:uiPriority w:val="99"/>
    <w:rsid w:val="0029639D"/>
    <w:rPr>
      <w:rFonts w:ascii="Courier" w:hAnsi="Courier"/>
      <w:sz w:val="20"/>
      <w:szCs w:val="20"/>
    </w:rPr>
  </w:style>
  <w:style w:type="paragraph" w:styleId="Lainaus">
    <w:name w:val="Quote"/>
    <w:basedOn w:val="Normaali"/>
    <w:next w:val="Normaali"/>
    <w:link w:val="LainausChar"/>
    <w:uiPriority w:val="29"/>
    <w:qFormat/>
    <w:rsid w:val="00FC693F"/>
    <w:rPr>
      <w:i/>
      <w:iCs/>
      <w:color w:val="000000" w:themeColor="text1"/>
    </w:rPr>
  </w:style>
  <w:style w:type="character" w:customStyle="1" w:styleId="LainausChar">
    <w:name w:val="Lainaus Char"/>
    <w:basedOn w:val="Kappaleenoletusfontti"/>
    <w:link w:val="Lainaus"/>
    <w:uiPriority w:val="29"/>
    <w:rsid w:val="00FC693F"/>
    <w:rPr>
      <w:i/>
      <w:iCs/>
      <w:color w:val="000000" w:themeColor="text1"/>
    </w:rPr>
  </w:style>
  <w:style w:type="character" w:customStyle="1" w:styleId="Otsikko4Char">
    <w:name w:val="Otsikko 4 Char"/>
    <w:basedOn w:val="Kappaleenoletusfontti"/>
    <w:link w:val="Otsikk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Otsikko5Char">
    <w:name w:val="Otsikko 5 Char"/>
    <w:basedOn w:val="Kappaleenoletusfontti"/>
    <w:link w:val="Otsikk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Otsikko6Char">
    <w:name w:val="Otsikko 6 Char"/>
    <w:basedOn w:val="Kappaleenoletusfontti"/>
    <w:link w:val="Otsikk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Otsikko7Char">
    <w:name w:val="Otsikko 7 Char"/>
    <w:basedOn w:val="Kappaleenoletusfontti"/>
    <w:link w:val="Otsikk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Otsikko8Char">
    <w:name w:val="Otsikko 8 Char"/>
    <w:basedOn w:val="Kappaleenoletusfontti"/>
    <w:link w:val="Otsikk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Otsikko9Char">
    <w:name w:val="Otsikko 9 Char"/>
    <w:basedOn w:val="Kappaleenoletusfontti"/>
    <w:link w:val="Otsikk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Kuvaotsikko">
    <w:name w:val="caption"/>
    <w:basedOn w:val="Normaali"/>
    <w:next w:val="Normaali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Voimakas">
    <w:name w:val="Strong"/>
    <w:basedOn w:val="Kappaleenoletusfontti"/>
    <w:uiPriority w:val="22"/>
    <w:qFormat/>
    <w:rsid w:val="00FC693F"/>
    <w:rPr>
      <w:b/>
      <w:bCs/>
    </w:rPr>
  </w:style>
  <w:style w:type="character" w:styleId="Korostus">
    <w:name w:val="Emphasis"/>
    <w:basedOn w:val="Kappaleenoletusfontti"/>
    <w:uiPriority w:val="20"/>
    <w:qFormat/>
    <w:rsid w:val="00FC693F"/>
    <w:rPr>
      <w:i/>
      <w:iCs/>
    </w:rPr>
  </w:style>
  <w:style w:type="paragraph" w:styleId="Erottuvalainaus">
    <w:name w:val="Intense Quote"/>
    <w:basedOn w:val="Normaali"/>
    <w:next w:val="Normaali"/>
    <w:link w:val="Erottuvalainaus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ErottuvalainausChar">
    <w:name w:val="Erottuva lainaus Char"/>
    <w:basedOn w:val="Kappaleenoletusfontti"/>
    <w:link w:val="Erottuvalainaus"/>
    <w:uiPriority w:val="30"/>
    <w:rsid w:val="00FC693F"/>
    <w:rPr>
      <w:b/>
      <w:bCs/>
      <w:i/>
      <w:iCs/>
      <w:color w:val="4F81BD" w:themeColor="accent1"/>
    </w:rPr>
  </w:style>
  <w:style w:type="character" w:styleId="Hienovarainenkorostus">
    <w:name w:val="Subtle Emphasis"/>
    <w:basedOn w:val="Kappaleenoletusfontti"/>
    <w:uiPriority w:val="19"/>
    <w:qFormat/>
    <w:rsid w:val="00FC693F"/>
    <w:rPr>
      <w:i/>
      <w:iCs/>
      <w:color w:val="808080" w:themeColor="text1" w:themeTint="7F"/>
    </w:rPr>
  </w:style>
  <w:style w:type="character" w:styleId="Voimakaskorostus">
    <w:name w:val="Intense Emphasis"/>
    <w:basedOn w:val="Kappaleenoletusfontti"/>
    <w:uiPriority w:val="21"/>
    <w:qFormat/>
    <w:rsid w:val="00FC693F"/>
    <w:rPr>
      <w:b/>
      <w:bCs/>
      <w:i/>
      <w:iCs/>
      <w:color w:val="4F81BD" w:themeColor="accent1"/>
    </w:rPr>
  </w:style>
  <w:style w:type="character" w:styleId="Hienovarainenviittaus">
    <w:name w:val="Subtle Reference"/>
    <w:basedOn w:val="Kappaleenoletusfontti"/>
    <w:uiPriority w:val="31"/>
    <w:qFormat/>
    <w:rsid w:val="00FC693F"/>
    <w:rPr>
      <w:smallCaps/>
      <w:color w:val="C0504D" w:themeColor="accent2"/>
      <w:u w:val="single"/>
    </w:rPr>
  </w:style>
  <w:style w:type="character" w:styleId="Erottuvaviittaus">
    <w:name w:val="Intense Reference"/>
    <w:basedOn w:val="Kappaleenoletusfontt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rjannimike">
    <w:name w:val="Book Title"/>
    <w:basedOn w:val="Kappaleenoletusfontti"/>
    <w:uiPriority w:val="33"/>
    <w:qFormat/>
    <w:rsid w:val="00FC693F"/>
    <w:rPr>
      <w:b/>
      <w:bCs/>
      <w:smallCaps/>
      <w:spacing w:val="5"/>
    </w:rPr>
  </w:style>
  <w:style w:type="paragraph" w:styleId="Sisllysluettelonotsikko">
    <w:name w:val="TOC Heading"/>
    <w:basedOn w:val="Otsikko1"/>
    <w:next w:val="Normaali"/>
    <w:uiPriority w:val="39"/>
    <w:semiHidden/>
    <w:unhideWhenUsed/>
    <w:qFormat/>
    <w:rsid w:val="00FC693F"/>
    <w:pPr>
      <w:outlineLvl w:val="9"/>
    </w:pPr>
  </w:style>
  <w:style w:type="table" w:styleId="TaulukkoRuudukko">
    <w:name w:val="Table Grid"/>
    <w:basedOn w:val="Normaalitaulukk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Vaaleavarjostus">
    <w:name w:val="Light Shading"/>
    <w:basedOn w:val="Normaalitaulukk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Vaaleavarjostus-korostus1">
    <w:name w:val="Light Shading Accent 1"/>
    <w:basedOn w:val="Normaalitaulukk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Vaaleavarjostus-korostus2">
    <w:name w:val="Light Shading Accent 2"/>
    <w:basedOn w:val="Normaalitaulukk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Vaaleavarjostus-korostus3">
    <w:name w:val="Light Shading Accent 3"/>
    <w:basedOn w:val="Normaalitaulukk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Vaaleavarjostus-korostus4">
    <w:name w:val="Light Shading Accent 4"/>
    <w:basedOn w:val="Normaalitaulukk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Vaaleavarjostus-korostus5">
    <w:name w:val="Light Shading Accent 5"/>
    <w:basedOn w:val="Normaalitaulukk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Vaaleavarjostus-korostus6">
    <w:name w:val="Light Shading Accent 6"/>
    <w:basedOn w:val="Normaalitaulukk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Vaalealuettelo">
    <w:name w:val="Light List"/>
    <w:basedOn w:val="Normaalitaulukk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Vaalealuettelo-korostus1">
    <w:name w:val="Light List Accent 1"/>
    <w:basedOn w:val="Normaalitaulukk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Vaalealuettelo-korostus2">
    <w:name w:val="Light List Accent 2"/>
    <w:basedOn w:val="Normaalitaulukk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Vaalealuettelo-korostus3">
    <w:name w:val="Light List Accent 3"/>
    <w:basedOn w:val="Normaalitaulukk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Vaalealuettelo-korostus4">
    <w:name w:val="Light List Accent 4"/>
    <w:basedOn w:val="Normaalitaulukk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Vaalealuettelo-korostus5">
    <w:name w:val="Light List Accent 5"/>
    <w:basedOn w:val="Normaalitaulukk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Vaalealuettelo-korostus6">
    <w:name w:val="Light List Accent 6"/>
    <w:basedOn w:val="Normaalitaulukk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Vaalearuudukko">
    <w:name w:val="Light Grid"/>
    <w:basedOn w:val="Normaalitaulukk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Vaalearuudukko-korostus1">
    <w:name w:val="Light Grid Accent 1"/>
    <w:basedOn w:val="Normaalitaulukk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Vaalearuudukko-korostus2">
    <w:name w:val="Light Grid Accent 2"/>
    <w:basedOn w:val="Normaalitaulukk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Vaalearuudukko-korostus3">
    <w:name w:val="Light Grid Accent 3"/>
    <w:basedOn w:val="Normaalitaulukk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Vaalearuudukko-korostus4">
    <w:name w:val="Light Grid Accent 4"/>
    <w:basedOn w:val="Normaalitaulukk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Vaalearuudukko-korostus5">
    <w:name w:val="Light Grid Accent 5"/>
    <w:basedOn w:val="Normaalitaulukk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Vaalearuudukko-korostus6">
    <w:name w:val="Light Grid Accent 6"/>
    <w:basedOn w:val="Normaalitaulukk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Normaalivarjostus1">
    <w:name w:val="Medium Shading 1"/>
    <w:basedOn w:val="Normaalitaulukk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Normaalivarjostus1-korostus1">
    <w:name w:val="Medium Shading 1 Accent 1"/>
    <w:basedOn w:val="Normaalitaulukk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Normaalivarjostus1-korostus2">
    <w:name w:val="Medium Shading 1 Accent 2"/>
    <w:basedOn w:val="Normaalitaulukk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Normaalivarjostus1-korostus3">
    <w:name w:val="Medium Shading 1 Accent 3"/>
    <w:basedOn w:val="Normaalitaulukk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Normaalivarjostus1-korostus4">
    <w:name w:val="Medium Shading 1 Accent 4"/>
    <w:basedOn w:val="Normaalitaulukk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Normaalivarjostus1-korostus5">
    <w:name w:val="Medium Shading 1 Accent 5"/>
    <w:basedOn w:val="Normaalitaulukk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Normaalivarjostus1-korostus6">
    <w:name w:val="Medium Shading 1 Accent 6"/>
    <w:basedOn w:val="Normaalitaulukk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Normaalivarjostus2">
    <w:name w:val="Medium Shading 2"/>
    <w:basedOn w:val="Normaalitaulukk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Normaalivarjostus2-korostus1">
    <w:name w:val="Medium Shading 2 Accent 1"/>
    <w:basedOn w:val="Normaalitaulukk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Normaalivarjostus2-korostus2">
    <w:name w:val="Medium Shading 2 Accent 2"/>
    <w:basedOn w:val="Normaalitaulukk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Normaalivarjostus2-korostus3">
    <w:name w:val="Medium Shading 2 Accent 3"/>
    <w:basedOn w:val="Normaalitaulukk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Normaalivarjostus2-korostus4">
    <w:name w:val="Medium Shading 2 Accent 4"/>
    <w:basedOn w:val="Normaalitaulukk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Normaalivarjostus2-korostus5">
    <w:name w:val="Medium Shading 2 Accent 5"/>
    <w:basedOn w:val="Normaalitaulukk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Normaalivarjostus2-korostus6">
    <w:name w:val="Medium Shading 2 Accent 6"/>
    <w:basedOn w:val="Normaalitaulukk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Normaaliluettelo1">
    <w:name w:val="Medium List 1"/>
    <w:basedOn w:val="Normaalitaulukk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Normaaliluettelo1-korostus1">
    <w:name w:val="Medium List 1 Accent 1"/>
    <w:basedOn w:val="Normaalitaulukk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Normaaliluettelo1-korostus2">
    <w:name w:val="Medium List 1 Accent 2"/>
    <w:basedOn w:val="Normaalitaulukk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Normaaliluettelo1-korostus3">
    <w:name w:val="Medium List 1 Accent 3"/>
    <w:basedOn w:val="Normaalitaulukk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Normaaliluettelo1-korostus4">
    <w:name w:val="Medium List 1 Accent 4"/>
    <w:basedOn w:val="Normaalitaulukk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Normaaliluettelo1-korostus5">
    <w:name w:val="Medium List 1 Accent 5"/>
    <w:basedOn w:val="Normaalitaulukk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Normaaliluettelo1-korostus6">
    <w:name w:val="Medium List 1 Accent 6"/>
    <w:basedOn w:val="Normaalitaulukk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Normaaliluettelo2">
    <w:name w:val="Medium List 2"/>
    <w:basedOn w:val="Normaalitaulukk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Normaaliluettelo2-korostus1">
    <w:name w:val="Medium List 2 Accent 1"/>
    <w:basedOn w:val="Normaalitaulukk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Normaaliluettelo2-korostus2">
    <w:name w:val="Medium List 2 Accent 2"/>
    <w:basedOn w:val="Normaalitaulukk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Normaaliluettelo2-korostus3">
    <w:name w:val="Medium List 2 Accent 3"/>
    <w:basedOn w:val="Normaalitaulukk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Normaaliluettelo2-korostus4">
    <w:name w:val="Medium List 2 Accent 4"/>
    <w:basedOn w:val="Normaalitaulukk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Normaaliluettelo2-korostus5">
    <w:name w:val="Medium List 2 Accent 5"/>
    <w:basedOn w:val="Normaalitaulukk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Normaaliluettelo2-korostus6">
    <w:name w:val="Medium List 2 Accent 6"/>
    <w:basedOn w:val="Normaalitaulukk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Normaaliruudukko1">
    <w:name w:val="Medium Grid 1"/>
    <w:basedOn w:val="Normaalitaulukk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Normaaliruudukko1-korostus1">
    <w:name w:val="Medium Grid 1 Accent 1"/>
    <w:basedOn w:val="Normaalitaulukk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Normaaliruudukko1-korostus2">
    <w:name w:val="Medium Grid 1 Accent 2"/>
    <w:basedOn w:val="Normaalitaulukk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Normaaliruudukko1-korostus3">
    <w:name w:val="Medium Grid 1 Accent 3"/>
    <w:basedOn w:val="Normaalitaulukk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Normaaliruudukko1-korostus4">
    <w:name w:val="Medium Grid 1 Accent 4"/>
    <w:basedOn w:val="Normaalitaulukk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Normaaliruudukko1-korostus5">
    <w:name w:val="Medium Grid 1 Accent 5"/>
    <w:basedOn w:val="Normaalitaulukk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Normaaliruudukko1-korostus6">
    <w:name w:val="Medium Grid 1 Accent 6"/>
    <w:basedOn w:val="Normaalitaulukk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Normaaliruudukko2">
    <w:name w:val="Medium Grid 2"/>
    <w:basedOn w:val="Normaalitaulukk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Normaaliruudukko2-korostus1">
    <w:name w:val="Medium Grid 2 Accent 1"/>
    <w:basedOn w:val="Normaalitaulukk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Normaaliruudukko2-korostus2">
    <w:name w:val="Medium Grid 2 Accent 2"/>
    <w:basedOn w:val="Normaalitaulukk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Normaaliruudukko2-korostus3">
    <w:name w:val="Medium Grid 2 Accent 3"/>
    <w:basedOn w:val="Normaalitaulukk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Normaaliruudukko2-korostus4">
    <w:name w:val="Medium Grid 2 Accent 4"/>
    <w:basedOn w:val="Normaalitaulukk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Normaaliruudukko2-korostus5">
    <w:name w:val="Medium Grid 2 Accent 5"/>
    <w:basedOn w:val="Normaalitaulukk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Normaaliruudukko2-korostus6">
    <w:name w:val="Medium Grid 2 Accent 6"/>
    <w:basedOn w:val="Normaalitaulukk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Normaaliruudukko3">
    <w:name w:val="Medium Grid 3"/>
    <w:basedOn w:val="Normaalitaulukk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Normaaliruudukko3-korostus1">
    <w:name w:val="Medium Grid 3 Accent 1"/>
    <w:basedOn w:val="Normaalitaulukk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Normaaliruudukko3-korostus2">
    <w:name w:val="Medium Grid 3 Accent 2"/>
    <w:basedOn w:val="Normaalitaulukk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Normaaliruudukko3-korostus3">
    <w:name w:val="Medium Grid 3 Accent 3"/>
    <w:basedOn w:val="Normaalitaulukk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Normaaliruudukko3-korostus4">
    <w:name w:val="Medium Grid 3 Accent 4"/>
    <w:basedOn w:val="Normaalitaulukk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Normaaliruudukko3-korostus5">
    <w:name w:val="Medium Grid 3 Accent 5"/>
    <w:basedOn w:val="Normaalitaulukk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Normaaliruudukko3-korostus6">
    <w:name w:val="Medium Grid 3 Accent 6"/>
    <w:basedOn w:val="Normaalitaulukk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ummaluettelo">
    <w:name w:val="Dark List"/>
    <w:basedOn w:val="Normaalitaulukk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ummaluettelo-korostus1">
    <w:name w:val="Dark List Accent 1"/>
    <w:basedOn w:val="Normaalitaulukk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ummaluettelo-korostus2">
    <w:name w:val="Dark List Accent 2"/>
    <w:basedOn w:val="Normaalitaulukk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ummaluettelo-korostus3">
    <w:name w:val="Dark List Accent 3"/>
    <w:basedOn w:val="Normaalitaulukk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ummaluettelo-korostus4">
    <w:name w:val="Dark List Accent 4"/>
    <w:basedOn w:val="Normaalitaulukk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ummaluettelo-korostus5">
    <w:name w:val="Dark List Accent 5"/>
    <w:basedOn w:val="Normaalitaulukk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ummaluettelo-korostus6">
    <w:name w:val="Dark List Accent 6"/>
    <w:basedOn w:val="Normaalitaulukk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Vriksvarjostus">
    <w:name w:val="Colorful Shading"/>
    <w:basedOn w:val="Normaalitaulukk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Vriksvarjostus-korostus1">
    <w:name w:val="Colorful Shading Accent 1"/>
    <w:basedOn w:val="Normaalitaulukk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Vriksvarjostus-korostus2">
    <w:name w:val="Colorful Shading Accent 2"/>
    <w:basedOn w:val="Normaalitaulukk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Vriksvarjostus-korostus3">
    <w:name w:val="Colorful Shading Accent 3"/>
    <w:basedOn w:val="Normaalitaulukk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Vriksvarjostus-korostus4">
    <w:name w:val="Colorful Shading Accent 4"/>
    <w:basedOn w:val="Normaalitaulukk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Vriksvarjostus-korostus5">
    <w:name w:val="Colorful Shading Accent 5"/>
    <w:basedOn w:val="Normaalitaulukk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Vriksvarjostus-korostus6">
    <w:name w:val="Colorful Shading Accent 6"/>
    <w:basedOn w:val="Normaalitaulukk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Vriksluettelo">
    <w:name w:val="Colorful List"/>
    <w:basedOn w:val="Normaalitaulukk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Vriksluettelo-korostus1">
    <w:name w:val="Colorful List Accent 1"/>
    <w:basedOn w:val="Normaalitaulukk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Vriksluettelo-korostus2">
    <w:name w:val="Colorful List Accent 2"/>
    <w:basedOn w:val="Normaalitaulukk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Vriksluettelo-korostus3">
    <w:name w:val="Colorful List Accent 3"/>
    <w:basedOn w:val="Normaalitaulukk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Vriksluettelo-korostus4">
    <w:name w:val="Colorful List Accent 4"/>
    <w:basedOn w:val="Normaalitaulukk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Vriksluettelo-korostus5">
    <w:name w:val="Colorful List Accent 5"/>
    <w:basedOn w:val="Normaalitaulukk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Vriksluettelo-korostus6">
    <w:name w:val="Colorful List Accent 6"/>
    <w:basedOn w:val="Normaalitaulukk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Vriksruudukko">
    <w:name w:val="Colorful Grid"/>
    <w:basedOn w:val="Normaalitaulukk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Vriksruudukko-korostus1">
    <w:name w:val="Colorful Grid Accent 1"/>
    <w:basedOn w:val="Normaalitaulukk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Vriksruudukko-korostus2">
    <w:name w:val="Colorful Grid Accent 2"/>
    <w:basedOn w:val="Normaalitaulukk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Vriksruudukko-korostus3">
    <w:name w:val="Colorful Grid Accent 3"/>
    <w:basedOn w:val="Normaalitaulukk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Vriksruudukko-korostus4">
    <w:name w:val="Colorful Grid Accent 4"/>
    <w:basedOn w:val="Normaalitaulukk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Vriksruudukko-korostus5">
    <w:name w:val="Colorful Grid Accent 5"/>
    <w:basedOn w:val="Normaalitaulukk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Vriksruudukko-korostus6">
    <w:name w:val="Colorful Grid Accent 6"/>
    <w:basedOn w:val="Normaalitaulukk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5</Pages>
  <Words>594</Words>
  <Characters>4815</Characters>
  <Application>Microsoft Office Word</Application>
  <DocSecurity>0</DocSecurity>
  <Lines>40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5399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Laura J Pitkänen</cp:lastModifiedBy>
  <cp:revision>2</cp:revision>
  <dcterms:created xsi:type="dcterms:W3CDTF">2025-11-19T10:44:00Z</dcterms:created>
  <dcterms:modified xsi:type="dcterms:W3CDTF">2025-11-19T10:44:00Z</dcterms:modified>
  <cp:category/>
</cp:coreProperties>
</file>