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EA35" w14:textId="2DDFA2FA" w:rsidR="00BF61A8" w:rsidRDefault="007F4E35" w:rsidP="00C61F51">
      <w:pPr>
        <w:pStyle w:val="Heading1"/>
        <w:ind w:hanging="1276"/>
      </w:pPr>
      <w:bookmarkStart w:id="0" w:name="_Hlk195709679"/>
      <w:r>
        <w:t xml:space="preserve">  </w:t>
      </w:r>
      <w:r w:rsidR="00A327B5">
        <w:t>Additional File 1 Qu</w:t>
      </w:r>
      <w:r>
        <w:t>esti</w:t>
      </w:r>
      <w:r w:rsidR="00453D79">
        <w:t>o</w:t>
      </w:r>
      <w:r>
        <w:t>nnaire used for the quantitative acceptability survey</w:t>
      </w:r>
    </w:p>
    <w:p w14:paraId="613C603A" w14:textId="77777777" w:rsidR="00C61F51" w:rsidRPr="00C61F51" w:rsidRDefault="00C61F51" w:rsidP="00C61F51"/>
    <w:tbl>
      <w:tblPr>
        <w:tblStyle w:val="TableGrid"/>
        <w:tblW w:w="10632" w:type="dxa"/>
        <w:tblInd w:w="-1139" w:type="dxa"/>
        <w:tblLook w:val="04A0" w:firstRow="1" w:lastRow="0" w:firstColumn="1" w:lastColumn="0" w:noHBand="0" w:noVBand="1"/>
      </w:tblPr>
      <w:tblGrid>
        <w:gridCol w:w="5454"/>
        <w:gridCol w:w="5178"/>
      </w:tblGrid>
      <w:tr w:rsidR="00BF61A8" w:rsidRPr="00C61F51" w14:paraId="1D10A294" w14:textId="77777777" w:rsidTr="00C61F51">
        <w:tc>
          <w:tcPr>
            <w:tcW w:w="5454" w:type="dxa"/>
            <w:shd w:val="clear" w:color="auto" w:fill="DDD9C3" w:themeFill="background2" w:themeFillShade="E6"/>
          </w:tcPr>
          <w:p w14:paraId="28A25532" w14:textId="02461226" w:rsidR="00BF61A8" w:rsidRPr="00C61F51" w:rsidRDefault="00BF61A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Questions </w:t>
            </w:r>
          </w:p>
        </w:tc>
        <w:tc>
          <w:tcPr>
            <w:tcW w:w="5178" w:type="dxa"/>
            <w:shd w:val="clear" w:color="auto" w:fill="DDD9C3" w:themeFill="background2" w:themeFillShade="E6"/>
          </w:tcPr>
          <w:p w14:paraId="76AB19FB" w14:textId="6521E3BF" w:rsidR="00BF61A8" w:rsidRPr="00C61F51" w:rsidRDefault="00C262DC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>Responses</w:t>
            </w:r>
          </w:p>
        </w:tc>
      </w:tr>
      <w:tr w:rsidR="00D72FFD" w:rsidRPr="00C61F51" w14:paraId="04D3C23A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18FEDF93" w14:textId="31953CB0" w:rsidR="00D72FFD" w:rsidRPr="00C61F51" w:rsidRDefault="00D72FFD" w:rsidP="00D72FFD">
            <w:pPr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1. Affective Attitude (How people feel about the intervention)</w:t>
            </w:r>
          </w:p>
        </w:tc>
      </w:tr>
      <w:tr w:rsidR="00BF61A8" w:rsidRPr="00C61F51" w14:paraId="642F5E18" w14:textId="77777777" w:rsidTr="00C61F51">
        <w:tc>
          <w:tcPr>
            <w:tcW w:w="5454" w:type="dxa"/>
          </w:tcPr>
          <w:p w14:paraId="24098CF3" w14:textId="77777777" w:rsidR="00C262DC" w:rsidRPr="00C61F51" w:rsidRDefault="00C262DC" w:rsidP="00C262DC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91BBFD" w14:textId="77777777" w:rsidR="00C262DC" w:rsidRPr="00C61F51" w:rsidRDefault="00C262DC" w:rsidP="00C262D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2D5D85" w14:textId="3255E39B" w:rsidR="00BF61A8" w:rsidRPr="00C61F51" w:rsidRDefault="00C262DC" w:rsidP="00C262DC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How comfortable did you feel about the hypertension services provided by your CHW?</w:t>
            </w:r>
          </w:p>
          <w:p w14:paraId="16D04755" w14:textId="08E21F47" w:rsidR="009F5F3A" w:rsidRPr="00C61F51" w:rsidRDefault="009F5F3A" w:rsidP="009F5F3A">
            <w:pPr>
              <w:pStyle w:val="ListParagraph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8" w:type="dxa"/>
          </w:tcPr>
          <w:p w14:paraId="121BAA21" w14:textId="77777777" w:rsidR="00C262DC" w:rsidRPr="00C61F51" w:rsidRDefault="00C262DC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C21035" w14:textId="5E30D301" w:rsidR="00C262DC" w:rsidRPr="00C61F51" w:rsidRDefault="00C262DC" w:rsidP="00C61F5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comfortable</w:t>
            </w:r>
          </w:p>
          <w:p w14:paraId="46B998B5" w14:textId="77777777" w:rsidR="00C262DC" w:rsidRPr="00C61F51" w:rsidRDefault="00C262DC" w:rsidP="00C61F5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Comfortable</w:t>
            </w:r>
          </w:p>
          <w:p w14:paraId="440ADC0C" w14:textId="77777777" w:rsidR="00C262DC" w:rsidRPr="00C61F51" w:rsidRDefault="00C262DC" w:rsidP="00C61F5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423041F3" w14:textId="77777777" w:rsidR="00C262DC" w:rsidRPr="00C61F51" w:rsidRDefault="00C262DC" w:rsidP="00C61F5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Uncomfortable</w:t>
            </w:r>
          </w:p>
          <w:p w14:paraId="3FB0015B" w14:textId="77777777" w:rsidR="00BF61A8" w:rsidRPr="00C61F51" w:rsidRDefault="00C262DC" w:rsidP="00C61F5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uncomfortable</w:t>
            </w:r>
          </w:p>
          <w:p w14:paraId="4F4D5128" w14:textId="4A19423C" w:rsidR="00C262DC" w:rsidRPr="00C61F51" w:rsidRDefault="00C262DC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2FFD" w:rsidRPr="00C61F51" w14:paraId="77C4F807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7B549AD6" w14:textId="1A1CD853" w:rsidR="00D72FFD" w:rsidRPr="00C61F51" w:rsidRDefault="00D72FFD" w:rsidP="00FE458E">
            <w:pPr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2. Burden (Effort required to participate)</w:t>
            </w:r>
          </w:p>
        </w:tc>
      </w:tr>
      <w:tr w:rsidR="00D72FFD" w:rsidRPr="00C61F51" w14:paraId="660C1DC3" w14:textId="77777777" w:rsidTr="00C61F51">
        <w:tc>
          <w:tcPr>
            <w:tcW w:w="5454" w:type="dxa"/>
          </w:tcPr>
          <w:p w14:paraId="2FD7B8EE" w14:textId="77777777" w:rsidR="009F5F3A" w:rsidRPr="00C61F51" w:rsidRDefault="009F5F3A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B33722" w14:textId="77777777" w:rsidR="00C262DC" w:rsidRPr="00C61F51" w:rsidRDefault="00C262DC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446DBA" w14:textId="74142931" w:rsidR="009F5F3A" w:rsidRPr="00C61F51" w:rsidRDefault="00C262DC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 xml:space="preserve">How much effort did it take for you to engage with hypertension services provided by your </w:t>
            </w:r>
            <w:r w:rsidR="000A105E" w:rsidRPr="00C61F51">
              <w:rPr>
                <w:rFonts w:ascii="Arial" w:hAnsi="Arial" w:cs="Arial"/>
                <w:sz w:val="18"/>
                <w:szCs w:val="18"/>
              </w:rPr>
              <w:t>C</w:t>
            </w:r>
            <w:r w:rsidRPr="00C61F51">
              <w:rPr>
                <w:rFonts w:ascii="Arial" w:hAnsi="Arial" w:cs="Arial"/>
                <w:sz w:val="18"/>
                <w:szCs w:val="18"/>
              </w:rPr>
              <w:t>HW?</w:t>
            </w:r>
          </w:p>
        </w:tc>
        <w:tc>
          <w:tcPr>
            <w:tcW w:w="5178" w:type="dxa"/>
          </w:tcPr>
          <w:p w14:paraId="4637A65B" w14:textId="77777777" w:rsidR="00C262DC" w:rsidRPr="00C61F51" w:rsidRDefault="00C262DC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41C744" w14:textId="4E87AE54" w:rsidR="00C262DC" w:rsidRPr="00C61F51" w:rsidRDefault="00C262DC" w:rsidP="00C61F5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effort at all</w:t>
            </w:r>
          </w:p>
          <w:p w14:paraId="7F69BFCB" w14:textId="77777777" w:rsidR="00C262DC" w:rsidRPr="00C61F51" w:rsidRDefault="00C262DC" w:rsidP="00C61F5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A little effort</w:t>
            </w:r>
          </w:p>
          <w:p w14:paraId="54C5721A" w14:textId="77777777" w:rsidR="00C262DC" w:rsidRPr="00C61F51" w:rsidRDefault="00C262DC" w:rsidP="00C61F5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274725AC" w14:textId="77777777" w:rsidR="00C262DC" w:rsidRPr="00C61F51" w:rsidRDefault="00C262DC" w:rsidP="00C61F5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A lot of effort</w:t>
            </w:r>
          </w:p>
          <w:p w14:paraId="723C5952" w14:textId="77777777" w:rsidR="00D72FFD" w:rsidRPr="00C61F51" w:rsidRDefault="00C262DC" w:rsidP="00C61F5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Huge effort</w:t>
            </w:r>
          </w:p>
          <w:p w14:paraId="35324EF7" w14:textId="0FB5DA62" w:rsidR="00C262DC" w:rsidRPr="00C61F51" w:rsidRDefault="00C262DC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5F3A" w:rsidRPr="00C61F51" w14:paraId="571843EA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4FC51736" w14:textId="4B7FA045" w:rsidR="009F5F3A" w:rsidRPr="00C61F51" w:rsidRDefault="009F5F3A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Ethicality (Fit with </w:t>
            </w:r>
            <w:r w:rsidRPr="00C61F51">
              <w:rPr>
                <w:rFonts w:ascii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personal values)</w:t>
            </w:r>
          </w:p>
        </w:tc>
      </w:tr>
      <w:tr w:rsidR="009F5F3A" w:rsidRPr="00C61F51" w14:paraId="5847139B" w14:textId="77777777" w:rsidTr="00C61F51">
        <w:tc>
          <w:tcPr>
            <w:tcW w:w="5454" w:type="dxa"/>
          </w:tcPr>
          <w:p w14:paraId="186153D2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5A0E5D" w14:textId="77777777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22EE83" w14:textId="0FFC964C" w:rsidR="009F5F3A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How fair were the hypertension services provided by your CHW to people living with hypertension in your community?</w:t>
            </w:r>
          </w:p>
          <w:p w14:paraId="090B8CC6" w14:textId="37ECF435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8" w:type="dxa"/>
          </w:tcPr>
          <w:p w14:paraId="569DD0C9" w14:textId="77777777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F7187D" w14:textId="0F915CB2" w:rsidR="000A105E" w:rsidRPr="00C61F51" w:rsidRDefault="000A105E" w:rsidP="00C61F5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fair</w:t>
            </w:r>
          </w:p>
          <w:p w14:paraId="4EDC546E" w14:textId="77777777" w:rsidR="000A105E" w:rsidRPr="00C61F51" w:rsidRDefault="000A105E" w:rsidP="00C61F5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Fair</w:t>
            </w:r>
          </w:p>
          <w:p w14:paraId="405C722E" w14:textId="77777777" w:rsidR="000A105E" w:rsidRPr="00C61F51" w:rsidRDefault="000A105E" w:rsidP="00C61F5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35D918A3" w14:textId="77777777" w:rsidR="000A105E" w:rsidRPr="00C61F51" w:rsidRDefault="000A105E" w:rsidP="00C61F5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Unfair</w:t>
            </w:r>
          </w:p>
          <w:p w14:paraId="14655C44" w14:textId="77777777" w:rsidR="009F5F3A" w:rsidRPr="00C61F51" w:rsidRDefault="000A105E" w:rsidP="00C61F5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unfair</w:t>
            </w:r>
          </w:p>
          <w:p w14:paraId="1B243D0E" w14:textId="7D9356A4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C61F51" w14:paraId="4819B44C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489CF2C1" w14:textId="09C21A40" w:rsidR="00AC4AE8" w:rsidRPr="00C61F51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>4. Perceived Effectiveness (Belief in impact)</w:t>
            </w:r>
          </w:p>
        </w:tc>
      </w:tr>
      <w:tr w:rsidR="00AC4AE8" w:rsidRPr="00C61F51" w14:paraId="6D63F235" w14:textId="77777777" w:rsidTr="00C61F51">
        <w:tc>
          <w:tcPr>
            <w:tcW w:w="5454" w:type="dxa"/>
          </w:tcPr>
          <w:p w14:paraId="02E682BF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B92ECB" w14:textId="77777777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8F32A1" w14:textId="76C07061" w:rsidR="00AC4AE8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The hypertension services provided by my CHW have improved my hypertension care.</w:t>
            </w:r>
          </w:p>
          <w:p w14:paraId="058A7721" w14:textId="393CA7E2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78" w:type="dxa"/>
          </w:tcPr>
          <w:p w14:paraId="15EB6612" w14:textId="77777777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F7637F" w14:textId="12D524A4" w:rsidR="000A105E" w:rsidRPr="00C61F51" w:rsidRDefault="000A105E" w:rsidP="00C61F5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61F51">
              <w:rPr>
                <w:rFonts w:ascii="Arial" w:hAnsi="Arial" w:cs="Arial"/>
                <w:sz w:val="18"/>
                <w:szCs w:val="18"/>
              </w:rPr>
              <w:t>Strongly</w:t>
            </w:r>
            <w:proofErr w:type="gramEnd"/>
            <w:r w:rsidRPr="00C61F51">
              <w:rPr>
                <w:rFonts w:ascii="Arial" w:hAnsi="Arial" w:cs="Arial"/>
                <w:sz w:val="18"/>
                <w:szCs w:val="18"/>
              </w:rPr>
              <w:t xml:space="preserve"> agree</w:t>
            </w:r>
          </w:p>
          <w:p w14:paraId="69970C9B" w14:textId="77777777" w:rsidR="000A105E" w:rsidRPr="00C61F51" w:rsidRDefault="000A105E" w:rsidP="00C61F5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Agree</w:t>
            </w:r>
          </w:p>
          <w:p w14:paraId="1FD39F29" w14:textId="77777777" w:rsidR="000A105E" w:rsidRPr="00C61F51" w:rsidRDefault="000A105E" w:rsidP="00C61F5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6FE33EE0" w14:textId="77777777" w:rsidR="000A105E" w:rsidRPr="00C61F51" w:rsidRDefault="000A105E" w:rsidP="00C61F5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Disagree</w:t>
            </w:r>
          </w:p>
          <w:p w14:paraId="167EA037" w14:textId="77777777" w:rsidR="00AC4AE8" w:rsidRPr="00C61F51" w:rsidRDefault="000A105E" w:rsidP="00C61F5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Strongly disagree</w:t>
            </w:r>
          </w:p>
          <w:p w14:paraId="2C08EC74" w14:textId="52C68879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C61F51" w14:paraId="7DAB2224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68ED9647" w14:textId="5F51DBE2" w:rsidR="00AC4AE8" w:rsidRPr="00C61F51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>5. Intervention Coherence (Understanding how the model works)</w:t>
            </w:r>
          </w:p>
        </w:tc>
      </w:tr>
      <w:tr w:rsidR="00AC4AE8" w:rsidRPr="00C61F51" w14:paraId="4CE037F7" w14:textId="77777777" w:rsidTr="00C61F51">
        <w:tc>
          <w:tcPr>
            <w:tcW w:w="5454" w:type="dxa"/>
          </w:tcPr>
          <w:p w14:paraId="63148BEC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DDAF29" w14:textId="77777777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D9BDFC" w14:textId="742100A1" w:rsidR="00AC4AE8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It is clear to me how the hypertension services provided by my CHW improves my hypertension care.</w:t>
            </w:r>
          </w:p>
        </w:tc>
        <w:tc>
          <w:tcPr>
            <w:tcW w:w="5178" w:type="dxa"/>
          </w:tcPr>
          <w:p w14:paraId="51DB312E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36B822" w14:textId="77777777" w:rsidR="000A105E" w:rsidRPr="00C61F51" w:rsidRDefault="000A105E" w:rsidP="00C61F5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61F51">
              <w:rPr>
                <w:rFonts w:ascii="Arial" w:hAnsi="Arial" w:cs="Arial"/>
                <w:sz w:val="18"/>
                <w:szCs w:val="18"/>
              </w:rPr>
              <w:t>Strongly</w:t>
            </w:r>
            <w:proofErr w:type="gramEnd"/>
            <w:r w:rsidRPr="00C61F51">
              <w:rPr>
                <w:rFonts w:ascii="Arial" w:hAnsi="Arial" w:cs="Arial"/>
                <w:sz w:val="18"/>
                <w:szCs w:val="18"/>
              </w:rPr>
              <w:t xml:space="preserve"> agree</w:t>
            </w:r>
          </w:p>
          <w:p w14:paraId="1642D848" w14:textId="77777777" w:rsidR="000A105E" w:rsidRPr="00C61F51" w:rsidRDefault="000A105E" w:rsidP="00C61F5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Agree</w:t>
            </w:r>
          </w:p>
          <w:p w14:paraId="1D6FF329" w14:textId="77777777" w:rsidR="000A105E" w:rsidRPr="00C61F51" w:rsidRDefault="000A105E" w:rsidP="00C61F5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6AD03DCA" w14:textId="77777777" w:rsidR="000A105E" w:rsidRPr="00C61F51" w:rsidRDefault="000A105E" w:rsidP="00C61F5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Disagree</w:t>
            </w:r>
          </w:p>
          <w:p w14:paraId="51DF5CAD" w14:textId="77777777" w:rsidR="000A105E" w:rsidRPr="00C61F51" w:rsidRDefault="000A105E" w:rsidP="00C61F5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Strongly disagree</w:t>
            </w:r>
          </w:p>
          <w:p w14:paraId="485A579F" w14:textId="2648CC8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C61F51" w14:paraId="684E3E58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316AC682" w14:textId="5D071775" w:rsidR="00AC4AE8" w:rsidRPr="00C61F51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>6. Self-Efficacy (Confidence to participate)</w:t>
            </w:r>
          </w:p>
        </w:tc>
      </w:tr>
      <w:tr w:rsidR="00AC4AE8" w:rsidRPr="00C61F51" w14:paraId="04456162" w14:textId="77777777" w:rsidTr="00C61F51">
        <w:tc>
          <w:tcPr>
            <w:tcW w:w="5454" w:type="dxa"/>
          </w:tcPr>
          <w:p w14:paraId="756A2443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716765" w14:textId="77777777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339DB" w14:textId="61988546" w:rsidR="00AC4AE8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How confident did you feel about engaging with your CHW to receive hypertension services?</w:t>
            </w:r>
          </w:p>
        </w:tc>
        <w:tc>
          <w:tcPr>
            <w:tcW w:w="5178" w:type="dxa"/>
          </w:tcPr>
          <w:p w14:paraId="43BC07A4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393E0F" w14:textId="77777777" w:rsidR="000A105E" w:rsidRPr="00C61F51" w:rsidRDefault="000A105E" w:rsidP="00C61F5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confident</w:t>
            </w:r>
          </w:p>
          <w:p w14:paraId="04CDAC71" w14:textId="77777777" w:rsidR="000A105E" w:rsidRPr="00C61F51" w:rsidRDefault="000A105E" w:rsidP="00C61F5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Confident</w:t>
            </w:r>
          </w:p>
          <w:p w14:paraId="171E5A92" w14:textId="77777777" w:rsidR="000A105E" w:rsidRPr="00C61F51" w:rsidRDefault="000A105E" w:rsidP="00C61F5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11B8DE9B" w14:textId="77777777" w:rsidR="000A105E" w:rsidRPr="00C61F51" w:rsidRDefault="000A105E" w:rsidP="00C61F5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Unconfident</w:t>
            </w:r>
          </w:p>
          <w:p w14:paraId="6D96FAE0" w14:textId="77777777" w:rsidR="00AC4AE8" w:rsidRPr="00C61F51" w:rsidRDefault="000A105E" w:rsidP="00C61F5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unconfident</w:t>
            </w:r>
          </w:p>
          <w:p w14:paraId="2BAF6F16" w14:textId="71233214" w:rsidR="000A105E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C61F51" w14:paraId="072A505B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7322552B" w14:textId="145E1DD6" w:rsidR="00AC4AE8" w:rsidRPr="00C61F51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>7. Opportunity Costs (What you gave up taking part)</w:t>
            </w:r>
          </w:p>
        </w:tc>
      </w:tr>
      <w:tr w:rsidR="00AC4AE8" w:rsidRPr="00C61F51" w14:paraId="7553A2A8" w14:textId="77777777" w:rsidTr="00C61F51">
        <w:tc>
          <w:tcPr>
            <w:tcW w:w="5454" w:type="dxa"/>
          </w:tcPr>
          <w:p w14:paraId="1A369EE9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818B07" w14:textId="77777777" w:rsidR="00C07CA0" w:rsidRPr="00C61F51" w:rsidRDefault="00C07C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82D67F" w14:textId="0BC7F253" w:rsidR="00AC4AE8" w:rsidRPr="00C61F51" w:rsidRDefault="000A105E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 xml:space="preserve">The hypertension services provided by my </w:t>
            </w:r>
            <w:r w:rsidR="00C07CA0" w:rsidRPr="00C61F51">
              <w:rPr>
                <w:rFonts w:ascii="Arial" w:hAnsi="Arial" w:cs="Arial"/>
                <w:sz w:val="18"/>
                <w:szCs w:val="18"/>
              </w:rPr>
              <w:t>C</w:t>
            </w:r>
            <w:r w:rsidRPr="00C61F51">
              <w:rPr>
                <w:rFonts w:ascii="Arial" w:hAnsi="Arial" w:cs="Arial"/>
                <w:sz w:val="18"/>
                <w:szCs w:val="18"/>
              </w:rPr>
              <w:t>HW interfered with my other priorities.</w:t>
            </w:r>
          </w:p>
        </w:tc>
        <w:tc>
          <w:tcPr>
            <w:tcW w:w="5178" w:type="dxa"/>
          </w:tcPr>
          <w:p w14:paraId="571A8245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02D8B1" w14:textId="77777777" w:rsidR="000A105E" w:rsidRPr="00C61F51" w:rsidRDefault="000A105E" w:rsidP="00C61F5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61F51">
              <w:rPr>
                <w:rFonts w:ascii="Arial" w:hAnsi="Arial" w:cs="Arial"/>
                <w:sz w:val="18"/>
                <w:szCs w:val="18"/>
              </w:rPr>
              <w:t>Strongly</w:t>
            </w:r>
            <w:proofErr w:type="gramEnd"/>
            <w:r w:rsidRPr="00C61F51">
              <w:rPr>
                <w:rFonts w:ascii="Arial" w:hAnsi="Arial" w:cs="Arial"/>
                <w:sz w:val="18"/>
                <w:szCs w:val="18"/>
              </w:rPr>
              <w:t xml:space="preserve"> agree</w:t>
            </w:r>
          </w:p>
          <w:p w14:paraId="343FCF4D" w14:textId="77777777" w:rsidR="000A105E" w:rsidRPr="00C61F51" w:rsidRDefault="000A105E" w:rsidP="00C61F5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Agree</w:t>
            </w:r>
          </w:p>
          <w:p w14:paraId="0F007E04" w14:textId="77777777" w:rsidR="000A105E" w:rsidRPr="00C61F51" w:rsidRDefault="000A105E" w:rsidP="00C61F5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20EF060B" w14:textId="77777777" w:rsidR="000A105E" w:rsidRPr="00C61F51" w:rsidRDefault="000A105E" w:rsidP="00C61F5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Disagree</w:t>
            </w:r>
          </w:p>
          <w:p w14:paraId="0CC79C61" w14:textId="77777777" w:rsidR="000A105E" w:rsidRPr="00C61F51" w:rsidRDefault="000A105E" w:rsidP="00C61F51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Strongly disagree</w:t>
            </w:r>
          </w:p>
          <w:p w14:paraId="356B6D7A" w14:textId="3C7B0924" w:rsidR="00AC4AE8" w:rsidRPr="00C61F51" w:rsidRDefault="00AC4AE8" w:rsidP="000A10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4AE8" w:rsidRPr="00C61F51" w14:paraId="20DD2FC3" w14:textId="77777777" w:rsidTr="00C61F51">
        <w:tc>
          <w:tcPr>
            <w:tcW w:w="10632" w:type="dxa"/>
            <w:gridSpan w:val="2"/>
            <w:shd w:val="clear" w:color="auto" w:fill="D9D9D9" w:themeFill="background1" w:themeFillShade="D9"/>
          </w:tcPr>
          <w:p w14:paraId="6270EA66" w14:textId="27A9028C" w:rsidR="00AC4AE8" w:rsidRPr="00C61F51" w:rsidRDefault="00AC4AE8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>8. General Acceptability</w:t>
            </w:r>
          </w:p>
        </w:tc>
      </w:tr>
      <w:tr w:rsidR="00AC4AE8" w:rsidRPr="00C61F51" w14:paraId="22A8C1B0" w14:textId="77777777" w:rsidTr="00C61F51">
        <w:tc>
          <w:tcPr>
            <w:tcW w:w="5454" w:type="dxa"/>
          </w:tcPr>
          <w:p w14:paraId="511B0C6F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DF5252" w14:textId="77777777" w:rsidR="00C07CA0" w:rsidRPr="00C61F51" w:rsidRDefault="00C07C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1E5BF6" w14:textId="067A347D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 xml:space="preserve">Overall, </w:t>
            </w:r>
            <w:r w:rsidR="00C07CA0" w:rsidRPr="00C61F51">
              <w:rPr>
                <w:rFonts w:ascii="Arial" w:hAnsi="Arial" w:cs="Arial"/>
                <w:sz w:val="18"/>
                <w:szCs w:val="18"/>
              </w:rPr>
              <w:t>how acceptable were the hypertension services provided by your CHW to you?</w:t>
            </w:r>
          </w:p>
        </w:tc>
        <w:tc>
          <w:tcPr>
            <w:tcW w:w="5178" w:type="dxa"/>
          </w:tcPr>
          <w:p w14:paraId="71E756CB" w14:textId="77777777" w:rsidR="00AC4AE8" w:rsidRPr="00C61F51" w:rsidRDefault="00AC4AE8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EB96F1" w14:textId="77777777" w:rsidR="00C07CA0" w:rsidRPr="00C61F51" w:rsidRDefault="00C07CA0" w:rsidP="00C61F5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lastRenderedPageBreak/>
              <w:t>Completely acceptable</w:t>
            </w:r>
          </w:p>
          <w:p w14:paraId="42CC0913" w14:textId="77777777" w:rsidR="00C07CA0" w:rsidRPr="00C61F51" w:rsidRDefault="00C07CA0" w:rsidP="00C61F5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Acceptable</w:t>
            </w:r>
          </w:p>
          <w:p w14:paraId="43CE30CD" w14:textId="77777777" w:rsidR="00C07CA0" w:rsidRPr="00C61F51" w:rsidRDefault="00C07CA0" w:rsidP="00C61F5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21FB2591" w14:textId="77777777" w:rsidR="00C07CA0" w:rsidRPr="00C61F51" w:rsidRDefault="00C07CA0" w:rsidP="00C61F5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Unacceptable</w:t>
            </w:r>
          </w:p>
          <w:p w14:paraId="04B9A13D" w14:textId="77777777" w:rsidR="00AC4AE8" w:rsidRPr="00C61F51" w:rsidRDefault="00C07CA0" w:rsidP="00C61F5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Completely unacceptable</w:t>
            </w:r>
          </w:p>
          <w:p w14:paraId="1DBACF20" w14:textId="467ED722" w:rsidR="00C07CA0" w:rsidRPr="00C61F51" w:rsidRDefault="00C07C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C61F51" w14:paraId="51164B9E" w14:textId="77777777" w:rsidTr="00C61F51">
        <w:tc>
          <w:tcPr>
            <w:tcW w:w="10632" w:type="dxa"/>
            <w:gridSpan w:val="2"/>
            <w:shd w:val="clear" w:color="auto" w:fill="C4BC96" w:themeFill="background2" w:themeFillShade="BF"/>
          </w:tcPr>
          <w:p w14:paraId="6EA528AC" w14:textId="26147808" w:rsidR="00976AA0" w:rsidRPr="00C61F51" w:rsidRDefault="00C07CA0" w:rsidP="00FE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Additional questions</w:t>
            </w:r>
          </w:p>
        </w:tc>
      </w:tr>
      <w:tr w:rsidR="00AC4AE8" w:rsidRPr="00C61F51" w14:paraId="17BE02D3" w14:textId="77777777" w:rsidTr="00C61F51">
        <w:tc>
          <w:tcPr>
            <w:tcW w:w="5454" w:type="dxa"/>
          </w:tcPr>
          <w:p w14:paraId="4B7CFA9C" w14:textId="77777777" w:rsidR="00C07C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39CF06" w14:textId="77777777" w:rsidR="00C07C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519DF2" w14:textId="0332B601" w:rsidR="00AC4AE8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How likely are you to recommend the screening and diagnosis for hypertension provided by your CHW to other people in your community?</w:t>
            </w:r>
          </w:p>
        </w:tc>
        <w:tc>
          <w:tcPr>
            <w:tcW w:w="5178" w:type="dxa"/>
          </w:tcPr>
          <w:p w14:paraId="0563193E" w14:textId="77777777" w:rsidR="00976AA0" w:rsidRPr="00C61F51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25D648" w14:textId="77777777" w:rsidR="00C07CA0" w:rsidRPr="00C61F51" w:rsidRDefault="00C07CA0" w:rsidP="00C61F51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likely</w:t>
            </w:r>
          </w:p>
          <w:p w14:paraId="481D18D3" w14:textId="77777777" w:rsidR="00C07CA0" w:rsidRPr="00C61F51" w:rsidRDefault="00C07CA0" w:rsidP="00C61F51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Likely</w:t>
            </w:r>
          </w:p>
          <w:p w14:paraId="170A76C3" w14:textId="77777777" w:rsidR="00C07CA0" w:rsidRPr="00C61F51" w:rsidRDefault="00C07CA0" w:rsidP="00C61F51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085EF669" w14:textId="77777777" w:rsidR="00C07CA0" w:rsidRPr="00C61F51" w:rsidRDefault="00C07CA0" w:rsidP="00C61F51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Unlikely</w:t>
            </w:r>
          </w:p>
          <w:p w14:paraId="6C08EED9" w14:textId="77777777" w:rsidR="00976AA0" w:rsidRPr="00C61F51" w:rsidRDefault="00C07CA0" w:rsidP="00C61F51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unlikely</w:t>
            </w:r>
          </w:p>
          <w:p w14:paraId="0F24F454" w14:textId="4F5C5B78" w:rsidR="00C07CA0" w:rsidRPr="00C61F51" w:rsidRDefault="00C07C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C61F51" w14:paraId="3DE611E0" w14:textId="77777777" w:rsidTr="00C61F51">
        <w:tc>
          <w:tcPr>
            <w:tcW w:w="5454" w:type="dxa"/>
          </w:tcPr>
          <w:p w14:paraId="7DB04265" w14:textId="77777777" w:rsidR="00C07C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91C6F3" w14:textId="77777777" w:rsidR="00C07C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63F187" w14:textId="0EC3841F" w:rsidR="00976A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How likely are you to recommend the prescription and monitoring of treatment for hypertension provided by your CHW to other people living with hypertension in your community?</w:t>
            </w:r>
          </w:p>
        </w:tc>
        <w:tc>
          <w:tcPr>
            <w:tcW w:w="5178" w:type="dxa"/>
          </w:tcPr>
          <w:p w14:paraId="2DF6415C" w14:textId="77777777" w:rsidR="00C07C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0B8F1C" w14:textId="6DF0122D" w:rsidR="00C07CA0" w:rsidRPr="00C61F51" w:rsidRDefault="00C07CA0" w:rsidP="00C61F5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likely</w:t>
            </w:r>
          </w:p>
          <w:p w14:paraId="157DFF9D" w14:textId="77777777" w:rsidR="00C07CA0" w:rsidRPr="00C61F51" w:rsidRDefault="00C07CA0" w:rsidP="00C61F5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Likely</w:t>
            </w:r>
          </w:p>
          <w:p w14:paraId="1DC3E6BB" w14:textId="77777777" w:rsidR="00C07CA0" w:rsidRPr="00C61F51" w:rsidRDefault="00C07CA0" w:rsidP="00C61F5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 opinion</w:t>
            </w:r>
          </w:p>
          <w:p w14:paraId="7F774C5A" w14:textId="77777777" w:rsidR="00C07CA0" w:rsidRPr="00C61F51" w:rsidRDefault="00C07CA0" w:rsidP="00C61F5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Unlikely</w:t>
            </w:r>
          </w:p>
          <w:p w14:paraId="1EB91049" w14:textId="77777777" w:rsidR="00C07CA0" w:rsidRPr="00C61F51" w:rsidRDefault="00C07CA0" w:rsidP="00C61F51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Very unlikely</w:t>
            </w:r>
          </w:p>
          <w:p w14:paraId="0335B179" w14:textId="77777777" w:rsidR="00976AA0" w:rsidRPr="00C61F51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269D" w:rsidRPr="00C61F51" w14:paraId="770F822B" w14:textId="77777777" w:rsidTr="00C61F51">
        <w:tc>
          <w:tcPr>
            <w:tcW w:w="10632" w:type="dxa"/>
            <w:gridSpan w:val="2"/>
            <w:shd w:val="clear" w:color="auto" w:fill="C4BC96" w:themeFill="background2" w:themeFillShade="BF"/>
          </w:tcPr>
          <w:p w14:paraId="6F750361" w14:textId="2B99B9EC" w:rsidR="005C269D" w:rsidRPr="00C61F51" w:rsidRDefault="005C269D" w:rsidP="00C07CA0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b/>
                <w:bCs/>
                <w:sz w:val="18"/>
                <w:szCs w:val="18"/>
              </w:rPr>
              <w:t>Multiple choice questions</w:t>
            </w:r>
          </w:p>
        </w:tc>
      </w:tr>
      <w:tr w:rsidR="00976AA0" w:rsidRPr="00C61F51" w14:paraId="28E19CFA" w14:textId="77777777" w:rsidTr="00C61F51">
        <w:tc>
          <w:tcPr>
            <w:tcW w:w="5454" w:type="dxa"/>
          </w:tcPr>
          <w:p w14:paraId="6B119810" w14:textId="77777777" w:rsidR="00C07C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FC0F80" w14:textId="77777777" w:rsidR="005C269D" w:rsidRPr="00C61F51" w:rsidRDefault="005C269D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C9C696" w14:textId="77777777" w:rsidR="005C269D" w:rsidRPr="00C61F51" w:rsidRDefault="005C269D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523070" w14:textId="77777777" w:rsidR="005C269D" w:rsidRPr="00C61F51" w:rsidRDefault="005C269D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04D2E3" w14:textId="77777777" w:rsidR="005C269D" w:rsidRPr="00C61F51" w:rsidRDefault="005C269D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FBD88D" w14:textId="77777777" w:rsidR="005C269D" w:rsidRPr="00C61F51" w:rsidRDefault="005C269D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228FDA" w14:textId="77777777" w:rsidR="005C269D" w:rsidRPr="00C61F51" w:rsidRDefault="005C269D" w:rsidP="00C07CA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540322" w14:textId="423E4CB5" w:rsidR="00976AA0" w:rsidRPr="00C61F51" w:rsidRDefault="00C07CA0" w:rsidP="00C07CA0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What did you value most from the hypertension services provided by your CHW?</w:t>
            </w:r>
          </w:p>
        </w:tc>
        <w:tc>
          <w:tcPr>
            <w:tcW w:w="5178" w:type="dxa"/>
          </w:tcPr>
          <w:p w14:paraId="4FB16F66" w14:textId="77777777" w:rsidR="00976AA0" w:rsidRPr="00C61F51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BECAEE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Reduced travel burden</w:t>
            </w:r>
          </w:p>
          <w:p w14:paraId="5A318440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Less or no waiting times</w:t>
            </w:r>
          </w:p>
          <w:p w14:paraId="080AEE4E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Easy accessibility of service provider</w:t>
            </w:r>
          </w:p>
          <w:p w14:paraId="3220D2F5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Flexible service hours</w:t>
            </w:r>
          </w:p>
          <w:p w14:paraId="53A1C7F3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Personalized follow-up visits</w:t>
            </w:r>
          </w:p>
          <w:p w14:paraId="42A7E4A9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Friendliness/respectfulness of provider</w:t>
            </w:r>
          </w:p>
          <w:p w14:paraId="288D48A1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Local understanding</w:t>
            </w:r>
          </w:p>
          <w:p w14:paraId="126608DE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Trustworthiness and honesty</w:t>
            </w:r>
          </w:p>
          <w:p w14:paraId="3156116D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Competency of service provider</w:t>
            </w:r>
          </w:p>
          <w:p w14:paraId="36CFD5D8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eHealth support</w:t>
            </w:r>
          </w:p>
          <w:p w14:paraId="6817AC6D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Community engagement</w:t>
            </w:r>
          </w:p>
          <w:p w14:paraId="424F459B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 xml:space="preserve">Commitment </w:t>
            </w:r>
            <w:proofErr w:type="gramStart"/>
            <w:r w:rsidRPr="00C61F51">
              <w:rPr>
                <w:rFonts w:ascii="Arial" w:hAnsi="Arial" w:cs="Arial"/>
                <w:sz w:val="18"/>
                <w:szCs w:val="18"/>
              </w:rPr>
              <w:t>of</w:t>
            </w:r>
            <w:proofErr w:type="gramEnd"/>
            <w:r w:rsidRPr="00C61F51">
              <w:rPr>
                <w:rFonts w:ascii="Arial" w:hAnsi="Arial" w:cs="Arial"/>
                <w:sz w:val="18"/>
                <w:szCs w:val="18"/>
              </w:rPr>
              <w:t xml:space="preserve"> the service provider</w:t>
            </w:r>
          </w:p>
          <w:p w14:paraId="38C96F55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Time for explanation of services</w:t>
            </w:r>
          </w:p>
          <w:p w14:paraId="16EEE164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Less stigma in the community</w:t>
            </w:r>
          </w:p>
          <w:p w14:paraId="7D016B58" w14:textId="77777777" w:rsidR="00C07CA0" w:rsidRPr="00C61F51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None</w:t>
            </w:r>
          </w:p>
          <w:p w14:paraId="6C670558" w14:textId="77777777" w:rsidR="00C07CA0" w:rsidRDefault="00C07CA0" w:rsidP="00C61F5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Other</w:t>
            </w:r>
          </w:p>
          <w:p w14:paraId="0208DBB7" w14:textId="620948E6" w:rsidR="00C61F51" w:rsidRPr="00C61F51" w:rsidRDefault="00C61F51" w:rsidP="00C61F51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6AA0" w:rsidRPr="00C61F51" w14:paraId="253982C5" w14:textId="77777777" w:rsidTr="00C61F51">
        <w:tc>
          <w:tcPr>
            <w:tcW w:w="5454" w:type="dxa"/>
          </w:tcPr>
          <w:p w14:paraId="4245C7EA" w14:textId="77777777" w:rsidR="005C269D" w:rsidRPr="00C61F51" w:rsidRDefault="005C269D" w:rsidP="005C269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C9913E" w14:textId="77777777" w:rsidR="005C269D" w:rsidRPr="00C61F51" w:rsidRDefault="005C269D" w:rsidP="005C269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27787E" w14:textId="77777777" w:rsidR="005C269D" w:rsidRPr="00C61F51" w:rsidRDefault="005C269D" w:rsidP="005C269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C62E6D" w14:textId="1ED5B903" w:rsidR="00976AA0" w:rsidRPr="00C61F51" w:rsidRDefault="005C269D" w:rsidP="005C269D">
            <w:p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What were you most concerned about regarding the hypertension services provided by your CHW? </w:t>
            </w:r>
          </w:p>
        </w:tc>
        <w:tc>
          <w:tcPr>
            <w:tcW w:w="5178" w:type="dxa"/>
          </w:tcPr>
          <w:p w14:paraId="799370A0" w14:textId="77777777" w:rsidR="00976AA0" w:rsidRPr="00C61F51" w:rsidRDefault="00976AA0" w:rsidP="00FE458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0CD530" w14:textId="77777777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 xml:space="preserve">Confidentiality (CHW might gossip) </w:t>
            </w:r>
          </w:p>
          <w:p w14:paraId="7ED9B968" w14:textId="6BE5CE43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Inconsistency (CHW might give information that is not the same as from nurse)</w:t>
            </w:r>
          </w:p>
          <w:p w14:paraId="383E3F53" w14:textId="1B4707CF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Lack of continuity (CHW might not do the follow-ups continuously)</w:t>
            </w:r>
          </w:p>
          <w:p w14:paraId="62478FD7" w14:textId="1464093F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Lack of competency (CHW might not be knowledgeable enough)</w:t>
            </w:r>
          </w:p>
          <w:p w14:paraId="3D8D6465" w14:textId="77777777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More stigma in the community</w:t>
            </w:r>
          </w:p>
          <w:p w14:paraId="48F400D8" w14:textId="522EE99E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Lack of integrated care (CHW can only provide specific services)</w:t>
            </w:r>
          </w:p>
          <w:p w14:paraId="546B1D80" w14:textId="636FCFA2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Personal or family conflicts with CHW</w:t>
            </w:r>
          </w:p>
          <w:p w14:paraId="342FC806" w14:textId="0AF1F41D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 xml:space="preserve">Fear regarding side effects and management of complications by CHWs </w:t>
            </w:r>
          </w:p>
          <w:p w14:paraId="0FFE726F" w14:textId="3CEF7717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Access to resources (CHW might have stock-outs)</w:t>
            </w:r>
          </w:p>
          <w:p w14:paraId="0AA08233" w14:textId="77777777" w:rsidR="005C269D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None</w:t>
            </w:r>
          </w:p>
          <w:p w14:paraId="41AF8DFB" w14:textId="77777777" w:rsidR="00976AA0" w:rsidRPr="00C61F51" w:rsidRDefault="005C269D" w:rsidP="00C61F5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C61F51">
              <w:rPr>
                <w:rFonts w:ascii="Arial" w:hAnsi="Arial" w:cs="Arial"/>
                <w:sz w:val="18"/>
                <w:szCs w:val="18"/>
              </w:rPr>
              <w:t>Other</w:t>
            </w:r>
          </w:p>
          <w:p w14:paraId="6DEFD7DF" w14:textId="188D3969" w:rsidR="005C269D" w:rsidRPr="00C61F51" w:rsidRDefault="005C269D" w:rsidP="00FE458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479F4B6B" w14:textId="3A6CE9AE" w:rsidR="00521486" w:rsidRPr="007D0464" w:rsidRDefault="00521486" w:rsidP="00521486">
      <w:pPr>
        <w:ind w:left="1440"/>
        <w:rPr>
          <w:rFonts w:ascii="Arial" w:hAnsi="Arial" w:cs="Arial"/>
        </w:rPr>
      </w:pPr>
    </w:p>
    <w:sectPr w:rsidR="00521486" w:rsidRPr="007D0464" w:rsidSect="00C61F51">
      <w:pgSz w:w="12240" w:h="15840"/>
      <w:pgMar w:top="568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4F751" w14:textId="77777777" w:rsidR="00CA663C" w:rsidRDefault="00CA663C" w:rsidP="006554BB">
      <w:pPr>
        <w:spacing w:after="0" w:line="240" w:lineRule="auto"/>
      </w:pPr>
      <w:r>
        <w:separator/>
      </w:r>
    </w:p>
  </w:endnote>
  <w:endnote w:type="continuationSeparator" w:id="0">
    <w:p w14:paraId="0C95B61F" w14:textId="77777777" w:rsidR="00CA663C" w:rsidRDefault="00CA663C" w:rsidP="00655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6939" w14:textId="77777777" w:rsidR="00CA663C" w:rsidRDefault="00CA663C" w:rsidP="006554BB">
      <w:pPr>
        <w:spacing w:after="0" w:line="240" w:lineRule="auto"/>
      </w:pPr>
      <w:r>
        <w:separator/>
      </w:r>
    </w:p>
  </w:footnote>
  <w:footnote w:type="continuationSeparator" w:id="0">
    <w:p w14:paraId="248BA868" w14:textId="77777777" w:rsidR="00CA663C" w:rsidRDefault="00CA663C" w:rsidP="00655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4F7091"/>
    <w:multiLevelType w:val="hybridMultilevel"/>
    <w:tmpl w:val="8098B00C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77184F"/>
    <w:multiLevelType w:val="hybridMultilevel"/>
    <w:tmpl w:val="7C16F498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2827"/>
    <w:multiLevelType w:val="hybridMultilevel"/>
    <w:tmpl w:val="26AE4378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A1A5F"/>
    <w:multiLevelType w:val="hybridMultilevel"/>
    <w:tmpl w:val="D9A676AA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13173"/>
    <w:multiLevelType w:val="hybridMultilevel"/>
    <w:tmpl w:val="9C0ABE30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CC790E"/>
    <w:multiLevelType w:val="hybridMultilevel"/>
    <w:tmpl w:val="DB000EA0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770DA"/>
    <w:multiLevelType w:val="hybridMultilevel"/>
    <w:tmpl w:val="4CCEF438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928D2"/>
    <w:multiLevelType w:val="hybridMultilevel"/>
    <w:tmpl w:val="70A2566E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54D78"/>
    <w:multiLevelType w:val="hybridMultilevel"/>
    <w:tmpl w:val="58449DD2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C202F7"/>
    <w:multiLevelType w:val="hybridMultilevel"/>
    <w:tmpl w:val="C002B934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F0453"/>
    <w:multiLevelType w:val="hybridMultilevel"/>
    <w:tmpl w:val="08EEFF42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F605D"/>
    <w:multiLevelType w:val="hybridMultilevel"/>
    <w:tmpl w:val="1CFA245C"/>
    <w:lvl w:ilvl="0" w:tplc="08070011">
      <w:start w:val="1"/>
      <w:numFmt w:val="decimal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7502">
    <w:abstractNumId w:val="5"/>
  </w:num>
  <w:num w:numId="2" w16cid:durableId="151141471">
    <w:abstractNumId w:val="3"/>
  </w:num>
  <w:num w:numId="3" w16cid:durableId="2054496789">
    <w:abstractNumId w:val="2"/>
  </w:num>
  <w:num w:numId="4" w16cid:durableId="1824156885">
    <w:abstractNumId w:val="4"/>
  </w:num>
  <w:num w:numId="5" w16cid:durableId="1095172466">
    <w:abstractNumId w:val="1"/>
  </w:num>
  <w:num w:numId="6" w16cid:durableId="2135558329">
    <w:abstractNumId w:val="0"/>
  </w:num>
  <w:num w:numId="7" w16cid:durableId="1985314201">
    <w:abstractNumId w:val="8"/>
  </w:num>
  <w:num w:numId="8" w16cid:durableId="1140882534">
    <w:abstractNumId w:val="10"/>
  </w:num>
  <w:num w:numId="9" w16cid:durableId="138692911">
    <w:abstractNumId w:val="15"/>
  </w:num>
  <w:num w:numId="10" w16cid:durableId="1906455416">
    <w:abstractNumId w:val="11"/>
  </w:num>
  <w:num w:numId="11" w16cid:durableId="1187672806">
    <w:abstractNumId w:val="12"/>
  </w:num>
  <w:num w:numId="12" w16cid:durableId="1968509032">
    <w:abstractNumId w:val="9"/>
  </w:num>
  <w:num w:numId="13" w16cid:durableId="78715278">
    <w:abstractNumId w:val="6"/>
  </w:num>
  <w:num w:numId="14" w16cid:durableId="750466201">
    <w:abstractNumId w:val="7"/>
  </w:num>
  <w:num w:numId="15" w16cid:durableId="1102846104">
    <w:abstractNumId w:val="13"/>
  </w:num>
  <w:num w:numId="16" w16cid:durableId="1847674936">
    <w:abstractNumId w:val="14"/>
  </w:num>
  <w:num w:numId="17" w16cid:durableId="799759912">
    <w:abstractNumId w:val="16"/>
  </w:num>
  <w:num w:numId="18" w16cid:durableId="86849435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79"/>
    <w:rsid w:val="00034616"/>
    <w:rsid w:val="0005555D"/>
    <w:rsid w:val="0006063C"/>
    <w:rsid w:val="000A105E"/>
    <w:rsid w:val="000B758F"/>
    <w:rsid w:val="000B75BE"/>
    <w:rsid w:val="000E7858"/>
    <w:rsid w:val="0015074B"/>
    <w:rsid w:val="0015264A"/>
    <w:rsid w:val="00152A56"/>
    <w:rsid w:val="00153350"/>
    <w:rsid w:val="001B0D34"/>
    <w:rsid w:val="0024013B"/>
    <w:rsid w:val="00243231"/>
    <w:rsid w:val="0024551F"/>
    <w:rsid w:val="0029639D"/>
    <w:rsid w:val="002E1071"/>
    <w:rsid w:val="002F4F66"/>
    <w:rsid w:val="002F64DD"/>
    <w:rsid w:val="0032000F"/>
    <w:rsid w:val="003242FD"/>
    <w:rsid w:val="00324745"/>
    <w:rsid w:val="00326F90"/>
    <w:rsid w:val="0033290E"/>
    <w:rsid w:val="00341345"/>
    <w:rsid w:val="003E555B"/>
    <w:rsid w:val="004346DB"/>
    <w:rsid w:val="00443D3F"/>
    <w:rsid w:val="00453D79"/>
    <w:rsid w:val="00456FC2"/>
    <w:rsid w:val="0049416D"/>
    <w:rsid w:val="004C5CCB"/>
    <w:rsid w:val="004E27AD"/>
    <w:rsid w:val="004F74ED"/>
    <w:rsid w:val="00521486"/>
    <w:rsid w:val="00537A24"/>
    <w:rsid w:val="00542088"/>
    <w:rsid w:val="005529B9"/>
    <w:rsid w:val="00553427"/>
    <w:rsid w:val="00553BC7"/>
    <w:rsid w:val="00573339"/>
    <w:rsid w:val="00585B26"/>
    <w:rsid w:val="005A74C8"/>
    <w:rsid w:val="005C269D"/>
    <w:rsid w:val="005E586B"/>
    <w:rsid w:val="0061496E"/>
    <w:rsid w:val="006175BB"/>
    <w:rsid w:val="00622F4A"/>
    <w:rsid w:val="00631E57"/>
    <w:rsid w:val="0065003D"/>
    <w:rsid w:val="006554BB"/>
    <w:rsid w:val="006728CB"/>
    <w:rsid w:val="006A642B"/>
    <w:rsid w:val="006C13EB"/>
    <w:rsid w:val="006C1CB4"/>
    <w:rsid w:val="006C259D"/>
    <w:rsid w:val="006D1D77"/>
    <w:rsid w:val="006E1996"/>
    <w:rsid w:val="00730668"/>
    <w:rsid w:val="007439F5"/>
    <w:rsid w:val="00751E81"/>
    <w:rsid w:val="007D0464"/>
    <w:rsid w:val="007E14EA"/>
    <w:rsid w:val="007F4E35"/>
    <w:rsid w:val="007F5E29"/>
    <w:rsid w:val="00810FC2"/>
    <w:rsid w:val="00817885"/>
    <w:rsid w:val="00827863"/>
    <w:rsid w:val="00865B7F"/>
    <w:rsid w:val="00867AE1"/>
    <w:rsid w:val="00874CF1"/>
    <w:rsid w:val="00891386"/>
    <w:rsid w:val="008B01A4"/>
    <w:rsid w:val="008E4697"/>
    <w:rsid w:val="00920246"/>
    <w:rsid w:val="00920CB0"/>
    <w:rsid w:val="00930EEA"/>
    <w:rsid w:val="00962CED"/>
    <w:rsid w:val="00976AA0"/>
    <w:rsid w:val="009941CA"/>
    <w:rsid w:val="009B3827"/>
    <w:rsid w:val="009B6F1E"/>
    <w:rsid w:val="009F20F7"/>
    <w:rsid w:val="009F5F3A"/>
    <w:rsid w:val="00A327B5"/>
    <w:rsid w:val="00A44C64"/>
    <w:rsid w:val="00A44C89"/>
    <w:rsid w:val="00A94CC8"/>
    <w:rsid w:val="00AA1D8D"/>
    <w:rsid w:val="00AB0FE3"/>
    <w:rsid w:val="00AC4AE8"/>
    <w:rsid w:val="00B20C9D"/>
    <w:rsid w:val="00B23F17"/>
    <w:rsid w:val="00B47730"/>
    <w:rsid w:val="00B5412E"/>
    <w:rsid w:val="00B728B3"/>
    <w:rsid w:val="00B95EF0"/>
    <w:rsid w:val="00BA733D"/>
    <w:rsid w:val="00BF61A8"/>
    <w:rsid w:val="00C03547"/>
    <w:rsid w:val="00C07CA0"/>
    <w:rsid w:val="00C262DC"/>
    <w:rsid w:val="00C52207"/>
    <w:rsid w:val="00C61F51"/>
    <w:rsid w:val="00C743CD"/>
    <w:rsid w:val="00C84DCC"/>
    <w:rsid w:val="00CA380E"/>
    <w:rsid w:val="00CA3824"/>
    <w:rsid w:val="00CA663C"/>
    <w:rsid w:val="00CB0664"/>
    <w:rsid w:val="00CC6366"/>
    <w:rsid w:val="00CE5A7B"/>
    <w:rsid w:val="00CF581E"/>
    <w:rsid w:val="00D038C4"/>
    <w:rsid w:val="00D11F7E"/>
    <w:rsid w:val="00D2423A"/>
    <w:rsid w:val="00D42868"/>
    <w:rsid w:val="00D72FFD"/>
    <w:rsid w:val="00DE32C9"/>
    <w:rsid w:val="00E147A1"/>
    <w:rsid w:val="00E32CE7"/>
    <w:rsid w:val="00EA5AE7"/>
    <w:rsid w:val="00EB22EC"/>
    <w:rsid w:val="00EC426C"/>
    <w:rsid w:val="00F40199"/>
    <w:rsid w:val="00F64F76"/>
    <w:rsid w:val="00FA43FD"/>
    <w:rsid w:val="00FA5969"/>
    <w:rsid w:val="00FB4560"/>
    <w:rsid w:val="00FC693F"/>
    <w:rsid w:val="00FE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7DE5A6"/>
  <w14:defaultImageDpi w14:val="300"/>
  <w15:docId w15:val="{31693E53-245F-454C-AB59-68BD7E46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C89"/>
  </w:style>
  <w:style w:type="paragraph" w:styleId="Heading1">
    <w:name w:val="heading 1"/>
    <w:basedOn w:val="Normal"/>
    <w:next w:val="Normal"/>
    <w:link w:val="Heading1Char"/>
    <w:uiPriority w:val="9"/>
    <w:qFormat/>
    <w:rsid w:val="00A327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327B5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E5A7B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47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7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7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7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7A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B7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F67BB767F77438C8BC942C0FD0E01" ma:contentTypeVersion="22" ma:contentTypeDescription="Create a new document." ma:contentTypeScope="" ma:versionID="9ea088b8240f3cbc6d87b28d46efdcb3">
  <xsd:schema xmlns:xsd="http://www.w3.org/2001/XMLSchema" xmlns:xs="http://www.w3.org/2001/XMLSchema" xmlns:p="http://schemas.microsoft.com/office/2006/metadata/properties" xmlns:ns2="91305053-d0c3-4419-8140-4bc0ea918550" xmlns:ns3="a7bc9903-784d-4803-9cdb-727410e2bd92" targetNamespace="http://schemas.microsoft.com/office/2006/metadata/properties" ma:root="true" ma:fieldsID="d81a92cbbd7579bd53de2c386eac433c" ns2:_="" ns3:_="">
    <xsd:import namespace="91305053-d0c3-4419-8140-4bc0ea918550"/>
    <xsd:import namespace="a7bc9903-784d-4803-9cdb-727410e2b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ccessgroup" minOccurs="0"/>
                <xsd:element ref="ns3:MediaServiceLocation" minOccurs="0"/>
                <xsd:element ref="ns3:MediaLengthInSeconds" minOccurs="0"/>
                <xsd:element ref="ns3:Steward" minOccurs="0"/>
                <xsd:element ref="ns3:lcf76f155ced4ddcb4097134ff3c332f" minOccurs="0"/>
                <xsd:element ref="ns2:TaxCatchAll" minOccurs="0"/>
                <xsd:element ref="ns3:Owne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5053-d0c3-4419-8140-4bc0ea9185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2df0ae0-4352-4f24-ba10-fed2668d699a}" ma:internalName="TaxCatchAll" ma:showField="CatchAllData" ma:web="91305053-d0c3-4419-8140-4bc0ea91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9903-784d-4803-9cdb-727410e2b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ccessgroup" ma:index="18" nillable="true" ma:displayName="Access group" ma:format="Dropdown" ma:internalName="Accessgroup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eward" ma:index="21" nillable="true" ma:displayName="Steward" ma:description="person responsible for maintaining and managing folder" ma:format="Dropdown" ma:list="UserInfo" ma:SharePointGroup="0" ma:internalName="Stewar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fb2f5-e43e-4b77-ab81-690e592206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5" nillable="true" ma:displayName="Owner" ma:list="UserInfo" ma:SharePointGroup="209" ma:internalName="Owner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305053-d0c3-4419-8140-4bc0ea918550" xsi:nil="true"/>
    <Owner xmlns="a7bc9903-784d-4803-9cdb-727410e2bd92">
      <UserInfo>
        <DisplayName/>
        <AccountId xsi:nil="true"/>
        <AccountType/>
      </UserInfo>
    </Owner>
    <Accessgroup xmlns="a7bc9903-784d-4803-9cdb-727410e2bd92" xsi:nil="true"/>
    <Steward xmlns="a7bc9903-784d-4803-9cdb-727410e2bd92">
      <UserInfo>
        <DisplayName/>
        <AccountId xsi:nil="true"/>
        <AccountType/>
      </UserInfo>
    </Steward>
    <lcf76f155ced4ddcb4097134ff3c332f xmlns="a7bc9903-784d-4803-9cdb-727410e2bd9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E7B247-0C73-4BF0-A187-80F8D976C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09C108-8B62-475F-A572-BD1384FE6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05053-d0c3-4419-8140-4bc0ea918550"/>
    <ds:schemaRef ds:uri="a7bc9903-784d-4803-9cdb-727410e2b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86B91D-8B87-434C-8588-1EFDFC5717F0}">
  <ds:schemaRefs>
    <ds:schemaRef ds:uri="http://schemas.microsoft.com/office/2006/metadata/properties"/>
    <ds:schemaRef ds:uri="http://schemas.microsoft.com/office/infopath/2007/PartnerControls"/>
    <ds:schemaRef ds:uri="91305053-d0c3-4419-8140-4bc0ea918550"/>
    <ds:schemaRef ds:uri="a7bc9903-784d-4803-9cdb-727410e2bd92"/>
  </ds:schemaRefs>
</ds:datastoreItem>
</file>

<file path=docMetadata/LabelInfo.xml><?xml version="1.0" encoding="utf-8"?>
<clbl:labelList xmlns:clbl="http://schemas.microsoft.com/office/2020/mipLabelMetadata">
  <clbl:label id="{3a33e400-8884-4b67-b1c9-921de041a0e3}" enabled="0" method="" siteId="{3a33e400-8884-4b67-b1c9-921de041a0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2935</Characters>
  <Application>Microsoft Office Word</Application>
  <DocSecurity>0</DocSecurity>
  <Lines>179</Lines>
  <Paragraphs>102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t.lejone@usb.ch</dc:creator>
  <cp:keywords/>
  <dc:description>generated by python-docx</dc:description>
  <cp:lastModifiedBy>Gerber Felix</cp:lastModifiedBy>
  <cp:revision>16</cp:revision>
  <dcterms:created xsi:type="dcterms:W3CDTF">2026-06-20T21:37:00Z</dcterms:created>
  <dcterms:modified xsi:type="dcterms:W3CDTF">2026-07-19T15:58:00Z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0x010100A38F67BB767F77438C8BC942C0FD0E01</vt:lpwstr>
  </property>
  <property fmtid="{D5CDD505-2E9C-101B-9397-08002B2CF9AE}" pid="3" name="MediaServiceImageTags">
    <vt:lpwstr/>
  </property>
</Properties>
</file>