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6002" w14:textId="252AE3FF" w:rsidR="0043079B" w:rsidRDefault="00A35887" w:rsidP="0043079B">
      <w:pPr>
        <w:pStyle w:val="Heading1"/>
      </w:pPr>
      <w:bookmarkStart w:id="0" w:name="_Hlk195709679"/>
      <w:r>
        <w:t xml:space="preserve">Additional File 2 </w:t>
      </w:r>
      <w:r w:rsidR="00FC7D30">
        <w:t>Semi-structured</w:t>
      </w:r>
      <w:r w:rsidR="0043079B">
        <w:t xml:space="preserve"> interview guide </w:t>
      </w:r>
    </w:p>
    <w:p w14:paraId="023FAA5D" w14:textId="77777777" w:rsidR="0043079B" w:rsidRPr="0043079B" w:rsidRDefault="0043079B" w:rsidP="0043079B"/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5171"/>
        <w:gridCol w:w="5036"/>
      </w:tblGrid>
      <w:tr w:rsidR="00BF61A8" w:rsidRPr="00A35887" w14:paraId="1D10A294" w14:textId="77777777" w:rsidTr="00A35887">
        <w:tc>
          <w:tcPr>
            <w:tcW w:w="5171" w:type="dxa"/>
            <w:shd w:val="clear" w:color="auto" w:fill="DDD9C3" w:themeFill="background2" w:themeFillShade="E6"/>
          </w:tcPr>
          <w:p w14:paraId="28A25532" w14:textId="02461226" w:rsidR="00BF61A8" w:rsidRPr="00A35887" w:rsidRDefault="00BF61A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Questions </w:t>
            </w:r>
          </w:p>
        </w:tc>
        <w:tc>
          <w:tcPr>
            <w:tcW w:w="5036" w:type="dxa"/>
            <w:shd w:val="clear" w:color="auto" w:fill="DDD9C3" w:themeFill="background2" w:themeFillShade="E6"/>
          </w:tcPr>
          <w:p w14:paraId="76AB19FB" w14:textId="0FED0887" w:rsidR="00BF61A8" w:rsidRPr="00A35887" w:rsidRDefault="00BF61A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Probing</w:t>
            </w:r>
          </w:p>
        </w:tc>
      </w:tr>
      <w:tr w:rsidR="00BF61A8" w:rsidRPr="00A35887" w14:paraId="7D373229" w14:textId="77777777" w:rsidTr="00A35887">
        <w:tc>
          <w:tcPr>
            <w:tcW w:w="10207" w:type="dxa"/>
            <w:gridSpan w:val="2"/>
          </w:tcPr>
          <w:p w14:paraId="1CCCF09B" w14:textId="38C05EB5" w:rsidR="00BF61A8" w:rsidRPr="00A35887" w:rsidRDefault="00BF61A8" w:rsidP="00BF61A8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General Question</w:t>
            </w:r>
            <w:r w:rsidR="00A35887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</w:tr>
      <w:tr w:rsidR="00D72FFD" w:rsidRPr="00A35887" w14:paraId="04D3C23A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18FEDF93" w14:textId="31953CB0" w:rsidR="00D72FFD" w:rsidRPr="00A35887" w:rsidRDefault="00D72FFD" w:rsidP="00D72FFD">
            <w:pPr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1. Affective Attitude (How people feel about the intervention)</w:t>
            </w:r>
          </w:p>
        </w:tc>
      </w:tr>
      <w:tr w:rsidR="00BF61A8" w:rsidRPr="00A35887" w14:paraId="642F5E18" w14:textId="77777777" w:rsidTr="00A35887">
        <w:tc>
          <w:tcPr>
            <w:tcW w:w="5171" w:type="dxa"/>
          </w:tcPr>
          <w:p w14:paraId="65D69BFD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2D5D85" w14:textId="1E364795" w:rsidR="00BF61A8" w:rsidRPr="00A35887" w:rsidRDefault="00BF61A8" w:rsidP="009F5F3A">
            <w:pPr>
              <w:pStyle w:val="ListParagraph"/>
              <w:numPr>
                <w:ilvl w:val="1"/>
                <w:numId w:val="37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How did you feel when you first heard that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HWs would be prescribing and giving hypertension medication in your village?</w:t>
            </w:r>
          </w:p>
          <w:p w14:paraId="16D04755" w14:textId="08E21F47" w:rsidR="009F5F3A" w:rsidRPr="00A35887" w:rsidRDefault="009F5F3A" w:rsidP="009F5F3A">
            <w:pPr>
              <w:pStyle w:val="ListParagraph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1607218A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4D5128" w14:textId="7C15ED20" w:rsidR="00BF61A8" w:rsidRPr="00A35887" w:rsidRDefault="00BF61A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Were you happy, worried, or unsure about receiving your medication from a </w:t>
            </w:r>
            <w:r w:rsidR="00412A6A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instead of the clinic? Why?</w:t>
            </w:r>
          </w:p>
        </w:tc>
      </w:tr>
      <w:tr w:rsidR="00BF61A8" w:rsidRPr="00A35887" w14:paraId="6D753114" w14:textId="77777777" w:rsidTr="00A35887">
        <w:tc>
          <w:tcPr>
            <w:tcW w:w="5171" w:type="dxa"/>
          </w:tcPr>
          <w:p w14:paraId="7340616A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77EE23" w14:textId="647D43C7" w:rsidR="00BF61A8" w:rsidRPr="00A35887" w:rsidRDefault="00D72FFD" w:rsidP="009F5F3A">
            <w:pPr>
              <w:pStyle w:val="ListParagraph"/>
              <w:numPr>
                <w:ilvl w:val="1"/>
                <w:numId w:val="37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How comfortable or uncomfortable was it to take part in this </w:t>
            </w:r>
            <w:r w:rsidR="00582F4A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care (including taking medication)?</w:t>
            </w:r>
          </w:p>
          <w:p w14:paraId="1AF8315F" w14:textId="1C8346D0" w:rsidR="009F5F3A" w:rsidRPr="00A35887" w:rsidRDefault="009F5F3A" w:rsidP="009F5F3A">
            <w:pPr>
              <w:pStyle w:val="ListParagraph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E8ACA07" w14:textId="77777777" w:rsidR="00BF61A8" w:rsidRPr="00A35887" w:rsidRDefault="00BF61A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72FFD" w:rsidRPr="00A35887" w14:paraId="77C4F807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7B549AD6" w14:textId="1A1CD853" w:rsidR="00D72FFD" w:rsidRPr="00A35887" w:rsidRDefault="00D72FFD" w:rsidP="00FE458E">
            <w:pPr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2. Burden (Effort required to participate)</w:t>
            </w:r>
          </w:p>
        </w:tc>
      </w:tr>
      <w:tr w:rsidR="00D72FFD" w:rsidRPr="00A35887" w14:paraId="660C1DC3" w14:textId="77777777" w:rsidTr="00A35887">
        <w:tc>
          <w:tcPr>
            <w:tcW w:w="5171" w:type="dxa"/>
          </w:tcPr>
          <w:p w14:paraId="2FD7B8EE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B1860F" w14:textId="6DA87936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2.1 Can you tell me about how easy or difficult it was to receive hypertension care from your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2D446DBA" w14:textId="5E1AE304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4BB4482C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324EF7" w14:textId="4ED7E68B" w:rsidR="00D72FFD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Were there any challenges (if any) did you face that made it harder for you to take part in this model?</w:t>
            </w:r>
          </w:p>
        </w:tc>
      </w:tr>
      <w:tr w:rsidR="00D72FFD" w:rsidRPr="00A35887" w14:paraId="7C14911E" w14:textId="77777777" w:rsidTr="00A35887">
        <w:tc>
          <w:tcPr>
            <w:tcW w:w="5171" w:type="dxa"/>
          </w:tcPr>
          <w:p w14:paraId="04A6B81A" w14:textId="77777777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12E494" w14:textId="77777777" w:rsidR="00D72FFD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2.2 Compared to clinic visits, did this model save you time or cause inconvenience?</w:t>
            </w:r>
          </w:p>
          <w:p w14:paraId="764B2298" w14:textId="1D709F94" w:rsidR="009F5F3A" w:rsidRPr="00A35887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B7B1655" w14:textId="77777777" w:rsidR="00D72FFD" w:rsidRPr="00A35887" w:rsidRDefault="00D72FFD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5F3A" w:rsidRPr="00A35887" w14:paraId="571843EA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4FC51736" w14:textId="4B7FA045" w:rsidR="009F5F3A" w:rsidRPr="00A35887" w:rsidRDefault="009F5F3A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Ethicality (Fit with </w:t>
            </w:r>
            <w:r w:rsidRPr="00A35887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personal values)</w:t>
            </w:r>
          </w:p>
        </w:tc>
      </w:tr>
      <w:tr w:rsidR="009F5F3A" w:rsidRPr="00A35887" w14:paraId="5847139B" w14:textId="77777777" w:rsidTr="00A35887">
        <w:tc>
          <w:tcPr>
            <w:tcW w:w="5171" w:type="dxa"/>
          </w:tcPr>
          <w:p w14:paraId="186153D2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22EE83" w14:textId="52FB9B8F" w:rsidR="009F5F3A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3.1 Do you think it is appropriate for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HWs to prescribe and dispense hypertension medication in the community?</w:t>
            </w:r>
          </w:p>
          <w:p w14:paraId="090B8CC6" w14:textId="37ECF435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1B243D0E" w14:textId="77777777" w:rsidR="009F5F3A" w:rsidRPr="00A35887" w:rsidRDefault="009F5F3A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5F3A" w:rsidRPr="00A35887" w14:paraId="1371D8CE" w14:textId="77777777" w:rsidTr="00A35887">
        <w:tc>
          <w:tcPr>
            <w:tcW w:w="5171" w:type="dxa"/>
          </w:tcPr>
          <w:p w14:paraId="7DE06EF9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940951" w14:textId="77777777" w:rsidR="009F5F3A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3.2 How did your family or community feel about this kind of care?</w:t>
            </w:r>
          </w:p>
          <w:p w14:paraId="4FA228B9" w14:textId="6F251D42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4DE1DE34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1143B" w14:textId="03361C21" w:rsidR="009F5F3A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Did anything about the program make you uncomfortable, for personal or cultural reasons?</w:t>
            </w:r>
          </w:p>
        </w:tc>
      </w:tr>
      <w:tr w:rsidR="00AC4AE8" w:rsidRPr="00A35887" w14:paraId="4819B44C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489CF2C1" w14:textId="09C21A40" w:rsidR="00AC4AE8" w:rsidRPr="00A35887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4. Perceived Effectiveness (Belief in impact)</w:t>
            </w:r>
          </w:p>
        </w:tc>
      </w:tr>
      <w:tr w:rsidR="00AC4AE8" w:rsidRPr="00A35887" w14:paraId="6D63F235" w14:textId="77777777" w:rsidTr="00A35887">
        <w:tc>
          <w:tcPr>
            <w:tcW w:w="5171" w:type="dxa"/>
          </w:tcPr>
          <w:p w14:paraId="02E682BF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D75D09" w14:textId="1ABD19B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4.1 Do you think getting hypertension medication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helped control your blood pressure?</w:t>
            </w:r>
          </w:p>
          <w:p w14:paraId="058A7721" w14:textId="79606A9A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2C08EC74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A35887" w14:paraId="7F1B1928" w14:textId="77777777" w:rsidTr="00A35887">
        <w:tc>
          <w:tcPr>
            <w:tcW w:w="5171" w:type="dxa"/>
          </w:tcPr>
          <w:p w14:paraId="7B76C172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9A585B" w14:textId="2D77B63F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4.2 Did you notice any improvements in your health or symptoms since you started working with your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46F92ECF" w14:textId="3D18CCD4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129A8EAD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859111" w14:textId="7D070D6A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Can you describe any improvements you noticed?</w:t>
            </w:r>
          </w:p>
        </w:tc>
      </w:tr>
      <w:tr w:rsidR="00AC4AE8" w:rsidRPr="00A35887" w14:paraId="169D97D1" w14:textId="77777777" w:rsidTr="00A35887">
        <w:tc>
          <w:tcPr>
            <w:tcW w:w="5171" w:type="dxa"/>
          </w:tcPr>
          <w:p w14:paraId="2627D4BF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67F3F7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4.3 Can you describe any improvements you noticed?</w:t>
            </w:r>
          </w:p>
          <w:p w14:paraId="2B5D8E35" w14:textId="6A3C4B76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F255794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A35887" w14:paraId="7DAB2224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68ED9647" w14:textId="5F51DBE2" w:rsidR="00AC4AE8" w:rsidRPr="00A35887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5. Intervention Coherence (Understanding how the model works)</w:t>
            </w:r>
          </w:p>
        </w:tc>
      </w:tr>
      <w:tr w:rsidR="00AC4AE8" w:rsidRPr="00A35887" w14:paraId="4CE037F7" w14:textId="77777777" w:rsidTr="00A35887">
        <w:tc>
          <w:tcPr>
            <w:tcW w:w="5171" w:type="dxa"/>
          </w:tcPr>
          <w:p w14:paraId="63148BEC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D9BDFC" w14:textId="1F6AE65F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5.1 Can you explain to me how this community-based care works?</w:t>
            </w:r>
          </w:p>
        </w:tc>
        <w:tc>
          <w:tcPr>
            <w:tcW w:w="5036" w:type="dxa"/>
          </w:tcPr>
          <w:p w14:paraId="51DB312E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BC6FE3" w14:textId="02B3BBC4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Did you clearly understand what the </w:t>
            </w:r>
            <w:r w:rsidR="00412A6A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was doing and why? Was anything confusing about the new way of receiving care?</w:t>
            </w:r>
          </w:p>
          <w:p w14:paraId="485A579F" w14:textId="2648CC8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A35887" w14:paraId="684E3E58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316AC682" w14:textId="5D071775" w:rsidR="00AC4AE8" w:rsidRPr="00A35887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6. Self-Efficacy (Confidence to participate)</w:t>
            </w:r>
          </w:p>
        </w:tc>
      </w:tr>
      <w:tr w:rsidR="00AC4AE8" w:rsidRPr="00A35887" w14:paraId="04456162" w14:textId="77777777" w:rsidTr="00A35887">
        <w:tc>
          <w:tcPr>
            <w:tcW w:w="5171" w:type="dxa"/>
          </w:tcPr>
          <w:p w14:paraId="756A2443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39DB" w14:textId="01FD81D3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6.1 How confident did you feel taking part in the program?</w:t>
            </w:r>
          </w:p>
        </w:tc>
        <w:tc>
          <w:tcPr>
            <w:tcW w:w="5036" w:type="dxa"/>
          </w:tcPr>
          <w:p w14:paraId="43BC07A4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F20F92" w14:textId="0A90A130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Were you confident that you could follow the instructions given by the </w:t>
            </w:r>
            <w:r w:rsidR="00412A6A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 If something went wrong, did you know what to do or who to ask?</w:t>
            </w:r>
          </w:p>
          <w:p w14:paraId="2BAF6F16" w14:textId="03FE096B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A35887" w14:paraId="072A505B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7322552B" w14:textId="145E1DD6" w:rsidR="00AC4AE8" w:rsidRPr="00A35887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7. Opportunity Costs (What you gave up taking part)</w:t>
            </w:r>
          </w:p>
        </w:tc>
      </w:tr>
      <w:tr w:rsidR="00AC4AE8" w:rsidRPr="00A35887" w14:paraId="7553A2A8" w14:textId="77777777" w:rsidTr="00A35887">
        <w:tc>
          <w:tcPr>
            <w:tcW w:w="5171" w:type="dxa"/>
          </w:tcPr>
          <w:p w14:paraId="1A369EE9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82D67F" w14:textId="1F3D7D62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7.1 Was there anything you had to give up or sacrifice to receive this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</w:tc>
        <w:tc>
          <w:tcPr>
            <w:tcW w:w="5036" w:type="dxa"/>
          </w:tcPr>
          <w:p w14:paraId="571A8245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5285CA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Did it interfere with your time, work, or household responsibilities? Were there any costs (money, time, transport) involved?</w:t>
            </w:r>
          </w:p>
          <w:p w14:paraId="356B6D7A" w14:textId="3C7B0924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A35887" w14:paraId="20DD2FC3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6270EA66" w14:textId="27A9028C" w:rsidR="00AC4AE8" w:rsidRPr="00A35887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8. General Acceptability</w:t>
            </w:r>
          </w:p>
        </w:tc>
      </w:tr>
      <w:tr w:rsidR="00AC4AE8" w:rsidRPr="00A35887" w14:paraId="22A8C1B0" w14:textId="77777777" w:rsidTr="00A35887">
        <w:tc>
          <w:tcPr>
            <w:tcW w:w="5171" w:type="dxa"/>
          </w:tcPr>
          <w:p w14:paraId="511B0C6F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1E5BF6" w14:textId="36B790BF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8.1 Overall, how acceptable was it for you to receive medication and care from a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</w:tc>
        <w:tc>
          <w:tcPr>
            <w:tcW w:w="5036" w:type="dxa"/>
          </w:tcPr>
          <w:p w14:paraId="71E756CB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BD43D0" w14:textId="77777777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Would you like this model to continue in your village? Would you recommend it to others with the same condition?</w:t>
            </w:r>
          </w:p>
          <w:p w14:paraId="1DBACF20" w14:textId="15B8E9A0" w:rsidR="00AC4AE8" w:rsidRPr="00A35887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A35887" w14:paraId="51164B9E" w14:textId="77777777" w:rsidTr="00A35887">
        <w:tc>
          <w:tcPr>
            <w:tcW w:w="10207" w:type="dxa"/>
            <w:gridSpan w:val="2"/>
          </w:tcPr>
          <w:p w14:paraId="484D6D54" w14:textId="77777777" w:rsidR="003D30A1" w:rsidRPr="00A35887" w:rsidRDefault="003D30A1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EA528AC" w14:textId="0B975967" w:rsidR="00976AA0" w:rsidRPr="00A35887" w:rsidRDefault="00976AA0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B. Interview guide for the subgroups</w:t>
            </w:r>
          </w:p>
        </w:tc>
      </w:tr>
      <w:tr w:rsidR="00976AA0" w:rsidRPr="00A35887" w14:paraId="07A1D38D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5A54F0AC" w14:textId="1874D5C6" w:rsidR="00976AA0" w:rsidRPr="00A35887" w:rsidRDefault="00976AA0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Subgroup 1: 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Participants who </w:t>
            </w:r>
            <w:r w:rsidR="0067436E">
              <w:rPr>
                <w:rFonts w:ascii="Arial" w:hAnsi="Arial" w:cs="Arial"/>
                <w:b/>
                <w:bCs/>
                <w:sz w:val="18"/>
                <w:szCs w:val="18"/>
              </w:rPr>
              <w:t>received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CHW-led prescribing throughout the 12-months trial follow-up</w:t>
            </w:r>
          </w:p>
        </w:tc>
      </w:tr>
      <w:tr w:rsidR="00AC4AE8" w:rsidRPr="00A35887" w14:paraId="17BE02D3" w14:textId="77777777" w:rsidTr="00A35887">
        <w:tc>
          <w:tcPr>
            <w:tcW w:w="5171" w:type="dxa"/>
          </w:tcPr>
          <w:p w14:paraId="1448DB3B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0D519DF2" w14:textId="698451F4" w:rsidR="00AC4AE8" w:rsidRPr="00A35887" w:rsidRDefault="00976AA0" w:rsidP="00976AA0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Describe your experience receiving ongoing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HW. What has been most helpful?</w:t>
            </w:r>
          </w:p>
        </w:tc>
        <w:tc>
          <w:tcPr>
            <w:tcW w:w="5036" w:type="dxa"/>
          </w:tcPr>
          <w:p w14:paraId="0563193E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01704E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Can you give me specific examples? How has this care impacted your daily life?</w:t>
            </w:r>
          </w:p>
          <w:p w14:paraId="0F24F454" w14:textId="7036AC3B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A35887" w14:paraId="3DE611E0" w14:textId="77777777" w:rsidTr="00A35887">
        <w:tc>
          <w:tcPr>
            <w:tcW w:w="5171" w:type="dxa"/>
          </w:tcPr>
          <w:p w14:paraId="3FA139FB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7EC8C790" w14:textId="77777777" w:rsidR="00976AA0" w:rsidRPr="00A35887" w:rsidRDefault="00976AA0" w:rsidP="00976AA0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are the strengths of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 compared to other healthcare options you might have? </w:t>
            </w:r>
          </w:p>
          <w:p w14:paraId="4663F187" w14:textId="4A0F14E4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0335B179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A35887" w14:paraId="28E19CFA" w14:textId="77777777" w:rsidTr="00A35887">
        <w:tc>
          <w:tcPr>
            <w:tcW w:w="5171" w:type="dxa"/>
          </w:tcPr>
          <w:p w14:paraId="56F88AFB" w14:textId="77777777" w:rsidR="00412A6A" w:rsidRPr="00A35887" w:rsidRDefault="00412A6A" w:rsidP="00412A6A">
            <w:pPr>
              <w:pStyle w:val="ListParagraph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10540322" w14:textId="779CD732" w:rsidR="00976AA0" w:rsidRPr="00A35887" w:rsidRDefault="00976AA0" w:rsidP="00976AA0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Why do you choose to remain under the care of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instead of transitioning to clinic-based care?</w:t>
            </w:r>
          </w:p>
        </w:tc>
        <w:tc>
          <w:tcPr>
            <w:tcW w:w="5036" w:type="dxa"/>
          </w:tcPr>
          <w:p w14:paraId="4FB16F66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0FCB52" w14:textId="4F9C9E3D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makes it more convenient/accessible/comfortable? Are there any aspects you feel are particularly well-handled by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0208DBB7" w14:textId="013E578D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A35887" w14:paraId="253982C5" w14:textId="77777777" w:rsidTr="00A35887">
        <w:tc>
          <w:tcPr>
            <w:tcW w:w="5171" w:type="dxa"/>
          </w:tcPr>
          <w:p w14:paraId="3694D28B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20C62E6D" w14:textId="17F895BB" w:rsidR="00976AA0" w:rsidRPr="00A35887" w:rsidRDefault="00976AA0" w:rsidP="00976AA0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If you could suggest one improvement to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services, what would it be and why?</w:t>
            </w:r>
          </w:p>
        </w:tc>
        <w:tc>
          <w:tcPr>
            <w:tcW w:w="5036" w:type="dxa"/>
          </w:tcPr>
          <w:p w14:paraId="799370A0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B517A3" w14:textId="7777777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How would this improvement make a difference for you? Are there any potential challenges in implementing this change?</w:t>
            </w:r>
          </w:p>
          <w:p w14:paraId="6DEFD7DF" w14:textId="6CF7CD7F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A35887" w14:paraId="46D34B77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06109FE8" w14:textId="11F51973" w:rsidR="00976AA0" w:rsidRPr="00A35887" w:rsidRDefault="00976AA0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Subgroup 2: 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Participants who </w:t>
            </w:r>
            <w:r w:rsidR="0067436E">
              <w:rPr>
                <w:rFonts w:ascii="Arial" w:hAnsi="Arial" w:cs="Arial"/>
                <w:b/>
                <w:bCs/>
                <w:sz w:val="18"/>
                <w:szCs w:val="18"/>
              </w:rPr>
              <w:t>received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CHW-led prescribing initially but subsequently switched to facility-based prescribing, regardless of the reason</w:t>
            </w:r>
          </w:p>
        </w:tc>
      </w:tr>
      <w:tr w:rsidR="00976AA0" w:rsidRPr="00A35887" w14:paraId="52F0DA99" w14:textId="77777777" w:rsidTr="00A35887">
        <w:tc>
          <w:tcPr>
            <w:tcW w:w="5171" w:type="dxa"/>
          </w:tcPr>
          <w:p w14:paraId="5C691FCB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262831C6" w14:textId="065DED66" w:rsidR="00976AA0" w:rsidRPr="00A35887" w:rsidRDefault="00976AA0" w:rsidP="00976AA0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Walk me through the process of deciding to stop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and switch to the clinic. What were the key factors that influenced your decision?</w:t>
            </w:r>
          </w:p>
          <w:p w14:paraId="2B5F478B" w14:textId="13CA2F55" w:rsidR="00976AA0" w:rsidRPr="00A35887" w:rsidRDefault="00976AA0" w:rsidP="00976AA0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56287AD" w14:textId="77777777" w:rsidR="00412A6A" w:rsidRPr="00A35887" w:rsidRDefault="00412A6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486FAC" w14:textId="47F5A25C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Were there any specific incidents that contributed to your decision? How did you feel about making this change?</w:t>
            </w:r>
          </w:p>
        </w:tc>
      </w:tr>
      <w:tr w:rsidR="00976AA0" w:rsidRPr="00A35887" w14:paraId="01B7B2FC" w14:textId="77777777" w:rsidTr="00A35887">
        <w:tc>
          <w:tcPr>
            <w:tcW w:w="5171" w:type="dxa"/>
          </w:tcPr>
          <w:p w14:paraId="1ADBDC49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04AF9737" w14:textId="1FFBD30A" w:rsidR="00976AA0" w:rsidRPr="00A35887" w:rsidRDefault="00976AA0" w:rsidP="00976AA0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were the main differences in your experience between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and receiving care at the clinic (in terms of communication, treatment and care approach, follow-up, etc.)?</w:t>
            </w:r>
          </w:p>
          <w:p w14:paraId="3990AEAB" w14:textId="5F48CACE" w:rsidR="00976AA0" w:rsidRPr="00A35887" w:rsidRDefault="00976AA0" w:rsidP="00976AA0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015777B1" w14:textId="77777777" w:rsidR="00412A6A" w:rsidRPr="00A35887" w:rsidRDefault="00412A6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89A624" w14:textId="7F9E9217" w:rsidR="00976AA0" w:rsidRPr="00A35887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Can you provide specific examples to illustrate these differences? Which approach did you prefer and why?</w:t>
            </w:r>
          </w:p>
        </w:tc>
      </w:tr>
      <w:tr w:rsidR="00976AA0" w:rsidRPr="00A35887" w14:paraId="21DF7275" w14:textId="77777777" w:rsidTr="00A35887">
        <w:tc>
          <w:tcPr>
            <w:tcW w:w="5171" w:type="dxa"/>
          </w:tcPr>
          <w:p w14:paraId="3450C900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21355C8C" w14:textId="1397742E" w:rsidR="00A44C89" w:rsidRPr="00A35887" w:rsidRDefault="00A44C89" w:rsidP="00A44C89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Looking back, is there anything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 could have done differently that might have influenced your decision to continue receiving care from them? </w:t>
            </w:r>
          </w:p>
          <w:p w14:paraId="3298C567" w14:textId="172C396F" w:rsidR="00976AA0" w:rsidRPr="00A35887" w:rsidRDefault="00976AA0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06B9B604" w14:textId="77777777" w:rsidR="00412A6A" w:rsidRPr="00A35887" w:rsidRDefault="00412A6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D9C175" w14:textId="1A3BE480" w:rsidR="00976AA0" w:rsidRPr="00A35887" w:rsidRDefault="00A44C89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What specific changes would have been most important? Do you think these changes would have been feasible?</w:t>
            </w:r>
          </w:p>
        </w:tc>
      </w:tr>
      <w:tr w:rsidR="00A44C89" w:rsidRPr="00A35887" w14:paraId="48C7AEB1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6C7111E0" w14:textId="58B56989" w:rsidR="00A44C89" w:rsidRPr="00A35887" w:rsidRDefault="00A44C89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Subgroup 3: 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Participants who </w:t>
            </w:r>
            <w:r w:rsidR="0067436E">
              <w:rPr>
                <w:rFonts w:ascii="Arial" w:hAnsi="Arial" w:cs="Arial"/>
                <w:b/>
                <w:bCs/>
                <w:sz w:val="18"/>
                <w:szCs w:val="18"/>
              </w:rPr>
              <w:t>received facility-based</w:t>
            </w:r>
            <w:r w:rsidR="00C352EC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prescribing throughout the trial follow-up</w:t>
            </w:r>
          </w:p>
        </w:tc>
      </w:tr>
      <w:tr w:rsidR="00A44C89" w:rsidRPr="00A35887" w14:paraId="1285C9BA" w14:textId="77777777" w:rsidTr="00A35887">
        <w:tc>
          <w:tcPr>
            <w:tcW w:w="5171" w:type="dxa"/>
          </w:tcPr>
          <w:p w14:paraId="0EFE944C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2DA5528B" w14:textId="77777777" w:rsidR="00A44C89" w:rsidRPr="00A35887" w:rsidRDefault="00A44C89" w:rsidP="00A44C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were your initial thoughts and feelings when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offered to initiate treatment? What led you to choose the clinic instead?</w:t>
            </w:r>
          </w:p>
          <w:p w14:paraId="52A09F1C" w14:textId="58354756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046AFBFE" w14:textId="77777777" w:rsidR="00412A6A" w:rsidRPr="00A35887" w:rsidRDefault="00412A6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E3EF86" w14:textId="3A5C5D10" w:rsidR="00A44C89" w:rsidRPr="00A35887" w:rsidRDefault="00A44C89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Were there any specific concerns or doubts you had about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 Did you discuss these concerns with anyone?</w:t>
            </w:r>
          </w:p>
          <w:p w14:paraId="7704E9AF" w14:textId="6F3F27B6" w:rsidR="00A44C89" w:rsidRPr="00A35887" w:rsidRDefault="00A44C89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C89" w:rsidRPr="00A35887" w14:paraId="5BC1338F" w14:textId="77777777" w:rsidTr="00A35887">
        <w:tc>
          <w:tcPr>
            <w:tcW w:w="5171" w:type="dxa"/>
          </w:tcPr>
          <w:p w14:paraId="3E5EBB79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635EB686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73B7279F" w14:textId="1751F633" w:rsidR="00A44C89" w:rsidRPr="00A35887" w:rsidRDefault="00A44C89" w:rsidP="00A44C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are your perceptions about the services that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HWs provide compared to those offered at the clinic?</w:t>
            </w:r>
          </w:p>
          <w:p w14:paraId="213AB2EC" w14:textId="5478046F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7C6362AD" w14:textId="77777777" w:rsidR="00412A6A" w:rsidRPr="00A35887" w:rsidRDefault="00412A6A" w:rsidP="00A44C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AF36C7" w14:textId="534AEC98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Give an example. Where did you get these perceptions from? Are there any specific aspects of clinic care that you value more? What aspects of clinic-based care influenced your decision to seek treatment there instead? What were your main concerns about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63EED07D" w14:textId="77777777" w:rsidR="00A44C89" w:rsidRPr="00A35887" w:rsidRDefault="00A44C89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C89" w:rsidRPr="00A35887" w14:paraId="79E859D0" w14:textId="77777777" w:rsidTr="00A35887">
        <w:tc>
          <w:tcPr>
            <w:tcW w:w="5171" w:type="dxa"/>
          </w:tcPr>
          <w:p w14:paraId="15130A9A" w14:textId="438D23F9" w:rsidR="00A44C89" w:rsidRPr="00A35887" w:rsidRDefault="00A44C89" w:rsidP="00A44C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If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services were structured or delivered differently, would you consider using them in the future? If so, what changes would be necessary?</w:t>
            </w:r>
          </w:p>
          <w:p w14:paraId="0843F562" w14:textId="168A635B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8E08EA0" w14:textId="46240A14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would make you feel more confident in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HW's ability to provide effective care? What could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HWs do differently to make their services more acceptable or appealing to you? What could have encouraged you to accept treatment initiation by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32296A86" w14:textId="5ABC123C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C89" w:rsidRPr="00A35887" w14:paraId="3D32B739" w14:textId="77777777" w:rsidTr="00A35887">
        <w:tc>
          <w:tcPr>
            <w:tcW w:w="5171" w:type="dxa"/>
          </w:tcPr>
          <w:p w14:paraId="16068E21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09980AD0" w14:textId="702351D0" w:rsidR="00A44C89" w:rsidRPr="00A35887" w:rsidRDefault="00A44C89" w:rsidP="00A44C89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>Can you describe your overall satisfaction with the clinic-based care you opted for?</w:t>
            </w:r>
          </w:p>
          <w:p w14:paraId="7E070CEB" w14:textId="28E37354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6F878629" w14:textId="77777777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5B7F" w:rsidRPr="00A35887" w14:paraId="24A11B8F" w14:textId="77777777" w:rsidTr="00A35887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421116B6" w14:textId="5304AFDB" w:rsidR="00865B7F" w:rsidRPr="00A35887" w:rsidRDefault="00865B7F" w:rsidP="00A44C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Subgroup 4: </w:t>
            </w:r>
            <w:r w:rsidR="003D30A1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>Participants who initially</w:t>
            </w:r>
            <w:r w:rsidR="0067436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received facility-based prescribing but later switched to</w:t>
            </w:r>
            <w:r w:rsidR="003D30A1" w:rsidRPr="00A35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CHW-led prescribing</w:t>
            </w:r>
          </w:p>
        </w:tc>
      </w:tr>
      <w:tr w:rsidR="00A44C89" w:rsidRPr="00A35887" w14:paraId="58350347" w14:textId="77777777" w:rsidTr="00A35887">
        <w:tc>
          <w:tcPr>
            <w:tcW w:w="5171" w:type="dxa"/>
          </w:tcPr>
          <w:p w14:paraId="489005D9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39635147" w14:textId="6C4C5CC6" w:rsidR="00A44C89" w:rsidRPr="00A35887" w:rsidRDefault="00A44C89" w:rsidP="00A44C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prompted you to start receiving care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 after initially </w:t>
            </w:r>
            <w:r w:rsidR="003D30A1" w:rsidRPr="00A35887">
              <w:rPr>
                <w:rFonts w:ascii="Arial" w:hAnsi="Arial" w:cs="Arial"/>
                <w:sz w:val="18"/>
                <w:szCs w:val="18"/>
              </w:rPr>
              <w:t>refusing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 initiated by them?</w:t>
            </w:r>
          </w:p>
          <w:p w14:paraId="723599F9" w14:textId="7041CE07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410C8C1E" w14:textId="77777777" w:rsidR="00412A6A" w:rsidRPr="00A35887" w:rsidRDefault="00412A6A" w:rsidP="00A44C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05D328" w14:textId="583D41A7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Were there any specific events or circumstances that led to this change? Did you have any prior experiences with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HWs or hear about their services from others?</w:t>
            </w:r>
          </w:p>
          <w:p w14:paraId="0D60DE18" w14:textId="60FA7473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C89" w:rsidRPr="00A35887" w14:paraId="0712C455" w14:textId="77777777" w:rsidTr="00A35887">
        <w:tc>
          <w:tcPr>
            <w:tcW w:w="5171" w:type="dxa"/>
          </w:tcPr>
          <w:p w14:paraId="4EECBA9F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2FD1E2BE" w14:textId="19683CAF" w:rsidR="00A44C89" w:rsidRPr="00A35887" w:rsidRDefault="00A44C89" w:rsidP="00A44C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How does your experience with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care compare to your previous experiences with other healthcare (clinic/Hospital)?</w:t>
            </w:r>
          </w:p>
          <w:p w14:paraId="33EB01D1" w14:textId="21F45603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6FCA20C8" w14:textId="77777777" w:rsidR="00412A6A" w:rsidRPr="00A35887" w:rsidRDefault="00412A6A" w:rsidP="00A44C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3D4AB8" w14:textId="6AC056AD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are the advantages and disadvantages of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 care in your opinion? What do you value most about the care provided by your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 xml:space="preserve">HW compared to clinic-based care? How does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care compare to the care you received at the clinic?</w:t>
            </w:r>
          </w:p>
          <w:p w14:paraId="59B16F96" w14:textId="77777777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C89" w:rsidRPr="00A35887" w14:paraId="07E41489" w14:textId="77777777" w:rsidTr="00A35887">
        <w:tc>
          <w:tcPr>
            <w:tcW w:w="5171" w:type="dxa"/>
          </w:tcPr>
          <w:p w14:paraId="395D4823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7DD0BC41" w14:textId="3858951D" w:rsidR="00A44C89" w:rsidRPr="00A35887" w:rsidRDefault="00A44C89" w:rsidP="00A44C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are your hopes or expectations for your ongoing care with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  <w:p w14:paraId="374A6D5A" w14:textId="4BD30745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3E06D7A6" w14:textId="77777777" w:rsidR="00412A6A" w:rsidRPr="00A35887" w:rsidRDefault="00412A6A" w:rsidP="00A44C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51D84F" w14:textId="4AA52EF2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What are your specific health goals? What kind of support or assistance do you hope to receive from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HW?</w:t>
            </w:r>
          </w:p>
        </w:tc>
      </w:tr>
      <w:tr w:rsidR="00A44C89" w:rsidRPr="00A35887" w14:paraId="11229129" w14:textId="77777777" w:rsidTr="00A35887">
        <w:tc>
          <w:tcPr>
            <w:tcW w:w="5171" w:type="dxa"/>
          </w:tcPr>
          <w:p w14:paraId="3BD2CEB9" w14:textId="77777777" w:rsidR="00412A6A" w:rsidRPr="00A35887" w:rsidRDefault="00412A6A" w:rsidP="00412A6A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1CB53BC7" w14:textId="278BDE10" w:rsidR="00A44C89" w:rsidRPr="00A35887" w:rsidRDefault="00A44C89" w:rsidP="00A44C8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Are there any aspects of clinic-based care that you feel are missing in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care?</w:t>
            </w:r>
          </w:p>
          <w:p w14:paraId="5DF6ABEA" w14:textId="6FC30912" w:rsidR="00A44C89" w:rsidRPr="00A35887" w:rsidRDefault="00A44C89" w:rsidP="00A44C89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6" w:type="dxa"/>
          </w:tcPr>
          <w:p w14:paraId="4C659574" w14:textId="77777777" w:rsidR="00412A6A" w:rsidRPr="00A35887" w:rsidRDefault="00412A6A" w:rsidP="00A44C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6B0469" w14:textId="215170EA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  <w:r w:rsidRPr="00A35887">
              <w:rPr>
                <w:rFonts w:ascii="Arial" w:hAnsi="Arial" w:cs="Arial"/>
                <w:sz w:val="18"/>
                <w:szCs w:val="18"/>
              </w:rPr>
              <w:t xml:space="preserve">Can you share an example of how the </w:t>
            </w:r>
            <w:r w:rsidR="00363B15" w:rsidRPr="00A35887">
              <w:rPr>
                <w:rFonts w:ascii="Arial" w:hAnsi="Arial" w:cs="Arial"/>
                <w:sz w:val="18"/>
                <w:szCs w:val="18"/>
              </w:rPr>
              <w:t>C</w:t>
            </w:r>
            <w:r w:rsidRPr="00A35887">
              <w:rPr>
                <w:rFonts w:ascii="Arial" w:hAnsi="Arial" w:cs="Arial"/>
                <w:sz w:val="18"/>
                <w:szCs w:val="18"/>
              </w:rPr>
              <w:t>HW has helped you manage your condition more effectively?</w:t>
            </w:r>
          </w:p>
          <w:p w14:paraId="5B2E0FD7" w14:textId="77777777" w:rsidR="00A44C89" w:rsidRPr="00A35887" w:rsidRDefault="00A44C89" w:rsidP="00A44C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05810C" w14:textId="77777777" w:rsidR="00BF61A8" w:rsidRDefault="00BF61A8" w:rsidP="00FE458E">
      <w:pPr>
        <w:rPr>
          <w:rFonts w:ascii="Arial" w:hAnsi="Arial" w:cs="Arial"/>
          <w:b/>
          <w:bCs/>
        </w:rPr>
      </w:pPr>
    </w:p>
    <w:p w14:paraId="05E8A481" w14:textId="77777777" w:rsidR="009941CA" w:rsidRDefault="009941CA" w:rsidP="00976AA0">
      <w:pPr>
        <w:rPr>
          <w:rFonts w:ascii="Arial" w:hAnsi="Arial" w:cs="Arial"/>
        </w:rPr>
      </w:pPr>
    </w:p>
    <w:bookmarkEnd w:id="0"/>
    <w:p w14:paraId="479F4B6B" w14:textId="3A6CE9AE" w:rsidR="00521486" w:rsidRPr="007D0464" w:rsidRDefault="00521486" w:rsidP="00521486">
      <w:pPr>
        <w:ind w:left="1440"/>
        <w:rPr>
          <w:rFonts w:ascii="Arial" w:hAnsi="Arial" w:cs="Arial"/>
        </w:rPr>
      </w:pPr>
    </w:p>
    <w:sectPr w:rsidR="00521486" w:rsidRPr="007D0464" w:rsidSect="0043079B">
      <w:pgSz w:w="12240" w:h="15840"/>
      <w:pgMar w:top="567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3414D" w14:textId="77777777" w:rsidR="000D6194" w:rsidRDefault="000D6194" w:rsidP="006554BB">
      <w:pPr>
        <w:spacing w:after="0" w:line="240" w:lineRule="auto"/>
      </w:pPr>
      <w:r>
        <w:separator/>
      </w:r>
    </w:p>
  </w:endnote>
  <w:endnote w:type="continuationSeparator" w:id="0">
    <w:p w14:paraId="78D5B5AC" w14:textId="77777777" w:rsidR="000D6194" w:rsidRDefault="000D6194" w:rsidP="0065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01F5" w14:textId="77777777" w:rsidR="000D6194" w:rsidRDefault="000D6194" w:rsidP="006554BB">
      <w:pPr>
        <w:spacing w:after="0" w:line="240" w:lineRule="auto"/>
      </w:pPr>
      <w:r>
        <w:separator/>
      </w:r>
    </w:p>
  </w:footnote>
  <w:footnote w:type="continuationSeparator" w:id="0">
    <w:p w14:paraId="7DC708E1" w14:textId="77777777" w:rsidR="000D6194" w:rsidRDefault="000D6194" w:rsidP="00655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ED3FB4"/>
    <w:multiLevelType w:val="hybridMultilevel"/>
    <w:tmpl w:val="88C8CAC2"/>
    <w:lvl w:ilvl="0" w:tplc="D7D20CE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A7383"/>
    <w:multiLevelType w:val="hybridMultilevel"/>
    <w:tmpl w:val="98F4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292B9C"/>
    <w:multiLevelType w:val="multilevel"/>
    <w:tmpl w:val="585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9F538F"/>
    <w:multiLevelType w:val="multilevel"/>
    <w:tmpl w:val="2086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473678"/>
    <w:multiLevelType w:val="hybridMultilevel"/>
    <w:tmpl w:val="98EABCAC"/>
    <w:lvl w:ilvl="0" w:tplc="58342D1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B06638"/>
    <w:multiLevelType w:val="multilevel"/>
    <w:tmpl w:val="A14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BD7223"/>
    <w:multiLevelType w:val="multilevel"/>
    <w:tmpl w:val="1228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592196"/>
    <w:multiLevelType w:val="multilevel"/>
    <w:tmpl w:val="858C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5403B7"/>
    <w:multiLevelType w:val="hybridMultilevel"/>
    <w:tmpl w:val="561614D6"/>
    <w:lvl w:ilvl="0" w:tplc="28746E4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8C0DC9"/>
    <w:multiLevelType w:val="hybridMultilevel"/>
    <w:tmpl w:val="28965F50"/>
    <w:lvl w:ilvl="0" w:tplc="001218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AE3955"/>
    <w:multiLevelType w:val="multilevel"/>
    <w:tmpl w:val="2086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AA002D"/>
    <w:multiLevelType w:val="hybridMultilevel"/>
    <w:tmpl w:val="B7966396"/>
    <w:lvl w:ilvl="0" w:tplc="D4DA430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E390D"/>
    <w:multiLevelType w:val="hybridMultilevel"/>
    <w:tmpl w:val="D28E3348"/>
    <w:lvl w:ilvl="0" w:tplc="D1F2E50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B47615"/>
    <w:multiLevelType w:val="hybridMultilevel"/>
    <w:tmpl w:val="13DE6848"/>
    <w:lvl w:ilvl="0" w:tplc="8E8AA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132A2"/>
    <w:multiLevelType w:val="multilevel"/>
    <w:tmpl w:val="2086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1A3521"/>
    <w:multiLevelType w:val="multilevel"/>
    <w:tmpl w:val="2086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CE1DD3"/>
    <w:multiLevelType w:val="hybridMultilevel"/>
    <w:tmpl w:val="E3A0200E"/>
    <w:lvl w:ilvl="0" w:tplc="AF164CA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A5E32"/>
    <w:multiLevelType w:val="hybridMultilevel"/>
    <w:tmpl w:val="01DEEA46"/>
    <w:lvl w:ilvl="0" w:tplc="144CF7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B2356"/>
    <w:multiLevelType w:val="hybridMultilevel"/>
    <w:tmpl w:val="87C647A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3F34C2"/>
    <w:multiLevelType w:val="hybridMultilevel"/>
    <w:tmpl w:val="716CC8B0"/>
    <w:lvl w:ilvl="0" w:tplc="7C7076B2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24856"/>
    <w:multiLevelType w:val="hybridMultilevel"/>
    <w:tmpl w:val="AB243712"/>
    <w:lvl w:ilvl="0" w:tplc="9314FF8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F2A0E"/>
    <w:multiLevelType w:val="hybridMultilevel"/>
    <w:tmpl w:val="2F5E95E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471BD"/>
    <w:multiLevelType w:val="hybridMultilevel"/>
    <w:tmpl w:val="A06A7AD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C3276D"/>
    <w:multiLevelType w:val="hybridMultilevel"/>
    <w:tmpl w:val="72B2BBC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F60DC"/>
    <w:multiLevelType w:val="hybridMultilevel"/>
    <w:tmpl w:val="CB7E33A8"/>
    <w:lvl w:ilvl="0" w:tplc="144CF7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A227B8"/>
    <w:multiLevelType w:val="hybridMultilevel"/>
    <w:tmpl w:val="CFCC43F6"/>
    <w:lvl w:ilvl="0" w:tplc="ACFE2CE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F03EC"/>
    <w:multiLevelType w:val="multilevel"/>
    <w:tmpl w:val="55F61E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514047A"/>
    <w:multiLevelType w:val="hybridMultilevel"/>
    <w:tmpl w:val="4810E4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32A88"/>
    <w:multiLevelType w:val="hybridMultilevel"/>
    <w:tmpl w:val="B4C0BF5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C26D3"/>
    <w:multiLevelType w:val="hybridMultilevel"/>
    <w:tmpl w:val="4810E4F8"/>
    <w:lvl w:ilvl="0" w:tplc="8E8AA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4319E9"/>
    <w:multiLevelType w:val="hybridMultilevel"/>
    <w:tmpl w:val="884C71AC"/>
    <w:lvl w:ilvl="0" w:tplc="051EAEBA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A11BA"/>
    <w:multiLevelType w:val="hybridMultilevel"/>
    <w:tmpl w:val="A1C81A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7502">
    <w:abstractNumId w:val="8"/>
  </w:num>
  <w:num w:numId="2" w16cid:durableId="151141471">
    <w:abstractNumId w:val="6"/>
  </w:num>
  <w:num w:numId="3" w16cid:durableId="2054496789">
    <w:abstractNumId w:val="5"/>
  </w:num>
  <w:num w:numId="4" w16cid:durableId="1301153556">
    <w:abstractNumId w:val="4"/>
  </w:num>
  <w:num w:numId="5" w16cid:durableId="1824156885">
    <w:abstractNumId w:val="7"/>
  </w:num>
  <w:num w:numId="6" w16cid:durableId="1095172466">
    <w:abstractNumId w:val="3"/>
  </w:num>
  <w:num w:numId="7" w16cid:durableId="2135558329">
    <w:abstractNumId w:val="2"/>
  </w:num>
  <w:num w:numId="8" w16cid:durableId="633482592">
    <w:abstractNumId w:val="1"/>
  </w:num>
  <w:num w:numId="9" w16cid:durableId="1725595354">
    <w:abstractNumId w:val="0"/>
  </w:num>
  <w:num w:numId="10" w16cid:durableId="1096630849">
    <w:abstractNumId w:val="26"/>
  </w:num>
  <w:num w:numId="11" w16cid:durableId="658924438">
    <w:abstractNumId w:val="31"/>
  </w:num>
  <w:num w:numId="12" w16cid:durableId="1232471264">
    <w:abstractNumId w:val="11"/>
  </w:num>
  <w:num w:numId="13" w16cid:durableId="1890457646">
    <w:abstractNumId w:val="22"/>
  </w:num>
  <w:num w:numId="14" w16cid:durableId="918173534">
    <w:abstractNumId w:val="16"/>
  </w:num>
  <w:num w:numId="15" w16cid:durableId="495921190">
    <w:abstractNumId w:val="33"/>
  </w:num>
  <w:num w:numId="16" w16cid:durableId="102505402">
    <w:abstractNumId w:val="38"/>
  </w:num>
  <w:num w:numId="17" w16cid:durableId="1393314227">
    <w:abstractNumId w:val="40"/>
  </w:num>
  <w:num w:numId="18" w16cid:durableId="1887569247">
    <w:abstractNumId w:val="15"/>
  </w:num>
  <w:num w:numId="19" w16cid:durableId="1251813315">
    <w:abstractNumId w:val="14"/>
  </w:num>
  <w:num w:numId="20" w16cid:durableId="307367778">
    <w:abstractNumId w:val="23"/>
  </w:num>
  <w:num w:numId="21" w16cid:durableId="1547837075">
    <w:abstractNumId w:val="24"/>
  </w:num>
  <w:num w:numId="22" w16cid:durableId="541090536">
    <w:abstractNumId w:val="12"/>
  </w:num>
  <w:num w:numId="23" w16cid:durableId="1051079533">
    <w:abstractNumId w:val="19"/>
  </w:num>
  <w:num w:numId="24" w16cid:durableId="2049718065">
    <w:abstractNumId w:val="36"/>
  </w:num>
  <w:num w:numId="25" w16cid:durableId="1748651398">
    <w:abstractNumId w:val="27"/>
  </w:num>
  <w:num w:numId="26" w16cid:durableId="2127390123">
    <w:abstractNumId w:val="17"/>
  </w:num>
  <w:num w:numId="27" w16cid:durableId="212280040">
    <w:abstractNumId w:val="25"/>
  </w:num>
  <w:num w:numId="28" w16cid:durableId="1417559083">
    <w:abstractNumId w:val="13"/>
  </w:num>
  <w:num w:numId="29" w16cid:durableId="178351151">
    <w:abstractNumId w:val="20"/>
  </w:num>
  <w:num w:numId="30" w16cid:durableId="415176890">
    <w:abstractNumId w:val="29"/>
  </w:num>
  <w:num w:numId="31" w16cid:durableId="1511867189">
    <w:abstractNumId w:val="39"/>
  </w:num>
  <w:num w:numId="32" w16cid:durableId="2137092743">
    <w:abstractNumId w:val="34"/>
  </w:num>
  <w:num w:numId="33" w16cid:durableId="1933934275">
    <w:abstractNumId w:val="28"/>
  </w:num>
  <w:num w:numId="34" w16cid:durableId="1706368657">
    <w:abstractNumId w:val="21"/>
  </w:num>
  <w:num w:numId="35" w16cid:durableId="515119805">
    <w:abstractNumId w:val="18"/>
  </w:num>
  <w:num w:numId="36" w16cid:durableId="1244223172">
    <w:abstractNumId w:val="9"/>
  </w:num>
  <w:num w:numId="37" w16cid:durableId="581839483">
    <w:abstractNumId w:val="35"/>
  </w:num>
  <w:num w:numId="38" w16cid:durableId="1117483201">
    <w:abstractNumId w:val="37"/>
  </w:num>
  <w:num w:numId="39" w16cid:durableId="585577657">
    <w:abstractNumId w:val="10"/>
  </w:num>
  <w:num w:numId="40" w16cid:durableId="216817580">
    <w:abstractNumId w:val="30"/>
  </w:num>
  <w:num w:numId="41" w16cid:durableId="15643687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79"/>
    <w:rsid w:val="00034616"/>
    <w:rsid w:val="0005555D"/>
    <w:rsid w:val="0006063C"/>
    <w:rsid w:val="000B758F"/>
    <w:rsid w:val="000B75BE"/>
    <w:rsid w:val="000D6194"/>
    <w:rsid w:val="000E7858"/>
    <w:rsid w:val="0015074B"/>
    <w:rsid w:val="0015264A"/>
    <w:rsid w:val="00153350"/>
    <w:rsid w:val="0024013B"/>
    <w:rsid w:val="00243231"/>
    <w:rsid w:val="0024551F"/>
    <w:rsid w:val="0029639D"/>
    <w:rsid w:val="002F4F66"/>
    <w:rsid w:val="002F64DD"/>
    <w:rsid w:val="0032000F"/>
    <w:rsid w:val="003242FD"/>
    <w:rsid w:val="00326F90"/>
    <w:rsid w:val="0033290E"/>
    <w:rsid w:val="00341345"/>
    <w:rsid w:val="00363B15"/>
    <w:rsid w:val="003D30A1"/>
    <w:rsid w:val="00412A6A"/>
    <w:rsid w:val="0043079B"/>
    <w:rsid w:val="004346DB"/>
    <w:rsid w:val="00443D3F"/>
    <w:rsid w:val="00456FC2"/>
    <w:rsid w:val="0049416D"/>
    <w:rsid w:val="004C5CCB"/>
    <w:rsid w:val="004E27AD"/>
    <w:rsid w:val="004F74ED"/>
    <w:rsid w:val="00521486"/>
    <w:rsid w:val="00537A24"/>
    <w:rsid w:val="00542088"/>
    <w:rsid w:val="00542B70"/>
    <w:rsid w:val="005529B9"/>
    <w:rsid w:val="00553427"/>
    <w:rsid w:val="00582F4A"/>
    <w:rsid w:val="00585B26"/>
    <w:rsid w:val="005A74C8"/>
    <w:rsid w:val="005E586B"/>
    <w:rsid w:val="006175BB"/>
    <w:rsid w:val="00622F4A"/>
    <w:rsid w:val="00631E57"/>
    <w:rsid w:val="0065003D"/>
    <w:rsid w:val="006554BB"/>
    <w:rsid w:val="0066578A"/>
    <w:rsid w:val="006728CB"/>
    <w:rsid w:val="0067436E"/>
    <w:rsid w:val="006A642B"/>
    <w:rsid w:val="006C13EB"/>
    <w:rsid w:val="006C1CB4"/>
    <w:rsid w:val="006C259D"/>
    <w:rsid w:val="006D1D77"/>
    <w:rsid w:val="006E1996"/>
    <w:rsid w:val="00730668"/>
    <w:rsid w:val="007439F5"/>
    <w:rsid w:val="00755DB8"/>
    <w:rsid w:val="007D0464"/>
    <w:rsid w:val="007E14EA"/>
    <w:rsid w:val="007F5E29"/>
    <w:rsid w:val="00810FC2"/>
    <w:rsid w:val="00827863"/>
    <w:rsid w:val="00865B7F"/>
    <w:rsid w:val="00867AE1"/>
    <w:rsid w:val="00874CF1"/>
    <w:rsid w:val="00891386"/>
    <w:rsid w:val="008B01A4"/>
    <w:rsid w:val="008E4697"/>
    <w:rsid w:val="00920246"/>
    <w:rsid w:val="00920CB0"/>
    <w:rsid w:val="00962CED"/>
    <w:rsid w:val="00976AA0"/>
    <w:rsid w:val="009941CA"/>
    <w:rsid w:val="009B3827"/>
    <w:rsid w:val="009B6F1E"/>
    <w:rsid w:val="009F20F7"/>
    <w:rsid w:val="009F5F3A"/>
    <w:rsid w:val="00A35887"/>
    <w:rsid w:val="00A44C64"/>
    <w:rsid w:val="00A44C89"/>
    <w:rsid w:val="00A94CC8"/>
    <w:rsid w:val="00AA1D8D"/>
    <w:rsid w:val="00AB0FE3"/>
    <w:rsid w:val="00AC1CD9"/>
    <w:rsid w:val="00AC4AE8"/>
    <w:rsid w:val="00B47730"/>
    <w:rsid w:val="00B728B3"/>
    <w:rsid w:val="00B95EF0"/>
    <w:rsid w:val="00BA733D"/>
    <w:rsid w:val="00BF61A8"/>
    <w:rsid w:val="00C03547"/>
    <w:rsid w:val="00C352EC"/>
    <w:rsid w:val="00C52207"/>
    <w:rsid w:val="00C84DCC"/>
    <w:rsid w:val="00CA380E"/>
    <w:rsid w:val="00CA3824"/>
    <w:rsid w:val="00CB0664"/>
    <w:rsid w:val="00CC6366"/>
    <w:rsid w:val="00CE5A7B"/>
    <w:rsid w:val="00CF581E"/>
    <w:rsid w:val="00D038C4"/>
    <w:rsid w:val="00D2423A"/>
    <w:rsid w:val="00D42868"/>
    <w:rsid w:val="00D72FFD"/>
    <w:rsid w:val="00DE32C9"/>
    <w:rsid w:val="00E147A1"/>
    <w:rsid w:val="00E32CE7"/>
    <w:rsid w:val="00E80DC3"/>
    <w:rsid w:val="00EA5AE7"/>
    <w:rsid w:val="00EB22EC"/>
    <w:rsid w:val="00EC426C"/>
    <w:rsid w:val="00F40199"/>
    <w:rsid w:val="00F64F76"/>
    <w:rsid w:val="00FA43FD"/>
    <w:rsid w:val="00FA5969"/>
    <w:rsid w:val="00FC693F"/>
    <w:rsid w:val="00FC7D30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7DE5A6"/>
  <w14:defaultImageDpi w14:val="300"/>
  <w15:docId w15:val="{31693E53-245F-454C-AB59-68BD7E46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C89"/>
  </w:style>
  <w:style w:type="paragraph" w:styleId="Heading1">
    <w:name w:val="heading 1"/>
    <w:basedOn w:val="Normal"/>
    <w:next w:val="Normal"/>
    <w:link w:val="Heading1Char"/>
    <w:uiPriority w:val="9"/>
    <w:qFormat/>
    <w:rsid w:val="00A358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35887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E5A7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4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7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7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7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7A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7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  <lcf76f155ced4ddcb4097134ff3c332f xmlns="a7bc9903-784d-4803-9cdb-727410e2bd9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1A161-D131-482B-92BF-7C7D9DBC6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7DA039-E15B-4470-B9C7-24764A93F357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customXml/itemProps4.xml><?xml version="1.0" encoding="utf-8"?>
<ds:datastoreItem xmlns:ds="http://schemas.openxmlformats.org/officeDocument/2006/customXml" ds:itemID="{896D23AB-46E1-4BA3-837C-157E4D330F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1081</Words>
  <Characters>5541</Characters>
  <Application>Microsoft Office Word</Application>
  <DocSecurity>0</DocSecurity>
  <Lines>232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t.lejone@usb.ch</dc:creator>
  <cp:keywords/>
  <dc:description>generated by python-docx</dc:description>
  <cp:lastModifiedBy>Gerber Felix</cp:lastModifiedBy>
  <cp:revision>11</cp:revision>
  <dcterms:created xsi:type="dcterms:W3CDTF">2026-06-20T20:56:00Z</dcterms:created>
  <dcterms:modified xsi:type="dcterms:W3CDTF">2026-07-19T16:00:00Z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0x010100A38F67BB767F77438C8BC942C0FD0E01</vt:lpwstr>
  </property>
  <property fmtid="{D5CDD505-2E9C-101B-9397-08002B2CF9AE}" pid="3" name="MediaServiceImageTags">
    <vt:lpwstr/>
  </property>
</Properties>
</file>