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29B1" w14:textId="3320C762" w:rsidR="00EA79EB" w:rsidRPr="00CF4977" w:rsidRDefault="005E5C41" w:rsidP="00EA79EB">
      <w:pPr>
        <w:spacing w:line="240" w:lineRule="auto"/>
        <w:rPr>
          <w:rFonts w:eastAsia="맑은 고딕" w:cs="Times New Roman"/>
          <w:b/>
          <w:bCs/>
          <w:sz w:val="24"/>
          <w:szCs w:val="24"/>
          <w:lang w:eastAsia="ko-KR"/>
        </w:rPr>
      </w:pPr>
      <w:r>
        <w:rPr>
          <w:rFonts w:eastAsia="맑은 고딕" w:cs="Times New Roman"/>
          <w:b/>
          <w:bCs/>
          <w:sz w:val="24"/>
          <w:szCs w:val="24"/>
          <w:lang w:eastAsia="ko-KR"/>
        </w:rPr>
        <w:t>Graphical Abstract</w:t>
      </w:r>
    </w:p>
    <w:p w14:paraId="1E2B8ADE" w14:textId="77A90D29" w:rsidR="001A6B80" w:rsidRPr="00EA79EB" w:rsidRDefault="005E5C41" w:rsidP="005E5C41">
      <w:pPr>
        <w:pStyle w:val="aa"/>
        <w:numPr>
          <w:ilvl w:val="0"/>
          <w:numId w:val="15"/>
        </w:numPr>
        <w:spacing w:line="240" w:lineRule="auto"/>
        <w:ind w:left="284" w:hanging="284"/>
      </w:pPr>
      <w:r w:rsidRPr="005E5C41">
        <w:rPr>
          <w:rFonts w:cs="Times New Roman"/>
          <w:sz w:val="24"/>
          <w:szCs w:val="24"/>
        </w:rPr>
        <w:drawing>
          <wp:inline distT="0" distB="0" distL="0" distR="0" wp14:anchorId="2B6AC812" wp14:editId="7AC077ED">
            <wp:extent cx="5318760" cy="4378826"/>
            <wp:effectExtent l="0" t="0" r="0" b="317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8356" cy="4386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6B80" w:rsidRPr="00EA79EB" w:rsidSect="0049562F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893714"/>
    <w:multiLevelType w:val="hybridMultilevel"/>
    <w:tmpl w:val="934656F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BA01071"/>
    <w:multiLevelType w:val="hybridMultilevel"/>
    <w:tmpl w:val="EC64611C"/>
    <w:lvl w:ilvl="0" w:tplc="0409000F">
      <w:start w:val="1"/>
      <w:numFmt w:val="decimal"/>
      <w:lvlText w:val="%1."/>
      <w:lvlJc w:val="left"/>
      <w:pPr>
        <w:ind w:left="858" w:hanging="400"/>
      </w:pPr>
    </w:lvl>
    <w:lvl w:ilvl="1" w:tplc="04090019" w:tentative="1">
      <w:start w:val="1"/>
      <w:numFmt w:val="upperLetter"/>
      <w:lvlText w:val="%2."/>
      <w:lvlJc w:val="left"/>
      <w:pPr>
        <w:ind w:left="1258" w:hanging="400"/>
      </w:pPr>
    </w:lvl>
    <w:lvl w:ilvl="2" w:tplc="0409001B" w:tentative="1">
      <w:start w:val="1"/>
      <w:numFmt w:val="lowerRoman"/>
      <w:lvlText w:val="%3."/>
      <w:lvlJc w:val="right"/>
      <w:pPr>
        <w:ind w:left="1658" w:hanging="400"/>
      </w:pPr>
    </w:lvl>
    <w:lvl w:ilvl="3" w:tplc="0409000F" w:tentative="1">
      <w:start w:val="1"/>
      <w:numFmt w:val="decimal"/>
      <w:lvlText w:val="%4."/>
      <w:lvlJc w:val="left"/>
      <w:pPr>
        <w:ind w:left="2058" w:hanging="400"/>
      </w:pPr>
    </w:lvl>
    <w:lvl w:ilvl="4" w:tplc="04090019" w:tentative="1">
      <w:start w:val="1"/>
      <w:numFmt w:val="upperLetter"/>
      <w:lvlText w:val="%5."/>
      <w:lvlJc w:val="left"/>
      <w:pPr>
        <w:ind w:left="2458" w:hanging="400"/>
      </w:pPr>
    </w:lvl>
    <w:lvl w:ilvl="5" w:tplc="0409001B" w:tentative="1">
      <w:start w:val="1"/>
      <w:numFmt w:val="lowerRoman"/>
      <w:lvlText w:val="%6."/>
      <w:lvlJc w:val="right"/>
      <w:pPr>
        <w:ind w:left="2858" w:hanging="400"/>
      </w:pPr>
    </w:lvl>
    <w:lvl w:ilvl="6" w:tplc="0409000F" w:tentative="1">
      <w:start w:val="1"/>
      <w:numFmt w:val="decimal"/>
      <w:lvlText w:val="%7."/>
      <w:lvlJc w:val="left"/>
      <w:pPr>
        <w:ind w:left="3258" w:hanging="400"/>
      </w:pPr>
    </w:lvl>
    <w:lvl w:ilvl="7" w:tplc="04090019" w:tentative="1">
      <w:start w:val="1"/>
      <w:numFmt w:val="upperLetter"/>
      <w:lvlText w:val="%8."/>
      <w:lvlJc w:val="left"/>
      <w:pPr>
        <w:ind w:left="3658" w:hanging="400"/>
      </w:pPr>
    </w:lvl>
    <w:lvl w:ilvl="8" w:tplc="0409001B" w:tentative="1">
      <w:start w:val="1"/>
      <w:numFmt w:val="lowerRoman"/>
      <w:lvlText w:val="%9."/>
      <w:lvlJc w:val="right"/>
      <w:pPr>
        <w:ind w:left="4058" w:hanging="400"/>
      </w:pPr>
    </w:lvl>
  </w:abstractNum>
  <w:abstractNum w:abstractNumId="11" w15:restartNumberingAfterBreak="0">
    <w:nsid w:val="2B7A2283"/>
    <w:multiLevelType w:val="hybridMultilevel"/>
    <w:tmpl w:val="64848EC8"/>
    <w:lvl w:ilvl="0" w:tplc="E03E6F4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8" w:hanging="400"/>
      </w:pPr>
    </w:lvl>
    <w:lvl w:ilvl="2" w:tplc="0409001B" w:tentative="1">
      <w:start w:val="1"/>
      <w:numFmt w:val="lowerRoman"/>
      <w:lvlText w:val="%3."/>
      <w:lvlJc w:val="right"/>
      <w:pPr>
        <w:ind w:left="1258" w:hanging="400"/>
      </w:pPr>
    </w:lvl>
    <w:lvl w:ilvl="3" w:tplc="0409000F" w:tentative="1">
      <w:start w:val="1"/>
      <w:numFmt w:val="decimal"/>
      <w:lvlText w:val="%4."/>
      <w:lvlJc w:val="left"/>
      <w:pPr>
        <w:ind w:left="1658" w:hanging="400"/>
      </w:pPr>
    </w:lvl>
    <w:lvl w:ilvl="4" w:tplc="04090019" w:tentative="1">
      <w:start w:val="1"/>
      <w:numFmt w:val="upperLetter"/>
      <w:lvlText w:val="%5."/>
      <w:lvlJc w:val="left"/>
      <w:pPr>
        <w:ind w:left="2058" w:hanging="400"/>
      </w:pPr>
    </w:lvl>
    <w:lvl w:ilvl="5" w:tplc="0409001B" w:tentative="1">
      <w:start w:val="1"/>
      <w:numFmt w:val="lowerRoman"/>
      <w:lvlText w:val="%6."/>
      <w:lvlJc w:val="right"/>
      <w:pPr>
        <w:ind w:left="2458" w:hanging="400"/>
      </w:pPr>
    </w:lvl>
    <w:lvl w:ilvl="6" w:tplc="0409000F" w:tentative="1">
      <w:start w:val="1"/>
      <w:numFmt w:val="decimal"/>
      <w:lvlText w:val="%7."/>
      <w:lvlJc w:val="left"/>
      <w:pPr>
        <w:ind w:left="2858" w:hanging="400"/>
      </w:pPr>
    </w:lvl>
    <w:lvl w:ilvl="7" w:tplc="04090019" w:tentative="1">
      <w:start w:val="1"/>
      <w:numFmt w:val="upperLetter"/>
      <w:lvlText w:val="%8."/>
      <w:lvlJc w:val="left"/>
      <w:pPr>
        <w:ind w:left="3258" w:hanging="400"/>
      </w:pPr>
    </w:lvl>
    <w:lvl w:ilvl="8" w:tplc="0409001B" w:tentative="1">
      <w:start w:val="1"/>
      <w:numFmt w:val="lowerRoman"/>
      <w:lvlText w:val="%9."/>
      <w:lvlJc w:val="right"/>
      <w:pPr>
        <w:ind w:left="3658" w:hanging="400"/>
      </w:pPr>
    </w:lvl>
  </w:abstractNum>
  <w:abstractNum w:abstractNumId="12" w15:restartNumberingAfterBreak="0">
    <w:nsid w:val="300570E0"/>
    <w:multiLevelType w:val="hybridMultilevel"/>
    <w:tmpl w:val="EB54A41E"/>
    <w:lvl w:ilvl="0" w:tplc="D33E888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3BA0459"/>
    <w:multiLevelType w:val="hybridMultilevel"/>
    <w:tmpl w:val="17B605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4F46B1A"/>
    <w:multiLevelType w:val="hybridMultilevel"/>
    <w:tmpl w:val="1C58A356"/>
    <w:lvl w:ilvl="0" w:tplc="E03E6F4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14"/>
  </w:num>
  <w:num w:numId="13">
    <w:abstractNumId w:val="12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0B9"/>
    <w:rsid w:val="00022B7C"/>
    <w:rsid w:val="000261EB"/>
    <w:rsid w:val="00033811"/>
    <w:rsid w:val="00034616"/>
    <w:rsid w:val="00043BA4"/>
    <w:rsid w:val="00045A7E"/>
    <w:rsid w:val="00057DC4"/>
    <w:rsid w:val="0006063C"/>
    <w:rsid w:val="000D0F9D"/>
    <w:rsid w:val="000F0A79"/>
    <w:rsid w:val="00126761"/>
    <w:rsid w:val="0015074B"/>
    <w:rsid w:val="00152B43"/>
    <w:rsid w:val="00186518"/>
    <w:rsid w:val="001865A2"/>
    <w:rsid w:val="00196E99"/>
    <w:rsid w:val="001A1022"/>
    <w:rsid w:val="001A6B80"/>
    <w:rsid w:val="001B5CDE"/>
    <w:rsid w:val="001C5EDF"/>
    <w:rsid w:val="00206134"/>
    <w:rsid w:val="00214478"/>
    <w:rsid w:val="002152F3"/>
    <w:rsid w:val="002161FE"/>
    <w:rsid w:val="00234717"/>
    <w:rsid w:val="002407FD"/>
    <w:rsid w:val="00254CAE"/>
    <w:rsid w:val="00255D97"/>
    <w:rsid w:val="0029639D"/>
    <w:rsid w:val="002A0786"/>
    <w:rsid w:val="002B7C36"/>
    <w:rsid w:val="002D295D"/>
    <w:rsid w:val="003005AD"/>
    <w:rsid w:val="0030525F"/>
    <w:rsid w:val="00306142"/>
    <w:rsid w:val="00326F90"/>
    <w:rsid w:val="003270AB"/>
    <w:rsid w:val="00332608"/>
    <w:rsid w:val="00353CB5"/>
    <w:rsid w:val="00371DED"/>
    <w:rsid w:val="00373A3E"/>
    <w:rsid w:val="003A1608"/>
    <w:rsid w:val="003A42DD"/>
    <w:rsid w:val="003D55EE"/>
    <w:rsid w:val="003D573F"/>
    <w:rsid w:val="003E3E4B"/>
    <w:rsid w:val="00433344"/>
    <w:rsid w:val="00474244"/>
    <w:rsid w:val="0049562F"/>
    <w:rsid w:val="004A0C6F"/>
    <w:rsid w:val="004A129C"/>
    <w:rsid w:val="004A1C44"/>
    <w:rsid w:val="004B0122"/>
    <w:rsid w:val="004B17D5"/>
    <w:rsid w:val="004E508F"/>
    <w:rsid w:val="004F0EA4"/>
    <w:rsid w:val="005328EB"/>
    <w:rsid w:val="00565500"/>
    <w:rsid w:val="00570D3D"/>
    <w:rsid w:val="005A1CC9"/>
    <w:rsid w:val="005B60C9"/>
    <w:rsid w:val="005C590E"/>
    <w:rsid w:val="005D35F3"/>
    <w:rsid w:val="005E5C41"/>
    <w:rsid w:val="005E6BEB"/>
    <w:rsid w:val="006108C3"/>
    <w:rsid w:val="006136FE"/>
    <w:rsid w:val="0064020E"/>
    <w:rsid w:val="00681C21"/>
    <w:rsid w:val="0069062C"/>
    <w:rsid w:val="00695912"/>
    <w:rsid w:val="006B11D4"/>
    <w:rsid w:val="006B2395"/>
    <w:rsid w:val="006C101C"/>
    <w:rsid w:val="006D1DD4"/>
    <w:rsid w:val="006F3824"/>
    <w:rsid w:val="00706D89"/>
    <w:rsid w:val="0074442E"/>
    <w:rsid w:val="00752878"/>
    <w:rsid w:val="00762844"/>
    <w:rsid w:val="00777192"/>
    <w:rsid w:val="00780E1D"/>
    <w:rsid w:val="00782C69"/>
    <w:rsid w:val="00796F69"/>
    <w:rsid w:val="007A0245"/>
    <w:rsid w:val="007A05E2"/>
    <w:rsid w:val="007B70D1"/>
    <w:rsid w:val="008302F4"/>
    <w:rsid w:val="00835517"/>
    <w:rsid w:val="00843AC5"/>
    <w:rsid w:val="00844273"/>
    <w:rsid w:val="00865A01"/>
    <w:rsid w:val="00871E00"/>
    <w:rsid w:val="00874F1A"/>
    <w:rsid w:val="008903C6"/>
    <w:rsid w:val="00894E8A"/>
    <w:rsid w:val="008A436C"/>
    <w:rsid w:val="008B0AE5"/>
    <w:rsid w:val="008B123E"/>
    <w:rsid w:val="008C3A12"/>
    <w:rsid w:val="008C618C"/>
    <w:rsid w:val="008D55BB"/>
    <w:rsid w:val="008E1307"/>
    <w:rsid w:val="008E7C92"/>
    <w:rsid w:val="00904DE2"/>
    <w:rsid w:val="00907377"/>
    <w:rsid w:val="009108EE"/>
    <w:rsid w:val="0094184B"/>
    <w:rsid w:val="0095560B"/>
    <w:rsid w:val="00967FA0"/>
    <w:rsid w:val="00971381"/>
    <w:rsid w:val="009A365E"/>
    <w:rsid w:val="009A399A"/>
    <w:rsid w:val="009A5DCD"/>
    <w:rsid w:val="009C78D5"/>
    <w:rsid w:val="009D5747"/>
    <w:rsid w:val="009D7E23"/>
    <w:rsid w:val="009E519F"/>
    <w:rsid w:val="009E6773"/>
    <w:rsid w:val="009E7FB3"/>
    <w:rsid w:val="009F2862"/>
    <w:rsid w:val="00A06A1B"/>
    <w:rsid w:val="00A2355C"/>
    <w:rsid w:val="00A30B4D"/>
    <w:rsid w:val="00A40227"/>
    <w:rsid w:val="00A467C4"/>
    <w:rsid w:val="00A608D8"/>
    <w:rsid w:val="00A70EDF"/>
    <w:rsid w:val="00A7536B"/>
    <w:rsid w:val="00AA0DCC"/>
    <w:rsid w:val="00AA1D8D"/>
    <w:rsid w:val="00AA7473"/>
    <w:rsid w:val="00AB149A"/>
    <w:rsid w:val="00AD0198"/>
    <w:rsid w:val="00AD0D8B"/>
    <w:rsid w:val="00AD70A9"/>
    <w:rsid w:val="00B15203"/>
    <w:rsid w:val="00B16B8D"/>
    <w:rsid w:val="00B33CA3"/>
    <w:rsid w:val="00B41206"/>
    <w:rsid w:val="00B47730"/>
    <w:rsid w:val="00B5411C"/>
    <w:rsid w:val="00B54AE9"/>
    <w:rsid w:val="00B55B23"/>
    <w:rsid w:val="00B63E51"/>
    <w:rsid w:val="00B65B58"/>
    <w:rsid w:val="00B70F44"/>
    <w:rsid w:val="00B76F5F"/>
    <w:rsid w:val="00B83AC2"/>
    <w:rsid w:val="00B858D5"/>
    <w:rsid w:val="00B92926"/>
    <w:rsid w:val="00C122F6"/>
    <w:rsid w:val="00C1545B"/>
    <w:rsid w:val="00C3425B"/>
    <w:rsid w:val="00C3497A"/>
    <w:rsid w:val="00C704CB"/>
    <w:rsid w:val="00C7740E"/>
    <w:rsid w:val="00C82FB2"/>
    <w:rsid w:val="00C92AEA"/>
    <w:rsid w:val="00C92FC3"/>
    <w:rsid w:val="00C95CEF"/>
    <w:rsid w:val="00C97086"/>
    <w:rsid w:val="00CA36EA"/>
    <w:rsid w:val="00CB0664"/>
    <w:rsid w:val="00CD5BE7"/>
    <w:rsid w:val="00CF4977"/>
    <w:rsid w:val="00CF5D01"/>
    <w:rsid w:val="00D0068C"/>
    <w:rsid w:val="00D131E1"/>
    <w:rsid w:val="00D1507A"/>
    <w:rsid w:val="00D17D8C"/>
    <w:rsid w:val="00D6011D"/>
    <w:rsid w:val="00D62FC1"/>
    <w:rsid w:val="00D67998"/>
    <w:rsid w:val="00DC16F1"/>
    <w:rsid w:val="00DC607D"/>
    <w:rsid w:val="00DF1CB7"/>
    <w:rsid w:val="00DF4386"/>
    <w:rsid w:val="00E03A9A"/>
    <w:rsid w:val="00E2491F"/>
    <w:rsid w:val="00E42D0F"/>
    <w:rsid w:val="00EA1645"/>
    <w:rsid w:val="00EA79EB"/>
    <w:rsid w:val="00EB3081"/>
    <w:rsid w:val="00EE6DB1"/>
    <w:rsid w:val="00EE7FFB"/>
    <w:rsid w:val="00EF43E0"/>
    <w:rsid w:val="00F1210C"/>
    <w:rsid w:val="00F12DB3"/>
    <w:rsid w:val="00F5254A"/>
    <w:rsid w:val="00F67E1A"/>
    <w:rsid w:val="00F768B9"/>
    <w:rsid w:val="00F80551"/>
    <w:rsid w:val="00F913AB"/>
    <w:rsid w:val="00F91B1C"/>
    <w:rsid w:val="00FC20AC"/>
    <w:rsid w:val="00FC693F"/>
    <w:rsid w:val="00FC7E6E"/>
    <w:rsid w:val="00FD2B35"/>
    <w:rsid w:val="00FE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10499F"/>
  <w14:defaultImageDpi w14:val="300"/>
  <w15:docId w15:val="{2E99D96A-9BD7-4E04-B86C-925C393AB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Hyperlink"/>
    <w:basedOn w:val="a2"/>
    <w:uiPriority w:val="99"/>
    <w:unhideWhenUsed/>
    <w:rsid w:val="00706D89"/>
    <w:rPr>
      <w:color w:val="0000FF" w:themeColor="hyperlink"/>
      <w:u w:val="single"/>
    </w:rPr>
  </w:style>
  <w:style w:type="paragraph" w:customStyle="1" w:styleId="FACorrespondingAuthorFootnote">
    <w:name w:val="FA_Corresponding_Author_Footnote"/>
    <w:basedOn w:val="a1"/>
    <w:next w:val="a1"/>
    <w:rsid w:val="00706D89"/>
    <w:pPr>
      <w:spacing w:line="480" w:lineRule="auto"/>
      <w:jc w:val="both"/>
    </w:pPr>
    <w:rPr>
      <w:rFonts w:ascii="Times" w:hAnsi="Times" w:cs="Times New Roman"/>
      <w:sz w:val="24"/>
      <w:szCs w:val="20"/>
    </w:rPr>
  </w:style>
  <w:style w:type="character" w:styleId="aff2">
    <w:name w:val="Unresolved Mention"/>
    <w:basedOn w:val="a2"/>
    <w:uiPriority w:val="99"/>
    <w:semiHidden/>
    <w:unhideWhenUsed/>
    <w:rsid w:val="00CF5D01"/>
    <w:rPr>
      <w:color w:val="605E5C"/>
      <w:shd w:val="clear" w:color="auto" w:fill="E1DFDD"/>
    </w:rPr>
  </w:style>
  <w:style w:type="character" w:styleId="aff3">
    <w:name w:val="Placeholder Text"/>
    <w:basedOn w:val="a2"/>
    <w:uiPriority w:val="99"/>
    <w:semiHidden/>
    <w:rsid w:val="00843AC5"/>
    <w:rPr>
      <w:color w:val="808080"/>
    </w:rPr>
  </w:style>
  <w:style w:type="character" w:styleId="aff4">
    <w:name w:val="line number"/>
    <w:basedOn w:val="a2"/>
    <w:uiPriority w:val="99"/>
    <w:semiHidden/>
    <w:unhideWhenUsed/>
    <w:rsid w:val="00DC6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2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7D2724-9C7B-4116-9B48-36FD76B2D893}">
  <we:reference id="wa200001361" version="2.129.3.0" store="en-US" storeType="OMEX"/>
  <we:alternateReferences>
    <we:reference id="wa200001361" version="2.129.3.0" store="" storeType="OMEX"/>
  </we:alternateReferences>
  <we:properties>
    <we:property name="paperpal-document-id" value="&quot;0666ebc7-407d-4d40-97c6-d75f2605b29f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MIN-SUK BAE</cp:lastModifiedBy>
  <cp:revision>183</cp:revision>
  <dcterms:created xsi:type="dcterms:W3CDTF">2026-03-18T04:07:00Z</dcterms:created>
  <dcterms:modified xsi:type="dcterms:W3CDTF">2026-03-22T23:42:00Z</dcterms:modified>
  <cp:category/>
</cp:coreProperties>
</file>