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Supplementary Appendix 1</w:t>
      </w:r>
    </w:p>
    <w:p>
      <w:pPr>
        <w:pStyle w:val="Heading2"/>
      </w:pPr>
      <w:r>
        <w:t>Questionnaire for Women with Peripartum Cardiomyopathy (PPCM)</w:t>
      </w:r>
    </w:p>
    <w:p>
      <w:r>
        <w:t>How has this condition changed your life?</w:t>
      </w:r>
    </w:p>
    <w:p>
      <w:r>
        <w:rPr>
          <w:b/>
        </w:rPr>
        <w:t>1. What is your age? __________</w:t>
      </w:r>
    </w:p>
    <w:p>
      <w:r>
        <w:rPr>
          <w:b/>
        </w:rPr>
        <w:t>2. Are you under regular follow-up with a cardiologist?</w:t>
      </w:r>
    </w:p>
    <w:p>
      <w:r>
        <w:t>☐ Yes    ☐ No</w:t>
      </w:r>
    </w:p>
    <w:p>
      <w:r>
        <w:t>When was your last visit to a cardiologist? __________________</w:t>
      </w:r>
    </w:p>
    <w:p>
      <w:r>
        <w:rPr>
          <w:b/>
        </w:rPr>
        <w:t>3. What is your marital status?</w:t>
      </w:r>
    </w:p>
    <w:p>
      <w:r>
        <w:t>☐ Married</w:t>
      </w:r>
    </w:p>
    <w:p>
      <w:r>
        <w:t>☐ Divorced</w:t>
      </w:r>
    </w:p>
    <w:p>
      <w:r>
        <w:t>☐ Separated</w:t>
      </w:r>
    </w:p>
    <w:p>
      <w:r>
        <w:t>☐ Widowed</w:t>
      </w:r>
    </w:p>
    <w:p>
      <w:r>
        <w:t>☐ Living with a partner</w:t>
      </w:r>
    </w:p>
    <w:p>
      <w:r>
        <w:t>☐ Single</w:t>
      </w:r>
    </w:p>
    <w:p>
      <w:r>
        <w:t>☐ Other: __________</w:t>
      </w:r>
    </w:p>
    <w:p>
      <w:r>
        <w:t>If divorced/separated/widowed/single/other: Are you currently in a committed relationship with a significant other?</w:t>
      </w:r>
    </w:p>
    <w:p>
      <w:r>
        <w:t>☐ Yes    ☐ No</w:t>
      </w:r>
    </w:p>
    <w:p>
      <w:r>
        <w:rPr>
          <w:b/>
        </w:rPr>
        <w:t>4. What is your highest level of education?</w:t>
      </w:r>
    </w:p>
    <w:p>
      <w:r>
        <w:t>☐ 12 years of schooling</w:t>
      </w:r>
    </w:p>
    <w:p>
      <w:r>
        <w:t>☐ Vocational school/college</w:t>
      </w:r>
    </w:p>
    <w:p>
      <w:r>
        <w:t>☐ College graduate</w:t>
      </w:r>
    </w:p>
    <w:p>
      <w:r>
        <w:t>☐ Bachelor's degree</w:t>
      </w:r>
    </w:p>
    <w:p>
      <w:r>
        <w:t>☐ Other: __________</w:t>
      </w:r>
    </w:p>
    <w:p>
      <w:r>
        <w:t>☐ Prefer not to answer</w:t>
      </w:r>
    </w:p>
    <w:p>
      <w:r>
        <w:rPr>
          <w:b/>
        </w:rPr>
        <w:t>5. Are you currently employed?</w:t>
      </w:r>
    </w:p>
    <w:p>
      <w:r>
        <w:t>☐ Yes, full-time</w:t>
      </w:r>
    </w:p>
    <w:p>
      <w:r>
        <w:t>☐ Yes, part-time</w:t>
      </w:r>
    </w:p>
    <w:p>
      <w:r>
        <w:t>☐ No</w:t>
      </w:r>
    </w:p>
    <w:p>
      <w:r>
        <w:t>☐ Prefer not to answer</w:t>
      </w:r>
    </w:p>
    <w:p>
      <w:r>
        <w:rPr>
          <w:b/>
        </w:rPr>
        <w:t>6. Did you stop working or leave your job because of disability caused by your heart condition?</w:t>
      </w:r>
    </w:p>
    <w:p>
      <w:r>
        <w:t>☐ Yes, temporarily</w:t>
      </w:r>
    </w:p>
    <w:p>
      <w:r>
        <w:t>☐ Yes, permanently</w:t>
      </w:r>
    </w:p>
    <w:p>
      <w:r>
        <w:t>☐ No</w:t>
      </w:r>
    </w:p>
    <w:p>
      <w:r>
        <w:rPr>
          <w:b/>
        </w:rPr>
        <w:t>7. How many years/months ago were you diagnosed with peripartum cardiomyopathy (heart muscle dysfunction)?</w:t>
      </w:r>
    </w:p>
    <w:p>
      <w:r>
        <w:t>_____ years</w:t>
      </w:r>
    </w:p>
    <w:p>
      <w:r>
        <w:t>_____ months</w:t>
      </w:r>
    </w:p>
    <w:p>
      <w:r>
        <w:rPr>
          <w:b/>
        </w:rPr>
        <w:t>8. How did you feel when you were informed of your diagnosis? (You may select more than one answer.)</w:t>
      </w:r>
    </w:p>
    <w:p>
      <w:r>
        <w:t>☐ Depressive mood</w:t>
      </w:r>
    </w:p>
    <w:p>
      <w:r>
        <w:t>☐ Hopeless</w:t>
      </w:r>
    </w:p>
    <w:p>
      <w:r>
        <w:t>☐ Felt nothing</w:t>
      </w:r>
    </w:p>
    <w:p>
      <w:r>
        <w:t>☐ Confused</w:t>
      </w:r>
    </w:p>
    <w:p>
      <w:r>
        <w:t>☐ Desperate</w:t>
      </w:r>
    </w:p>
    <w:p>
      <w:r>
        <w:t>☐ Anxiety</w:t>
      </w:r>
    </w:p>
    <w:p>
      <w:r>
        <w:t>☐ Fear</w:t>
      </w:r>
    </w:p>
    <w:p>
      <w:r>
        <w:t>☐ I felt that everything would eventually be alright</w:t>
      </w:r>
    </w:p>
    <w:p>
      <w:r>
        <w:t>☐ Disappointed</w:t>
      </w:r>
    </w:p>
    <w:p>
      <w:r>
        <w:t>☐ Other: __________</w:t>
      </w:r>
    </w:p>
    <w:p>
      <w:r>
        <w:rPr>
          <w:b/>
        </w:rPr>
        <w:t>9. Since you were diagnosed with peripartum cardiomyopathy, do you think you received sufficient medical explanation and counseling regarding your diagnosis from your healthcare providers?</w:t>
      </w:r>
    </w:p>
    <w:p>
      <w:r>
        <w:t>☐ Yes, completely</w:t>
      </w:r>
    </w:p>
    <w:p>
      <w:r>
        <w:t>☐ Yes, but I still had unanswered questions</w:t>
      </w:r>
    </w:p>
    <w:p>
      <w:r>
        <w:t>☐ No</w:t>
      </w:r>
    </w:p>
    <w:p>
      <w:r>
        <w:t>☐ I don't know</w:t>
      </w:r>
    </w:p>
    <w:p>
      <w:r>
        <w:t>☐ Other: __________</w:t>
      </w:r>
    </w:p>
    <w:p>
      <w:r>
        <w:rPr>
          <w:b/>
        </w:rPr>
        <w:t>10. Did you receive counseling regarding a future pregnancy?</w:t>
      </w:r>
    </w:p>
    <w:p>
      <w:r>
        <w:t>☐ Yes    ☐ No</w:t>
      </w:r>
    </w:p>
    <w:p>
      <w:r>
        <w:rPr>
          <w:b/>
        </w:rPr>
        <w:t>11. When did you feel that you returned to your baseline level of physical activity following your diagnosis of peripartum cardiomyopathy?</w:t>
      </w:r>
    </w:p>
    <w:p>
      <w:r>
        <w:t>☐ Immediately after treatment</w:t>
      </w:r>
    </w:p>
    <w:p>
      <w:r>
        <w:t>☐ Immediately after delivery</w:t>
      </w:r>
    </w:p>
    <w:p>
      <w:r>
        <w:t>☐ One week after delivery</w:t>
      </w:r>
    </w:p>
    <w:p>
      <w:r>
        <w:t>☐ One month after delivery</w:t>
      </w:r>
    </w:p>
    <w:p>
      <w:r>
        <w:t>☐ Six months after delivery</w:t>
      </w:r>
    </w:p>
    <w:p>
      <w:r>
        <w:t>☐ I have not returned to my baseline</w:t>
      </w:r>
    </w:p>
    <w:p>
      <w:r>
        <w:t>☐ Other: __________</w:t>
      </w:r>
    </w:p>
    <w:p>
      <w:r>
        <w:rPr>
          <w:b/>
        </w:rPr>
        <w:t>12. When did you feel that you returned to your normal emotional baseline?</w:t>
      </w:r>
    </w:p>
    <w:p>
      <w:r>
        <w:t>☐ I was never in emotional distress</w:t>
      </w:r>
    </w:p>
    <w:p>
      <w:r>
        <w:t>☐ Immediately after receiving the diagnosis</w:t>
      </w:r>
    </w:p>
    <w:p>
      <w:r>
        <w:t>☐ ___ weeks</w:t>
      </w:r>
    </w:p>
    <w:p>
      <w:r>
        <w:t>☐ ___ months</w:t>
      </w:r>
    </w:p>
    <w:p>
      <w:r>
        <w:t>☐ ___ years</w:t>
      </w:r>
    </w:p>
    <w:p>
      <w:r>
        <w:t>☐ I have never returned to my normal emotional baseline</w:t>
      </w:r>
    </w:p>
    <w:p>
      <w:r>
        <w:t>☐ Other: __________</w:t>
      </w:r>
    </w:p>
    <w:p>
      <w:r>
        <w:rPr>
          <w:b/>
        </w:rPr>
        <w:t>13. Did you receive psychological support?</w:t>
      </w:r>
    </w:p>
    <w:p>
      <w:r>
        <w:t>☐ Yes    ☐ No</w:t>
      </w:r>
    </w:p>
    <w:p>
      <w:r>
        <w:rPr>
          <w:b/>
        </w:rPr>
        <w:t>14. Did you receive antidepressant medication?</w:t>
      </w:r>
    </w:p>
    <w:p>
      <w:r>
        <w:t>☐ Yes    ☐ No</w:t>
      </w:r>
    </w:p>
    <w:p>
      <w:r>
        <w:rPr>
          <w:b/>
        </w:rPr>
        <w:t>15. During the first six months after the acute event, on average, how often did fatigue limit your ability to do what you wanted?</w:t>
      </w:r>
    </w:p>
    <w:p>
      <w:r>
        <w:t>☐ All the time</w:t>
      </w:r>
    </w:p>
    <w:p>
      <w:r>
        <w:t>☐ Several times a day</w:t>
      </w:r>
    </w:p>
    <w:p>
      <w:r>
        <w:t>☐ At least once a day</w:t>
      </w:r>
    </w:p>
    <w:p>
      <w:r>
        <w:t>☐ Three or more times a week, but not every day</w:t>
      </w:r>
    </w:p>
    <w:p>
      <w:r>
        <w:t>☐ Once or twice a week</w:t>
      </w:r>
    </w:p>
    <w:p>
      <w:r>
        <w:t>☐ Less than once a week</w:t>
      </w:r>
    </w:p>
    <w:p>
      <w:r>
        <w:t>☐ Not at all during a two-week period</w:t>
      </w:r>
    </w:p>
    <w:p>
      <w:r>
        <w:rPr>
          <w:b/>
        </w:rPr>
        <w:t>16. If you had to spend the rest of your life with your current heart condition, how would you feel about it?</w:t>
      </w:r>
    </w:p>
    <w:p>
      <w:r>
        <w:t>☐ Not satisfied at all</w:t>
      </w:r>
    </w:p>
    <w:p>
      <w:r>
        <w:t>☐ Mostly dissatisfied</w:t>
      </w:r>
    </w:p>
    <w:p>
      <w:r>
        <w:t>☐ Slightly dissatisfied</w:t>
      </w:r>
    </w:p>
    <w:p>
      <w:r>
        <w:t>☐ Mostly satisfied</w:t>
      </w:r>
    </w:p>
    <w:p>
      <w:r>
        <w:t>☐ Slightly satisfied</w:t>
      </w:r>
    </w:p>
    <w:p>
      <w:r>
        <w:t>☐ Completely satisfied</w:t>
      </w:r>
    </w:p>
    <w:p>
      <w:r>
        <w:rPr>
          <w:b/>
        </w:rPr>
        <w:t>17. During the first six months after the acute event, how often did you feel depressed or have a low mood because of heart failure?</w:t>
      </w:r>
    </w:p>
    <w:p>
      <w:r>
        <w:t>☐ All the time</w:t>
      </w:r>
    </w:p>
    <w:p>
      <w:r>
        <w:t>☐ Most of the time</w:t>
      </w:r>
    </w:p>
    <w:p>
      <w:r>
        <w:t>☐ Sometimes</w:t>
      </w:r>
    </w:p>
    <w:p>
      <w:r>
        <w:t>☐ Rarely</w:t>
      </w:r>
    </w:p>
    <w:p>
      <w:r>
        <w:t>☐ Never</w:t>
      </w:r>
    </w:p>
    <w:p>
      <w:r>
        <w:rPr>
          <w:b/>
        </w:rPr>
        <w:t>18. During the past six months, how has your heart condition affected your lifestyle (work, household tasks, and caring for your family)?</w:t>
      </w:r>
    </w:p>
    <w:p>
      <w:r>
        <w:t>☐ Severely limiting</w:t>
      </w:r>
    </w:p>
    <w:p>
      <w:r>
        <w:t>☐ Quite limiting</w:t>
      </w:r>
    </w:p>
    <w:p>
      <w:r>
        <w:t>☐ Moderately limiting</w:t>
      </w:r>
    </w:p>
    <w:p>
      <w:r>
        <w:t>☐ Slightly limiting</w:t>
      </w:r>
    </w:p>
    <w:p>
      <w:r>
        <w:t>☐ Not limiting at all</w:t>
      </w:r>
    </w:p>
    <w:p>
      <w:r>
        <w:t>☐ Not applicable / not affected for other reasons</w:t>
      </w:r>
    </w:p>
    <w:p>
      <w:r>
        <w:rPr>
          <w:b/>
        </w:rPr>
        <w:t>19. Which heart medications are you currently taking? (Select all that apply)</w:t>
      </w:r>
    </w:p>
    <w:p>
      <w:r>
        <w:t>☐ Carvedilol (Coreg)</w:t>
      </w:r>
    </w:p>
    <w:p>
      <w:r>
        <w:t>☐ Metoprolol (Lopressor)</w:t>
      </w:r>
    </w:p>
    <w:p>
      <w:r>
        <w:t>☐ Bisoprolol (Cardiloc)</w:t>
      </w:r>
    </w:p>
    <w:p>
      <w:r>
        <w:t>☐ Ramipril (Tritace)</w:t>
      </w:r>
    </w:p>
    <w:p>
      <w:r>
        <w:t>☐ Enalapril (Enaladex)</w:t>
      </w:r>
    </w:p>
    <w:p>
      <w:r>
        <w:t>☐ Captopril (Capoten)</w:t>
      </w:r>
    </w:p>
    <w:p>
      <w:r>
        <w:t>☐ Losartan (Cozaar, Ocsaar, Losardex)</w:t>
      </w:r>
    </w:p>
    <w:p>
      <w:r>
        <w:t>☐ Candesartan (Atacand)</w:t>
      </w:r>
    </w:p>
    <w:p>
      <w:r>
        <w:t>☐ Valsartan (Diovan)</w:t>
      </w:r>
    </w:p>
    <w:p>
      <w:r>
        <w:t>☐ Spironolactone (Aldactone)</w:t>
      </w:r>
    </w:p>
    <w:p>
      <w:r>
        <w:t>☐ Eplerenone (Inspra)</w:t>
      </w:r>
    </w:p>
    <w:p>
      <w:r>
        <w:t>☐ Warfarin (Coumadin)</w:t>
      </w:r>
    </w:p>
    <w:p>
      <w:r>
        <w:t>☐ I am not taking any of the medications listed above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