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15874F" w14:textId="0FC61191" w:rsidR="003C75D2" w:rsidRDefault="00000000">
      <w:r>
        <w:rPr>
          <w:b/>
          <w:sz w:val="22"/>
        </w:rPr>
        <w:t>Supplementary Table S1. Pearson correlation matrix of internet addiction severity and clinical variables</w:t>
      </w:r>
    </w:p>
    <w:p w14:paraId="1AF4ED71" w14:textId="77777777" w:rsidR="003C75D2" w:rsidRDefault="00000000">
      <w:r>
        <w:t>Values are Pearson correlation coefficients. The lower triangle is shown; diagonal cells are omitted.</w:t>
      </w: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704"/>
        <w:gridCol w:w="823"/>
        <w:gridCol w:w="777"/>
        <w:gridCol w:w="782"/>
        <w:gridCol w:w="739"/>
        <w:gridCol w:w="893"/>
        <w:gridCol w:w="858"/>
        <w:gridCol w:w="928"/>
        <w:gridCol w:w="749"/>
        <w:gridCol w:w="703"/>
        <w:gridCol w:w="771"/>
        <w:gridCol w:w="771"/>
        <w:gridCol w:w="771"/>
        <w:gridCol w:w="771"/>
        <w:gridCol w:w="771"/>
        <w:gridCol w:w="928"/>
        <w:gridCol w:w="1010"/>
      </w:tblGrid>
      <w:tr w:rsidR="003C75D2" w:rsidRPr="00C258DA" w14:paraId="28039EB8" w14:textId="77777777" w:rsidTr="009948CB">
        <w:tc>
          <w:tcPr>
            <w:tcW w:w="808" w:type="dxa"/>
            <w:tcBorders>
              <w:bottom w:val="single" w:sz="4" w:space="0" w:color="auto"/>
            </w:tcBorders>
          </w:tcPr>
          <w:p w14:paraId="4145D8C0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Variable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2F990947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IAT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1D05C63B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ADHD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01928C52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DSRS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6E1DD2D2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SocPh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092DA280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OCD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36BFD035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SepAnx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77A35492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PhysInj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4FF064A4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GenAnx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5451CE4E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Panic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6164614C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AQ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62F58E14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QCD-M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01587D92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QCD-S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3AD5F785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QCD-A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3D858CF9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QCD-E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477E01BA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QCD-N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48150B2C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Bedtime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6A5A5F37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SleepDur</w:t>
            </w:r>
          </w:p>
        </w:tc>
      </w:tr>
      <w:tr w:rsidR="003C75D2" w:rsidRPr="00C258DA" w14:paraId="59992D8D" w14:textId="77777777" w:rsidTr="009948CB">
        <w:tc>
          <w:tcPr>
            <w:tcW w:w="808" w:type="dxa"/>
            <w:tcBorders>
              <w:top w:val="single" w:sz="4" w:space="0" w:color="auto"/>
            </w:tcBorders>
          </w:tcPr>
          <w:p w14:paraId="2DECB53D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IAT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6CF1A812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0DC99C40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0A7BF156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4FE6188E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4948CEC9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0931CEA3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56D0FFFB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2AF925F0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3331354A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01D62E34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10B73DF6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60D0BB44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42AD19B0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05BF43B1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15948D1C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7EF61A4C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425BDF7A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</w:tr>
      <w:tr w:rsidR="003C75D2" w:rsidRPr="00C258DA" w14:paraId="476526E4" w14:textId="77777777" w:rsidTr="009948CB">
        <w:tc>
          <w:tcPr>
            <w:tcW w:w="808" w:type="dxa"/>
          </w:tcPr>
          <w:p w14:paraId="64755914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ADHD</w:t>
            </w:r>
          </w:p>
        </w:tc>
        <w:tc>
          <w:tcPr>
            <w:tcW w:w="808" w:type="dxa"/>
          </w:tcPr>
          <w:p w14:paraId="04E752D3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0.14</w:t>
            </w:r>
          </w:p>
        </w:tc>
        <w:tc>
          <w:tcPr>
            <w:tcW w:w="808" w:type="dxa"/>
          </w:tcPr>
          <w:p w14:paraId="3961141D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C4D5D7F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1F08BD7C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2D5A0A8D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72538827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99B4492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24A24705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08B4437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79C4AAB3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8D58221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1EDD6A0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1C4F792A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2FE80D36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744FAFFF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301FD29B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4FDF5FA5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</w:tr>
      <w:tr w:rsidR="003C75D2" w:rsidRPr="00C258DA" w14:paraId="0988BFAC" w14:textId="77777777" w:rsidTr="009948CB">
        <w:tc>
          <w:tcPr>
            <w:tcW w:w="808" w:type="dxa"/>
          </w:tcPr>
          <w:p w14:paraId="0E91CC87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DSRS</w:t>
            </w:r>
          </w:p>
        </w:tc>
        <w:tc>
          <w:tcPr>
            <w:tcW w:w="808" w:type="dxa"/>
          </w:tcPr>
          <w:p w14:paraId="0A600667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0.40</w:t>
            </w:r>
          </w:p>
        </w:tc>
        <w:tc>
          <w:tcPr>
            <w:tcW w:w="808" w:type="dxa"/>
          </w:tcPr>
          <w:p w14:paraId="20E2491A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-0.14</w:t>
            </w:r>
          </w:p>
        </w:tc>
        <w:tc>
          <w:tcPr>
            <w:tcW w:w="808" w:type="dxa"/>
          </w:tcPr>
          <w:p w14:paraId="241B4051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447F1D0C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B8A22FC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D6CFE47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3963D6BD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4631EE8C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4993B31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5808179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2DF3BB0D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7A5BAF1F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2A5A2A74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601B7716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18B463C2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B63B801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1B96F6DA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</w:tr>
      <w:tr w:rsidR="003C75D2" w:rsidRPr="00C258DA" w14:paraId="21D0F189" w14:textId="77777777" w:rsidTr="009948CB">
        <w:tc>
          <w:tcPr>
            <w:tcW w:w="808" w:type="dxa"/>
          </w:tcPr>
          <w:p w14:paraId="5E2DDEFB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SocPh</w:t>
            </w:r>
          </w:p>
        </w:tc>
        <w:tc>
          <w:tcPr>
            <w:tcW w:w="808" w:type="dxa"/>
          </w:tcPr>
          <w:p w14:paraId="20D0378D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0.33</w:t>
            </w:r>
          </w:p>
        </w:tc>
        <w:tc>
          <w:tcPr>
            <w:tcW w:w="808" w:type="dxa"/>
          </w:tcPr>
          <w:p w14:paraId="6EEFD311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-0.22</w:t>
            </w:r>
          </w:p>
        </w:tc>
        <w:tc>
          <w:tcPr>
            <w:tcW w:w="808" w:type="dxa"/>
          </w:tcPr>
          <w:p w14:paraId="018131E2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0.64</w:t>
            </w:r>
          </w:p>
        </w:tc>
        <w:tc>
          <w:tcPr>
            <w:tcW w:w="808" w:type="dxa"/>
          </w:tcPr>
          <w:p w14:paraId="54636492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4161B19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F1A35CB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B8E90EE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775AA850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6BF80B8E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25E04897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284D8207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408210B9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8C85C4D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1989E0AC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97CF323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29885896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6EBB4848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</w:tr>
      <w:tr w:rsidR="003C75D2" w:rsidRPr="00C258DA" w14:paraId="5ADD7D96" w14:textId="77777777" w:rsidTr="009948CB">
        <w:tc>
          <w:tcPr>
            <w:tcW w:w="808" w:type="dxa"/>
          </w:tcPr>
          <w:p w14:paraId="67CEE684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OCD</w:t>
            </w:r>
          </w:p>
        </w:tc>
        <w:tc>
          <w:tcPr>
            <w:tcW w:w="808" w:type="dxa"/>
          </w:tcPr>
          <w:p w14:paraId="076E3651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0.30</w:t>
            </w:r>
          </w:p>
        </w:tc>
        <w:tc>
          <w:tcPr>
            <w:tcW w:w="808" w:type="dxa"/>
          </w:tcPr>
          <w:p w14:paraId="2A26652B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-0.16</w:t>
            </w:r>
          </w:p>
        </w:tc>
        <w:tc>
          <w:tcPr>
            <w:tcW w:w="808" w:type="dxa"/>
          </w:tcPr>
          <w:p w14:paraId="1E03EEC0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0.51</w:t>
            </w:r>
          </w:p>
        </w:tc>
        <w:tc>
          <w:tcPr>
            <w:tcW w:w="808" w:type="dxa"/>
          </w:tcPr>
          <w:p w14:paraId="17EB0435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0.60</w:t>
            </w:r>
          </w:p>
        </w:tc>
        <w:tc>
          <w:tcPr>
            <w:tcW w:w="808" w:type="dxa"/>
          </w:tcPr>
          <w:p w14:paraId="2E0D3188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4B3204CC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8EEF082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618D825E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CCF3382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3F7B029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02DD5A2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9697F4C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2F45391D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DACD159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39E80592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152A7B66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19CCA4DD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</w:tr>
      <w:tr w:rsidR="003C75D2" w:rsidRPr="00C258DA" w14:paraId="276055F9" w14:textId="77777777" w:rsidTr="009948CB">
        <w:tc>
          <w:tcPr>
            <w:tcW w:w="808" w:type="dxa"/>
          </w:tcPr>
          <w:p w14:paraId="7E27D262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SepAnx</w:t>
            </w:r>
          </w:p>
        </w:tc>
        <w:tc>
          <w:tcPr>
            <w:tcW w:w="808" w:type="dxa"/>
          </w:tcPr>
          <w:p w14:paraId="58BEF336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0.09</w:t>
            </w:r>
          </w:p>
        </w:tc>
        <w:tc>
          <w:tcPr>
            <w:tcW w:w="808" w:type="dxa"/>
          </w:tcPr>
          <w:p w14:paraId="308530F7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-0.01</w:t>
            </w:r>
          </w:p>
        </w:tc>
        <w:tc>
          <w:tcPr>
            <w:tcW w:w="808" w:type="dxa"/>
          </w:tcPr>
          <w:p w14:paraId="00B43F1D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0.33</w:t>
            </w:r>
          </w:p>
        </w:tc>
        <w:tc>
          <w:tcPr>
            <w:tcW w:w="808" w:type="dxa"/>
          </w:tcPr>
          <w:p w14:paraId="1DE5E4AC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0.52</w:t>
            </w:r>
          </w:p>
        </w:tc>
        <w:tc>
          <w:tcPr>
            <w:tcW w:w="808" w:type="dxa"/>
          </w:tcPr>
          <w:p w14:paraId="1782699D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0.47</w:t>
            </w:r>
          </w:p>
        </w:tc>
        <w:tc>
          <w:tcPr>
            <w:tcW w:w="808" w:type="dxa"/>
          </w:tcPr>
          <w:p w14:paraId="011A63D3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6C743ED3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429B0A72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0EC8052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1C039984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1251A9E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177B0C0C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6689EA5F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3F11953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636564AF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43D47E1E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49F717FE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</w:tr>
      <w:tr w:rsidR="003C75D2" w:rsidRPr="00C258DA" w14:paraId="0A8C636D" w14:textId="77777777" w:rsidTr="009948CB">
        <w:tc>
          <w:tcPr>
            <w:tcW w:w="808" w:type="dxa"/>
          </w:tcPr>
          <w:p w14:paraId="35CEFE1C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PhysInj</w:t>
            </w:r>
          </w:p>
        </w:tc>
        <w:tc>
          <w:tcPr>
            <w:tcW w:w="808" w:type="dxa"/>
          </w:tcPr>
          <w:p w14:paraId="60F74B0A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0.17</w:t>
            </w:r>
          </w:p>
        </w:tc>
        <w:tc>
          <w:tcPr>
            <w:tcW w:w="808" w:type="dxa"/>
          </w:tcPr>
          <w:p w14:paraId="0A06BACB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0.00</w:t>
            </w:r>
          </w:p>
        </w:tc>
        <w:tc>
          <w:tcPr>
            <w:tcW w:w="808" w:type="dxa"/>
          </w:tcPr>
          <w:p w14:paraId="3F38B066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0.28</w:t>
            </w:r>
          </w:p>
        </w:tc>
        <w:tc>
          <w:tcPr>
            <w:tcW w:w="808" w:type="dxa"/>
          </w:tcPr>
          <w:p w14:paraId="7CD40ACC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0.40</w:t>
            </w:r>
          </w:p>
        </w:tc>
        <w:tc>
          <w:tcPr>
            <w:tcW w:w="808" w:type="dxa"/>
          </w:tcPr>
          <w:p w14:paraId="6DAF3AD4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0.57</w:t>
            </w:r>
          </w:p>
        </w:tc>
        <w:tc>
          <w:tcPr>
            <w:tcW w:w="808" w:type="dxa"/>
          </w:tcPr>
          <w:p w14:paraId="7670C77B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0.65</w:t>
            </w:r>
          </w:p>
        </w:tc>
        <w:tc>
          <w:tcPr>
            <w:tcW w:w="808" w:type="dxa"/>
          </w:tcPr>
          <w:p w14:paraId="5FA1AC3F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859E2BF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B5CAEE1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7DAD9A04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7FA9912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33CF068E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283B4636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5014A2E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1D8781E8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728F67C9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28D874E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</w:tr>
      <w:tr w:rsidR="003C75D2" w:rsidRPr="00C258DA" w14:paraId="39636564" w14:textId="77777777" w:rsidTr="009948CB">
        <w:tc>
          <w:tcPr>
            <w:tcW w:w="808" w:type="dxa"/>
          </w:tcPr>
          <w:p w14:paraId="46CF06E5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GenAnx</w:t>
            </w:r>
          </w:p>
        </w:tc>
        <w:tc>
          <w:tcPr>
            <w:tcW w:w="808" w:type="dxa"/>
          </w:tcPr>
          <w:p w14:paraId="0F4855CD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0.33</w:t>
            </w:r>
          </w:p>
        </w:tc>
        <w:tc>
          <w:tcPr>
            <w:tcW w:w="808" w:type="dxa"/>
          </w:tcPr>
          <w:p w14:paraId="65106320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-0.16</w:t>
            </w:r>
          </w:p>
        </w:tc>
        <w:tc>
          <w:tcPr>
            <w:tcW w:w="808" w:type="dxa"/>
          </w:tcPr>
          <w:p w14:paraId="40B7B1AB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0.67</w:t>
            </w:r>
          </w:p>
        </w:tc>
        <w:tc>
          <w:tcPr>
            <w:tcW w:w="808" w:type="dxa"/>
          </w:tcPr>
          <w:p w14:paraId="6227CE4D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0.72</w:t>
            </w:r>
          </w:p>
        </w:tc>
        <w:tc>
          <w:tcPr>
            <w:tcW w:w="808" w:type="dxa"/>
          </w:tcPr>
          <w:p w14:paraId="2C22505E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0.67</w:t>
            </w:r>
          </w:p>
        </w:tc>
        <w:tc>
          <w:tcPr>
            <w:tcW w:w="808" w:type="dxa"/>
          </w:tcPr>
          <w:p w14:paraId="3B71EB4F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0.54</w:t>
            </w:r>
          </w:p>
        </w:tc>
        <w:tc>
          <w:tcPr>
            <w:tcW w:w="808" w:type="dxa"/>
          </w:tcPr>
          <w:p w14:paraId="1C5D0247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0.42</w:t>
            </w:r>
          </w:p>
        </w:tc>
        <w:tc>
          <w:tcPr>
            <w:tcW w:w="808" w:type="dxa"/>
          </w:tcPr>
          <w:p w14:paraId="372D29B2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AA56B94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171CE569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4A999C0D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2046D54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7EE2D161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E877A56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E6D2F01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DB0F336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86F1AC9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</w:tr>
      <w:tr w:rsidR="003C75D2" w:rsidRPr="00C258DA" w14:paraId="2D3E60A7" w14:textId="77777777" w:rsidTr="009948CB">
        <w:tc>
          <w:tcPr>
            <w:tcW w:w="808" w:type="dxa"/>
          </w:tcPr>
          <w:p w14:paraId="35357509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Panic</w:t>
            </w:r>
          </w:p>
        </w:tc>
        <w:tc>
          <w:tcPr>
            <w:tcW w:w="808" w:type="dxa"/>
          </w:tcPr>
          <w:p w14:paraId="5ED7AD97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0.35</w:t>
            </w:r>
          </w:p>
        </w:tc>
        <w:tc>
          <w:tcPr>
            <w:tcW w:w="808" w:type="dxa"/>
          </w:tcPr>
          <w:p w14:paraId="132B5319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-0.13</w:t>
            </w:r>
          </w:p>
        </w:tc>
        <w:tc>
          <w:tcPr>
            <w:tcW w:w="808" w:type="dxa"/>
          </w:tcPr>
          <w:p w14:paraId="001FA660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0.68</w:t>
            </w:r>
          </w:p>
        </w:tc>
        <w:tc>
          <w:tcPr>
            <w:tcW w:w="808" w:type="dxa"/>
          </w:tcPr>
          <w:p w14:paraId="593E5E81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0.68</w:t>
            </w:r>
          </w:p>
        </w:tc>
        <w:tc>
          <w:tcPr>
            <w:tcW w:w="808" w:type="dxa"/>
          </w:tcPr>
          <w:p w14:paraId="48BC6C75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0.62</w:t>
            </w:r>
          </w:p>
        </w:tc>
        <w:tc>
          <w:tcPr>
            <w:tcW w:w="808" w:type="dxa"/>
          </w:tcPr>
          <w:p w14:paraId="7F999473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0.51</w:t>
            </w:r>
          </w:p>
        </w:tc>
        <w:tc>
          <w:tcPr>
            <w:tcW w:w="808" w:type="dxa"/>
          </w:tcPr>
          <w:p w14:paraId="41E0F8B6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0.43</w:t>
            </w:r>
          </w:p>
        </w:tc>
        <w:tc>
          <w:tcPr>
            <w:tcW w:w="808" w:type="dxa"/>
          </w:tcPr>
          <w:p w14:paraId="6EB23E66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0.80</w:t>
            </w:r>
          </w:p>
        </w:tc>
        <w:tc>
          <w:tcPr>
            <w:tcW w:w="808" w:type="dxa"/>
          </w:tcPr>
          <w:p w14:paraId="4710B88E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6784EFD5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71F1ACD2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F7FEA73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495228DA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6FF5FC53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4ADDE0C8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3D053066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B1E876F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</w:tr>
      <w:tr w:rsidR="003C75D2" w:rsidRPr="00C258DA" w14:paraId="6D17EC1D" w14:textId="77777777" w:rsidTr="009948CB">
        <w:tc>
          <w:tcPr>
            <w:tcW w:w="808" w:type="dxa"/>
          </w:tcPr>
          <w:p w14:paraId="4D0EAA67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AQ</w:t>
            </w:r>
          </w:p>
        </w:tc>
        <w:tc>
          <w:tcPr>
            <w:tcW w:w="808" w:type="dxa"/>
          </w:tcPr>
          <w:p w14:paraId="46AC130D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0.07</w:t>
            </w:r>
          </w:p>
        </w:tc>
        <w:tc>
          <w:tcPr>
            <w:tcW w:w="808" w:type="dxa"/>
          </w:tcPr>
          <w:p w14:paraId="5263A733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0.43</w:t>
            </w:r>
          </w:p>
        </w:tc>
        <w:tc>
          <w:tcPr>
            <w:tcW w:w="808" w:type="dxa"/>
          </w:tcPr>
          <w:p w14:paraId="54122252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0.03</w:t>
            </w:r>
          </w:p>
        </w:tc>
        <w:tc>
          <w:tcPr>
            <w:tcW w:w="808" w:type="dxa"/>
          </w:tcPr>
          <w:p w14:paraId="56BB98FA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0.01</w:t>
            </w:r>
          </w:p>
        </w:tc>
        <w:tc>
          <w:tcPr>
            <w:tcW w:w="808" w:type="dxa"/>
          </w:tcPr>
          <w:p w14:paraId="75E88BF4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0.09</w:t>
            </w:r>
          </w:p>
        </w:tc>
        <w:tc>
          <w:tcPr>
            <w:tcW w:w="808" w:type="dxa"/>
          </w:tcPr>
          <w:p w14:paraId="754E0760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0.07</w:t>
            </w:r>
          </w:p>
        </w:tc>
        <w:tc>
          <w:tcPr>
            <w:tcW w:w="808" w:type="dxa"/>
          </w:tcPr>
          <w:p w14:paraId="4D7DD1C1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0.06</w:t>
            </w:r>
          </w:p>
        </w:tc>
        <w:tc>
          <w:tcPr>
            <w:tcW w:w="808" w:type="dxa"/>
          </w:tcPr>
          <w:p w14:paraId="6EE4B7E5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-0.03</w:t>
            </w:r>
          </w:p>
        </w:tc>
        <w:tc>
          <w:tcPr>
            <w:tcW w:w="808" w:type="dxa"/>
          </w:tcPr>
          <w:p w14:paraId="576FC3C7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0.00</w:t>
            </w:r>
          </w:p>
        </w:tc>
        <w:tc>
          <w:tcPr>
            <w:tcW w:w="808" w:type="dxa"/>
          </w:tcPr>
          <w:p w14:paraId="75B67F3C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753C07BF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1B021A42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3AB610CC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75AF2C23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C3D263C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30F0BED0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1ED5046F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</w:tr>
      <w:tr w:rsidR="003C75D2" w:rsidRPr="00C258DA" w14:paraId="439C6746" w14:textId="77777777" w:rsidTr="009948CB">
        <w:tc>
          <w:tcPr>
            <w:tcW w:w="808" w:type="dxa"/>
          </w:tcPr>
          <w:p w14:paraId="49CA13EA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QCD-M</w:t>
            </w:r>
          </w:p>
        </w:tc>
        <w:tc>
          <w:tcPr>
            <w:tcW w:w="808" w:type="dxa"/>
          </w:tcPr>
          <w:p w14:paraId="686AC9C1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-0.13</w:t>
            </w:r>
          </w:p>
        </w:tc>
        <w:tc>
          <w:tcPr>
            <w:tcW w:w="808" w:type="dxa"/>
          </w:tcPr>
          <w:p w14:paraId="63CAD178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-0.28</w:t>
            </w:r>
          </w:p>
        </w:tc>
        <w:tc>
          <w:tcPr>
            <w:tcW w:w="808" w:type="dxa"/>
          </w:tcPr>
          <w:p w14:paraId="76D2D90F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-0.10</w:t>
            </w:r>
          </w:p>
        </w:tc>
        <w:tc>
          <w:tcPr>
            <w:tcW w:w="808" w:type="dxa"/>
          </w:tcPr>
          <w:p w14:paraId="11DE06F1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-0.03</w:t>
            </w:r>
          </w:p>
        </w:tc>
        <w:tc>
          <w:tcPr>
            <w:tcW w:w="808" w:type="dxa"/>
          </w:tcPr>
          <w:p w14:paraId="0DBD1403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-0.02</w:t>
            </w:r>
          </w:p>
        </w:tc>
        <w:tc>
          <w:tcPr>
            <w:tcW w:w="808" w:type="dxa"/>
          </w:tcPr>
          <w:p w14:paraId="29B55D01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-0.05</w:t>
            </w:r>
          </w:p>
        </w:tc>
        <w:tc>
          <w:tcPr>
            <w:tcW w:w="808" w:type="dxa"/>
          </w:tcPr>
          <w:p w14:paraId="2DBDC5C2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-0.08</w:t>
            </w:r>
          </w:p>
        </w:tc>
        <w:tc>
          <w:tcPr>
            <w:tcW w:w="808" w:type="dxa"/>
          </w:tcPr>
          <w:p w14:paraId="64586782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-0.04</w:t>
            </w:r>
          </w:p>
        </w:tc>
        <w:tc>
          <w:tcPr>
            <w:tcW w:w="808" w:type="dxa"/>
          </w:tcPr>
          <w:p w14:paraId="2E87E3BC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-0.07</w:t>
            </w:r>
          </w:p>
        </w:tc>
        <w:tc>
          <w:tcPr>
            <w:tcW w:w="808" w:type="dxa"/>
          </w:tcPr>
          <w:p w14:paraId="2E38604A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-0.24</w:t>
            </w:r>
          </w:p>
        </w:tc>
        <w:tc>
          <w:tcPr>
            <w:tcW w:w="808" w:type="dxa"/>
          </w:tcPr>
          <w:p w14:paraId="43D2CB2D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8C96474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311F6738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1CC7A836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328CE36E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61FDB532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D1D2EE1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</w:tr>
      <w:tr w:rsidR="003C75D2" w:rsidRPr="00C258DA" w14:paraId="4654CAB8" w14:textId="77777777" w:rsidTr="009948CB">
        <w:tc>
          <w:tcPr>
            <w:tcW w:w="808" w:type="dxa"/>
          </w:tcPr>
          <w:p w14:paraId="6232B3BB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QCD-S</w:t>
            </w:r>
          </w:p>
        </w:tc>
        <w:tc>
          <w:tcPr>
            <w:tcW w:w="808" w:type="dxa"/>
          </w:tcPr>
          <w:p w14:paraId="4E25FBD4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-0.13</w:t>
            </w:r>
          </w:p>
        </w:tc>
        <w:tc>
          <w:tcPr>
            <w:tcW w:w="808" w:type="dxa"/>
          </w:tcPr>
          <w:p w14:paraId="223AC743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-0.19</w:t>
            </w:r>
          </w:p>
        </w:tc>
        <w:tc>
          <w:tcPr>
            <w:tcW w:w="808" w:type="dxa"/>
          </w:tcPr>
          <w:p w14:paraId="43FB279C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-0.23</w:t>
            </w:r>
          </w:p>
        </w:tc>
        <w:tc>
          <w:tcPr>
            <w:tcW w:w="808" w:type="dxa"/>
          </w:tcPr>
          <w:p w14:paraId="152B7673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-0.16</w:t>
            </w:r>
          </w:p>
        </w:tc>
        <w:tc>
          <w:tcPr>
            <w:tcW w:w="808" w:type="dxa"/>
          </w:tcPr>
          <w:p w14:paraId="3F6BC709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-0.08</w:t>
            </w:r>
          </w:p>
        </w:tc>
        <w:tc>
          <w:tcPr>
            <w:tcW w:w="808" w:type="dxa"/>
          </w:tcPr>
          <w:p w14:paraId="24BF7305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-0.11</w:t>
            </w:r>
          </w:p>
        </w:tc>
        <w:tc>
          <w:tcPr>
            <w:tcW w:w="808" w:type="dxa"/>
          </w:tcPr>
          <w:p w14:paraId="5FAC5CFB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-0.06</w:t>
            </w:r>
          </w:p>
        </w:tc>
        <w:tc>
          <w:tcPr>
            <w:tcW w:w="808" w:type="dxa"/>
          </w:tcPr>
          <w:p w14:paraId="7278050A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-0.12</w:t>
            </w:r>
          </w:p>
        </w:tc>
        <w:tc>
          <w:tcPr>
            <w:tcW w:w="808" w:type="dxa"/>
          </w:tcPr>
          <w:p w14:paraId="01663424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-0.13</w:t>
            </w:r>
          </w:p>
        </w:tc>
        <w:tc>
          <w:tcPr>
            <w:tcW w:w="808" w:type="dxa"/>
          </w:tcPr>
          <w:p w14:paraId="48EB04F2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-0.34</w:t>
            </w:r>
          </w:p>
        </w:tc>
        <w:tc>
          <w:tcPr>
            <w:tcW w:w="808" w:type="dxa"/>
          </w:tcPr>
          <w:p w14:paraId="7B2996C5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0.97</w:t>
            </w:r>
          </w:p>
        </w:tc>
        <w:tc>
          <w:tcPr>
            <w:tcW w:w="808" w:type="dxa"/>
          </w:tcPr>
          <w:p w14:paraId="058A0D97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1C37FD4D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2AFD233A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4C3D4103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64F3DADE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7A205B20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</w:tr>
      <w:tr w:rsidR="003C75D2" w:rsidRPr="00C258DA" w14:paraId="2484438D" w14:textId="77777777" w:rsidTr="009948CB">
        <w:tc>
          <w:tcPr>
            <w:tcW w:w="808" w:type="dxa"/>
          </w:tcPr>
          <w:p w14:paraId="3DF1C47E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QCD-A</w:t>
            </w:r>
          </w:p>
        </w:tc>
        <w:tc>
          <w:tcPr>
            <w:tcW w:w="808" w:type="dxa"/>
          </w:tcPr>
          <w:p w14:paraId="7F0BF2D5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-0.08</w:t>
            </w:r>
          </w:p>
        </w:tc>
        <w:tc>
          <w:tcPr>
            <w:tcW w:w="808" w:type="dxa"/>
          </w:tcPr>
          <w:p w14:paraId="086FC626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-0.17</w:t>
            </w:r>
          </w:p>
        </w:tc>
        <w:tc>
          <w:tcPr>
            <w:tcW w:w="808" w:type="dxa"/>
          </w:tcPr>
          <w:p w14:paraId="43116184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-0.15</w:t>
            </w:r>
          </w:p>
        </w:tc>
        <w:tc>
          <w:tcPr>
            <w:tcW w:w="808" w:type="dxa"/>
          </w:tcPr>
          <w:p w14:paraId="0CD6EA42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-0.09</w:t>
            </w:r>
          </w:p>
        </w:tc>
        <w:tc>
          <w:tcPr>
            <w:tcW w:w="808" w:type="dxa"/>
          </w:tcPr>
          <w:p w14:paraId="2BE5AFA2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-0.02</w:t>
            </w:r>
          </w:p>
        </w:tc>
        <w:tc>
          <w:tcPr>
            <w:tcW w:w="808" w:type="dxa"/>
          </w:tcPr>
          <w:p w14:paraId="258FA289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-0.04</w:t>
            </w:r>
          </w:p>
        </w:tc>
        <w:tc>
          <w:tcPr>
            <w:tcW w:w="808" w:type="dxa"/>
          </w:tcPr>
          <w:p w14:paraId="125B1C97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-0.04</w:t>
            </w:r>
          </w:p>
        </w:tc>
        <w:tc>
          <w:tcPr>
            <w:tcW w:w="808" w:type="dxa"/>
          </w:tcPr>
          <w:p w14:paraId="4C6496E2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-0.03</w:t>
            </w:r>
          </w:p>
        </w:tc>
        <w:tc>
          <w:tcPr>
            <w:tcW w:w="808" w:type="dxa"/>
          </w:tcPr>
          <w:p w14:paraId="49FD47A0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-0.07</w:t>
            </w:r>
          </w:p>
        </w:tc>
        <w:tc>
          <w:tcPr>
            <w:tcW w:w="808" w:type="dxa"/>
          </w:tcPr>
          <w:p w14:paraId="14B191B4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-0.44</w:t>
            </w:r>
          </w:p>
        </w:tc>
        <w:tc>
          <w:tcPr>
            <w:tcW w:w="808" w:type="dxa"/>
          </w:tcPr>
          <w:p w14:paraId="7B2F724A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0.27</w:t>
            </w:r>
          </w:p>
        </w:tc>
        <w:tc>
          <w:tcPr>
            <w:tcW w:w="808" w:type="dxa"/>
          </w:tcPr>
          <w:p w14:paraId="66408128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0.66</w:t>
            </w:r>
          </w:p>
        </w:tc>
        <w:tc>
          <w:tcPr>
            <w:tcW w:w="808" w:type="dxa"/>
          </w:tcPr>
          <w:p w14:paraId="53A7DA89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69778F09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2AB7413C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534E6307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139E148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</w:tr>
      <w:tr w:rsidR="003C75D2" w:rsidRPr="00C258DA" w14:paraId="1EA8A77C" w14:textId="77777777" w:rsidTr="009948CB">
        <w:tc>
          <w:tcPr>
            <w:tcW w:w="808" w:type="dxa"/>
          </w:tcPr>
          <w:p w14:paraId="01203B24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QCD-E</w:t>
            </w:r>
          </w:p>
        </w:tc>
        <w:tc>
          <w:tcPr>
            <w:tcW w:w="808" w:type="dxa"/>
          </w:tcPr>
          <w:p w14:paraId="4C89748F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-0.11</w:t>
            </w:r>
          </w:p>
        </w:tc>
        <w:tc>
          <w:tcPr>
            <w:tcW w:w="808" w:type="dxa"/>
          </w:tcPr>
          <w:p w14:paraId="5049750B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-0.38</w:t>
            </w:r>
          </w:p>
        </w:tc>
        <w:tc>
          <w:tcPr>
            <w:tcW w:w="808" w:type="dxa"/>
          </w:tcPr>
          <w:p w14:paraId="2D1C0196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-0.04</w:t>
            </w:r>
          </w:p>
        </w:tc>
        <w:tc>
          <w:tcPr>
            <w:tcW w:w="808" w:type="dxa"/>
          </w:tcPr>
          <w:p w14:paraId="2675A21F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0.05</w:t>
            </w:r>
          </w:p>
        </w:tc>
        <w:tc>
          <w:tcPr>
            <w:tcW w:w="808" w:type="dxa"/>
          </w:tcPr>
          <w:p w14:paraId="09D955CF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0.06</w:t>
            </w:r>
          </w:p>
        </w:tc>
        <w:tc>
          <w:tcPr>
            <w:tcW w:w="808" w:type="dxa"/>
          </w:tcPr>
          <w:p w14:paraId="71BD91CE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0.00</w:t>
            </w:r>
          </w:p>
        </w:tc>
        <w:tc>
          <w:tcPr>
            <w:tcW w:w="808" w:type="dxa"/>
          </w:tcPr>
          <w:p w14:paraId="108F811A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-0.03</w:t>
            </w:r>
          </w:p>
        </w:tc>
        <w:tc>
          <w:tcPr>
            <w:tcW w:w="808" w:type="dxa"/>
          </w:tcPr>
          <w:p w14:paraId="6C588042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0.06</w:t>
            </w:r>
          </w:p>
        </w:tc>
        <w:tc>
          <w:tcPr>
            <w:tcW w:w="808" w:type="dxa"/>
          </w:tcPr>
          <w:p w14:paraId="1A3D5E90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-0.01</w:t>
            </w:r>
          </w:p>
        </w:tc>
        <w:tc>
          <w:tcPr>
            <w:tcW w:w="808" w:type="dxa"/>
          </w:tcPr>
          <w:p w14:paraId="3F617415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-0.32</w:t>
            </w:r>
          </w:p>
        </w:tc>
        <w:tc>
          <w:tcPr>
            <w:tcW w:w="808" w:type="dxa"/>
          </w:tcPr>
          <w:p w14:paraId="18AF2532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0.60</w:t>
            </w:r>
          </w:p>
        </w:tc>
        <w:tc>
          <w:tcPr>
            <w:tcW w:w="808" w:type="dxa"/>
          </w:tcPr>
          <w:p w14:paraId="1232A14B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0.41</w:t>
            </w:r>
          </w:p>
        </w:tc>
        <w:tc>
          <w:tcPr>
            <w:tcW w:w="808" w:type="dxa"/>
          </w:tcPr>
          <w:p w14:paraId="3B628194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0.43</w:t>
            </w:r>
          </w:p>
        </w:tc>
        <w:tc>
          <w:tcPr>
            <w:tcW w:w="808" w:type="dxa"/>
          </w:tcPr>
          <w:p w14:paraId="4D11E19B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4208E527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6A4BEDF2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7DF44283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</w:tr>
      <w:tr w:rsidR="003C75D2" w:rsidRPr="00C258DA" w14:paraId="465219B0" w14:textId="77777777" w:rsidTr="009948CB">
        <w:tc>
          <w:tcPr>
            <w:tcW w:w="808" w:type="dxa"/>
          </w:tcPr>
          <w:p w14:paraId="472DF851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QCD-N</w:t>
            </w:r>
          </w:p>
        </w:tc>
        <w:tc>
          <w:tcPr>
            <w:tcW w:w="808" w:type="dxa"/>
          </w:tcPr>
          <w:p w14:paraId="499C2513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-0.19</w:t>
            </w:r>
          </w:p>
        </w:tc>
        <w:tc>
          <w:tcPr>
            <w:tcW w:w="808" w:type="dxa"/>
          </w:tcPr>
          <w:p w14:paraId="06472817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-0.10</w:t>
            </w:r>
          </w:p>
        </w:tc>
        <w:tc>
          <w:tcPr>
            <w:tcW w:w="808" w:type="dxa"/>
          </w:tcPr>
          <w:p w14:paraId="72D9BA31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-0.28</w:t>
            </w:r>
          </w:p>
        </w:tc>
        <w:tc>
          <w:tcPr>
            <w:tcW w:w="808" w:type="dxa"/>
          </w:tcPr>
          <w:p w14:paraId="25C8E0B7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-0.16</w:t>
            </w:r>
          </w:p>
        </w:tc>
        <w:tc>
          <w:tcPr>
            <w:tcW w:w="808" w:type="dxa"/>
          </w:tcPr>
          <w:p w14:paraId="26618A26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-0.11</w:t>
            </w:r>
          </w:p>
        </w:tc>
        <w:tc>
          <w:tcPr>
            <w:tcW w:w="808" w:type="dxa"/>
          </w:tcPr>
          <w:p w14:paraId="06FD9A17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-0.02</w:t>
            </w:r>
          </w:p>
        </w:tc>
        <w:tc>
          <w:tcPr>
            <w:tcW w:w="808" w:type="dxa"/>
          </w:tcPr>
          <w:p w14:paraId="4A0D265E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-0.03</w:t>
            </w:r>
          </w:p>
        </w:tc>
        <w:tc>
          <w:tcPr>
            <w:tcW w:w="808" w:type="dxa"/>
          </w:tcPr>
          <w:p w14:paraId="7585BEF5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-0.15</w:t>
            </w:r>
          </w:p>
        </w:tc>
        <w:tc>
          <w:tcPr>
            <w:tcW w:w="808" w:type="dxa"/>
          </w:tcPr>
          <w:p w14:paraId="26FBC2E7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-0.18</w:t>
            </w:r>
          </w:p>
        </w:tc>
        <w:tc>
          <w:tcPr>
            <w:tcW w:w="808" w:type="dxa"/>
          </w:tcPr>
          <w:p w14:paraId="2370E22D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-0.15</w:t>
            </w:r>
          </w:p>
        </w:tc>
        <w:tc>
          <w:tcPr>
            <w:tcW w:w="808" w:type="dxa"/>
          </w:tcPr>
          <w:p w14:paraId="3CA18C0C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0.38</w:t>
            </w:r>
          </w:p>
        </w:tc>
        <w:tc>
          <w:tcPr>
            <w:tcW w:w="808" w:type="dxa"/>
          </w:tcPr>
          <w:p w14:paraId="1C868EF0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0.41</w:t>
            </w:r>
          </w:p>
        </w:tc>
        <w:tc>
          <w:tcPr>
            <w:tcW w:w="808" w:type="dxa"/>
          </w:tcPr>
          <w:p w14:paraId="71265A36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0.56</w:t>
            </w:r>
          </w:p>
        </w:tc>
        <w:tc>
          <w:tcPr>
            <w:tcW w:w="808" w:type="dxa"/>
          </w:tcPr>
          <w:p w14:paraId="675FBF54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0.41</w:t>
            </w:r>
          </w:p>
        </w:tc>
        <w:tc>
          <w:tcPr>
            <w:tcW w:w="808" w:type="dxa"/>
          </w:tcPr>
          <w:p w14:paraId="5F3BE124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173903F0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0158CA36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</w:tr>
      <w:tr w:rsidR="003C75D2" w:rsidRPr="00C258DA" w14:paraId="27DA261F" w14:textId="77777777" w:rsidTr="0033474D">
        <w:tc>
          <w:tcPr>
            <w:tcW w:w="808" w:type="dxa"/>
          </w:tcPr>
          <w:p w14:paraId="56B044E3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Bedtime</w:t>
            </w:r>
          </w:p>
        </w:tc>
        <w:tc>
          <w:tcPr>
            <w:tcW w:w="808" w:type="dxa"/>
          </w:tcPr>
          <w:p w14:paraId="434F9680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0.36</w:t>
            </w:r>
          </w:p>
        </w:tc>
        <w:tc>
          <w:tcPr>
            <w:tcW w:w="808" w:type="dxa"/>
          </w:tcPr>
          <w:p w14:paraId="5F4D84C4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-0.16</w:t>
            </w:r>
          </w:p>
        </w:tc>
        <w:tc>
          <w:tcPr>
            <w:tcW w:w="808" w:type="dxa"/>
          </w:tcPr>
          <w:p w14:paraId="3BEB2BFE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0.32</w:t>
            </w:r>
          </w:p>
        </w:tc>
        <w:tc>
          <w:tcPr>
            <w:tcW w:w="808" w:type="dxa"/>
          </w:tcPr>
          <w:p w14:paraId="4803927A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0.23</w:t>
            </w:r>
          </w:p>
        </w:tc>
        <w:tc>
          <w:tcPr>
            <w:tcW w:w="808" w:type="dxa"/>
          </w:tcPr>
          <w:p w14:paraId="4C173F0A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0.17</w:t>
            </w:r>
          </w:p>
        </w:tc>
        <w:tc>
          <w:tcPr>
            <w:tcW w:w="808" w:type="dxa"/>
          </w:tcPr>
          <w:p w14:paraId="32DA51FA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-0.07</w:t>
            </w:r>
          </w:p>
        </w:tc>
        <w:tc>
          <w:tcPr>
            <w:tcW w:w="808" w:type="dxa"/>
          </w:tcPr>
          <w:p w14:paraId="7C87BA82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-0.01</w:t>
            </w:r>
          </w:p>
        </w:tc>
        <w:tc>
          <w:tcPr>
            <w:tcW w:w="808" w:type="dxa"/>
          </w:tcPr>
          <w:p w14:paraId="7E0B137F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0.24</w:t>
            </w:r>
          </w:p>
        </w:tc>
        <w:tc>
          <w:tcPr>
            <w:tcW w:w="808" w:type="dxa"/>
          </w:tcPr>
          <w:p w14:paraId="09F7DC29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0.23</w:t>
            </w:r>
          </w:p>
        </w:tc>
        <w:tc>
          <w:tcPr>
            <w:tcW w:w="808" w:type="dxa"/>
          </w:tcPr>
          <w:p w14:paraId="04C5CF77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-0.07</w:t>
            </w:r>
          </w:p>
        </w:tc>
        <w:tc>
          <w:tcPr>
            <w:tcW w:w="808" w:type="dxa"/>
          </w:tcPr>
          <w:p w14:paraId="33B4AF0B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-0.09</w:t>
            </w:r>
          </w:p>
        </w:tc>
        <w:tc>
          <w:tcPr>
            <w:tcW w:w="808" w:type="dxa"/>
          </w:tcPr>
          <w:p w14:paraId="35AC1648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-0.07</w:t>
            </w:r>
          </w:p>
        </w:tc>
        <w:tc>
          <w:tcPr>
            <w:tcW w:w="808" w:type="dxa"/>
          </w:tcPr>
          <w:p w14:paraId="25DFA778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-0.03</w:t>
            </w:r>
          </w:p>
        </w:tc>
        <w:tc>
          <w:tcPr>
            <w:tcW w:w="808" w:type="dxa"/>
          </w:tcPr>
          <w:p w14:paraId="10285BDF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0.01</w:t>
            </w:r>
          </w:p>
        </w:tc>
        <w:tc>
          <w:tcPr>
            <w:tcW w:w="808" w:type="dxa"/>
          </w:tcPr>
          <w:p w14:paraId="7759331B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-0.20</w:t>
            </w:r>
          </w:p>
        </w:tc>
        <w:tc>
          <w:tcPr>
            <w:tcW w:w="808" w:type="dxa"/>
          </w:tcPr>
          <w:p w14:paraId="340A7C62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  <w:tc>
          <w:tcPr>
            <w:tcW w:w="808" w:type="dxa"/>
          </w:tcPr>
          <w:p w14:paraId="115292E5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</w:tr>
      <w:tr w:rsidR="003C75D2" w:rsidRPr="00C258DA" w14:paraId="685CFE6D" w14:textId="77777777" w:rsidTr="0033474D">
        <w:tc>
          <w:tcPr>
            <w:tcW w:w="808" w:type="dxa"/>
            <w:tcBorders>
              <w:bottom w:val="single" w:sz="4" w:space="0" w:color="auto"/>
            </w:tcBorders>
          </w:tcPr>
          <w:p w14:paraId="76F53F50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SleepDur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398AC7EA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-0.23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1C242C69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0.17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32C867CD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-0.28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4D42EB07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-0.17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1B3F574B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-0.17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6804935D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0.09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12963CB1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0.04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28A306FA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-0.20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114F72E6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-0.20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2FF79F5F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0.06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49A9D3BB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-0.01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132C8D12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-0.03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2F2CA0BD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-0.03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5E1F4B26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-0.02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7192DE7F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0.09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2A6EAB58" w14:textId="77777777" w:rsidR="003C75D2" w:rsidRPr="00C258DA" w:rsidRDefault="00000000">
            <w:pPr>
              <w:rPr>
                <w:sz w:val="21"/>
                <w:szCs w:val="21"/>
              </w:rPr>
            </w:pPr>
            <w:r w:rsidRPr="00C258DA">
              <w:rPr>
                <w:sz w:val="21"/>
                <w:szCs w:val="21"/>
              </w:rPr>
              <w:t>-0.53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72B01686" w14:textId="77777777" w:rsidR="003C75D2" w:rsidRPr="00C258DA" w:rsidRDefault="003C75D2">
            <w:pPr>
              <w:rPr>
                <w:sz w:val="21"/>
                <w:szCs w:val="21"/>
              </w:rPr>
            </w:pPr>
          </w:p>
        </w:tc>
      </w:tr>
    </w:tbl>
    <w:p w14:paraId="47D4C722" w14:textId="77777777" w:rsidR="00541475" w:rsidRDefault="00541475"/>
    <w:p w14:paraId="52997D14" w14:textId="0714E654" w:rsidR="003C75D2" w:rsidRDefault="00000000">
      <w:r>
        <w:t>Abbreviations: IAT = Internet Addiction Test; ADHD = ADHD-RS; DSRS = DSRS-C; SocPh = social phobia; SepAnx = separation anxiety; PhysInj = physical injury fears; GenAnx = generalized anxiety; QCD = Questionnaire–Children with Difficulties; M = morning; S = school; A = after-school; E = evening; N = nighttime; SleepDur = sleep duration.</w:t>
      </w:r>
    </w:p>
    <w:sectPr w:rsidR="003C75D2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9095055">
    <w:abstractNumId w:val="8"/>
  </w:num>
  <w:num w:numId="2" w16cid:durableId="629820333">
    <w:abstractNumId w:val="6"/>
  </w:num>
  <w:num w:numId="3" w16cid:durableId="1833989650">
    <w:abstractNumId w:val="5"/>
  </w:num>
  <w:num w:numId="4" w16cid:durableId="1965037998">
    <w:abstractNumId w:val="4"/>
  </w:num>
  <w:num w:numId="5" w16cid:durableId="1042055030">
    <w:abstractNumId w:val="7"/>
  </w:num>
  <w:num w:numId="6" w16cid:durableId="79639226">
    <w:abstractNumId w:val="3"/>
  </w:num>
  <w:num w:numId="7" w16cid:durableId="1963531206">
    <w:abstractNumId w:val="2"/>
  </w:num>
  <w:num w:numId="8" w16cid:durableId="545679696">
    <w:abstractNumId w:val="1"/>
  </w:num>
  <w:num w:numId="9" w16cid:durableId="20480682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736"/>
    <w:rsid w:val="00023B8F"/>
    <w:rsid w:val="00034616"/>
    <w:rsid w:val="0006063C"/>
    <w:rsid w:val="000A675C"/>
    <w:rsid w:val="0015074B"/>
    <w:rsid w:val="001824DF"/>
    <w:rsid w:val="00193A69"/>
    <w:rsid w:val="001A6489"/>
    <w:rsid w:val="001A7248"/>
    <w:rsid w:val="00275F88"/>
    <w:rsid w:val="0029639D"/>
    <w:rsid w:val="002E537D"/>
    <w:rsid w:val="00326F90"/>
    <w:rsid w:val="0033474D"/>
    <w:rsid w:val="003C75D2"/>
    <w:rsid w:val="004561F7"/>
    <w:rsid w:val="004B031E"/>
    <w:rsid w:val="0050360D"/>
    <w:rsid w:val="00541475"/>
    <w:rsid w:val="00583003"/>
    <w:rsid w:val="005F219C"/>
    <w:rsid w:val="007343CE"/>
    <w:rsid w:val="007F5447"/>
    <w:rsid w:val="0098069B"/>
    <w:rsid w:val="009948CB"/>
    <w:rsid w:val="009C2453"/>
    <w:rsid w:val="00A229C7"/>
    <w:rsid w:val="00A37E34"/>
    <w:rsid w:val="00A74DB6"/>
    <w:rsid w:val="00AA1D8D"/>
    <w:rsid w:val="00AF19A8"/>
    <w:rsid w:val="00B404F9"/>
    <w:rsid w:val="00B47730"/>
    <w:rsid w:val="00BC710D"/>
    <w:rsid w:val="00BD30F0"/>
    <w:rsid w:val="00C258DA"/>
    <w:rsid w:val="00CB0664"/>
    <w:rsid w:val="00D50152"/>
    <w:rsid w:val="00DC06EB"/>
    <w:rsid w:val="00F3000D"/>
    <w:rsid w:val="00F96D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F30EC6"/>
  <w14:defaultImageDpi w14:val="300"/>
  <w15:docId w15:val="{ACDB0078-D6A3-F145-A82F-7AEFF9B2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1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58">
    <w:name w:val="Plain Table 5"/>
    <w:basedOn w:val="a3"/>
    <w:uiPriority w:val="99"/>
    <w:rsid w:val="002E53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280</Words>
  <Characters>1402</Characters>
  <Application>Microsoft Office Word</Application>
  <DocSecurity>0</DocSecurity>
  <Lines>467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Masahide USAMI</cp:lastModifiedBy>
  <cp:revision>35</cp:revision>
  <dcterms:created xsi:type="dcterms:W3CDTF">2013-12-23T23:15:00Z</dcterms:created>
  <dcterms:modified xsi:type="dcterms:W3CDTF">2026-06-30T11:46:00Z</dcterms:modified>
  <cp:category/>
</cp:coreProperties>
</file>