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Supplementary Material 1</w:t>
      </w:r>
    </w:p>
    <w:p>
      <w:pPr>
        <w:jc w:val="center"/>
      </w:pPr>
      <w:r>
        <w:rPr>
          <w:b/>
          <w:sz w:val="24"/>
        </w:rPr>
        <w:t>English-language version of the study questionnaire</w:t>
      </w:r>
    </w:p>
    <w:p>
      <w:pPr>
        <w:jc w:val="center"/>
      </w:pPr>
      <w:r>
        <w:rPr>
          <w:i/>
          <w:sz w:val="22"/>
        </w:rPr>
        <w:t>Reproductive choices and hereditary cancer predisposition</w:t>
      </w:r>
    </w:p>
    <w:p/>
    <w:p>
      <w:r>
        <w:rPr>
          <w:i/>
          <w:sz w:val="19"/>
        </w:rPr>
        <w:t>* Required question in the original online questionnaire.</w:t>
      </w:r>
    </w:p>
    <w:p>
      <w:pPr>
        <w:spacing w:before="140" w:after="40"/>
      </w:pPr>
      <w:r>
        <w:rPr>
          <w:b/>
        </w:rPr>
        <w:t>1. Did you complete this questionnaire in 2022?</w:t>
        <w:t xml:space="preserve"> *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pStyle w:val="ListBullet"/>
        <w:spacing w:after="0"/>
        <w:ind w:left="504"/>
      </w:pPr>
      <w:r>
        <w:t>I do not remember</w:t>
      </w:r>
    </w:p>
    <w:p>
      <w:pPr>
        <w:spacing w:before="140" w:after="40"/>
      </w:pPr>
      <w:r>
        <w:rPr>
          <w:b/>
        </w:rPr>
        <w:t>2. How old are you?</w:t>
        <w:t xml:space="preserve"> *</w:t>
      </w:r>
    </w:p>
    <w:p>
      <w:pPr>
        <w:spacing w:before="140" w:after="40"/>
      </w:pPr>
      <w:r>
        <w:rPr>
          <w:b/>
        </w:rPr>
        <w:t>3. Sex</w:t>
        <w:t xml:space="preserve"> *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Female</w:t>
      </w:r>
    </w:p>
    <w:p>
      <w:pPr>
        <w:pStyle w:val="ListBullet"/>
        <w:spacing w:after="0"/>
        <w:ind w:left="504"/>
      </w:pPr>
      <w:r>
        <w:t>Male</w:t>
      </w:r>
    </w:p>
    <w:p>
      <w:pPr>
        <w:spacing w:before="140" w:after="40"/>
      </w:pPr>
      <w:r>
        <w:rPr>
          <w:b/>
        </w:rPr>
        <w:t>4. Have you ever been diagnosed with a malignant neoplasm (cancer)?</w:t>
        <w:t xml:space="preserve"> *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5. If YES, please indicate the type of malignant neoplasm (cancer).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Breast cancer</w:t>
      </w:r>
    </w:p>
    <w:p>
      <w:pPr>
        <w:pStyle w:val="ListBullet"/>
        <w:spacing w:after="0"/>
        <w:ind w:left="504"/>
      </w:pPr>
      <w:r>
        <w:t>Ovarian cancer</w:t>
      </w:r>
    </w:p>
    <w:p>
      <w:pPr>
        <w:pStyle w:val="ListBullet"/>
        <w:spacing w:after="0"/>
        <w:ind w:left="504"/>
      </w:pPr>
      <w:r>
        <w:t>Pancreatic cancer</w:t>
      </w:r>
    </w:p>
    <w:p>
      <w:pPr>
        <w:pStyle w:val="ListBullet"/>
        <w:spacing w:after="0"/>
        <w:ind w:left="504"/>
      </w:pPr>
      <w:r>
        <w:t>Prostate cancer</w:t>
      </w:r>
    </w:p>
    <w:p>
      <w:pPr>
        <w:pStyle w:val="ListBullet"/>
        <w:spacing w:after="0"/>
        <w:ind w:left="504"/>
      </w:pPr>
      <w:r>
        <w:t>Colorectal cancer</w:t>
      </w:r>
    </w:p>
    <w:p>
      <w:pPr>
        <w:pStyle w:val="ListBullet"/>
        <w:spacing w:after="0"/>
        <w:ind w:left="504"/>
      </w:pPr>
      <w:r>
        <w:t>Gastric cancer</w:t>
      </w:r>
    </w:p>
    <w:p>
      <w:pPr>
        <w:pStyle w:val="ListBullet"/>
        <w:spacing w:after="0"/>
        <w:ind w:left="504"/>
      </w:pPr>
      <w:r>
        <w:t>Endometrial cancer</w:t>
      </w:r>
    </w:p>
    <w:p>
      <w:pPr>
        <w:pStyle w:val="ListBullet"/>
        <w:spacing w:after="0"/>
        <w:ind w:left="504"/>
      </w:pPr>
      <w:r>
        <w:t>Cervical cancer</w:t>
      </w:r>
    </w:p>
    <w:p>
      <w:pPr>
        <w:pStyle w:val="ListBullet"/>
        <w:spacing w:after="0"/>
        <w:ind w:left="504"/>
      </w:pPr>
      <w:r>
        <w:t>Head and neck cancer</w:t>
      </w:r>
    </w:p>
    <w:p>
      <w:pPr>
        <w:pStyle w:val="ListBullet"/>
        <w:spacing w:after="0"/>
        <w:ind w:left="504"/>
      </w:pPr>
      <w:r>
        <w:t>Lung cancer</w:t>
      </w:r>
    </w:p>
    <w:p>
      <w:pPr>
        <w:pStyle w:val="ListBullet"/>
        <w:spacing w:after="0"/>
        <w:ind w:left="504"/>
      </w:pPr>
      <w:r>
        <w:t>I have never been diagnosed with cancer</w:t>
      </w:r>
    </w:p>
    <w:p>
      <w:pPr>
        <w:spacing w:before="140" w:after="40"/>
      </w:pPr>
      <w:r>
        <w:rPr>
          <w:b/>
        </w:rPr>
        <w:t>6. At what age were you diagnosed with a malignant neoplasm (cancer)?</w:t>
      </w:r>
    </w:p>
    <w:p>
      <w:pPr>
        <w:spacing w:after="40"/>
        <w:ind w:left="288"/>
      </w:pPr>
      <w:r>
        <w:rPr>
          <w:i/>
          <w:sz w:val="19"/>
        </w:rPr>
        <w:t>If you have never been diagnosed with cancer, please enter 0.</w:t>
      </w:r>
    </w:p>
    <w:p>
      <w:pPr>
        <w:spacing w:before="140" w:after="40"/>
      </w:pPr>
      <w:r>
        <w:rPr>
          <w:b/>
        </w:rPr>
        <w:t>7. Have you undergone genetic testing for an increased hereditary risk of cancer?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8. If you underwent genetic testing, please indicate the gene in which the pathogenic variant was identified.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BRCA1</w:t>
      </w:r>
    </w:p>
    <w:p>
      <w:pPr>
        <w:pStyle w:val="ListBullet"/>
        <w:spacing w:after="0"/>
        <w:ind w:left="504"/>
      </w:pPr>
      <w:r>
        <w:t>BRCA2</w:t>
      </w:r>
    </w:p>
    <w:p>
      <w:pPr>
        <w:pStyle w:val="ListBullet"/>
        <w:spacing w:after="0"/>
        <w:ind w:left="504"/>
      </w:pPr>
      <w:r>
        <w:t>CHEK2</w:t>
      </w:r>
    </w:p>
    <w:p>
      <w:pPr>
        <w:pStyle w:val="ListBullet"/>
        <w:spacing w:after="0"/>
        <w:ind w:left="504"/>
      </w:pPr>
      <w:r>
        <w:t>PALB2</w:t>
      </w:r>
    </w:p>
    <w:p>
      <w:pPr>
        <w:pStyle w:val="ListBullet"/>
        <w:spacing w:after="0"/>
        <w:ind w:left="504"/>
      </w:pPr>
      <w:r>
        <w:t>TP53</w:t>
      </w:r>
    </w:p>
    <w:p>
      <w:pPr>
        <w:pStyle w:val="ListBullet"/>
        <w:spacing w:after="0"/>
        <w:ind w:left="504"/>
      </w:pPr>
      <w:r>
        <w:t>I have not undergone genetic testing</w:t>
      </w:r>
    </w:p>
    <w:p>
      <w:pPr>
        <w:pStyle w:val="ListBullet"/>
        <w:spacing w:after="0"/>
        <w:ind w:left="504"/>
      </w:pPr>
      <w:r>
        <w:t>Other: ________</w:t>
      </w:r>
    </w:p>
    <w:p>
      <w:pPr>
        <w:spacing w:before="140" w:after="40"/>
      </w:pPr>
      <w:r>
        <w:rPr>
          <w:b/>
        </w:rPr>
        <w:t>9. How old were you when a pathogenic variant in a gene associated with an increased risk of cancer was identified?</w:t>
      </w:r>
    </w:p>
    <w:p>
      <w:pPr>
        <w:spacing w:after="40"/>
        <w:ind w:left="288"/>
      </w:pPr>
      <w:r>
        <w:rPr>
          <w:i/>
          <w:sz w:val="19"/>
        </w:rPr>
        <w:t>If no such pathogenic variant was identified, please enter 0.</w:t>
      </w:r>
    </w:p>
    <w:p>
      <w:pPr>
        <w:spacing w:before="140" w:after="40"/>
      </w:pPr>
      <w:r>
        <w:rPr>
          <w:b/>
        </w:rPr>
        <w:t>10. Have you undergone risk-reducing (prophylactic) mastectomy?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11. If YES, how old were you at the time of risk-reducing mastectomy?</w:t>
      </w:r>
    </w:p>
    <w:p>
      <w:pPr>
        <w:spacing w:after="40"/>
        <w:ind w:left="288"/>
      </w:pPr>
      <w:r>
        <w:rPr>
          <w:i/>
          <w:sz w:val="19"/>
        </w:rPr>
        <w:t>If you have not undergone risk-reducing mastectomy, please enter 0.</w:t>
      </w:r>
    </w:p>
    <w:p>
      <w:pPr>
        <w:spacing w:before="140" w:after="40"/>
      </w:pPr>
      <w:r>
        <w:rPr>
          <w:b/>
        </w:rPr>
        <w:t>12. Have you undergone risk-reducing removal of the ovaries and fallopian tubes (risk-reducing salpingo-oophorectomy)?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13. If YES, how old were you at the time of risk-reducing surgery involving removal of the ovaries?</w:t>
      </w:r>
    </w:p>
    <w:p>
      <w:pPr>
        <w:spacing w:after="40"/>
        <w:ind w:left="288"/>
      </w:pPr>
      <w:r>
        <w:rPr>
          <w:i/>
          <w:sz w:val="19"/>
        </w:rPr>
        <w:t>If you have not undergone this procedure, please enter 0.</w:t>
      </w:r>
    </w:p>
    <w:p>
      <w:pPr>
        <w:spacing w:before="140" w:after="40"/>
      </w:pPr>
      <w:r>
        <w:rPr>
          <w:b/>
        </w:rPr>
        <w:t>14. Do you undergo regular surveillance because of hereditary cancer risk?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15. Has cancer occurred in your family?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pStyle w:val="ListBullet"/>
        <w:spacing w:after="0"/>
        <w:ind w:left="504"/>
      </w:pPr>
      <w:r>
        <w:t>I do not know</w:t>
      </w:r>
    </w:p>
    <w:p>
      <w:pPr>
        <w:spacing w:before="140" w:after="40"/>
      </w:pPr>
      <w:r>
        <w:rPr>
          <w:b/>
        </w:rPr>
        <w:t>16. If YES, please specify the type(s) of cancer, the affected relative(s) (e.g., spouse, brother, sister), and the age at diagnosis.</w:t>
      </w:r>
    </w:p>
    <w:p>
      <w:pPr>
        <w:spacing w:before="140" w:after="40"/>
      </w:pPr>
      <w:r>
        <w:rPr>
          <w:b/>
        </w:rPr>
        <w:t>17. Have you supported or accompanied a family member with cancer during the course of their illness?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18. Do you have a child or children? If yes, how many?</w:t>
      </w:r>
    </w:p>
    <w:p>
      <w:pPr>
        <w:spacing w:after="40"/>
        <w:ind w:left="288"/>
      </w:pPr>
      <w:r>
        <w:rPr>
          <w:i/>
          <w:sz w:val="19"/>
        </w:rPr>
        <w:t>Please provide the year of birth and number of children.</w:t>
      </w:r>
    </w:p>
    <w:p>
      <w:pPr>
        <w:spacing w:before="140" w:after="40"/>
      </w:pPr>
      <w:r>
        <w:rPr>
          <w:b/>
        </w:rPr>
        <w:t>19. Do you know what preimplantation genetic testing (PGT) is?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20. If YES, where did you first learn about preimplantation genetic testing?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From an oncologist</w:t>
      </w:r>
    </w:p>
    <w:p>
      <w:pPr>
        <w:pStyle w:val="ListBullet"/>
        <w:spacing w:after="0"/>
        <w:ind w:left="504"/>
      </w:pPr>
      <w:r>
        <w:t>From a gynaecologist</w:t>
      </w:r>
    </w:p>
    <w:p>
      <w:pPr>
        <w:pStyle w:val="ListBullet"/>
        <w:spacing w:after="0"/>
        <w:ind w:left="504"/>
      </w:pPr>
      <w:r>
        <w:t>From a clinical geneticist</w:t>
      </w:r>
    </w:p>
    <w:p>
      <w:pPr>
        <w:pStyle w:val="ListBullet"/>
        <w:spacing w:after="0"/>
        <w:ind w:left="504"/>
      </w:pPr>
      <w:r>
        <w:t>From the Internet</w:t>
      </w:r>
    </w:p>
    <w:p>
      <w:pPr>
        <w:pStyle w:val="ListBullet"/>
        <w:spacing w:after="0"/>
        <w:ind w:left="504"/>
      </w:pPr>
      <w:r>
        <w:t>From other patients</w:t>
      </w:r>
    </w:p>
    <w:p>
      <w:pPr>
        <w:pStyle w:val="ListBullet"/>
        <w:spacing w:after="0"/>
        <w:ind w:left="504"/>
      </w:pPr>
      <w:r>
        <w:t>I do not know what preimplantation genetic testing is</w:t>
      </w:r>
    </w:p>
    <w:p>
      <w:pPr>
        <w:pStyle w:val="ListBullet"/>
        <w:spacing w:after="0"/>
        <w:ind w:left="504"/>
      </w:pPr>
      <w:r>
        <w:t>Other: ________</w:t>
      </w:r>
    </w:p>
    <w:p>
      <w:pPr>
        <w:spacing w:before="140" w:after="40"/>
      </w:pPr>
      <w:r>
        <w:rPr>
          <w:b/>
        </w:rPr>
        <w:t>21. Has carrying a pathogenic variant in a gene associated with an increased risk of cancer influenced your decision about having children?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22. Would you consider using genetic testing of embryos during assisted reproduction (in vitro fertilisation, IVF) so that your child would not inherit a pathogenic variant associated with an increased risk of cancer?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spacing w:before="140" w:after="40"/>
      </w:pPr>
      <w:r>
        <w:rPr>
          <w:b/>
        </w:rPr>
        <w:t>23. If YES, would you be willing to cover the costs of the IVF procedure and preimplantation genetic testing yourself?</w:t>
      </w:r>
    </w:p>
    <w:p>
      <w:pPr>
        <w:spacing w:after="40"/>
        <w:ind w:left="288"/>
      </w:pPr>
      <w:r>
        <w:rPr>
          <w:i/>
          <w:sz w:val="19"/>
        </w:rPr>
        <w:t>Select one answer.</w:t>
      </w:r>
    </w:p>
    <w:p>
      <w:pPr>
        <w:pStyle w:val="ListBullet"/>
        <w:spacing w:after="0"/>
        <w:ind w:left="504"/>
      </w:pPr>
      <w:r>
        <w:t>Yes</w:t>
      </w:r>
    </w:p>
    <w:p>
      <w:pPr>
        <w:pStyle w:val="ListBullet"/>
        <w:spacing w:after="0"/>
        <w:ind w:left="504"/>
      </w:pPr>
      <w:r>
        <w:t>No</w:t>
      </w:r>
    </w:p>
    <w:p>
      <w:pPr>
        <w:pStyle w:val="ListBullet"/>
        <w:spacing w:after="0"/>
        <w:ind w:left="504"/>
      </w:pPr>
      <w:r>
        <w:t>I do not know</w:t>
      </w:r>
    </w:p>
    <w:p/>
    <w:p>
      <w:pPr>
        <w:spacing w:before="160"/>
      </w:pPr>
      <w:r>
        <w:rPr>
          <w:i/>
          <w:sz w:val="18"/>
        </w:rPr>
        <w:t>Note: This supplementary file contains the questionnaire items only; the participant invitation and introductory information from the original online form have been omitted.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