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8D5852" w14:textId="77777777" w:rsidR="0035378C" w:rsidRDefault="00000000">
      <w:r>
        <w:rPr>
          <w:b/>
          <w:sz w:val="32"/>
        </w:rPr>
        <w:t>Supplementary Information</w:t>
      </w:r>
    </w:p>
    <w:p w14:paraId="068231E3" w14:textId="77777777" w:rsidR="0035378C" w:rsidRDefault="00000000">
      <w:r>
        <w:rPr>
          <w:i/>
          <w:sz w:val="23"/>
        </w:rPr>
        <w:t>Financial markets are betting on failure of the Paris Agreement</w:t>
      </w:r>
    </w:p>
    <w:p w14:paraId="4BC07AC0" w14:textId="77777777" w:rsidR="0035378C" w:rsidRDefault="00000000">
      <w:r>
        <w:rPr>
          <w:color w:val="404040"/>
          <w:sz w:val="20"/>
        </w:rPr>
        <w:t>Contents: Supplementary Note 1; Supplementary Figures S1–S5; Supplementary Tables S1–S2.</w:t>
      </w:r>
    </w:p>
    <w:p w14:paraId="3231F4D0" w14:textId="77777777" w:rsidR="0035378C" w:rsidRDefault="00000000">
      <w:pPr>
        <w:spacing w:before="320" w:after="80"/>
      </w:pPr>
      <w:r>
        <w:rPr>
          <w:b/>
          <w:sz w:val="26"/>
        </w:rPr>
        <w:t>Supplementary Note 1 | Variation in proven oil reserves across sources, and the cross-source mean</w:t>
      </w:r>
    </w:p>
    <w:p w14:paraId="418999F7" w14:textId="77777777" w:rsidR="0035378C" w:rsidRDefault="00000000">
      <w:pPr>
        <w:spacing w:before="160" w:after="80"/>
      </w:pPr>
      <w:r>
        <w:rPr>
          <w:b/>
        </w:rPr>
        <w:t>Motivation</w:t>
      </w:r>
    </w:p>
    <w:p w14:paraId="56E480BB" w14:textId="77777777" w:rsidR="0035378C" w:rsidRDefault="00000000">
      <w:r>
        <w:t>National proven crude-oil reserves R enter our valuation linearly: each country’s reserve value scales directly with R. Reported reserves, however, differ across the major statistical authorities because they use different estimation methodologies, reporting vintages, and definitions of what counts as a “proven” reserve. Rather than adopt any single source — each of which carries its own institutional and methodological idiosyncrasies — we compile reserves from three independent primary sources (OPEC Annual Statistical Bulletin 2025, year-end 2024; CIA World Factbook, mostly 2021 est.; and the BP / Energy Institute Statistical Review of World Energy 2021, year-end 2020) and use their arithmetic mean as the reserve input for each country. The OPEC series excludes Canadian oil sands and aggregates small producers into regional “Others”; the BP/EI series is the final edition before the proved-reserves series was discontinued and includes oil sands and tight oil.</w:t>
      </w:r>
    </w:p>
    <w:p w14:paraId="172B6445" w14:textId="77777777" w:rsidR="0035378C" w:rsidRDefault="00000000">
      <w:pPr>
        <w:spacing w:before="160" w:after="80"/>
      </w:pPr>
      <w:r>
        <w:rPr>
          <w:b/>
        </w:rPr>
        <w:t>How much do the sources disagree?</w:t>
      </w:r>
    </w:p>
    <w:p w14:paraId="76B278D7" w14:textId="77777777" w:rsidR="0035378C" w:rsidRDefault="00000000">
      <w:r>
        <w:t>Across the 100 countries for which at least one source reports reserves, 52 are reported by two or more sources and can be compared directly. Of these, 28 (54%) agree to within 5% across sources, 20 (38%) differ by more than 10%, and 6 (12%) differ by more than 50%. The median coefficient of variation across multi-source countries is just 0.008 — for a typical country the sources are nearly identical — while the mean CV of 0.075 is inflated by a small number of large disagreements. At the global level the totals span roughly 12%: OPEC sums to 1,539, the CIA Factbook to 1,697, and BP/EI to 1,724 billion barrels.</w:t>
      </w:r>
    </w:p>
    <w:p w14:paraId="37D2BEC6" w14:textId="77777777" w:rsidR="0035378C" w:rsidRDefault="00000000">
      <w:r>
        <w:t>The largest cross-source disagreements are definitional or vintage-driven. Canada differs by a factor of 39 because OPEC excludes the oil sands (4.3 Bbbl) while the CIA and BP/EI include them (≈168–170 Bbbl); Ecuador (6.4×), Angola (3.1×), the United States (1.8×), the United Kingdom (1.7×) and Russia (1.3×) differ because of booking, scope, and revision differences across vintages. These differences are illustrated in Supplementary Figure S2 and tabulated in Supplementary Table S2.</w:t>
      </w:r>
    </w:p>
    <w:p w14:paraId="2AED96B6" w14:textId="77777777" w:rsidR="0035378C" w:rsidRDefault="00000000">
      <w:pPr>
        <w:spacing w:before="160" w:after="80"/>
      </w:pPr>
      <w:r>
        <w:rPr>
          <w:b/>
        </w:rPr>
        <w:t>Why the disagreements arise</w:t>
      </w:r>
    </w:p>
    <w:p w14:paraId="77BB835B" w14:textId="77777777" w:rsidR="0035378C" w:rsidRDefault="00000000">
      <w:r>
        <w:t>Four factors drive the variation: (1) the definition of the resource (most starkly the treatment of Canadian oil sands and Venezuelan extra-heavy Orinoco crude); (2) reporting vintage, as the sources are anchored to different years (2020, 2021, 2024) and reserves change as fields are depleted, revised, or newly booked; (3) estimation methodology and governance, since OPEC figures are member-country submissions, BP/EI publishes an independent assessment, and the CIA/Oil &amp; Gas Journal lineage compiles industry and government filings; and (4) the scope of “crude,” as some series count crude oil plus lease condensate while others count crude only.</w:t>
      </w:r>
    </w:p>
    <w:p w14:paraId="5ADF7DD7" w14:textId="77777777" w:rsidR="001935BF" w:rsidRDefault="001935BF">
      <w:pPr>
        <w:spacing w:after="200"/>
        <w:rPr>
          <w:b/>
        </w:rPr>
      </w:pPr>
      <w:r>
        <w:rPr>
          <w:b/>
        </w:rPr>
        <w:br w:type="page"/>
      </w:r>
    </w:p>
    <w:p w14:paraId="6FAB1F95" w14:textId="7666A547" w:rsidR="0035378C" w:rsidRDefault="00000000">
      <w:pPr>
        <w:spacing w:before="160" w:after="80"/>
      </w:pPr>
      <w:r>
        <w:rPr>
          <w:b/>
        </w:rPr>
        <w:lastRenderedPageBreak/>
        <w:t>Rationale for using the cross-source mean</w:t>
      </w:r>
    </w:p>
    <w:p w14:paraId="12E79C21" w14:textId="77777777" w:rsidR="0035378C" w:rsidRDefault="00000000">
      <w:r>
        <w:t>No single authority is definitive: each reflects a particular methodology, vintage, and resource definition. We therefore use the arithmetic mean across the available sources as each country’s reserve input. Averaging avoids hard-coding the institutional bias of any one publisher; it is immaterial where sources agree (median CV ≈ 0.8%); and where they do not, Supplementary Table S2 reports every source value alongside the mean, median, and dispersion statistics so the sensitivity of any country’s valuation to the reserve choice can be assessed directly.</w:t>
      </w:r>
    </w:p>
    <w:p w14:paraId="5A5D6159" w14:textId="77777777" w:rsidR="0035378C" w:rsidRDefault="00000000">
      <w:r>
        <w:t>Caveat (Canada). Because the mean blends OPEC’s oil-sands-excluded figure with the oil-sands-inclusive figures of the other two sources, Canada’s mean (≈114 Bbbl) lies below the value any single inclusive source reports (≈168–170 Bbbl) and understates its reserves by roughly one third. We retain the mean for methodological consistency and report the median (≈168 Bbbl) in Table S2 as a robustness reference. Canada’s breakeven costs are high, so its economically recoverable reserve value under climate-aligned prices is modest regardless of which reserve figure is used.</w:t>
      </w:r>
    </w:p>
    <w:p w14:paraId="664F3CD7" w14:textId="77777777" w:rsidR="001935BF" w:rsidRDefault="001935BF">
      <w:pPr>
        <w:spacing w:after="200"/>
        <w:rPr>
          <w:b/>
          <w:sz w:val="26"/>
        </w:rPr>
      </w:pPr>
      <w:r>
        <w:rPr>
          <w:b/>
          <w:sz w:val="26"/>
        </w:rPr>
        <w:br w:type="page"/>
      </w:r>
    </w:p>
    <w:p w14:paraId="4B6C787C" w14:textId="3F6A2661" w:rsidR="0035378C" w:rsidRDefault="00000000">
      <w:pPr>
        <w:spacing w:before="320" w:after="80"/>
      </w:pPr>
      <w:r>
        <w:rPr>
          <w:b/>
          <w:sz w:val="26"/>
        </w:rPr>
        <w:lastRenderedPageBreak/>
        <w:t>Supplementary Figures</w:t>
      </w:r>
    </w:p>
    <w:p w14:paraId="1B570F21" w14:textId="77777777" w:rsidR="0035378C" w:rsidRDefault="00000000">
      <w:pPr>
        <w:spacing w:before="200"/>
        <w:jc w:val="center"/>
      </w:pPr>
      <w:r>
        <w:rPr>
          <w:noProof/>
        </w:rPr>
        <w:drawing>
          <wp:inline distT="0" distB="0" distL="0" distR="0" wp14:anchorId="6670B63B" wp14:editId="0D0BF20B">
            <wp:extent cx="5943600" cy="44152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1_GDP_vs_Comprehensive_Wealth.png"/>
                    <pic:cNvPicPr/>
                  </pic:nvPicPr>
                  <pic:blipFill>
                    <a:blip r:embed="rId6"/>
                    <a:stretch>
                      <a:fillRect/>
                    </a:stretch>
                  </pic:blipFill>
                  <pic:spPr>
                    <a:xfrm>
                      <a:off x="0" y="0"/>
                      <a:ext cx="5943600" cy="4415246"/>
                    </a:xfrm>
                    <a:prstGeom prst="rect">
                      <a:avLst/>
                    </a:prstGeom>
                  </pic:spPr>
                </pic:pic>
              </a:graphicData>
            </a:graphic>
          </wp:inline>
        </w:drawing>
      </w:r>
    </w:p>
    <w:p w14:paraId="75EC35E8" w14:textId="77777777" w:rsidR="0035378C" w:rsidRDefault="00000000">
      <w:pPr>
        <w:spacing w:before="80" w:after="240"/>
      </w:pPr>
      <w:r>
        <w:rPr>
          <w:b/>
          <w:sz w:val="19"/>
        </w:rPr>
        <w:t xml:space="preserve">Supplementary Fig. S1 | Estimating comprehensive wealth from GDP. </w:t>
      </w:r>
      <w:r>
        <w:rPr>
          <w:sz w:val="19"/>
        </w:rPr>
        <w:t>Domestic comprehensive wealth (World Bank Changing Wealth of Nations) against GDP (UN National Accounts) for 134 countries, on log–log axes. The dashed line shows the fitted power-law relationship (R² = 0.949), implying comprehensive wealth ≈ 6.16 × GDP. This multiplier is used to estimate comprehensive wealth for countries absent from the World Bank dataset (Venezuela and Libya, shown as stars).</w:t>
      </w:r>
    </w:p>
    <w:p w14:paraId="01DD0C15" w14:textId="77777777" w:rsidR="0035378C" w:rsidRDefault="00000000">
      <w:pPr>
        <w:spacing w:before="200"/>
        <w:jc w:val="center"/>
      </w:pPr>
      <w:r>
        <w:rPr>
          <w:noProof/>
        </w:rPr>
        <w:lastRenderedPageBreak/>
        <w:drawing>
          <wp:inline distT="0" distB="0" distL="0" distR="0" wp14:anchorId="1E514619" wp14:editId="2EFAE61B">
            <wp:extent cx="5943600" cy="679268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2_Reserves_Source_Spread.png"/>
                    <pic:cNvPicPr/>
                  </pic:nvPicPr>
                  <pic:blipFill>
                    <a:blip r:embed="rId7"/>
                    <a:stretch>
                      <a:fillRect/>
                    </a:stretch>
                  </pic:blipFill>
                  <pic:spPr>
                    <a:xfrm>
                      <a:off x="0" y="0"/>
                      <a:ext cx="5943600" cy="6792686"/>
                    </a:xfrm>
                    <a:prstGeom prst="rect">
                      <a:avLst/>
                    </a:prstGeom>
                  </pic:spPr>
                </pic:pic>
              </a:graphicData>
            </a:graphic>
          </wp:inline>
        </w:drawing>
      </w:r>
    </w:p>
    <w:p w14:paraId="18252C6A" w14:textId="77777777" w:rsidR="0035378C" w:rsidRDefault="00000000">
      <w:pPr>
        <w:spacing w:before="80" w:after="240"/>
      </w:pPr>
      <w:r>
        <w:rPr>
          <w:b/>
          <w:sz w:val="19"/>
        </w:rPr>
        <w:t xml:space="preserve">Supplementary Fig. S2 | Proven oil reserve estimates by source. </w:t>
      </w:r>
      <w:r>
        <w:rPr>
          <w:sz w:val="19"/>
        </w:rPr>
        <w:t>Country-level proven oil reserves reported by the OPEC Annual Statistical Bulletin, the CIA World Factbook, and the Energy Institute (formerly BP) Statistical Review of World Energy, for the major reserve holders. The analysis uses the cross-source arithmetic mean (Supplementary Table S2 lists all values).</w:t>
      </w:r>
    </w:p>
    <w:p w14:paraId="6525AD7C" w14:textId="77777777" w:rsidR="0035378C" w:rsidRDefault="00000000">
      <w:pPr>
        <w:spacing w:before="200"/>
        <w:jc w:val="center"/>
      </w:pPr>
      <w:r>
        <w:rPr>
          <w:noProof/>
        </w:rPr>
        <w:lastRenderedPageBreak/>
        <w:drawing>
          <wp:inline distT="0" distB="0" distL="0" distR="0" wp14:anchorId="6A5A560C" wp14:editId="71BC0690">
            <wp:extent cx="3200400" cy="274320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3_NPV_Discounting.png"/>
                    <pic:cNvPicPr/>
                  </pic:nvPicPr>
                  <pic:blipFill>
                    <a:blip r:embed="rId8"/>
                    <a:stretch>
                      <a:fillRect/>
                    </a:stretch>
                  </pic:blipFill>
                  <pic:spPr>
                    <a:xfrm>
                      <a:off x="0" y="0"/>
                      <a:ext cx="3200400" cy="2743200"/>
                    </a:xfrm>
                    <a:prstGeom prst="rect">
                      <a:avLst/>
                    </a:prstGeom>
                  </pic:spPr>
                </pic:pic>
              </a:graphicData>
            </a:graphic>
          </wp:inline>
        </w:drawing>
      </w:r>
    </w:p>
    <w:p w14:paraId="717D49C2" w14:textId="77777777" w:rsidR="0035378C" w:rsidRDefault="00000000">
      <w:pPr>
        <w:spacing w:before="80" w:after="240"/>
      </w:pPr>
      <w:r>
        <w:rPr>
          <w:b/>
          <w:sz w:val="19"/>
        </w:rPr>
        <w:t xml:space="preserve">Supplementary Fig. S3 | The valuation divergence under discounting. </w:t>
      </w:r>
      <w:r>
        <w:rPr>
          <w:sz w:val="19"/>
        </w:rPr>
        <w:t>Net present value of the difference between Brent-futures and scenario reserve valuations as a function of discount rate (0–10%), assuming constant production over a 55-year reserve life (global proven reserves ≈ 1,659 billion barrels at ≈ 30 billion barrels per year) with scenario prices held constant in real terms beyond the futures horizon (2034). Holding the Net-zero 2050 price flat is conservative, as the underlying NGFS producer prices continue to decline after 2034. The Brent-minus-Net-zero gap is $20.8 trillion at a 3% discount rate and $10.3 trillion at 7%; the six most-exposed countries hold 76% of the gap at all rates and the country ranking is unchanged (Spearman ρ = 1.00).</w:t>
      </w:r>
    </w:p>
    <w:p w14:paraId="3D437CA2" w14:textId="77777777" w:rsidR="001935BF" w:rsidRDefault="001935BF">
      <w:pPr>
        <w:spacing w:after="200"/>
      </w:pPr>
      <w:r>
        <w:br w:type="page"/>
      </w:r>
    </w:p>
    <w:p w14:paraId="6E837DE7" w14:textId="3FF536C8" w:rsidR="0035378C" w:rsidRDefault="00000000">
      <w:pPr>
        <w:spacing w:before="200"/>
        <w:jc w:val="center"/>
      </w:pPr>
      <w:r>
        <w:rPr>
          <w:noProof/>
        </w:rPr>
        <w:lastRenderedPageBreak/>
        <w:drawing>
          <wp:inline distT="0" distB="0" distL="0" distR="0" wp14:anchorId="7E6F8565" wp14:editId="26965EB5">
            <wp:extent cx="3200400" cy="3200400"/>
            <wp:effectExtent l="0" t="0" r="571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4_FieldLevel_Robustness.png"/>
                    <pic:cNvPicPr/>
                  </pic:nvPicPr>
                  <pic:blipFill>
                    <a:blip r:embed="rId9"/>
                    <a:stretch>
                      <a:fillRect/>
                    </a:stretch>
                  </pic:blipFill>
                  <pic:spPr>
                    <a:xfrm>
                      <a:off x="0" y="0"/>
                      <a:ext cx="3200400" cy="3200400"/>
                    </a:xfrm>
                    <a:prstGeom prst="rect">
                      <a:avLst/>
                    </a:prstGeom>
                  </pic:spPr>
                </pic:pic>
              </a:graphicData>
            </a:graphic>
          </wp:inline>
        </w:drawing>
      </w:r>
    </w:p>
    <w:p w14:paraId="4581EC72" w14:textId="77777777" w:rsidR="0035378C" w:rsidRDefault="00000000">
      <w:pPr>
        <w:spacing w:before="80" w:after="240"/>
      </w:pPr>
      <w:r>
        <w:rPr>
          <w:b/>
          <w:sz w:val="19"/>
        </w:rPr>
        <w:t xml:space="preserve">Supplementary Fig. S4 | Country stranded value: uniform-band model versus field-level data. </w:t>
      </w:r>
      <w:r>
        <w:rPr>
          <w:sz w:val="19"/>
        </w:rPr>
        <w:t>2030 stranded value (Brent futures minus Net-zero 2050) for each country computed two ways: with the manuscript’s uniform-cost country bands applied to cross-source mean reserves (x-axis), and bottom-up from field-level reserves and breakeven estimates in the Global Energy Monitor Global Oil and Gas Extraction Tracker (y-axis). Across the 51 countries present in both datasets, the two approaches agree strongly (log–log R² = 0.68; Spearman ρ = 0.81). Canada falls below the 1:1 line because field-level disclosure under-represents oil-sands reserves, consistent with the company-level estimates being conservative lower bounds.</w:t>
      </w:r>
    </w:p>
    <w:p w14:paraId="2458B00D" w14:textId="77777777" w:rsidR="0035378C" w:rsidRDefault="00000000">
      <w:pPr>
        <w:spacing w:before="200"/>
        <w:jc w:val="center"/>
      </w:pPr>
      <w:r>
        <w:rPr>
          <w:noProof/>
        </w:rPr>
        <w:lastRenderedPageBreak/>
        <w:drawing>
          <wp:inline distT="0" distB="0" distL="0" distR="0" wp14:anchorId="7648348A" wp14:editId="4B149183">
            <wp:extent cx="5943600" cy="441524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5_Fiscal_Breakeven.png"/>
                    <pic:cNvPicPr/>
                  </pic:nvPicPr>
                  <pic:blipFill>
                    <a:blip r:embed="rId10"/>
                    <a:stretch>
                      <a:fillRect/>
                    </a:stretch>
                  </pic:blipFill>
                  <pic:spPr>
                    <a:xfrm>
                      <a:off x="0" y="0"/>
                      <a:ext cx="5943600" cy="4415246"/>
                    </a:xfrm>
                    <a:prstGeom prst="rect">
                      <a:avLst/>
                    </a:prstGeom>
                  </pic:spPr>
                </pic:pic>
              </a:graphicData>
            </a:graphic>
          </wp:inline>
        </w:drawing>
      </w:r>
    </w:p>
    <w:p w14:paraId="7966A601" w14:textId="77777777" w:rsidR="0035378C" w:rsidRDefault="00000000">
      <w:pPr>
        <w:spacing w:before="80" w:after="240"/>
      </w:pPr>
      <w:r>
        <w:rPr>
          <w:b/>
          <w:sz w:val="19"/>
        </w:rPr>
        <w:t xml:space="preserve">Supplementary Fig. S5 | Sovereign fiscal breakeven oil prices exceed Paris-aligned prices. </w:t>
      </w:r>
      <w:r>
        <w:rPr>
          <w:sz w:val="19"/>
        </w:rPr>
        <w:t>Fiscal breakeven oil price — the Brent price at which a government’s budget balances — for the 13 Middle East, North Africa, Caucasus and Central Asia oil exporters assessed by the IMF (Regional Economic Outlook: Middle East and Central Asia, May 2025, Statistical Appendix, Table 6). Grey markers show the 2025 estimate and red markers the 2030 projection; each country’s 2030 stranded oil value (Brent futures minus Net-zero 2050) from this study is given in parentheses after its name. The shaded band spans the 2030 Net-zero 2050 price ($42/barrel) and the 2030 Brent-futures price ($65/barrel). Eleven of the thirteen countries have a 2030 fiscal breakeven above the Net-zero price and eight above even the Brent-futures price; only Qatar and the United Arab Emirates remain fiscally solvent at the Paris-aligned price. Weighting by stranded value, the mean 2030 breakeven is $86/barrel. Venezuela (this study’s second-largest stranded exposure) is omitted because the IMF has not assessed it since 2004 and it is already in chronic fiscal crisis; Russia is omitted because its Article IV consultations are suspended and available breakeven estimates (≈$77/barrel, Institute of International Finance) are referenced to a discounted Urals price rather than Brent.</w:t>
      </w:r>
    </w:p>
    <w:p w14:paraId="6822D1D0" w14:textId="77777777" w:rsidR="001935BF" w:rsidRDefault="001935BF">
      <w:pPr>
        <w:spacing w:before="320" w:after="80"/>
        <w:rPr>
          <w:b/>
          <w:sz w:val="26"/>
        </w:rPr>
        <w:sectPr w:rsidR="001935BF" w:rsidSect="00034616">
          <w:pgSz w:w="12240" w:h="15840"/>
          <w:pgMar w:top="1440" w:right="1440" w:bottom="1440" w:left="1440" w:header="720" w:footer="720" w:gutter="0"/>
          <w:cols w:space="720"/>
          <w:docGrid w:linePitch="360"/>
        </w:sectPr>
      </w:pPr>
    </w:p>
    <w:p w14:paraId="71FB78E9" w14:textId="77777777" w:rsidR="0035378C" w:rsidRDefault="00000000">
      <w:pPr>
        <w:spacing w:before="320" w:after="80"/>
      </w:pPr>
      <w:r>
        <w:rPr>
          <w:b/>
          <w:sz w:val="26"/>
        </w:rPr>
        <w:lastRenderedPageBreak/>
        <w:t>Supplementary Tables</w:t>
      </w:r>
    </w:p>
    <w:p w14:paraId="575A68EC" w14:textId="77777777" w:rsidR="0035378C" w:rsidRDefault="00000000">
      <w:pPr>
        <w:spacing w:before="240"/>
      </w:pPr>
      <w:r>
        <w:rPr>
          <w:b/>
          <w:sz w:val="20"/>
        </w:rPr>
        <w:t>Supplementary Table S1. Extraction breakeven cost estimates and published sources for major oil-producing countries.</w:t>
      </w:r>
    </w:p>
    <w:tbl>
      <w:tblPr>
        <w:tblStyle w:val="TableGrid"/>
        <w:tblW w:w="0" w:type="auto"/>
        <w:jc w:val="center"/>
        <w:tblLook w:val="04A0" w:firstRow="1" w:lastRow="0" w:firstColumn="1" w:lastColumn="0" w:noHBand="0" w:noVBand="1"/>
      </w:tblPr>
      <w:tblGrid>
        <w:gridCol w:w="1121"/>
        <w:gridCol w:w="821"/>
        <w:gridCol w:w="1022"/>
        <w:gridCol w:w="1028"/>
        <w:gridCol w:w="1336"/>
        <w:gridCol w:w="2073"/>
        <w:gridCol w:w="5549"/>
      </w:tblGrid>
      <w:tr w:rsidR="0035378C" w14:paraId="5E503DC5" w14:textId="77777777" w:rsidTr="001935BF">
        <w:trPr>
          <w:jc w:val="center"/>
        </w:trPr>
        <w:tc>
          <w:tcPr>
            <w:tcW w:w="1149" w:type="dxa"/>
          </w:tcPr>
          <w:p w14:paraId="4277FD53" w14:textId="77777777" w:rsidR="0035378C" w:rsidRDefault="00000000">
            <w:r>
              <w:rPr>
                <w:b/>
                <w:sz w:val="16"/>
              </w:rPr>
              <w:t>Country</w:t>
            </w:r>
          </w:p>
        </w:tc>
        <w:tc>
          <w:tcPr>
            <w:tcW w:w="821" w:type="dxa"/>
          </w:tcPr>
          <w:p w14:paraId="103E3FF5" w14:textId="77777777" w:rsidR="0035378C" w:rsidRDefault="00000000">
            <w:r>
              <w:rPr>
                <w:b/>
                <w:sz w:val="16"/>
              </w:rPr>
              <w:t>Proven Reserves (billion bbl)</w:t>
            </w:r>
          </w:p>
        </w:tc>
        <w:tc>
          <w:tcPr>
            <w:tcW w:w="1036" w:type="dxa"/>
          </w:tcPr>
          <w:p w14:paraId="3F285593" w14:textId="77777777" w:rsidR="0035378C" w:rsidRDefault="00000000">
            <w:r>
              <w:rPr>
                <w:b/>
                <w:sz w:val="16"/>
              </w:rPr>
              <w:t>Breakeven Min ($/bbl)</w:t>
            </w:r>
          </w:p>
        </w:tc>
        <w:tc>
          <w:tcPr>
            <w:tcW w:w="1043" w:type="dxa"/>
          </w:tcPr>
          <w:p w14:paraId="0967AB64" w14:textId="77777777" w:rsidR="0035378C" w:rsidRDefault="00000000">
            <w:r>
              <w:rPr>
                <w:b/>
                <w:sz w:val="16"/>
              </w:rPr>
              <w:t>Breakeven Max ($/bbl)</w:t>
            </w:r>
          </w:p>
        </w:tc>
        <w:tc>
          <w:tcPr>
            <w:tcW w:w="1336" w:type="dxa"/>
          </w:tcPr>
          <w:p w14:paraId="6926DDA3" w14:textId="77777777" w:rsidR="0035378C" w:rsidRDefault="00000000">
            <w:r>
              <w:rPr>
                <w:b/>
                <w:sz w:val="16"/>
              </w:rPr>
              <w:t>Production Type</w:t>
            </w:r>
          </w:p>
        </w:tc>
        <w:tc>
          <w:tcPr>
            <w:tcW w:w="2242" w:type="dxa"/>
          </w:tcPr>
          <w:p w14:paraId="1311ACE8" w14:textId="77777777" w:rsidR="0035378C" w:rsidRDefault="00000000">
            <w:r>
              <w:rPr>
                <w:b/>
                <w:sz w:val="16"/>
              </w:rPr>
              <w:t>Published Source(s)</w:t>
            </w:r>
          </w:p>
        </w:tc>
        <w:tc>
          <w:tcPr>
            <w:tcW w:w="5549" w:type="dxa"/>
          </w:tcPr>
          <w:p w14:paraId="2822E8F8" w14:textId="77777777" w:rsidR="0035378C" w:rsidRDefault="00000000">
            <w:r>
              <w:rPr>
                <w:b/>
                <w:sz w:val="16"/>
              </w:rPr>
              <w:t>Source URL(s)</w:t>
            </w:r>
          </w:p>
        </w:tc>
      </w:tr>
      <w:tr w:rsidR="0035378C" w14:paraId="591D85F1" w14:textId="77777777" w:rsidTr="001935BF">
        <w:trPr>
          <w:jc w:val="center"/>
        </w:trPr>
        <w:tc>
          <w:tcPr>
            <w:tcW w:w="1149" w:type="dxa"/>
          </w:tcPr>
          <w:p w14:paraId="475E99F0" w14:textId="77777777" w:rsidR="0035378C" w:rsidRDefault="00000000">
            <w:r>
              <w:rPr>
                <w:sz w:val="16"/>
              </w:rPr>
              <w:t>Venezuela</w:t>
            </w:r>
          </w:p>
        </w:tc>
        <w:tc>
          <w:tcPr>
            <w:tcW w:w="821" w:type="dxa"/>
          </w:tcPr>
          <w:p w14:paraId="13447132" w14:textId="77777777" w:rsidR="0035378C" w:rsidRDefault="00000000">
            <w:r>
              <w:rPr>
                <w:sz w:val="16"/>
              </w:rPr>
              <w:t>303.8</w:t>
            </w:r>
          </w:p>
        </w:tc>
        <w:tc>
          <w:tcPr>
            <w:tcW w:w="1036" w:type="dxa"/>
          </w:tcPr>
          <w:p w14:paraId="43B738F2" w14:textId="77777777" w:rsidR="0035378C" w:rsidRDefault="00000000">
            <w:r>
              <w:rPr>
                <w:sz w:val="16"/>
              </w:rPr>
              <w:t>35</w:t>
            </w:r>
          </w:p>
        </w:tc>
        <w:tc>
          <w:tcPr>
            <w:tcW w:w="1043" w:type="dxa"/>
          </w:tcPr>
          <w:p w14:paraId="67107514" w14:textId="77777777" w:rsidR="0035378C" w:rsidRDefault="00000000">
            <w:r>
              <w:rPr>
                <w:sz w:val="16"/>
              </w:rPr>
              <w:t>60</w:t>
            </w:r>
          </w:p>
        </w:tc>
        <w:tc>
          <w:tcPr>
            <w:tcW w:w="1336" w:type="dxa"/>
          </w:tcPr>
          <w:p w14:paraId="7D685FF2" w14:textId="77777777" w:rsidR="0035378C" w:rsidRDefault="00000000">
            <w:r>
              <w:rPr>
                <w:sz w:val="16"/>
              </w:rPr>
              <w:t>Conventional + Orinoco heavy/extra-heavy</w:t>
            </w:r>
          </w:p>
        </w:tc>
        <w:tc>
          <w:tcPr>
            <w:tcW w:w="2242" w:type="dxa"/>
          </w:tcPr>
          <w:p w14:paraId="2835C565" w14:textId="77777777" w:rsidR="0035378C" w:rsidRDefault="00000000">
            <w:r>
              <w:rPr>
                <w:sz w:val="16"/>
              </w:rPr>
              <w:t>Rystad Energy via UK BEIS Fossil Fuel Supply Curves (2019), pp. 17; UC Berkeley Haas School analysis of Venezuelan oil economics (2024)</w:t>
            </w:r>
          </w:p>
        </w:tc>
        <w:tc>
          <w:tcPr>
            <w:tcW w:w="5549" w:type="dxa"/>
          </w:tcPr>
          <w:p w14:paraId="31E27E8C" w14:textId="77777777" w:rsidR="0035378C" w:rsidRDefault="00000000">
            <w:r>
              <w:rPr>
                <w:sz w:val="16"/>
              </w:rPr>
              <w:t>https://assets.publishing.service.gov.uk/media/5e3ad916e5274a08e229ca27/fossil-fuel-supply-curves.pdf</w:t>
            </w:r>
            <w:r>
              <w:rPr>
                <w:sz w:val="16"/>
              </w:rPr>
              <w:br/>
              <w:t>https://newsroom.haas.berkeley.edu/too-dirty-too-late-why-the-economics-of-venezuela-s-oil-dont-pencil-out/</w:t>
            </w:r>
          </w:p>
        </w:tc>
      </w:tr>
      <w:tr w:rsidR="0035378C" w14:paraId="0CE67101" w14:textId="77777777" w:rsidTr="001935BF">
        <w:trPr>
          <w:jc w:val="center"/>
        </w:trPr>
        <w:tc>
          <w:tcPr>
            <w:tcW w:w="1149" w:type="dxa"/>
          </w:tcPr>
          <w:p w14:paraId="5CA85A85" w14:textId="77777777" w:rsidR="0035378C" w:rsidRDefault="00000000">
            <w:r>
              <w:rPr>
                <w:sz w:val="16"/>
              </w:rPr>
              <w:t>Saudi Arabia</w:t>
            </w:r>
          </w:p>
        </w:tc>
        <w:tc>
          <w:tcPr>
            <w:tcW w:w="821" w:type="dxa"/>
          </w:tcPr>
          <w:p w14:paraId="41A596B4" w14:textId="77777777" w:rsidR="0035378C" w:rsidRDefault="00000000">
            <w:r>
              <w:rPr>
                <w:sz w:val="16"/>
              </w:rPr>
              <w:t>258.6</w:t>
            </w:r>
          </w:p>
        </w:tc>
        <w:tc>
          <w:tcPr>
            <w:tcW w:w="1036" w:type="dxa"/>
          </w:tcPr>
          <w:p w14:paraId="089350EF" w14:textId="77777777" w:rsidR="0035378C" w:rsidRDefault="00000000">
            <w:r>
              <w:rPr>
                <w:sz w:val="16"/>
              </w:rPr>
              <w:t>25</w:t>
            </w:r>
          </w:p>
        </w:tc>
        <w:tc>
          <w:tcPr>
            <w:tcW w:w="1043" w:type="dxa"/>
          </w:tcPr>
          <w:p w14:paraId="169496A0" w14:textId="77777777" w:rsidR="0035378C" w:rsidRDefault="00000000">
            <w:r>
              <w:rPr>
                <w:sz w:val="16"/>
              </w:rPr>
              <w:t>35</w:t>
            </w:r>
          </w:p>
        </w:tc>
        <w:tc>
          <w:tcPr>
            <w:tcW w:w="1336" w:type="dxa"/>
          </w:tcPr>
          <w:p w14:paraId="5D633BA2" w14:textId="77777777" w:rsidR="0035378C" w:rsidRDefault="00000000">
            <w:r>
              <w:rPr>
                <w:sz w:val="16"/>
              </w:rPr>
              <w:t>Onshore conventional</w:t>
            </w:r>
          </w:p>
        </w:tc>
        <w:tc>
          <w:tcPr>
            <w:tcW w:w="2242" w:type="dxa"/>
          </w:tcPr>
          <w:p w14:paraId="42F3A8F1" w14:textId="77777777" w:rsidR="0035378C" w:rsidRDefault="00000000">
            <w:r>
              <w:rPr>
                <w:sz w:val="16"/>
              </w:rPr>
              <w:t>Saudi Aramco IPO prospectus (2019): production cost &lt;$10/bbl after tax; Aramco Annual Report (2023): lifting cost $3.5/bbl; OilPrice.com (2023) reporting Aramco after-tax breakeven &lt;$10/bbl; Rystad via UK BEIS (2019): Middle East onshore lowest-cost supply group</w:t>
            </w:r>
          </w:p>
        </w:tc>
        <w:tc>
          <w:tcPr>
            <w:tcW w:w="5549" w:type="dxa"/>
          </w:tcPr>
          <w:p w14:paraId="18A4FF64" w14:textId="77777777" w:rsidR="0035378C" w:rsidRDefault="00000000">
            <w:r>
              <w:rPr>
                <w:sz w:val="16"/>
              </w:rPr>
              <w:t>https://oilprice.com/Energy/Oil-Prices/Aramcos-Breakeven-Costs-Are-The-Lowest-In-The-World.html</w:t>
            </w:r>
            <w:r>
              <w:rPr>
                <w:sz w:val="16"/>
              </w:rPr>
              <w:br/>
              <w:t>https://assets.publishing.service.gov.uk/media/5e3ad916e5274a08e229ca27/fossil-fuel-supply-curves.pdf</w:t>
            </w:r>
          </w:p>
        </w:tc>
      </w:tr>
      <w:tr w:rsidR="0035378C" w14:paraId="769E7F80" w14:textId="77777777" w:rsidTr="001935BF">
        <w:trPr>
          <w:jc w:val="center"/>
        </w:trPr>
        <w:tc>
          <w:tcPr>
            <w:tcW w:w="1149" w:type="dxa"/>
          </w:tcPr>
          <w:p w14:paraId="7F89E663" w14:textId="77777777" w:rsidR="0035378C" w:rsidRDefault="00000000">
            <w:r>
              <w:rPr>
                <w:sz w:val="16"/>
              </w:rPr>
              <w:t>Iran</w:t>
            </w:r>
          </w:p>
        </w:tc>
        <w:tc>
          <w:tcPr>
            <w:tcW w:w="821" w:type="dxa"/>
          </w:tcPr>
          <w:p w14:paraId="6858588D" w14:textId="77777777" w:rsidR="0035378C" w:rsidRDefault="00000000">
            <w:r>
              <w:rPr>
                <w:sz w:val="16"/>
              </w:rPr>
              <w:t>208.6</w:t>
            </w:r>
          </w:p>
        </w:tc>
        <w:tc>
          <w:tcPr>
            <w:tcW w:w="1036" w:type="dxa"/>
          </w:tcPr>
          <w:p w14:paraId="204A0B57" w14:textId="77777777" w:rsidR="0035378C" w:rsidRDefault="00000000">
            <w:r>
              <w:rPr>
                <w:sz w:val="16"/>
              </w:rPr>
              <w:t>30</w:t>
            </w:r>
          </w:p>
        </w:tc>
        <w:tc>
          <w:tcPr>
            <w:tcW w:w="1043" w:type="dxa"/>
          </w:tcPr>
          <w:p w14:paraId="53A1D495" w14:textId="77777777" w:rsidR="0035378C" w:rsidRDefault="00000000">
            <w:r>
              <w:rPr>
                <w:sz w:val="16"/>
              </w:rPr>
              <w:t>45</w:t>
            </w:r>
          </w:p>
        </w:tc>
        <w:tc>
          <w:tcPr>
            <w:tcW w:w="1336" w:type="dxa"/>
          </w:tcPr>
          <w:p w14:paraId="02653904" w14:textId="77777777" w:rsidR="0035378C" w:rsidRDefault="00000000">
            <w:r>
              <w:rPr>
                <w:sz w:val="16"/>
              </w:rPr>
              <w:t>Onshore conventional; sanctions add logistics variance</w:t>
            </w:r>
          </w:p>
        </w:tc>
        <w:tc>
          <w:tcPr>
            <w:tcW w:w="2242" w:type="dxa"/>
          </w:tcPr>
          <w:p w14:paraId="0048FC9D" w14:textId="77777777" w:rsidR="0035378C" w:rsidRDefault="00000000">
            <w:r>
              <w:rPr>
                <w:sz w:val="16"/>
              </w:rPr>
              <w:t>Rystad via UK BEIS (2019), pp. 17: Iran breakevens mostly $10-50/bbl; UK DESNZ Fossil Fuel Supply Curves (2023): Iran production outlook included</w:t>
            </w:r>
          </w:p>
        </w:tc>
        <w:tc>
          <w:tcPr>
            <w:tcW w:w="5549" w:type="dxa"/>
          </w:tcPr>
          <w:p w14:paraId="0B0FC252" w14:textId="77777777" w:rsidR="0035378C" w:rsidRDefault="00000000">
            <w:r>
              <w:rPr>
                <w:sz w:val="16"/>
              </w:rPr>
              <w:t>https://assets.publishing.service.gov.uk/media/5e3ad916e5274a08e229ca27/fossil-fuel-supply-curves.pdf</w:t>
            </w:r>
            <w:r>
              <w:rPr>
                <w:sz w:val="16"/>
              </w:rPr>
              <w:br/>
              <w:t>https://assets.publishing.service.gov.uk/media/656753ce312f400013e5d5e7/rystad-energy-desnz-fossil-fuel-supply-curves.pdf</w:t>
            </w:r>
          </w:p>
        </w:tc>
      </w:tr>
      <w:tr w:rsidR="0035378C" w14:paraId="13B85467" w14:textId="77777777" w:rsidTr="001935BF">
        <w:trPr>
          <w:jc w:val="center"/>
        </w:trPr>
        <w:tc>
          <w:tcPr>
            <w:tcW w:w="1149" w:type="dxa"/>
          </w:tcPr>
          <w:p w14:paraId="398E3889" w14:textId="77777777" w:rsidR="0035378C" w:rsidRDefault="00000000">
            <w:r>
              <w:rPr>
                <w:sz w:val="16"/>
              </w:rPr>
              <w:t>Canada</w:t>
            </w:r>
          </w:p>
        </w:tc>
        <w:tc>
          <w:tcPr>
            <w:tcW w:w="821" w:type="dxa"/>
          </w:tcPr>
          <w:p w14:paraId="201BBF75" w14:textId="77777777" w:rsidR="0035378C" w:rsidRDefault="00000000">
            <w:r>
              <w:rPr>
                <w:sz w:val="16"/>
              </w:rPr>
              <w:t>170.3</w:t>
            </w:r>
          </w:p>
        </w:tc>
        <w:tc>
          <w:tcPr>
            <w:tcW w:w="1036" w:type="dxa"/>
          </w:tcPr>
          <w:p w14:paraId="638C9D41" w14:textId="77777777" w:rsidR="0035378C" w:rsidRDefault="00000000">
            <w:r>
              <w:rPr>
                <w:sz w:val="16"/>
              </w:rPr>
              <w:t>50</w:t>
            </w:r>
          </w:p>
        </w:tc>
        <w:tc>
          <w:tcPr>
            <w:tcW w:w="1043" w:type="dxa"/>
          </w:tcPr>
          <w:p w14:paraId="2479B7D5" w14:textId="77777777" w:rsidR="0035378C" w:rsidRDefault="00000000">
            <w:r>
              <w:rPr>
                <w:sz w:val="16"/>
              </w:rPr>
              <w:t>75</w:t>
            </w:r>
          </w:p>
        </w:tc>
        <w:tc>
          <w:tcPr>
            <w:tcW w:w="1336" w:type="dxa"/>
          </w:tcPr>
          <w:p w14:paraId="6C8E2B76" w14:textId="77777777" w:rsidR="0035378C" w:rsidRDefault="00000000">
            <w:r>
              <w:rPr>
                <w:sz w:val="16"/>
              </w:rPr>
              <w:t>Oil sands (SAGD + mining)</w:t>
            </w:r>
          </w:p>
        </w:tc>
        <w:tc>
          <w:tcPr>
            <w:tcW w:w="2242" w:type="dxa"/>
          </w:tcPr>
          <w:p w14:paraId="252639D7" w14:textId="77777777" w:rsidR="0035378C" w:rsidRDefault="00000000">
            <w:r>
              <w:rPr>
                <w:sz w:val="16"/>
              </w:rPr>
              <w:t>CERI Study 152 (archived at Natural Resources Canada): existing SAGD ~C$63.50/bbl, mining C$70/bbl; Dallas Fed Energy Survey Q1 2024: related shale context; Enverus (2025): existing SAGD half-cycle ~$27/bbl, new standalone SAGD ~$60/bbl, new mining $75-85/bbl</w:t>
            </w:r>
          </w:p>
        </w:tc>
        <w:tc>
          <w:tcPr>
            <w:tcW w:w="5549" w:type="dxa"/>
          </w:tcPr>
          <w:p w14:paraId="4685BD34" w14:textId="77777777" w:rsidR="0035378C" w:rsidRDefault="00000000">
            <w:r>
              <w:rPr>
                <w:sz w:val="16"/>
              </w:rPr>
              <w:t>https://natural-resources.canada.ca/sites/nrcan/files/energy/energy-resources/CERI_Study_152_Final_Report.pdf</w:t>
            </w:r>
            <w:r>
              <w:rPr>
                <w:sz w:val="16"/>
              </w:rPr>
              <w:br/>
              <w:t>https://www.enverus.com/newsroom/the-canadian-oil-sandslow-breakeven-resource-advantage/</w:t>
            </w:r>
          </w:p>
        </w:tc>
      </w:tr>
      <w:tr w:rsidR="0035378C" w14:paraId="79D85309" w14:textId="77777777" w:rsidTr="001935BF">
        <w:trPr>
          <w:jc w:val="center"/>
        </w:trPr>
        <w:tc>
          <w:tcPr>
            <w:tcW w:w="1149" w:type="dxa"/>
          </w:tcPr>
          <w:p w14:paraId="218AA519" w14:textId="77777777" w:rsidR="0035378C" w:rsidRDefault="00000000">
            <w:r>
              <w:rPr>
                <w:sz w:val="16"/>
              </w:rPr>
              <w:t>Iraq</w:t>
            </w:r>
          </w:p>
        </w:tc>
        <w:tc>
          <w:tcPr>
            <w:tcW w:w="821" w:type="dxa"/>
          </w:tcPr>
          <w:p w14:paraId="5EEC73F7" w14:textId="77777777" w:rsidR="0035378C" w:rsidRDefault="00000000">
            <w:r>
              <w:rPr>
                <w:sz w:val="16"/>
              </w:rPr>
              <w:t>145</w:t>
            </w:r>
          </w:p>
        </w:tc>
        <w:tc>
          <w:tcPr>
            <w:tcW w:w="1036" w:type="dxa"/>
          </w:tcPr>
          <w:p w14:paraId="3029BA4D" w14:textId="77777777" w:rsidR="0035378C" w:rsidRDefault="00000000">
            <w:r>
              <w:rPr>
                <w:sz w:val="16"/>
              </w:rPr>
              <w:t>25</w:t>
            </w:r>
          </w:p>
        </w:tc>
        <w:tc>
          <w:tcPr>
            <w:tcW w:w="1043" w:type="dxa"/>
          </w:tcPr>
          <w:p w14:paraId="4BDCE135" w14:textId="77777777" w:rsidR="0035378C" w:rsidRDefault="00000000">
            <w:r>
              <w:rPr>
                <w:sz w:val="16"/>
              </w:rPr>
              <w:t>35</w:t>
            </w:r>
          </w:p>
        </w:tc>
        <w:tc>
          <w:tcPr>
            <w:tcW w:w="1336" w:type="dxa"/>
          </w:tcPr>
          <w:p w14:paraId="73B881CC" w14:textId="77777777" w:rsidR="0035378C" w:rsidRDefault="00000000">
            <w:r>
              <w:rPr>
                <w:sz w:val="16"/>
              </w:rPr>
              <w:t>Low-cost onshore conventional</w:t>
            </w:r>
          </w:p>
        </w:tc>
        <w:tc>
          <w:tcPr>
            <w:tcW w:w="2242" w:type="dxa"/>
          </w:tcPr>
          <w:p w14:paraId="08585D42" w14:textId="77777777" w:rsidR="0035378C" w:rsidRDefault="00000000">
            <w:r>
              <w:rPr>
                <w:sz w:val="16"/>
              </w:rPr>
              <w:t xml:space="preserve">Rystad via UK BEIS (2019): Middle East onshore is lowest-cost supply group globally; OilPrice.com (2023): Iraq </w:t>
            </w:r>
            <w:r>
              <w:rPr>
                <w:sz w:val="16"/>
              </w:rPr>
              <w:lastRenderedPageBreak/>
              <w:t>among lowest global production costs</w:t>
            </w:r>
          </w:p>
        </w:tc>
        <w:tc>
          <w:tcPr>
            <w:tcW w:w="5549" w:type="dxa"/>
          </w:tcPr>
          <w:p w14:paraId="40FE60E7" w14:textId="77777777" w:rsidR="0035378C" w:rsidRDefault="00000000">
            <w:r>
              <w:rPr>
                <w:sz w:val="16"/>
              </w:rPr>
              <w:lastRenderedPageBreak/>
              <w:t>https://assets.publishing.service.gov.uk/media/5e3ad916e5274a08e229ca27/fossil-fuel-supply-curves.pdf</w:t>
            </w:r>
            <w:r>
              <w:rPr>
                <w:sz w:val="16"/>
              </w:rPr>
              <w:br/>
              <w:t>https://oilprice.com/Energy/Oil-Prices/Aramcos-Breakeven-Costs-Are-The-Lowest-In-The-World.html</w:t>
            </w:r>
          </w:p>
        </w:tc>
      </w:tr>
      <w:tr w:rsidR="0035378C" w14:paraId="4C7C851F" w14:textId="77777777" w:rsidTr="001935BF">
        <w:trPr>
          <w:jc w:val="center"/>
        </w:trPr>
        <w:tc>
          <w:tcPr>
            <w:tcW w:w="1149" w:type="dxa"/>
          </w:tcPr>
          <w:p w14:paraId="7AF6674B" w14:textId="77777777" w:rsidR="0035378C" w:rsidRDefault="00000000">
            <w:r>
              <w:rPr>
                <w:sz w:val="16"/>
              </w:rPr>
              <w:t>Kuwait</w:t>
            </w:r>
          </w:p>
        </w:tc>
        <w:tc>
          <w:tcPr>
            <w:tcW w:w="821" w:type="dxa"/>
          </w:tcPr>
          <w:p w14:paraId="59E59F28" w14:textId="77777777" w:rsidR="0035378C" w:rsidRDefault="00000000">
            <w:r>
              <w:rPr>
                <w:sz w:val="16"/>
              </w:rPr>
              <w:t>101.5</w:t>
            </w:r>
          </w:p>
        </w:tc>
        <w:tc>
          <w:tcPr>
            <w:tcW w:w="1036" w:type="dxa"/>
          </w:tcPr>
          <w:p w14:paraId="5917A58F" w14:textId="77777777" w:rsidR="0035378C" w:rsidRDefault="00000000">
            <w:r>
              <w:rPr>
                <w:sz w:val="16"/>
              </w:rPr>
              <w:t>25</w:t>
            </w:r>
          </w:p>
        </w:tc>
        <w:tc>
          <w:tcPr>
            <w:tcW w:w="1043" w:type="dxa"/>
          </w:tcPr>
          <w:p w14:paraId="7B374B98" w14:textId="77777777" w:rsidR="0035378C" w:rsidRDefault="00000000">
            <w:r>
              <w:rPr>
                <w:sz w:val="16"/>
              </w:rPr>
              <w:t>35</w:t>
            </w:r>
          </w:p>
        </w:tc>
        <w:tc>
          <w:tcPr>
            <w:tcW w:w="1336" w:type="dxa"/>
          </w:tcPr>
          <w:p w14:paraId="135BEE99" w14:textId="77777777" w:rsidR="0035378C" w:rsidRDefault="00000000">
            <w:r>
              <w:rPr>
                <w:sz w:val="16"/>
              </w:rPr>
              <w:t>Low-cost onshore conventional</w:t>
            </w:r>
          </w:p>
        </w:tc>
        <w:tc>
          <w:tcPr>
            <w:tcW w:w="2242" w:type="dxa"/>
          </w:tcPr>
          <w:p w14:paraId="48DD181B" w14:textId="77777777" w:rsidR="0035378C" w:rsidRDefault="00000000">
            <w:r>
              <w:rPr>
                <w:sz w:val="16"/>
              </w:rPr>
              <w:t>Rystad via UK BEIS (2019): Middle East onshore conventional breakevens among lowest globally ($10-30/bbl for producing fields)</w:t>
            </w:r>
          </w:p>
        </w:tc>
        <w:tc>
          <w:tcPr>
            <w:tcW w:w="5549" w:type="dxa"/>
          </w:tcPr>
          <w:p w14:paraId="64F2AA4F" w14:textId="77777777" w:rsidR="0035378C" w:rsidRDefault="00000000">
            <w:r>
              <w:rPr>
                <w:sz w:val="16"/>
              </w:rPr>
              <w:t>https://assets.publishing.service.gov.uk/media/5e3ad916e5274a08e229ca27/fossil-fuel-supply-curves.pdf</w:t>
            </w:r>
          </w:p>
        </w:tc>
      </w:tr>
      <w:tr w:rsidR="0035378C" w14:paraId="2AEBDB14" w14:textId="77777777" w:rsidTr="001935BF">
        <w:trPr>
          <w:jc w:val="center"/>
        </w:trPr>
        <w:tc>
          <w:tcPr>
            <w:tcW w:w="1149" w:type="dxa"/>
          </w:tcPr>
          <w:p w14:paraId="600BC9BB" w14:textId="77777777" w:rsidR="0035378C" w:rsidRDefault="00000000">
            <w:r>
              <w:rPr>
                <w:sz w:val="16"/>
              </w:rPr>
              <w:t>UAE</w:t>
            </w:r>
          </w:p>
        </w:tc>
        <w:tc>
          <w:tcPr>
            <w:tcW w:w="821" w:type="dxa"/>
          </w:tcPr>
          <w:p w14:paraId="3F46F21C" w14:textId="77777777" w:rsidR="0035378C" w:rsidRDefault="00000000">
            <w:r>
              <w:rPr>
                <w:sz w:val="16"/>
              </w:rPr>
              <w:t>97.8</w:t>
            </w:r>
          </w:p>
        </w:tc>
        <w:tc>
          <w:tcPr>
            <w:tcW w:w="1036" w:type="dxa"/>
          </w:tcPr>
          <w:p w14:paraId="1FC2FA95" w14:textId="77777777" w:rsidR="0035378C" w:rsidRDefault="00000000">
            <w:r>
              <w:rPr>
                <w:sz w:val="16"/>
              </w:rPr>
              <w:t>28</w:t>
            </w:r>
          </w:p>
        </w:tc>
        <w:tc>
          <w:tcPr>
            <w:tcW w:w="1043" w:type="dxa"/>
          </w:tcPr>
          <w:p w14:paraId="1613FAE0" w14:textId="77777777" w:rsidR="0035378C" w:rsidRDefault="00000000">
            <w:r>
              <w:rPr>
                <w:sz w:val="16"/>
              </w:rPr>
              <w:t>40</w:t>
            </w:r>
          </w:p>
        </w:tc>
        <w:tc>
          <w:tcPr>
            <w:tcW w:w="1336" w:type="dxa"/>
          </w:tcPr>
          <w:p w14:paraId="178C2790" w14:textId="77777777" w:rsidR="0035378C" w:rsidRDefault="00000000">
            <w:r>
              <w:rPr>
                <w:sz w:val="16"/>
              </w:rPr>
              <w:t>Onshore/offshore mix; low-cost</w:t>
            </w:r>
          </w:p>
        </w:tc>
        <w:tc>
          <w:tcPr>
            <w:tcW w:w="2242" w:type="dxa"/>
          </w:tcPr>
          <w:p w14:paraId="76D67E06" w14:textId="77777777" w:rsidR="0035378C" w:rsidRDefault="00000000">
            <w:r>
              <w:rPr>
                <w:sz w:val="16"/>
              </w:rPr>
              <w:t>OilPrice.com (2023): UAE after-tax production breakeven just over $20/bbl; Rystad via UK BEIS (2019): Middle East conventional among lowest-cost globally</w:t>
            </w:r>
          </w:p>
        </w:tc>
        <w:tc>
          <w:tcPr>
            <w:tcW w:w="5549" w:type="dxa"/>
          </w:tcPr>
          <w:p w14:paraId="1DADADA8" w14:textId="77777777" w:rsidR="0035378C" w:rsidRDefault="00000000">
            <w:r>
              <w:rPr>
                <w:sz w:val="16"/>
              </w:rPr>
              <w:t>https://oilprice.com/Energy/Oil-Prices/Aramcos-Breakeven-Costs-Are-The-Lowest-In-The-World.html</w:t>
            </w:r>
            <w:r>
              <w:rPr>
                <w:sz w:val="16"/>
              </w:rPr>
              <w:br/>
              <w:t>https://assets.publishing.service.gov.uk/media/5e3ad916e5274a08e229ca27/fossil-fuel-supply-curves.pdf</w:t>
            </w:r>
          </w:p>
        </w:tc>
      </w:tr>
      <w:tr w:rsidR="0035378C" w14:paraId="2F945013" w14:textId="77777777" w:rsidTr="001935BF">
        <w:trPr>
          <w:jc w:val="center"/>
        </w:trPr>
        <w:tc>
          <w:tcPr>
            <w:tcW w:w="1149" w:type="dxa"/>
          </w:tcPr>
          <w:p w14:paraId="354047F6" w14:textId="77777777" w:rsidR="0035378C" w:rsidRDefault="00000000">
            <w:r>
              <w:rPr>
                <w:sz w:val="16"/>
              </w:rPr>
              <w:t>Russia</w:t>
            </w:r>
          </w:p>
        </w:tc>
        <w:tc>
          <w:tcPr>
            <w:tcW w:w="821" w:type="dxa"/>
          </w:tcPr>
          <w:p w14:paraId="7E157CF5" w14:textId="77777777" w:rsidR="0035378C" w:rsidRDefault="00000000">
            <w:r>
              <w:rPr>
                <w:sz w:val="16"/>
              </w:rPr>
              <w:t>80</w:t>
            </w:r>
          </w:p>
        </w:tc>
        <w:tc>
          <w:tcPr>
            <w:tcW w:w="1036" w:type="dxa"/>
          </w:tcPr>
          <w:p w14:paraId="1967C5FB" w14:textId="77777777" w:rsidR="0035378C" w:rsidRDefault="00000000">
            <w:r>
              <w:rPr>
                <w:sz w:val="16"/>
              </w:rPr>
              <w:t>35</w:t>
            </w:r>
          </w:p>
        </w:tc>
        <w:tc>
          <w:tcPr>
            <w:tcW w:w="1043" w:type="dxa"/>
          </w:tcPr>
          <w:p w14:paraId="3D22F524" w14:textId="77777777" w:rsidR="0035378C" w:rsidRDefault="00000000">
            <w:r>
              <w:rPr>
                <w:sz w:val="16"/>
              </w:rPr>
              <w:t>55</w:t>
            </w:r>
          </w:p>
        </w:tc>
        <w:tc>
          <w:tcPr>
            <w:tcW w:w="1336" w:type="dxa"/>
          </w:tcPr>
          <w:p w14:paraId="01234072" w14:textId="77777777" w:rsidR="0035378C" w:rsidRDefault="00000000">
            <w:r>
              <w:rPr>
                <w:sz w:val="16"/>
              </w:rPr>
              <w:t>Onshore conventional; Arctic/offshore higher</w:t>
            </w:r>
          </w:p>
        </w:tc>
        <w:tc>
          <w:tcPr>
            <w:tcW w:w="2242" w:type="dxa"/>
          </w:tcPr>
          <w:p w14:paraId="406C0B23" w14:textId="77777777" w:rsidR="0035378C" w:rsidRDefault="00000000">
            <w:r>
              <w:rPr>
                <w:sz w:val="16"/>
              </w:rPr>
              <w:t>FXEmpire (2024): Russia comfortable at ~$40/bbl; OilPrice.com (2023): Russian production breakeven &gt;$40/bbl; Carnegie Endowment (2026): significant proportion of Russian fields uneconomic below $40/bbl; Rystad via UK DESNZ (2023): Russia production outlook included</w:t>
            </w:r>
          </w:p>
        </w:tc>
        <w:tc>
          <w:tcPr>
            <w:tcW w:w="5549" w:type="dxa"/>
          </w:tcPr>
          <w:p w14:paraId="0BF420A0" w14:textId="77777777" w:rsidR="0035378C" w:rsidRDefault="00000000">
            <w:r>
              <w:rPr>
                <w:sz w:val="16"/>
              </w:rPr>
              <w:t>https://www.fxempire.com/education/article/breakeven-crude-oil-production-costs-around-the-world-646083</w:t>
            </w:r>
            <w:r>
              <w:rPr>
                <w:sz w:val="16"/>
              </w:rPr>
              <w:br/>
              <w:t>https://oilprice.com/Energy/Oil-Prices/Aramcos-Breakeven-Costs-Are-The-Lowest-In-The-World.html</w:t>
            </w:r>
            <w:r>
              <w:rPr>
                <w:sz w:val="16"/>
              </w:rPr>
              <w:br/>
              <w:t>https://assets.publishing.service.gov.uk/media/656753ce312f400013e5d5e7/rystad-energy-desnz-fossil-fuel-supply-curves.pdf</w:t>
            </w:r>
          </w:p>
        </w:tc>
      </w:tr>
      <w:tr w:rsidR="0035378C" w14:paraId="2E9396F6" w14:textId="77777777" w:rsidTr="001935BF">
        <w:trPr>
          <w:jc w:val="center"/>
        </w:trPr>
        <w:tc>
          <w:tcPr>
            <w:tcW w:w="1149" w:type="dxa"/>
          </w:tcPr>
          <w:p w14:paraId="67D0BA59" w14:textId="77777777" w:rsidR="0035378C" w:rsidRDefault="00000000">
            <w:r>
              <w:rPr>
                <w:sz w:val="16"/>
              </w:rPr>
              <w:t>Libya</w:t>
            </w:r>
          </w:p>
        </w:tc>
        <w:tc>
          <w:tcPr>
            <w:tcW w:w="821" w:type="dxa"/>
          </w:tcPr>
          <w:p w14:paraId="4D89D32E" w14:textId="77777777" w:rsidR="0035378C" w:rsidRDefault="00000000">
            <w:r>
              <w:rPr>
                <w:sz w:val="16"/>
              </w:rPr>
              <w:t>48.4</w:t>
            </w:r>
          </w:p>
        </w:tc>
        <w:tc>
          <w:tcPr>
            <w:tcW w:w="1036" w:type="dxa"/>
          </w:tcPr>
          <w:p w14:paraId="3B77664D" w14:textId="77777777" w:rsidR="0035378C" w:rsidRDefault="00000000">
            <w:r>
              <w:rPr>
                <w:sz w:val="16"/>
              </w:rPr>
              <w:t>30</w:t>
            </w:r>
          </w:p>
        </w:tc>
        <w:tc>
          <w:tcPr>
            <w:tcW w:w="1043" w:type="dxa"/>
          </w:tcPr>
          <w:p w14:paraId="6E9C6299" w14:textId="77777777" w:rsidR="0035378C" w:rsidRDefault="00000000">
            <w:r>
              <w:rPr>
                <w:sz w:val="16"/>
              </w:rPr>
              <w:t>45</w:t>
            </w:r>
          </w:p>
        </w:tc>
        <w:tc>
          <w:tcPr>
            <w:tcW w:w="1336" w:type="dxa"/>
          </w:tcPr>
          <w:p w14:paraId="007F847E" w14:textId="77777777" w:rsidR="0035378C" w:rsidRDefault="00000000">
            <w:r>
              <w:rPr>
                <w:sz w:val="16"/>
              </w:rPr>
              <w:t>Onshore conventional; security/logistics variability</w:t>
            </w:r>
          </w:p>
        </w:tc>
        <w:tc>
          <w:tcPr>
            <w:tcW w:w="2242" w:type="dxa"/>
          </w:tcPr>
          <w:p w14:paraId="370A8175" w14:textId="77777777" w:rsidR="0035378C" w:rsidRDefault="00000000">
            <w:r>
              <w:rPr>
                <w:sz w:val="16"/>
              </w:rPr>
              <w:t>Rystad via UK BEIS (2019), pp. 17: Libya breakevens mostly $10-50/bbl with majority in lower range; production outlook ~1 million bbl/d long-term</w:t>
            </w:r>
          </w:p>
        </w:tc>
        <w:tc>
          <w:tcPr>
            <w:tcW w:w="5549" w:type="dxa"/>
          </w:tcPr>
          <w:p w14:paraId="29153B60" w14:textId="77777777" w:rsidR="0035378C" w:rsidRDefault="00000000">
            <w:r>
              <w:rPr>
                <w:sz w:val="16"/>
              </w:rPr>
              <w:t>https://assets.publishing.service.gov.uk/media/5e3ad916e5274a08e229ca27/fossil-fuel-supply-curves.pdf</w:t>
            </w:r>
          </w:p>
        </w:tc>
      </w:tr>
      <w:tr w:rsidR="0035378C" w14:paraId="50E68484" w14:textId="77777777" w:rsidTr="001935BF">
        <w:trPr>
          <w:jc w:val="center"/>
        </w:trPr>
        <w:tc>
          <w:tcPr>
            <w:tcW w:w="1149" w:type="dxa"/>
          </w:tcPr>
          <w:p w14:paraId="6F1320F9" w14:textId="77777777" w:rsidR="0035378C" w:rsidRDefault="00000000">
            <w:r>
              <w:rPr>
                <w:sz w:val="16"/>
              </w:rPr>
              <w:t>United States</w:t>
            </w:r>
          </w:p>
        </w:tc>
        <w:tc>
          <w:tcPr>
            <w:tcW w:w="821" w:type="dxa"/>
          </w:tcPr>
          <w:p w14:paraId="4BE4E6D8" w14:textId="77777777" w:rsidR="0035378C" w:rsidRDefault="00000000">
            <w:r>
              <w:rPr>
                <w:sz w:val="16"/>
              </w:rPr>
              <w:t>38.2</w:t>
            </w:r>
          </w:p>
        </w:tc>
        <w:tc>
          <w:tcPr>
            <w:tcW w:w="1036" w:type="dxa"/>
          </w:tcPr>
          <w:p w14:paraId="2778C603" w14:textId="77777777" w:rsidR="0035378C" w:rsidRDefault="00000000">
            <w:r>
              <w:rPr>
                <w:sz w:val="16"/>
              </w:rPr>
              <w:t>40</w:t>
            </w:r>
          </w:p>
        </w:tc>
        <w:tc>
          <w:tcPr>
            <w:tcW w:w="1043" w:type="dxa"/>
          </w:tcPr>
          <w:p w14:paraId="5F5116E3" w14:textId="77777777" w:rsidR="0035378C" w:rsidRDefault="00000000">
            <w:r>
              <w:rPr>
                <w:sz w:val="16"/>
              </w:rPr>
              <w:t>55</w:t>
            </w:r>
          </w:p>
        </w:tc>
        <w:tc>
          <w:tcPr>
            <w:tcW w:w="1336" w:type="dxa"/>
          </w:tcPr>
          <w:p w14:paraId="44E7EC57" w14:textId="77777777" w:rsidR="0035378C" w:rsidRDefault="00000000">
            <w:r>
              <w:rPr>
                <w:sz w:val="16"/>
              </w:rPr>
              <w:t>Shale/tight oil (Permian, Eagle Ford, Bakken)</w:t>
            </w:r>
          </w:p>
        </w:tc>
        <w:tc>
          <w:tcPr>
            <w:tcW w:w="2242" w:type="dxa"/>
          </w:tcPr>
          <w:p w14:paraId="10629256" w14:textId="77777777" w:rsidR="0035378C" w:rsidRDefault="00000000">
            <w:r>
              <w:rPr>
                <w:sz w:val="16"/>
              </w:rPr>
              <w:t>Dallas Fed Energy Survey Q1 2024: operating breakeven $39/bbl (existing wells), new well drilling $64/bbl; Permian $65/bbl; MIT CEEPR WP 2016-012: tight oil full-cycle $60-90/bbl, half-cycle $50-70/bbl; Rystad via UK BEIS (2019): shale breakevens shown in supply curves</w:t>
            </w:r>
          </w:p>
        </w:tc>
        <w:tc>
          <w:tcPr>
            <w:tcW w:w="5549" w:type="dxa"/>
          </w:tcPr>
          <w:p w14:paraId="3094A0B8" w14:textId="77777777" w:rsidR="0035378C" w:rsidRDefault="00000000">
            <w:r>
              <w:rPr>
                <w:sz w:val="16"/>
              </w:rPr>
              <w:t>https://www.dallasfed.org/research/surveys/des/2024/2401</w:t>
            </w:r>
            <w:r>
              <w:rPr>
                <w:sz w:val="16"/>
              </w:rPr>
              <w:br/>
              <w:t>https://ceepr.mit.edu/wp-content/uploads/2021/09/2016-012.pdf</w:t>
            </w:r>
            <w:r>
              <w:rPr>
                <w:sz w:val="16"/>
              </w:rPr>
              <w:br/>
              <w:t>https://assets.publishing.service.gov.uk/media/5e3ad916e5274a08e229ca27/fossil-fuel-supply-curves.pdf</w:t>
            </w:r>
          </w:p>
        </w:tc>
      </w:tr>
      <w:tr w:rsidR="0035378C" w14:paraId="16A6E5E4" w14:textId="77777777" w:rsidTr="001935BF">
        <w:trPr>
          <w:jc w:val="center"/>
        </w:trPr>
        <w:tc>
          <w:tcPr>
            <w:tcW w:w="1149" w:type="dxa"/>
          </w:tcPr>
          <w:p w14:paraId="36769558" w14:textId="77777777" w:rsidR="0035378C" w:rsidRDefault="00000000">
            <w:r>
              <w:rPr>
                <w:sz w:val="16"/>
              </w:rPr>
              <w:t>Nigeria</w:t>
            </w:r>
          </w:p>
        </w:tc>
        <w:tc>
          <w:tcPr>
            <w:tcW w:w="821" w:type="dxa"/>
          </w:tcPr>
          <w:p w14:paraId="7E4C1F31" w14:textId="77777777" w:rsidR="0035378C" w:rsidRDefault="00000000">
            <w:r>
              <w:rPr>
                <w:sz w:val="16"/>
              </w:rPr>
              <w:t>36.9</w:t>
            </w:r>
          </w:p>
        </w:tc>
        <w:tc>
          <w:tcPr>
            <w:tcW w:w="1036" w:type="dxa"/>
          </w:tcPr>
          <w:p w14:paraId="49558CEB" w14:textId="77777777" w:rsidR="0035378C" w:rsidRDefault="00000000">
            <w:r>
              <w:rPr>
                <w:sz w:val="16"/>
              </w:rPr>
              <w:t>35</w:t>
            </w:r>
          </w:p>
        </w:tc>
        <w:tc>
          <w:tcPr>
            <w:tcW w:w="1043" w:type="dxa"/>
          </w:tcPr>
          <w:p w14:paraId="720BDF6C" w14:textId="77777777" w:rsidR="0035378C" w:rsidRDefault="00000000">
            <w:r>
              <w:rPr>
                <w:sz w:val="16"/>
              </w:rPr>
              <w:t>55</w:t>
            </w:r>
          </w:p>
        </w:tc>
        <w:tc>
          <w:tcPr>
            <w:tcW w:w="1336" w:type="dxa"/>
          </w:tcPr>
          <w:p w14:paraId="4C871A16" w14:textId="77777777" w:rsidR="0035378C" w:rsidRDefault="00000000">
            <w:r>
              <w:rPr>
                <w:sz w:val="16"/>
              </w:rPr>
              <w:t>Onshore/offshore mix; security adds cost</w:t>
            </w:r>
          </w:p>
        </w:tc>
        <w:tc>
          <w:tcPr>
            <w:tcW w:w="2242" w:type="dxa"/>
          </w:tcPr>
          <w:p w14:paraId="76008E63" w14:textId="77777777" w:rsidR="0035378C" w:rsidRDefault="00000000">
            <w:r>
              <w:rPr>
                <w:sz w:val="16"/>
              </w:rPr>
              <w:t xml:space="preserve">OilPrice.com (2023): Nigerian production breakeven almost $50/bbl; Carbon Tracker, PetroStates of Decline (2023): Nigeria among highest-cost </w:t>
            </w:r>
            <w:r>
              <w:rPr>
                <w:sz w:val="16"/>
              </w:rPr>
              <w:lastRenderedPageBreak/>
              <w:t>African producers</w:t>
            </w:r>
          </w:p>
        </w:tc>
        <w:tc>
          <w:tcPr>
            <w:tcW w:w="5549" w:type="dxa"/>
          </w:tcPr>
          <w:p w14:paraId="0E636859" w14:textId="77777777" w:rsidR="0035378C" w:rsidRDefault="00000000">
            <w:r>
              <w:rPr>
                <w:sz w:val="16"/>
              </w:rPr>
              <w:lastRenderedPageBreak/>
              <w:t>https://oilprice.com/Energy/Oil-Prices/Aramcos-Breakeven-Costs-Are-The-Lowest-In-The-World.html</w:t>
            </w:r>
            <w:r>
              <w:rPr>
                <w:sz w:val="16"/>
              </w:rPr>
              <w:br/>
              <w:t>https://carbontracker.org/reports/petrostates-of-decline/</w:t>
            </w:r>
          </w:p>
        </w:tc>
      </w:tr>
      <w:tr w:rsidR="0035378C" w14:paraId="7132F16C" w14:textId="77777777" w:rsidTr="001935BF">
        <w:trPr>
          <w:jc w:val="center"/>
        </w:trPr>
        <w:tc>
          <w:tcPr>
            <w:tcW w:w="1149" w:type="dxa"/>
          </w:tcPr>
          <w:p w14:paraId="1BCE2137" w14:textId="77777777" w:rsidR="0035378C" w:rsidRDefault="00000000">
            <w:r>
              <w:rPr>
                <w:sz w:val="16"/>
              </w:rPr>
              <w:t>Kazakhstan</w:t>
            </w:r>
          </w:p>
        </w:tc>
        <w:tc>
          <w:tcPr>
            <w:tcW w:w="821" w:type="dxa"/>
          </w:tcPr>
          <w:p w14:paraId="4DDCF619" w14:textId="77777777" w:rsidR="0035378C" w:rsidRDefault="00000000">
            <w:r>
              <w:rPr>
                <w:sz w:val="16"/>
              </w:rPr>
              <w:t>30</w:t>
            </w:r>
          </w:p>
        </w:tc>
        <w:tc>
          <w:tcPr>
            <w:tcW w:w="1036" w:type="dxa"/>
          </w:tcPr>
          <w:p w14:paraId="30DA02FC" w14:textId="77777777" w:rsidR="0035378C" w:rsidRDefault="00000000">
            <w:r>
              <w:rPr>
                <w:sz w:val="16"/>
              </w:rPr>
              <w:t>30</w:t>
            </w:r>
          </w:p>
        </w:tc>
        <w:tc>
          <w:tcPr>
            <w:tcW w:w="1043" w:type="dxa"/>
          </w:tcPr>
          <w:p w14:paraId="36B15896" w14:textId="77777777" w:rsidR="0035378C" w:rsidRDefault="00000000">
            <w:r>
              <w:rPr>
                <w:sz w:val="16"/>
              </w:rPr>
              <w:t>45</w:t>
            </w:r>
          </w:p>
        </w:tc>
        <w:tc>
          <w:tcPr>
            <w:tcW w:w="1336" w:type="dxa"/>
          </w:tcPr>
          <w:p w14:paraId="4CA04091" w14:textId="77777777" w:rsidR="0035378C" w:rsidRDefault="00000000">
            <w:r>
              <w:rPr>
                <w:sz w:val="16"/>
              </w:rPr>
              <w:t>Onshore conventional; sour crude quality factors</w:t>
            </w:r>
          </w:p>
        </w:tc>
        <w:tc>
          <w:tcPr>
            <w:tcW w:w="2242" w:type="dxa"/>
          </w:tcPr>
          <w:p w14:paraId="3AD9DEDB" w14:textId="77777777" w:rsidR="0035378C" w:rsidRDefault="00000000">
            <w:r>
              <w:rPr>
                <w:sz w:val="16"/>
              </w:rPr>
              <w:t>Rystad via UK DESNZ (2023): Kazakhstan included in global supply curves; IEA Kazakhstan 2022 Report: development costs for new upstream projects relatively high with long export routes</w:t>
            </w:r>
          </w:p>
        </w:tc>
        <w:tc>
          <w:tcPr>
            <w:tcW w:w="5549" w:type="dxa"/>
          </w:tcPr>
          <w:p w14:paraId="53474BC7" w14:textId="77777777" w:rsidR="0035378C" w:rsidRDefault="00000000">
            <w:r>
              <w:rPr>
                <w:sz w:val="16"/>
              </w:rPr>
              <w:t>https://assets.publishing.service.gov.uk/media/656753ce312f400013e5d5e7/rystad-energy-desnz-fossil-fuel-supply-curves.pdf</w:t>
            </w:r>
            <w:r>
              <w:rPr>
                <w:sz w:val="16"/>
              </w:rPr>
              <w:br/>
              <w:t>https://www.iea.org/reports/kazakhstan-2022/executive-summary</w:t>
            </w:r>
          </w:p>
        </w:tc>
      </w:tr>
      <w:tr w:rsidR="0035378C" w14:paraId="70C2BBD2" w14:textId="77777777" w:rsidTr="001935BF">
        <w:trPr>
          <w:jc w:val="center"/>
        </w:trPr>
        <w:tc>
          <w:tcPr>
            <w:tcW w:w="1149" w:type="dxa"/>
          </w:tcPr>
          <w:p w14:paraId="4A64BE29" w14:textId="77777777" w:rsidR="0035378C" w:rsidRDefault="00000000">
            <w:r>
              <w:rPr>
                <w:sz w:val="16"/>
              </w:rPr>
              <w:t>China</w:t>
            </w:r>
          </w:p>
        </w:tc>
        <w:tc>
          <w:tcPr>
            <w:tcW w:w="821" w:type="dxa"/>
          </w:tcPr>
          <w:p w14:paraId="15E00363" w14:textId="77777777" w:rsidR="0035378C" w:rsidRDefault="00000000">
            <w:r>
              <w:rPr>
                <w:sz w:val="16"/>
              </w:rPr>
              <w:t>26</w:t>
            </w:r>
          </w:p>
        </w:tc>
        <w:tc>
          <w:tcPr>
            <w:tcW w:w="1036" w:type="dxa"/>
          </w:tcPr>
          <w:p w14:paraId="4DEEB44C" w14:textId="77777777" w:rsidR="0035378C" w:rsidRDefault="00000000">
            <w:r>
              <w:rPr>
                <w:sz w:val="16"/>
              </w:rPr>
              <w:t>40</w:t>
            </w:r>
          </w:p>
        </w:tc>
        <w:tc>
          <w:tcPr>
            <w:tcW w:w="1043" w:type="dxa"/>
          </w:tcPr>
          <w:p w14:paraId="59879E73" w14:textId="77777777" w:rsidR="0035378C" w:rsidRDefault="00000000">
            <w:r>
              <w:rPr>
                <w:sz w:val="16"/>
              </w:rPr>
              <w:t>60</w:t>
            </w:r>
          </w:p>
        </w:tc>
        <w:tc>
          <w:tcPr>
            <w:tcW w:w="1336" w:type="dxa"/>
          </w:tcPr>
          <w:p w14:paraId="42D68F9F" w14:textId="77777777" w:rsidR="0035378C" w:rsidRDefault="00000000">
            <w:r>
              <w:rPr>
                <w:sz w:val="16"/>
              </w:rPr>
              <w:t>Mature fields; EOR increases costs</w:t>
            </w:r>
          </w:p>
        </w:tc>
        <w:tc>
          <w:tcPr>
            <w:tcW w:w="2242" w:type="dxa"/>
          </w:tcPr>
          <w:p w14:paraId="3C50AB8A" w14:textId="77777777" w:rsidR="0035378C" w:rsidRDefault="00000000">
            <w:r>
              <w:rPr>
                <w:sz w:val="16"/>
              </w:rPr>
              <w:t>Oxford Institute for Energy Studies (2025): Chinese lifting costs declining but EOR at scale raises full-cycle breakevens; UK DESNZ (2023): global supply curves include China</w:t>
            </w:r>
          </w:p>
        </w:tc>
        <w:tc>
          <w:tcPr>
            <w:tcW w:w="5549" w:type="dxa"/>
          </w:tcPr>
          <w:p w14:paraId="7DD1B2BB" w14:textId="77777777" w:rsidR="0035378C" w:rsidRDefault="00000000">
            <w:r>
              <w:rPr>
                <w:sz w:val="16"/>
              </w:rPr>
              <w:t>https://www.oxfordenergy.org/wpcms/wp-content/uploads/2025/08/OIES-Presentation-Crude-oil-production-in-China.pdf</w:t>
            </w:r>
            <w:r>
              <w:rPr>
                <w:sz w:val="16"/>
              </w:rPr>
              <w:br/>
              <w:t>https://assets.publishing.service.gov.uk/media/656753ce312f400013e5d5e7/rystad-energy-desnz-fossil-fuel-supply-curves.pdf</w:t>
            </w:r>
          </w:p>
        </w:tc>
      </w:tr>
      <w:tr w:rsidR="0035378C" w14:paraId="7D6ACAE1" w14:textId="77777777" w:rsidTr="001935BF">
        <w:trPr>
          <w:jc w:val="center"/>
        </w:trPr>
        <w:tc>
          <w:tcPr>
            <w:tcW w:w="1149" w:type="dxa"/>
          </w:tcPr>
          <w:p w14:paraId="79AC6C49" w14:textId="77777777" w:rsidR="0035378C" w:rsidRDefault="00000000">
            <w:r>
              <w:rPr>
                <w:sz w:val="16"/>
              </w:rPr>
              <w:t>Qatar</w:t>
            </w:r>
          </w:p>
        </w:tc>
        <w:tc>
          <w:tcPr>
            <w:tcW w:w="821" w:type="dxa"/>
          </w:tcPr>
          <w:p w14:paraId="66C3163E" w14:textId="77777777" w:rsidR="0035378C" w:rsidRDefault="00000000">
            <w:r>
              <w:rPr>
                <w:sz w:val="16"/>
              </w:rPr>
              <w:t>25.2</w:t>
            </w:r>
          </w:p>
        </w:tc>
        <w:tc>
          <w:tcPr>
            <w:tcW w:w="1036" w:type="dxa"/>
          </w:tcPr>
          <w:p w14:paraId="65392DC0" w14:textId="77777777" w:rsidR="0035378C" w:rsidRDefault="00000000">
            <w:r>
              <w:rPr>
                <w:sz w:val="16"/>
              </w:rPr>
              <w:t>28</w:t>
            </w:r>
          </w:p>
        </w:tc>
        <w:tc>
          <w:tcPr>
            <w:tcW w:w="1043" w:type="dxa"/>
          </w:tcPr>
          <w:p w14:paraId="5D9D07CC" w14:textId="77777777" w:rsidR="0035378C" w:rsidRDefault="00000000">
            <w:r>
              <w:rPr>
                <w:sz w:val="16"/>
              </w:rPr>
              <w:t>40</w:t>
            </w:r>
          </w:p>
        </w:tc>
        <w:tc>
          <w:tcPr>
            <w:tcW w:w="1336" w:type="dxa"/>
          </w:tcPr>
          <w:p w14:paraId="6C411046" w14:textId="77777777" w:rsidR="0035378C" w:rsidRDefault="00000000">
            <w:r>
              <w:rPr>
                <w:sz w:val="16"/>
              </w:rPr>
              <w:t>Low-cost liquids associated with gas; offshore</w:t>
            </w:r>
          </w:p>
        </w:tc>
        <w:tc>
          <w:tcPr>
            <w:tcW w:w="2242" w:type="dxa"/>
          </w:tcPr>
          <w:p w14:paraId="171A2E3D" w14:textId="77777777" w:rsidR="0035378C" w:rsidRDefault="00000000">
            <w:r>
              <w:rPr>
                <w:sz w:val="16"/>
              </w:rPr>
              <w:t>Rystad via UK BEIS (2019): Middle East offshore among lowest-cost supply groups; Qatar petroleum operations benefit from associated gas production synergies</w:t>
            </w:r>
          </w:p>
        </w:tc>
        <w:tc>
          <w:tcPr>
            <w:tcW w:w="5549" w:type="dxa"/>
          </w:tcPr>
          <w:p w14:paraId="626CA7B6" w14:textId="77777777" w:rsidR="0035378C" w:rsidRDefault="00000000">
            <w:r>
              <w:rPr>
                <w:sz w:val="16"/>
              </w:rPr>
              <w:t>https://assets.publishing.service.gov.uk/media/5e3ad916e5274a08e229ca27/fossil-fuel-supply-curves.pdf</w:t>
            </w:r>
          </w:p>
        </w:tc>
      </w:tr>
      <w:tr w:rsidR="0035378C" w14:paraId="09A44B12" w14:textId="77777777" w:rsidTr="001935BF">
        <w:trPr>
          <w:jc w:val="center"/>
        </w:trPr>
        <w:tc>
          <w:tcPr>
            <w:tcW w:w="1149" w:type="dxa"/>
          </w:tcPr>
          <w:p w14:paraId="04F60ACF" w14:textId="77777777" w:rsidR="0035378C" w:rsidRDefault="00000000">
            <w:r>
              <w:rPr>
                <w:sz w:val="16"/>
              </w:rPr>
              <w:t>Brazil</w:t>
            </w:r>
          </w:p>
        </w:tc>
        <w:tc>
          <w:tcPr>
            <w:tcW w:w="821" w:type="dxa"/>
          </w:tcPr>
          <w:p w14:paraId="6E095E6B" w14:textId="77777777" w:rsidR="0035378C" w:rsidRDefault="00000000">
            <w:r>
              <w:rPr>
                <w:sz w:val="16"/>
              </w:rPr>
              <w:t>12.7</w:t>
            </w:r>
          </w:p>
        </w:tc>
        <w:tc>
          <w:tcPr>
            <w:tcW w:w="1036" w:type="dxa"/>
          </w:tcPr>
          <w:p w14:paraId="78782A0D" w14:textId="77777777" w:rsidR="0035378C" w:rsidRDefault="00000000">
            <w:r>
              <w:rPr>
                <w:sz w:val="16"/>
              </w:rPr>
              <w:t>35</w:t>
            </w:r>
          </w:p>
        </w:tc>
        <w:tc>
          <w:tcPr>
            <w:tcW w:w="1043" w:type="dxa"/>
          </w:tcPr>
          <w:p w14:paraId="34F2263D" w14:textId="77777777" w:rsidR="0035378C" w:rsidRDefault="00000000">
            <w:r>
              <w:rPr>
                <w:sz w:val="16"/>
              </w:rPr>
              <w:t>50</w:t>
            </w:r>
          </w:p>
        </w:tc>
        <w:tc>
          <w:tcPr>
            <w:tcW w:w="1336" w:type="dxa"/>
          </w:tcPr>
          <w:p w14:paraId="48B1D331" w14:textId="77777777" w:rsidR="0035378C" w:rsidRDefault="00000000">
            <w:r>
              <w:rPr>
                <w:sz w:val="16"/>
              </w:rPr>
              <w:t>Deepwater pre-salt</w:t>
            </w:r>
          </w:p>
        </w:tc>
        <w:tc>
          <w:tcPr>
            <w:tcW w:w="2242" w:type="dxa"/>
          </w:tcPr>
          <w:p w14:paraId="68FFE141" w14:textId="77777777" w:rsidR="0035378C" w:rsidRDefault="00000000">
            <w:r>
              <w:rPr>
                <w:sz w:val="16"/>
              </w:rPr>
              <w:t>Petrobras Annual Report (2024): portfolio-wide breakeven ~$28/bbl; OilPrice.com (2025): pre-salt breakeven &lt;$40/bbl; Rystad via UK DESNZ (2023): Brazil deepwater in global supply curves</w:t>
            </w:r>
          </w:p>
        </w:tc>
        <w:tc>
          <w:tcPr>
            <w:tcW w:w="5549" w:type="dxa"/>
          </w:tcPr>
          <w:p w14:paraId="3B716E61" w14:textId="77777777" w:rsidR="0035378C" w:rsidRDefault="00000000">
            <w:r>
              <w:rPr>
                <w:sz w:val="16"/>
              </w:rPr>
              <w:t>https://oilprice.com/Energy/Crude-Oil/Brazils-Pre-Salt-Oil-Gains-Unprecedented-Global-Popularity.html</w:t>
            </w:r>
            <w:r>
              <w:rPr>
                <w:sz w:val="16"/>
              </w:rPr>
              <w:br/>
              <w:t>https://assets.publishing.service.gov.uk/media/656753ce312f400013e5d5e7/rystad-energy-desnz-fossil-fuel-supply-curves.pdf</w:t>
            </w:r>
          </w:p>
        </w:tc>
      </w:tr>
      <w:tr w:rsidR="0035378C" w14:paraId="41A7CDE2" w14:textId="77777777" w:rsidTr="001935BF">
        <w:trPr>
          <w:jc w:val="center"/>
        </w:trPr>
        <w:tc>
          <w:tcPr>
            <w:tcW w:w="1149" w:type="dxa"/>
          </w:tcPr>
          <w:p w14:paraId="7EE09E1E" w14:textId="77777777" w:rsidR="0035378C" w:rsidRDefault="00000000">
            <w:r>
              <w:rPr>
                <w:sz w:val="16"/>
              </w:rPr>
              <w:t>Algeria</w:t>
            </w:r>
          </w:p>
        </w:tc>
        <w:tc>
          <w:tcPr>
            <w:tcW w:w="821" w:type="dxa"/>
          </w:tcPr>
          <w:p w14:paraId="0A1EE807" w14:textId="77777777" w:rsidR="0035378C" w:rsidRDefault="00000000">
            <w:r>
              <w:rPr>
                <w:sz w:val="16"/>
              </w:rPr>
              <w:t>12.2</w:t>
            </w:r>
          </w:p>
        </w:tc>
        <w:tc>
          <w:tcPr>
            <w:tcW w:w="1036" w:type="dxa"/>
          </w:tcPr>
          <w:p w14:paraId="5EB80312" w14:textId="77777777" w:rsidR="0035378C" w:rsidRDefault="00000000">
            <w:r>
              <w:rPr>
                <w:sz w:val="16"/>
              </w:rPr>
              <w:t>30</w:t>
            </w:r>
          </w:p>
        </w:tc>
        <w:tc>
          <w:tcPr>
            <w:tcW w:w="1043" w:type="dxa"/>
          </w:tcPr>
          <w:p w14:paraId="545AC206" w14:textId="77777777" w:rsidR="0035378C" w:rsidRDefault="00000000">
            <w:r>
              <w:rPr>
                <w:sz w:val="16"/>
              </w:rPr>
              <w:t>45</w:t>
            </w:r>
          </w:p>
        </w:tc>
        <w:tc>
          <w:tcPr>
            <w:tcW w:w="1336" w:type="dxa"/>
          </w:tcPr>
          <w:p w14:paraId="38D23D04" w14:textId="77777777" w:rsidR="0035378C" w:rsidRDefault="00000000">
            <w:r>
              <w:rPr>
                <w:sz w:val="16"/>
              </w:rPr>
              <w:t>Onshore conventional</w:t>
            </w:r>
          </w:p>
        </w:tc>
        <w:tc>
          <w:tcPr>
            <w:tcW w:w="2242" w:type="dxa"/>
          </w:tcPr>
          <w:p w14:paraId="747B9E50" w14:textId="77777777" w:rsidR="0035378C" w:rsidRDefault="00000000">
            <w:r>
              <w:rPr>
                <w:sz w:val="16"/>
              </w:rPr>
              <w:t>Rystad via UK BEIS (2019): North African onshore conventional among lower-cost producers; UK DESNZ (2023): Algeria included in global supply curves</w:t>
            </w:r>
          </w:p>
        </w:tc>
        <w:tc>
          <w:tcPr>
            <w:tcW w:w="5549" w:type="dxa"/>
          </w:tcPr>
          <w:p w14:paraId="4575576D" w14:textId="77777777" w:rsidR="0035378C" w:rsidRDefault="00000000">
            <w:r>
              <w:rPr>
                <w:sz w:val="16"/>
              </w:rPr>
              <w:t>https://assets.publishing.service.gov.uk/media/5e3ad916e5274a08e229ca27/fossil-fuel-supply-curves.pdf</w:t>
            </w:r>
            <w:r>
              <w:rPr>
                <w:sz w:val="16"/>
              </w:rPr>
              <w:br/>
              <w:t>https://assets.publishing.service.gov.uk/media/656753ce312f400013e5d5e7/rystad-energy-desnz-fossil-fuel-supply-curves.pdf</w:t>
            </w:r>
          </w:p>
        </w:tc>
      </w:tr>
      <w:tr w:rsidR="0035378C" w14:paraId="1D00DF90" w14:textId="77777777" w:rsidTr="001935BF">
        <w:trPr>
          <w:jc w:val="center"/>
        </w:trPr>
        <w:tc>
          <w:tcPr>
            <w:tcW w:w="1149" w:type="dxa"/>
          </w:tcPr>
          <w:p w14:paraId="5D923669" w14:textId="77777777" w:rsidR="0035378C" w:rsidRDefault="00000000">
            <w:r>
              <w:rPr>
                <w:sz w:val="16"/>
              </w:rPr>
              <w:t>Norway</w:t>
            </w:r>
          </w:p>
        </w:tc>
        <w:tc>
          <w:tcPr>
            <w:tcW w:w="821" w:type="dxa"/>
          </w:tcPr>
          <w:p w14:paraId="4D3E35C8" w14:textId="77777777" w:rsidR="0035378C" w:rsidRDefault="00000000">
            <w:r>
              <w:rPr>
                <w:sz w:val="16"/>
              </w:rPr>
              <w:t>8.1</w:t>
            </w:r>
          </w:p>
        </w:tc>
        <w:tc>
          <w:tcPr>
            <w:tcW w:w="1036" w:type="dxa"/>
          </w:tcPr>
          <w:p w14:paraId="66A2191D" w14:textId="77777777" w:rsidR="0035378C" w:rsidRDefault="00000000">
            <w:r>
              <w:rPr>
                <w:sz w:val="16"/>
              </w:rPr>
              <w:t>35</w:t>
            </w:r>
          </w:p>
        </w:tc>
        <w:tc>
          <w:tcPr>
            <w:tcW w:w="1043" w:type="dxa"/>
          </w:tcPr>
          <w:p w14:paraId="73AA571B" w14:textId="77777777" w:rsidR="0035378C" w:rsidRDefault="00000000">
            <w:r>
              <w:rPr>
                <w:sz w:val="16"/>
              </w:rPr>
              <w:t>50</w:t>
            </w:r>
          </w:p>
        </w:tc>
        <w:tc>
          <w:tcPr>
            <w:tcW w:w="1336" w:type="dxa"/>
          </w:tcPr>
          <w:p w14:paraId="68DCA463" w14:textId="77777777" w:rsidR="0035378C" w:rsidRDefault="00000000">
            <w:r>
              <w:rPr>
                <w:sz w:val="16"/>
              </w:rPr>
              <w:t>Offshore conventional; efficient operations</w:t>
            </w:r>
          </w:p>
        </w:tc>
        <w:tc>
          <w:tcPr>
            <w:tcW w:w="2242" w:type="dxa"/>
          </w:tcPr>
          <w:p w14:paraId="739B5449" w14:textId="77777777" w:rsidR="0035378C" w:rsidRDefault="00000000">
            <w:r>
              <w:rPr>
                <w:sz w:val="16"/>
              </w:rPr>
              <w:t>Norwegian Petroleum Directorate (2025): total UKCS operating costs ~NOK 94 billion; Equinor reports Johan Sverdrup breakeven &lt;$15/bbl; Offshore Magazine: UK/Norway offer lowest offshore breakevens</w:t>
            </w:r>
          </w:p>
        </w:tc>
        <w:tc>
          <w:tcPr>
            <w:tcW w:w="5549" w:type="dxa"/>
          </w:tcPr>
          <w:p w14:paraId="28FD6B0F" w14:textId="77777777" w:rsidR="0035378C" w:rsidRDefault="00000000">
            <w:r>
              <w:rPr>
                <w:sz w:val="16"/>
              </w:rPr>
              <w:t>https://www.norskpetroleum.no/en/economy/investments-operating-costs/</w:t>
            </w:r>
            <w:r>
              <w:rPr>
                <w:sz w:val="16"/>
              </w:rPr>
              <w:br/>
              <w:t>https://www.offshore-mag.com/field-development/article/14195748/uk-norway-offer-lowest-breakevens-for-offshore-projects</w:t>
            </w:r>
          </w:p>
        </w:tc>
      </w:tr>
      <w:tr w:rsidR="0035378C" w14:paraId="5D1F21AE" w14:textId="77777777" w:rsidTr="001935BF">
        <w:trPr>
          <w:jc w:val="center"/>
        </w:trPr>
        <w:tc>
          <w:tcPr>
            <w:tcW w:w="1149" w:type="dxa"/>
          </w:tcPr>
          <w:p w14:paraId="458D6B3B" w14:textId="77777777" w:rsidR="0035378C" w:rsidRDefault="00000000">
            <w:r>
              <w:rPr>
                <w:sz w:val="16"/>
              </w:rPr>
              <w:t>Ecuador</w:t>
            </w:r>
          </w:p>
        </w:tc>
        <w:tc>
          <w:tcPr>
            <w:tcW w:w="821" w:type="dxa"/>
          </w:tcPr>
          <w:p w14:paraId="5D57A10E" w14:textId="77777777" w:rsidR="0035378C" w:rsidRDefault="00000000">
            <w:r>
              <w:rPr>
                <w:sz w:val="16"/>
              </w:rPr>
              <w:t>8.3</w:t>
            </w:r>
          </w:p>
        </w:tc>
        <w:tc>
          <w:tcPr>
            <w:tcW w:w="1036" w:type="dxa"/>
          </w:tcPr>
          <w:p w14:paraId="05CA8223" w14:textId="77777777" w:rsidR="0035378C" w:rsidRDefault="00000000">
            <w:r>
              <w:rPr>
                <w:sz w:val="16"/>
              </w:rPr>
              <w:t>35</w:t>
            </w:r>
          </w:p>
        </w:tc>
        <w:tc>
          <w:tcPr>
            <w:tcW w:w="1043" w:type="dxa"/>
          </w:tcPr>
          <w:p w14:paraId="44EF2958" w14:textId="77777777" w:rsidR="0035378C" w:rsidRDefault="00000000">
            <w:r>
              <w:rPr>
                <w:sz w:val="16"/>
              </w:rPr>
              <w:t>55</w:t>
            </w:r>
          </w:p>
        </w:tc>
        <w:tc>
          <w:tcPr>
            <w:tcW w:w="1336" w:type="dxa"/>
          </w:tcPr>
          <w:p w14:paraId="2611EA64" w14:textId="77777777" w:rsidR="0035378C" w:rsidRDefault="00000000">
            <w:r>
              <w:rPr>
                <w:sz w:val="16"/>
              </w:rPr>
              <w:t>Heavy crude; remote logistics</w:t>
            </w:r>
          </w:p>
        </w:tc>
        <w:tc>
          <w:tcPr>
            <w:tcW w:w="2242" w:type="dxa"/>
          </w:tcPr>
          <w:p w14:paraId="1859B481" w14:textId="77777777" w:rsidR="0035378C" w:rsidRDefault="00000000">
            <w:r>
              <w:rPr>
                <w:sz w:val="16"/>
              </w:rPr>
              <w:t xml:space="preserve">IEA Ecuador Oil Profile; Rystad via UK DESNZ (2023): </w:t>
            </w:r>
            <w:r>
              <w:rPr>
                <w:sz w:val="16"/>
              </w:rPr>
              <w:lastRenderedPageBreak/>
              <w:t>Latin American producers included in global supply curves</w:t>
            </w:r>
          </w:p>
        </w:tc>
        <w:tc>
          <w:tcPr>
            <w:tcW w:w="5549" w:type="dxa"/>
          </w:tcPr>
          <w:p w14:paraId="446E78DA" w14:textId="77777777" w:rsidR="0035378C" w:rsidRDefault="00000000">
            <w:r>
              <w:rPr>
                <w:sz w:val="16"/>
              </w:rPr>
              <w:lastRenderedPageBreak/>
              <w:t>https://www.iea.org/countries/ecuador/oil</w:t>
            </w:r>
            <w:r>
              <w:rPr>
                <w:sz w:val="16"/>
              </w:rPr>
              <w:br/>
              <w:t>https://assets.publishing.service.gov.uk/media/656753ce312f400013e5d5e7/rystad-</w:t>
            </w:r>
            <w:r>
              <w:rPr>
                <w:sz w:val="16"/>
              </w:rPr>
              <w:lastRenderedPageBreak/>
              <w:t>energy-desnz-fossil-fuel-supply-curves.pdf</w:t>
            </w:r>
          </w:p>
        </w:tc>
      </w:tr>
      <w:tr w:rsidR="0035378C" w14:paraId="54BF266B" w14:textId="77777777" w:rsidTr="001935BF">
        <w:trPr>
          <w:jc w:val="center"/>
        </w:trPr>
        <w:tc>
          <w:tcPr>
            <w:tcW w:w="1149" w:type="dxa"/>
          </w:tcPr>
          <w:p w14:paraId="0E5BEBED" w14:textId="77777777" w:rsidR="0035378C" w:rsidRDefault="00000000">
            <w:r>
              <w:rPr>
                <w:sz w:val="16"/>
              </w:rPr>
              <w:lastRenderedPageBreak/>
              <w:t>Angola</w:t>
            </w:r>
          </w:p>
        </w:tc>
        <w:tc>
          <w:tcPr>
            <w:tcW w:w="821" w:type="dxa"/>
          </w:tcPr>
          <w:p w14:paraId="7776A329" w14:textId="77777777" w:rsidR="0035378C" w:rsidRDefault="00000000">
            <w:r>
              <w:rPr>
                <w:sz w:val="16"/>
              </w:rPr>
              <w:t>7.8</w:t>
            </w:r>
          </w:p>
        </w:tc>
        <w:tc>
          <w:tcPr>
            <w:tcW w:w="1036" w:type="dxa"/>
          </w:tcPr>
          <w:p w14:paraId="1D5E415A" w14:textId="77777777" w:rsidR="0035378C" w:rsidRDefault="00000000">
            <w:r>
              <w:rPr>
                <w:sz w:val="16"/>
              </w:rPr>
              <w:t>35</w:t>
            </w:r>
          </w:p>
        </w:tc>
        <w:tc>
          <w:tcPr>
            <w:tcW w:w="1043" w:type="dxa"/>
          </w:tcPr>
          <w:p w14:paraId="43FDCAEC" w14:textId="77777777" w:rsidR="0035378C" w:rsidRDefault="00000000">
            <w:r>
              <w:rPr>
                <w:sz w:val="16"/>
              </w:rPr>
              <w:t>50</w:t>
            </w:r>
          </w:p>
        </w:tc>
        <w:tc>
          <w:tcPr>
            <w:tcW w:w="1336" w:type="dxa"/>
          </w:tcPr>
          <w:p w14:paraId="7A5EA688" w14:textId="77777777" w:rsidR="0035378C" w:rsidRDefault="00000000">
            <w:r>
              <w:rPr>
                <w:sz w:val="16"/>
              </w:rPr>
              <w:t>Offshore deepwater</w:t>
            </w:r>
          </w:p>
        </w:tc>
        <w:tc>
          <w:tcPr>
            <w:tcW w:w="2242" w:type="dxa"/>
          </w:tcPr>
          <w:p w14:paraId="1C27B7B4" w14:textId="77777777" w:rsidR="0035378C" w:rsidRDefault="00000000">
            <w:r>
              <w:rPr>
                <w:sz w:val="16"/>
              </w:rPr>
              <w:t>TotalEnergies Kaminho project breakeven below $30/bbl (Offshore Energy, 2024); average deepwater breakeven ~$40/bbl</w:t>
            </w:r>
          </w:p>
        </w:tc>
        <w:tc>
          <w:tcPr>
            <w:tcW w:w="5549" w:type="dxa"/>
          </w:tcPr>
          <w:p w14:paraId="3ABF3774" w14:textId="77777777" w:rsidR="0035378C" w:rsidRDefault="00000000">
            <w:r>
              <w:rPr>
                <w:sz w:val="16"/>
              </w:rPr>
              <w:t>https://www.offshore-energy.biz/totalenergies-launch-of-deepwater-project-opens-new-oil-frontiers-offshore-angola/</w:t>
            </w:r>
          </w:p>
        </w:tc>
      </w:tr>
      <w:tr w:rsidR="0035378C" w14:paraId="790728D9" w14:textId="77777777" w:rsidTr="001935BF">
        <w:trPr>
          <w:jc w:val="center"/>
        </w:trPr>
        <w:tc>
          <w:tcPr>
            <w:tcW w:w="1149" w:type="dxa"/>
          </w:tcPr>
          <w:p w14:paraId="4431C970" w14:textId="77777777" w:rsidR="0035378C" w:rsidRDefault="00000000">
            <w:r>
              <w:rPr>
                <w:sz w:val="16"/>
              </w:rPr>
              <w:t>Azerbaijan</w:t>
            </w:r>
          </w:p>
        </w:tc>
        <w:tc>
          <w:tcPr>
            <w:tcW w:w="821" w:type="dxa"/>
          </w:tcPr>
          <w:p w14:paraId="45099D1D" w14:textId="77777777" w:rsidR="0035378C" w:rsidRDefault="00000000">
            <w:r>
              <w:rPr>
                <w:sz w:val="16"/>
              </w:rPr>
              <w:t>7</w:t>
            </w:r>
          </w:p>
        </w:tc>
        <w:tc>
          <w:tcPr>
            <w:tcW w:w="1036" w:type="dxa"/>
          </w:tcPr>
          <w:p w14:paraId="1CDD29B2" w14:textId="77777777" w:rsidR="0035378C" w:rsidRDefault="00000000">
            <w:r>
              <w:rPr>
                <w:sz w:val="16"/>
              </w:rPr>
              <w:t>30</w:t>
            </w:r>
          </w:p>
        </w:tc>
        <w:tc>
          <w:tcPr>
            <w:tcW w:w="1043" w:type="dxa"/>
          </w:tcPr>
          <w:p w14:paraId="6B954211" w14:textId="77777777" w:rsidR="0035378C" w:rsidRDefault="00000000">
            <w:r>
              <w:rPr>
                <w:sz w:val="16"/>
              </w:rPr>
              <w:t>45</w:t>
            </w:r>
          </w:p>
        </w:tc>
        <w:tc>
          <w:tcPr>
            <w:tcW w:w="1336" w:type="dxa"/>
          </w:tcPr>
          <w:p w14:paraId="58146D0D" w14:textId="77777777" w:rsidR="0035378C" w:rsidRDefault="00000000">
            <w:r>
              <w:rPr>
                <w:sz w:val="16"/>
              </w:rPr>
              <w:t>Offshore shelf; mature assets</w:t>
            </w:r>
          </w:p>
        </w:tc>
        <w:tc>
          <w:tcPr>
            <w:tcW w:w="2242" w:type="dxa"/>
          </w:tcPr>
          <w:p w14:paraId="22A874B3" w14:textId="77777777" w:rsidR="0035378C" w:rsidRDefault="00000000">
            <w:r>
              <w:rPr>
                <w:sz w:val="16"/>
              </w:rPr>
              <w:t>SOCAR (2016): average production cost $20/bbl; EIA Caspian Sea regional analysis</w:t>
            </w:r>
          </w:p>
        </w:tc>
        <w:tc>
          <w:tcPr>
            <w:tcW w:w="5549" w:type="dxa"/>
          </w:tcPr>
          <w:p w14:paraId="3391BCDD" w14:textId="77777777" w:rsidR="0035378C" w:rsidRDefault="00000000">
            <w:r>
              <w:rPr>
                <w:sz w:val="16"/>
              </w:rPr>
              <w:t>https://www.eia.gov/international/analysis/regions-of-interest/Caspian_Sea</w:t>
            </w:r>
          </w:p>
        </w:tc>
      </w:tr>
      <w:tr w:rsidR="001935BF" w14:paraId="1B935670" w14:textId="77777777" w:rsidTr="00254578">
        <w:trPr>
          <w:jc w:val="center"/>
        </w:trPr>
        <w:tc>
          <w:tcPr>
            <w:tcW w:w="13176" w:type="dxa"/>
            <w:gridSpan w:val="7"/>
          </w:tcPr>
          <w:p w14:paraId="7B44DB05" w14:textId="75860F43" w:rsidR="001935BF" w:rsidRDefault="001935BF">
            <w:r>
              <w:rPr>
                <w:sz w:val="16"/>
              </w:rPr>
              <w:t>Global supply curve references applicable to multiple countries above:</w:t>
            </w:r>
          </w:p>
        </w:tc>
      </w:tr>
      <w:tr w:rsidR="001935BF" w14:paraId="16A663ED" w14:textId="77777777" w:rsidTr="008D3EF9">
        <w:trPr>
          <w:jc w:val="center"/>
        </w:trPr>
        <w:tc>
          <w:tcPr>
            <w:tcW w:w="1149" w:type="dxa"/>
          </w:tcPr>
          <w:p w14:paraId="7E67D7AE" w14:textId="77777777" w:rsidR="001935BF" w:rsidRDefault="001935BF" w:rsidP="001935BF">
            <w:r>
              <w:rPr>
                <w:sz w:val="16"/>
              </w:rPr>
              <w:t>[1]</w:t>
            </w:r>
          </w:p>
        </w:tc>
        <w:tc>
          <w:tcPr>
            <w:tcW w:w="1857" w:type="dxa"/>
            <w:gridSpan w:val="2"/>
          </w:tcPr>
          <w:p w14:paraId="196BB2C6" w14:textId="02B33175" w:rsidR="001935BF" w:rsidRDefault="001935BF" w:rsidP="001935BF">
            <w:r>
              <w:rPr>
                <w:sz w:val="16"/>
              </w:rPr>
              <w:t>Rystad Energy for UK BEIS</w:t>
            </w:r>
          </w:p>
        </w:tc>
        <w:tc>
          <w:tcPr>
            <w:tcW w:w="4621" w:type="dxa"/>
            <w:gridSpan w:val="3"/>
          </w:tcPr>
          <w:p w14:paraId="1E4F88EB" w14:textId="1CBD49B5" w:rsidR="001935BF" w:rsidRDefault="001935BF" w:rsidP="001935BF">
            <w:r>
              <w:rPr>
                <w:sz w:val="16"/>
              </w:rPr>
              <w:t>BEIS Fossil Fuel Supply Curves (May 2019)</w:t>
            </w:r>
          </w:p>
        </w:tc>
        <w:tc>
          <w:tcPr>
            <w:tcW w:w="5549" w:type="dxa"/>
          </w:tcPr>
          <w:p w14:paraId="6C446367" w14:textId="58D0ED2A" w:rsidR="001935BF" w:rsidRDefault="001935BF" w:rsidP="001935BF">
            <w:r>
              <w:rPr>
                <w:sz w:val="16"/>
              </w:rPr>
              <w:t>https://assets.publishing.service.gov.uk/media/5e3ad916e5274a08e229ca27/fossil-fuel-supply-curves.pdf</w:t>
            </w:r>
          </w:p>
        </w:tc>
      </w:tr>
      <w:tr w:rsidR="001935BF" w14:paraId="5F8DE047" w14:textId="77777777" w:rsidTr="00436B8A">
        <w:trPr>
          <w:jc w:val="center"/>
        </w:trPr>
        <w:tc>
          <w:tcPr>
            <w:tcW w:w="1149" w:type="dxa"/>
          </w:tcPr>
          <w:p w14:paraId="0854382B" w14:textId="77777777" w:rsidR="001935BF" w:rsidRDefault="001935BF" w:rsidP="001935BF">
            <w:r>
              <w:rPr>
                <w:sz w:val="16"/>
              </w:rPr>
              <w:t>[2]</w:t>
            </w:r>
          </w:p>
        </w:tc>
        <w:tc>
          <w:tcPr>
            <w:tcW w:w="1857" w:type="dxa"/>
            <w:gridSpan w:val="2"/>
          </w:tcPr>
          <w:p w14:paraId="4831974C" w14:textId="57EAEA64" w:rsidR="001935BF" w:rsidRDefault="001935BF" w:rsidP="001935BF">
            <w:r>
              <w:rPr>
                <w:sz w:val="16"/>
              </w:rPr>
              <w:t>Rystad Energy for UK DESNZ</w:t>
            </w:r>
          </w:p>
        </w:tc>
        <w:tc>
          <w:tcPr>
            <w:tcW w:w="4621" w:type="dxa"/>
            <w:gridSpan w:val="3"/>
          </w:tcPr>
          <w:p w14:paraId="138A7B1F" w14:textId="6D3B3D36" w:rsidR="001935BF" w:rsidRDefault="001935BF" w:rsidP="001935BF">
            <w:r>
              <w:rPr>
                <w:sz w:val="16"/>
              </w:rPr>
              <w:t>DESNZ Fossil Fuel Supply Curves (April 2023)</w:t>
            </w:r>
          </w:p>
        </w:tc>
        <w:tc>
          <w:tcPr>
            <w:tcW w:w="5549" w:type="dxa"/>
          </w:tcPr>
          <w:p w14:paraId="42A21860" w14:textId="6227515A" w:rsidR="001935BF" w:rsidRDefault="001935BF" w:rsidP="001935BF">
            <w:r>
              <w:rPr>
                <w:sz w:val="16"/>
              </w:rPr>
              <w:t>https://assets.publishing.service.gov.uk/media/656753ce312f400013e5d5e7/rystad-energy-desnz-fossil-fuel-supply-curves.pdf</w:t>
            </w:r>
          </w:p>
        </w:tc>
      </w:tr>
      <w:tr w:rsidR="001935BF" w14:paraId="61AD52ED" w14:textId="77777777" w:rsidTr="00B261AC">
        <w:trPr>
          <w:jc w:val="center"/>
        </w:trPr>
        <w:tc>
          <w:tcPr>
            <w:tcW w:w="1149" w:type="dxa"/>
          </w:tcPr>
          <w:p w14:paraId="60E1DD68" w14:textId="77777777" w:rsidR="001935BF" w:rsidRDefault="001935BF" w:rsidP="001935BF">
            <w:r>
              <w:rPr>
                <w:sz w:val="16"/>
              </w:rPr>
              <w:t>[3]</w:t>
            </w:r>
          </w:p>
        </w:tc>
        <w:tc>
          <w:tcPr>
            <w:tcW w:w="1857" w:type="dxa"/>
            <w:gridSpan w:val="2"/>
          </w:tcPr>
          <w:p w14:paraId="62D6ED65" w14:textId="7D5F0694" w:rsidR="001935BF" w:rsidRDefault="001935BF" w:rsidP="001935BF">
            <w:r>
              <w:rPr>
                <w:sz w:val="16"/>
              </w:rPr>
              <w:t>McGlade &amp; Ekins (2015)</w:t>
            </w:r>
          </w:p>
        </w:tc>
        <w:tc>
          <w:tcPr>
            <w:tcW w:w="4621" w:type="dxa"/>
            <w:gridSpan w:val="3"/>
          </w:tcPr>
          <w:p w14:paraId="5A225343" w14:textId="5CCE4B6C" w:rsidR="001935BF" w:rsidRDefault="001935BF" w:rsidP="001935BF">
            <w:r>
              <w:rPr>
                <w:sz w:val="16"/>
              </w:rPr>
              <w:t>Nature 517, 187-190. "The geographical distribution of fossil fuels unused when limiting global warming to 2C"</w:t>
            </w:r>
          </w:p>
        </w:tc>
        <w:tc>
          <w:tcPr>
            <w:tcW w:w="5549" w:type="dxa"/>
          </w:tcPr>
          <w:p w14:paraId="71E10C9A" w14:textId="1968D585" w:rsidR="001935BF" w:rsidRDefault="001935BF" w:rsidP="001935BF">
            <w:r>
              <w:rPr>
                <w:sz w:val="16"/>
              </w:rPr>
              <w:t>https://www.nature.com/articles/nature14016</w:t>
            </w:r>
          </w:p>
        </w:tc>
      </w:tr>
      <w:tr w:rsidR="001935BF" w14:paraId="7E1ECB75" w14:textId="77777777" w:rsidTr="000A7785">
        <w:trPr>
          <w:jc w:val="center"/>
        </w:trPr>
        <w:tc>
          <w:tcPr>
            <w:tcW w:w="1149" w:type="dxa"/>
          </w:tcPr>
          <w:p w14:paraId="515325FD" w14:textId="77777777" w:rsidR="001935BF" w:rsidRDefault="001935BF" w:rsidP="001935BF">
            <w:r>
              <w:rPr>
                <w:sz w:val="16"/>
              </w:rPr>
              <w:t>[4]</w:t>
            </w:r>
          </w:p>
        </w:tc>
        <w:tc>
          <w:tcPr>
            <w:tcW w:w="1857" w:type="dxa"/>
            <w:gridSpan w:val="2"/>
          </w:tcPr>
          <w:p w14:paraId="5D845727" w14:textId="67D91656" w:rsidR="001935BF" w:rsidRDefault="001935BF" w:rsidP="001935BF">
            <w:r>
              <w:rPr>
                <w:sz w:val="16"/>
              </w:rPr>
              <w:t>Dallas Fed Energy Survey</w:t>
            </w:r>
          </w:p>
        </w:tc>
        <w:tc>
          <w:tcPr>
            <w:tcW w:w="4621" w:type="dxa"/>
            <w:gridSpan w:val="3"/>
          </w:tcPr>
          <w:p w14:paraId="61AFCC83" w14:textId="70DFC1E9" w:rsidR="001935BF" w:rsidRDefault="001935BF" w:rsidP="001935BF">
            <w:r>
              <w:rPr>
                <w:sz w:val="16"/>
              </w:rPr>
              <w:t>Quarterly survey of E&amp;P firms on breakeven prices (ongoing since 2016)</w:t>
            </w:r>
          </w:p>
        </w:tc>
        <w:tc>
          <w:tcPr>
            <w:tcW w:w="5549" w:type="dxa"/>
          </w:tcPr>
          <w:p w14:paraId="3045BADF" w14:textId="0A7B77F8" w:rsidR="001935BF" w:rsidRDefault="001935BF" w:rsidP="001935BF">
            <w:r>
              <w:rPr>
                <w:sz w:val="16"/>
              </w:rPr>
              <w:t>https://www.dallasfed.org/research/surveys/des</w:t>
            </w:r>
          </w:p>
        </w:tc>
      </w:tr>
      <w:tr w:rsidR="001935BF" w14:paraId="2DBFA52A" w14:textId="77777777" w:rsidTr="006D6ACB">
        <w:trPr>
          <w:jc w:val="center"/>
        </w:trPr>
        <w:tc>
          <w:tcPr>
            <w:tcW w:w="1149" w:type="dxa"/>
          </w:tcPr>
          <w:p w14:paraId="7E704E85" w14:textId="77777777" w:rsidR="001935BF" w:rsidRDefault="001935BF" w:rsidP="001935BF">
            <w:r>
              <w:rPr>
                <w:sz w:val="16"/>
              </w:rPr>
              <w:t>[5]</w:t>
            </w:r>
          </w:p>
        </w:tc>
        <w:tc>
          <w:tcPr>
            <w:tcW w:w="1857" w:type="dxa"/>
            <w:gridSpan w:val="2"/>
          </w:tcPr>
          <w:p w14:paraId="3D001F1D" w14:textId="066160FB" w:rsidR="001935BF" w:rsidRDefault="001935BF" w:rsidP="001935BF">
            <w:r>
              <w:rPr>
                <w:sz w:val="16"/>
              </w:rPr>
              <w:t>Carbon Tracker Initiative</w:t>
            </w:r>
          </w:p>
        </w:tc>
        <w:tc>
          <w:tcPr>
            <w:tcW w:w="4621" w:type="dxa"/>
            <w:gridSpan w:val="3"/>
          </w:tcPr>
          <w:p w14:paraId="51A35C42" w14:textId="4DE3FFE8" w:rsidR="001935BF" w:rsidRDefault="001935BF" w:rsidP="001935BF">
            <w:r>
              <w:rPr>
                <w:sz w:val="16"/>
              </w:rPr>
              <w:t>Multiple reports on stranded assets and unburnable carbon</w:t>
            </w:r>
          </w:p>
        </w:tc>
        <w:tc>
          <w:tcPr>
            <w:tcW w:w="5549" w:type="dxa"/>
          </w:tcPr>
          <w:p w14:paraId="03173E5A" w14:textId="3DB622D6" w:rsidR="001935BF" w:rsidRDefault="001935BF" w:rsidP="001935BF">
            <w:r>
              <w:rPr>
                <w:sz w:val="16"/>
              </w:rPr>
              <w:t>https://carbontracker.org/reports/</w:t>
            </w:r>
          </w:p>
        </w:tc>
      </w:tr>
      <w:tr w:rsidR="001935BF" w14:paraId="1E202169" w14:textId="77777777" w:rsidTr="00E31B37">
        <w:trPr>
          <w:jc w:val="center"/>
        </w:trPr>
        <w:tc>
          <w:tcPr>
            <w:tcW w:w="13176" w:type="dxa"/>
            <w:gridSpan w:val="7"/>
          </w:tcPr>
          <w:p w14:paraId="299D99C0" w14:textId="55C62D14" w:rsidR="001935BF" w:rsidRDefault="001935BF" w:rsidP="001935BF">
            <w:r>
              <w:rPr>
                <w:sz w:val="16"/>
              </w:rPr>
              <w:t>Note: This table covers the 20 largest holders of proven oil reserves, which together account for approximately 95% of global proven reserves. For the remaining ~60 countries with proven reserves included in our analysis, country-specific published extraction cost data is generally unavailable. Breakeven estimates for these smaller producers are assigned using production-type analogues derived from the BEIS/DESNZ global supply curves, which report breakevens by resource type: onshore conventional ($25-45/bbl), offshore shelf ($30-50/bbl), offshore deepwater ($35-55/bbl), oil sands ($50-75/bbl), and shale/tight oil ($40-65/bbl). These regional benchmarks are adjusted where possible using publicly available project-level disclosures or national oil company reporting. Full country-level estimates are provided in the accompanying dataset.</w:t>
            </w:r>
          </w:p>
        </w:tc>
      </w:tr>
    </w:tbl>
    <w:p w14:paraId="51AE77A2" w14:textId="77777777" w:rsidR="0035378C" w:rsidRDefault="00000000">
      <w:pPr>
        <w:spacing w:before="60"/>
      </w:pPr>
      <w:r>
        <w:rPr>
          <w:i/>
          <w:color w:val="404040"/>
          <w:sz w:val="16"/>
        </w:rPr>
        <w:t>Breakeven costs refer to full-cycle extraction costs (capex + opex), not fiscal breakeven prices required to balance government budgets. All values in 2024 USD/bbl unless noted.</w:t>
      </w:r>
    </w:p>
    <w:p w14:paraId="2D306E6D" w14:textId="77777777" w:rsidR="0035378C" w:rsidRDefault="0035378C"/>
    <w:p w14:paraId="7FE947B6" w14:textId="77777777" w:rsidR="001935BF" w:rsidRDefault="001935BF">
      <w:pPr>
        <w:spacing w:after="200"/>
        <w:rPr>
          <w:b/>
          <w:sz w:val="20"/>
        </w:rPr>
      </w:pPr>
      <w:r>
        <w:rPr>
          <w:b/>
          <w:sz w:val="20"/>
        </w:rPr>
        <w:br w:type="page"/>
      </w:r>
    </w:p>
    <w:p w14:paraId="360906A4" w14:textId="37D84C06" w:rsidR="0035378C" w:rsidRDefault="00000000">
      <w:pPr>
        <w:spacing w:before="240"/>
      </w:pPr>
      <w:r>
        <w:rPr>
          <w:b/>
          <w:sz w:val="20"/>
        </w:rPr>
        <w:lastRenderedPageBreak/>
        <w:t>Supplementary Table S2. Proven crude-oil reserves by country across independent primary sources, and the cross-source mean used in this study.</w:t>
      </w:r>
    </w:p>
    <w:tbl>
      <w:tblPr>
        <w:tblStyle w:val="TableGrid"/>
        <w:tblW w:w="0" w:type="auto"/>
        <w:jc w:val="center"/>
        <w:tblLook w:val="04A0" w:firstRow="1" w:lastRow="0" w:firstColumn="1" w:lastColumn="0" w:noHBand="0" w:noVBand="1"/>
      </w:tblPr>
      <w:tblGrid>
        <w:gridCol w:w="1105"/>
        <w:gridCol w:w="1040"/>
        <w:gridCol w:w="1040"/>
        <w:gridCol w:w="1040"/>
        <w:gridCol w:w="1040"/>
        <w:gridCol w:w="1040"/>
        <w:gridCol w:w="1040"/>
        <w:gridCol w:w="1040"/>
        <w:gridCol w:w="1040"/>
      </w:tblGrid>
      <w:tr w:rsidR="0035378C" w14:paraId="7E437A23" w14:textId="77777777">
        <w:trPr>
          <w:jc w:val="center"/>
        </w:trPr>
        <w:tc>
          <w:tcPr>
            <w:tcW w:w="1040" w:type="dxa"/>
          </w:tcPr>
          <w:p w14:paraId="1350A084" w14:textId="77777777" w:rsidR="0035378C" w:rsidRDefault="00000000">
            <w:r>
              <w:rPr>
                <w:b/>
                <w:sz w:val="16"/>
              </w:rPr>
              <w:t>Country</w:t>
            </w:r>
          </w:p>
        </w:tc>
        <w:tc>
          <w:tcPr>
            <w:tcW w:w="1040" w:type="dxa"/>
          </w:tcPr>
          <w:p w14:paraId="172AA0C0" w14:textId="77777777" w:rsidR="0035378C" w:rsidRDefault="00000000">
            <w:r>
              <w:rPr>
                <w:b/>
                <w:sz w:val="16"/>
              </w:rPr>
              <w:t>OPEC (Bbbl)</w:t>
            </w:r>
          </w:p>
        </w:tc>
        <w:tc>
          <w:tcPr>
            <w:tcW w:w="1040" w:type="dxa"/>
          </w:tcPr>
          <w:p w14:paraId="5965B373" w14:textId="77777777" w:rsidR="0035378C" w:rsidRDefault="00000000">
            <w:r>
              <w:rPr>
                <w:b/>
                <w:sz w:val="16"/>
              </w:rPr>
              <w:t>CIA (Bbbl)</w:t>
            </w:r>
          </w:p>
        </w:tc>
        <w:tc>
          <w:tcPr>
            <w:tcW w:w="1040" w:type="dxa"/>
          </w:tcPr>
          <w:p w14:paraId="2DA22A7B" w14:textId="77777777" w:rsidR="0035378C" w:rsidRDefault="00000000">
            <w:r>
              <w:rPr>
                <w:b/>
                <w:sz w:val="16"/>
              </w:rPr>
              <w:t>BP/EI (Bbbl)</w:t>
            </w:r>
          </w:p>
        </w:tc>
        <w:tc>
          <w:tcPr>
            <w:tcW w:w="1040" w:type="dxa"/>
          </w:tcPr>
          <w:p w14:paraId="41447325" w14:textId="77777777" w:rsidR="0035378C" w:rsidRDefault="00000000">
            <w:r>
              <w:rPr>
                <w:b/>
                <w:sz w:val="16"/>
              </w:rPr>
              <w:t>N sources</w:t>
            </w:r>
          </w:p>
        </w:tc>
        <w:tc>
          <w:tcPr>
            <w:tcW w:w="1040" w:type="dxa"/>
          </w:tcPr>
          <w:p w14:paraId="7A0230B3" w14:textId="77777777" w:rsidR="0035378C" w:rsidRDefault="00000000">
            <w:r>
              <w:rPr>
                <w:b/>
                <w:sz w:val="16"/>
              </w:rPr>
              <w:t>Mean (Bbbl) [used]</w:t>
            </w:r>
          </w:p>
        </w:tc>
        <w:tc>
          <w:tcPr>
            <w:tcW w:w="1040" w:type="dxa"/>
          </w:tcPr>
          <w:p w14:paraId="41133033" w14:textId="77777777" w:rsidR="0035378C" w:rsidRDefault="00000000">
            <w:r>
              <w:rPr>
                <w:b/>
                <w:sz w:val="16"/>
              </w:rPr>
              <w:t>Median (Bbbl)</w:t>
            </w:r>
          </w:p>
        </w:tc>
        <w:tc>
          <w:tcPr>
            <w:tcW w:w="1040" w:type="dxa"/>
          </w:tcPr>
          <w:p w14:paraId="182CE108" w14:textId="77777777" w:rsidR="0035378C" w:rsidRDefault="00000000">
            <w:r>
              <w:rPr>
                <w:b/>
                <w:sz w:val="16"/>
              </w:rPr>
              <w:t>Max/Min</w:t>
            </w:r>
          </w:p>
        </w:tc>
        <w:tc>
          <w:tcPr>
            <w:tcW w:w="1040" w:type="dxa"/>
          </w:tcPr>
          <w:p w14:paraId="0CC1B4D8" w14:textId="77777777" w:rsidR="0035378C" w:rsidRDefault="00000000">
            <w:r>
              <w:rPr>
                <w:b/>
                <w:sz w:val="16"/>
              </w:rPr>
              <w:t>CV</w:t>
            </w:r>
          </w:p>
        </w:tc>
      </w:tr>
      <w:tr w:rsidR="0035378C" w14:paraId="133E865D" w14:textId="77777777">
        <w:trPr>
          <w:jc w:val="center"/>
        </w:trPr>
        <w:tc>
          <w:tcPr>
            <w:tcW w:w="1040" w:type="dxa"/>
          </w:tcPr>
          <w:p w14:paraId="7DB18F57" w14:textId="77777777" w:rsidR="0035378C" w:rsidRDefault="00000000">
            <w:r>
              <w:rPr>
                <w:sz w:val="16"/>
              </w:rPr>
              <w:t>Venezuela</w:t>
            </w:r>
          </w:p>
        </w:tc>
        <w:tc>
          <w:tcPr>
            <w:tcW w:w="1040" w:type="dxa"/>
          </w:tcPr>
          <w:p w14:paraId="1FD4FBC3" w14:textId="77777777" w:rsidR="0035378C" w:rsidRDefault="00000000">
            <w:r>
              <w:rPr>
                <w:sz w:val="16"/>
              </w:rPr>
              <w:t>303.22</w:t>
            </w:r>
          </w:p>
        </w:tc>
        <w:tc>
          <w:tcPr>
            <w:tcW w:w="1040" w:type="dxa"/>
          </w:tcPr>
          <w:p w14:paraId="48CB24C2" w14:textId="77777777" w:rsidR="0035378C" w:rsidRDefault="00000000">
            <w:r>
              <w:rPr>
                <w:sz w:val="16"/>
              </w:rPr>
              <w:t>303.81</w:t>
            </w:r>
          </w:p>
        </w:tc>
        <w:tc>
          <w:tcPr>
            <w:tcW w:w="1040" w:type="dxa"/>
          </w:tcPr>
          <w:p w14:paraId="344DF3CE" w14:textId="77777777" w:rsidR="0035378C" w:rsidRDefault="00000000">
            <w:r>
              <w:rPr>
                <w:sz w:val="16"/>
              </w:rPr>
              <w:t>303.81</w:t>
            </w:r>
          </w:p>
        </w:tc>
        <w:tc>
          <w:tcPr>
            <w:tcW w:w="1040" w:type="dxa"/>
          </w:tcPr>
          <w:p w14:paraId="2D8EEAB2" w14:textId="77777777" w:rsidR="0035378C" w:rsidRDefault="00000000">
            <w:r>
              <w:rPr>
                <w:sz w:val="16"/>
              </w:rPr>
              <w:t>3</w:t>
            </w:r>
          </w:p>
        </w:tc>
        <w:tc>
          <w:tcPr>
            <w:tcW w:w="1040" w:type="dxa"/>
          </w:tcPr>
          <w:p w14:paraId="5ECE85BB" w14:textId="77777777" w:rsidR="0035378C" w:rsidRDefault="00000000">
            <w:r>
              <w:rPr>
                <w:sz w:val="16"/>
              </w:rPr>
              <w:t>303.61</w:t>
            </w:r>
          </w:p>
        </w:tc>
        <w:tc>
          <w:tcPr>
            <w:tcW w:w="1040" w:type="dxa"/>
          </w:tcPr>
          <w:p w14:paraId="33ED3352" w14:textId="77777777" w:rsidR="0035378C" w:rsidRDefault="00000000">
            <w:r>
              <w:rPr>
                <w:sz w:val="16"/>
              </w:rPr>
              <w:t>303.81</w:t>
            </w:r>
          </w:p>
        </w:tc>
        <w:tc>
          <w:tcPr>
            <w:tcW w:w="1040" w:type="dxa"/>
          </w:tcPr>
          <w:p w14:paraId="2DD6A935" w14:textId="77777777" w:rsidR="0035378C" w:rsidRDefault="00000000">
            <w:r>
              <w:rPr>
                <w:sz w:val="16"/>
              </w:rPr>
              <w:t>1</w:t>
            </w:r>
          </w:p>
        </w:tc>
        <w:tc>
          <w:tcPr>
            <w:tcW w:w="1040" w:type="dxa"/>
          </w:tcPr>
          <w:p w14:paraId="1F26169F" w14:textId="77777777" w:rsidR="0035378C" w:rsidRDefault="00000000">
            <w:r>
              <w:rPr>
                <w:sz w:val="16"/>
              </w:rPr>
              <w:t>0.001</w:t>
            </w:r>
          </w:p>
        </w:tc>
      </w:tr>
      <w:tr w:rsidR="0035378C" w14:paraId="1CFB25F4" w14:textId="77777777">
        <w:trPr>
          <w:jc w:val="center"/>
        </w:trPr>
        <w:tc>
          <w:tcPr>
            <w:tcW w:w="1040" w:type="dxa"/>
          </w:tcPr>
          <w:p w14:paraId="60B564E4" w14:textId="77777777" w:rsidR="0035378C" w:rsidRDefault="00000000">
            <w:r>
              <w:rPr>
                <w:sz w:val="16"/>
              </w:rPr>
              <w:t>Saudi Arabia</w:t>
            </w:r>
          </w:p>
        </w:tc>
        <w:tc>
          <w:tcPr>
            <w:tcW w:w="1040" w:type="dxa"/>
          </w:tcPr>
          <w:p w14:paraId="29EC6721" w14:textId="77777777" w:rsidR="0035378C" w:rsidRDefault="00000000">
            <w:r>
              <w:rPr>
                <w:sz w:val="16"/>
              </w:rPr>
              <w:t>267.2</w:t>
            </w:r>
          </w:p>
        </w:tc>
        <w:tc>
          <w:tcPr>
            <w:tcW w:w="1040" w:type="dxa"/>
          </w:tcPr>
          <w:p w14:paraId="6D3D30D5" w14:textId="77777777" w:rsidR="0035378C" w:rsidRDefault="00000000">
            <w:r>
              <w:rPr>
                <w:sz w:val="16"/>
              </w:rPr>
              <w:t>258.6</w:t>
            </w:r>
          </w:p>
        </w:tc>
        <w:tc>
          <w:tcPr>
            <w:tcW w:w="1040" w:type="dxa"/>
          </w:tcPr>
          <w:p w14:paraId="5F873F08" w14:textId="77777777" w:rsidR="0035378C" w:rsidRDefault="00000000">
            <w:r>
              <w:rPr>
                <w:sz w:val="16"/>
              </w:rPr>
              <w:t>297.53</w:t>
            </w:r>
          </w:p>
        </w:tc>
        <w:tc>
          <w:tcPr>
            <w:tcW w:w="1040" w:type="dxa"/>
          </w:tcPr>
          <w:p w14:paraId="628A0612" w14:textId="77777777" w:rsidR="0035378C" w:rsidRDefault="00000000">
            <w:r>
              <w:rPr>
                <w:sz w:val="16"/>
              </w:rPr>
              <w:t>3</w:t>
            </w:r>
          </w:p>
        </w:tc>
        <w:tc>
          <w:tcPr>
            <w:tcW w:w="1040" w:type="dxa"/>
          </w:tcPr>
          <w:p w14:paraId="6417DD84" w14:textId="77777777" w:rsidR="0035378C" w:rsidRDefault="00000000">
            <w:r>
              <w:rPr>
                <w:sz w:val="16"/>
              </w:rPr>
              <w:t>274.44</w:t>
            </w:r>
          </w:p>
        </w:tc>
        <w:tc>
          <w:tcPr>
            <w:tcW w:w="1040" w:type="dxa"/>
          </w:tcPr>
          <w:p w14:paraId="029A1043" w14:textId="77777777" w:rsidR="0035378C" w:rsidRDefault="00000000">
            <w:r>
              <w:rPr>
                <w:sz w:val="16"/>
              </w:rPr>
              <w:t>267.2</w:t>
            </w:r>
          </w:p>
        </w:tc>
        <w:tc>
          <w:tcPr>
            <w:tcW w:w="1040" w:type="dxa"/>
          </w:tcPr>
          <w:p w14:paraId="6B6E7EC1" w14:textId="77777777" w:rsidR="0035378C" w:rsidRDefault="00000000">
            <w:r>
              <w:rPr>
                <w:sz w:val="16"/>
              </w:rPr>
              <w:t>1.15</w:t>
            </w:r>
          </w:p>
        </w:tc>
        <w:tc>
          <w:tcPr>
            <w:tcW w:w="1040" w:type="dxa"/>
          </w:tcPr>
          <w:p w14:paraId="09019699" w14:textId="77777777" w:rsidR="0035378C" w:rsidRDefault="00000000">
            <w:r>
              <w:rPr>
                <w:sz w:val="16"/>
              </w:rPr>
              <w:t>0.061</w:t>
            </w:r>
          </w:p>
        </w:tc>
      </w:tr>
      <w:tr w:rsidR="0035378C" w14:paraId="5E7A418D" w14:textId="77777777">
        <w:trPr>
          <w:jc w:val="center"/>
        </w:trPr>
        <w:tc>
          <w:tcPr>
            <w:tcW w:w="1040" w:type="dxa"/>
          </w:tcPr>
          <w:p w14:paraId="69EBC839" w14:textId="77777777" w:rsidR="0035378C" w:rsidRDefault="00000000">
            <w:r>
              <w:rPr>
                <w:sz w:val="16"/>
              </w:rPr>
              <w:t>Iran</w:t>
            </w:r>
          </w:p>
        </w:tc>
        <w:tc>
          <w:tcPr>
            <w:tcW w:w="1040" w:type="dxa"/>
          </w:tcPr>
          <w:p w14:paraId="156D1098" w14:textId="77777777" w:rsidR="0035378C" w:rsidRDefault="00000000">
            <w:r>
              <w:rPr>
                <w:sz w:val="16"/>
              </w:rPr>
              <w:t>208.6</w:t>
            </w:r>
          </w:p>
        </w:tc>
        <w:tc>
          <w:tcPr>
            <w:tcW w:w="1040" w:type="dxa"/>
          </w:tcPr>
          <w:p w14:paraId="1422618D" w14:textId="77777777" w:rsidR="0035378C" w:rsidRDefault="00000000">
            <w:r>
              <w:rPr>
                <w:sz w:val="16"/>
              </w:rPr>
              <w:t>208.6</w:t>
            </w:r>
          </w:p>
        </w:tc>
        <w:tc>
          <w:tcPr>
            <w:tcW w:w="1040" w:type="dxa"/>
          </w:tcPr>
          <w:p w14:paraId="060518E5" w14:textId="77777777" w:rsidR="0035378C" w:rsidRDefault="00000000">
            <w:r>
              <w:rPr>
                <w:sz w:val="16"/>
              </w:rPr>
              <w:t>157.8</w:t>
            </w:r>
          </w:p>
        </w:tc>
        <w:tc>
          <w:tcPr>
            <w:tcW w:w="1040" w:type="dxa"/>
          </w:tcPr>
          <w:p w14:paraId="0C98C54A" w14:textId="77777777" w:rsidR="0035378C" w:rsidRDefault="00000000">
            <w:r>
              <w:rPr>
                <w:sz w:val="16"/>
              </w:rPr>
              <w:t>3</w:t>
            </w:r>
          </w:p>
        </w:tc>
        <w:tc>
          <w:tcPr>
            <w:tcW w:w="1040" w:type="dxa"/>
          </w:tcPr>
          <w:p w14:paraId="5BD54EEB" w14:textId="77777777" w:rsidR="0035378C" w:rsidRDefault="00000000">
            <w:r>
              <w:rPr>
                <w:sz w:val="16"/>
              </w:rPr>
              <w:t>191.67</w:t>
            </w:r>
          </w:p>
        </w:tc>
        <w:tc>
          <w:tcPr>
            <w:tcW w:w="1040" w:type="dxa"/>
          </w:tcPr>
          <w:p w14:paraId="21417F90" w14:textId="77777777" w:rsidR="0035378C" w:rsidRDefault="00000000">
            <w:r>
              <w:rPr>
                <w:sz w:val="16"/>
              </w:rPr>
              <w:t>208.6</w:t>
            </w:r>
          </w:p>
        </w:tc>
        <w:tc>
          <w:tcPr>
            <w:tcW w:w="1040" w:type="dxa"/>
          </w:tcPr>
          <w:p w14:paraId="68C78A42" w14:textId="77777777" w:rsidR="0035378C" w:rsidRDefault="00000000">
            <w:r>
              <w:rPr>
                <w:sz w:val="16"/>
              </w:rPr>
              <w:t>1.32</w:t>
            </w:r>
          </w:p>
        </w:tc>
        <w:tc>
          <w:tcPr>
            <w:tcW w:w="1040" w:type="dxa"/>
          </w:tcPr>
          <w:p w14:paraId="4A0FE2BD" w14:textId="77777777" w:rsidR="0035378C" w:rsidRDefault="00000000">
            <w:r>
              <w:rPr>
                <w:sz w:val="16"/>
              </w:rPr>
              <w:t>0.125</w:t>
            </w:r>
          </w:p>
        </w:tc>
      </w:tr>
      <w:tr w:rsidR="0035378C" w14:paraId="36DF05D7" w14:textId="77777777">
        <w:trPr>
          <w:jc w:val="center"/>
        </w:trPr>
        <w:tc>
          <w:tcPr>
            <w:tcW w:w="1040" w:type="dxa"/>
          </w:tcPr>
          <w:p w14:paraId="1331B6B6" w14:textId="77777777" w:rsidR="0035378C" w:rsidRDefault="00000000">
            <w:r>
              <w:rPr>
                <w:sz w:val="16"/>
              </w:rPr>
              <w:t>Iraq</w:t>
            </w:r>
          </w:p>
        </w:tc>
        <w:tc>
          <w:tcPr>
            <w:tcW w:w="1040" w:type="dxa"/>
          </w:tcPr>
          <w:p w14:paraId="753B1A96" w14:textId="77777777" w:rsidR="0035378C" w:rsidRDefault="00000000">
            <w:r>
              <w:rPr>
                <w:sz w:val="16"/>
              </w:rPr>
              <w:t>145.02</w:t>
            </w:r>
          </w:p>
        </w:tc>
        <w:tc>
          <w:tcPr>
            <w:tcW w:w="1040" w:type="dxa"/>
          </w:tcPr>
          <w:p w14:paraId="7777EEB7" w14:textId="77777777" w:rsidR="0035378C" w:rsidRDefault="00000000">
            <w:r>
              <w:rPr>
                <w:sz w:val="16"/>
              </w:rPr>
              <w:t>145.02</w:t>
            </w:r>
          </w:p>
        </w:tc>
        <w:tc>
          <w:tcPr>
            <w:tcW w:w="1040" w:type="dxa"/>
          </w:tcPr>
          <w:p w14:paraId="4F0DD6D8" w14:textId="77777777" w:rsidR="0035378C" w:rsidRDefault="00000000">
            <w:r>
              <w:rPr>
                <w:sz w:val="16"/>
              </w:rPr>
              <w:t>145.02</w:t>
            </w:r>
          </w:p>
        </w:tc>
        <w:tc>
          <w:tcPr>
            <w:tcW w:w="1040" w:type="dxa"/>
          </w:tcPr>
          <w:p w14:paraId="60F7F9C1" w14:textId="77777777" w:rsidR="0035378C" w:rsidRDefault="00000000">
            <w:r>
              <w:rPr>
                <w:sz w:val="16"/>
              </w:rPr>
              <w:t>3</w:t>
            </w:r>
          </w:p>
        </w:tc>
        <w:tc>
          <w:tcPr>
            <w:tcW w:w="1040" w:type="dxa"/>
          </w:tcPr>
          <w:p w14:paraId="2435406D" w14:textId="77777777" w:rsidR="0035378C" w:rsidRDefault="00000000">
            <w:r>
              <w:rPr>
                <w:sz w:val="16"/>
              </w:rPr>
              <w:t>145.02</w:t>
            </w:r>
          </w:p>
        </w:tc>
        <w:tc>
          <w:tcPr>
            <w:tcW w:w="1040" w:type="dxa"/>
          </w:tcPr>
          <w:p w14:paraId="29F54AE0" w14:textId="77777777" w:rsidR="0035378C" w:rsidRDefault="00000000">
            <w:r>
              <w:rPr>
                <w:sz w:val="16"/>
              </w:rPr>
              <w:t>145.02</w:t>
            </w:r>
          </w:p>
        </w:tc>
        <w:tc>
          <w:tcPr>
            <w:tcW w:w="1040" w:type="dxa"/>
          </w:tcPr>
          <w:p w14:paraId="42462C78" w14:textId="77777777" w:rsidR="0035378C" w:rsidRDefault="00000000">
            <w:r>
              <w:rPr>
                <w:sz w:val="16"/>
              </w:rPr>
              <w:t>1</w:t>
            </w:r>
          </w:p>
        </w:tc>
        <w:tc>
          <w:tcPr>
            <w:tcW w:w="1040" w:type="dxa"/>
          </w:tcPr>
          <w:p w14:paraId="1924E12C" w14:textId="77777777" w:rsidR="0035378C" w:rsidRDefault="00000000">
            <w:r>
              <w:rPr>
                <w:sz w:val="16"/>
              </w:rPr>
              <w:t>0</w:t>
            </w:r>
          </w:p>
        </w:tc>
      </w:tr>
      <w:tr w:rsidR="0035378C" w14:paraId="17309A06" w14:textId="77777777">
        <w:trPr>
          <w:jc w:val="center"/>
        </w:trPr>
        <w:tc>
          <w:tcPr>
            <w:tcW w:w="1040" w:type="dxa"/>
          </w:tcPr>
          <w:p w14:paraId="24EFCD11" w14:textId="77777777" w:rsidR="0035378C" w:rsidRDefault="00000000">
            <w:r>
              <w:rPr>
                <w:sz w:val="16"/>
              </w:rPr>
              <w:t>Canada</w:t>
            </w:r>
          </w:p>
        </w:tc>
        <w:tc>
          <w:tcPr>
            <w:tcW w:w="1040" w:type="dxa"/>
          </w:tcPr>
          <w:p w14:paraId="1E9AD55A" w14:textId="77777777" w:rsidR="0035378C" w:rsidRDefault="00000000">
            <w:r>
              <w:rPr>
                <w:sz w:val="16"/>
              </w:rPr>
              <w:t>4.34</w:t>
            </w:r>
          </w:p>
        </w:tc>
        <w:tc>
          <w:tcPr>
            <w:tcW w:w="1040" w:type="dxa"/>
          </w:tcPr>
          <w:p w14:paraId="34F79ECF" w14:textId="77777777" w:rsidR="0035378C" w:rsidRDefault="00000000">
            <w:r>
              <w:rPr>
                <w:sz w:val="16"/>
              </w:rPr>
              <w:t>170.3</w:t>
            </w:r>
          </w:p>
        </w:tc>
        <w:tc>
          <w:tcPr>
            <w:tcW w:w="1040" w:type="dxa"/>
          </w:tcPr>
          <w:p w14:paraId="1A943F1F" w14:textId="77777777" w:rsidR="0035378C" w:rsidRDefault="00000000">
            <w:r>
              <w:rPr>
                <w:sz w:val="16"/>
              </w:rPr>
              <w:t>168.09</w:t>
            </w:r>
          </w:p>
        </w:tc>
        <w:tc>
          <w:tcPr>
            <w:tcW w:w="1040" w:type="dxa"/>
          </w:tcPr>
          <w:p w14:paraId="44464C85" w14:textId="77777777" w:rsidR="0035378C" w:rsidRDefault="00000000">
            <w:r>
              <w:rPr>
                <w:sz w:val="16"/>
              </w:rPr>
              <w:t>3</w:t>
            </w:r>
          </w:p>
        </w:tc>
        <w:tc>
          <w:tcPr>
            <w:tcW w:w="1040" w:type="dxa"/>
          </w:tcPr>
          <w:p w14:paraId="57F2765D" w14:textId="77777777" w:rsidR="0035378C" w:rsidRDefault="00000000">
            <w:r>
              <w:rPr>
                <w:sz w:val="16"/>
              </w:rPr>
              <w:t>114.24</w:t>
            </w:r>
          </w:p>
        </w:tc>
        <w:tc>
          <w:tcPr>
            <w:tcW w:w="1040" w:type="dxa"/>
          </w:tcPr>
          <w:p w14:paraId="0BB3A4C8" w14:textId="77777777" w:rsidR="0035378C" w:rsidRDefault="00000000">
            <w:r>
              <w:rPr>
                <w:sz w:val="16"/>
              </w:rPr>
              <w:t>168.09</w:t>
            </w:r>
          </w:p>
        </w:tc>
        <w:tc>
          <w:tcPr>
            <w:tcW w:w="1040" w:type="dxa"/>
          </w:tcPr>
          <w:p w14:paraId="05C53BB7" w14:textId="77777777" w:rsidR="0035378C" w:rsidRDefault="00000000">
            <w:r>
              <w:rPr>
                <w:sz w:val="16"/>
              </w:rPr>
              <w:t>39.2</w:t>
            </w:r>
          </w:p>
        </w:tc>
        <w:tc>
          <w:tcPr>
            <w:tcW w:w="1040" w:type="dxa"/>
          </w:tcPr>
          <w:p w14:paraId="7A9091A6" w14:textId="77777777" w:rsidR="0035378C" w:rsidRDefault="00000000">
            <w:r>
              <w:rPr>
                <w:sz w:val="16"/>
              </w:rPr>
              <w:t>0.68</w:t>
            </w:r>
          </w:p>
        </w:tc>
      </w:tr>
      <w:tr w:rsidR="0035378C" w14:paraId="76A38B55" w14:textId="77777777">
        <w:trPr>
          <w:jc w:val="center"/>
        </w:trPr>
        <w:tc>
          <w:tcPr>
            <w:tcW w:w="1040" w:type="dxa"/>
          </w:tcPr>
          <w:p w14:paraId="3E91904D" w14:textId="77777777" w:rsidR="0035378C" w:rsidRDefault="00000000">
            <w:r>
              <w:rPr>
                <w:sz w:val="16"/>
              </w:rPr>
              <w:t>United Arab Emirates</w:t>
            </w:r>
          </w:p>
        </w:tc>
        <w:tc>
          <w:tcPr>
            <w:tcW w:w="1040" w:type="dxa"/>
          </w:tcPr>
          <w:p w14:paraId="7159B5AF" w14:textId="77777777" w:rsidR="0035378C" w:rsidRDefault="00000000">
            <w:r>
              <w:rPr>
                <w:sz w:val="16"/>
              </w:rPr>
              <w:t>113</w:t>
            </w:r>
          </w:p>
        </w:tc>
        <w:tc>
          <w:tcPr>
            <w:tcW w:w="1040" w:type="dxa"/>
          </w:tcPr>
          <w:p w14:paraId="199BE101" w14:textId="77777777" w:rsidR="0035378C" w:rsidRDefault="00000000">
            <w:r>
              <w:rPr>
                <w:sz w:val="16"/>
              </w:rPr>
              <w:t>97.8</w:t>
            </w:r>
          </w:p>
        </w:tc>
        <w:tc>
          <w:tcPr>
            <w:tcW w:w="1040" w:type="dxa"/>
          </w:tcPr>
          <w:p w14:paraId="0C13A288" w14:textId="77777777" w:rsidR="0035378C" w:rsidRDefault="00000000">
            <w:r>
              <w:rPr>
                <w:sz w:val="16"/>
              </w:rPr>
              <w:t>97.8</w:t>
            </w:r>
          </w:p>
        </w:tc>
        <w:tc>
          <w:tcPr>
            <w:tcW w:w="1040" w:type="dxa"/>
          </w:tcPr>
          <w:p w14:paraId="684EF39A" w14:textId="77777777" w:rsidR="0035378C" w:rsidRDefault="00000000">
            <w:r>
              <w:rPr>
                <w:sz w:val="16"/>
              </w:rPr>
              <w:t>3</w:t>
            </w:r>
          </w:p>
        </w:tc>
        <w:tc>
          <w:tcPr>
            <w:tcW w:w="1040" w:type="dxa"/>
          </w:tcPr>
          <w:p w14:paraId="37E43DA0" w14:textId="77777777" w:rsidR="0035378C" w:rsidRDefault="00000000">
            <w:r>
              <w:rPr>
                <w:sz w:val="16"/>
              </w:rPr>
              <w:t>102.87</w:t>
            </w:r>
          </w:p>
        </w:tc>
        <w:tc>
          <w:tcPr>
            <w:tcW w:w="1040" w:type="dxa"/>
          </w:tcPr>
          <w:p w14:paraId="4A1D056E" w14:textId="77777777" w:rsidR="0035378C" w:rsidRDefault="00000000">
            <w:r>
              <w:rPr>
                <w:sz w:val="16"/>
              </w:rPr>
              <w:t>97.8</w:t>
            </w:r>
          </w:p>
        </w:tc>
        <w:tc>
          <w:tcPr>
            <w:tcW w:w="1040" w:type="dxa"/>
          </w:tcPr>
          <w:p w14:paraId="566632CA" w14:textId="77777777" w:rsidR="0035378C" w:rsidRDefault="00000000">
            <w:r>
              <w:rPr>
                <w:sz w:val="16"/>
              </w:rPr>
              <w:t>1.16</w:t>
            </w:r>
          </w:p>
        </w:tc>
        <w:tc>
          <w:tcPr>
            <w:tcW w:w="1040" w:type="dxa"/>
          </w:tcPr>
          <w:p w14:paraId="29B74374" w14:textId="77777777" w:rsidR="0035378C" w:rsidRDefault="00000000">
            <w:r>
              <w:rPr>
                <w:sz w:val="16"/>
              </w:rPr>
              <w:t>0.07</w:t>
            </w:r>
          </w:p>
        </w:tc>
      </w:tr>
      <w:tr w:rsidR="0035378C" w14:paraId="2C538362" w14:textId="77777777">
        <w:trPr>
          <w:jc w:val="center"/>
        </w:trPr>
        <w:tc>
          <w:tcPr>
            <w:tcW w:w="1040" w:type="dxa"/>
          </w:tcPr>
          <w:p w14:paraId="7B25460B" w14:textId="77777777" w:rsidR="0035378C" w:rsidRDefault="00000000">
            <w:r>
              <w:rPr>
                <w:sz w:val="16"/>
              </w:rPr>
              <w:t>Kuwait</w:t>
            </w:r>
          </w:p>
        </w:tc>
        <w:tc>
          <w:tcPr>
            <w:tcW w:w="1040" w:type="dxa"/>
          </w:tcPr>
          <w:p w14:paraId="5FFD1219" w14:textId="77777777" w:rsidR="0035378C" w:rsidRDefault="00000000">
            <w:r>
              <w:rPr>
                <w:sz w:val="16"/>
              </w:rPr>
              <w:t>101.5</w:t>
            </w:r>
          </w:p>
        </w:tc>
        <w:tc>
          <w:tcPr>
            <w:tcW w:w="1040" w:type="dxa"/>
          </w:tcPr>
          <w:p w14:paraId="0AAC3DE6" w14:textId="77777777" w:rsidR="0035378C" w:rsidRDefault="00000000">
            <w:r>
              <w:rPr>
                <w:sz w:val="16"/>
              </w:rPr>
              <w:t>101.5</w:t>
            </w:r>
          </w:p>
        </w:tc>
        <w:tc>
          <w:tcPr>
            <w:tcW w:w="1040" w:type="dxa"/>
          </w:tcPr>
          <w:p w14:paraId="0CCF5ADA" w14:textId="77777777" w:rsidR="0035378C" w:rsidRDefault="00000000">
            <w:r>
              <w:rPr>
                <w:sz w:val="16"/>
              </w:rPr>
              <w:t>101.5</w:t>
            </w:r>
          </w:p>
        </w:tc>
        <w:tc>
          <w:tcPr>
            <w:tcW w:w="1040" w:type="dxa"/>
          </w:tcPr>
          <w:p w14:paraId="09DD1CD0" w14:textId="77777777" w:rsidR="0035378C" w:rsidRDefault="00000000">
            <w:r>
              <w:rPr>
                <w:sz w:val="16"/>
              </w:rPr>
              <w:t>3</w:t>
            </w:r>
          </w:p>
        </w:tc>
        <w:tc>
          <w:tcPr>
            <w:tcW w:w="1040" w:type="dxa"/>
          </w:tcPr>
          <w:p w14:paraId="02A71336" w14:textId="77777777" w:rsidR="0035378C" w:rsidRDefault="00000000">
            <w:r>
              <w:rPr>
                <w:sz w:val="16"/>
              </w:rPr>
              <w:t>101.5</w:t>
            </w:r>
          </w:p>
        </w:tc>
        <w:tc>
          <w:tcPr>
            <w:tcW w:w="1040" w:type="dxa"/>
          </w:tcPr>
          <w:p w14:paraId="5E98A235" w14:textId="77777777" w:rsidR="0035378C" w:rsidRDefault="00000000">
            <w:r>
              <w:rPr>
                <w:sz w:val="16"/>
              </w:rPr>
              <w:t>101.5</w:t>
            </w:r>
          </w:p>
        </w:tc>
        <w:tc>
          <w:tcPr>
            <w:tcW w:w="1040" w:type="dxa"/>
          </w:tcPr>
          <w:p w14:paraId="2093AFD0" w14:textId="77777777" w:rsidR="0035378C" w:rsidRDefault="00000000">
            <w:r>
              <w:rPr>
                <w:sz w:val="16"/>
              </w:rPr>
              <w:t>1</w:t>
            </w:r>
          </w:p>
        </w:tc>
        <w:tc>
          <w:tcPr>
            <w:tcW w:w="1040" w:type="dxa"/>
          </w:tcPr>
          <w:p w14:paraId="5CCC7FE6" w14:textId="77777777" w:rsidR="0035378C" w:rsidRDefault="00000000">
            <w:r>
              <w:rPr>
                <w:sz w:val="16"/>
              </w:rPr>
              <w:t>0</w:t>
            </w:r>
          </w:p>
        </w:tc>
      </w:tr>
      <w:tr w:rsidR="0035378C" w14:paraId="07CB23A8" w14:textId="77777777">
        <w:trPr>
          <w:jc w:val="center"/>
        </w:trPr>
        <w:tc>
          <w:tcPr>
            <w:tcW w:w="1040" w:type="dxa"/>
          </w:tcPr>
          <w:p w14:paraId="1AE3FE80" w14:textId="77777777" w:rsidR="0035378C" w:rsidRDefault="00000000">
            <w:r>
              <w:rPr>
                <w:sz w:val="16"/>
              </w:rPr>
              <w:t>Russia</w:t>
            </w:r>
          </w:p>
        </w:tc>
        <w:tc>
          <w:tcPr>
            <w:tcW w:w="1040" w:type="dxa"/>
          </w:tcPr>
          <w:p w14:paraId="37A73B4F" w14:textId="77777777" w:rsidR="0035378C" w:rsidRDefault="00000000">
            <w:r>
              <w:rPr>
                <w:sz w:val="16"/>
              </w:rPr>
              <w:t>80</w:t>
            </w:r>
          </w:p>
        </w:tc>
        <w:tc>
          <w:tcPr>
            <w:tcW w:w="1040" w:type="dxa"/>
          </w:tcPr>
          <w:p w14:paraId="259B1221" w14:textId="77777777" w:rsidR="0035378C" w:rsidRDefault="00000000">
            <w:r>
              <w:rPr>
                <w:sz w:val="16"/>
              </w:rPr>
              <w:t>80</w:t>
            </w:r>
          </w:p>
        </w:tc>
        <w:tc>
          <w:tcPr>
            <w:tcW w:w="1040" w:type="dxa"/>
          </w:tcPr>
          <w:p w14:paraId="491339F4" w14:textId="77777777" w:rsidR="0035378C" w:rsidRDefault="00000000">
            <w:r>
              <w:rPr>
                <w:sz w:val="16"/>
              </w:rPr>
              <w:t>107.8</w:t>
            </w:r>
          </w:p>
        </w:tc>
        <w:tc>
          <w:tcPr>
            <w:tcW w:w="1040" w:type="dxa"/>
          </w:tcPr>
          <w:p w14:paraId="01A327CD" w14:textId="77777777" w:rsidR="0035378C" w:rsidRDefault="00000000">
            <w:r>
              <w:rPr>
                <w:sz w:val="16"/>
              </w:rPr>
              <w:t>3</w:t>
            </w:r>
          </w:p>
        </w:tc>
        <w:tc>
          <w:tcPr>
            <w:tcW w:w="1040" w:type="dxa"/>
          </w:tcPr>
          <w:p w14:paraId="6B3A94FF" w14:textId="77777777" w:rsidR="0035378C" w:rsidRDefault="00000000">
            <w:r>
              <w:rPr>
                <w:sz w:val="16"/>
              </w:rPr>
              <w:t>89.27</w:t>
            </w:r>
          </w:p>
        </w:tc>
        <w:tc>
          <w:tcPr>
            <w:tcW w:w="1040" w:type="dxa"/>
          </w:tcPr>
          <w:p w14:paraId="4172FD50" w14:textId="77777777" w:rsidR="0035378C" w:rsidRDefault="00000000">
            <w:r>
              <w:rPr>
                <w:sz w:val="16"/>
              </w:rPr>
              <w:t>80</w:t>
            </w:r>
          </w:p>
        </w:tc>
        <w:tc>
          <w:tcPr>
            <w:tcW w:w="1040" w:type="dxa"/>
          </w:tcPr>
          <w:p w14:paraId="736CC30C" w14:textId="77777777" w:rsidR="0035378C" w:rsidRDefault="00000000">
            <w:r>
              <w:rPr>
                <w:sz w:val="16"/>
              </w:rPr>
              <w:t>1.35</w:t>
            </w:r>
          </w:p>
        </w:tc>
        <w:tc>
          <w:tcPr>
            <w:tcW w:w="1040" w:type="dxa"/>
          </w:tcPr>
          <w:p w14:paraId="2E838D29" w14:textId="77777777" w:rsidR="0035378C" w:rsidRDefault="00000000">
            <w:r>
              <w:rPr>
                <w:sz w:val="16"/>
              </w:rPr>
              <w:t>0.147</w:t>
            </w:r>
          </w:p>
        </w:tc>
      </w:tr>
      <w:tr w:rsidR="0035378C" w14:paraId="66C36D4C" w14:textId="77777777">
        <w:trPr>
          <w:jc w:val="center"/>
        </w:trPr>
        <w:tc>
          <w:tcPr>
            <w:tcW w:w="1040" w:type="dxa"/>
          </w:tcPr>
          <w:p w14:paraId="17239BA2" w14:textId="77777777" w:rsidR="0035378C" w:rsidRDefault="00000000">
            <w:r>
              <w:rPr>
                <w:sz w:val="16"/>
              </w:rPr>
              <w:t>United States</w:t>
            </w:r>
          </w:p>
        </w:tc>
        <w:tc>
          <w:tcPr>
            <w:tcW w:w="1040" w:type="dxa"/>
          </w:tcPr>
          <w:p w14:paraId="4C1640C9" w14:textId="77777777" w:rsidR="0035378C" w:rsidRDefault="00000000">
            <w:r>
              <w:rPr>
                <w:sz w:val="16"/>
              </w:rPr>
              <w:t>45.01</w:t>
            </w:r>
          </w:p>
        </w:tc>
        <w:tc>
          <w:tcPr>
            <w:tcW w:w="1040" w:type="dxa"/>
          </w:tcPr>
          <w:p w14:paraId="0CC03BEF" w14:textId="77777777" w:rsidR="0035378C" w:rsidRDefault="00000000">
            <w:r>
              <w:rPr>
                <w:sz w:val="16"/>
              </w:rPr>
              <w:t>38.21</w:t>
            </w:r>
          </w:p>
        </w:tc>
        <w:tc>
          <w:tcPr>
            <w:tcW w:w="1040" w:type="dxa"/>
          </w:tcPr>
          <w:p w14:paraId="45C7FC4B" w14:textId="77777777" w:rsidR="0035378C" w:rsidRDefault="00000000">
            <w:r>
              <w:rPr>
                <w:sz w:val="16"/>
              </w:rPr>
              <w:t>68.76</w:t>
            </w:r>
          </w:p>
        </w:tc>
        <w:tc>
          <w:tcPr>
            <w:tcW w:w="1040" w:type="dxa"/>
          </w:tcPr>
          <w:p w14:paraId="24269321" w14:textId="77777777" w:rsidR="0035378C" w:rsidRDefault="00000000">
            <w:r>
              <w:rPr>
                <w:sz w:val="16"/>
              </w:rPr>
              <w:t>3</w:t>
            </w:r>
          </w:p>
        </w:tc>
        <w:tc>
          <w:tcPr>
            <w:tcW w:w="1040" w:type="dxa"/>
          </w:tcPr>
          <w:p w14:paraId="76E71035" w14:textId="77777777" w:rsidR="0035378C" w:rsidRDefault="00000000">
            <w:r>
              <w:rPr>
                <w:sz w:val="16"/>
              </w:rPr>
              <w:t>50.66</w:t>
            </w:r>
          </w:p>
        </w:tc>
        <w:tc>
          <w:tcPr>
            <w:tcW w:w="1040" w:type="dxa"/>
          </w:tcPr>
          <w:p w14:paraId="1965BC70" w14:textId="77777777" w:rsidR="0035378C" w:rsidRDefault="00000000">
            <w:r>
              <w:rPr>
                <w:sz w:val="16"/>
              </w:rPr>
              <w:t>45.01</w:t>
            </w:r>
          </w:p>
        </w:tc>
        <w:tc>
          <w:tcPr>
            <w:tcW w:w="1040" w:type="dxa"/>
          </w:tcPr>
          <w:p w14:paraId="6EFADFD7" w14:textId="77777777" w:rsidR="0035378C" w:rsidRDefault="00000000">
            <w:r>
              <w:rPr>
                <w:sz w:val="16"/>
              </w:rPr>
              <w:t>1.8</w:t>
            </w:r>
          </w:p>
        </w:tc>
        <w:tc>
          <w:tcPr>
            <w:tcW w:w="1040" w:type="dxa"/>
          </w:tcPr>
          <w:p w14:paraId="296A1C10" w14:textId="77777777" w:rsidR="0035378C" w:rsidRDefault="00000000">
            <w:r>
              <w:rPr>
                <w:sz w:val="16"/>
              </w:rPr>
              <w:t>0.259</w:t>
            </w:r>
          </w:p>
        </w:tc>
      </w:tr>
      <w:tr w:rsidR="0035378C" w14:paraId="779B4A76" w14:textId="77777777">
        <w:trPr>
          <w:jc w:val="center"/>
        </w:trPr>
        <w:tc>
          <w:tcPr>
            <w:tcW w:w="1040" w:type="dxa"/>
          </w:tcPr>
          <w:p w14:paraId="7244F47E" w14:textId="77777777" w:rsidR="0035378C" w:rsidRDefault="00000000">
            <w:r>
              <w:rPr>
                <w:sz w:val="16"/>
              </w:rPr>
              <w:t>Libya</w:t>
            </w:r>
          </w:p>
        </w:tc>
        <w:tc>
          <w:tcPr>
            <w:tcW w:w="1040" w:type="dxa"/>
          </w:tcPr>
          <w:p w14:paraId="5A647797" w14:textId="77777777" w:rsidR="0035378C" w:rsidRDefault="00000000">
            <w:r>
              <w:rPr>
                <w:sz w:val="16"/>
              </w:rPr>
              <w:t>48.36</w:t>
            </w:r>
          </w:p>
        </w:tc>
        <w:tc>
          <w:tcPr>
            <w:tcW w:w="1040" w:type="dxa"/>
          </w:tcPr>
          <w:p w14:paraId="5B4CB265" w14:textId="77777777" w:rsidR="0035378C" w:rsidRDefault="00000000">
            <w:r>
              <w:rPr>
                <w:sz w:val="16"/>
              </w:rPr>
              <w:t>48.36</w:t>
            </w:r>
          </w:p>
        </w:tc>
        <w:tc>
          <w:tcPr>
            <w:tcW w:w="1040" w:type="dxa"/>
          </w:tcPr>
          <w:p w14:paraId="2864C507" w14:textId="77777777" w:rsidR="0035378C" w:rsidRDefault="00000000">
            <w:r>
              <w:rPr>
                <w:sz w:val="16"/>
              </w:rPr>
              <w:t>48.36</w:t>
            </w:r>
          </w:p>
        </w:tc>
        <w:tc>
          <w:tcPr>
            <w:tcW w:w="1040" w:type="dxa"/>
          </w:tcPr>
          <w:p w14:paraId="3CE76C71" w14:textId="77777777" w:rsidR="0035378C" w:rsidRDefault="00000000">
            <w:r>
              <w:rPr>
                <w:sz w:val="16"/>
              </w:rPr>
              <w:t>3</w:t>
            </w:r>
          </w:p>
        </w:tc>
        <w:tc>
          <w:tcPr>
            <w:tcW w:w="1040" w:type="dxa"/>
          </w:tcPr>
          <w:p w14:paraId="15380F28" w14:textId="77777777" w:rsidR="0035378C" w:rsidRDefault="00000000">
            <w:r>
              <w:rPr>
                <w:sz w:val="16"/>
              </w:rPr>
              <w:t>48.36</w:t>
            </w:r>
          </w:p>
        </w:tc>
        <w:tc>
          <w:tcPr>
            <w:tcW w:w="1040" w:type="dxa"/>
          </w:tcPr>
          <w:p w14:paraId="22AA3EC9" w14:textId="77777777" w:rsidR="0035378C" w:rsidRDefault="00000000">
            <w:r>
              <w:rPr>
                <w:sz w:val="16"/>
              </w:rPr>
              <w:t>48.36</w:t>
            </w:r>
          </w:p>
        </w:tc>
        <w:tc>
          <w:tcPr>
            <w:tcW w:w="1040" w:type="dxa"/>
          </w:tcPr>
          <w:p w14:paraId="783762E8" w14:textId="77777777" w:rsidR="0035378C" w:rsidRDefault="00000000">
            <w:r>
              <w:rPr>
                <w:sz w:val="16"/>
              </w:rPr>
              <w:t>1</w:t>
            </w:r>
          </w:p>
        </w:tc>
        <w:tc>
          <w:tcPr>
            <w:tcW w:w="1040" w:type="dxa"/>
          </w:tcPr>
          <w:p w14:paraId="7FDA5FD4" w14:textId="77777777" w:rsidR="0035378C" w:rsidRDefault="00000000">
            <w:r>
              <w:rPr>
                <w:sz w:val="16"/>
              </w:rPr>
              <w:t>0</w:t>
            </w:r>
          </w:p>
        </w:tc>
      </w:tr>
      <w:tr w:rsidR="0035378C" w14:paraId="56C4752B" w14:textId="77777777">
        <w:trPr>
          <w:jc w:val="center"/>
        </w:trPr>
        <w:tc>
          <w:tcPr>
            <w:tcW w:w="1040" w:type="dxa"/>
          </w:tcPr>
          <w:p w14:paraId="1B849A37" w14:textId="77777777" w:rsidR="0035378C" w:rsidRDefault="00000000">
            <w:r>
              <w:rPr>
                <w:sz w:val="16"/>
              </w:rPr>
              <w:t>Nigeria</w:t>
            </w:r>
          </w:p>
        </w:tc>
        <w:tc>
          <w:tcPr>
            <w:tcW w:w="1040" w:type="dxa"/>
          </w:tcPr>
          <w:p w14:paraId="491CE182" w14:textId="77777777" w:rsidR="0035378C" w:rsidRDefault="00000000">
            <w:r>
              <w:rPr>
                <w:sz w:val="16"/>
              </w:rPr>
              <w:t>37.28</w:t>
            </w:r>
          </w:p>
        </w:tc>
        <w:tc>
          <w:tcPr>
            <w:tcW w:w="1040" w:type="dxa"/>
          </w:tcPr>
          <w:p w14:paraId="74041489" w14:textId="77777777" w:rsidR="0035378C" w:rsidRDefault="00000000">
            <w:r>
              <w:rPr>
                <w:sz w:val="16"/>
              </w:rPr>
              <w:t>36.89</w:t>
            </w:r>
          </w:p>
        </w:tc>
        <w:tc>
          <w:tcPr>
            <w:tcW w:w="1040" w:type="dxa"/>
          </w:tcPr>
          <w:p w14:paraId="5B94C394" w14:textId="77777777" w:rsidR="0035378C" w:rsidRDefault="00000000">
            <w:r>
              <w:rPr>
                <w:sz w:val="16"/>
              </w:rPr>
              <w:t>36.89</w:t>
            </w:r>
          </w:p>
        </w:tc>
        <w:tc>
          <w:tcPr>
            <w:tcW w:w="1040" w:type="dxa"/>
          </w:tcPr>
          <w:p w14:paraId="751FEFAF" w14:textId="77777777" w:rsidR="0035378C" w:rsidRDefault="00000000">
            <w:r>
              <w:rPr>
                <w:sz w:val="16"/>
              </w:rPr>
              <w:t>3</w:t>
            </w:r>
          </w:p>
        </w:tc>
        <w:tc>
          <w:tcPr>
            <w:tcW w:w="1040" w:type="dxa"/>
          </w:tcPr>
          <w:p w14:paraId="653B147E" w14:textId="77777777" w:rsidR="0035378C" w:rsidRDefault="00000000">
            <w:r>
              <w:rPr>
                <w:sz w:val="16"/>
              </w:rPr>
              <w:t>37.02</w:t>
            </w:r>
          </w:p>
        </w:tc>
        <w:tc>
          <w:tcPr>
            <w:tcW w:w="1040" w:type="dxa"/>
          </w:tcPr>
          <w:p w14:paraId="268E12A5" w14:textId="77777777" w:rsidR="0035378C" w:rsidRDefault="00000000">
            <w:r>
              <w:rPr>
                <w:sz w:val="16"/>
              </w:rPr>
              <w:t>36.89</w:t>
            </w:r>
          </w:p>
        </w:tc>
        <w:tc>
          <w:tcPr>
            <w:tcW w:w="1040" w:type="dxa"/>
          </w:tcPr>
          <w:p w14:paraId="336E1ADC" w14:textId="77777777" w:rsidR="0035378C" w:rsidRDefault="00000000">
            <w:r>
              <w:rPr>
                <w:sz w:val="16"/>
              </w:rPr>
              <w:t>1.01</w:t>
            </w:r>
          </w:p>
        </w:tc>
        <w:tc>
          <w:tcPr>
            <w:tcW w:w="1040" w:type="dxa"/>
          </w:tcPr>
          <w:p w14:paraId="22093860" w14:textId="77777777" w:rsidR="0035378C" w:rsidRDefault="00000000">
            <w:r>
              <w:rPr>
                <w:sz w:val="16"/>
              </w:rPr>
              <w:t>0.005</w:t>
            </w:r>
          </w:p>
        </w:tc>
      </w:tr>
      <w:tr w:rsidR="0035378C" w14:paraId="32A49F50" w14:textId="77777777">
        <w:trPr>
          <w:jc w:val="center"/>
        </w:trPr>
        <w:tc>
          <w:tcPr>
            <w:tcW w:w="1040" w:type="dxa"/>
          </w:tcPr>
          <w:p w14:paraId="49CFD899" w14:textId="77777777" w:rsidR="0035378C" w:rsidRDefault="00000000">
            <w:r>
              <w:rPr>
                <w:sz w:val="16"/>
              </w:rPr>
              <w:t>Kazakhstan</w:t>
            </w:r>
          </w:p>
        </w:tc>
        <w:tc>
          <w:tcPr>
            <w:tcW w:w="1040" w:type="dxa"/>
          </w:tcPr>
          <w:p w14:paraId="45B54797" w14:textId="77777777" w:rsidR="0035378C" w:rsidRDefault="00000000">
            <w:r>
              <w:rPr>
                <w:sz w:val="16"/>
              </w:rPr>
              <w:t>30</w:t>
            </w:r>
          </w:p>
        </w:tc>
        <w:tc>
          <w:tcPr>
            <w:tcW w:w="1040" w:type="dxa"/>
          </w:tcPr>
          <w:p w14:paraId="568835CF" w14:textId="77777777" w:rsidR="0035378C" w:rsidRDefault="00000000">
            <w:r>
              <w:rPr>
                <w:sz w:val="16"/>
              </w:rPr>
              <w:t>30</w:t>
            </w:r>
          </w:p>
        </w:tc>
        <w:tc>
          <w:tcPr>
            <w:tcW w:w="1040" w:type="dxa"/>
          </w:tcPr>
          <w:p w14:paraId="42852AC1" w14:textId="77777777" w:rsidR="0035378C" w:rsidRDefault="00000000">
            <w:r>
              <w:rPr>
                <w:sz w:val="16"/>
              </w:rPr>
              <w:t>30</w:t>
            </w:r>
          </w:p>
        </w:tc>
        <w:tc>
          <w:tcPr>
            <w:tcW w:w="1040" w:type="dxa"/>
          </w:tcPr>
          <w:p w14:paraId="09C5FED1" w14:textId="77777777" w:rsidR="0035378C" w:rsidRDefault="00000000">
            <w:r>
              <w:rPr>
                <w:sz w:val="16"/>
              </w:rPr>
              <w:t>3</w:t>
            </w:r>
          </w:p>
        </w:tc>
        <w:tc>
          <w:tcPr>
            <w:tcW w:w="1040" w:type="dxa"/>
          </w:tcPr>
          <w:p w14:paraId="0BCD3D18" w14:textId="77777777" w:rsidR="0035378C" w:rsidRDefault="00000000">
            <w:r>
              <w:rPr>
                <w:sz w:val="16"/>
              </w:rPr>
              <w:t>30</w:t>
            </w:r>
          </w:p>
        </w:tc>
        <w:tc>
          <w:tcPr>
            <w:tcW w:w="1040" w:type="dxa"/>
          </w:tcPr>
          <w:p w14:paraId="5BAD78CA" w14:textId="77777777" w:rsidR="0035378C" w:rsidRDefault="00000000">
            <w:r>
              <w:rPr>
                <w:sz w:val="16"/>
              </w:rPr>
              <w:t>30</w:t>
            </w:r>
          </w:p>
        </w:tc>
        <w:tc>
          <w:tcPr>
            <w:tcW w:w="1040" w:type="dxa"/>
          </w:tcPr>
          <w:p w14:paraId="28FFCAA1" w14:textId="77777777" w:rsidR="0035378C" w:rsidRDefault="00000000">
            <w:r>
              <w:rPr>
                <w:sz w:val="16"/>
              </w:rPr>
              <w:t>1</w:t>
            </w:r>
          </w:p>
        </w:tc>
        <w:tc>
          <w:tcPr>
            <w:tcW w:w="1040" w:type="dxa"/>
          </w:tcPr>
          <w:p w14:paraId="780D55E1" w14:textId="77777777" w:rsidR="0035378C" w:rsidRDefault="00000000">
            <w:r>
              <w:rPr>
                <w:sz w:val="16"/>
              </w:rPr>
              <w:t>0</w:t>
            </w:r>
          </w:p>
        </w:tc>
      </w:tr>
      <w:tr w:rsidR="0035378C" w14:paraId="79775634" w14:textId="77777777">
        <w:trPr>
          <w:jc w:val="center"/>
        </w:trPr>
        <w:tc>
          <w:tcPr>
            <w:tcW w:w="1040" w:type="dxa"/>
          </w:tcPr>
          <w:p w14:paraId="70807C3A" w14:textId="77777777" w:rsidR="0035378C" w:rsidRDefault="00000000">
            <w:r>
              <w:rPr>
                <w:sz w:val="16"/>
              </w:rPr>
              <w:t>China</w:t>
            </w:r>
          </w:p>
        </w:tc>
        <w:tc>
          <w:tcPr>
            <w:tcW w:w="1040" w:type="dxa"/>
          </w:tcPr>
          <w:p w14:paraId="0C2AB7CE" w14:textId="77777777" w:rsidR="0035378C" w:rsidRDefault="00000000">
            <w:r>
              <w:rPr>
                <w:sz w:val="16"/>
              </w:rPr>
              <w:t>28.18</w:t>
            </w:r>
          </w:p>
        </w:tc>
        <w:tc>
          <w:tcPr>
            <w:tcW w:w="1040" w:type="dxa"/>
          </w:tcPr>
          <w:p w14:paraId="5DDA218A" w14:textId="77777777" w:rsidR="0035378C" w:rsidRDefault="00000000">
            <w:r>
              <w:rPr>
                <w:sz w:val="16"/>
              </w:rPr>
              <w:t>26.02</w:t>
            </w:r>
          </w:p>
        </w:tc>
        <w:tc>
          <w:tcPr>
            <w:tcW w:w="1040" w:type="dxa"/>
          </w:tcPr>
          <w:p w14:paraId="1445A4D2" w14:textId="77777777" w:rsidR="0035378C" w:rsidRDefault="00000000">
            <w:r>
              <w:rPr>
                <w:sz w:val="16"/>
              </w:rPr>
              <w:t>25.96</w:t>
            </w:r>
          </w:p>
        </w:tc>
        <w:tc>
          <w:tcPr>
            <w:tcW w:w="1040" w:type="dxa"/>
          </w:tcPr>
          <w:p w14:paraId="4ED0BF2A" w14:textId="77777777" w:rsidR="0035378C" w:rsidRDefault="00000000">
            <w:r>
              <w:rPr>
                <w:sz w:val="16"/>
              </w:rPr>
              <w:t>3</w:t>
            </w:r>
          </w:p>
        </w:tc>
        <w:tc>
          <w:tcPr>
            <w:tcW w:w="1040" w:type="dxa"/>
          </w:tcPr>
          <w:p w14:paraId="394294E9" w14:textId="77777777" w:rsidR="0035378C" w:rsidRDefault="00000000">
            <w:r>
              <w:rPr>
                <w:sz w:val="16"/>
              </w:rPr>
              <w:t>26.72</w:t>
            </w:r>
          </w:p>
        </w:tc>
        <w:tc>
          <w:tcPr>
            <w:tcW w:w="1040" w:type="dxa"/>
          </w:tcPr>
          <w:p w14:paraId="4A5782A4" w14:textId="77777777" w:rsidR="0035378C" w:rsidRDefault="00000000">
            <w:r>
              <w:rPr>
                <w:sz w:val="16"/>
              </w:rPr>
              <w:t>26.02</w:t>
            </w:r>
          </w:p>
        </w:tc>
        <w:tc>
          <w:tcPr>
            <w:tcW w:w="1040" w:type="dxa"/>
          </w:tcPr>
          <w:p w14:paraId="1A3B98CF" w14:textId="77777777" w:rsidR="0035378C" w:rsidRDefault="00000000">
            <w:r>
              <w:rPr>
                <w:sz w:val="16"/>
              </w:rPr>
              <w:t>1.08</w:t>
            </w:r>
          </w:p>
        </w:tc>
        <w:tc>
          <w:tcPr>
            <w:tcW w:w="1040" w:type="dxa"/>
          </w:tcPr>
          <w:p w14:paraId="7B61FEC2" w14:textId="77777777" w:rsidR="0035378C" w:rsidRDefault="00000000">
            <w:r>
              <w:rPr>
                <w:sz w:val="16"/>
              </w:rPr>
              <w:t>0.039</w:t>
            </w:r>
          </w:p>
        </w:tc>
      </w:tr>
      <w:tr w:rsidR="0035378C" w14:paraId="56E1EDB9" w14:textId="77777777">
        <w:trPr>
          <w:jc w:val="center"/>
        </w:trPr>
        <w:tc>
          <w:tcPr>
            <w:tcW w:w="1040" w:type="dxa"/>
          </w:tcPr>
          <w:p w14:paraId="72330126" w14:textId="77777777" w:rsidR="0035378C" w:rsidRDefault="00000000">
            <w:r>
              <w:rPr>
                <w:sz w:val="16"/>
              </w:rPr>
              <w:t>Qatar</w:t>
            </w:r>
          </w:p>
        </w:tc>
        <w:tc>
          <w:tcPr>
            <w:tcW w:w="1040" w:type="dxa"/>
          </w:tcPr>
          <w:p w14:paraId="29BFFD2D" w14:textId="77777777" w:rsidR="0035378C" w:rsidRDefault="00000000">
            <w:r>
              <w:rPr>
                <w:sz w:val="16"/>
              </w:rPr>
              <w:t>25.24</w:t>
            </w:r>
          </w:p>
        </w:tc>
        <w:tc>
          <w:tcPr>
            <w:tcW w:w="1040" w:type="dxa"/>
          </w:tcPr>
          <w:p w14:paraId="45607041" w14:textId="77777777" w:rsidR="0035378C" w:rsidRDefault="00000000">
            <w:r>
              <w:rPr>
                <w:sz w:val="16"/>
              </w:rPr>
              <w:t>25.24</w:t>
            </w:r>
          </w:p>
        </w:tc>
        <w:tc>
          <w:tcPr>
            <w:tcW w:w="1040" w:type="dxa"/>
          </w:tcPr>
          <w:p w14:paraId="1FBF3D57" w14:textId="77777777" w:rsidR="0035378C" w:rsidRDefault="00000000">
            <w:r>
              <w:rPr>
                <w:sz w:val="16"/>
              </w:rPr>
              <w:t>25.24</w:t>
            </w:r>
          </w:p>
        </w:tc>
        <w:tc>
          <w:tcPr>
            <w:tcW w:w="1040" w:type="dxa"/>
          </w:tcPr>
          <w:p w14:paraId="06A0F046" w14:textId="77777777" w:rsidR="0035378C" w:rsidRDefault="00000000">
            <w:r>
              <w:rPr>
                <w:sz w:val="16"/>
              </w:rPr>
              <w:t>3</w:t>
            </w:r>
          </w:p>
        </w:tc>
        <w:tc>
          <w:tcPr>
            <w:tcW w:w="1040" w:type="dxa"/>
          </w:tcPr>
          <w:p w14:paraId="672E73B6" w14:textId="77777777" w:rsidR="0035378C" w:rsidRDefault="00000000">
            <w:r>
              <w:rPr>
                <w:sz w:val="16"/>
              </w:rPr>
              <w:t>25.24</w:t>
            </w:r>
          </w:p>
        </w:tc>
        <w:tc>
          <w:tcPr>
            <w:tcW w:w="1040" w:type="dxa"/>
          </w:tcPr>
          <w:p w14:paraId="7C19F57D" w14:textId="77777777" w:rsidR="0035378C" w:rsidRDefault="00000000">
            <w:r>
              <w:rPr>
                <w:sz w:val="16"/>
              </w:rPr>
              <w:t>25.24</w:t>
            </w:r>
          </w:p>
        </w:tc>
        <w:tc>
          <w:tcPr>
            <w:tcW w:w="1040" w:type="dxa"/>
          </w:tcPr>
          <w:p w14:paraId="0AEBBD97" w14:textId="77777777" w:rsidR="0035378C" w:rsidRDefault="00000000">
            <w:r>
              <w:rPr>
                <w:sz w:val="16"/>
              </w:rPr>
              <w:t>1</w:t>
            </w:r>
          </w:p>
        </w:tc>
        <w:tc>
          <w:tcPr>
            <w:tcW w:w="1040" w:type="dxa"/>
          </w:tcPr>
          <w:p w14:paraId="10D50307" w14:textId="77777777" w:rsidR="0035378C" w:rsidRDefault="00000000">
            <w:r>
              <w:rPr>
                <w:sz w:val="16"/>
              </w:rPr>
              <w:t>0</w:t>
            </w:r>
          </w:p>
        </w:tc>
      </w:tr>
      <w:tr w:rsidR="0035378C" w14:paraId="021C93C1" w14:textId="77777777">
        <w:trPr>
          <w:jc w:val="center"/>
        </w:trPr>
        <w:tc>
          <w:tcPr>
            <w:tcW w:w="1040" w:type="dxa"/>
          </w:tcPr>
          <w:p w14:paraId="3469A54E" w14:textId="77777777" w:rsidR="0035378C" w:rsidRDefault="00000000">
            <w:r>
              <w:rPr>
                <w:sz w:val="16"/>
              </w:rPr>
              <w:t>Brazil</w:t>
            </w:r>
          </w:p>
        </w:tc>
        <w:tc>
          <w:tcPr>
            <w:tcW w:w="1040" w:type="dxa"/>
          </w:tcPr>
          <w:p w14:paraId="53F765AB" w14:textId="77777777" w:rsidR="0035378C" w:rsidRDefault="00000000">
            <w:r>
              <w:rPr>
                <w:sz w:val="16"/>
              </w:rPr>
              <w:t>15.89</w:t>
            </w:r>
          </w:p>
        </w:tc>
        <w:tc>
          <w:tcPr>
            <w:tcW w:w="1040" w:type="dxa"/>
          </w:tcPr>
          <w:p w14:paraId="55044423" w14:textId="77777777" w:rsidR="0035378C" w:rsidRDefault="00000000">
            <w:r>
              <w:rPr>
                <w:sz w:val="16"/>
              </w:rPr>
              <w:t>12.71</w:t>
            </w:r>
          </w:p>
        </w:tc>
        <w:tc>
          <w:tcPr>
            <w:tcW w:w="1040" w:type="dxa"/>
          </w:tcPr>
          <w:p w14:paraId="1FB6C596" w14:textId="77777777" w:rsidR="0035378C" w:rsidRDefault="00000000">
            <w:r>
              <w:rPr>
                <w:sz w:val="16"/>
              </w:rPr>
              <w:t>11.93</w:t>
            </w:r>
          </w:p>
        </w:tc>
        <w:tc>
          <w:tcPr>
            <w:tcW w:w="1040" w:type="dxa"/>
          </w:tcPr>
          <w:p w14:paraId="41C6E149" w14:textId="77777777" w:rsidR="0035378C" w:rsidRDefault="00000000">
            <w:r>
              <w:rPr>
                <w:sz w:val="16"/>
              </w:rPr>
              <w:t>3</w:t>
            </w:r>
          </w:p>
        </w:tc>
        <w:tc>
          <w:tcPr>
            <w:tcW w:w="1040" w:type="dxa"/>
          </w:tcPr>
          <w:p w14:paraId="05BD868A" w14:textId="77777777" w:rsidR="0035378C" w:rsidRDefault="00000000">
            <w:r>
              <w:rPr>
                <w:sz w:val="16"/>
              </w:rPr>
              <w:t>13.51</w:t>
            </w:r>
          </w:p>
        </w:tc>
        <w:tc>
          <w:tcPr>
            <w:tcW w:w="1040" w:type="dxa"/>
          </w:tcPr>
          <w:p w14:paraId="52DF0784" w14:textId="77777777" w:rsidR="0035378C" w:rsidRDefault="00000000">
            <w:r>
              <w:rPr>
                <w:sz w:val="16"/>
              </w:rPr>
              <w:t>12.71</w:t>
            </w:r>
          </w:p>
        </w:tc>
        <w:tc>
          <w:tcPr>
            <w:tcW w:w="1040" w:type="dxa"/>
          </w:tcPr>
          <w:p w14:paraId="5130334F" w14:textId="77777777" w:rsidR="0035378C" w:rsidRDefault="00000000">
            <w:r>
              <w:rPr>
                <w:sz w:val="16"/>
              </w:rPr>
              <w:t>1.33</w:t>
            </w:r>
          </w:p>
        </w:tc>
        <w:tc>
          <w:tcPr>
            <w:tcW w:w="1040" w:type="dxa"/>
          </w:tcPr>
          <w:p w14:paraId="412D4E2B" w14:textId="77777777" w:rsidR="0035378C" w:rsidRDefault="00000000">
            <w:r>
              <w:rPr>
                <w:sz w:val="16"/>
              </w:rPr>
              <w:t>0.127</w:t>
            </w:r>
          </w:p>
        </w:tc>
      </w:tr>
      <w:tr w:rsidR="0035378C" w14:paraId="66328869" w14:textId="77777777">
        <w:trPr>
          <w:jc w:val="center"/>
        </w:trPr>
        <w:tc>
          <w:tcPr>
            <w:tcW w:w="1040" w:type="dxa"/>
          </w:tcPr>
          <w:p w14:paraId="1D5CF535" w14:textId="77777777" w:rsidR="0035378C" w:rsidRDefault="00000000">
            <w:r>
              <w:rPr>
                <w:sz w:val="16"/>
              </w:rPr>
              <w:t>Algeria</w:t>
            </w:r>
          </w:p>
        </w:tc>
        <w:tc>
          <w:tcPr>
            <w:tcW w:w="1040" w:type="dxa"/>
          </w:tcPr>
          <w:p w14:paraId="1237BE89" w14:textId="77777777" w:rsidR="0035378C" w:rsidRDefault="00000000">
            <w:r>
              <w:rPr>
                <w:sz w:val="16"/>
              </w:rPr>
              <w:t>12.2</w:t>
            </w:r>
          </w:p>
        </w:tc>
        <w:tc>
          <w:tcPr>
            <w:tcW w:w="1040" w:type="dxa"/>
          </w:tcPr>
          <w:p w14:paraId="7F9554CC" w14:textId="77777777" w:rsidR="0035378C" w:rsidRDefault="00000000">
            <w:r>
              <w:rPr>
                <w:sz w:val="16"/>
              </w:rPr>
              <w:t>12.2</w:t>
            </w:r>
          </w:p>
        </w:tc>
        <w:tc>
          <w:tcPr>
            <w:tcW w:w="1040" w:type="dxa"/>
          </w:tcPr>
          <w:p w14:paraId="1EE31DCF" w14:textId="77777777" w:rsidR="0035378C" w:rsidRDefault="00000000">
            <w:r>
              <w:rPr>
                <w:sz w:val="16"/>
              </w:rPr>
              <w:t>12.2</w:t>
            </w:r>
          </w:p>
        </w:tc>
        <w:tc>
          <w:tcPr>
            <w:tcW w:w="1040" w:type="dxa"/>
          </w:tcPr>
          <w:p w14:paraId="09FB3FE1" w14:textId="77777777" w:rsidR="0035378C" w:rsidRDefault="00000000">
            <w:r>
              <w:rPr>
                <w:sz w:val="16"/>
              </w:rPr>
              <w:t>3</w:t>
            </w:r>
          </w:p>
        </w:tc>
        <w:tc>
          <w:tcPr>
            <w:tcW w:w="1040" w:type="dxa"/>
          </w:tcPr>
          <w:p w14:paraId="06CE5EA1" w14:textId="77777777" w:rsidR="0035378C" w:rsidRDefault="00000000">
            <w:r>
              <w:rPr>
                <w:sz w:val="16"/>
              </w:rPr>
              <w:t>12.2</w:t>
            </w:r>
          </w:p>
        </w:tc>
        <w:tc>
          <w:tcPr>
            <w:tcW w:w="1040" w:type="dxa"/>
          </w:tcPr>
          <w:p w14:paraId="3610E955" w14:textId="77777777" w:rsidR="0035378C" w:rsidRDefault="00000000">
            <w:r>
              <w:rPr>
                <w:sz w:val="16"/>
              </w:rPr>
              <w:t>12.2</w:t>
            </w:r>
          </w:p>
        </w:tc>
        <w:tc>
          <w:tcPr>
            <w:tcW w:w="1040" w:type="dxa"/>
          </w:tcPr>
          <w:p w14:paraId="41D4271D" w14:textId="77777777" w:rsidR="0035378C" w:rsidRDefault="00000000">
            <w:r>
              <w:rPr>
                <w:sz w:val="16"/>
              </w:rPr>
              <w:t>1</w:t>
            </w:r>
          </w:p>
        </w:tc>
        <w:tc>
          <w:tcPr>
            <w:tcW w:w="1040" w:type="dxa"/>
          </w:tcPr>
          <w:p w14:paraId="02ED5716" w14:textId="77777777" w:rsidR="0035378C" w:rsidRDefault="00000000">
            <w:r>
              <w:rPr>
                <w:sz w:val="16"/>
              </w:rPr>
              <w:t>0</w:t>
            </w:r>
          </w:p>
        </w:tc>
      </w:tr>
      <w:tr w:rsidR="0035378C" w14:paraId="1F583762" w14:textId="77777777">
        <w:trPr>
          <w:jc w:val="center"/>
        </w:trPr>
        <w:tc>
          <w:tcPr>
            <w:tcW w:w="1040" w:type="dxa"/>
          </w:tcPr>
          <w:p w14:paraId="3BA7FE70" w14:textId="77777777" w:rsidR="0035378C" w:rsidRDefault="00000000">
            <w:r>
              <w:rPr>
                <w:sz w:val="16"/>
              </w:rPr>
              <w:t>Norway</w:t>
            </w:r>
          </w:p>
        </w:tc>
        <w:tc>
          <w:tcPr>
            <w:tcW w:w="1040" w:type="dxa"/>
          </w:tcPr>
          <w:p w14:paraId="36D8D472" w14:textId="77777777" w:rsidR="0035378C" w:rsidRDefault="00000000">
            <w:r>
              <w:rPr>
                <w:sz w:val="16"/>
              </w:rPr>
              <w:t>6.91</w:t>
            </w:r>
          </w:p>
        </w:tc>
        <w:tc>
          <w:tcPr>
            <w:tcW w:w="1040" w:type="dxa"/>
          </w:tcPr>
          <w:p w14:paraId="375AF760" w14:textId="77777777" w:rsidR="0035378C" w:rsidRDefault="00000000">
            <w:r>
              <w:rPr>
                <w:sz w:val="16"/>
              </w:rPr>
              <w:t>8.12</w:t>
            </w:r>
          </w:p>
        </w:tc>
        <w:tc>
          <w:tcPr>
            <w:tcW w:w="1040" w:type="dxa"/>
          </w:tcPr>
          <w:p w14:paraId="37D0EF2C" w14:textId="77777777" w:rsidR="0035378C" w:rsidRDefault="00000000">
            <w:r>
              <w:rPr>
                <w:sz w:val="16"/>
              </w:rPr>
              <w:t>7.9</w:t>
            </w:r>
          </w:p>
        </w:tc>
        <w:tc>
          <w:tcPr>
            <w:tcW w:w="1040" w:type="dxa"/>
          </w:tcPr>
          <w:p w14:paraId="657447E5" w14:textId="77777777" w:rsidR="0035378C" w:rsidRDefault="00000000">
            <w:r>
              <w:rPr>
                <w:sz w:val="16"/>
              </w:rPr>
              <w:t>3</w:t>
            </w:r>
          </w:p>
        </w:tc>
        <w:tc>
          <w:tcPr>
            <w:tcW w:w="1040" w:type="dxa"/>
          </w:tcPr>
          <w:p w14:paraId="38F6FF06" w14:textId="77777777" w:rsidR="0035378C" w:rsidRDefault="00000000">
            <w:r>
              <w:rPr>
                <w:sz w:val="16"/>
              </w:rPr>
              <w:t>7.65</w:t>
            </w:r>
          </w:p>
        </w:tc>
        <w:tc>
          <w:tcPr>
            <w:tcW w:w="1040" w:type="dxa"/>
          </w:tcPr>
          <w:p w14:paraId="76A2530E" w14:textId="77777777" w:rsidR="0035378C" w:rsidRDefault="00000000">
            <w:r>
              <w:rPr>
                <w:sz w:val="16"/>
              </w:rPr>
              <w:t>7.9</w:t>
            </w:r>
          </w:p>
        </w:tc>
        <w:tc>
          <w:tcPr>
            <w:tcW w:w="1040" w:type="dxa"/>
          </w:tcPr>
          <w:p w14:paraId="4C594409" w14:textId="77777777" w:rsidR="0035378C" w:rsidRDefault="00000000">
            <w:r>
              <w:rPr>
                <w:sz w:val="16"/>
              </w:rPr>
              <w:t>1.18</w:t>
            </w:r>
          </w:p>
        </w:tc>
        <w:tc>
          <w:tcPr>
            <w:tcW w:w="1040" w:type="dxa"/>
          </w:tcPr>
          <w:p w14:paraId="1793E22B" w14:textId="77777777" w:rsidR="0035378C" w:rsidRDefault="00000000">
            <w:r>
              <w:rPr>
                <w:sz w:val="16"/>
              </w:rPr>
              <w:t>0.069</w:t>
            </w:r>
          </w:p>
        </w:tc>
      </w:tr>
      <w:tr w:rsidR="0035378C" w14:paraId="0BE92E77" w14:textId="77777777">
        <w:trPr>
          <w:jc w:val="center"/>
        </w:trPr>
        <w:tc>
          <w:tcPr>
            <w:tcW w:w="1040" w:type="dxa"/>
          </w:tcPr>
          <w:p w14:paraId="16516114" w14:textId="77777777" w:rsidR="0035378C" w:rsidRDefault="00000000">
            <w:r>
              <w:rPr>
                <w:sz w:val="16"/>
              </w:rPr>
              <w:t>Azerbaijan</w:t>
            </w:r>
          </w:p>
        </w:tc>
        <w:tc>
          <w:tcPr>
            <w:tcW w:w="1040" w:type="dxa"/>
          </w:tcPr>
          <w:p w14:paraId="4B05F1C4" w14:textId="77777777" w:rsidR="0035378C" w:rsidRDefault="00000000">
            <w:r>
              <w:rPr>
                <w:sz w:val="16"/>
              </w:rPr>
              <w:t>7</w:t>
            </w:r>
          </w:p>
        </w:tc>
        <w:tc>
          <w:tcPr>
            <w:tcW w:w="1040" w:type="dxa"/>
          </w:tcPr>
          <w:p w14:paraId="3E18BA34" w14:textId="77777777" w:rsidR="0035378C" w:rsidRDefault="00000000">
            <w:r>
              <w:rPr>
                <w:sz w:val="16"/>
              </w:rPr>
              <w:t>7</w:t>
            </w:r>
          </w:p>
        </w:tc>
        <w:tc>
          <w:tcPr>
            <w:tcW w:w="1040" w:type="dxa"/>
          </w:tcPr>
          <w:p w14:paraId="55AC3A1A" w14:textId="77777777" w:rsidR="0035378C" w:rsidRDefault="00000000">
            <w:r>
              <w:rPr>
                <w:sz w:val="16"/>
              </w:rPr>
              <w:t>7</w:t>
            </w:r>
          </w:p>
        </w:tc>
        <w:tc>
          <w:tcPr>
            <w:tcW w:w="1040" w:type="dxa"/>
          </w:tcPr>
          <w:p w14:paraId="4B3DCFC9" w14:textId="77777777" w:rsidR="0035378C" w:rsidRDefault="00000000">
            <w:r>
              <w:rPr>
                <w:sz w:val="16"/>
              </w:rPr>
              <w:t>3</w:t>
            </w:r>
          </w:p>
        </w:tc>
        <w:tc>
          <w:tcPr>
            <w:tcW w:w="1040" w:type="dxa"/>
          </w:tcPr>
          <w:p w14:paraId="1D5931C8" w14:textId="77777777" w:rsidR="0035378C" w:rsidRDefault="00000000">
            <w:r>
              <w:rPr>
                <w:sz w:val="16"/>
              </w:rPr>
              <w:t>7</w:t>
            </w:r>
          </w:p>
        </w:tc>
        <w:tc>
          <w:tcPr>
            <w:tcW w:w="1040" w:type="dxa"/>
          </w:tcPr>
          <w:p w14:paraId="01D77E62" w14:textId="77777777" w:rsidR="0035378C" w:rsidRDefault="00000000">
            <w:r>
              <w:rPr>
                <w:sz w:val="16"/>
              </w:rPr>
              <w:t>7</w:t>
            </w:r>
          </w:p>
        </w:tc>
        <w:tc>
          <w:tcPr>
            <w:tcW w:w="1040" w:type="dxa"/>
          </w:tcPr>
          <w:p w14:paraId="431815F9" w14:textId="77777777" w:rsidR="0035378C" w:rsidRDefault="00000000">
            <w:r>
              <w:rPr>
                <w:sz w:val="16"/>
              </w:rPr>
              <w:t>1</w:t>
            </w:r>
          </w:p>
        </w:tc>
        <w:tc>
          <w:tcPr>
            <w:tcW w:w="1040" w:type="dxa"/>
          </w:tcPr>
          <w:p w14:paraId="0E0FB6EC" w14:textId="77777777" w:rsidR="0035378C" w:rsidRDefault="00000000">
            <w:r>
              <w:rPr>
                <w:sz w:val="16"/>
              </w:rPr>
              <w:t>0</w:t>
            </w:r>
          </w:p>
        </w:tc>
      </w:tr>
      <w:tr w:rsidR="0035378C" w14:paraId="31266FED" w14:textId="77777777">
        <w:trPr>
          <w:jc w:val="center"/>
        </w:trPr>
        <w:tc>
          <w:tcPr>
            <w:tcW w:w="1040" w:type="dxa"/>
          </w:tcPr>
          <w:p w14:paraId="0BA83D96" w14:textId="77777777" w:rsidR="0035378C" w:rsidRDefault="00000000">
            <w:r>
              <w:rPr>
                <w:sz w:val="16"/>
              </w:rPr>
              <w:t>Angola</w:t>
            </w:r>
          </w:p>
        </w:tc>
        <w:tc>
          <w:tcPr>
            <w:tcW w:w="1040" w:type="dxa"/>
          </w:tcPr>
          <w:p w14:paraId="504F595D" w14:textId="77777777" w:rsidR="0035378C" w:rsidRDefault="00000000">
            <w:r>
              <w:rPr>
                <w:sz w:val="16"/>
              </w:rPr>
              <w:t>2.55</w:t>
            </w:r>
          </w:p>
        </w:tc>
        <w:tc>
          <w:tcPr>
            <w:tcW w:w="1040" w:type="dxa"/>
          </w:tcPr>
          <w:p w14:paraId="0F2435A1" w14:textId="77777777" w:rsidR="0035378C" w:rsidRDefault="00000000">
            <w:r>
              <w:rPr>
                <w:sz w:val="16"/>
              </w:rPr>
              <w:t>7.78</w:t>
            </w:r>
          </w:p>
        </w:tc>
        <w:tc>
          <w:tcPr>
            <w:tcW w:w="1040" w:type="dxa"/>
          </w:tcPr>
          <w:p w14:paraId="7B2A2A17" w14:textId="77777777" w:rsidR="0035378C" w:rsidRDefault="00000000">
            <w:r>
              <w:rPr>
                <w:sz w:val="16"/>
              </w:rPr>
              <w:t>7.78</w:t>
            </w:r>
          </w:p>
        </w:tc>
        <w:tc>
          <w:tcPr>
            <w:tcW w:w="1040" w:type="dxa"/>
          </w:tcPr>
          <w:p w14:paraId="1B9DB4EF" w14:textId="77777777" w:rsidR="0035378C" w:rsidRDefault="00000000">
            <w:r>
              <w:rPr>
                <w:sz w:val="16"/>
              </w:rPr>
              <w:t>3</w:t>
            </w:r>
          </w:p>
        </w:tc>
        <w:tc>
          <w:tcPr>
            <w:tcW w:w="1040" w:type="dxa"/>
          </w:tcPr>
          <w:p w14:paraId="0C3302FA" w14:textId="77777777" w:rsidR="0035378C" w:rsidRDefault="00000000">
            <w:r>
              <w:rPr>
                <w:sz w:val="16"/>
              </w:rPr>
              <w:t>6.04</w:t>
            </w:r>
          </w:p>
        </w:tc>
        <w:tc>
          <w:tcPr>
            <w:tcW w:w="1040" w:type="dxa"/>
          </w:tcPr>
          <w:p w14:paraId="1C05F59B" w14:textId="77777777" w:rsidR="0035378C" w:rsidRDefault="00000000">
            <w:r>
              <w:rPr>
                <w:sz w:val="16"/>
              </w:rPr>
              <w:t>7.78</w:t>
            </w:r>
          </w:p>
        </w:tc>
        <w:tc>
          <w:tcPr>
            <w:tcW w:w="1040" w:type="dxa"/>
          </w:tcPr>
          <w:p w14:paraId="2BAC0B69" w14:textId="77777777" w:rsidR="0035378C" w:rsidRDefault="00000000">
            <w:r>
              <w:rPr>
                <w:sz w:val="16"/>
              </w:rPr>
              <w:t>3.05</w:t>
            </w:r>
          </w:p>
        </w:tc>
        <w:tc>
          <w:tcPr>
            <w:tcW w:w="1040" w:type="dxa"/>
          </w:tcPr>
          <w:p w14:paraId="023E754B" w14:textId="77777777" w:rsidR="0035378C" w:rsidRDefault="00000000">
            <w:r>
              <w:rPr>
                <w:sz w:val="16"/>
              </w:rPr>
              <w:t>0.408</w:t>
            </w:r>
          </w:p>
        </w:tc>
      </w:tr>
      <w:tr w:rsidR="0035378C" w14:paraId="1644C991" w14:textId="77777777">
        <w:trPr>
          <w:jc w:val="center"/>
        </w:trPr>
        <w:tc>
          <w:tcPr>
            <w:tcW w:w="1040" w:type="dxa"/>
          </w:tcPr>
          <w:p w14:paraId="2AA09AFD" w14:textId="77777777" w:rsidR="0035378C" w:rsidRDefault="00000000">
            <w:r>
              <w:rPr>
                <w:sz w:val="16"/>
              </w:rPr>
              <w:t>Ecuador</w:t>
            </w:r>
          </w:p>
        </w:tc>
        <w:tc>
          <w:tcPr>
            <w:tcW w:w="1040" w:type="dxa"/>
          </w:tcPr>
          <w:p w14:paraId="6E6695C1" w14:textId="77777777" w:rsidR="0035378C" w:rsidRDefault="00000000">
            <w:r>
              <w:rPr>
                <w:sz w:val="16"/>
              </w:rPr>
              <w:t>8.27</w:t>
            </w:r>
          </w:p>
        </w:tc>
        <w:tc>
          <w:tcPr>
            <w:tcW w:w="1040" w:type="dxa"/>
          </w:tcPr>
          <w:p w14:paraId="708BEFA4" w14:textId="77777777" w:rsidR="0035378C" w:rsidRDefault="00000000">
            <w:r>
              <w:rPr>
                <w:sz w:val="16"/>
              </w:rPr>
              <w:t>8.27</w:t>
            </w:r>
          </w:p>
        </w:tc>
        <w:tc>
          <w:tcPr>
            <w:tcW w:w="1040" w:type="dxa"/>
          </w:tcPr>
          <w:p w14:paraId="43756163" w14:textId="77777777" w:rsidR="0035378C" w:rsidRDefault="00000000">
            <w:r>
              <w:rPr>
                <w:sz w:val="16"/>
              </w:rPr>
              <w:t>1.3</w:t>
            </w:r>
          </w:p>
        </w:tc>
        <w:tc>
          <w:tcPr>
            <w:tcW w:w="1040" w:type="dxa"/>
          </w:tcPr>
          <w:p w14:paraId="0925E1B8" w14:textId="77777777" w:rsidR="0035378C" w:rsidRDefault="00000000">
            <w:r>
              <w:rPr>
                <w:sz w:val="16"/>
              </w:rPr>
              <w:t>3</w:t>
            </w:r>
          </w:p>
        </w:tc>
        <w:tc>
          <w:tcPr>
            <w:tcW w:w="1040" w:type="dxa"/>
          </w:tcPr>
          <w:p w14:paraId="0D50FFA7" w14:textId="77777777" w:rsidR="0035378C" w:rsidRDefault="00000000">
            <w:r>
              <w:rPr>
                <w:sz w:val="16"/>
              </w:rPr>
              <w:t>5.95</w:t>
            </w:r>
          </w:p>
        </w:tc>
        <w:tc>
          <w:tcPr>
            <w:tcW w:w="1040" w:type="dxa"/>
          </w:tcPr>
          <w:p w14:paraId="776C58CB" w14:textId="77777777" w:rsidR="0035378C" w:rsidRDefault="00000000">
            <w:r>
              <w:rPr>
                <w:sz w:val="16"/>
              </w:rPr>
              <w:t>8.27</w:t>
            </w:r>
          </w:p>
        </w:tc>
        <w:tc>
          <w:tcPr>
            <w:tcW w:w="1040" w:type="dxa"/>
          </w:tcPr>
          <w:p w14:paraId="12976D9E" w14:textId="77777777" w:rsidR="0035378C" w:rsidRDefault="00000000">
            <w:r>
              <w:rPr>
                <w:sz w:val="16"/>
              </w:rPr>
              <w:t>6.35</w:t>
            </w:r>
          </w:p>
        </w:tc>
        <w:tc>
          <w:tcPr>
            <w:tcW w:w="1040" w:type="dxa"/>
          </w:tcPr>
          <w:p w14:paraId="56550244" w14:textId="77777777" w:rsidR="0035378C" w:rsidRDefault="00000000">
            <w:r>
              <w:rPr>
                <w:sz w:val="16"/>
              </w:rPr>
              <w:t>0.552</w:t>
            </w:r>
          </w:p>
        </w:tc>
      </w:tr>
      <w:tr w:rsidR="0035378C" w14:paraId="17602456" w14:textId="77777777">
        <w:trPr>
          <w:jc w:val="center"/>
        </w:trPr>
        <w:tc>
          <w:tcPr>
            <w:tcW w:w="1040" w:type="dxa"/>
          </w:tcPr>
          <w:p w14:paraId="67F57180" w14:textId="77777777" w:rsidR="0035378C" w:rsidRDefault="00000000">
            <w:r>
              <w:rPr>
                <w:sz w:val="16"/>
              </w:rPr>
              <w:t>Mexico</w:t>
            </w:r>
          </w:p>
        </w:tc>
        <w:tc>
          <w:tcPr>
            <w:tcW w:w="1040" w:type="dxa"/>
          </w:tcPr>
          <w:p w14:paraId="4E1033AF" w14:textId="77777777" w:rsidR="0035378C" w:rsidRDefault="00000000">
            <w:r>
              <w:rPr>
                <w:sz w:val="16"/>
              </w:rPr>
              <w:t>5.14</w:t>
            </w:r>
          </w:p>
        </w:tc>
        <w:tc>
          <w:tcPr>
            <w:tcW w:w="1040" w:type="dxa"/>
          </w:tcPr>
          <w:p w14:paraId="5E9BA7E6" w14:textId="77777777" w:rsidR="0035378C" w:rsidRDefault="00000000">
            <w:r>
              <w:rPr>
                <w:sz w:val="16"/>
              </w:rPr>
              <w:t>5.79</w:t>
            </w:r>
          </w:p>
        </w:tc>
        <w:tc>
          <w:tcPr>
            <w:tcW w:w="1040" w:type="dxa"/>
          </w:tcPr>
          <w:p w14:paraId="14850EE7" w14:textId="77777777" w:rsidR="0035378C" w:rsidRDefault="00000000">
            <w:r>
              <w:rPr>
                <w:sz w:val="16"/>
              </w:rPr>
              <w:t>6.07</w:t>
            </w:r>
          </w:p>
        </w:tc>
        <w:tc>
          <w:tcPr>
            <w:tcW w:w="1040" w:type="dxa"/>
          </w:tcPr>
          <w:p w14:paraId="4F99806B" w14:textId="77777777" w:rsidR="0035378C" w:rsidRDefault="00000000">
            <w:r>
              <w:rPr>
                <w:sz w:val="16"/>
              </w:rPr>
              <w:t>3</w:t>
            </w:r>
          </w:p>
        </w:tc>
        <w:tc>
          <w:tcPr>
            <w:tcW w:w="1040" w:type="dxa"/>
          </w:tcPr>
          <w:p w14:paraId="4EE0742B" w14:textId="77777777" w:rsidR="0035378C" w:rsidRDefault="00000000">
            <w:r>
              <w:rPr>
                <w:sz w:val="16"/>
              </w:rPr>
              <w:t>5.66</w:t>
            </w:r>
          </w:p>
        </w:tc>
        <w:tc>
          <w:tcPr>
            <w:tcW w:w="1040" w:type="dxa"/>
          </w:tcPr>
          <w:p w14:paraId="13D573A9" w14:textId="77777777" w:rsidR="0035378C" w:rsidRDefault="00000000">
            <w:r>
              <w:rPr>
                <w:sz w:val="16"/>
              </w:rPr>
              <w:t>5.79</w:t>
            </w:r>
          </w:p>
        </w:tc>
        <w:tc>
          <w:tcPr>
            <w:tcW w:w="1040" w:type="dxa"/>
          </w:tcPr>
          <w:p w14:paraId="7EC2CC4B" w14:textId="77777777" w:rsidR="0035378C" w:rsidRDefault="00000000">
            <w:r>
              <w:rPr>
                <w:sz w:val="16"/>
              </w:rPr>
              <w:t>1.18</w:t>
            </w:r>
          </w:p>
        </w:tc>
        <w:tc>
          <w:tcPr>
            <w:tcW w:w="1040" w:type="dxa"/>
          </w:tcPr>
          <w:p w14:paraId="12245867" w14:textId="77777777" w:rsidR="0035378C" w:rsidRDefault="00000000">
            <w:r>
              <w:rPr>
                <w:sz w:val="16"/>
              </w:rPr>
              <w:t>0.069</w:t>
            </w:r>
          </w:p>
        </w:tc>
      </w:tr>
      <w:tr w:rsidR="0035378C" w14:paraId="22D66069" w14:textId="77777777">
        <w:trPr>
          <w:jc w:val="center"/>
        </w:trPr>
        <w:tc>
          <w:tcPr>
            <w:tcW w:w="1040" w:type="dxa"/>
          </w:tcPr>
          <w:p w14:paraId="5E5EC491" w14:textId="77777777" w:rsidR="0035378C" w:rsidRDefault="00000000">
            <w:r>
              <w:rPr>
                <w:sz w:val="16"/>
              </w:rPr>
              <w:t>Oman</w:t>
            </w:r>
          </w:p>
        </w:tc>
        <w:tc>
          <w:tcPr>
            <w:tcW w:w="1040" w:type="dxa"/>
          </w:tcPr>
          <w:p w14:paraId="74A7D9E5" w14:textId="77777777" w:rsidR="0035378C" w:rsidRDefault="00000000">
            <w:r>
              <w:rPr>
                <w:sz w:val="16"/>
              </w:rPr>
              <w:t>4.97</w:t>
            </w:r>
          </w:p>
        </w:tc>
        <w:tc>
          <w:tcPr>
            <w:tcW w:w="1040" w:type="dxa"/>
          </w:tcPr>
          <w:p w14:paraId="665F239F" w14:textId="77777777" w:rsidR="0035378C" w:rsidRDefault="00000000">
            <w:r>
              <w:rPr>
                <w:sz w:val="16"/>
              </w:rPr>
              <w:t>5.37</w:t>
            </w:r>
          </w:p>
        </w:tc>
        <w:tc>
          <w:tcPr>
            <w:tcW w:w="1040" w:type="dxa"/>
          </w:tcPr>
          <w:p w14:paraId="6AE66725" w14:textId="77777777" w:rsidR="0035378C" w:rsidRDefault="00000000">
            <w:r>
              <w:rPr>
                <w:sz w:val="16"/>
              </w:rPr>
              <w:t>5.37</w:t>
            </w:r>
          </w:p>
        </w:tc>
        <w:tc>
          <w:tcPr>
            <w:tcW w:w="1040" w:type="dxa"/>
          </w:tcPr>
          <w:p w14:paraId="240FF539" w14:textId="77777777" w:rsidR="0035378C" w:rsidRDefault="00000000">
            <w:r>
              <w:rPr>
                <w:sz w:val="16"/>
              </w:rPr>
              <w:t>3</w:t>
            </w:r>
          </w:p>
        </w:tc>
        <w:tc>
          <w:tcPr>
            <w:tcW w:w="1040" w:type="dxa"/>
          </w:tcPr>
          <w:p w14:paraId="133F4C13" w14:textId="77777777" w:rsidR="0035378C" w:rsidRDefault="00000000">
            <w:r>
              <w:rPr>
                <w:sz w:val="16"/>
              </w:rPr>
              <w:t>5.24</w:t>
            </w:r>
          </w:p>
        </w:tc>
        <w:tc>
          <w:tcPr>
            <w:tcW w:w="1040" w:type="dxa"/>
          </w:tcPr>
          <w:p w14:paraId="7E562980" w14:textId="77777777" w:rsidR="0035378C" w:rsidRDefault="00000000">
            <w:r>
              <w:rPr>
                <w:sz w:val="16"/>
              </w:rPr>
              <w:t>5.37</w:t>
            </w:r>
          </w:p>
        </w:tc>
        <w:tc>
          <w:tcPr>
            <w:tcW w:w="1040" w:type="dxa"/>
          </w:tcPr>
          <w:p w14:paraId="4A8300F8" w14:textId="77777777" w:rsidR="0035378C" w:rsidRDefault="00000000">
            <w:r>
              <w:rPr>
                <w:sz w:val="16"/>
              </w:rPr>
              <w:t>1.08</w:t>
            </w:r>
          </w:p>
        </w:tc>
        <w:tc>
          <w:tcPr>
            <w:tcW w:w="1040" w:type="dxa"/>
          </w:tcPr>
          <w:p w14:paraId="1EC91279" w14:textId="77777777" w:rsidR="0035378C" w:rsidRDefault="00000000">
            <w:r>
              <w:rPr>
                <w:sz w:val="16"/>
              </w:rPr>
              <w:t>0.036</w:t>
            </w:r>
          </w:p>
        </w:tc>
      </w:tr>
      <w:tr w:rsidR="0035378C" w14:paraId="1EBF119A" w14:textId="77777777">
        <w:trPr>
          <w:jc w:val="center"/>
        </w:trPr>
        <w:tc>
          <w:tcPr>
            <w:tcW w:w="1040" w:type="dxa"/>
          </w:tcPr>
          <w:p w14:paraId="153D5551" w14:textId="77777777" w:rsidR="0035378C" w:rsidRDefault="00000000">
            <w:r>
              <w:rPr>
                <w:sz w:val="16"/>
              </w:rPr>
              <w:t>Sudan and South Sudan</w:t>
            </w:r>
          </w:p>
        </w:tc>
        <w:tc>
          <w:tcPr>
            <w:tcW w:w="1040" w:type="dxa"/>
          </w:tcPr>
          <w:p w14:paraId="6CFECE9A" w14:textId="77777777" w:rsidR="0035378C" w:rsidRDefault="00000000">
            <w:r>
              <w:rPr>
                <w:sz w:val="16"/>
              </w:rPr>
              <w:t>5</w:t>
            </w:r>
          </w:p>
        </w:tc>
        <w:tc>
          <w:tcPr>
            <w:tcW w:w="1040" w:type="dxa"/>
          </w:tcPr>
          <w:p w14:paraId="0648E368" w14:textId="77777777" w:rsidR="0035378C" w:rsidRDefault="0035378C"/>
        </w:tc>
        <w:tc>
          <w:tcPr>
            <w:tcW w:w="1040" w:type="dxa"/>
          </w:tcPr>
          <w:p w14:paraId="3548D131" w14:textId="77777777" w:rsidR="0035378C" w:rsidRDefault="0035378C"/>
        </w:tc>
        <w:tc>
          <w:tcPr>
            <w:tcW w:w="1040" w:type="dxa"/>
          </w:tcPr>
          <w:p w14:paraId="458E186C" w14:textId="77777777" w:rsidR="0035378C" w:rsidRDefault="00000000">
            <w:r>
              <w:rPr>
                <w:sz w:val="16"/>
              </w:rPr>
              <w:t>1</w:t>
            </w:r>
          </w:p>
        </w:tc>
        <w:tc>
          <w:tcPr>
            <w:tcW w:w="1040" w:type="dxa"/>
          </w:tcPr>
          <w:p w14:paraId="774BB5FB" w14:textId="77777777" w:rsidR="0035378C" w:rsidRDefault="00000000">
            <w:r>
              <w:rPr>
                <w:sz w:val="16"/>
              </w:rPr>
              <w:t>5</w:t>
            </w:r>
          </w:p>
        </w:tc>
        <w:tc>
          <w:tcPr>
            <w:tcW w:w="1040" w:type="dxa"/>
          </w:tcPr>
          <w:p w14:paraId="2E915AB7" w14:textId="77777777" w:rsidR="0035378C" w:rsidRDefault="00000000">
            <w:r>
              <w:rPr>
                <w:sz w:val="16"/>
              </w:rPr>
              <w:t>5</w:t>
            </w:r>
          </w:p>
        </w:tc>
        <w:tc>
          <w:tcPr>
            <w:tcW w:w="1040" w:type="dxa"/>
          </w:tcPr>
          <w:p w14:paraId="1951F3FA" w14:textId="77777777" w:rsidR="0035378C" w:rsidRDefault="00000000">
            <w:r>
              <w:rPr>
                <w:sz w:val="16"/>
              </w:rPr>
              <w:t>1</w:t>
            </w:r>
          </w:p>
        </w:tc>
        <w:tc>
          <w:tcPr>
            <w:tcW w:w="1040" w:type="dxa"/>
          </w:tcPr>
          <w:p w14:paraId="78097AF5" w14:textId="77777777" w:rsidR="0035378C" w:rsidRDefault="00000000">
            <w:r>
              <w:rPr>
                <w:sz w:val="16"/>
              </w:rPr>
              <w:t>0</w:t>
            </w:r>
          </w:p>
        </w:tc>
      </w:tr>
      <w:tr w:rsidR="0035378C" w14:paraId="73861DBC" w14:textId="77777777">
        <w:trPr>
          <w:jc w:val="center"/>
        </w:trPr>
        <w:tc>
          <w:tcPr>
            <w:tcW w:w="1040" w:type="dxa"/>
          </w:tcPr>
          <w:p w14:paraId="2312F985" w14:textId="77777777" w:rsidR="0035378C" w:rsidRDefault="00000000">
            <w:r>
              <w:rPr>
                <w:sz w:val="16"/>
              </w:rPr>
              <w:t>India</w:t>
            </w:r>
          </w:p>
        </w:tc>
        <w:tc>
          <w:tcPr>
            <w:tcW w:w="1040" w:type="dxa"/>
          </w:tcPr>
          <w:p w14:paraId="29FB1C1D" w14:textId="77777777" w:rsidR="0035378C" w:rsidRDefault="00000000">
            <w:r>
              <w:rPr>
                <w:sz w:val="16"/>
              </w:rPr>
              <w:t>4.98</w:t>
            </w:r>
          </w:p>
        </w:tc>
        <w:tc>
          <w:tcPr>
            <w:tcW w:w="1040" w:type="dxa"/>
          </w:tcPr>
          <w:p w14:paraId="2172523D" w14:textId="77777777" w:rsidR="0035378C" w:rsidRDefault="00000000">
            <w:r>
              <w:rPr>
                <w:sz w:val="16"/>
              </w:rPr>
              <w:t>4.61</w:t>
            </w:r>
          </w:p>
        </w:tc>
        <w:tc>
          <w:tcPr>
            <w:tcW w:w="1040" w:type="dxa"/>
          </w:tcPr>
          <w:p w14:paraId="39C9AF80" w14:textId="77777777" w:rsidR="0035378C" w:rsidRDefault="00000000">
            <w:r>
              <w:rPr>
                <w:sz w:val="16"/>
              </w:rPr>
              <w:t>4.54</w:t>
            </w:r>
          </w:p>
        </w:tc>
        <w:tc>
          <w:tcPr>
            <w:tcW w:w="1040" w:type="dxa"/>
          </w:tcPr>
          <w:p w14:paraId="095E83F7" w14:textId="77777777" w:rsidR="0035378C" w:rsidRDefault="00000000">
            <w:r>
              <w:rPr>
                <w:sz w:val="16"/>
              </w:rPr>
              <w:t>3</w:t>
            </w:r>
          </w:p>
        </w:tc>
        <w:tc>
          <w:tcPr>
            <w:tcW w:w="1040" w:type="dxa"/>
          </w:tcPr>
          <w:p w14:paraId="09F952A1" w14:textId="77777777" w:rsidR="0035378C" w:rsidRDefault="00000000">
            <w:r>
              <w:rPr>
                <w:sz w:val="16"/>
              </w:rPr>
              <w:t>4.71</w:t>
            </w:r>
          </w:p>
        </w:tc>
        <w:tc>
          <w:tcPr>
            <w:tcW w:w="1040" w:type="dxa"/>
          </w:tcPr>
          <w:p w14:paraId="3CE3B14C" w14:textId="77777777" w:rsidR="0035378C" w:rsidRDefault="00000000">
            <w:r>
              <w:rPr>
                <w:sz w:val="16"/>
              </w:rPr>
              <w:t>4.61</w:t>
            </w:r>
          </w:p>
        </w:tc>
        <w:tc>
          <w:tcPr>
            <w:tcW w:w="1040" w:type="dxa"/>
          </w:tcPr>
          <w:p w14:paraId="06157D0A" w14:textId="77777777" w:rsidR="0035378C" w:rsidRDefault="00000000">
            <w:r>
              <w:rPr>
                <w:sz w:val="16"/>
              </w:rPr>
              <w:t>1.1</w:t>
            </w:r>
          </w:p>
        </w:tc>
        <w:tc>
          <w:tcPr>
            <w:tcW w:w="1040" w:type="dxa"/>
          </w:tcPr>
          <w:p w14:paraId="016AA69A" w14:textId="77777777" w:rsidR="0035378C" w:rsidRDefault="00000000">
            <w:r>
              <w:rPr>
                <w:sz w:val="16"/>
              </w:rPr>
              <w:t>0.041</w:t>
            </w:r>
          </w:p>
        </w:tc>
      </w:tr>
      <w:tr w:rsidR="0035378C" w14:paraId="3EA67ACF" w14:textId="77777777">
        <w:trPr>
          <w:jc w:val="center"/>
        </w:trPr>
        <w:tc>
          <w:tcPr>
            <w:tcW w:w="1040" w:type="dxa"/>
          </w:tcPr>
          <w:p w14:paraId="7B2FB38D" w14:textId="77777777" w:rsidR="0035378C" w:rsidRDefault="00000000">
            <w:r>
              <w:rPr>
                <w:sz w:val="16"/>
              </w:rPr>
              <w:t>Vietnam</w:t>
            </w:r>
          </w:p>
        </w:tc>
        <w:tc>
          <w:tcPr>
            <w:tcW w:w="1040" w:type="dxa"/>
          </w:tcPr>
          <w:p w14:paraId="70080FFF" w14:textId="77777777" w:rsidR="0035378C" w:rsidRDefault="00000000">
            <w:r>
              <w:rPr>
                <w:sz w:val="16"/>
              </w:rPr>
              <w:t>4.4</w:t>
            </w:r>
          </w:p>
        </w:tc>
        <w:tc>
          <w:tcPr>
            <w:tcW w:w="1040" w:type="dxa"/>
          </w:tcPr>
          <w:p w14:paraId="005A9982" w14:textId="77777777" w:rsidR="0035378C" w:rsidRDefault="00000000">
            <w:r>
              <w:rPr>
                <w:sz w:val="16"/>
              </w:rPr>
              <w:t>4.4</w:t>
            </w:r>
          </w:p>
        </w:tc>
        <w:tc>
          <w:tcPr>
            <w:tcW w:w="1040" w:type="dxa"/>
          </w:tcPr>
          <w:p w14:paraId="2EBFCB0C" w14:textId="77777777" w:rsidR="0035378C" w:rsidRDefault="00000000">
            <w:r>
              <w:rPr>
                <w:sz w:val="16"/>
              </w:rPr>
              <w:t>4.4</w:t>
            </w:r>
          </w:p>
        </w:tc>
        <w:tc>
          <w:tcPr>
            <w:tcW w:w="1040" w:type="dxa"/>
          </w:tcPr>
          <w:p w14:paraId="0EDD5565" w14:textId="77777777" w:rsidR="0035378C" w:rsidRDefault="00000000">
            <w:r>
              <w:rPr>
                <w:sz w:val="16"/>
              </w:rPr>
              <w:t>3</w:t>
            </w:r>
          </w:p>
        </w:tc>
        <w:tc>
          <w:tcPr>
            <w:tcW w:w="1040" w:type="dxa"/>
          </w:tcPr>
          <w:p w14:paraId="5C21B0DF" w14:textId="77777777" w:rsidR="0035378C" w:rsidRDefault="00000000">
            <w:r>
              <w:rPr>
                <w:sz w:val="16"/>
              </w:rPr>
              <w:t>4.4</w:t>
            </w:r>
          </w:p>
        </w:tc>
        <w:tc>
          <w:tcPr>
            <w:tcW w:w="1040" w:type="dxa"/>
          </w:tcPr>
          <w:p w14:paraId="138B4929" w14:textId="77777777" w:rsidR="0035378C" w:rsidRDefault="00000000">
            <w:r>
              <w:rPr>
                <w:sz w:val="16"/>
              </w:rPr>
              <w:t>4.4</w:t>
            </w:r>
          </w:p>
        </w:tc>
        <w:tc>
          <w:tcPr>
            <w:tcW w:w="1040" w:type="dxa"/>
          </w:tcPr>
          <w:p w14:paraId="61825DD1" w14:textId="77777777" w:rsidR="0035378C" w:rsidRDefault="00000000">
            <w:r>
              <w:rPr>
                <w:sz w:val="16"/>
              </w:rPr>
              <w:t>1</w:t>
            </w:r>
          </w:p>
        </w:tc>
        <w:tc>
          <w:tcPr>
            <w:tcW w:w="1040" w:type="dxa"/>
          </w:tcPr>
          <w:p w14:paraId="61561668" w14:textId="77777777" w:rsidR="0035378C" w:rsidRDefault="00000000">
            <w:r>
              <w:rPr>
                <w:sz w:val="16"/>
              </w:rPr>
              <w:t>0</w:t>
            </w:r>
          </w:p>
        </w:tc>
      </w:tr>
      <w:tr w:rsidR="0035378C" w14:paraId="3BA95F22" w14:textId="77777777">
        <w:trPr>
          <w:jc w:val="center"/>
        </w:trPr>
        <w:tc>
          <w:tcPr>
            <w:tcW w:w="1040" w:type="dxa"/>
          </w:tcPr>
          <w:p w14:paraId="13C227AD" w14:textId="77777777" w:rsidR="0035378C" w:rsidRDefault="00000000">
            <w:r>
              <w:rPr>
                <w:sz w:val="16"/>
              </w:rPr>
              <w:lastRenderedPageBreak/>
              <w:t>South Sudan</w:t>
            </w:r>
          </w:p>
        </w:tc>
        <w:tc>
          <w:tcPr>
            <w:tcW w:w="1040" w:type="dxa"/>
          </w:tcPr>
          <w:p w14:paraId="1A78CE79" w14:textId="77777777" w:rsidR="0035378C" w:rsidRDefault="0035378C"/>
        </w:tc>
        <w:tc>
          <w:tcPr>
            <w:tcW w:w="1040" w:type="dxa"/>
          </w:tcPr>
          <w:p w14:paraId="2795BB65" w14:textId="77777777" w:rsidR="0035378C" w:rsidRDefault="00000000">
            <w:r>
              <w:rPr>
                <w:sz w:val="16"/>
              </w:rPr>
              <w:t>3.75</w:t>
            </w:r>
          </w:p>
        </w:tc>
        <w:tc>
          <w:tcPr>
            <w:tcW w:w="1040" w:type="dxa"/>
          </w:tcPr>
          <w:p w14:paraId="3642D773" w14:textId="77777777" w:rsidR="0035378C" w:rsidRDefault="00000000">
            <w:r>
              <w:rPr>
                <w:sz w:val="16"/>
              </w:rPr>
              <w:t>3.5</w:t>
            </w:r>
          </w:p>
        </w:tc>
        <w:tc>
          <w:tcPr>
            <w:tcW w:w="1040" w:type="dxa"/>
          </w:tcPr>
          <w:p w14:paraId="3D5034BD" w14:textId="77777777" w:rsidR="0035378C" w:rsidRDefault="00000000">
            <w:r>
              <w:rPr>
                <w:sz w:val="16"/>
              </w:rPr>
              <w:t>2</w:t>
            </w:r>
          </w:p>
        </w:tc>
        <w:tc>
          <w:tcPr>
            <w:tcW w:w="1040" w:type="dxa"/>
          </w:tcPr>
          <w:p w14:paraId="490407F5" w14:textId="77777777" w:rsidR="0035378C" w:rsidRDefault="00000000">
            <w:r>
              <w:rPr>
                <w:sz w:val="16"/>
              </w:rPr>
              <w:t>3.62</w:t>
            </w:r>
          </w:p>
        </w:tc>
        <w:tc>
          <w:tcPr>
            <w:tcW w:w="1040" w:type="dxa"/>
          </w:tcPr>
          <w:p w14:paraId="3AB21EEA" w14:textId="77777777" w:rsidR="0035378C" w:rsidRDefault="00000000">
            <w:r>
              <w:rPr>
                <w:sz w:val="16"/>
              </w:rPr>
              <w:t>3.62</w:t>
            </w:r>
          </w:p>
        </w:tc>
        <w:tc>
          <w:tcPr>
            <w:tcW w:w="1040" w:type="dxa"/>
          </w:tcPr>
          <w:p w14:paraId="5E58D9D6" w14:textId="77777777" w:rsidR="0035378C" w:rsidRDefault="00000000">
            <w:r>
              <w:rPr>
                <w:sz w:val="16"/>
              </w:rPr>
              <w:t>1.07</w:t>
            </w:r>
          </w:p>
        </w:tc>
        <w:tc>
          <w:tcPr>
            <w:tcW w:w="1040" w:type="dxa"/>
          </w:tcPr>
          <w:p w14:paraId="11A9D6FD" w14:textId="77777777" w:rsidR="0035378C" w:rsidRDefault="00000000">
            <w:r>
              <w:rPr>
                <w:sz w:val="16"/>
              </w:rPr>
              <w:t>0.035</w:t>
            </w:r>
          </w:p>
        </w:tc>
      </w:tr>
      <w:tr w:rsidR="0035378C" w14:paraId="11B7CEAD" w14:textId="77777777">
        <w:trPr>
          <w:jc w:val="center"/>
        </w:trPr>
        <w:tc>
          <w:tcPr>
            <w:tcW w:w="1040" w:type="dxa"/>
          </w:tcPr>
          <w:p w14:paraId="6BB3702B" w14:textId="77777777" w:rsidR="0035378C" w:rsidRDefault="00000000">
            <w:r>
              <w:rPr>
                <w:sz w:val="16"/>
              </w:rPr>
              <w:t>Egypt</w:t>
            </w:r>
          </w:p>
        </w:tc>
        <w:tc>
          <w:tcPr>
            <w:tcW w:w="1040" w:type="dxa"/>
          </w:tcPr>
          <w:p w14:paraId="5DE31323" w14:textId="77777777" w:rsidR="0035378C" w:rsidRDefault="00000000">
            <w:r>
              <w:rPr>
                <w:sz w:val="16"/>
              </w:rPr>
              <w:t>3.3</w:t>
            </w:r>
          </w:p>
        </w:tc>
        <w:tc>
          <w:tcPr>
            <w:tcW w:w="1040" w:type="dxa"/>
          </w:tcPr>
          <w:p w14:paraId="6B6206BF" w14:textId="77777777" w:rsidR="0035378C" w:rsidRDefault="00000000">
            <w:r>
              <w:rPr>
                <w:sz w:val="16"/>
              </w:rPr>
              <w:t>3.3</w:t>
            </w:r>
          </w:p>
        </w:tc>
        <w:tc>
          <w:tcPr>
            <w:tcW w:w="1040" w:type="dxa"/>
          </w:tcPr>
          <w:p w14:paraId="2AA9AFD8" w14:textId="77777777" w:rsidR="0035378C" w:rsidRDefault="00000000">
            <w:r>
              <w:rPr>
                <w:sz w:val="16"/>
              </w:rPr>
              <w:t>3.15</w:t>
            </w:r>
          </w:p>
        </w:tc>
        <w:tc>
          <w:tcPr>
            <w:tcW w:w="1040" w:type="dxa"/>
          </w:tcPr>
          <w:p w14:paraId="4ACBBEDF" w14:textId="77777777" w:rsidR="0035378C" w:rsidRDefault="00000000">
            <w:r>
              <w:rPr>
                <w:sz w:val="16"/>
              </w:rPr>
              <w:t>3</w:t>
            </w:r>
          </w:p>
        </w:tc>
        <w:tc>
          <w:tcPr>
            <w:tcW w:w="1040" w:type="dxa"/>
          </w:tcPr>
          <w:p w14:paraId="05663CD8" w14:textId="77777777" w:rsidR="0035378C" w:rsidRDefault="00000000">
            <w:r>
              <w:rPr>
                <w:sz w:val="16"/>
              </w:rPr>
              <w:t>3.25</w:t>
            </w:r>
          </w:p>
        </w:tc>
        <w:tc>
          <w:tcPr>
            <w:tcW w:w="1040" w:type="dxa"/>
          </w:tcPr>
          <w:p w14:paraId="3E38D70D" w14:textId="77777777" w:rsidR="0035378C" w:rsidRDefault="00000000">
            <w:r>
              <w:rPr>
                <w:sz w:val="16"/>
              </w:rPr>
              <w:t>3.3</w:t>
            </w:r>
          </w:p>
        </w:tc>
        <w:tc>
          <w:tcPr>
            <w:tcW w:w="1040" w:type="dxa"/>
          </w:tcPr>
          <w:p w14:paraId="259EEA7C" w14:textId="77777777" w:rsidR="0035378C" w:rsidRDefault="00000000">
            <w:r>
              <w:rPr>
                <w:sz w:val="16"/>
              </w:rPr>
              <w:t>1.05</w:t>
            </w:r>
          </w:p>
        </w:tc>
        <w:tc>
          <w:tcPr>
            <w:tcW w:w="1040" w:type="dxa"/>
          </w:tcPr>
          <w:p w14:paraId="5C966BF0" w14:textId="77777777" w:rsidR="0035378C" w:rsidRDefault="00000000">
            <w:r>
              <w:rPr>
                <w:sz w:val="16"/>
              </w:rPr>
              <w:t>0.022</w:t>
            </w:r>
          </w:p>
        </w:tc>
      </w:tr>
      <w:tr w:rsidR="0035378C" w14:paraId="75E4927E" w14:textId="77777777">
        <w:trPr>
          <w:jc w:val="center"/>
        </w:trPr>
        <w:tc>
          <w:tcPr>
            <w:tcW w:w="1040" w:type="dxa"/>
          </w:tcPr>
          <w:p w14:paraId="53807952" w14:textId="77777777" w:rsidR="0035378C" w:rsidRDefault="00000000">
            <w:r>
              <w:rPr>
                <w:sz w:val="16"/>
              </w:rPr>
              <w:t>Malaysia</w:t>
            </w:r>
          </w:p>
        </w:tc>
        <w:tc>
          <w:tcPr>
            <w:tcW w:w="1040" w:type="dxa"/>
          </w:tcPr>
          <w:p w14:paraId="02BB1AA8" w14:textId="77777777" w:rsidR="0035378C" w:rsidRDefault="00000000">
            <w:r>
              <w:rPr>
                <w:sz w:val="16"/>
              </w:rPr>
              <w:t>2.7</w:t>
            </w:r>
          </w:p>
        </w:tc>
        <w:tc>
          <w:tcPr>
            <w:tcW w:w="1040" w:type="dxa"/>
          </w:tcPr>
          <w:p w14:paraId="5EFA46AB" w14:textId="77777777" w:rsidR="0035378C" w:rsidRDefault="00000000">
            <w:r>
              <w:rPr>
                <w:sz w:val="16"/>
              </w:rPr>
              <w:t>3.6</w:t>
            </w:r>
          </w:p>
        </w:tc>
        <w:tc>
          <w:tcPr>
            <w:tcW w:w="1040" w:type="dxa"/>
          </w:tcPr>
          <w:p w14:paraId="4275EB56" w14:textId="77777777" w:rsidR="0035378C" w:rsidRDefault="00000000">
            <w:r>
              <w:rPr>
                <w:sz w:val="16"/>
              </w:rPr>
              <w:t>2.73</w:t>
            </w:r>
          </w:p>
        </w:tc>
        <w:tc>
          <w:tcPr>
            <w:tcW w:w="1040" w:type="dxa"/>
          </w:tcPr>
          <w:p w14:paraId="40D20B39" w14:textId="77777777" w:rsidR="0035378C" w:rsidRDefault="00000000">
            <w:r>
              <w:rPr>
                <w:sz w:val="16"/>
              </w:rPr>
              <w:t>3</w:t>
            </w:r>
          </w:p>
        </w:tc>
        <w:tc>
          <w:tcPr>
            <w:tcW w:w="1040" w:type="dxa"/>
          </w:tcPr>
          <w:p w14:paraId="55056066" w14:textId="77777777" w:rsidR="0035378C" w:rsidRDefault="00000000">
            <w:r>
              <w:rPr>
                <w:sz w:val="16"/>
              </w:rPr>
              <w:t>3.01</w:t>
            </w:r>
          </w:p>
        </w:tc>
        <w:tc>
          <w:tcPr>
            <w:tcW w:w="1040" w:type="dxa"/>
          </w:tcPr>
          <w:p w14:paraId="4A5008F6" w14:textId="77777777" w:rsidR="0035378C" w:rsidRDefault="00000000">
            <w:r>
              <w:rPr>
                <w:sz w:val="16"/>
              </w:rPr>
              <w:t>2.73</w:t>
            </w:r>
          </w:p>
        </w:tc>
        <w:tc>
          <w:tcPr>
            <w:tcW w:w="1040" w:type="dxa"/>
          </w:tcPr>
          <w:p w14:paraId="7B74B262" w14:textId="77777777" w:rsidR="0035378C" w:rsidRDefault="00000000">
            <w:r>
              <w:rPr>
                <w:sz w:val="16"/>
              </w:rPr>
              <w:t>1.33</w:t>
            </w:r>
          </w:p>
        </w:tc>
        <w:tc>
          <w:tcPr>
            <w:tcW w:w="1040" w:type="dxa"/>
          </w:tcPr>
          <w:p w14:paraId="46EC64D1" w14:textId="77777777" w:rsidR="0035378C" w:rsidRDefault="00000000">
            <w:r>
              <w:rPr>
                <w:sz w:val="16"/>
              </w:rPr>
              <w:t>0.139</w:t>
            </w:r>
          </w:p>
        </w:tc>
      </w:tr>
      <w:tr w:rsidR="0035378C" w14:paraId="51ABD803" w14:textId="77777777">
        <w:trPr>
          <w:jc w:val="center"/>
        </w:trPr>
        <w:tc>
          <w:tcPr>
            <w:tcW w:w="1040" w:type="dxa"/>
          </w:tcPr>
          <w:p w14:paraId="5CD4F38B" w14:textId="77777777" w:rsidR="0035378C" w:rsidRDefault="00000000">
            <w:r>
              <w:rPr>
                <w:sz w:val="16"/>
              </w:rPr>
              <w:t>Yemen</w:t>
            </w:r>
          </w:p>
        </w:tc>
        <w:tc>
          <w:tcPr>
            <w:tcW w:w="1040" w:type="dxa"/>
          </w:tcPr>
          <w:p w14:paraId="708FFA6D" w14:textId="77777777" w:rsidR="0035378C" w:rsidRDefault="0035378C"/>
        </w:tc>
        <w:tc>
          <w:tcPr>
            <w:tcW w:w="1040" w:type="dxa"/>
          </w:tcPr>
          <w:p w14:paraId="5E872D1E" w14:textId="77777777" w:rsidR="0035378C" w:rsidRDefault="00000000">
            <w:r>
              <w:rPr>
                <w:sz w:val="16"/>
              </w:rPr>
              <w:t>3</w:t>
            </w:r>
          </w:p>
        </w:tc>
        <w:tc>
          <w:tcPr>
            <w:tcW w:w="1040" w:type="dxa"/>
          </w:tcPr>
          <w:p w14:paraId="02DACBF7" w14:textId="77777777" w:rsidR="0035378C" w:rsidRDefault="00000000">
            <w:r>
              <w:rPr>
                <w:sz w:val="16"/>
              </w:rPr>
              <w:t>3</w:t>
            </w:r>
          </w:p>
        </w:tc>
        <w:tc>
          <w:tcPr>
            <w:tcW w:w="1040" w:type="dxa"/>
          </w:tcPr>
          <w:p w14:paraId="1ECF8412" w14:textId="77777777" w:rsidR="0035378C" w:rsidRDefault="00000000">
            <w:r>
              <w:rPr>
                <w:sz w:val="16"/>
              </w:rPr>
              <w:t>2</w:t>
            </w:r>
          </w:p>
        </w:tc>
        <w:tc>
          <w:tcPr>
            <w:tcW w:w="1040" w:type="dxa"/>
          </w:tcPr>
          <w:p w14:paraId="1A0A6901" w14:textId="77777777" w:rsidR="0035378C" w:rsidRDefault="00000000">
            <w:r>
              <w:rPr>
                <w:sz w:val="16"/>
              </w:rPr>
              <w:t>3</w:t>
            </w:r>
          </w:p>
        </w:tc>
        <w:tc>
          <w:tcPr>
            <w:tcW w:w="1040" w:type="dxa"/>
          </w:tcPr>
          <w:p w14:paraId="1C6B1A44" w14:textId="77777777" w:rsidR="0035378C" w:rsidRDefault="00000000">
            <w:r>
              <w:rPr>
                <w:sz w:val="16"/>
              </w:rPr>
              <w:t>3</w:t>
            </w:r>
          </w:p>
        </w:tc>
        <w:tc>
          <w:tcPr>
            <w:tcW w:w="1040" w:type="dxa"/>
          </w:tcPr>
          <w:p w14:paraId="53DB6071" w14:textId="77777777" w:rsidR="0035378C" w:rsidRDefault="00000000">
            <w:r>
              <w:rPr>
                <w:sz w:val="16"/>
              </w:rPr>
              <w:t>1</w:t>
            </w:r>
          </w:p>
        </w:tc>
        <w:tc>
          <w:tcPr>
            <w:tcW w:w="1040" w:type="dxa"/>
          </w:tcPr>
          <w:p w14:paraId="220FC2AB" w14:textId="77777777" w:rsidR="0035378C" w:rsidRDefault="00000000">
            <w:r>
              <w:rPr>
                <w:sz w:val="16"/>
              </w:rPr>
              <w:t>0</w:t>
            </w:r>
          </w:p>
        </w:tc>
      </w:tr>
      <w:tr w:rsidR="0035378C" w14:paraId="2AFC2D85" w14:textId="77777777">
        <w:trPr>
          <w:jc w:val="center"/>
        </w:trPr>
        <w:tc>
          <w:tcPr>
            <w:tcW w:w="1040" w:type="dxa"/>
          </w:tcPr>
          <w:p w14:paraId="488AC647" w14:textId="77777777" w:rsidR="0035378C" w:rsidRDefault="00000000">
            <w:r>
              <w:rPr>
                <w:sz w:val="16"/>
              </w:rPr>
              <w:t>Argentina</w:t>
            </w:r>
          </w:p>
        </w:tc>
        <w:tc>
          <w:tcPr>
            <w:tcW w:w="1040" w:type="dxa"/>
          </w:tcPr>
          <w:p w14:paraId="0EE56DCF" w14:textId="77777777" w:rsidR="0035378C" w:rsidRDefault="00000000">
            <w:r>
              <w:rPr>
                <w:sz w:val="16"/>
              </w:rPr>
              <w:t>3</w:t>
            </w:r>
          </w:p>
        </w:tc>
        <w:tc>
          <w:tcPr>
            <w:tcW w:w="1040" w:type="dxa"/>
          </w:tcPr>
          <w:p w14:paraId="12B253C7" w14:textId="77777777" w:rsidR="0035378C" w:rsidRDefault="00000000">
            <w:r>
              <w:rPr>
                <w:sz w:val="16"/>
              </w:rPr>
              <w:t>2.48</w:t>
            </w:r>
          </w:p>
        </w:tc>
        <w:tc>
          <w:tcPr>
            <w:tcW w:w="1040" w:type="dxa"/>
          </w:tcPr>
          <w:p w14:paraId="5E44A7E6" w14:textId="77777777" w:rsidR="0035378C" w:rsidRDefault="00000000">
            <w:r>
              <w:rPr>
                <w:sz w:val="16"/>
              </w:rPr>
              <w:t>2.48</w:t>
            </w:r>
          </w:p>
        </w:tc>
        <w:tc>
          <w:tcPr>
            <w:tcW w:w="1040" w:type="dxa"/>
          </w:tcPr>
          <w:p w14:paraId="0AE9FBA6" w14:textId="77777777" w:rsidR="0035378C" w:rsidRDefault="00000000">
            <w:r>
              <w:rPr>
                <w:sz w:val="16"/>
              </w:rPr>
              <w:t>3</w:t>
            </w:r>
          </w:p>
        </w:tc>
        <w:tc>
          <w:tcPr>
            <w:tcW w:w="1040" w:type="dxa"/>
          </w:tcPr>
          <w:p w14:paraId="4D67C1A8" w14:textId="77777777" w:rsidR="0035378C" w:rsidRDefault="00000000">
            <w:r>
              <w:rPr>
                <w:sz w:val="16"/>
              </w:rPr>
              <w:t>2.65</w:t>
            </w:r>
          </w:p>
        </w:tc>
        <w:tc>
          <w:tcPr>
            <w:tcW w:w="1040" w:type="dxa"/>
          </w:tcPr>
          <w:p w14:paraId="207D2645" w14:textId="77777777" w:rsidR="0035378C" w:rsidRDefault="00000000">
            <w:r>
              <w:rPr>
                <w:sz w:val="16"/>
              </w:rPr>
              <w:t>2.48</w:t>
            </w:r>
          </w:p>
        </w:tc>
        <w:tc>
          <w:tcPr>
            <w:tcW w:w="1040" w:type="dxa"/>
          </w:tcPr>
          <w:p w14:paraId="7C31EF8B" w14:textId="77777777" w:rsidR="0035378C" w:rsidRDefault="00000000">
            <w:r>
              <w:rPr>
                <w:sz w:val="16"/>
              </w:rPr>
              <w:t>1.21</w:t>
            </w:r>
          </w:p>
        </w:tc>
        <w:tc>
          <w:tcPr>
            <w:tcW w:w="1040" w:type="dxa"/>
          </w:tcPr>
          <w:p w14:paraId="22BF9678" w14:textId="77777777" w:rsidR="0035378C" w:rsidRDefault="00000000">
            <w:r>
              <w:rPr>
                <w:sz w:val="16"/>
              </w:rPr>
              <w:t>0.092</w:t>
            </w:r>
          </w:p>
        </w:tc>
      </w:tr>
      <w:tr w:rsidR="0035378C" w14:paraId="68BDF341" w14:textId="77777777">
        <w:trPr>
          <w:jc w:val="center"/>
        </w:trPr>
        <w:tc>
          <w:tcPr>
            <w:tcW w:w="1040" w:type="dxa"/>
          </w:tcPr>
          <w:p w14:paraId="276B1C70" w14:textId="77777777" w:rsidR="0035378C" w:rsidRDefault="00000000">
            <w:r>
              <w:rPr>
                <w:sz w:val="16"/>
              </w:rPr>
              <w:t>Republic of the Congo</w:t>
            </w:r>
          </w:p>
        </w:tc>
        <w:tc>
          <w:tcPr>
            <w:tcW w:w="1040" w:type="dxa"/>
          </w:tcPr>
          <w:p w14:paraId="532EB55A" w14:textId="77777777" w:rsidR="0035378C" w:rsidRDefault="00000000">
            <w:r>
              <w:rPr>
                <w:sz w:val="16"/>
              </w:rPr>
              <w:t>1.81</w:t>
            </w:r>
          </w:p>
        </w:tc>
        <w:tc>
          <w:tcPr>
            <w:tcW w:w="1040" w:type="dxa"/>
          </w:tcPr>
          <w:p w14:paraId="41F00E2B" w14:textId="77777777" w:rsidR="0035378C" w:rsidRDefault="00000000">
            <w:r>
              <w:rPr>
                <w:sz w:val="16"/>
              </w:rPr>
              <w:t>2.88</w:t>
            </w:r>
          </w:p>
        </w:tc>
        <w:tc>
          <w:tcPr>
            <w:tcW w:w="1040" w:type="dxa"/>
          </w:tcPr>
          <w:p w14:paraId="315C649C" w14:textId="77777777" w:rsidR="0035378C" w:rsidRDefault="00000000">
            <w:r>
              <w:rPr>
                <w:sz w:val="16"/>
              </w:rPr>
              <w:t>2.88</w:t>
            </w:r>
          </w:p>
        </w:tc>
        <w:tc>
          <w:tcPr>
            <w:tcW w:w="1040" w:type="dxa"/>
          </w:tcPr>
          <w:p w14:paraId="408C781C" w14:textId="77777777" w:rsidR="0035378C" w:rsidRDefault="00000000">
            <w:r>
              <w:rPr>
                <w:sz w:val="16"/>
              </w:rPr>
              <w:t>3</w:t>
            </w:r>
          </w:p>
        </w:tc>
        <w:tc>
          <w:tcPr>
            <w:tcW w:w="1040" w:type="dxa"/>
          </w:tcPr>
          <w:p w14:paraId="67E88FEE" w14:textId="77777777" w:rsidR="0035378C" w:rsidRDefault="00000000">
            <w:r>
              <w:rPr>
                <w:sz w:val="16"/>
              </w:rPr>
              <w:t>2.52</w:t>
            </w:r>
          </w:p>
        </w:tc>
        <w:tc>
          <w:tcPr>
            <w:tcW w:w="1040" w:type="dxa"/>
          </w:tcPr>
          <w:p w14:paraId="5FE67B6B" w14:textId="77777777" w:rsidR="0035378C" w:rsidRDefault="00000000">
            <w:r>
              <w:rPr>
                <w:sz w:val="16"/>
              </w:rPr>
              <w:t>2.88</w:t>
            </w:r>
          </w:p>
        </w:tc>
        <w:tc>
          <w:tcPr>
            <w:tcW w:w="1040" w:type="dxa"/>
          </w:tcPr>
          <w:p w14:paraId="2819AF89" w14:textId="77777777" w:rsidR="0035378C" w:rsidRDefault="00000000">
            <w:r>
              <w:rPr>
                <w:sz w:val="16"/>
              </w:rPr>
              <w:t>1.59</w:t>
            </w:r>
          </w:p>
        </w:tc>
        <w:tc>
          <w:tcPr>
            <w:tcW w:w="1040" w:type="dxa"/>
          </w:tcPr>
          <w:p w14:paraId="7C6FD150" w14:textId="77777777" w:rsidR="0035378C" w:rsidRDefault="00000000">
            <w:r>
              <w:rPr>
                <w:sz w:val="16"/>
              </w:rPr>
              <w:t>0.2</w:t>
            </w:r>
          </w:p>
        </w:tc>
      </w:tr>
      <w:tr w:rsidR="0035378C" w14:paraId="46552965" w14:textId="77777777">
        <w:trPr>
          <w:jc w:val="center"/>
        </w:trPr>
        <w:tc>
          <w:tcPr>
            <w:tcW w:w="1040" w:type="dxa"/>
          </w:tcPr>
          <w:p w14:paraId="5A29F4EE" w14:textId="77777777" w:rsidR="0035378C" w:rsidRDefault="00000000">
            <w:r>
              <w:rPr>
                <w:sz w:val="16"/>
              </w:rPr>
              <w:t>Syria</w:t>
            </w:r>
          </w:p>
        </w:tc>
        <w:tc>
          <w:tcPr>
            <w:tcW w:w="1040" w:type="dxa"/>
          </w:tcPr>
          <w:p w14:paraId="16A63304" w14:textId="77777777" w:rsidR="0035378C" w:rsidRDefault="0035378C"/>
        </w:tc>
        <w:tc>
          <w:tcPr>
            <w:tcW w:w="1040" w:type="dxa"/>
          </w:tcPr>
          <w:p w14:paraId="00FFF128" w14:textId="77777777" w:rsidR="0035378C" w:rsidRDefault="00000000">
            <w:r>
              <w:rPr>
                <w:sz w:val="16"/>
              </w:rPr>
              <w:t>2.5</w:t>
            </w:r>
          </w:p>
        </w:tc>
        <w:tc>
          <w:tcPr>
            <w:tcW w:w="1040" w:type="dxa"/>
          </w:tcPr>
          <w:p w14:paraId="75D330B1" w14:textId="77777777" w:rsidR="0035378C" w:rsidRDefault="00000000">
            <w:r>
              <w:rPr>
                <w:sz w:val="16"/>
              </w:rPr>
              <w:t>2.5</w:t>
            </w:r>
          </w:p>
        </w:tc>
        <w:tc>
          <w:tcPr>
            <w:tcW w:w="1040" w:type="dxa"/>
          </w:tcPr>
          <w:p w14:paraId="41FFFA1A" w14:textId="77777777" w:rsidR="0035378C" w:rsidRDefault="00000000">
            <w:r>
              <w:rPr>
                <w:sz w:val="16"/>
              </w:rPr>
              <w:t>2</w:t>
            </w:r>
          </w:p>
        </w:tc>
        <w:tc>
          <w:tcPr>
            <w:tcW w:w="1040" w:type="dxa"/>
          </w:tcPr>
          <w:p w14:paraId="142A89CB" w14:textId="77777777" w:rsidR="0035378C" w:rsidRDefault="00000000">
            <w:r>
              <w:rPr>
                <w:sz w:val="16"/>
              </w:rPr>
              <w:t>2.5</w:t>
            </w:r>
          </w:p>
        </w:tc>
        <w:tc>
          <w:tcPr>
            <w:tcW w:w="1040" w:type="dxa"/>
          </w:tcPr>
          <w:p w14:paraId="3EF4FC20" w14:textId="77777777" w:rsidR="0035378C" w:rsidRDefault="00000000">
            <w:r>
              <w:rPr>
                <w:sz w:val="16"/>
              </w:rPr>
              <w:t>2.5</w:t>
            </w:r>
          </w:p>
        </w:tc>
        <w:tc>
          <w:tcPr>
            <w:tcW w:w="1040" w:type="dxa"/>
          </w:tcPr>
          <w:p w14:paraId="5779271F" w14:textId="77777777" w:rsidR="0035378C" w:rsidRDefault="00000000">
            <w:r>
              <w:rPr>
                <w:sz w:val="16"/>
              </w:rPr>
              <w:t>1</w:t>
            </w:r>
          </w:p>
        </w:tc>
        <w:tc>
          <w:tcPr>
            <w:tcW w:w="1040" w:type="dxa"/>
          </w:tcPr>
          <w:p w14:paraId="5DDEC5BF" w14:textId="77777777" w:rsidR="0035378C" w:rsidRDefault="00000000">
            <w:r>
              <w:rPr>
                <w:sz w:val="16"/>
              </w:rPr>
              <w:t>0</w:t>
            </w:r>
          </w:p>
        </w:tc>
      </w:tr>
      <w:tr w:rsidR="0035378C" w14:paraId="2A1A2D2F" w14:textId="77777777">
        <w:trPr>
          <w:jc w:val="center"/>
        </w:trPr>
        <w:tc>
          <w:tcPr>
            <w:tcW w:w="1040" w:type="dxa"/>
          </w:tcPr>
          <w:p w14:paraId="4C21EEF1" w14:textId="77777777" w:rsidR="0035378C" w:rsidRDefault="00000000">
            <w:r>
              <w:rPr>
                <w:sz w:val="16"/>
              </w:rPr>
              <w:t>Uganda</w:t>
            </w:r>
          </w:p>
        </w:tc>
        <w:tc>
          <w:tcPr>
            <w:tcW w:w="1040" w:type="dxa"/>
          </w:tcPr>
          <w:p w14:paraId="4CD878EE" w14:textId="77777777" w:rsidR="0035378C" w:rsidRDefault="0035378C"/>
        </w:tc>
        <w:tc>
          <w:tcPr>
            <w:tcW w:w="1040" w:type="dxa"/>
          </w:tcPr>
          <w:p w14:paraId="27A41316" w14:textId="77777777" w:rsidR="0035378C" w:rsidRDefault="00000000">
            <w:r>
              <w:rPr>
                <w:sz w:val="16"/>
              </w:rPr>
              <w:t>2.5</w:t>
            </w:r>
          </w:p>
        </w:tc>
        <w:tc>
          <w:tcPr>
            <w:tcW w:w="1040" w:type="dxa"/>
          </w:tcPr>
          <w:p w14:paraId="5C7CF78D" w14:textId="77777777" w:rsidR="0035378C" w:rsidRDefault="0035378C"/>
        </w:tc>
        <w:tc>
          <w:tcPr>
            <w:tcW w:w="1040" w:type="dxa"/>
          </w:tcPr>
          <w:p w14:paraId="4131BDC8" w14:textId="77777777" w:rsidR="0035378C" w:rsidRDefault="00000000">
            <w:r>
              <w:rPr>
                <w:sz w:val="16"/>
              </w:rPr>
              <w:t>1</w:t>
            </w:r>
          </w:p>
        </w:tc>
        <w:tc>
          <w:tcPr>
            <w:tcW w:w="1040" w:type="dxa"/>
          </w:tcPr>
          <w:p w14:paraId="2C4A682A" w14:textId="77777777" w:rsidR="0035378C" w:rsidRDefault="00000000">
            <w:r>
              <w:rPr>
                <w:sz w:val="16"/>
              </w:rPr>
              <w:t>2.5</w:t>
            </w:r>
          </w:p>
        </w:tc>
        <w:tc>
          <w:tcPr>
            <w:tcW w:w="1040" w:type="dxa"/>
          </w:tcPr>
          <w:p w14:paraId="3D8AEA2D" w14:textId="77777777" w:rsidR="0035378C" w:rsidRDefault="00000000">
            <w:r>
              <w:rPr>
                <w:sz w:val="16"/>
              </w:rPr>
              <w:t>2.5</w:t>
            </w:r>
          </w:p>
        </w:tc>
        <w:tc>
          <w:tcPr>
            <w:tcW w:w="1040" w:type="dxa"/>
          </w:tcPr>
          <w:p w14:paraId="15468ECD" w14:textId="77777777" w:rsidR="0035378C" w:rsidRDefault="00000000">
            <w:r>
              <w:rPr>
                <w:sz w:val="16"/>
              </w:rPr>
              <w:t>1</w:t>
            </w:r>
          </w:p>
        </w:tc>
        <w:tc>
          <w:tcPr>
            <w:tcW w:w="1040" w:type="dxa"/>
          </w:tcPr>
          <w:p w14:paraId="4EE108C4" w14:textId="77777777" w:rsidR="0035378C" w:rsidRDefault="00000000">
            <w:r>
              <w:rPr>
                <w:sz w:val="16"/>
              </w:rPr>
              <w:t>0</w:t>
            </w:r>
          </w:p>
        </w:tc>
      </w:tr>
      <w:tr w:rsidR="0035378C" w14:paraId="38BE9C58" w14:textId="77777777">
        <w:trPr>
          <w:jc w:val="center"/>
        </w:trPr>
        <w:tc>
          <w:tcPr>
            <w:tcW w:w="1040" w:type="dxa"/>
          </w:tcPr>
          <w:p w14:paraId="49441FB8" w14:textId="77777777" w:rsidR="0035378C" w:rsidRDefault="00000000">
            <w:r>
              <w:rPr>
                <w:sz w:val="16"/>
              </w:rPr>
              <w:t>Indonesia</w:t>
            </w:r>
          </w:p>
        </w:tc>
        <w:tc>
          <w:tcPr>
            <w:tcW w:w="1040" w:type="dxa"/>
          </w:tcPr>
          <w:p w14:paraId="55819FCC" w14:textId="77777777" w:rsidR="0035378C" w:rsidRDefault="00000000">
            <w:r>
              <w:rPr>
                <w:sz w:val="16"/>
              </w:rPr>
              <w:t>2.41</w:t>
            </w:r>
          </w:p>
        </w:tc>
        <w:tc>
          <w:tcPr>
            <w:tcW w:w="1040" w:type="dxa"/>
          </w:tcPr>
          <w:p w14:paraId="68DC39A9" w14:textId="77777777" w:rsidR="0035378C" w:rsidRDefault="00000000">
            <w:r>
              <w:rPr>
                <w:sz w:val="16"/>
              </w:rPr>
              <w:t>2.48</w:t>
            </w:r>
          </w:p>
        </w:tc>
        <w:tc>
          <w:tcPr>
            <w:tcW w:w="1040" w:type="dxa"/>
          </w:tcPr>
          <w:p w14:paraId="639CFF74" w14:textId="77777777" w:rsidR="0035378C" w:rsidRDefault="00000000">
            <w:r>
              <w:rPr>
                <w:sz w:val="16"/>
              </w:rPr>
              <w:t>2.44</w:t>
            </w:r>
          </w:p>
        </w:tc>
        <w:tc>
          <w:tcPr>
            <w:tcW w:w="1040" w:type="dxa"/>
          </w:tcPr>
          <w:p w14:paraId="1900F709" w14:textId="77777777" w:rsidR="0035378C" w:rsidRDefault="00000000">
            <w:r>
              <w:rPr>
                <w:sz w:val="16"/>
              </w:rPr>
              <w:t>3</w:t>
            </w:r>
          </w:p>
        </w:tc>
        <w:tc>
          <w:tcPr>
            <w:tcW w:w="1040" w:type="dxa"/>
          </w:tcPr>
          <w:p w14:paraId="5511CB57" w14:textId="77777777" w:rsidR="0035378C" w:rsidRDefault="00000000">
            <w:r>
              <w:rPr>
                <w:sz w:val="16"/>
              </w:rPr>
              <w:t>2.44</w:t>
            </w:r>
          </w:p>
        </w:tc>
        <w:tc>
          <w:tcPr>
            <w:tcW w:w="1040" w:type="dxa"/>
          </w:tcPr>
          <w:p w14:paraId="26B2B5DA" w14:textId="77777777" w:rsidR="0035378C" w:rsidRDefault="00000000">
            <w:r>
              <w:rPr>
                <w:sz w:val="16"/>
              </w:rPr>
              <w:t>2.44</w:t>
            </w:r>
          </w:p>
        </w:tc>
        <w:tc>
          <w:tcPr>
            <w:tcW w:w="1040" w:type="dxa"/>
          </w:tcPr>
          <w:p w14:paraId="30F73F97" w14:textId="77777777" w:rsidR="0035378C" w:rsidRDefault="00000000">
            <w:r>
              <w:rPr>
                <w:sz w:val="16"/>
              </w:rPr>
              <w:t>1.03</w:t>
            </w:r>
          </w:p>
        </w:tc>
        <w:tc>
          <w:tcPr>
            <w:tcW w:w="1040" w:type="dxa"/>
          </w:tcPr>
          <w:p w14:paraId="184F6411" w14:textId="77777777" w:rsidR="0035378C" w:rsidRDefault="00000000">
            <w:r>
              <w:rPr>
                <w:sz w:val="16"/>
              </w:rPr>
              <w:t>0.012</w:t>
            </w:r>
          </w:p>
        </w:tc>
      </w:tr>
      <w:tr w:rsidR="0035378C" w14:paraId="5BAE0440" w14:textId="77777777">
        <w:trPr>
          <w:jc w:val="center"/>
        </w:trPr>
        <w:tc>
          <w:tcPr>
            <w:tcW w:w="1040" w:type="dxa"/>
          </w:tcPr>
          <w:p w14:paraId="0380B058" w14:textId="77777777" w:rsidR="0035378C" w:rsidRDefault="00000000">
            <w:r>
              <w:rPr>
                <w:sz w:val="16"/>
              </w:rPr>
              <w:t>Australia</w:t>
            </w:r>
          </w:p>
        </w:tc>
        <w:tc>
          <w:tcPr>
            <w:tcW w:w="1040" w:type="dxa"/>
          </w:tcPr>
          <w:p w14:paraId="7AF9C14F" w14:textId="77777777" w:rsidR="0035378C" w:rsidRDefault="00000000">
            <w:r>
              <w:rPr>
                <w:sz w:val="16"/>
              </w:rPr>
              <w:t>1.8</w:t>
            </w:r>
          </w:p>
        </w:tc>
        <w:tc>
          <w:tcPr>
            <w:tcW w:w="1040" w:type="dxa"/>
          </w:tcPr>
          <w:p w14:paraId="5A79ED62" w14:textId="77777777" w:rsidR="0035378C" w:rsidRDefault="00000000">
            <w:r>
              <w:rPr>
                <w:sz w:val="16"/>
              </w:rPr>
              <w:t>2.45</w:t>
            </w:r>
          </w:p>
        </w:tc>
        <w:tc>
          <w:tcPr>
            <w:tcW w:w="1040" w:type="dxa"/>
          </w:tcPr>
          <w:p w14:paraId="1294A1D8" w14:textId="77777777" w:rsidR="0035378C" w:rsidRDefault="00000000">
            <w:r>
              <w:rPr>
                <w:sz w:val="16"/>
              </w:rPr>
              <w:t>2.39</w:t>
            </w:r>
          </w:p>
        </w:tc>
        <w:tc>
          <w:tcPr>
            <w:tcW w:w="1040" w:type="dxa"/>
          </w:tcPr>
          <w:p w14:paraId="6B119BC1" w14:textId="77777777" w:rsidR="0035378C" w:rsidRDefault="00000000">
            <w:r>
              <w:rPr>
                <w:sz w:val="16"/>
              </w:rPr>
              <w:t>3</w:t>
            </w:r>
          </w:p>
        </w:tc>
        <w:tc>
          <w:tcPr>
            <w:tcW w:w="1040" w:type="dxa"/>
          </w:tcPr>
          <w:p w14:paraId="1D913579" w14:textId="77777777" w:rsidR="0035378C" w:rsidRDefault="00000000">
            <w:r>
              <w:rPr>
                <w:sz w:val="16"/>
              </w:rPr>
              <w:t>2.21</w:t>
            </w:r>
          </w:p>
        </w:tc>
        <w:tc>
          <w:tcPr>
            <w:tcW w:w="1040" w:type="dxa"/>
          </w:tcPr>
          <w:p w14:paraId="66BD2E42" w14:textId="77777777" w:rsidR="0035378C" w:rsidRDefault="00000000">
            <w:r>
              <w:rPr>
                <w:sz w:val="16"/>
              </w:rPr>
              <w:t>2.39</w:t>
            </w:r>
          </w:p>
        </w:tc>
        <w:tc>
          <w:tcPr>
            <w:tcW w:w="1040" w:type="dxa"/>
          </w:tcPr>
          <w:p w14:paraId="02A488E0" w14:textId="77777777" w:rsidR="0035378C" w:rsidRDefault="00000000">
            <w:r>
              <w:rPr>
                <w:sz w:val="16"/>
              </w:rPr>
              <w:t>1.36</w:t>
            </w:r>
          </w:p>
        </w:tc>
        <w:tc>
          <w:tcPr>
            <w:tcW w:w="1040" w:type="dxa"/>
          </w:tcPr>
          <w:p w14:paraId="7D23A641" w14:textId="77777777" w:rsidR="0035378C" w:rsidRDefault="00000000">
            <w:r>
              <w:rPr>
                <w:sz w:val="16"/>
              </w:rPr>
              <w:t>0.131</w:t>
            </w:r>
          </w:p>
        </w:tc>
      </w:tr>
      <w:tr w:rsidR="0035378C" w14:paraId="3B41AECB" w14:textId="77777777">
        <w:trPr>
          <w:jc w:val="center"/>
        </w:trPr>
        <w:tc>
          <w:tcPr>
            <w:tcW w:w="1040" w:type="dxa"/>
          </w:tcPr>
          <w:p w14:paraId="3DE5E697" w14:textId="77777777" w:rsidR="0035378C" w:rsidRDefault="00000000">
            <w:r>
              <w:rPr>
                <w:sz w:val="16"/>
              </w:rPr>
              <w:t>United Kingdom</w:t>
            </w:r>
          </w:p>
        </w:tc>
        <w:tc>
          <w:tcPr>
            <w:tcW w:w="1040" w:type="dxa"/>
          </w:tcPr>
          <w:p w14:paraId="37CBF271" w14:textId="77777777" w:rsidR="0035378C" w:rsidRDefault="00000000">
            <w:r>
              <w:rPr>
                <w:sz w:val="16"/>
              </w:rPr>
              <w:t>1.5</w:t>
            </w:r>
          </w:p>
        </w:tc>
        <w:tc>
          <w:tcPr>
            <w:tcW w:w="1040" w:type="dxa"/>
          </w:tcPr>
          <w:p w14:paraId="2620ACBF" w14:textId="77777777" w:rsidR="0035378C" w:rsidRDefault="00000000">
            <w:r>
              <w:rPr>
                <w:sz w:val="16"/>
              </w:rPr>
              <w:t>2.5</w:t>
            </w:r>
          </w:p>
        </w:tc>
        <w:tc>
          <w:tcPr>
            <w:tcW w:w="1040" w:type="dxa"/>
          </w:tcPr>
          <w:p w14:paraId="4E8FF11B" w14:textId="77777777" w:rsidR="0035378C" w:rsidRDefault="00000000">
            <w:r>
              <w:rPr>
                <w:sz w:val="16"/>
              </w:rPr>
              <w:t>2.5</w:t>
            </w:r>
          </w:p>
        </w:tc>
        <w:tc>
          <w:tcPr>
            <w:tcW w:w="1040" w:type="dxa"/>
          </w:tcPr>
          <w:p w14:paraId="03216ADC" w14:textId="77777777" w:rsidR="0035378C" w:rsidRDefault="00000000">
            <w:r>
              <w:rPr>
                <w:sz w:val="16"/>
              </w:rPr>
              <w:t>3</w:t>
            </w:r>
          </w:p>
        </w:tc>
        <w:tc>
          <w:tcPr>
            <w:tcW w:w="1040" w:type="dxa"/>
          </w:tcPr>
          <w:p w14:paraId="340D296D" w14:textId="77777777" w:rsidR="0035378C" w:rsidRDefault="00000000">
            <w:r>
              <w:rPr>
                <w:sz w:val="16"/>
              </w:rPr>
              <w:t>2.17</w:t>
            </w:r>
          </w:p>
        </w:tc>
        <w:tc>
          <w:tcPr>
            <w:tcW w:w="1040" w:type="dxa"/>
          </w:tcPr>
          <w:p w14:paraId="77FB1A94" w14:textId="77777777" w:rsidR="0035378C" w:rsidRDefault="00000000">
            <w:r>
              <w:rPr>
                <w:sz w:val="16"/>
              </w:rPr>
              <w:t>2.5</w:t>
            </w:r>
          </w:p>
        </w:tc>
        <w:tc>
          <w:tcPr>
            <w:tcW w:w="1040" w:type="dxa"/>
          </w:tcPr>
          <w:p w14:paraId="7737AAC1" w14:textId="77777777" w:rsidR="0035378C" w:rsidRDefault="00000000">
            <w:r>
              <w:rPr>
                <w:sz w:val="16"/>
              </w:rPr>
              <w:t>1.67</w:t>
            </w:r>
          </w:p>
        </w:tc>
        <w:tc>
          <w:tcPr>
            <w:tcW w:w="1040" w:type="dxa"/>
          </w:tcPr>
          <w:p w14:paraId="2D9EAC38" w14:textId="77777777" w:rsidR="0035378C" w:rsidRDefault="00000000">
            <w:r>
              <w:rPr>
                <w:sz w:val="16"/>
              </w:rPr>
              <w:t>0.218</w:t>
            </w:r>
          </w:p>
        </w:tc>
      </w:tr>
      <w:tr w:rsidR="0035378C" w14:paraId="5E512646" w14:textId="77777777">
        <w:trPr>
          <w:jc w:val="center"/>
        </w:trPr>
        <w:tc>
          <w:tcPr>
            <w:tcW w:w="1040" w:type="dxa"/>
          </w:tcPr>
          <w:p w14:paraId="61DB8267" w14:textId="77777777" w:rsidR="0035378C" w:rsidRDefault="00000000">
            <w:r>
              <w:rPr>
                <w:sz w:val="16"/>
              </w:rPr>
              <w:t>Colombia</w:t>
            </w:r>
          </w:p>
        </w:tc>
        <w:tc>
          <w:tcPr>
            <w:tcW w:w="1040" w:type="dxa"/>
          </w:tcPr>
          <w:p w14:paraId="3D268F65" w14:textId="77777777" w:rsidR="0035378C" w:rsidRDefault="00000000">
            <w:r>
              <w:rPr>
                <w:sz w:val="16"/>
              </w:rPr>
              <w:t>2.02</w:t>
            </w:r>
          </w:p>
        </w:tc>
        <w:tc>
          <w:tcPr>
            <w:tcW w:w="1040" w:type="dxa"/>
          </w:tcPr>
          <w:p w14:paraId="0B57F7B3" w14:textId="77777777" w:rsidR="0035378C" w:rsidRDefault="00000000">
            <w:r>
              <w:rPr>
                <w:sz w:val="16"/>
              </w:rPr>
              <w:t>2.04</w:t>
            </w:r>
          </w:p>
        </w:tc>
        <w:tc>
          <w:tcPr>
            <w:tcW w:w="1040" w:type="dxa"/>
          </w:tcPr>
          <w:p w14:paraId="48C657FB" w14:textId="77777777" w:rsidR="0035378C" w:rsidRDefault="00000000">
            <w:r>
              <w:rPr>
                <w:sz w:val="16"/>
              </w:rPr>
              <w:t>2.04</w:t>
            </w:r>
          </w:p>
        </w:tc>
        <w:tc>
          <w:tcPr>
            <w:tcW w:w="1040" w:type="dxa"/>
          </w:tcPr>
          <w:p w14:paraId="7C2A1CBC" w14:textId="77777777" w:rsidR="0035378C" w:rsidRDefault="00000000">
            <w:r>
              <w:rPr>
                <w:sz w:val="16"/>
              </w:rPr>
              <w:t>3</w:t>
            </w:r>
          </w:p>
        </w:tc>
        <w:tc>
          <w:tcPr>
            <w:tcW w:w="1040" w:type="dxa"/>
          </w:tcPr>
          <w:p w14:paraId="769D4F5B" w14:textId="77777777" w:rsidR="0035378C" w:rsidRDefault="00000000">
            <w:r>
              <w:rPr>
                <w:sz w:val="16"/>
              </w:rPr>
              <w:t>2.03</w:t>
            </w:r>
          </w:p>
        </w:tc>
        <w:tc>
          <w:tcPr>
            <w:tcW w:w="1040" w:type="dxa"/>
          </w:tcPr>
          <w:p w14:paraId="0BFA4807" w14:textId="77777777" w:rsidR="0035378C" w:rsidRDefault="00000000">
            <w:r>
              <w:rPr>
                <w:sz w:val="16"/>
              </w:rPr>
              <w:t>2.04</w:t>
            </w:r>
          </w:p>
        </w:tc>
        <w:tc>
          <w:tcPr>
            <w:tcW w:w="1040" w:type="dxa"/>
          </w:tcPr>
          <w:p w14:paraId="1BA9F2A9" w14:textId="77777777" w:rsidR="0035378C" w:rsidRDefault="00000000">
            <w:r>
              <w:rPr>
                <w:sz w:val="16"/>
              </w:rPr>
              <w:t>1.01</w:t>
            </w:r>
          </w:p>
        </w:tc>
        <w:tc>
          <w:tcPr>
            <w:tcW w:w="1040" w:type="dxa"/>
          </w:tcPr>
          <w:p w14:paraId="61CF071F" w14:textId="77777777" w:rsidR="0035378C" w:rsidRDefault="00000000">
            <w:r>
              <w:rPr>
                <w:sz w:val="16"/>
              </w:rPr>
              <w:t>0.004</w:t>
            </w:r>
          </w:p>
        </w:tc>
      </w:tr>
      <w:tr w:rsidR="0035378C" w14:paraId="12E491E8" w14:textId="77777777">
        <w:trPr>
          <w:jc w:val="center"/>
        </w:trPr>
        <w:tc>
          <w:tcPr>
            <w:tcW w:w="1040" w:type="dxa"/>
          </w:tcPr>
          <w:p w14:paraId="6A36287D" w14:textId="77777777" w:rsidR="0035378C" w:rsidRDefault="00000000">
            <w:r>
              <w:rPr>
                <w:sz w:val="16"/>
              </w:rPr>
              <w:t>Gabon</w:t>
            </w:r>
          </w:p>
        </w:tc>
        <w:tc>
          <w:tcPr>
            <w:tcW w:w="1040" w:type="dxa"/>
          </w:tcPr>
          <w:p w14:paraId="3ABC342E" w14:textId="77777777" w:rsidR="0035378C" w:rsidRDefault="00000000">
            <w:r>
              <w:rPr>
                <w:sz w:val="16"/>
              </w:rPr>
              <w:t>2</w:t>
            </w:r>
          </w:p>
        </w:tc>
        <w:tc>
          <w:tcPr>
            <w:tcW w:w="1040" w:type="dxa"/>
          </w:tcPr>
          <w:p w14:paraId="612A8A59" w14:textId="77777777" w:rsidR="0035378C" w:rsidRDefault="00000000">
            <w:r>
              <w:rPr>
                <w:sz w:val="16"/>
              </w:rPr>
              <w:t>2</w:t>
            </w:r>
          </w:p>
        </w:tc>
        <w:tc>
          <w:tcPr>
            <w:tcW w:w="1040" w:type="dxa"/>
          </w:tcPr>
          <w:p w14:paraId="380A56AB" w14:textId="77777777" w:rsidR="0035378C" w:rsidRDefault="00000000">
            <w:r>
              <w:rPr>
                <w:sz w:val="16"/>
              </w:rPr>
              <w:t>2</w:t>
            </w:r>
          </w:p>
        </w:tc>
        <w:tc>
          <w:tcPr>
            <w:tcW w:w="1040" w:type="dxa"/>
          </w:tcPr>
          <w:p w14:paraId="7FABABE5" w14:textId="77777777" w:rsidR="0035378C" w:rsidRDefault="00000000">
            <w:r>
              <w:rPr>
                <w:sz w:val="16"/>
              </w:rPr>
              <w:t>3</w:t>
            </w:r>
          </w:p>
        </w:tc>
        <w:tc>
          <w:tcPr>
            <w:tcW w:w="1040" w:type="dxa"/>
          </w:tcPr>
          <w:p w14:paraId="77EE5EDB" w14:textId="77777777" w:rsidR="0035378C" w:rsidRDefault="00000000">
            <w:r>
              <w:rPr>
                <w:sz w:val="16"/>
              </w:rPr>
              <w:t>2</w:t>
            </w:r>
          </w:p>
        </w:tc>
        <w:tc>
          <w:tcPr>
            <w:tcW w:w="1040" w:type="dxa"/>
          </w:tcPr>
          <w:p w14:paraId="0EBA02B4" w14:textId="77777777" w:rsidR="0035378C" w:rsidRDefault="00000000">
            <w:r>
              <w:rPr>
                <w:sz w:val="16"/>
              </w:rPr>
              <w:t>2</w:t>
            </w:r>
          </w:p>
        </w:tc>
        <w:tc>
          <w:tcPr>
            <w:tcW w:w="1040" w:type="dxa"/>
          </w:tcPr>
          <w:p w14:paraId="110672B5" w14:textId="77777777" w:rsidR="0035378C" w:rsidRDefault="00000000">
            <w:r>
              <w:rPr>
                <w:sz w:val="16"/>
              </w:rPr>
              <w:t>1</w:t>
            </w:r>
          </w:p>
        </w:tc>
        <w:tc>
          <w:tcPr>
            <w:tcW w:w="1040" w:type="dxa"/>
          </w:tcPr>
          <w:p w14:paraId="3F6B4FE3" w14:textId="77777777" w:rsidR="0035378C" w:rsidRDefault="00000000">
            <w:r>
              <w:rPr>
                <w:sz w:val="16"/>
              </w:rPr>
              <w:t>0</w:t>
            </w:r>
          </w:p>
        </w:tc>
      </w:tr>
      <w:tr w:rsidR="0035378C" w14:paraId="543D95BF" w14:textId="77777777">
        <w:trPr>
          <w:jc w:val="center"/>
        </w:trPr>
        <w:tc>
          <w:tcPr>
            <w:tcW w:w="1040" w:type="dxa"/>
          </w:tcPr>
          <w:p w14:paraId="65BE2DF9" w14:textId="77777777" w:rsidR="0035378C" w:rsidRDefault="00000000">
            <w:r>
              <w:rPr>
                <w:sz w:val="16"/>
              </w:rPr>
              <w:t>Chad</w:t>
            </w:r>
          </w:p>
        </w:tc>
        <w:tc>
          <w:tcPr>
            <w:tcW w:w="1040" w:type="dxa"/>
          </w:tcPr>
          <w:p w14:paraId="4BF6883E" w14:textId="77777777" w:rsidR="0035378C" w:rsidRDefault="0035378C"/>
        </w:tc>
        <w:tc>
          <w:tcPr>
            <w:tcW w:w="1040" w:type="dxa"/>
          </w:tcPr>
          <w:p w14:paraId="4BD583BF" w14:textId="77777777" w:rsidR="0035378C" w:rsidRDefault="00000000">
            <w:r>
              <w:rPr>
                <w:sz w:val="16"/>
              </w:rPr>
              <w:t>1.5</w:t>
            </w:r>
          </w:p>
        </w:tc>
        <w:tc>
          <w:tcPr>
            <w:tcW w:w="1040" w:type="dxa"/>
          </w:tcPr>
          <w:p w14:paraId="592C0C54" w14:textId="77777777" w:rsidR="0035378C" w:rsidRDefault="00000000">
            <w:r>
              <w:rPr>
                <w:sz w:val="16"/>
              </w:rPr>
              <w:t>1.5</w:t>
            </w:r>
          </w:p>
        </w:tc>
        <w:tc>
          <w:tcPr>
            <w:tcW w:w="1040" w:type="dxa"/>
          </w:tcPr>
          <w:p w14:paraId="09E1D979" w14:textId="77777777" w:rsidR="0035378C" w:rsidRDefault="00000000">
            <w:r>
              <w:rPr>
                <w:sz w:val="16"/>
              </w:rPr>
              <w:t>2</w:t>
            </w:r>
          </w:p>
        </w:tc>
        <w:tc>
          <w:tcPr>
            <w:tcW w:w="1040" w:type="dxa"/>
          </w:tcPr>
          <w:p w14:paraId="38609A19" w14:textId="77777777" w:rsidR="0035378C" w:rsidRDefault="00000000">
            <w:r>
              <w:rPr>
                <w:sz w:val="16"/>
              </w:rPr>
              <w:t>1.5</w:t>
            </w:r>
          </w:p>
        </w:tc>
        <w:tc>
          <w:tcPr>
            <w:tcW w:w="1040" w:type="dxa"/>
          </w:tcPr>
          <w:p w14:paraId="6D049230" w14:textId="77777777" w:rsidR="0035378C" w:rsidRDefault="00000000">
            <w:r>
              <w:rPr>
                <w:sz w:val="16"/>
              </w:rPr>
              <w:t>1.5</w:t>
            </w:r>
          </w:p>
        </w:tc>
        <w:tc>
          <w:tcPr>
            <w:tcW w:w="1040" w:type="dxa"/>
          </w:tcPr>
          <w:p w14:paraId="636924DC" w14:textId="77777777" w:rsidR="0035378C" w:rsidRDefault="00000000">
            <w:r>
              <w:rPr>
                <w:sz w:val="16"/>
              </w:rPr>
              <w:t>1</w:t>
            </w:r>
          </w:p>
        </w:tc>
        <w:tc>
          <w:tcPr>
            <w:tcW w:w="1040" w:type="dxa"/>
          </w:tcPr>
          <w:p w14:paraId="53B7FBA4" w14:textId="77777777" w:rsidR="0035378C" w:rsidRDefault="00000000">
            <w:r>
              <w:rPr>
                <w:sz w:val="16"/>
              </w:rPr>
              <w:t>0</w:t>
            </w:r>
          </w:p>
        </w:tc>
      </w:tr>
      <w:tr w:rsidR="0035378C" w14:paraId="1C24D255" w14:textId="77777777">
        <w:trPr>
          <w:jc w:val="center"/>
        </w:trPr>
        <w:tc>
          <w:tcPr>
            <w:tcW w:w="1040" w:type="dxa"/>
          </w:tcPr>
          <w:p w14:paraId="59A6B20D" w14:textId="77777777" w:rsidR="0035378C" w:rsidRDefault="00000000">
            <w:r>
              <w:rPr>
                <w:sz w:val="16"/>
              </w:rPr>
              <w:t>Sudan</w:t>
            </w:r>
          </w:p>
        </w:tc>
        <w:tc>
          <w:tcPr>
            <w:tcW w:w="1040" w:type="dxa"/>
          </w:tcPr>
          <w:p w14:paraId="6B098B9D" w14:textId="77777777" w:rsidR="0035378C" w:rsidRDefault="0035378C"/>
        </w:tc>
        <w:tc>
          <w:tcPr>
            <w:tcW w:w="1040" w:type="dxa"/>
          </w:tcPr>
          <w:p w14:paraId="683DFFA4" w14:textId="77777777" w:rsidR="0035378C" w:rsidRDefault="00000000">
            <w:r>
              <w:rPr>
                <w:sz w:val="16"/>
              </w:rPr>
              <w:t>1.25</w:t>
            </w:r>
          </w:p>
        </w:tc>
        <w:tc>
          <w:tcPr>
            <w:tcW w:w="1040" w:type="dxa"/>
          </w:tcPr>
          <w:p w14:paraId="2D852F4A" w14:textId="77777777" w:rsidR="0035378C" w:rsidRDefault="00000000">
            <w:r>
              <w:rPr>
                <w:sz w:val="16"/>
              </w:rPr>
              <w:t>1.5</w:t>
            </w:r>
          </w:p>
        </w:tc>
        <w:tc>
          <w:tcPr>
            <w:tcW w:w="1040" w:type="dxa"/>
          </w:tcPr>
          <w:p w14:paraId="6973F542" w14:textId="77777777" w:rsidR="0035378C" w:rsidRDefault="00000000">
            <w:r>
              <w:rPr>
                <w:sz w:val="16"/>
              </w:rPr>
              <w:t>2</w:t>
            </w:r>
          </w:p>
        </w:tc>
        <w:tc>
          <w:tcPr>
            <w:tcW w:w="1040" w:type="dxa"/>
          </w:tcPr>
          <w:p w14:paraId="2094DAD7" w14:textId="77777777" w:rsidR="0035378C" w:rsidRDefault="00000000">
            <w:r>
              <w:rPr>
                <w:sz w:val="16"/>
              </w:rPr>
              <w:t>1.38</w:t>
            </w:r>
          </w:p>
        </w:tc>
        <w:tc>
          <w:tcPr>
            <w:tcW w:w="1040" w:type="dxa"/>
          </w:tcPr>
          <w:p w14:paraId="099C393C" w14:textId="77777777" w:rsidR="0035378C" w:rsidRDefault="00000000">
            <w:r>
              <w:rPr>
                <w:sz w:val="16"/>
              </w:rPr>
              <w:t>1.38</w:t>
            </w:r>
          </w:p>
        </w:tc>
        <w:tc>
          <w:tcPr>
            <w:tcW w:w="1040" w:type="dxa"/>
          </w:tcPr>
          <w:p w14:paraId="494C5F14" w14:textId="77777777" w:rsidR="0035378C" w:rsidRDefault="00000000">
            <w:r>
              <w:rPr>
                <w:sz w:val="16"/>
              </w:rPr>
              <w:t>1.2</w:t>
            </w:r>
          </w:p>
        </w:tc>
        <w:tc>
          <w:tcPr>
            <w:tcW w:w="1040" w:type="dxa"/>
          </w:tcPr>
          <w:p w14:paraId="11E86985" w14:textId="77777777" w:rsidR="0035378C" w:rsidRDefault="00000000">
            <w:r>
              <w:rPr>
                <w:sz w:val="16"/>
              </w:rPr>
              <w:t>0.091</w:t>
            </w:r>
          </w:p>
        </w:tc>
      </w:tr>
      <w:tr w:rsidR="0035378C" w14:paraId="533D5E73" w14:textId="77777777">
        <w:trPr>
          <w:jc w:val="center"/>
        </w:trPr>
        <w:tc>
          <w:tcPr>
            <w:tcW w:w="1040" w:type="dxa"/>
          </w:tcPr>
          <w:p w14:paraId="4BA5D780" w14:textId="77777777" w:rsidR="0035378C" w:rsidRDefault="00000000">
            <w:r>
              <w:rPr>
                <w:sz w:val="16"/>
              </w:rPr>
              <w:t>Brunei</w:t>
            </w:r>
          </w:p>
        </w:tc>
        <w:tc>
          <w:tcPr>
            <w:tcW w:w="1040" w:type="dxa"/>
          </w:tcPr>
          <w:p w14:paraId="3449346C" w14:textId="77777777" w:rsidR="0035378C" w:rsidRDefault="00000000">
            <w:r>
              <w:rPr>
                <w:sz w:val="16"/>
              </w:rPr>
              <w:t>1.1</w:t>
            </w:r>
          </w:p>
        </w:tc>
        <w:tc>
          <w:tcPr>
            <w:tcW w:w="1040" w:type="dxa"/>
          </w:tcPr>
          <w:p w14:paraId="776CF4CA" w14:textId="77777777" w:rsidR="0035378C" w:rsidRDefault="00000000">
            <w:r>
              <w:rPr>
                <w:sz w:val="16"/>
              </w:rPr>
              <w:t>1.1</w:t>
            </w:r>
          </w:p>
        </w:tc>
        <w:tc>
          <w:tcPr>
            <w:tcW w:w="1040" w:type="dxa"/>
          </w:tcPr>
          <w:p w14:paraId="29F7D641" w14:textId="77777777" w:rsidR="0035378C" w:rsidRDefault="00000000">
            <w:r>
              <w:rPr>
                <w:sz w:val="16"/>
              </w:rPr>
              <w:t>1.1</w:t>
            </w:r>
          </w:p>
        </w:tc>
        <w:tc>
          <w:tcPr>
            <w:tcW w:w="1040" w:type="dxa"/>
          </w:tcPr>
          <w:p w14:paraId="23E3529B" w14:textId="77777777" w:rsidR="0035378C" w:rsidRDefault="00000000">
            <w:r>
              <w:rPr>
                <w:sz w:val="16"/>
              </w:rPr>
              <w:t>3</w:t>
            </w:r>
          </w:p>
        </w:tc>
        <w:tc>
          <w:tcPr>
            <w:tcW w:w="1040" w:type="dxa"/>
          </w:tcPr>
          <w:p w14:paraId="62E4D9BA" w14:textId="77777777" w:rsidR="0035378C" w:rsidRDefault="00000000">
            <w:r>
              <w:rPr>
                <w:sz w:val="16"/>
              </w:rPr>
              <w:t>1.1</w:t>
            </w:r>
          </w:p>
        </w:tc>
        <w:tc>
          <w:tcPr>
            <w:tcW w:w="1040" w:type="dxa"/>
          </w:tcPr>
          <w:p w14:paraId="0081911C" w14:textId="77777777" w:rsidR="0035378C" w:rsidRDefault="00000000">
            <w:r>
              <w:rPr>
                <w:sz w:val="16"/>
              </w:rPr>
              <w:t>1.1</w:t>
            </w:r>
          </w:p>
        </w:tc>
        <w:tc>
          <w:tcPr>
            <w:tcW w:w="1040" w:type="dxa"/>
          </w:tcPr>
          <w:p w14:paraId="05A89F2A" w14:textId="77777777" w:rsidR="0035378C" w:rsidRDefault="00000000">
            <w:r>
              <w:rPr>
                <w:sz w:val="16"/>
              </w:rPr>
              <w:t>1</w:t>
            </w:r>
          </w:p>
        </w:tc>
        <w:tc>
          <w:tcPr>
            <w:tcW w:w="1040" w:type="dxa"/>
          </w:tcPr>
          <w:p w14:paraId="30EEC662" w14:textId="77777777" w:rsidR="0035378C" w:rsidRDefault="00000000">
            <w:r>
              <w:rPr>
                <w:sz w:val="16"/>
              </w:rPr>
              <w:t>0</w:t>
            </w:r>
          </w:p>
        </w:tc>
      </w:tr>
      <w:tr w:rsidR="0035378C" w14:paraId="061B8A8A" w14:textId="77777777">
        <w:trPr>
          <w:jc w:val="center"/>
        </w:trPr>
        <w:tc>
          <w:tcPr>
            <w:tcW w:w="1040" w:type="dxa"/>
          </w:tcPr>
          <w:p w14:paraId="745D56DA" w14:textId="77777777" w:rsidR="0035378C" w:rsidRDefault="00000000">
            <w:r>
              <w:rPr>
                <w:sz w:val="16"/>
              </w:rPr>
              <w:t>Equatorial Guinea</w:t>
            </w:r>
          </w:p>
        </w:tc>
        <w:tc>
          <w:tcPr>
            <w:tcW w:w="1040" w:type="dxa"/>
          </w:tcPr>
          <w:p w14:paraId="3BD9CF19" w14:textId="77777777" w:rsidR="0035378C" w:rsidRDefault="00000000">
            <w:r>
              <w:rPr>
                <w:sz w:val="16"/>
              </w:rPr>
              <w:t>1.1</w:t>
            </w:r>
          </w:p>
        </w:tc>
        <w:tc>
          <w:tcPr>
            <w:tcW w:w="1040" w:type="dxa"/>
          </w:tcPr>
          <w:p w14:paraId="2DEACD1F" w14:textId="77777777" w:rsidR="0035378C" w:rsidRDefault="00000000">
            <w:r>
              <w:rPr>
                <w:sz w:val="16"/>
              </w:rPr>
              <w:t>1.1</w:t>
            </w:r>
          </w:p>
        </w:tc>
        <w:tc>
          <w:tcPr>
            <w:tcW w:w="1040" w:type="dxa"/>
          </w:tcPr>
          <w:p w14:paraId="23CBEC57" w14:textId="77777777" w:rsidR="0035378C" w:rsidRDefault="00000000">
            <w:r>
              <w:rPr>
                <w:sz w:val="16"/>
              </w:rPr>
              <w:t>1.1</w:t>
            </w:r>
          </w:p>
        </w:tc>
        <w:tc>
          <w:tcPr>
            <w:tcW w:w="1040" w:type="dxa"/>
          </w:tcPr>
          <w:p w14:paraId="6136836B" w14:textId="77777777" w:rsidR="0035378C" w:rsidRDefault="00000000">
            <w:r>
              <w:rPr>
                <w:sz w:val="16"/>
              </w:rPr>
              <w:t>3</w:t>
            </w:r>
          </w:p>
        </w:tc>
        <w:tc>
          <w:tcPr>
            <w:tcW w:w="1040" w:type="dxa"/>
          </w:tcPr>
          <w:p w14:paraId="035C9A75" w14:textId="77777777" w:rsidR="0035378C" w:rsidRDefault="00000000">
            <w:r>
              <w:rPr>
                <w:sz w:val="16"/>
              </w:rPr>
              <w:t>1.1</w:t>
            </w:r>
          </w:p>
        </w:tc>
        <w:tc>
          <w:tcPr>
            <w:tcW w:w="1040" w:type="dxa"/>
          </w:tcPr>
          <w:p w14:paraId="129E3447" w14:textId="77777777" w:rsidR="0035378C" w:rsidRDefault="00000000">
            <w:r>
              <w:rPr>
                <w:sz w:val="16"/>
              </w:rPr>
              <w:t>1.1</w:t>
            </w:r>
          </w:p>
        </w:tc>
        <w:tc>
          <w:tcPr>
            <w:tcW w:w="1040" w:type="dxa"/>
          </w:tcPr>
          <w:p w14:paraId="5A483CFE" w14:textId="77777777" w:rsidR="0035378C" w:rsidRDefault="00000000">
            <w:r>
              <w:rPr>
                <w:sz w:val="16"/>
              </w:rPr>
              <w:t>1</w:t>
            </w:r>
          </w:p>
        </w:tc>
        <w:tc>
          <w:tcPr>
            <w:tcW w:w="1040" w:type="dxa"/>
          </w:tcPr>
          <w:p w14:paraId="2058B4C4" w14:textId="77777777" w:rsidR="0035378C" w:rsidRDefault="00000000">
            <w:r>
              <w:rPr>
                <w:sz w:val="16"/>
              </w:rPr>
              <w:t>0</w:t>
            </w:r>
          </w:p>
        </w:tc>
      </w:tr>
      <w:tr w:rsidR="0035378C" w14:paraId="16A76FD8" w14:textId="77777777">
        <w:trPr>
          <w:jc w:val="center"/>
        </w:trPr>
        <w:tc>
          <w:tcPr>
            <w:tcW w:w="1040" w:type="dxa"/>
          </w:tcPr>
          <w:p w14:paraId="699E809C" w14:textId="77777777" w:rsidR="0035378C" w:rsidRDefault="00000000">
            <w:r>
              <w:rPr>
                <w:sz w:val="16"/>
              </w:rPr>
              <w:t>Peru</w:t>
            </w:r>
          </w:p>
        </w:tc>
        <w:tc>
          <w:tcPr>
            <w:tcW w:w="1040" w:type="dxa"/>
          </w:tcPr>
          <w:p w14:paraId="00B8CE85" w14:textId="77777777" w:rsidR="0035378C" w:rsidRDefault="0035378C"/>
        </w:tc>
        <w:tc>
          <w:tcPr>
            <w:tcW w:w="1040" w:type="dxa"/>
          </w:tcPr>
          <w:p w14:paraId="4CD782BB" w14:textId="77777777" w:rsidR="0035378C" w:rsidRDefault="00000000">
            <w:r>
              <w:rPr>
                <w:sz w:val="16"/>
              </w:rPr>
              <w:t>0.86</w:t>
            </w:r>
          </w:p>
        </w:tc>
        <w:tc>
          <w:tcPr>
            <w:tcW w:w="1040" w:type="dxa"/>
          </w:tcPr>
          <w:p w14:paraId="02BF258B" w14:textId="77777777" w:rsidR="0035378C" w:rsidRDefault="00000000">
            <w:r>
              <w:rPr>
                <w:sz w:val="16"/>
              </w:rPr>
              <w:t>0.75</w:t>
            </w:r>
          </w:p>
        </w:tc>
        <w:tc>
          <w:tcPr>
            <w:tcW w:w="1040" w:type="dxa"/>
          </w:tcPr>
          <w:p w14:paraId="7A0FE9C2" w14:textId="77777777" w:rsidR="0035378C" w:rsidRDefault="00000000">
            <w:r>
              <w:rPr>
                <w:sz w:val="16"/>
              </w:rPr>
              <w:t>2</w:t>
            </w:r>
          </w:p>
        </w:tc>
        <w:tc>
          <w:tcPr>
            <w:tcW w:w="1040" w:type="dxa"/>
          </w:tcPr>
          <w:p w14:paraId="4F87B462" w14:textId="77777777" w:rsidR="0035378C" w:rsidRDefault="00000000">
            <w:r>
              <w:rPr>
                <w:sz w:val="16"/>
              </w:rPr>
              <w:t>0.8</w:t>
            </w:r>
          </w:p>
        </w:tc>
        <w:tc>
          <w:tcPr>
            <w:tcW w:w="1040" w:type="dxa"/>
          </w:tcPr>
          <w:p w14:paraId="241FFC94" w14:textId="77777777" w:rsidR="0035378C" w:rsidRDefault="00000000">
            <w:r>
              <w:rPr>
                <w:sz w:val="16"/>
              </w:rPr>
              <w:t>0.8</w:t>
            </w:r>
          </w:p>
        </w:tc>
        <w:tc>
          <w:tcPr>
            <w:tcW w:w="1040" w:type="dxa"/>
          </w:tcPr>
          <w:p w14:paraId="7A297F98" w14:textId="77777777" w:rsidR="0035378C" w:rsidRDefault="00000000">
            <w:r>
              <w:rPr>
                <w:sz w:val="16"/>
              </w:rPr>
              <w:t>1.15</w:t>
            </w:r>
          </w:p>
        </w:tc>
        <w:tc>
          <w:tcPr>
            <w:tcW w:w="1040" w:type="dxa"/>
          </w:tcPr>
          <w:p w14:paraId="2510F583" w14:textId="77777777" w:rsidR="0035378C" w:rsidRDefault="00000000">
            <w:r>
              <w:rPr>
                <w:sz w:val="16"/>
              </w:rPr>
              <w:t>0.07</w:t>
            </w:r>
          </w:p>
        </w:tc>
      </w:tr>
      <w:tr w:rsidR="0035378C" w14:paraId="6C1234CA" w14:textId="77777777">
        <w:trPr>
          <w:jc w:val="center"/>
        </w:trPr>
        <w:tc>
          <w:tcPr>
            <w:tcW w:w="1040" w:type="dxa"/>
          </w:tcPr>
          <w:p w14:paraId="307A6F5C" w14:textId="77777777" w:rsidR="0035378C" w:rsidRDefault="00000000">
            <w:r>
              <w:rPr>
                <w:sz w:val="16"/>
              </w:rPr>
              <w:t>Ghana</w:t>
            </w:r>
          </w:p>
        </w:tc>
        <w:tc>
          <w:tcPr>
            <w:tcW w:w="1040" w:type="dxa"/>
          </w:tcPr>
          <w:p w14:paraId="640EF79C" w14:textId="77777777" w:rsidR="0035378C" w:rsidRDefault="0035378C"/>
        </w:tc>
        <w:tc>
          <w:tcPr>
            <w:tcW w:w="1040" w:type="dxa"/>
          </w:tcPr>
          <w:p w14:paraId="2D3DF7AF" w14:textId="77777777" w:rsidR="0035378C" w:rsidRDefault="00000000">
            <w:r>
              <w:rPr>
                <w:sz w:val="16"/>
              </w:rPr>
              <w:t>0.66</w:t>
            </w:r>
          </w:p>
        </w:tc>
        <w:tc>
          <w:tcPr>
            <w:tcW w:w="1040" w:type="dxa"/>
          </w:tcPr>
          <w:p w14:paraId="3D53D083" w14:textId="77777777" w:rsidR="0035378C" w:rsidRDefault="0035378C"/>
        </w:tc>
        <w:tc>
          <w:tcPr>
            <w:tcW w:w="1040" w:type="dxa"/>
          </w:tcPr>
          <w:p w14:paraId="5373068F" w14:textId="77777777" w:rsidR="0035378C" w:rsidRDefault="00000000">
            <w:r>
              <w:rPr>
                <w:sz w:val="16"/>
              </w:rPr>
              <w:t>1</w:t>
            </w:r>
          </w:p>
        </w:tc>
        <w:tc>
          <w:tcPr>
            <w:tcW w:w="1040" w:type="dxa"/>
          </w:tcPr>
          <w:p w14:paraId="7ECF7509" w14:textId="77777777" w:rsidR="0035378C" w:rsidRDefault="00000000">
            <w:r>
              <w:rPr>
                <w:sz w:val="16"/>
              </w:rPr>
              <w:t>0.66</w:t>
            </w:r>
          </w:p>
        </w:tc>
        <w:tc>
          <w:tcPr>
            <w:tcW w:w="1040" w:type="dxa"/>
          </w:tcPr>
          <w:p w14:paraId="77C9D958" w14:textId="77777777" w:rsidR="0035378C" w:rsidRDefault="00000000">
            <w:r>
              <w:rPr>
                <w:sz w:val="16"/>
              </w:rPr>
              <w:t>0.66</w:t>
            </w:r>
          </w:p>
        </w:tc>
        <w:tc>
          <w:tcPr>
            <w:tcW w:w="1040" w:type="dxa"/>
          </w:tcPr>
          <w:p w14:paraId="15A40792" w14:textId="77777777" w:rsidR="0035378C" w:rsidRDefault="00000000">
            <w:r>
              <w:rPr>
                <w:sz w:val="16"/>
              </w:rPr>
              <w:t>1</w:t>
            </w:r>
          </w:p>
        </w:tc>
        <w:tc>
          <w:tcPr>
            <w:tcW w:w="1040" w:type="dxa"/>
          </w:tcPr>
          <w:p w14:paraId="50C33698" w14:textId="77777777" w:rsidR="0035378C" w:rsidRDefault="00000000">
            <w:r>
              <w:rPr>
                <w:sz w:val="16"/>
              </w:rPr>
              <w:t>0</w:t>
            </w:r>
          </w:p>
        </w:tc>
      </w:tr>
      <w:tr w:rsidR="0035378C" w14:paraId="49C4A8F2" w14:textId="77777777">
        <w:trPr>
          <w:jc w:val="center"/>
        </w:trPr>
        <w:tc>
          <w:tcPr>
            <w:tcW w:w="1040" w:type="dxa"/>
          </w:tcPr>
          <w:p w14:paraId="118025D8" w14:textId="77777777" w:rsidR="0035378C" w:rsidRDefault="00000000">
            <w:r>
              <w:rPr>
                <w:sz w:val="16"/>
              </w:rPr>
              <w:t>Romania</w:t>
            </w:r>
          </w:p>
        </w:tc>
        <w:tc>
          <w:tcPr>
            <w:tcW w:w="1040" w:type="dxa"/>
          </w:tcPr>
          <w:p w14:paraId="7C3877B4" w14:textId="77777777" w:rsidR="0035378C" w:rsidRDefault="0035378C"/>
        </w:tc>
        <w:tc>
          <w:tcPr>
            <w:tcW w:w="1040" w:type="dxa"/>
          </w:tcPr>
          <w:p w14:paraId="1D5522FD" w14:textId="77777777" w:rsidR="0035378C" w:rsidRDefault="00000000">
            <w:r>
              <w:rPr>
                <w:sz w:val="16"/>
              </w:rPr>
              <w:t>0.6</w:t>
            </w:r>
          </w:p>
        </w:tc>
        <w:tc>
          <w:tcPr>
            <w:tcW w:w="1040" w:type="dxa"/>
          </w:tcPr>
          <w:p w14:paraId="662BFB48" w14:textId="77777777" w:rsidR="0035378C" w:rsidRDefault="00000000">
            <w:r>
              <w:rPr>
                <w:sz w:val="16"/>
              </w:rPr>
              <w:t>0.6</w:t>
            </w:r>
          </w:p>
        </w:tc>
        <w:tc>
          <w:tcPr>
            <w:tcW w:w="1040" w:type="dxa"/>
          </w:tcPr>
          <w:p w14:paraId="4053DBE9" w14:textId="77777777" w:rsidR="0035378C" w:rsidRDefault="00000000">
            <w:r>
              <w:rPr>
                <w:sz w:val="16"/>
              </w:rPr>
              <w:t>2</w:t>
            </w:r>
          </w:p>
        </w:tc>
        <w:tc>
          <w:tcPr>
            <w:tcW w:w="1040" w:type="dxa"/>
          </w:tcPr>
          <w:p w14:paraId="6C2862EB" w14:textId="77777777" w:rsidR="0035378C" w:rsidRDefault="00000000">
            <w:r>
              <w:rPr>
                <w:sz w:val="16"/>
              </w:rPr>
              <w:t>0.6</w:t>
            </w:r>
          </w:p>
        </w:tc>
        <w:tc>
          <w:tcPr>
            <w:tcW w:w="1040" w:type="dxa"/>
          </w:tcPr>
          <w:p w14:paraId="6467B313" w14:textId="77777777" w:rsidR="0035378C" w:rsidRDefault="00000000">
            <w:r>
              <w:rPr>
                <w:sz w:val="16"/>
              </w:rPr>
              <w:t>0.6</w:t>
            </w:r>
          </w:p>
        </w:tc>
        <w:tc>
          <w:tcPr>
            <w:tcW w:w="1040" w:type="dxa"/>
          </w:tcPr>
          <w:p w14:paraId="794DDAB5" w14:textId="77777777" w:rsidR="0035378C" w:rsidRDefault="00000000">
            <w:r>
              <w:rPr>
                <w:sz w:val="16"/>
              </w:rPr>
              <w:t>1</w:t>
            </w:r>
          </w:p>
        </w:tc>
        <w:tc>
          <w:tcPr>
            <w:tcW w:w="1040" w:type="dxa"/>
          </w:tcPr>
          <w:p w14:paraId="3ACC46CB" w14:textId="77777777" w:rsidR="0035378C" w:rsidRDefault="00000000">
            <w:r>
              <w:rPr>
                <w:sz w:val="16"/>
              </w:rPr>
              <w:t>0</w:t>
            </w:r>
          </w:p>
        </w:tc>
      </w:tr>
      <w:tr w:rsidR="0035378C" w14:paraId="715CF67C" w14:textId="77777777">
        <w:trPr>
          <w:jc w:val="center"/>
        </w:trPr>
        <w:tc>
          <w:tcPr>
            <w:tcW w:w="1040" w:type="dxa"/>
          </w:tcPr>
          <w:p w14:paraId="18922588" w14:textId="77777777" w:rsidR="0035378C" w:rsidRDefault="00000000">
            <w:r>
              <w:rPr>
                <w:sz w:val="16"/>
              </w:rPr>
              <w:t>Turkmenistan</w:t>
            </w:r>
          </w:p>
        </w:tc>
        <w:tc>
          <w:tcPr>
            <w:tcW w:w="1040" w:type="dxa"/>
          </w:tcPr>
          <w:p w14:paraId="39B68F2C" w14:textId="77777777" w:rsidR="0035378C" w:rsidRDefault="00000000">
            <w:r>
              <w:rPr>
                <w:sz w:val="16"/>
              </w:rPr>
              <w:t>0.6</w:t>
            </w:r>
          </w:p>
        </w:tc>
        <w:tc>
          <w:tcPr>
            <w:tcW w:w="1040" w:type="dxa"/>
          </w:tcPr>
          <w:p w14:paraId="2B9F70BD" w14:textId="77777777" w:rsidR="0035378C" w:rsidRDefault="00000000">
            <w:r>
              <w:rPr>
                <w:sz w:val="16"/>
              </w:rPr>
              <w:t>0.6</w:t>
            </w:r>
          </w:p>
        </w:tc>
        <w:tc>
          <w:tcPr>
            <w:tcW w:w="1040" w:type="dxa"/>
          </w:tcPr>
          <w:p w14:paraId="1EB4CFC4" w14:textId="77777777" w:rsidR="0035378C" w:rsidRDefault="00000000">
            <w:r>
              <w:rPr>
                <w:sz w:val="16"/>
              </w:rPr>
              <w:t>0.6</w:t>
            </w:r>
          </w:p>
        </w:tc>
        <w:tc>
          <w:tcPr>
            <w:tcW w:w="1040" w:type="dxa"/>
          </w:tcPr>
          <w:p w14:paraId="19934229" w14:textId="77777777" w:rsidR="0035378C" w:rsidRDefault="00000000">
            <w:r>
              <w:rPr>
                <w:sz w:val="16"/>
              </w:rPr>
              <w:t>3</w:t>
            </w:r>
          </w:p>
        </w:tc>
        <w:tc>
          <w:tcPr>
            <w:tcW w:w="1040" w:type="dxa"/>
          </w:tcPr>
          <w:p w14:paraId="415DDBF6" w14:textId="77777777" w:rsidR="0035378C" w:rsidRDefault="00000000">
            <w:r>
              <w:rPr>
                <w:sz w:val="16"/>
              </w:rPr>
              <w:t>0.6</w:t>
            </w:r>
          </w:p>
        </w:tc>
        <w:tc>
          <w:tcPr>
            <w:tcW w:w="1040" w:type="dxa"/>
          </w:tcPr>
          <w:p w14:paraId="48CC47A1" w14:textId="77777777" w:rsidR="0035378C" w:rsidRDefault="00000000">
            <w:r>
              <w:rPr>
                <w:sz w:val="16"/>
              </w:rPr>
              <w:t>0.6</w:t>
            </w:r>
          </w:p>
        </w:tc>
        <w:tc>
          <w:tcPr>
            <w:tcW w:w="1040" w:type="dxa"/>
          </w:tcPr>
          <w:p w14:paraId="5FE4CE78" w14:textId="77777777" w:rsidR="0035378C" w:rsidRDefault="00000000">
            <w:r>
              <w:rPr>
                <w:sz w:val="16"/>
              </w:rPr>
              <w:t>1</w:t>
            </w:r>
          </w:p>
        </w:tc>
        <w:tc>
          <w:tcPr>
            <w:tcW w:w="1040" w:type="dxa"/>
          </w:tcPr>
          <w:p w14:paraId="67D1A968" w14:textId="77777777" w:rsidR="0035378C" w:rsidRDefault="00000000">
            <w:r>
              <w:rPr>
                <w:sz w:val="16"/>
              </w:rPr>
              <w:t>0</w:t>
            </w:r>
          </w:p>
        </w:tc>
      </w:tr>
      <w:tr w:rsidR="0035378C" w14:paraId="179A93D5" w14:textId="77777777">
        <w:trPr>
          <w:jc w:val="center"/>
        </w:trPr>
        <w:tc>
          <w:tcPr>
            <w:tcW w:w="1040" w:type="dxa"/>
          </w:tcPr>
          <w:p w14:paraId="1668EEFB" w14:textId="77777777" w:rsidR="0035378C" w:rsidRDefault="00000000">
            <w:r>
              <w:rPr>
                <w:sz w:val="16"/>
              </w:rPr>
              <w:t>Uzbekistan</w:t>
            </w:r>
          </w:p>
        </w:tc>
        <w:tc>
          <w:tcPr>
            <w:tcW w:w="1040" w:type="dxa"/>
          </w:tcPr>
          <w:p w14:paraId="52A4D74B" w14:textId="77777777" w:rsidR="0035378C" w:rsidRDefault="00000000">
            <w:r>
              <w:rPr>
                <w:sz w:val="16"/>
              </w:rPr>
              <w:t>0.59</w:t>
            </w:r>
          </w:p>
        </w:tc>
        <w:tc>
          <w:tcPr>
            <w:tcW w:w="1040" w:type="dxa"/>
          </w:tcPr>
          <w:p w14:paraId="18E4365C" w14:textId="77777777" w:rsidR="0035378C" w:rsidRDefault="00000000">
            <w:r>
              <w:rPr>
                <w:sz w:val="16"/>
              </w:rPr>
              <w:t>0.59</w:t>
            </w:r>
          </w:p>
        </w:tc>
        <w:tc>
          <w:tcPr>
            <w:tcW w:w="1040" w:type="dxa"/>
          </w:tcPr>
          <w:p w14:paraId="0606204C" w14:textId="77777777" w:rsidR="0035378C" w:rsidRDefault="00000000">
            <w:r>
              <w:rPr>
                <w:sz w:val="16"/>
              </w:rPr>
              <w:t>0.59</w:t>
            </w:r>
          </w:p>
        </w:tc>
        <w:tc>
          <w:tcPr>
            <w:tcW w:w="1040" w:type="dxa"/>
          </w:tcPr>
          <w:p w14:paraId="3411B1EB" w14:textId="77777777" w:rsidR="0035378C" w:rsidRDefault="00000000">
            <w:r>
              <w:rPr>
                <w:sz w:val="16"/>
              </w:rPr>
              <w:t>3</w:t>
            </w:r>
          </w:p>
        </w:tc>
        <w:tc>
          <w:tcPr>
            <w:tcW w:w="1040" w:type="dxa"/>
          </w:tcPr>
          <w:p w14:paraId="25E34197" w14:textId="77777777" w:rsidR="0035378C" w:rsidRDefault="00000000">
            <w:r>
              <w:rPr>
                <w:sz w:val="16"/>
              </w:rPr>
              <w:t>0.59</w:t>
            </w:r>
          </w:p>
        </w:tc>
        <w:tc>
          <w:tcPr>
            <w:tcW w:w="1040" w:type="dxa"/>
          </w:tcPr>
          <w:p w14:paraId="1A5800B2" w14:textId="77777777" w:rsidR="0035378C" w:rsidRDefault="00000000">
            <w:r>
              <w:rPr>
                <w:sz w:val="16"/>
              </w:rPr>
              <w:t>0.59</w:t>
            </w:r>
          </w:p>
        </w:tc>
        <w:tc>
          <w:tcPr>
            <w:tcW w:w="1040" w:type="dxa"/>
          </w:tcPr>
          <w:p w14:paraId="3D1F610A" w14:textId="77777777" w:rsidR="0035378C" w:rsidRDefault="00000000">
            <w:r>
              <w:rPr>
                <w:sz w:val="16"/>
              </w:rPr>
              <w:t>1</w:t>
            </w:r>
          </w:p>
        </w:tc>
        <w:tc>
          <w:tcPr>
            <w:tcW w:w="1040" w:type="dxa"/>
          </w:tcPr>
          <w:p w14:paraId="77DA9532" w14:textId="77777777" w:rsidR="0035378C" w:rsidRDefault="00000000">
            <w:r>
              <w:rPr>
                <w:sz w:val="16"/>
              </w:rPr>
              <w:t>0</w:t>
            </w:r>
          </w:p>
        </w:tc>
      </w:tr>
      <w:tr w:rsidR="0035378C" w14:paraId="1DC49E2C" w14:textId="77777777">
        <w:trPr>
          <w:jc w:val="center"/>
        </w:trPr>
        <w:tc>
          <w:tcPr>
            <w:tcW w:w="1040" w:type="dxa"/>
          </w:tcPr>
          <w:p w14:paraId="2025FED0" w14:textId="77777777" w:rsidR="0035378C" w:rsidRDefault="00000000">
            <w:r>
              <w:rPr>
                <w:sz w:val="16"/>
              </w:rPr>
              <w:t>Italy</w:t>
            </w:r>
          </w:p>
        </w:tc>
        <w:tc>
          <w:tcPr>
            <w:tcW w:w="1040" w:type="dxa"/>
          </w:tcPr>
          <w:p w14:paraId="6CAD4062" w14:textId="77777777" w:rsidR="0035378C" w:rsidRDefault="0035378C"/>
        </w:tc>
        <w:tc>
          <w:tcPr>
            <w:tcW w:w="1040" w:type="dxa"/>
          </w:tcPr>
          <w:p w14:paraId="4D8BF31A" w14:textId="77777777" w:rsidR="0035378C" w:rsidRDefault="00000000">
            <w:r>
              <w:rPr>
                <w:sz w:val="16"/>
              </w:rPr>
              <w:t>0.5</w:t>
            </w:r>
          </w:p>
        </w:tc>
        <w:tc>
          <w:tcPr>
            <w:tcW w:w="1040" w:type="dxa"/>
          </w:tcPr>
          <w:p w14:paraId="0CF9FDE5" w14:textId="77777777" w:rsidR="0035378C" w:rsidRDefault="00000000">
            <w:r>
              <w:rPr>
                <w:sz w:val="16"/>
              </w:rPr>
              <w:t>0.6</w:t>
            </w:r>
          </w:p>
        </w:tc>
        <w:tc>
          <w:tcPr>
            <w:tcW w:w="1040" w:type="dxa"/>
          </w:tcPr>
          <w:p w14:paraId="6D8DFEAC" w14:textId="77777777" w:rsidR="0035378C" w:rsidRDefault="00000000">
            <w:r>
              <w:rPr>
                <w:sz w:val="16"/>
              </w:rPr>
              <w:t>2</w:t>
            </w:r>
          </w:p>
        </w:tc>
        <w:tc>
          <w:tcPr>
            <w:tcW w:w="1040" w:type="dxa"/>
          </w:tcPr>
          <w:p w14:paraId="7B700D6F" w14:textId="77777777" w:rsidR="0035378C" w:rsidRDefault="00000000">
            <w:r>
              <w:rPr>
                <w:sz w:val="16"/>
              </w:rPr>
              <w:t>0.55</w:t>
            </w:r>
          </w:p>
        </w:tc>
        <w:tc>
          <w:tcPr>
            <w:tcW w:w="1040" w:type="dxa"/>
          </w:tcPr>
          <w:p w14:paraId="14C04C65" w14:textId="77777777" w:rsidR="0035378C" w:rsidRDefault="00000000">
            <w:r>
              <w:rPr>
                <w:sz w:val="16"/>
              </w:rPr>
              <w:t>0.55</w:t>
            </w:r>
          </w:p>
        </w:tc>
        <w:tc>
          <w:tcPr>
            <w:tcW w:w="1040" w:type="dxa"/>
          </w:tcPr>
          <w:p w14:paraId="303F75EA" w14:textId="77777777" w:rsidR="0035378C" w:rsidRDefault="00000000">
            <w:r>
              <w:rPr>
                <w:sz w:val="16"/>
              </w:rPr>
              <w:t>1.21</w:t>
            </w:r>
          </w:p>
        </w:tc>
        <w:tc>
          <w:tcPr>
            <w:tcW w:w="1040" w:type="dxa"/>
          </w:tcPr>
          <w:p w14:paraId="0D9B66D4" w14:textId="77777777" w:rsidR="0035378C" w:rsidRDefault="00000000">
            <w:r>
              <w:rPr>
                <w:sz w:val="16"/>
              </w:rPr>
              <w:t>0.096</w:t>
            </w:r>
          </w:p>
        </w:tc>
      </w:tr>
      <w:tr w:rsidR="0035378C" w14:paraId="6E19EC74" w14:textId="77777777">
        <w:trPr>
          <w:jc w:val="center"/>
        </w:trPr>
        <w:tc>
          <w:tcPr>
            <w:tcW w:w="1040" w:type="dxa"/>
          </w:tcPr>
          <w:p w14:paraId="1AF4B895" w14:textId="77777777" w:rsidR="0035378C" w:rsidRDefault="00000000">
            <w:r>
              <w:rPr>
                <w:sz w:val="16"/>
              </w:rPr>
              <w:t>Pakistan</w:t>
            </w:r>
          </w:p>
        </w:tc>
        <w:tc>
          <w:tcPr>
            <w:tcW w:w="1040" w:type="dxa"/>
          </w:tcPr>
          <w:p w14:paraId="3959E141" w14:textId="77777777" w:rsidR="0035378C" w:rsidRDefault="0035378C"/>
        </w:tc>
        <w:tc>
          <w:tcPr>
            <w:tcW w:w="1040" w:type="dxa"/>
          </w:tcPr>
          <w:p w14:paraId="48234C23" w14:textId="77777777" w:rsidR="0035378C" w:rsidRDefault="00000000">
            <w:r>
              <w:rPr>
                <w:sz w:val="16"/>
              </w:rPr>
              <w:t>0.54</w:t>
            </w:r>
          </w:p>
        </w:tc>
        <w:tc>
          <w:tcPr>
            <w:tcW w:w="1040" w:type="dxa"/>
          </w:tcPr>
          <w:p w14:paraId="0D2CA62C" w14:textId="77777777" w:rsidR="0035378C" w:rsidRDefault="0035378C"/>
        </w:tc>
        <w:tc>
          <w:tcPr>
            <w:tcW w:w="1040" w:type="dxa"/>
          </w:tcPr>
          <w:p w14:paraId="04EF9618" w14:textId="77777777" w:rsidR="0035378C" w:rsidRDefault="00000000">
            <w:r>
              <w:rPr>
                <w:sz w:val="16"/>
              </w:rPr>
              <w:t>1</w:t>
            </w:r>
          </w:p>
        </w:tc>
        <w:tc>
          <w:tcPr>
            <w:tcW w:w="1040" w:type="dxa"/>
          </w:tcPr>
          <w:p w14:paraId="765DBB5B" w14:textId="77777777" w:rsidR="0035378C" w:rsidRDefault="00000000">
            <w:r>
              <w:rPr>
                <w:sz w:val="16"/>
              </w:rPr>
              <w:t>0.54</w:t>
            </w:r>
          </w:p>
        </w:tc>
        <w:tc>
          <w:tcPr>
            <w:tcW w:w="1040" w:type="dxa"/>
          </w:tcPr>
          <w:p w14:paraId="04E98B72" w14:textId="77777777" w:rsidR="0035378C" w:rsidRDefault="00000000">
            <w:r>
              <w:rPr>
                <w:sz w:val="16"/>
              </w:rPr>
              <w:t>0.54</w:t>
            </w:r>
          </w:p>
        </w:tc>
        <w:tc>
          <w:tcPr>
            <w:tcW w:w="1040" w:type="dxa"/>
          </w:tcPr>
          <w:p w14:paraId="0E9751C9" w14:textId="77777777" w:rsidR="0035378C" w:rsidRDefault="00000000">
            <w:r>
              <w:rPr>
                <w:sz w:val="16"/>
              </w:rPr>
              <w:t>1</w:t>
            </w:r>
          </w:p>
        </w:tc>
        <w:tc>
          <w:tcPr>
            <w:tcW w:w="1040" w:type="dxa"/>
          </w:tcPr>
          <w:p w14:paraId="5E29366D" w14:textId="77777777" w:rsidR="0035378C" w:rsidRDefault="00000000">
            <w:r>
              <w:rPr>
                <w:sz w:val="16"/>
              </w:rPr>
              <w:t>0</w:t>
            </w:r>
          </w:p>
        </w:tc>
      </w:tr>
      <w:tr w:rsidR="0035378C" w14:paraId="3257A97E" w14:textId="77777777">
        <w:trPr>
          <w:jc w:val="center"/>
        </w:trPr>
        <w:tc>
          <w:tcPr>
            <w:tcW w:w="1040" w:type="dxa"/>
          </w:tcPr>
          <w:p w14:paraId="73911DD1" w14:textId="77777777" w:rsidR="0035378C" w:rsidRDefault="00000000">
            <w:r>
              <w:rPr>
                <w:sz w:val="16"/>
              </w:rPr>
              <w:t>Tunisia</w:t>
            </w:r>
          </w:p>
        </w:tc>
        <w:tc>
          <w:tcPr>
            <w:tcW w:w="1040" w:type="dxa"/>
          </w:tcPr>
          <w:p w14:paraId="2131C88C" w14:textId="77777777" w:rsidR="0035378C" w:rsidRDefault="0035378C"/>
        </w:tc>
        <w:tc>
          <w:tcPr>
            <w:tcW w:w="1040" w:type="dxa"/>
          </w:tcPr>
          <w:p w14:paraId="0DE772D0" w14:textId="77777777" w:rsidR="0035378C" w:rsidRDefault="00000000">
            <w:r>
              <w:rPr>
                <w:sz w:val="16"/>
              </w:rPr>
              <w:t>0.42</w:t>
            </w:r>
          </w:p>
        </w:tc>
        <w:tc>
          <w:tcPr>
            <w:tcW w:w="1040" w:type="dxa"/>
          </w:tcPr>
          <w:p w14:paraId="032C41C6" w14:textId="77777777" w:rsidR="0035378C" w:rsidRDefault="00000000">
            <w:r>
              <w:rPr>
                <w:sz w:val="16"/>
              </w:rPr>
              <w:t>0.42</w:t>
            </w:r>
          </w:p>
        </w:tc>
        <w:tc>
          <w:tcPr>
            <w:tcW w:w="1040" w:type="dxa"/>
          </w:tcPr>
          <w:p w14:paraId="53E402D9" w14:textId="77777777" w:rsidR="0035378C" w:rsidRDefault="00000000">
            <w:r>
              <w:rPr>
                <w:sz w:val="16"/>
              </w:rPr>
              <w:t>2</w:t>
            </w:r>
          </w:p>
        </w:tc>
        <w:tc>
          <w:tcPr>
            <w:tcW w:w="1040" w:type="dxa"/>
          </w:tcPr>
          <w:p w14:paraId="6D4E2855" w14:textId="77777777" w:rsidR="0035378C" w:rsidRDefault="00000000">
            <w:r>
              <w:rPr>
                <w:sz w:val="16"/>
              </w:rPr>
              <w:t>0.42</w:t>
            </w:r>
          </w:p>
        </w:tc>
        <w:tc>
          <w:tcPr>
            <w:tcW w:w="1040" w:type="dxa"/>
          </w:tcPr>
          <w:p w14:paraId="6A6E2C21" w14:textId="77777777" w:rsidR="0035378C" w:rsidRDefault="00000000">
            <w:r>
              <w:rPr>
                <w:sz w:val="16"/>
              </w:rPr>
              <w:t>0.42</w:t>
            </w:r>
          </w:p>
        </w:tc>
        <w:tc>
          <w:tcPr>
            <w:tcW w:w="1040" w:type="dxa"/>
          </w:tcPr>
          <w:p w14:paraId="1F9FD35E" w14:textId="77777777" w:rsidR="0035378C" w:rsidRDefault="00000000">
            <w:r>
              <w:rPr>
                <w:sz w:val="16"/>
              </w:rPr>
              <w:t>1</w:t>
            </w:r>
          </w:p>
        </w:tc>
        <w:tc>
          <w:tcPr>
            <w:tcW w:w="1040" w:type="dxa"/>
          </w:tcPr>
          <w:p w14:paraId="517C8DC5" w14:textId="77777777" w:rsidR="0035378C" w:rsidRDefault="00000000">
            <w:r>
              <w:rPr>
                <w:sz w:val="16"/>
              </w:rPr>
              <w:t>0</w:t>
            </w:r>
          </w:p>
        </w:tc>
      </w:tr>
      <w:tr w:rsidR="0035378C" w14:paraId="67B6CAE4" w14:textId="77777777">
        <w:trPr>
          <w:jc w:val="center"/>
        </w:trPr>
        <w:tc>
          <w:tcPr>
            <w:tcW w:w="1040" w:type="dxa"/>
          </w:tcPr>
          <w:p w14:paraId="680E01F7" w14:textId="77777777" w:rsidR="0035378C" w:rsidRDefault="00000000">
            <w:r>
              <w:rPr>
                <w:sz w:val="16"/>
              </w:rPr>
              <w:lastRenderedPageBreak/>
              <w:t>Denmark</w:t>
            </w:r>
          </w:p>
        </w:tc>
        <w:tc>
          <w:tcPr>
            <w:tcW w:w="1040" w:type="dxa"/>
          </w:tcPr>
          <w:p w14:paraId="7C6E4D99" w14:textId="77777777" w:rsidR="0035378C" w:rsidRDefault="00000000">
            <w:r>
              <w:rPr>
                <w:sz w:val="16"/>
              </w:rPr>
              <w:t>0.36</w:t>
            </w:r>
          </w:p>
        </w:tc>
        <w:tc>
          <w:tcPr>
            <w:tcW w:w="1040" w:type="dxa"/>
          </w:tcPr>
          <w:p w14:paraId="2EA3E3DD" w14:textId="77777777" w:rsidR="0035378C" w:rsidRDefault="00000000">
            <w:r>
              <w:rPr>
                <w:sz w:val="16"/>
              </w:rPr>
              <w:t>0.44</w:t>
            </w:r>
          </w:p>
        </w:tc>
        <w:tc>
          <w:tcPr>
            <w:tcW w:w="1040" w:type="dxa"/>
          </w:tcPr>
          <w:p w14:paraId="606963BC" w14:textId="77777777" w:rsidR="0035378C" w:rsidRDefault="00000000">
            <w:r>
              <w:rPr>
                <w:sz w:val="16"/>
              </w:rPr>
              <w:t>0.43</w:t>
            </w:r>
          </w:p>
        </w:tc>
        <w:tc>
          <w:tcPr>
            <w:tcW w:w="1040" w:type="dxa"/>
          </w:tcPr>
          <w:p w14:paraId="462403F4" w14:textId="77777777" w:rsidR="0035378C" w:rsidRDefault="00000000">
            <w:r>
              <w:rPr>
                <w:sz w:val="16"/>
              </w:rPr>
              <w:t>3</w:t>
            </w:r>
          </w:p>
        </w:tc>
        <w:tc>
          <w:tcPr>
            <w:tcW w:w="1040" w:type="dxa"/>
          </w:tcPr>
          <w:p w14:paraId="6EB88D9E" w14:textId="77777777" w:rsidR="0035378C" w:rsidRDefault="00000000">
            <w:r>
              <w:rPr>
                <w:sz w:val="16"/>
              </w:rPr>
              <w:t>0.41</w:t>
            </w:r>
          </w:p>
        </w:tc>
        <w:tc>
          <w:tcPr>
            <w:tcW w:w="1040" w:type="dxa"/>
          </w:tcPr>
          <w:p w14:paraId="391DC868" w14:textId="77777777" w:rsidR="0035378C" w:rsidRDefault="00000000">
            <w:r>
              <w:rPr>
                <w:sz w:val="16"/>
              </w:rPr>
              <w:t>0.43</w:t>
            </w:r>
          </w:p>
        </w:tc>
        <w:tc>
          <w:tcPr>
            <w:tcW w:w="1040" w:type="dxa"/>
          </w:tcPr>
          <w:p w14:paraId="469E07BC" w14:textId="77777777" w:rsidR="0035378C" w:rsidRDefault="00000000">
            <w:r>
              <w:rPr>
                <w:sz w:val="16"/>
              </w:rPr>
              <w:t>1.21</w:t>
            </w:r>
          </w:p>
        </w:tc>
        <w:tc>
          <w:tcPr>
            <w:tcW w:w="1040" w:type="dxa"/>
          </w:tcPr>
          <w:p w14:paraId="379B9BDA" w14:textId="77777777" w:rsidR="0035378C" w:rsidRDefault="00000000">
            <w:r>
              <w:rPr>
                <w:sz w:val="16"/>
              </w:rPr>
              <w:t>0.081</w:t>
            </w:r>
          </w:p>
        </w:tc>
      </w:tr>
      <w:tr w:rsidR="0035378C" w14:paraId="17C742A7" w14:textId="77777777">
        <w:trPr>
          <w:jc w:val="center"/>
        </w:trPr>
        <w:tc>
          <w:tcPr>
            <w:tcW w:w="1040" w:type="dxa"/>
          </w:tcPr>
          <w:p w14:paraId="6A927EB8" w14:textId="77777777" w:rsidR="0035378C" w:rsidRDefault="00000000">
            <w:r>
              <w:rPr>
                <w:sz w:val="16"/>
              </w:rPr>
              <w:t>Ukraine</w:t>
            </w:r>
          </w:p>
        </w:tc>
        <w:tc>
          <w:tcPr>
            <w:tcW w:w="1040" w:type="dxa"/>
          </w:tcPr>
          <w:p w14:paraId="11143648" w14:textId="77777777" w:rsidR="0035378C" w:rsidRDefault="00000000">
            <w:r>
              <w:rPr>
                <w:sz w:val="16"/>
              </w:rPr>
              <w:t>0.4</w:t>
            </w:r>
          </w:p>
        </w:tc>
        <w:tc>
          <w:tcPr>
            <w:tcW w:w="1040" w:type="dxa"/>
          </w:tcPr>
          <w:p w14:paraId="4F732F0A" w14:textId="77777777" w:rsidR="0035378C" w:rsidRDefault="00000000">
            <w:r>
              <w:rPr>
                <w:sz w:val="16"/>
              </w:rPr>
              <w:t>0.4</w:t>
            </w:r>
          </w:p>
        </w:tc>
        <w:tc>
          <w:tcPr>
            <w:tcW w:w="1040" w:type="dxa"/>
          </w:tcPr>
          <w:p w14:paraId="10E06608" w14:textId="77777777" w:rsidR="0035378C" w:rsidRDefault="0035378C"/>
        </w:tc>
        <w:tc>
          <w:tcPr>
            <w:tcW w:w="1040" w:type="dxa"/>
          </w:tcPr>
          <w:p w14:paraId="0BB6FAC1" w14:textId="77777777" w:rsidR="0035378C" w:rsidRDefault="00000000">
            <w:r>
              <w:rPr>
                <w:sz w:val="16"/>
              </w:rPr>
              <w:t>2</w:t>
            </w:r>
          </w:p>
        </w:tc>
        <w:tc>
          <w:tcPr>
            <w:tcW w:w="1040" w:type="dxa"/>
          </w:tcPr>
          <w:p w14:paraId="05BE7A49" w14:textId="77777777" w:rsidR="0035378C" w:rsidRDefault="00000000">
            <w:r>
              <w:rPr>
                <w:sz w:val="16"/>
              </w:rPr>
              <w:t>0.4</w:t>
            </w:r>
          </w:p>
        </w:tc>
        <w:tc>
          <w:tcPr>
            <w:tcW w:w="1040" w:type="dxa"/>
          </w:tcPr>
          <w:p w14:paraId="7765F086" w14:textId="77777777" w:rsidR="0035378C" w:rsidRDefault="00000000">
            <w:r>
              <w:rPr>
                <w:sz w:val="16"/>
              </w:rPr>
              <w:t>0.4</w:t>
            </w:r>
          </w:p>
        </w:tc>
        <w:tc>
          <w:tcPr>
            <w:tcW w:w="1040" w:type="dxa"/>
          </w:tcPr>
          <w:p w14:paraId="1CC932C0" w14:textId="77777777" w:rsidR="0035378C" w:rsidRDefault="00000000">
            <w:r>
              <w:rPr>
                <w:sz w:val="16"/>
              </w:rPr>
              <w:t>1</w:t>
            </w:r>
          </w:p>
        </w:tc>
        <w:tc>
          <w:tcPr>
            <w:tcW w:w="1040" w:type="dxa"/>
          </w:tcPr>
          <w:p w14:paraId="6DACC325" w14:textId="77777777" w:rsidR="0035378C" w:rsidRDefault="00000000">
            <w:r>
              <w:rPr>
                <w:sz w:val="16"/>
              </w:rPr>
              <w:t>0</w:t>
            </w:r>
          </w:p>
        </w:tc>
      </w:tr>
      <w:tr w:rsidR="0035378C" w14:paraId="70A653C7" w14:textId="77777777">
        <w:trPr>
          <w:jc w:val="center"/>
        </w:trPr>
        <w:tc>
          <w:tcPr>
            <w:tcW w:w="1040" w:type="dxa"/>
          </w:tcPr>
          <w:p w14:paraId="5254BCD6" w14:textId="77777777" w:rsidR="0035378C" w:rsidRDefault="00000000">
            <w:r>
              <w:rPr>
                <w:sz w:val="16"/>
              </w:rPr>
              <w:t>Turkiye</w:t>
            </w:r>
          </w:p>
        </w:tc>
        <w:tc>
          <w:tcPr>
            <w:tcW w:w="1040" w:type="dxa"/>
          </w:tcPr>
          <w:p w14:paraId="17DD321D" w14:textId="77777777" w:rsidR="0035378C" w:rsidRDefault="0035378C"/>
        </w:tc>
        <w:tc>
          <w:tcPr>
            <w:tcW w:w="1040" w:type="dxa"/>
          </w:tcPr>
          <w:p w14:paraId="1BD84A3E" w14:textId="77777777" w:rsidR="0035378C" w:rsidRDefault="00000000">
            <w:r>
              <w:rPr>
                <w:sz w:val="16"/>
              </w:rPr>
              <w:t>0.37</w:t>
            </w:r>
          </w:p>
        </w:tc>
        <w:tc>
          <w:tcPr>
            <w:tcW w:w="1040" w:type="dxa"/>
          </w:tcPr>
          <w:p w14:paraId="53A4FFD8" w14:textId="77777777" w:rsidR="0035378C" w:rsidRDefault="0035378C"/>
        </w:tc>
        <w:tc>
          <w:tcPr>
            <w:tcW w:w="1040" w:type="dxa"/>
          </w:tcPr>
          <w:p w14:paraId="7BF7DAB4" w14:textId="77777777" w:rsidR="0035378C" w:rsidRDefault="00000000">
            <w:r>
              <w:rPr>
                <w:sz w:val="16"/>
              </w:rPr>
              <w:t>1</w:t>
            </w:r>
          </w:p>
        </w:tc>
        <w:tc>
          <w:tcPr>
            <w:tcW w:w="1040" w:type="dxa"/>
          </w:tcPr>
          <w:p w14:paraId="6E8E3867" w14:textId="77777777" w:rsidR="0035378C" w:rsidRDefault="00000000">
            <w:r>
              <w:rPr>
                <w:sz w:val="16"/>
              </w:rPr>
              <w:t>0.37</w:t>
            </w:r>
          </w:p>
        </w:tc>
        <w:tc>
          <w:tcPr>
            <w:tcW w:w="1040" w:type="dxa"/>
          </w:tcPr>
          <w:p w14:paraId="6116C1C6" w14:textId="77777777" w:rsidR="0035378C" w:rsidRDefault="00000000">
            <w:r>
              <w:rPr>
                <w:sz w:val="16"/>
              </w:rPr>
              <w:t>0.37</w:t>
            </w:r>
          </w:p>
        </w:tc>
        <w:tc>
          <w:tcPr>
            <w:tcW w:w="1040" w:type="dxa"/>
          </w:tcPr>
          <w:p w14:paraId="4114BA99" w14:textId="77777777" w:rsidR="0035378C" w:rsidRDefault="00000000">
            <w:r>
              <w:rPr>
                <w:sz w:val="16"/>
              </w:rPr>
              <w:t>1</w:t>
            </w:r>
          </w:p>
        </w:tc>
        <w:tc>
          <w:tcPr>
            <w:tcW w:w="1040" w:type="dxa"/>
          </w:tcPr>
          <w:p w14:paraId="5347481D" w14:textId="77777777" w:rsidR="0035378C" w:rsidRDefault="00000000">
            <w:r>
              <w:rPr>
                <w:sz w:val="16"/>
              </w:rPr>
              <w:t>0</w:t>
            </w:r>
          </w:p>
        </w:tc>
      </w:tr>
      <w:tr w:rsidR="0035378C" w14:paraId="4800E3AC" w14:textId="77777777">
        <w:trPr>
          <w:jc w:val="center"/>
        </w:trPr>
        <w:tc>
          <w:tcPr>
            <w:tcW w:w="1040" w:type="dxa"/>
          </w:tcPr>
          <w:p w14:paraId="37E8F1EE" w14:textId="77777777" w:rsidR="0035378C" w:rsidRDefault="00000000">
            <w:r>
              <w:rPr>
                <w:sz w:val="16"/>
              </w:rPr>
              <w:t>Thailand</w:t>
            </w:r>
          </w:p>
        </w:tc>
        <w:tc>
          <w:tcPr>
            <w:tcW w:w="1040" w:type="dxa"/>
          </w:tcPr>
          <w:p w14:paraId="7E95FBDE" w14:textId="77777777" w:rsidR="0035378C" w:rsidRDefault="0035378C"/>
        </w:tc>
        <w:tc>
          <w:tcPr>
            <w:tcW w:w="1040" w:type="dxa"/>
          </w:tcPr>
          <w:p w14:paraId="5AEC6DA1" w14:textId="77777777" w:rsidR="0035378C" w:rsidRDefault="00000000">
            <w:r>
              <w:rPr>
                <w:sz w:val="16"/>
              </w:rPr>
              <w:t>0.25</w:t>
            </w:r>
          </w:p>
        </w:tc>
        <w:tc>
          <w:tcPr>
            <w:tcW w:w="1040" w:type="dxa"/>
          </w:tcPr>
          <w:p w14:paraId="3B36AE9A" w14:textId="77777777" w:rsidR="0035378C" w:rsidRDefault="00000000">
            <w:r>
              <w:rPr>
                <w:sz w:val="16"/>
              </w:rPr>
              <w:t>0.25</w:t>
            </w:r>
          </w:p>
        </w:tc>
        <w:tc>
          <w:tcPr>
            <w:tcW w:w="1040" w:type="dxa"/>
          </w:tcPr>
          <w:p w14:paraId="3BD5201D" w14:textId="77777777" w:rsidR="0035378C" w:rsidRDefault="00000000">
            <w:r>
              <w:rPr>
                <w:sz w:val="16"/>
              </w:rPr>
              <w:t>2</w:t>
            </w:r>
          </w:p>
        </w:tc>
        <w:tc>
          <w:tcPr>
            <w:tcW w:w="1040" w:type="dxa"/>
          </w:tcPr>
          <w:p w14:paraId="7A3DCE06" w14:textId="77777777" w:rsidR="0035378C" w:rsidRDefault="00000000">
            <w:r>
              <w:rPr>
                <w:sz w:val="16"/>
              </w:rPr>
              <w:t>0.25</w:t>
            </w:r>
          </w:p>
        </w:tc>
        <w:tc>
          <w:tcPr>
            <w:tcW w:w="1040" w:type="dxa"/>
          </w:tcPr>
          <w:p w14:paraId="3015C60D" w14:textId="77777777" w:rsidR="0035378C" w:rsidRDefault="00000000">
            <w:r>
              <w:rPr>
                <w:sz w:val="16"/>
              </w:rPr>
              <w:t>0.25</w:t>
            </w:r>
          </w:p>
        </w:tc>
        <w:tc>
          <w:tcPr>
            <w:tcW w:w="1040" w:type="dxa"/>
          </w:tcPr>
          <w:p w14:paraId="4E5B9C97" w14:textId="77777777" w:rsidR="0035378C" w:rsidRDefault="00000000">
            <w:r>
              <w:rPr>
                <w:sz w:val="16"/>
              </w:rPr>
              <w:t>1</w:t>
            </w:r>
          </w:p>
        </w:tc>
        <w:tc>
          <w:tcPr>
            <w:tcW w:w="1040" w:type="dxa"/>
          </w:tcPr>
          <w:p w14:paraId="2B932BB7" w14:textId="77777777" w:rsidR="0035378C" w:rsidRDefault="00000000">
            <w:r>
              <w:rPr>
                <w:sz w:val="16"/>
              </w:rPr>
              <w:t>0</w:t>
            </w:r>
          </w:p>
        </w:tc>
      </w:tr>
      <w:tr w:rsidR="0035378C" w14:paraId="26F48956" w14:textId="77777777">
        <w:trPr>
          <w:jc w:val="center"/>
        </w:trPr>
        <w:tc>
          <w:tcPr>
            <w:tcW w:w="1040" w:type="dxa"/>
          </w:tcPr>
          <w:p w14:paraId="652B0F4E" w14:textId="77777777" w:rsidR="0035378C" w:rsidRDefault="00000000">
            <w:r>
              <w:rPr>
                <w:sz w:val="16"/>
              </w:rPr>
              <w:t>Trinidad and Tobago</w:t>
            </w:r>
          </w:p>
        </w:tc>
        <w:tc>
          <w:tcPr>
            <w:tcW w:w="1040" w:type="dxa"/>
          </w:tcPr>
          <w:p w14:paraId="3FF70AAA" w14:textId="77777777" w:rsidR="0035378C" w:rsidRDefault="0035378C"/>
        </w:tc>
        <w:tc>
          <w:tcPr>
            <w:tcW w:w="1040" w:type="dxa"/>
          </w:tcPr>
          <w:p w14:paraId="0360E1BF" w14:textId="77777777" w:rsidR="0035378C" w:rsidRDefault="00000000">
            <w:r>
              <w:rPr>
                <w:sz w:val="16"/>
              </w:rPr>
              <w:t>0.24</w:t>
            </w:r>
          </w:p>
        </w:tc>
        <w:tc>
          <w:tcPr>
            <w:tcW w:w="1040" w:type="dxa"/>
          </w:tcPr>
          <w:p w14:paraId="36C10287" w14:textId="77777777" w:rsidR="0035378C" w:rsidRDefault="00000000">
            <w:r>
              <w:rPr>
                <w:sz w:val="16"/>
              </w:rPr>
              <w:t>0.24</w:t>
            </w:r>
          </w:p>
        </w:tc>
        <w:tc>
          <w:tcPr>
            <w:tcW w:w="1040" w:type="dxa"/>
          </w:tcPr>
          <w:p w14:paraId="258AB9FB" w14:textId="77777777" w:rsidR="0035378C" w:rsidRDefault="00000000">
            <w:r>
              <w:rPr>
                <w:sz w:val="16"/>
              </w:rPr>
              <w:t>2</w:t>
            </w:r>
          </w:p>
        </w:tc>
        <w:tc>
          <w:tcPr>
            <w:tcW w:w="1040" w:type="dxa"/>
          </w:tcPr>
          <w:p w14:paraId="560D89DB" w14:textId="77777777" w:rsidR="0035378C" w:rsidRDefault="00000000">
            <w:r>
              <w:rPr>
                <w:sz w:val="16"/>
              </w:rPr>
              <w:t>0.24</w:t>
            </w:r>
          </w:p>
        </w:tc>
        <w:tc>
          <w:tcPr>
            <w:tcW w:w="1040" w:type="dxa"/>
          </w:tcPr>
          <w:p w14:paraId="606E6ED3" w14:textId="77777777" w:rsidR="0035378C" w:rsidRDefault="00000000">
            <w:r>
              <w:rPr>
                <w:sz w:val="16"/>
              </w:rPr>
              <w:t>0.24</w:t>
            </w:r>
          </w:p>
        </w:tc>
        <w:tc>
          <w:tcPr>
            <w:tcW w:w="1040" w:type="dxa"/>
          </w:tcPr>
          <w:p w14:paraId="079E6D72" w14:textId="77777777" w:rsidR="0035378C" w:rsidRDefault="00000000">
            <w:r>
              <w:rPr>
                <w:sz w:val="16"/>
              </w:rPr>
              <w:t>1</w:t>
            </w:r>
          </w:p>
        </w:tc>
        <w:tc>
          <w:tcPr>
            <w:tcW w:w="1040" w:type="dxa"/>
          </w:tcPr>
          <w:p w14:paraId="63D96B41" w14:textId="77777777" w:rsidR="0035378C" w:rsidRDefault="00000000">
            <w:r>
              <w:rPr>
                <w:sz w:val="16"/>
              </w:rPr>
              <w:t>0</w:t>
            </w:r>
          </w:p>
        </w:tc>
      </w:tr>
      <w:tr w:rsidR="0035378C" w14:paraId="3AC399F7" w14:textId="77777777">
        <w:trPr>
          <w:jc w:val="center"/>
        </w:trPr>
        <w:tc>
          <w:tcPr>
            <w:tcW w:w="1040" w:type="dxa"/>
          </w:tcPr>
          <w:p w14:paraId="0E45713A" w14:textId="77777777" w:rsidR="0035378C" w:rsidRDefault="00000000">
            <w:r>
              <w:rPr>
                <w:sz w:val="16"/>
              </w:rPr>
              <w:t>Bolivia</w:t>
            </w:r>
          </w:p>
        </w:tc>
        <w:tc>
          <w:tcPr>
            <w:tcW w:w="1040" w:type="dxa"/>
          </w:tcPr>
          <w:p w14:paraId="19156E67" w14:textId="77777777" w:rsidR="0035378C" w:rsidRDefault="0035378C"/>
        </w:tc>
        <w:tc>
          <w:tcPr>
            <w:tcW w:w="1040" w:type="dxa"/>
          </w:tcPr>
          <w:p w14:paraId="66391EF6" w14:textId="77777777" w:rsidR="0035378C" w:rsidRDefault="00000000">
            <w:r>
              <w:rPr>
                <w:sz w:val="16"/>
              </w:rPr>
              <w:t>0.24</w:t>
            </w:r>
          </w:p>
        </w:tc>
        <w:tc>
          <w:tcPr>
            <w:tcW w:w="1040" w:type="dxa"/>
          </w:tcPr>
          <w:p w14:paraId="3865B063" w14:textId="77777777" w:rsidR="0035378C" w:rsidRDefault="0035378C"/>
        </w:tc>
        <w:tc>
          <w:tcPr>
            <w:tcW w:w="1040" w:type="dxa"/>
          </w:tcPr>
          <w:p w14:paraId="302CAAD2" w14:textId="77777777" w:rsidR="0035378C" w:rsidRDefault="00000000">
            <w:r>
              <w:rPr>
                <w:sz w:val="16"/>
              </w:rPr>
              <w:t>1</w:t>
            </w:r>
          </w:p>
        </w:tc>
        <w:tc>
          <w:tcPr>
            <w:tcW w:w="1040" w:type="dxa"/>
          </w:tcPr>
          <w:p w14:paraId="3CA2007F" w14:textId="77777777" w:rsidR="0035378C" w:rsidRDefault="00000000">
            <w:r>
              <w:rPr>
                <w:sz w:val="16"/>
              </w:rPr>
              <w:t>0.24</w:t>
            </w:r>
          </w:p>
        </w:tc>
        <w:tc>
          <w:tcPr>
            <w:tcW w:w="1040" w:type="dxa"/>
          </w:tcPr>
          <w:p w14:paraId="2DF9E98C" w14:textId="77777777" w:rsidR="0035378C" w:rsidRDefault="00000000">
            <w:r>
              <w:rPr>
                <w:sz w:val="16"/>
              </w:rPr>
              <w:t>0.24</w:t>
            </w:r>
          </w:p>
        </w:tc>
        <w:tc>
          <w:tcPr>
            <w:tcW w:w="1040" w:type="dxa"/>
          </w:tcPr>
          <w:p w14:paraId="6781586E" w14:textId="77777777" w:rsidR="0035378C" w:rsidRDefault="00000000">
            <w:r>
              <w:rPr>
                <w:sz w:val="16"/>
              </w:rPr>
              <w:t>1</w:t>
            </w:r>
          </w:p>
        </w:tc>
        <w:tc>
          <w:tcPr>
            <w:tcW w:w="1040" w:type="dxa"/>
          </w:tcPr>
          <w:p w14:paraId="682A531E" w14:textId="77777777" w:rsidR="0035378C" w:rsidRDefault="00000000">
            <w:r>
              <w:rPr>
                <w:sz w:val="16"/>
              </w:rPr>
              <w:t>0</w:t>
            </w:r>
          </w:p>
        </w:tc>
      </w:tr>
      <w:tr w:rsidR="0035378C" w14:paraId="5F8E736D" w14:textId="77777777">
        <w:trPr>
          <w:jc w:val="center"/>
        </w:trPr>
        <w:tc>
          <w:tcPr>
            <w:tcW w:w="1040" w:type="dxa"/>
          </w:tcPr>
          <w:p w14:paraId="7CF65A11" w14:textId="77777777" w:rsidR="0035378C" w:rsidRDefault="00000000">
            <w:r>
              <w:rPr>
                <w:sz w:val="16"/>
              </w:rPr>
              <w:t>Cameroon</w:t>
            </w:r>
          </w:p>
        </w:tc>
        <w:tc>
          <w:tcPr>
            <w:tcW w:w="1040" w:type="dxa"/>
          </w:tcPr>
          <w:p w14:paraId="11EA2701" w14:textId="77777777" w:rsidR="0035378C" w:rsidRDefault="0035378C"/>
        </w:tc>
        <w:tc>
          <w:tcPr>
            <w:tcW w:w="1040" w:type="dxa"/>
          </w:tcPr>
          <w:p w14:paraId="5EE70955" w14:textId="77777777" w:rsidR="0035378C" w:rsidRDefault="00000000">
            <w:r>
              <w:rPr>
                <w:sz w:val="16"/>
              </w:rPr>
              <w:t>0.2</w:t>
            </w:r>
          </w:p>
        </w:tc>
        <w:tc>
          <w:tcPr>
            <w:tcW w:w="1040" w:type="dxa"/>
          </w:tcPr>
          <w:p w14:paraId="605DF604" w14:textId="77777777" w:rsidR="0035378C" w:rsidRDefault="0035378C"/>
        </w:tc>
        <w:tc>
          <w:tcPr>
            <w:tcW w:w="1040" w:type="dxa"/>
          </w:tcPr>
          <w:p w14:paraId="0FB3E620" w14:textId="77777777" w:rsidR="0035378C" w:rsidRDefault="00000000">
            <w:r>
              <w:rPr>
                <w:sz w:val="16"/>
              </w:rPr>
              <w:t>1</w:t>
            </w:r>
          </w:p>
        </w:tc>
        <w:tc>
          <w:tcPr>
            <w:tcW w:w="1040" w:type="dxa"/>
          </w:tcPr>
          <w:p w14:paraId="039017F8" w14:textId="77777777" w:rsidR="0035378C" w:rsidRDefault="00000000">
            <w:r>
              <w:rPr>
                <w:sz w:val="16"/>
              </w:rPr>
              <w:t>0.2</w:t>
            </w:r>
          </w:p>
        </w:tc>
        <w:tc>
          <w:tcPr>
            <w:tcW w:w="1040" w:type="dxa"/>
          </w:tcPr>
          <w:p w14:paraId="49F43D5D" w14:textId="77777777" w:rsidR="0035378C" w:rsidRDefault="00000000">
            <w:r>
              <w:rPr>
                <w:sz w:val="16"/>
              </w:rPr>
              <w:t>0.2</w:t>
            </w:r>
          </w:p>
        </w:tc>
        <w:tc>
          <w:tcPr>
            <w:tcW w:w="1040" w:type="dxa"/>
          </w:tcPr>
          <w:p w14:paraId="39E3026F" w14:textId="77777777" w:rsidR="0035378C" w:rsidRDefault="00000000">
            <w:r>
              <w:rPr>
                <w:sz w:val="16"/>
              </w:rPr>
              <w:t>1</w:t>
            </w:r>
          </w:p>
        </w:tc>
        <w:tc>
          <w:tcPr>
            <w:tcW w:w="1040" w:type="dxa"/>
          </w:tcPr>
          <w:p w14:paraId="54E13A82" w14:textId="77777777" w:rsidR="0035378C" w:rsidRDefault="00000000">
            <w:r>
              <w:rPr>
                <w:sz w:val="16"/>
              </w:rPr>
              <w:t>0</w:t>
            </w:r>
          </w:p>
        </w:tc>
      </w:tr>
      <w:tr w:rsidR="0035378C" w14:paraId="571111D2" w14:textId="77777777">
        <w:trPr>
          <w:jc w:val="center"/>
        </w:trPr>
        <w:tc>
          <w:tcPr>
            <w:tcW w:w="1040" w:type="dxa"/>
          </w:tcPr>
          <w:p w14:paraId="76EF1381" w14:textId="77777777" w:rsidR="0035378C" w:rsidRDefault="00000000">
            <w:r>
              <w:rPr>
                <w:sz w:val="16"/>
              </w:rPr>
              <w:t>Belarus</w:t>
            </w:r>
          </w:p>
        </w:tc>
        <w:tc>
          <w:tcPr>
            <w:tcW w:w="1040" w:type="dxa"/>
          </w:tcPr>
          <w:p w14:paraId="4CCC462E" w14:textId="77777777" w:rsidR="0035378C" w:rsidRDefault="00000000">
            <w:r>
              <w:rPr>
                <w:sz w:val="16"/>
              </w:rPr>
              <w:t>0.2</w:t>
            </w:r>
          </w:p>
        </w:tc>
        <w:tc>
          <w:tcPr>
            <w:tcW w:w="1040" w:type="dxa"/>
          </w:tcPr>
          <w:p w14:paraId="53AD3863" w14:textId="77777777" w:rsidR="0035378C" w:rsidRDefault="00000000">
            <w:r>
              <w:rPr>
                <w:sz w:val="16"/>
              </w:rPr>
              <w:t>0.2</w:t>
            </w:r>
          </w:p>
        </w:tc>
        <w:tc>
          <w:tcPr>
            <w:tcW w:w="1040" w:type="dxa"/>
          </w:tcPr>
          <w:p w14:paraId="37591A76" w14:textId="77777777" w:rsidR="0035378C" w:rsidRDefault="0035378C"/>
        </w:tc>
        <w:tc>
          <w:tcPr>
            <w:tcW w:w="1040" w:type="dxa"/>
          </w:tcPr>
          <w:p w14:paraId="7058FB4E" w14:textId="77777777" w:rsidR="0035378C" w:rsidRDefault="00000000">
            <w:r>
              <w:rPr>
                <w:sz w:val="16"/>
              </w:rPr>
              <w:t>2</w:t>
            </w:r>
          </w:p>
        </w:tc>
        <w:tc>
          <w:tcPr>
            <w:tcW w:w="1040" w:type="dxa"/>
          </w:tcPr>
          <w:p w14:paraId="20ADC265" w14:textId="77777777" w:rsidR="0035378C" w:rsidRDefault="00000000">
            <w:r>
              <w:rPr>
                <w:sz w:val="16"/>
              </w:rPr>
              <w:t>0.2</w:t>
            </w:r>
          </w:p>
        </w:tc>
        <w:tc>
          <w:tcPr>
            <w:tcW w:w="1040" w:type="dxa"/>
          </w:tcPr>
          <w:p w14:paraId="4507551D" w14:textId="77777777" w:rsidR="0035378C" w:rsidRDefault="00000000">
            <w:r>
              <w:rPr>
                <w:sz w:val="16"/>
              </w:rPr>
              <w:t>0.2</w:t>
            </w:r>
          </w:p>
        </w:tc>
        <w:tc>
          <w:tcPr>
            <w:tcW w:w="1040" w:type="dxa"/>
          </w:tcPr>
          <w:p w14:paraId="45590AC2" w14:textId="77777777" w:rsidR="0035378C" w:rsidRDefault="00000000">
            <w:r>
              <w:rPr>
                <w:sz w:val="16"/>
              </w:rPr>
              <w:t>1</w:t>
            </w:r>
          </w:p>
        </w:tc>
        <w:tc>
          <w:tcPr>
            <w:tcW w:w="1040" w:type="dxa"/>
          </w:tcPr>
          <w:p w14:paraId="03FE8A6C" w14:textId="77777777" w:rsidR="0035378C" w:rsidRDefault="00000000">
            <w:r>
              <w:rPr>
                <w:sz w:val="16"/>
              </w:rPr>
              <w:t>0</w:t>
            </w:r>
          </w:p>
        </w:tc>
      </w:tr>
      <w:tr w:rsidR="0035378C" w14:paraId="440D389E" w14:textId="77777777">
        <w:trPr>
          <w:jc w:val="center"/>
        </w:trPr>
        <w:tc>
          <w:tcPr>
            <w:tcW w:w="1040" w:type="dxa"/>
          </w:tcPr>
          <w:p w14:paraId="44E59528" w14:textId="77777777" w:rsidR="0035378C" w:rsidRDefault="00000000">
            <w:r>
              <w:rPr>
                <w:sz w:val="16"/>
              </w:rPr>
              <w:t>Bahrain</w:t>
            </w:r>
          </w:p>
        </w:tc>
        <w:tc>
          <w:tcPr>
            <w:tcW w:w="1040" w:type="dxa"/>
          </w:tcPr>
          <w:p w14:paraId="369800A4" w14:textId="77777777" w:rsidR="0035378C" w:rsidRDefault="0035378C"/>
        </w:tc>
        <w:tc>
          <w:tcPr>
            <w:tcW w:w="1040" w:type="dxa"/>
          </w:tcPr>
          <w:p w14:paraId="005D56A5" w14:textId="77777777" w:rsidR="0035378C" w:rsidRDefault="00000000">
            <w:r>
              <w:rPr>
                <w:sz w:val="16"/>
              </w:rPr>
              <w:t>0.19</w:t>
            </w:r>
          </w:p>
        </w:tc>
        <w:tc>
          <w:tcPr>
            <w:tcW w:w="1040" w:type="dxa"/>
          </w:tcPr>
          <w:p w14:paraId="17D19ADC" w14:textId="77777777" w:rsidR="0035378C" w:rsidRDefault="0035378C"/>
        </w:tc>
        <w:tc>
          <w:tcPr>
            <w:tcW w:w="1040" w:type="dxa"/>
          </w:tcPr>
          <w:p w14:paraId="5F2EB620" w14:textId="77777777" w:rsidR="0035378C" w:rsidRDefault="00000000">
            <w:r>
              <w:rPr>
                <w:sz w:val="16"/>
              </w:rPr>
              <w:t>1</w:t>
            </w:r>
          </w:p>
        </w:tc>
        <w:tc>
          <w:tcPr>
            <w:tcW w:w="1040" w:type="dxa"/>
          </w:tcPr>
          <w:p w14:paraId="1E0DC76B" w14:textId="77777777" w:rsidR="0035378C" w:rsidRDefault="00000000">
            <w:r>
              <w:rPr>
                <w:sz w:val="16"/>
              </w:rPr>
              <w:t>0.19</w:t>
            </w:r>
          </w:p>
        </w:tc>
        <w:tc>
          <w:tcPr>
            <w:tcW w:w="1040" w:type="dxa"/>
          </w:tcPr>
          <w:p w14:paraId="11A81F1A" w14:textId="77777777" w:rsidR="0035378C" w:rsidRDefault="00000000">
            <w:r>
              <w:rPr>
                <w:sz w:val="16"/>
              </w:rPr>
              <w:t>0.19</w:t>
            </w:r>
          </w:p>
        </w:tc>
        <w:tc>
          <w:tcPr>
            <w:tcW w:w="1040" w:type="dxa"/>
          </w:tcPr>
          <w:p w14:paraId="79BDEA01" w14:textId="77777777" w:rsidR="0035378C" w:rsidRDefault="00000000">
            <w:r>
              <w:rPr>
                <w:sz w:val="16"/>
              </w:rPr>
              <w:t>1</w:t>
            </w:r>
          </w:p>
        </w:tc>
        <w:tc>
          <w:tcPr>
            <w:tcW w:w="1040" w:type="dxa"/>
          </w:tcPr>
          <w:p w14:paraId="05C72619" w14:textId="77777777" w:rsidR="0035378C" w:rsidRDefault="00000000">
            <w:r>
              <w:rPr>
                <w:sz w:val="16"/>
              </w:rPr>
              <w:t>0</w:t>
            </w:r>
          </w:p>
        </w:tc>
      </w:tr>
      <w:tr w:rsidR="0035378C" w14:paraId="2CFFA7D7" w14:textId="77777777">
        <w:trPr>
          <w:jc w:val="center"/>
        </w:trPr>
        <w:tc>
          <w:tcPr>
            <w:tcW w:w="1040" w:type="dxa"/>
          </w:tcPr>
          <w:p w14:paraId="4A41CD54" w14:textId="77777777" w:rsidR="0035378C" w:rsidRDefault="00000000">
            <w:r>
              <w:rPr>
                <w:sz w:val="16"/>
              </w:rPr>
              <w:t>DR Congo</w:t>
            </w:r>
          </w:p>
        </w:tc>
        <w:tc>
          <w:tcPr>
            <w:tcW w:w="1040" w:type="dxa"/>
          </w:tcPr>
          <w:p w14:paraId="596EF7BD" w14:textId="77777777" w:rsidR="0035378C" w:rsidRDefault="0035378C"/>
        </w:tc>
        <w:tc>
          <w:tcPr>
            <w:tcW w:w="1040" w:type="dxa"/>
          </w:tcPr>
          <w:p w14:paraId="112300E7" w14:textId="77777777" w:rsidR="0035378C" w:rsidRDefault="00000000">
            <w:r>
              <w:rPr>
                <w:sz w:val="16"/>
              </w:rPr>
              <w:t>0.18</w:t>
            </w:r>
          </w:p>
        </w:tc>
        <w:tc>
          <w:tcPr>
            <w:tcW w:w="1040" w:type="dxa"/>
          </w:tcPr>
          <w:p w14:paraId="06E65F56" w14:textId="77777777" w:rsidR="0035378C" w:rsidRDefault="0035378C"/>
        </w:tc>
        <w:tc>
          <w:tcPr>
            <w:tcW w:w="1040" w:type="dxa"/>
          </w:tcPr>
          <w:p w14:paraId="4EE4094F" w14:textId="77777777" w:rsidR="0035378C" w:rsidRDefault="00000000">
            <w:r>
              <w:rPr>
                <w:sz w:val="16"/>
              </w:rPr>
              <w:t>1</w:t>
            </w:r>
          </w:p>
        </w:tc>
        <w:tc>
          <w:tcPr>
            <w:tcW w:w="1040" w:type="dxa"/>
          </w:tcPr>
          <w:p w14:paraId="1D45F5D7" w14:textId="77777777" w:rsidR="0035378C" w:rsidRDefault="00000000">
            <w:r>
              <w:rPr>
                <w:sz w:val="16"/>
              </w:rPr>
              <w:t>0.18</w:t>
            </w:r>
          </w:p>
        </w:tc>
        <w:tc>
          <w:tcPr>
            <w:tcW w:w="1040" w:type="dxa"/>
          </w:tcPr>
          <w:p w14:paraId="1FF5004A" w14:textId="77777777" w:rsidR="0035378C" w:rsidRDefault="00000000">
            <w:r>
              <w:rPr>
                <w:sz w:val="16"/>
              </w:rPr>
              <w:t>0.18</w:t>
            </w:r>
          </w:p>
        </w:tc>
        <w:tc>
          <w:tcPr>
            <w:tcW w:w="1040" w:type="dxa"/>
          </w:tcPr>
          <w:p w14:paraId="1518DFCA" w14:textId="77777777" w:rsidR="0035378C" w:rsidRDefault="00000000">
            <w:r>
              <w:rPr>
                <w:sz w:val="16"/>
              </w:rPr>
              <w:t>1</w:t>
            </w:r>
          </w:p>
        </w:tc>
        <w:tc>
          <w:tcPr>
            <w:tcW w:w="1040" w:type="dxa"/>
          </w:tcPr>
          <w:p w14:paraId="764E181B" w14:textId="77777777" w:rsidR="0035378C" w:rsidRDefault="00000000">
            <w:r>
              <w:rPr>
                <w:sz w:val="16"/>
              </w:rPr>
              <w:t>0</w:t>
            </w:r>
          </w:p>
        </w:tc>
      </w:tr>
      <w:tr w:rsidR="0035378C" w14:paraId="2FD29B3C" w14:textId="77777777">
        <w:trPr>
          <w:jc w:val="center"/>
        </w:trPr>
        <w:tc>
          <w:tcPr>
            <w:tcW w:w="1040" w:type="dxa"/>
          </w:tcPr>
          <w:p w14:paraId="66D6A976" w14:textId="77777777" w:rsidR="0035378C" w:rsidRDefault="00000000">
            <w:r>
              <w:rPr>
                <w:sz w:val="16"/>
              </w:rPr>
              <w:t>Papua New Guinea</w:t>
            </w:r>
          </w:p>
        </w:tc>
        <w:tc>
          <w:tcPr>
            <w:tcW w:w="1040" w:type="dxa"/>
          </w:tcPr>
          <w:p w14:paraId="54300336" w14:textId="77777777" w:rsidR="0035378C" w:rsidRDefault="0035378C"/>
        </w:tc>
        <w:tc>
          <w:tcPr>
            <w:tcW w:w="1040" w:type="dxa"/>
          </w:tcPr>
          <w:p w14:paraId="50F8054F" w14:textId="77777777" w:rsidR="0035378C" w:rsidRDefault="00000000">
            <w:r>
              <w:rPr>
                <w:sz w:val="16"/>
              </w:rPr>
              <w:t>0.16</w:t>
            </w:r>
          </w:p>
        </w:tc>
        <w:tc>
          <w:tcPr>
            <w:tcW w:w="1040" w:type="dxa"/>
          </w:tcPr>
          <w:p w14:paraId="55F0879B" w14:textId="77777777" w:rsidR="0035378C" w:rsidRDefault="0035378C"/>
        </w:tc>
        <w:tc>
          <w:tcPr>
            <w:tcW w:w="1040" w:type="dxa"/>
          </w:tcPr>
          <w:p w14:paraId="078F3255" w14:textId="77777777" w:rsidR="0035378C" w:rsidRDefault="00000000">
            <w:r>
              <w:rPr>
                <w:sz w:val="16"/>
              </w:rPr>
              <w:t>1</w:t>
            </w:r>
          </w:p>
        </w:tc>
        <w:tc>
          <w:tcPr>
            <w:tcW w:w="1040" w:type="dxa"/>
          </w:tcPr>
          <w:p w14:paraId="1B8AA55F" w14:textId="77777777" w:rsidR="0035378C" w:rsidRDefault="00000000">
            <w:r>
              <w:rPr>
                <w:sz w:val="16"/>
              </w:rPr>
              <w:t>0.16</w:t>
            </w:r>
          </w:p>
        </w:tc>
        <w:tc>
          <w:tcPr>
            <w:tcW w:w="1040" w:type="dxa"/>
          </w:tcPr>
          <w:p w14:paraId="30F6F3B9" w14:textId="77777777" w:rsidR="0035378C" w:rsidRDefault="00000000">
            <w:r>
              <w:rPr>
                <w:sz w:val="16"/>
              </w:rPr>
              <w:t>0.16</w:t>
            </w:r>
          </w:p>
        </w:tc>
        <w:tc>
          <w:tcPr>
            <w:tcW w:w="1040" w:type="dxa"/>
          </w:tcPr>
          <w:p w14:paraId="0CF0BB41" w14:textId="77777777" w:rsidR="0035378C" w:rsidRDefault="00000000">
            <w:r>
              <w:rPr>
                <w:sz w:val="16"/>
              </w:rPr>
              <w:t>1</w:t>
            </w:r>
          </w:p>
        </w:tc>
        <w:tc>
          <w:tcPr>
            <w:tcW w:w="1040" w:type="dxa"/>
          </w:tcPr>
          <w:p w14:paraId="0A4C6530" w14:textId="77777777" w:rsidR="0035378C" w:rsidRDefault="00000000">
            <w:r>
              <w:rPr>
                <w:sz w:val="16"/>
              </w:rPr>
              <w:t>0</w:t>
            </w:r>
          </w:p>
        </w:tc>
      </w:tr>
      <w:tr w:rsidR="0035378C" w14:paraId="74C41624" w14:textId="77777777">
        <w:trPr>
          <w:jc w:val="center"/>
        </w:trPr>
        <w:tc>
          <w:tcPr>
            <w:tcW w:w="1040" w:type="dxa"/>
          </w:tcPr>
          <w:p w14:paraId="3D9A1A7F" w14:textId="77777777" w:rsidR="0035378C" w:rsidRDefault="00000000">
            <w:r>
              <w:rPr>
                <w:sz w:val="16"/>
              </w:rPr>
              <w:t>Albania</w:t>
            </w:r>
          </w:p>
        </w:tc>
        <w:tc>
          <w:tcPr>
            <w:tcW w:w="1040" w:type="dxa"/>
          </w:tcPr>
          <w:p w14:paraId="5BF761D6" w14:textId="77777777" w:rsidR="0035378C" w:rsidRDefault="0035378C"/>
        </w:tc>
        <w:tc>
          <w:tcPr>
            <w:tcW w:w="1040" w:type="dxa"/>
          </w:tcPr>
          <w:p w14:paraId="3C713791" w14:textId="77777777" w:rsidR="0035378C" w:rsidRDefault="00000000">
            <w:r>
              <w:rPr>
                <w:sz w:val="16"/>
              </w:rPr>
              <w:t>0.15</w:t>
            </w:r>
          </w:p>
        </w:tc>
        <w:tc>
          <w:tcPr>
            <w:tcW w:w="1040" w:type="dxa"/>
          </w:tcPr>
          <w:p w14:paraId="5E6D93EF" w14:textId="77777777" w:rsidR="0035378C" w:rsidRDefault="0035378C"/>
        </w:tc>
        <w:tc>
          <w:tcPr>
            <w:tcW w:w="1040" w:type="dxa"/>
          </w:tcPr>
          <w:p w14:paraId="2CD124FF" w14:textId="77777777" w:rsidR="0035378C" w:rsidRDefault="00000000">
            <w:r>
              <w:rPr>
                <w:sz w:val="16"/>
              </w:rPr>
              <w:t>1</w:t>
            </w:r>
          </w:p>
        </w:tc>
        <w:tc>
          <w:tcPr>
            <w:tcW w:w="1040" w:type="dxa"/>
          </w:tcPr>
          <w:p w14:paraId="6E851710" w14:textId="77777777" w:rsidR="0035378C" w:rsidRDefault="00000000">
            <w:r>
              <w:rPr>
                <w:sz w:val="16"/>
              </w:rPr>
              <w:t>0.15</w:t>
            </w:r>
          </w:p>
        </w:tc>
        <w:tc>
          <w:tcPr>
            <w:tcW w:w="1040" w:type="dxa"/>
          </w:tcPr>
          <w:p w14:paraId="02D2A525" w14:textId="77777777" w:rsidR="0035378C" w:rsidRDefault="00000000">
            <w:r>
              <w:rPr>
                <w:sz w:val="16"/>
              </w:rPr>
              <w:t>0.15</w:t>
            </w:r>
          </w:p>
        </w:tc>
        <w:tc>
          <w:tcPr>
            <w:tcW w:w="1040" w:type="dxa"/>
          </w:tcPr>
          <w:p w14:paraId="6616384F" w14:textId="77777777" w:rsidR="0035378C" w:rsidRDefault="00000000">
            <w:r>
              <w:rPr>
                <w:sz w:val="16"/>
              </w:rPr>
              <w:t>1</w:t>
            </w:r>
          </w:p>
        </w:tc>
        <w:tc>
          <w:tcPr>
            <w:tcW w:w="1040" w:type="dxa"/>
          </w:tcPr>
          <w:p w14:paraId="7D7B0D8F" w14:textId="77777777" w:rsidR="0035378C" w:rsidRDefault="00000000">
            <w:r>
              <w:rPr>
                <w:sz w:val="16"/>
              </w:rPr>
              <w:t>0</w:t>
            </w:r>
          </w:p>
        </w:tc>
      </w:tr>
      <w:tr w:rsidR="0035378C" w14:paraId="683E6F3D" w14:textId="77777777">
        <w:trPr>
          <w:jc w:val="center"/>
        </w:trPr>
        <w:tc>
          <w:tcPr>
            <w:tcW w:w="1040" w:type="dxa"/>
          </w:tcPr>
          <w:p w14:paraId="21925233" w14:textId="77777777" w:rsidR="0035378C" w:rsidRDefault="00000000">
            <w:r>
              <w:rPr>
                <w:sz w:val="16"/>
              </w:rPr>
              <w:t>Chile</w:t>
            </w:r>
          </w:p>
        </w:tc>
        <w:tc>
          <w:tcPr>
            <w:tcW w:w="1040" w:type="dxa"/>
          </w:tcPr>
          <w:p w14:paraId="05683065" w14:textId="77777777" w:rsidR="0035378C" w:rsidRDefault="00000000">
            <w:r>
              <w:rPr>
                <w:sz w:val="16"/>
              </w:rPr>
              <w:t>0.15</w:t>
            </w:r>
          </w:p>
        </w:tc>
        <w:tc>
          <w:tcPr>
            <w:tcW w:w="1040" w:type="dxa"/>
          </w:tcPr>
          <w:p w14:paraId="09153935" w14:textId="77777777" w:rsidR="0035378C" w:rsidRDefault="00000000">
            <w:r>
              <w:rPr>
                <w:sz w:val="16"/>
              </w:rPr>
              <w:t>0.15</w:t>
            </w:r>
          </w:p>
        </w:tc>
        <w:tc>
          <w:tcPr>
            <w:tcW w:w="1040" w:type="dxa"/>
          </w:tcPr>
          <w:p w14:paraId="0E4067AB" w14:textId="77777777" w:rsidR="0035378C" w:rsidRDefault="0035378C"/>
        </w:tc>
        <w:tc>
          <w:tcPr>
            <w:tcW w:w="1040" w:type="dxa"/>
          </w:tcPr>
          <w:p w14:paraId="57D5D48D" w14:textId="77777777" w:rsidR="0035378C" w:rsidRDefault="00000000">
            <w:r>
              <w:rPr>
                <w:sz w:val="16"/>
              </w:rPr>
              <w:t>2</w:t>
            </w:r>
          </w:p>
        </w:tc>
        <w:tc>
          <w:tcPr>
            <w:tcW w:w="1040" w:type="dxa"/>
          </w:tcPr>
          <w:p w14:paraId="4147FF5D" w14:textId="77777777" w:rsidR="0035378C" w:rsidRDefault="00000000">
            <w:r>
              <w:rPr>
                <w:sz w:val="16"/>
              </w:rPr>
              <w:t>0.15</w:t>
            </w:r>
          </w:p>
        </w:tc>
        <w:tc>
          <w:tcPr>
            <w:tcW w:w="1040" w:type="dxa"/>
          </w:tcPr>
          <w:p w14:paraId="021C59F9" w14:textId="77777777" w:rsidR="0035378C" w:rsidRDefault="00000000">
            <w:r>
              <w:rPr>
                <w:sz w:val="16"/>
              </w:rPr>
              <w:t>0.15</w:t>
            </w:r>
          </w:p>
        </w:tc>
        <w:tc>
          <w:tcPr>
            <w:tcW w:w="1040" w:type="dxa"/>
          </w:tcPr>
          <w:p w14:paraId="14B44800" w14:textId="77777777" w:rsidR="0035378C" w:rsidRDefault="00000000">
            <w:r>
              <w:rPr>
                <w:sz w:val="16"/>
              </w:rPr>
              <w:t>1</w:t>
            </w:r>
          </w:p>
        </w:tc>
        <w:tc>
          <w:tcPr>
            <w:tcW w:w="1040" w:type="dxa"/>
          </w:tcPr>
          <w:p w14:paraId="633AF7B9" w14:textId="77777777" w:rsidR="0035378C" w:rsidRDefault="00000000">
            <w:r>
              <w:rPr>
                <w:sz w:val="16"/>
              </w:rPr>
              <w:t>0</w:t>
            </w:r>
          </w:p>
        </w:tc>
      </w:tr>
      <w:tr w:rsidR="0035378C" w14:paraId="1A1DED7E" w14:textId="77777777">
        <w:trPr>
          <w:jc w:val="center"/>
        </w:trPr>
        <w:tc>
          <w:tcPr>
            <w:tcW w:w="1040" w:type="dxa"/>
          </w:tcPr>
          <w:p w14:paraId="3E3E5ABE" w14:textId="77777777" w:rsidR="0035378C" w:rsidRDefault="00000000">
            <w:r>
              <w:rPr>
                <w:sz w:val="16"/>
              </w:rPr>
              <w:t>Niger</w:t>
            </w:r>
          </w:p>
        </w:tc>
        <w:tc>
          <w:tcPr>
            <w:tcW w:w="1040" w:type="dxa"/>
          </w:tcPr>
          <w:p w14:paraId="792BEDDB" w14:textId="77777777" w:rsidR="0035378C" w:rsidRDefault="0035378C"/>
        </w:tc>
        <w:tc>
          <w:tcPr>
            <w:tcW w:w="1040" w:type="dxa"/>
          </w:tcPr>
          <w:p w14:paraId="2550EBA9" w14:textId="77777777" w:rsidR="0035378C" w:rsidRDefault="00000000">
            <w:r>
              <w:rPr>
                <w:sz w:val="16"/>
              </w:rPr>
              <w:t>0.15</w:t>
            </w:r>
          </w:p>
        </w:tc>
        <w:tc>
          <w:tcPr>
            <w:tcW w:w="1040" w:type="dxa"/>
          </w:tcPr>
          <w:p w14:paraId="2C6D8B09" w14:textId="77777777" w:rsidR="0035378C" w:rsidRDefault="0035378C"/>
        </w:tc>
        <w:tc>
          <w:tcPr>
            <w:tcW w:w="1040" w:type="dxa"/>
          </w:tcPr>
          <w:p w14:paraId="017BAD8B" w14:textId="77777777" w:rsidR="0035378C" w:rsidRDefault="00000000">
            <w:r>
              <w:rPr>
                <w:sz w:val="16"/>
              </w:rPr>
              <w:t>1</w:t>
            </w:r>
          </w:p>
        </w:tc>
        <w:tc>
          <w:tcPr>
            <w:tcW w:w="1040" w:type="dxa"/>
          </w:tcPr>
          <w:p w14:paraId="00BD55BD" w14:textId="77777777" w:rsidR="0035378C" w:rsidRDefault="00000000">
            <w:r>
              <w:rPr>
                <w:sz w:val="16"/>
              </w:rPr>
              <w:t>0.15</w:t>
            </w:r>
          </w:p>
        </w:tc>
        <w:tc>
          <w:tcPr>
            <w:tcW w:w="1040" w:type="dxa"/>
          </w:tcPr>
          <w:p w14:paraId="7A8ED587" w14:textId="77777777" w:rsidR="0035378C" w:rsidRDefault="00000000">
            <w:r>
              <w:rPr>
                <w:sz w:val="16"/>
              </w:rPr>
              <w:t>0.15</w:t>
            </w:r>
          </w:p>
        </w:tc>
        <w:tc>
          <w:tcPr>
            <w:tcW w:w="1040" w:type="dxa"/>
          </w:tcPr>
          <w:p w14:paraId="54A28547" w14:textId="77777777" w:rsidR="0035378C" w:rsidRDefault="00000000">
            <w:r>
              <w:rPr>
                <w:sz w:val="16"/>
              </w:rPr>
              <w:t>1</w:t>
            </w:r>
          </w:p>
        </w:tc>
        <w:tc>
          <w:tcPr>
            <w:tcW w:w="1040" w:type="dxa"/>
          </w:tcPr>
          <w:p w14:paraId="79DFCF3A" w14:textId="77777777" w:rsidR="0035378C" w:rsidRDefault="00000000">
            <w:r>
              <w:rPr>
                <w:sz w:val="16"/>
              </w:rPr>
              <w:t>0</w:t>
            </w:r>
          </w:p>
        </w:tc>
      </w:tr>
      <w:tr w:rsidR="0035378C" w14:paraId="5BD0214D" w14:textId="77777777">
        <w:trPr>
          <w:jc w:val="center"/>
        </w:trPr>
        <w:tc>
          <w:tcPr>
            <w:tcW w:w="1040" w:type="dxa"/>
          </w:tcPr>
          <w:p w14:paraId="092CB333" w14:textId="77777777" w:rsidR="0035378C" w:rsidRDefault="00000000">
            <w:r>
              <w:rPr>
                <w:sz w:val="16"/>
              </w:rPr>
              <w:t>Spain</w:t>
            </w:r>
          </w:p>
        </w:tc>
        <w:tc>
          <w:tcPr>
            <w:tcW w:w="1040" w:type="dxa"/>
          </w:tcPr>
          <w:p w14:paraId="12E35664" w14:textId="77777777" w:rsidR="0035378C" w:rsidRDefault="0035378C"/>
        </w:tc>
        <w:tc>
          <w:tcPr>
            <w:tcW w:w="1040" w:type="dxa"/>
          </w:tcPr>
          <w:p w14:paraId="3675E9E9" w14:textId="77777777" w:rsidR="0035378C" w:rsidRDefault="00000000">
            <w:r>
              <w:rPr>
                <w:sz w:val="16"/>
              </w:rPr>
              <w:t>0.15</w:t>
            </w:r>
          </w:p>
        </w:tc>
        <w:tc>
          <w:tcPr>
            <w:tcW w:w="1040" w:type="dxa"/>
          </w:tcPr>
          <w:p w14:paraId="649B503B" w14:textId="77777777" w:rsidR="0035378C" w:rsidRDefault="0035378C"/>
        </w:tc>
        <w:tc>
          <w:tcPr>
            <w:tcW w:w="1040" w:type="dxa"/>
          </w:tcPr>
          <w:p w14:paraId="3561D74D" w14:textId="77777777" w:rsidR="0035378C" w:rsidRDefault="00000000">
            <w:r>
              <w:rPr>
                <w:sz w:val="16"/>
              </w:rPr>
              <w:t>1</w:t>
            </w:r>
          </w:p>
        </w:tc>
        <w:tc>
          <w:tcPr>
            <w:tcW w:w="1040" w:type="dxa"/>
          </w:tcPr>
          <w:p w14:paraId="058D8615" w14:textId="77777777" w:rsidR="0035378C" w:rsidRDefault="00000000">
            <w:r>
              <w:rPr>
                <w:sz w:val="16"/>
              </w:rPr>
              <w:t>0.15</w:t>
            </w:r>
          </w:p>
        </w:tc>
        <w:tc>
          <w:tcPr>
            <w:tcW w:w="1040" w:type="dxa"/>
          </w:tcPr>
          <w:p w14:paraId="215D96B1" w14:textId="77777777" w:rsidR="0035378C" w:rsidRDefault="00000000">
            <w:r>
              <w:rPr>
                <w:sz w:val="16"/>
              </w:rPr>
              <w:t>0.15</w:t>
            </w:r>
          </w:p>
        </w:tc>
        <w:tc>
          <w:tcPr>
            <w:tcW w:w="1040" w:type="dxa"/>
          </w:tcPr>
          <w:p w14:paraId="1E6ACD95" w14:textId="77777777" w:rsidR="0035378C" w:rsidRDefault="00000000">
            <w:r>
              <w:rPr>
                <w:sz w:val="16"/>
              </w:rPr>
              <w:t>1</w:t>
            </w:r>
          </w:p>
        </w:tc>
        <w:tc>
          <w:tcPr>
            <w:tcW w:w="1040" w:type="dxa"/>
          </w:tcPr>
          <w:p w14:paraId="025D9956" w14:textId="77777777" w:rsidR="0035378C" w:rsidRDefault="00000000">
            <w:r>
              <w:rPr>
                <w:sz w:val="16"/>
              </w:rPr>
              <w:t>0</w:t>
            </w:r>
          </w:p>
        </w:tc>
      </w:tr>
      <w:tr w:rsidR="0035378C" w14:paraId="0A4B2163" w14:textId="77777777">
        <w:trPr>
          <w:jc w:val="center"/>
        </w:trPr>
        <w:tc>
          <w:tcPr>
            <w:tcW w:w="1040" w:type="dxa"/>
          </w:tcPr>
          <w:p w14:paraId="5A9A757E" w14:textId="77777777" w:rsidR="0035378C" w:rsidRDefault="00000000">
            <w:r>
              <w:rPr>
                <w:sz w:val="16"/>
              </w:rPr>
              <w:t>Myanmar</w:t>
            </w:r>
          </w:p>
        </w:tc>
        <w:tc>
          <w:tcPr>
            <w:tcW w:w="1040" w:type="dxa"/>
          </w:tcPr>
          <w:p w14:paraId="729A508A" w14:textId="77777777" w:rsidR="0035378C" w:rsidRDefault="0035378C"/>
        </w:tc>
        <w:tc>
          <w:tcPr>
            <w:tcW w:w="1040" w:type="dxa"/>
          </w:tcPr>
          <w:p w14:paraId="2510C24F" w14:textId="77777777" w:rsidR="0035378C" w:rsidRDefault="00000000">
            <w:r>
              <w:rPr>
                <w:sz w:val="16"/>
              </w:rPr>
              <w:t>0.14</w:t>
            </w:r>
          </w:p>
        </w:tc>
        <w:tc>
          <w:tcPr>
            <w:tcW w:w="1040" w:type="dxa"/>
          </w:tcPr>
          <w:p w14:paraId="0EFB1410" w14:textId="77777777" w:rsidR="0035378C" w:rsidRDefault="0035378C"/>
        </w:tc>
        <w:tc>
          <w:tcPr>
            <w:tcW w:w="1040" w:type="dxa"/>
          </w:tcPr>
          <w:p w14:paraId="513D689A" w14:textId="77777777" w:rsidR="0035378C" w:rsidRDefault="00000000">
            <w:r>
              <w:rPr>
                <w:sz w:val="16"/>
              </w:rPr>
              <w:t>1</w:t>
            </w:r>
          </w:p>
        </w:tc>
        <w:tc>
          <w:tcPr>
            <w:tcW w:w="1040" w:type="dxa"/>
          </w:tcPr>
          <w:p w14:paraId="3BE2BE07" w14:textId="77777777" w:rsidR="0035378C" w:rsidRDefault="00000000">
            <w:r>
              <w:rPr>
                <w:sz w:val="16"/>
              </w:rPr>
              <w:t>0.14</w:t>
            </w:r>
          </w:p>
        </w:tc>
        <w:tc>
          <w:tcPr>
            <w:tcW w:w="1040" w:type="dxa"/>
          </w:tcPr>
          <w:p w14:paraId="04A0E378" w14:textId="77777777" w:rsidR="0035378C" w:rsidRDefault="00000000">
            <w:r>
              <w:rPr>
                <w:sz w:val="16"/>
              </w:rPr>
              <w:t>0.14</w:t>
            </w:r>
          </w:p>
        </w:tc>
        <w:tc>
          <w:tcPr>
            <w:tcW w:w="1040" w:type="dxa"/>
          </w:tcPr>
          <w:p w14:paraId="2B432CAA" w14:textId="77777777" w:rsidR="0035378C" w:rsidRDefault="00000000">
            <w:r>
              <w:rPr>
                <w:sz w:val="16"/>
              </w:rPr>
              <w:t>1</w:t>
            </w:r>
          </w:p>
        </w:tc>
        <w:tc>
          <w:tcPr>
            <w:tcW w:w="1040" w:type="dxa"/>
          </w:tcPr>
          <w:p w14:paraId="4B1546D4" w14:textId="77777777" w:rsidR="0035378C" w:rsidRDefault="00000000">
            <w:r>
              <w:rPr>
                <w:sz w:val="16"/>
              </w:rPr>
              <w:t>0</w:t>
            </w:r>
          </w:p>
        </w:tc>
      </w:tr>
      <w:tr w:rsidR="0035378C" w14:paraId="41AC6244" w14:textId="77777777">
        <w:trPr>
          <w:jc w:val="center"/>
        </w:trPr>
        <w:tc>
          <w:tcPr>
            <w:tcW w:w="1040" w:type="dxa"/>
          </w:tcPr>
          <w:p w14:paraId="7F4C9BCB" w14:textId="77777777" w:rsidR="0035378C" w:rsidRDefault="00000000">
            <w:r>
              <w:rPr>
                <w:sz w:val="16"/>
              </w:rPr>
              <w:t>Philippines</w:t>
            </w:r>
          </w:p>
        </w:tc>
        <w:tc>
          <w:tcPr>
            <w:tcW w:w="1040" w:type="dxa"/>
          </w:tcPr>
          <w:p w14:paraId="3901A9DE" w14:textId="77777777" w:rsidR="0035378C" w:rsidRDefault="0035378C"/>
        </w:tc>
        <w:tc>
          <w:tcPr>
            <w:tcW w:w="1040" w:type="dxa"/>
          </w:tcPr>
          <w:p w14:paraId="0FDE6B84" w14:textId="77777777" w:rsidR="0035378C" w:rsidRDefault="00000000">
            <w:r>
              <w:rPr>
                <w:sz w:val="16"/>
              </w:rPr>
              <w:t>0.14</w:t>
            </w:r>
          </w:p>
        </w:tc>
        <w:tc>
          <w:tcPr>
            <w:tcW w:w="1040" w:type="dxa"/>
          </w:tcPr>
          <w:p w14:paraId="62CF4D77" w14:textId="77777777" w:rsidR="0035378C" w:rsidRDefault="0035378C"/>
        </w:tc>
        <w:tc>
          <w:tcPr>
            <w:tcW w:w="1040" w:type="dxa"/>
          </w:tcPr>
          <w:p w14:paraId="45DBB602" w14:textId="77777777" w:rsidR="0035378C" w:rsidRDefault="00000000">
            <w:r>
              <w:rPr>
                <w:sz w:val="16"/>
              </w:rPr>
              <w:t>1</w:t>
            </w:r>
          </w:p>
        </w:tc>
        <w:tc>
          <w:tcPr>
            <w:tcW w:w="1040" w:type="dxa"/>
          </w:tcPr>
          <w:p w14:paraId="18E23429" w14:textId="77777777" w:rsidR="0035378C" w:rsidRDefault="00000000">
            <w:r>
              <w:rPr>
                <w:sz w:val="16"/>
              </w:rPr>
              <w:t>0.14</w:t>
            </w:r>
          </w:p>
        </w:tc>
        <w:tc>
          <w:tcPr>
            <w:tcW w:w="1040" w:type="dxa"/>
          </w:tcPr>
          <w:p w14:paraId="38F7BCAC" w14:textId="77777777" w:rsidR="0035378C" w:rsidRDefault="00000000">
            <w:r>
              <w:rPr>
                <w:sz w:val="16"/>
              </w:rPr>
              <w:t>0.14</w:t>
            </w:r>
          </w:p>
        </w:tc>
        <w:tc>
          <w:tcPr>
            <w:tcW w:w="1040" w:type="dxa"/>
          </w:tcPr>
          <w:p w14:paraId="130DD9AB" w14:textId="77777777" w:rsidR="0035378C" w:rsidRDefault="00000000">
            <w:r>
              <w:rPr>
                <w:sz w:val="16"/>
              </w:rPr>
              <w:t>1</w:t>
            </w:r>
          </w:p>
        </w:tc>
        <w:tc>
          <w:tcPr>
            <w:tcW w:w="1040" w:type="dxa"/>
          </w:tcPr>
          <w:p w14:paraId="15643E07" w14:textId="77777777" w:rsidR="0035378C" w:rsidRDefault="00000000">
            <w:r>
              <w:rPr>
                <w:sz w:val="16"/>
              </w:rPr>
              <w:t>0</w:t>
            </w:r>
          </w:p>
        </w:tc>
      </w:tr>
      <w:tr w:rsidR="0035378C" w14:paraId="15D1FA87" w14:textId="77777777">
        <w:trPr>
          <w:jc w:val="center"/>
        </w:trPr>
        <w:tc>
          <w:tcPr>
            <w:tcW w:w="1040" w:type="dxa"/>
          </w:tcPr>
          <w:p w14:paraId="0D42AEBC" w14:textId="77777777" w:rsidR="0035378C" w:rsidRDefault="00000000">
            <w:r>
              <w:rPr>
                <w:sz w:val="16"/>
              </w:rPr>
              <w:t>Netherlands</w:t>
            </w:r>
          </w:p>
        </w:tc>
        <w:tc>
          <w:tcPr>
            <w:tcW w:w="1040" w:type="dxa"/>
          </w:tcPr>
          <w:p w14:paraId="52362894" w14:textId="77777777" w:rsidR="0035378C" w:rsidRDefault="0035378C"/>
        </w:tc>
        <w:tc>
          <w:tcPr>
            <w:tcW w:w="1040" w:type="dxa"/>
          </w:tcPr>
          <w:p w14:paraId="02BF9E25" w14:textId="77777777" w:rsidR="0035378C" w:rsidRDefault="00000000">
            <w:r>
              <w:rPr>
                <w:sz w:val="16"/>
              </w:rPr>
              <w:t>0.14</w:t>
            </w:r>
          </w:p>
        </w:tc>
        <w:tc>
          <w:tcPr>
            <w:tcW w:w="1040" w:type="dxa"/>
          </w:tcPr>
          <w:p w14:paraId="0C22A5E5" w14:textId="77777777" w:rsidR="0035378C" w:rsidRDefault="0035378C"/>
        </w:tc>
        <w:tc>
          <w:tcPr>
            <w:tcW w:w="1040" w:type="dxa"/>
          </w:tcPr>
          <w:p w14:paraId="2842FB5E" w14:textId="77777777" w:rsidR="0035378C" w:rsidRDefault="00000000">
            <w:r>
              <w:rPr>
                <w:sz w:val="16"/>
              </w:rPr>
              <w:t>1</w:t>
            </w:r>
          </w:p>
        </w:tc>
        <w:tc>
          <w:tcPr>
            <w:tcW w:w="1040" w:type="dxa"/>
          </w:tcPr>
          <w:p w14:paraId="2CB1FFF6" w14:textId="77777777" w:rsidR="0035378C" w:rsidRDefault="00000000">
            <w:r>
              <w:rPr>
                <w:sz w:val="16"/>
              </w:rPr>
              <w:t>0.14</w:t>
            </w:r>
          </w:p>
        </w:tc>
        <w:tc>
          <w:tcPr>
            <w:tcW w:w="1040" w:type="dxa"/>
          </w:tcPr>
          <w:p w14:paraId="43B53B26" w14:textId="77777777" w:rsidR="0035378C" w:rsidRDefault="00000000">
            <w:r>
              <w:rPr>
                <w:sz w:val="16"/>
              </w:rPr>
              <w:t>0.14</w:t>
            </w:r>
          </w:p>
        </w:tc>
        <w:tc>
          <w:tcPr>
            <w:tcW w:w="1040" w:type="dxa"/>
          </w:tcPr>
          <w:p w14:paraId="1AAAFA89" w14:textId="77777777" w:rsidR="0035378C" w:rsidRDefault="00000000">
            <w:r>
              <w:rPr>
                <w:sz w:val="16"/>
              </w:rPr>
              <w:t>1</w:t>
            </w:r>
          </w:p>
        </w:tc>
        <w:tc>
          <w:tcPr>
            <w:tcW w:w="1040" w:type="dxa"/>
          </w:tcPr>
          <w:p w14:paraId="2C5A0DD9" w14:textId="77777777" w:rsidR="0035378C" w:rsidRDefault="00000000">
            <w:r>
              <w:rPr>
                <w:sz w:val="16"/>
              </w:rPr>
              <w:t>0</w:t>
            </w:r>
          </w:p>
        </w:tc>
      </w:tr>
      <w:tr w:rsidR="0035378C" w14:paraId="2D610512" w14:textId="77777777">
        <w:trPr>
          <w:jc w:val="center"/>
        </w:trPr>
        <w:tc>
          <w:tcPr>
            <w:tcW w:w="1040" w:type="dxa"/>
          </w:tcPr>
          <w:p w14:paraId="3384C577" w14:textId="77777777" w:rsidR="0035378C" w:rsidRDefault="00000000">
            <w:r>
              <w:rPr>
                <w:sz w:val="16"/>
              </w:rPr>
              <w:t>Cuba</w:t>
            </w:r>
          </w:p>
        </w:tc>
        <w:tc>
          <w:tcPr>
            <w:tcW w:w="1040" w:type="dxa"/>
          </w:tcPr>
          <w:p w14:paraId="07983775" w14:textId="77777777" w:rsidR="0035378C" w:rsidRDefault="0035378C"/>
        </w:tc>
        <w:tc>
          <w:tcPr>
            <w:tcW w:w="1040" w:type="dxa"/>
          </w:tcPr>
          <w:p w14:paraId="75943315" w14:textId="77777777" w:rsidR="0035378C" w:rsidRDefault="00000000">
            <w:r>
              <w:rPr>
                <w:sz w:val="16"/>
              </w:rPr>
              <w:t>0.12</w:t>
            </w:r>
          </w:p>
        </w:tc>
        <w:tc>
          <w:tcPr>
            <w:tcW w:w="1040" w:type="dxa"/>
          </w:tcPr>
          <w:p w14:paraId="51789394" w14:textId="77777777" w:rsidR="0035378C" w:rsidRDefault="0035378C"/>
        </w:tc>
        <w:tc>
          <w:tcPr>
            <w:tcW w:w="1040" w:type="dxa"/>
          </w:tcPr>
          <w:p w14:paraId="19C284A3" w14:textId="77777777" w:rsidR="0035378C" w:rsidRDefault="00000000">
            <w:r>
              <w:rPr>
                <w:sz w:val="16"/>
              </w:rPr>
              <w:t>1</w:t>
            </w:r>
          </w:p>
        </w:tc>
        <w:tc>
          <w:tcPr>
            <w:tcW w:w="1040" w:type="dxa"/>
          </w:tcPr>
          <w:p w14:paraId="56671BF5" w14:textId="77777777" w:rsidR="0035378C" w:rsidRDefault="00000000">
            <w:r>
              <w:rPr>
                <w:sz w:val="16"/>
              </w:rPr>
              <w:t>0.12</w:t>
            </w:r>
          </w:p>
        </w:tc>
        <w:tc>
          <w:tcPr>
            <w:tcW w:w="1040" w:type="dxa"/>
          </w:tcPr>
          <w:p w14:paraId="4CA86F6D" w14:textId="77777777" w:rsidR="0035378C" w:rsidRDefault="00000000">
            <w:r>
              <w:rPr>
                <w:sz w:val="16"/>
              </w:rPr>
              <w:t>0.12</w:t>
            </w:r>
          </w:p>
        </w:tc>
        <w:tc>
          <w:tcPr>
            <w:tcW w:w="1040" w:type="dxa"/>
          </w:tcPr>
          <w:p w14:paraId="74C7983D" w14:textId="77777777" w:rsidR="0035378C" w:rsidRDefault="00000000">
            <w:r>
              <w:rPr>
                <w:sz w:val="16"/>
              </w:rPr>
              <w:t>1</w:t>
            </w:r>
          </w:p>
        </w:tc>
        <w:tc>
          <w:tcPr>
            <w:tcW w:w="1040" w:type="dxa"/>
          </w:tcPr>
          <w:p w14:paraId="28284EBA" w14:textId="77777777" w:rsidR="0035378C" w:rsidRDefault="00000000">
            <w:r>
              <w:rPr>
                <w:sz w:val="16"/>
              </w:rPr>
              <w:t>0</w:t>
            </w:r>
          </w:p>
        </w:tc>
      </w:tr>
      <w:tr w:rsidR="0035378C" w14:paraId="79CCF9FA" w14:textId="77777777">
        <w:trPr>
          <w:jc w:val="center"/>
        </w:trPr>
        <w:tc>
          <w:tcPr>
            <w:tcW w:w="1040" w:type="dxa"/>
          </w:tcPr>
          <w:p w14:paraId="7E0C52A9" w14:textId="77777777" w:rsidR="0035378C" w:rsidRDefault="00000000">
            <w:r>
              <w:rPr>
                <w:sz w:val="16"/>
              </w:rPr>
              <w:t>Germany</w:t>
            </w:r>
          </w:p>
        </w:tc>
        <w:tc>
          <w:tcPr>
            <w:tcW w:w="1040" w:type="dxa"/>
          </w:tcPr>
          <w:p w14:paraId="39CC1668" w14:textId="77777777" w:rsidR="0035378C" w:rsidRDefault="0035378C"/>
        </w:tc>
        <w:tc>
          <w:tcPr>
            <w:tcW w:w="1040" w:type="dxa"/>
          </w:tcPr>
          <w:p w14:paraId="658454BE" w14:textId="77777777" w:rsidR="0035378C" w:rsidRDefault="00000000">
            <w:r>
              <w:rPr>
                <w:sz w:val="16"/>
              </w:rPr>
              <w:t>0.12</w:t>
            </w:r>
          </w:p>
        </w:tc>
        <w:tc>
          <w:tcPr>
            <w:tcW w:w="1040" w:type="dxa"/>
          </w:tcPr>
          <w:p w14:paraId="20B3E95F" w14:textId="77777777" w:rsidR="0035378C" w:rsidRDefault="0035378C"/>
        </w:tc>
        <w:tc>
          <w:tcPr>
            <w:tcW w:w="1040" w:type="dxa"/>
          </w:tcPr>
          <w:p w14:paraId="310CAE04" w14:textId="77777777" w:rsidR="0035378C" w:rsidRDefault="00000000">
            <w:r>
              <w:rPr>
                <w:sz w:val="16"/>
              </w:rPr>
              <w:t>1</w:t>
            </w:r>
          </w:p>
        </w:tc>
        <w:tc>
          <w:tcPr>
            <w:tcW w:w="1040" w:type="dxa"/>
          </w:tcPr>
          <w:p w14:paraId="4E7C9463" w14:textId="77777777" w:rsidR="0035378C" w:rsidRDefault="00000000">
            <w:r>
              <w:rPr>
                <w:sz w:val="16"/>
              </w:rPr>
              <w:t>0.12</w:t>
            </w:r>
          </w:p>
        </w:tc>
        <w:tc>
          <w:tcPr>
            <w:tcW w:w="1040" w:type="dxa"/>
          </w:tcPr>
          <w:p w14:paraId="1C557801" w14:textId="77777777" w:rsidR="0035378C" w:rsidRDefault="00000000">
            <w:r>
              <w:rPr>
                <w:sz w:val="16"/>
              </w:rPr>
              <w:t>0.12</w:t>
            </w:r>
          </w:p>
        </w:tc>
        <w:tc>
          <w:tcPr>
            <w:tcW w:w="1040" w:type="dxa"/>
          </w:tcPr>
          <w:p w14:paraId="15E97045" w14:textId="77777777" w:rsidR="0035378C" w:rsidRDefault="00000000">
            <w:r>
              <w:rPr>
                <w:sz w:val="16"/>
              </w:rPr>
              <w:t>1</w:t>
            </w:r>
          </w:p>
        </w:tc>
        <w:tc>
          <w:tcPr>
            <w:tcW w:w="1040" w:type="dxa"/>
          </w:tcPr>
          <w:p w14:paraId="3784B97E" w14:textId="77777777" w:rsidR="0035378C" w:rsidRDefault="00000000">
            <w:r>
              <w:rPr>
                <w:sz w:val="16"/>
              </w:rPr>
              <w:t>0</w:t>
            </w:r>
          </w:p>
        </w:tc>
      </w:tr>
      <w:tr w:rsidR="0035378C" w14:paraId="2EC13DBE" w14:textId="77777777">
        <w:trPr>
          <w:jc w:val="center"/>
        </w:trPr>
        <w:tc>
          <w:tcPr>
            <w:tcW w:w="1040" w:type="dxa"/>
          </w:tcPr>
          <w:p w14:paraId="479ED88B" w14:textId="77777777" w:rsidR="0035378C" w:rsidRDefault="00000000">
            <w:r>
              <w:rPr>
                <w:sz w:val="16"/>
              </w:rPr>
              <w:t>Poland</w:t>
            </w:r>
          </w:p>
        </w:tc>
        <w:tc>
          <w:tcPr>
            <w:tcW w:w="1040" w:type="dxa"/>
          </w:tcPr>
          <w:p w14:paraId="33E6158D" w14:textId="77777777" w:rsidR="0035378C" w:rsidRDefault="0035378C"/>
        </w:tc>
        <w:tc>
          <w:tcPr>
            <w:tcW w:w="1040" w:type="dxa"/>
          </w:tcPr>
          <w:p w14:paraId="1CD59FE3" w14:textId="77777777" w:rsidR="0035378C" w:rsidRDefault="00000000">
            <w:r>
              <w:rPr>
                <w:sz w:val="16"/>
              </w:rPr>
              <w:t>0.11</w:t>
            </w:r>
          </w:p>
        </w:tc>
        <w:tc>
          <w:tcPr>
            <w:tcW w:w="1040" w:type="dxa"/>
          </w:tcPr>
          <w:p w14:paraId="4A637CE3" w14:textId="77777777" w:rsidR="0035378C" w:rsidRDefault="0035378C"/>
        </w:tc>
        <w:tc>
          <w:tcPr>
            <w:tcW w:w="1040" w:type="dxa"/>
          </w:tcPr>
          <w:p w14:paraId="65BAFDDC" w14:textId="77777777" w:rsidR="0035378C" w:rsidRDefault="00000000">
            <w:r>
              <w:rPr>
                <w:sz w:val="16"/>
              </w:rPr>
              <w:t>1</w:t>
            </w:r>
          </w:p>
        </w:tc>
        <w:tc>
          <w:tcPr>
            <w:tcW w:w="1040" w:type="dxa"/>
          </w:tcPr>
          <w:p w14:paraId="51A9C241" w14:textId="77777777" w:rsidR="0035378C" w:rsidRDefault="00000000">
            <w:r>
              <w:rPr>
                <w:sz w:val="16"/>
              </w:rPr>
              <w:t>0.11</w:t>
            </w:r>
          </w:p>
        </w:tc>
        <w:tc>
          <w:tcPr>
            <w:tcW w:w="1040" w:type="dxa"/>
          </w:tcPr>
          <w:p w14:paraId="788E0F93" w14:textId="77777777" w:rsidR="0035378C" w:rsidRDefault="00000000">
            <w:r>
              <w:rPr>
                <w:sz w:val="16"/>
              </w:rPr>
              <w:t>0.11</w:t>
            </w:r>
          </w:p>
        </w:tc>
        <w:tc>
          <w:tcPr>
            <w:tcW w:w="1040" w:type="dxa"/>
          </w:tcPr>
          <w:p w14:paraId="7CF8840B" w14:textId="77777777" w:rsidR="0035378C" w:rsidRDefault="00000000">
            <w:r>
              <w:rPr>
                <w:sz w:val="16"/>
              </w:rPr>
              <w:t>1</w:t>
            </w:r>
          </w:p>
        </w:tc>
        <w:tc>
          <w:tcPr>
            <w:tcW w:w="1040" w:type="dxa"/>
          </w:tcPr>
          <w:p w14:paraId="64EE8DC2" w14:textId="77777777" w:rsidR="0035378C" w:rsidRDefault="00000000">
            <w:r>
              <w:rPr>
                <w:sz w:val="16"/>
              </w:rPr>
              <w:t>0</w:t>
            </w:r>
          </w:p>
        </w:tc>
      </w:tr>
      <w:tr w:rsidR="0035378C" w14:paraId="5AC2EB10" w14:textId="77777777">
        <w:trPr>
          <w:jc w:val="center"/>
        </w:trPr>
        <w:tc>
          <w:tcPr>
            <w:tcW w:w="1040" w:type="dxa"/>
          </w:tcPr>
          <w:p w14:paraId="466A7BF0" w14:textId="77777777" w:rsidR="0035378C" w:rsidRDefault="00000000">
            <w:r>
              <w:rPr>
                <w:sz w:val="16"/>
              </w:rPr>
              <w:t>Ivory Coast</w:t>
            </w:r>
          </w:p>
        </w:tc>
        <w:tc>
          <w:tcPr>
            <w:tcW w:w="1040" w:type="dxa"/>
          </w:tcPr>
          <w:p w14:paraId="7E217ED3" w14:textId="77777777" w:rsidR="0035378C" w:rsidRDefault="0035378C"/>
        </w:tc>
        <w:tc>
          <w:tcPr>
            <w:tcW w:w="1040" w:type="dxa"/>
          </w:tcPr>
          <w:p w14:paraId="660B6048" w14:textId="77777777" w:rsidR="0035378C" w:rsidRDefault="00000000">
            <w:r>
              <w:rPr>
                <w:sz w:val="16"/>
              </w:rPr>
              <w:t>0.1</w:t>
            </w:r>
          </w:p>
        </w:tc>
        <w:tc>
          <w:tcPr>
            <w:tcW w:w="1040" w:type="dxa"/>
          </w:tcPr>
          <w:p w14:paraId="5D799F1E" w14:textId="77777777" w:rsidR="0035378C" w:rsidRDefault="0035378C"/>
        </w:tc>
        <w:tc>
          <w:tcPr>
            <w:tcW w:w="1040" w:type="dxa"/>
          </w:tcPr>
          <w:p w14:paraId="1DDA307F" w14:textId="77777777" w:rsidR="0035378C" w:rsidRDefault="00000000">
            <w:r>
              <w:rPr>
                <w:sz w:val="16"/>
              </w:rPr>
              <w:t>1</w:t>
            </w:r>
          </w:p>
        </w:tc>
        <w:tc>
          <w:tcPr>
            <w:tcW w:w="1040" w:type="dxa"/>
          </w:tcPr>
          <w:p w14:paraId="56832F82" w14:textId="77777777" w:rsidR="0035378C" w:rsidRDefault="00000000">
            <w:r>
              <w:rPr>
                <w:sz w:val="16"/>
              </w:rPr>
              <w:t>0.1</w:t>
            </w:r>
          </w:p>
        </w:tc>
        <w:tc>
          <w:tcPr>
            <w:tcW w:w="1040" w:type="dxa"/>
          </w:tcPr>
          <w:p w14:paraId="01C270FC" w14:textId="77777777" w:rsidR="0035378C" w:rsidRDefault="00000000">
            <w:r>
              <w:rPr>
                <w:sz w:val="16"/>
              </w:rPr>
              <w:t>0.1</w:t>
            </w:r>
          </w:p>
        </w:tc>
        <w:tc>
          <w:tcPr>
            <w:tcW w:w="1040" w:type="dxa"/>
          </w:tcPr>
          <w:p w14:paraId="1B753676" w14:textId="77777777" w:rsidR="0035378C" w:rsidRDefault="00000000">
            <w:r>
              <w:rPr>
                <w:sz w:val="16"/>
              </w:rPr>
              <w:t>1</w:t>
            </w:r>
          </w:p>
        </w:tc>
        <w:tc>
          <w:tcPr>
            <w:tcW w:w="1040" w:type="dxa"/>
          </w:tcPr>
          <w:p w14:paraId="7AB70836" w14:textId="77777777" w:rsidR="0035378C" w:rsidRDefault="00000000">
            <w:r>
              <w:rPr>
                <w:sz w:val="16"/>
              </w:rPr>
              <w:t>0</w:t>
            </w:r>
          </w:p>
        </w:tc>
      </w:tr>
      <w:tr w:rsidR="0035378C" w14:paraId="64C1FEF6" w14:textId="77777777">
        <w:trPr>
          <w:jc w:val="center"/>
        </w:trPr>
        <w:tc>
          <w:tcPr>
            <w:tcW w:w="1040" w:type="dxa"/>
          </w:tcPr>
          <w:p w14:paraId="02C0B0CA" w14:textId="77777777" w:rsidR="0035378C" w:rsidRDefault="00000000">
            <w:r>
              <w:rPr>
                <w:sz w:val="16"/>
              </w:rPr>
              <w:t>Suriname</w:t>
            </w:r>
          </w:p>
        </w:tc>
        <w:tc>
          <w:tcPr>
            <w:tcW w:w="1040" w:type="dxa"/>
          </w:tcPr>
          <w:p w14:paraId="354ADF0B" w14:textId="77777777" w:rsidR="0035378C" w:rsidRDefault="0035378C"/>
        </w:tc>
        <w:tc>
          <w:tcPr>
            <w:tcW w:w="1040" w:type="dxa"/>
          </w:tcPr>
          <w:p w14:paraId="145B828A" w14:textId="77777777" w:rsidR="0035378C" w:rsidRDefault="00000000">
            <w:r>
              <w:rPr>
                <w:sz w:val="16"/>
              </w:rPr>
              <w:t>0.09</w:t>
            </w:r>
          </w:p>
        </w:tc>
        <w:tc>
          <w:tcPr>
            <w:tcW w:w="1040" w:type="dxa"/>
          </w:tcPr>
          <w:p w14:paraId="15ABB4F0" w14:textId="77777777" w:rsidR="0035378C" w:rsidRDefault="0035378C"/>
        </w:tc>
        <w:tc>
          <w:tcPr>
            <w:tcW w:w="1040" w:type="dxa"/>
          </w:tcPr>
          <w:p w14:paraId="774915A1" w14:textId="77777777" w:rsidR="0035378C" w:rsidRDefault="00000000">
            <w:r>
              <w:rPr>
                <w:sz w:val="16"/>
              </w:rPr>
              <w:t>1</w:t>
            </w:r>
          </w:p>
        </w:tc>
        <w:tc>
          <w:tcPr>
            <w:tcW w:w="1040" w:type="dxa"/>
          </w:tcPr>
          <w:p w14:paraId="49CFB567" w14:textId="77777777" w:rsidR="0035378C" w:rsidRDefault="00000000">
            <w:r>
              <w:rPr>
                <w:sz w:val="16"/>
              </w:rPr>
              <w:t>0.09</w:t>
            </w:r>
          </w:p>
        </w:tc>
        <w:tc>
          <w:tcPr>
            <w:tcW w:w="1040" w:type="dxa"/>
          </w:tcPr>
          <w:p w14:paraId="406F0A42" w14:textId="77777777" w:rsidR="0035378C" w:rsidRDefault="00000000">
            <w:r>
              <w:rPr>
                <w:sz w:val="16"/>
              </w:rPr>
              <w:t>0.09</w:t>
            </w:r>
          </w:p>
        </w:tc>
        <w:tc>
          <w:tcPr>
            <w:tcW w:w="1040" w:type="dxa"/>
          </w:tcPr>
          <w:p w14:paraId="7EE957A5" w14:textId="77777777" w:rsidR="0035378C" w:rsidRDefault="00000000">
            <w:r>
              <w:rPr>
                <w:sz w:val="16"/>
              </w:rPr>
              <w:t>1</w:t>
            </w:r>
          </w:p>
        </w:tc>
        <w:tc>
          <w:tcPr>
            <w:tcW w:w="1040" w:type="dxa"/>
          </w:tcPr>
          <w:p w14:paraId="58D454B1" w14:textId="77777777" w:rsidR="0035378C" w:rsidRDefault="00000000">
            <w:r>
              <w:rPr>
                <w:sz w:val="16"/>
              </w:rPr>
              <w:t>0</w:t>
            </w:r>
          </w:p>
        </w:tc>
      </w:tr>
      <w:tr w:rsidR="0035378C" w14:paraId="4E4D596F" w14:textId="77777777">
        <w:trPr>
          <w:jc w:val="center"/>
        </w:trPr>
        <w:tc>
          <w:tcPr>
            <w:tcW w:w="1040" w:type="dxa"/>
          </w:tcPr>
          <w:p w14:paraId="015F1C75" w14:textId="77777777" w:rsidR="0035378C" w:rsidRDefault="00000000">
            <w:r>
              <w:rPr>
                <w:sz w:val="16"/>
              </w:rPr>
              <w:lastRenderedPageBreak/>
              <w:t>Guatemala</w:t>
            </w:r>
          </w:p>
        </w:tc>
        <w:tc>
          <w:tcPr>
            <w:tcW w:w="1040" w:type="dxa"/>
          </w:tcPr>
          <w:p w14:paraId="38D355FF" w14:textId="77777777" w:rsidR="0035378C" w:rsidRDefault="0035378C"/>
        </w:tc>
        <w:tc>
          <w:tcPr>
            <w:tcW w:w="1040" w:type="dxa"/>
          </w:tcPr>
          <w:p w14:paraId="1E96F8E6" w14:textId="77777777" w:rsidR="0035378C" w:rsidRDefault="00000000">
            <w:r>
              <w:rPr>
                <w:sz w:val="16"/>
              </w:rPr>
              <w:t>0.09</w:t>
            </w:r>
          </w:p>
        </w:tc>
        <w:tc>
          <w:tcPr>
            <w:tcW w:w="1040" w:type="dxa"/>
          </w:tcPr>
          <w:p w14:paraId="20D745A8" w14:textId="77777777" w:rsidR="0035378C" w:rsidRDefault="0035378C"/>
        </w:tc>
        <w:tc>
          <w:tcPr>
            <w:tcW w:w="1040" w:type="dxa"/>
          </w:tcPr>
          <w:p w14:paraId="7D97F70C" w14:textId="77777777" w:rsidR="0035378C" w:rsidRDefault="00000000">
            <w:r>
              <w:rPr>
                <w:sz w:val="16"/>
              </w:rPr>
              <w:t>1</w:t>
            </w:r>
          </w:p>
        </w:tc>
        <w:tc>
          <w:tcPr>
            <w:tcW w:w="1040" w:type="dxa"/>
          </w:tcPr>
          <w:p w14:paraId="49ED9054" w14:textId="77777777" w:rsidR="0035378C" w:rsidRDefault="00000000">
            <w:r>
              <w:rPr>
                <w:sz w:val="16"/>
              </w:rPr>
              <w:t>0.09</w:t>
            </w:r>
          </w:p>
        </w:tc>
        <w:tc>
          <w:tcPr>
            <w:tcW w:w="1040" w:type="dxa"/>
          </w:tcPr>
          <w:p w14:paraId="39C6C1DB" w14:textId="77777777" w:rsidR="0035378C" w:rsidRDefault="00000000">
            <w:r>
              <w:rPr>
                <w:sz w:val="16"/>
              </w:rPr>
              <w:t>0.09</w:t>
            </w:r>
          </w:p>
        </w:tc>
        <w:tc>
          <w:tcPr>
            <w:tcW w:w="1040" w:type="dxa"/>
          </w:tcPr>
          <w:p w14:paraId="1907B226" w14:textId="77777777" w:rsidR="0035378C" w:rsidRDefault="00000000">
            <w:r>
              <w:rPr>
                <w:sz w:val="16"/>
              </w:rPr>
              <w:t>1</w:t>
            </w:r>
          </w:p>
        </w:tc>
        <w:tc>
          <w:tcPr>
            <w:tcW w:w="1040" w:type="dxa"/>
          </w:tcPr>
          <w:p w14:paraId="574A0923" w14:textId="77777777" w:rsidR="0035378C" w:rsidRDefault="00000000">
            <w:r>
              <w:rPr>
                <w:sz w:val="16"/>
              </w:rPr>
              <w:t>0</w:t>
            </w:r>
          </w:p>
        </w:tc>
      </w:tr>
      <w:tr w:rsidR="0035378C" w14:paraId="7ABABEA1" w14:textId="77777777">
        <w:trPr>
          <w:jc w:val="center"/>
        </w:trPr>
        <w:tc>
          <w:tcPr>
            <w:tcW w:w="1040" w:type="dxa"/>
          </w:tcPr>
          <w:p w14:paraId="086CC960" w14:textId="77777777" w:rsidR="0035378C" w:rsidRDefault="00000000">
            <w:r>
              <w:rPr>
                <w:sz w:val="16"/>
              </w:rPr>
              <w:t>Serbia</w:t>
            </w:r>
          </w:p>
        </w:tc>
        <w:tc>
          <w:tcPr>
            <w:tcW w:w="1040" w:type="dxa"/>
          </w:tcPr>
          <w:p w14:paraId="50761761" w14:textId="77777777" w:rsidR="0035378C" w:rsidRDefault="0035378C"/>
        </w:tc>
        <w:tc>
          <w:tcPr>
            <w:tcW w:w="1040" w:type="dxa"/>
          </w:tcPr>
          <w:p w14:paraId="5D6BC438" w14:textId="77777777" w:rsidR="0035378C" w:rsidRDefault="00000000">
            <w:r>
              <w:rPr>
                <w:sz w:val="16"/>
              </w:rPr>
              <w:t>0.08</w:t>
            </w:r>
          </w:p>
        </w:tc>
        <w:tc>
          <w:tcPr>
            <w:tcW w:w="1040" w:type="dxa"/>
          </w:tcPr>
          <w:p w14:paraId="0A538C56" w14:textId="77777777" w:rsidR="0035378C" w:rsidRDefault="0035378C"/>
        </w:tc>
        <w:tc>
          <w:tcPr>
            <w:tcW w:w="1040" w:type="dxa"/>
          </w:tcPr>
          <w:p w14:paraId="423B799D" w14:textId="77777777" w:rsidR="0035378C" w:rsidRDefault="00000000">
            <w:r>
              <w:rPr>
                <w:sz w:val="16"/>
              </w:rPr>
              <w:t>1</w:t>
            </w:r>
          </w:p>
        </w:tc>
        <w:tc>
          <w:tcPr>
            <w:tcW w:w="1040" w:type="dxa"/>
          </w:tcPr>
          <w:p w14:paraId="7EB5429D" w14:textId="77777777" w:rsidR="0035378C" w:rsidRDefault="00000000">
            <w:r>
              <w:rPr>
                <w:sz w:val="16"/>
              </w:rPr>
              <w:t>0.08</w:t>
            </w:r>
          </w:p>
        </w:tc>
        <w:tc>
          <w:tcPr>
            <w:tcW w:w="1040" w:type="dxa"/>
          </w:tcPr>
          <w:p w14:paraId="0AC9854A" w14:textId="77777777" w:rsidR="0035378C" w:rsidRDefault="00000000">
            <w:r>
              <w:rPr>
                <w:sz w:val="16"/>
              </w:rPr>
              <w:t>0.08</w:t>
            </w:r>
          </w:p>
        </w:tc>
        <w:tc>
          <w:tcPr>
            <w:tcW w:w="1040" w:type="dxa"/>
          </w:tcPr>
          <w:p w14:paraId="700B0BEC" w14:textId="77777777" w:rsidR="0035378C" w:rsidRDefault="00000000">
            <w:r>
              <w:rPr>
                <w:sz w:val="16"/>
              </w:rPr>
              <w:t>1</w:t>
            </w:r>
          </w:p>
        </w:tc>
        <w:tc>
          <w:tcPr>
            <w:tcW w:w="1040" w:type="dxa"/>
          </w:tcPr>
          <w:p w14:paraId="72D544BB" w14:textId="77777777" w:rsidR="0035378C" w:rsidRDefault="00000000">
            <w:r>
              <w:rPr>
                <w:sz w:val="16"/>
              </w:rPr>
              <w:t>0</w:t>
            </w:r>
          </w:p>
        </w:tc>
      </w:tr>
      <w:tr w:rsidR="0035378C" w14:paraId="67F26AD5" w14:textId="77777777">
        <w:trPr>
          <w:jc w:val="center"/>
        </w:trPr>
        <w:tc>
          <w:tcPr>
            <w:tcW w:w="1040" w:type="dxa"/>
          </w:tcPr>
          <w:p w14:paraId="69301AB3" w14:textId="77777777" w:rsidR="0035378C" w:rsidRDefault="00000000">
            <w:r>
              <w:rPr>
                <w:sz w:val="16"/>
              </w:rPr>
              <w:t>Croatia</w:t>
            </w:r>
          </w:p>
        </w:tc>
        <w:tc>
          <w:tcPr>
            <w:tcW w:w="1040" w:type="dxa"/>
          </w:tcPr>
          <w:p w14:paraId="757D3ABD" w14:textId="77777777" w:rsidR="0035378C" w:rsidRDefault="0035378C"/>
        </w:tc>
        <w:tc>
          <w:tcPr>
            <w:tcW w:w="1040" w:type="dxa"/>
          </w:tcPr>
          <w:p w14:paraId="60434C36" w14:textId="77777777" w:rsidR="0035378C" w:rsidRDefault="00000000">
            <w:r>
              <w:rPr>
                <w:sz w:val="16"/>
              </w:rPr>
              <w:t>0.07</w:t>
            </w:r>
          </w:p>
        </w:tc>
        <w:tc>
          <w:tcPr>
            <w:tcW w:w="1040" w:type="dxa"/>
          </w:tcPr>
          <w:p w14:paraId="10CF8E82" w14:textId="77777777" w:rsidR="0035378C" w:rsidRDefault="0035378C"/>
        </w:tc>
        <w:tc>
          <w:tcPr>
            <w:tcW w:w="1040" w:type="dxa"/>
          </w:tcPr>
          <w:p w14:paraId="059AD15E" w14:textId="77777777" w:rsidR="0035378C" w:rsidRDefault="00000000">
            <w:r>
              <w:rPr>
                <w:sz w:val="16"/>
              </w:rPr>
              <w:t>1</w:t>
            </w:r>
          </w:p>
        </w:tc>
        <w:tc>
          <w:tcPr>
            <w:tcW w:w="1040" w:type="dxa"/>
          </w:tcPr>
          <w:p w14:paraId="1F5EC935" w14:textId="77777777" w:rsidR="0035378C" w:rsidRDefault="00000000">
            <w:r>
              <w:rPr>
                <w:sz w:val="16"/>
              </w:rPr>
              <w:t>0.07</w:t>
            </w:r>
          </w:p>
        </w:tc>
        <w:tc>
          <w:tcPr>
            <w:tcW w:w="1040" w:type="dxa"/>
          </w:tcPr>
          <w:p w14:paraId="1259C9BA" w14:textId="77777777" w:rsidR="0035378C" w:rsidRDefault="00000000">
            <w:r>
              <w:rPr>
                <w:sz w:val="16"/>
              </w:rPr>
              <w:t>0.07</w:t>
            </w:r>
          </w:p>
        </w:tc>
        <w:tc>
          <w:tcPr>
            <w:tcW w:w="1040" w:type="dxa"/>
          </w:tcPr>
          <w:p w14:paraId="199CA563" w14:textId="77777777" w:rsidR="0035378C" w:rsidRDefault="00000000">
            <w:r>
              <w:rPr>
                <w:sz w:val="16"/>
              </w:rPr>
              <w:t>1</w:t>
            </w:r>
          </w:p>
        </w:tc>
        <w:tc>
          <w:tcPr>
            <w:tcW w:w="1040" w:type="dxa"/>
          </w:tcPr>
          <w:p w14:paraId="29817F03" w14:textId="77777777" w:rsidR="0035378C" w:rsidRDefault="00000000">
            <w:r>
              <w:rPr>
                <w:sz w:val="16"/>
              </w:rPr>
              <w:t>0</w:t>
            </w:r>
          </w:p>
        </w:tc>
      </w:tr>
      <w:tr w:rsidR="0035378C" w14:paraId="4CFE7909" w14:textId="77777777">
        <w:trPr>
          <w:jc w:val="center"/>
        </w:trPr>
        <w:tc>
          <w:tcPr>
            <w:tcW w:w="1040" w:type="dxa"/>
          </w:tcPr>
          <w:p w14:paraId="59F957ED" w14:textId="77777777" w:rsidR="0035378C" w:rsidRDefault="00000000">
            <w:r>
              <w:rPr>
                <w:sz w:val="16"/>
              </w:rPr>
              <w:t>France</w:t>
            </w:r>
          </w:p>
        </w:tc>
        <w:tc>
          <w:tcPr>
            <w:tcW w:w="1040" w:type="dxa"/>
          </w:tcPr>
          <w:p w14:paraId="4DAF042D" w14:textId="77777777" w:rsidR="0035378C" w:rsidRDefault="0035378C"/>
        </w:tc>
        <w:tc>
          <w:tcPr>
            <w:tcW w:w="1040" w:type="dxa"/>
          </w:tcPr>
          <w:p w14:paraId="4E400D76" w14:textId="77777777" w:rsidR="0035378C" w:rsidRDefault="00000000">
            <w:r>
              <w:rPr>
                <w:sz w:val="16"/>
              </w:rPr>
              <w:t>0.06</w:t>
            </w:r>
          </w:p>
        </w:tc>
        <w:tc>
          <w:tcPr>
            <w:tcW w:w="1040" w:type="dxa"/>
          </w:tcPr>
          <w:p w14:paraId="0A513CEA" w14:textId="77777777" w:rsidR="0035378C" w:rsidRDefault="0035378C"/>
        </w:tc>
        <w:tc>
          <w:tcPr>
            <w:tcW w:w="1040" w:type="dxa"/>
          </w:tcPr>
          <w:p w14:paraId="699A96B3" w14:textId="77777777" w:rsidR="0035378C" w:rsidRDefault="00000000">
            <w:r>
              <w:rPr>
                <w:sz w:val="16"/>
              </w:rPr>
              <w:t>1</w:t>
            </w:r>
          </w:p>
        </w:tc>
        <w:tc>
          <w:tcPr>
            <w:tcW w:w="1040" w:type="dxa"/>
          </w:tcPr>
          <w:p w14:paraId="6A944BFB" w14:textId="77777777" w:rsidR="0035378C" w:rsidRDefault="00000000">
            <w:r>
              <w:rPr>
                <w:sz w:val="16"/>
              </w:rPr>
              <w:t>0.06</w:t>
            </w:r>
          </w:p>
        </w:tc>
        <w:tc>
          <w:tcPr>
            <w:tcW w:w="1040" w:type="dxa"/>
          </w:tcPr>
          <w:p w14:paraId="5633DF28" w14:textId="77777777" w:rsidR="0035378C" w:rsidRDefault="00000000">
            <w:r>
              <w:rPr>
                <w:sz w:val="16"/>
              </w:rPr>
              <w:t>0.06</w:t>
            </w:r>
          </w:p>
        </w:tc>
        <w:tc>
          <w:tcPr>
            <w:tcW w:w="1040" w:type="dxa"/>
          </w:tcPr>
          <w:p w14:paraId="1F04EEDB" w14:textId="77777777" w:rsidR="0035378C" w:rsidRDefault="00000000">
            <w:r>
              <w:rPr>
                <w:sz w:val="16"/>
              </w:rPr>
              <w:t>1</w:t>
            </w:r>
          </w:p>
        </w:tc>
        <w:tc>
          <w:tcPr>
            <w:tcW w:w="1040" w:type="dxa"/>
          </w:tcPr>
          <w:p w14:paraId="1B4BFB90" w14:textId="77777777" w:rsidR="0035378C" w:rsidRDefault="00000000">
            <w:r>
              <w:rPr>
                <w:sz w:val="16"/>
              </w:rPr>
              <w:t>0</w:t>
            </w:r>
          </w:p>
        </w:tc>
      </w:tr>
      <w:tr w:rsidR="0035378C" w14:paraId="01B82FE0" w14:textId="77777777">
        <w:trPr>
          <w:jc w:val="center"/>
        </w:trPr>
        <w:tc>
          <w:tcPr>
            <w:tcW w:w="1040" w:type="dxa"/>
          </w:tcPr>
          <w:p w14:paraId="5976312C" w14:textId="77777777" w:rsidR="0035378C" w:rsidRDefault="00000000">
            <w:r>
              <w:rPr>
                <w:sz w:val="16"/>
              </w:rPr>
              <w:t>Japan</w:t>
            </w:r>
          </w:p>
        </w:tc>
        <w:tc>
          <w:tcPr>
            <w:tcW w:w="1040" w:type="dxa"/>
          </w:tcPr>
          <w:p w14:paraId="26495C32" w14:textId="77777777" w:rsidR="0035378C" w:rsidRDefault="0035378C"/>
        </w:tc>
        <w:tc>
          <w:tcPr>
            <w:tcW w:w="1040" w:type="dxa"/>
          </w:tcPr>
          <w:p w14:paraId="6762C3A0" w14:textId="77777777" w:rsidR="0035378C" w:rsidRDefault="00000000">
            <w:r>
              <w:rPr>
                <w:sz w:val="16"/>
              </w:rPr>
              <w:t>0.04</w:t>
            </w:r>
          </w:p>
        </w:tc>
        <w:tc>
          <w:tcPr>
            <w:tcW w:w="1040" w:type="dxa"/>
          </w:tcPr>
          <w:p w14:paraId="52F7CCAE" w14:textId="77777777" w:rsidR="0035378C" w:rsidRDefault="0035378C"/>
        </w:tc>
        <w:tc>
          <w:tcPr>
            <w:tcW w:w="1040" w:type="dxa"/>
          </w:tcPr>
          <w:p w14:paraId="07741D36" w14:textId="77777777" w:rsidR="0035378C" w:rsidRDefault="00000000">
            <w:r>
              <w:rPr>
                <w:sz w:val="16"/>
              </w:rPr>
              <w:t>1</w:t>
            </w:r>
          </w:p>
        </w:tc>
        <w:tc>
          <w:tcPr>
            <w:tcW w:w="1040" w:type="dxa"/>
          </w:tcPr>
          <w:p w14:paraId="0C91469C" w14:textId="77777777" w:rsidR="0035378C" w:rsidRDefault="00000000">
            <w:r>
              <w:rPr>
                <w:sz w:val="16"/>
              </w:rPr>
              <w:t>0.04</w:t>
            </w:r>
          </w:p>
        </w:tc>
        <w:tc>
          <w:tcPr>
            <w:tcW w:w="1040" w:type="dxa"/>
          </w:tcPr>
          <w:p w14:paraId="3C4E85AB" w14:textId="77777777" w:rsidR="0035378C" w:rsidRDefault="00000000">
            <w:r>
              <w:rPr>
                <w:sz w:val="16"/>
              </w:rPr>
              <w:t>0.04</w:t>
            </w:r>
          </w:p>
        </w:tc>
        <w:tc>
          <w:tcPr>
            <w:tcW w:w="1040" w:type="dxa"/>
          </w:tcPr>
          <w:p w14:paraId="2B6AD766" w14:textId="77777777" w:rsidR="0035378C" w:rsidRDefault="00000000">
            <w:r>
              <w:rPr>
                <w:sz w:val="16"/>
              </w:rPr>
              <w:t>1</w:t>
            </w:r>
          </w:p>
        </w:tc>
        <w:tc>
          <w:tcPr>
            <w:tcW w:w="1040" w:type="dxa"/>
          </w:tcPr>
          <w:p w14:paraId="3CD63B92" w14:textId="77777777" w:rsidR="0035378C" w:rsidRDefault="00000000">
            <w:r>
              <w:rPr>
                <w:sz w:val="16"/>
              </w:rPr>
              <w:t>0</w:t>
            </w:r>
          </w:p>
        </w:tc>
      </w:tr>
      <w:tr w:rsidR="0035378C" w14:paraId="5FFE1260" w14:textId="77777777">
        <w:trPr>
          <w:jc w:val="center"/>
        </w:trPr>
        <w:tc>
          <w:tcPr>
            <w:tcW w:w="1040" w:type="dxa"/>
          </w:tcPr>
          <w:p w14:paraId="12116411" w14:textId="77777777" w:rsidR="0035378C" w:rsidRDefault="00000000">
            <w:r>
              <w:rPr>
                <w:sz w:val="16"/>
              </w:rPr>
              <w:t>New Zealand</w:t>
            </w:r>
          </w:p>
        </w:tc>
        <w:tc>
          <w:tcPr>
            <w:tcW w:w="1040" w:type="dxa"/>
          </w:tcPr>
          <w:p w14:paraId="4038A2CA" w14:textId="77777777" w:rsidR="0035378C" w:rsidRDefault="0035378C"/>
        </w:tc>
        <w:tc>
          <w:tcPr>
            <w:tcW w:w="1040" w:type="dxa"/>
          </w:tcPr>
          <w:p w14:paraId="57C9FC38" w14:textId="77777777" w:rsidR="0035378C" w:rsidRDefault="00000000">
            <w:r>
              <w:rPr>
                <w:sz w:val="16"/>
              </w:rPr>
              <w:t>0.04</w:t>
            </w:r>
          </w:p>
        </w:tc>
        <w:tc>
          <w:tcPr>
            <w:tcW w:w="1040" w:type="dxa"/>
          </w:tcPr>
          <w:p w14:paraId="7ADDCC34" w14:textId="77777777" w:rsidR="0035378C" w:rsidRDefault="0035378C"/>
        </w:tc>
        <w:tc>
          <w:tcPr>
            <w:tcW w:w="1040" w:type="dxa"/>
          </w:tcPr>
          <w:p w14:paraId="29EFDB42" w14:textId="77777777" w:rsidR="0035378C" w:rsidRDefault="00000000">
            <w:r>
              <w:rPr>
                <w:sz w:val="16"/>
              </w:rPr>
              <w:t>1</w:t>
            </w:r>
          </w:p>
        </w:tc>
        <w:tc>
          <w:tcPr>
            <w:tcW w:w="1040" w:type="dxa"/>
          </w:tcPr>
          <w:p w14:paraId="71BB29E5" w14:textId="77777777" w:rsidR="0035378C" w:rsidRDefault="00000000">
            <w:r>
              <w:rPr>
                <w:sz w:val="16"/>
              </w:rPr>
              <w:t>0.04</w:t>
            </w:r>
          </w:p>
        </w:tc>
        <w:tc>
          <w:tcPr>
            <w:tcW w:w="1040" w:type="dxa"/>
          </w:tcPr>
          <w:p w14:paraId="34433BDD" w14:textId="77777777" w:rsidR="0035378C" w:rsidRDefault="00000000">
            <w:r>
              <w:rPr>
                <w:sz w:val="16"/>
              </w:rPr>
              <w:t>0.04</w:t>
            </w:r>
          </w:p>
        </w:tc>
        <w:tc>
          <w:tcPr>
            <w:tcW w:w="1040" w:type="dxa"/>
          </w:tcPr>
          <w:p w14:paraId="125C68ED" w14:textId="77777777" w:rsidR="0035378C" w:rsidRDefault="00000000">
            <w:r>
              <w:rPr>
                <w:sz w:val="16"/>
              </w:rPr>
              <w:t>1</w:t>
            </w:r>
          </w:p>
        </w:tc>
        <w:tc>
          <w:tcPr>
            <w:tcW w:w="1040" w:type="dxa"/>
          </w:tcPr>
          <w:p w14:paraId="7E320531" w14:textId="77777777" w:rsidR="0035378C" w:rsidRDefault="00000000">
            <w:r>
              <w:rPr>
                <w:sz w:val="16"/>
              </w:rPr>
              <w:t>0</w:t>
            </w:r>
          </w:p>
        </w:tc>
      </w:tr>
      <w:tr w:rsidR="0035378C" w14:paraId="71AEDBDD" w14:textId="77777777">
        <w:trPr>
          <w:jc w:val="center"/>
        </w:trPr>
        <w:tc>
          <w:tcPr>
            <w:tcW w:w="1040" w:type="dxa"/>
          </w:tcPr>
          <w:p w14:paraId="3113C42B" w14:textId="77777777" w:rsidR="0035378C" w:rsidRDefault="00000000">
            <w:r>
              <w:rPr>
                <w:sz w:val="16"/>
              </w:rPr>
              <w:t>Kyrgyzstan</w:t>
            </w:r>
          </w:p>
        </w:tc>
        <w:tc>
          <w:tcPr>
            <w:tcW w:w="1040" w:type="dxa"/>
          </w:tcPr>
          <w:p w14:paraId="5E59708C" w14:textId="77777777" w:rsidR="0035378C" w:rsidRDefault="0035378C"/>
        </w:tc>
        <w:tc>
          <w:tcPr>
            <w:tcW w:w="1040" w:type="dxa"/>
          </w:tcPr>
          <w:p w14:paraId="283F9D47" w14:textId="77777777" w:rsidR="0035378C" w:rsidRDefault="00000000">
            <w:r>
              <w:rPr>
                <w:sz w:val="16"/>
              </w:rPr>
              <w:t>0.04</w:t>
            </w:r>
          </w:p>
        </w:tc>
        <w:tc>
          <w:tcPr>
            <w:tcW w:w="1040" w:type="dxa"/>
          </w:tcPr>
          <w:p w14:paraId="2B816E48" w14:textId="77777777" w:rsidR="0035378C" w:rsidRDefault="0035378C"/>
        </w:tc>
        <w:tc>
          <w:tcPr>
            <w:tcW w:w="1040" w:type="dxa"/>
          </w:tcPr>
          <w:p w14:paraId="1F70908E" w14:textId="77777777" w:rsidR="0035378C" w:rsidRDefault="00000000">
            <w:r>
              <w:rPr>
                <w:sz w:val="16"/>
              </w:rPr>
              <w:t>1</w:t>
            </w:r>
          </w:p>
        </w:tc>
        <w:tc>
          <w:tcPr>
            <w:tcW w:w="1040" w:type="dxa"/>
          </w:tcPr>
          <w:p w14:paraId="3C666D9B" w14:textId="77777777" w:rsidR="0035378C" w:rsidRDefault="00000000">
            <w:r>
              <w:rPr>
                <w:sz w:val="16"/>
              </w:rPr>
              <w:t>0.04</w:t>
            </w:r>
          </w:p>
        </w:tc>
        <w:tc>
          <w:tcPr>
            <w:tcW w:w="1040" w:type="dxa"/>
          </w:tcPr>
          <w:p w14:paraId="40879ADE" w14:textId="77777777" w:rsidR="0035378C" w:rsidRDefault="00000000">
            <w:r>
              <w:rPr>
                <w:sz w:val="16"/>
              </w:rPr>
              <w:t>0.04</w:t>
            </w:r>
          </w:p>
        </w:tc>
        <w:tc>
          <w:tcPr>
            <w:tcW w:w="1040" w:type="dxa"/>
          </w:tcPr>
          <w:p w14:paraId="2D4CFC09" w14:textId="77777777" w:rsidR="0035378C" w:rsidRDefault="00000000">
            <w:r>
              <w:rPr>
                <w:sz w:val="16"/>
              </w:rPr>
              <w:t>1</w:t>
            </w:r>
          </w:p>
        </w:tc>
        <w:tc>
          <w:tcPr>
            <w:tcW w:w="1040" w:type="dxa"/>
          </w:tcPr>
          <w:p w14:paraId="7D6DA062" w14:textId="77777777" w:rsidR="0035378C" w:rsidRDefault="00000000">
            <w:r>
              <w:rPr>
                <w:sz w:val="16"/>
              </w:rPr>
              <w:t>0</w:t>
            </w:r>
          </w:p>
        </w:tc>
      </w:tr>
      <w:tr w:rsidR="0035378C" w14:paraId="508EFB94" w14:textId="77777777">
        <w:trPr>
          <w:jc w:val="center"/>
        </w:trPr>
        <w:tc>
          <w:tcPr>
            <w:tcW w:w="1040" w:type="dxa"/>
          </w:tcPr>
          <w:p w14:paraId="5C35AEAF" w14:textId="77777777" w:rsidR="0035378C" w:rsidRDefault="00000000">
            <w:r>
              <w:rPr>
                <w:sz w:val="16"/>
              </w:rPr>
              <w:t>Austria</w:t>
            </w:r>
          </w:p>
        </w:tc>
        <w:tc>
          <w:tcPr>
            <w:tcW w:w="1040" w:type="dxa"/>
          </w:tcPr>
          <w:p w14:paraId="127B6417" w14:textId="77777777" w:rsidR="0035378C" w:rsidRDefault="0035378C"/>
        </w:tc>
        <w:tc>
          <w:tcPr>
            <w:tcW w:w="1040" w:type="dxa"/>
          </w:tcPr>
          <w:p w14:paraId="22BB8B24" w14:textId="77777777" w:rsidR="0035378C" w:rsidRDefault="00000000">
            <w:r>
              <w:rPr>
                <w:sz w:val="16"/>
              </w:rPr>
              <w:t>0.04</w:t>
            </w:r>
          </w:p>
        </w:tc>
        <w:tc>
          <w:tcPr>
            <w:tcW w:w="1040" w:type="dxa"/>
          </w:tcPr>
          <w:p w14:paraId="0FD5B42E" w14:textId="77777777" w:rsidR="0035378C" w:rsidRDefault="0035378C"/>
        </w:tc>
        <w:tc>
          <w:tcPr>
            <w:tcW w:w="1040" w:type="dxa"/>
          </w:tcPr>
          <w:p w14:paraId="146E02DC" w14:textId="77777777" w:rsidR="0035378C" w:rsidRDefault="00000000">
            <w:r>
              <w:rPr>
                <w:sz w:val="16"/>
              </w:rPr>
              <w:t>1</w:t>
            </w:r>
          </w:p>
        </w:tc>
        <w:tc>
          <w:tcPr>
            <w:tcW w:w="1040" w:type="dxa"/>
          </w:tcPr>
          <w:p w14:paraId="5B706399" w14:textId="77777777" w:rsidR="0035378C" w:rsidRDefault="00000000">
            <w:r>
              <w:rPr>
                <w:sz w:val="16"/>
              </w:rPr>
              <w:t>0.04</w:t>
            </w:r>
          </w:p>
        </w:tc>
        <w:tc>
          <w:tcPr>
            <w:tcW w:w="1040" w:type="dxa"/>
          </w:tcPr>
          <w:p w14:paraId="01A9CED6" w14:textId="77777777" w:rsidR="0035378C" w:rsidRDefault="00000000">
            <w:r>
              <w:rPr>
                <w:sz w:val="16"/>
              </w:rPr>
              <w:t>0.04</w:t>
            </w:r>
          </w:p>
        </w:tc>
        <w:tc>
          <w:tcPr>
            <w:tcW w:w="1040" w:type="dxa"/>
          </w:tcPr>
          <w:p w14:paraId="6A708A95" w14:textId="77777777" w:rsidR="0035378C" w:rsidRDefault="00000000">
            <w:r>
              <w:rPr>
                <w:sz w:val="16"/>
              </w:rPr>
              <w:t>1</w:t>
            </w:r>
          </w:p>
        </w:tc>
        <w:tc>
          <w:tcPr>
            <w:tcW w:w="1040" w:type="dxa"/>
          </w:tcPr>
          <w:p w14:paraId="7A8161B9" w14:textId="77777777" w:rsidR="0035378C" w:rsidRDefault="00000000">
            <w:r>
              <w:rPr>
                <w:sz w:val="16"/>
              </w:rPr>
              <w:t>0</w:t>
            </w:r>
          </w:p>
        </w:tc>
      </w:tr>
      <w:tr w:rsidR="0035378C" w14:paraId="02CD9768" w14:textId="77777777">
        <w:trPr>
          <w:jc w:val="center"/>
        </w:trPr>
        <w:tc>
          <w:tcPr>
            <w:tcW w:w="1040" w:type="dxa"/>
          </w:tcPr>
          <w:p w14:paraId="185642E5" w14:textId="77777777" w:rsidR="0035378C" w:rsidRDefault="00000000">
            <w:r>
              <w:rPr>
                <w:sz w:val="16"/>
              </w:rPr>
              <w:t>Georgia</w:t>
            </w:r>
          </w:p>
        </w:tc>
        <w:tc>
          <w:tcPr>
            <w:tcW w:w="1040" w:type="dxa"/>
          </w:tcPr>
          <w:p w14:paraId="405114C5" w14:textId="77777777" w:rsidR="0035378C" w:rsidRDefault="0035378C"/>
        </w:tc>
        <w:tc>
          <w:tcPr>
            <w:tcW w:w="1040" w:type="dxa"/>
          </w:tcPr>
          <w:p w14:paraId="0196B1A5" w14:textId="77777777" w:rsidR="0035378C" w:rsidRDefault="00000000">
            <w:r>
              <w:rPr>
                <w:sz w:val="16"/>
              </w:rPr>
              <w:t>0.04</w:t>
            </w:r>
          </w:p>
        </w:tc>
        <w:tc>
          <w:tcPr>
            <w:tcW w:w="1040" w:type="dxa"/>
          </w:tcPr>
          <w:p w14:paraId="0D29C5E2" w14:textId="77777777" w:rsidR="0035378C" w:rsidRDefault="0035378C"/>
        </w:tc>
        <w:tc>
          <w:tcPr>
            <w:tcW w:w="1040" w:type="dxa"/>
          </w:tcPr>
          <w:p w14:paraId="169938C3" w14:textId="77777777" w:rsidR="0035378C" w:rsidRDefault="00000000">
            <w:r>
              <w:rPr>
                <w:sz w:val="16"/>
              </w:rPr>
              <w:t>1</w:t>
            </w:r>
          </w:p>
        </w:tc>
        <w:tc>
          <w:tcPr>
            <w:tcW w:w="1040" w:type="dxa"/>
          </w:tcPr>
          <w:p w14:paraId="0F233EA9" w14:textId="77777777" w:rsidR="0035378C" w:rsidRDefault="00000000">
            <w:r>
              <w:rPr>
                <w:sz w:val="16"/>
              </w:rPr>
              <w:t>0.04</w:t>
            </w:r>
          </w:p>
        </w:tc>
        <w:tc>
          <w:tcPr>
            <w:tcW w:w="1040" w:type="dxa"/>
          </w:tcPr>
          <w:p w14:paraId="5627A2DC" w14:textId="77777777" w:rsidR="0035378C" w:rsidRDefault="00000000">
            <w:r>
              <w:rPr>
                <w:sz w:val="16"/>
              </w:rPr>
              <w:t>0.04</w:t>
            </w:r>
          </w:p>
        </w:tc>
        <w:tc>
          <w:tcPr>
            <w:tcW w:w="1040" w:type="dxa"/>
          </w:tcPr>
          <w:p w14:paraId="499FC2BA" w14:textId="77777777" w:rsidR="0035378C" w:rsidRDefault="00000000">
            <w:r>
              <w:rPr>
                <w:sz w:val="16"/>
              </w:rPr>
              <w:t>1</w:t>
            </w:r>
          </w:p>
        </w:tc>
        <w:tc>
          <w:tcPr>
            <w:tcW w:w="1040" w:type="dxa"/>
          </w:tcPr>
          <w:p w14:paraId="10FE31EA" w14:textId="77777777" w:rsidR="0035378C" w:rsidRDefault="00000000">
            <w:r>
              <w:rPr>
                <w:sz w:val="16"/>
              </w:rPr>
              <w:t>0</w:t>
            </w:r>
          </w:p>
        </w:tc>
      </w:tr>
      <w:tr w:rsidR="0035378C" w14:paraId="46518193" w14:textId="77777777">
        <w:trPr>
          <w:jc w:val="center"/>
        </w:trPr>
        <w:tc>
          <w:tcPr>
            <w:tcW w:w="1040" w:type="dxa"/>
          </w:tcPr>
          <w:p w14:paraId="24362981" w14:textId="77777777" w:rsidR="0035378C" w:rsidRDefault="00000000">
            <w:r>
              <w:rPr>
                <w:sz w:val="16"/>
              </w:rPr>
              <w:t>Bangladesh</w:t>
            </w:r>
          </w:p>
        </w:tc>
        <w:tc>
          <w:tcPr>
            <w:tcW w:w="1040" w:type="dxa"/>
          </w:tcPr>
          <w:p w14:paraId="4CE30099" w14:textId="77777777" w:rsidR="0035378C" w:rsidRDefault="0035378C"/>
        </w:tc>
        <w:tc>
          <w:tcPr>
            <w:tcW w:w="1040" w:type="dxa"/>
          </w:tcPr>
          <w:p w14:paraId="3B9ACA0B" w14:textId="77777777" w:rsidR="0035378C" w:rsidRDefault="00000000">
            <w:r>
              <w:rPr>
                <w:sz w:val="16"/>
              </w:rPr>
              <w:t>0.03</w:t>
            </w:r>
          </w:p>
        </w:tc>
        <w:tc>
          <w:tcPr>
            <w:tcW w:w="1040" w:type="dxa"/>
          </w:tcPr>
          <w:p w14:paraId="3C45E761" w14:textId="77777777" w:rsidR="0035378C" w:rsidRDefault="0035378C"/>
        </w:tc>
        <w:tc>
          <w:tcPr>
            <w:tcW w:w="1040" w:type="dxa"/>
          </w:tcPr>
          <w:p w14:paraId="60CA56D8" w14:textId="77777777" w:rsidR="0035378C" w:rsidRDefault="00000000">
            <w:r>
              <w:rPr>
                <w:sz w:val="16"/>
              </w:rPr>
              <w:t>1</w:t>
            </w:r>
          </w:p>
        </w:tc>
        <w:tc>
          <w:tcPr>
            <w:tcW w:w="1040" w:type="dxa"/>
          </w:tcPr>
          <w:p w14:paraId="4D7277CE" w14:textId="77777777" w:rsidR="0035378C" w:rsidRDefault="00000000">
            <w:r>
              <w:rPr>
                <w:sz w:val="16"/>
              </w:rPr>
              <w:t>0.03</w:t>
            </w:r>
          </w:p>
        </w:tc>
        <w:tc>
          <w:tcPr>
            <w:tcW w:w="1040" w:type="dxa"/>
          </w:tcPr>
          <w:p w14:paraId="3B6B03C9" w14:textId="77777777" w:rsidR="0035378C" w:rsidRDefault="00000000">
            <w:r>
              <w:rPr>
                <w:sz w:val="16"/>
              </w:rPr>
              <w:t>0.03</w:t>
            </w:r>
          </w:p>
        </w:tc>
        <w:tc>
          <w:tcPr>
            <w:tcW w:w="1040" w:type="dxa"/>
          </w:tcPr>
          <w:p w14:paraId="137D09B8" w14:textId="77777777" w:rsidR="0035378C" w:rsidRDefault="00000000">
            <w:r>
              <w:rPr>
                <w:sz w:val="16"/>
              </w:rPr>
              <w:t>1</w:t>
            </w:r>
          </w:p>
        </w:tc>
        <w:tc>
          <w:tcPr>
            <w:tcW w:w="1040" w:type="dxa"/>
          </w:tcPr>
          <w:p w14:paraId="3EEA8733" w14:textId="77777777" w:rsidR="0035378C" w:rsidRDefault="00000000">
            <w:r>
              <w:rPr>
                <w:sz w:val="16"/>
              </w:rPr>
              <w:t>0</w:t>
            </w:r>
          </w:p>
        </w:tc>
      </w:tr>
      <w:tr w:rsidR="0035378C" w14:paraId="6E6CB3C0" w14:textId="77777777">
        <w:trPr>
          <w:jc w:val="center"/>
        </w:trPr>
        <w:tc>
          <w:tcPr>
            <w:tcW w:w="1040" w:type="dxa"/>
          </w:tcPr>
          <w:p w14:paraId="3FE4BA45" w14:textId="77777777" w:rsidR="0035378C" w:rsidRDefault="00000000">
            <w:r>
              <w:rPr>
                <w:sz w:val="16"/>
              </w:rPr>
              <w:t>Mauritania</w:t>
            </w:r>
          </w:p>
        </w:tc>
        <w:tc>
          <w:tcPr>
            <w:tcW w:w="1040" w:type="dxa"/>
          </w:tcPr>
          <w:p w14:paraId="44CAC90D" w14:textId="77777777" w:rsidR="0035378C" w:rsidRDefault="0035378C"/>
        </w:tc>
        <w:tc>
          <w:tcPr>
            <w:tcW w:w="1040" w:type="dxa"/>
          </w:tcPr>
          <w:p w14:paraId="328FC559" w14:textId="77777777" w:rsidR="0035378C" w:rsidRDefault="00000000">
            <w:r>
              <w:rPr>
                <w:sz w:val="16"/>
              </w:rPr>
              <w:t>0.02</w:t>
            </w:r>
          </w:p>
        </w:tc>
        <w:tc>
          <w:tcPr>
            <w:tcW w:w="1040" w:type="dxa"/>
          </w:tcPr>
          <w:p w14:paraId="5092C810" w14:textId="77777777" w:rsidR="0035378C" w:rsidRDefault="0035378C"/>
        </w:tc>
        <w:tc>
          <w:tcPr>
            <w:tcW w:w="1040" w:type="dxa"/>
          </w:tcPr>
          <w:p w14:paraId="2A11FAC3" w14:textId="77777777" w:rsidR="0035378C" w:rsidRDefault="00000000">
            <w:r>
              <w:rPr>
                <w:sz w:val="16"/>
              </w:rPr>
              <w:t>1</w:t>
            </w:r>
          </w:p>
        </w:tc>
        <w:tc>
          <w:tcPr>
            <w:tcW w:w="1040" w:type="dxa"/>
          </w:tcPr>
          <w:p w14:paraId="0ECDC25D" w14:textId="77777777" w:rsidR="0035378C" w:rsidRDefault="00000000">
            <w:r>
              <w:rPr>
                <w:sz w:val="16"/>
              </w:rPr>
              <w:t>0.02</w:t>
            </w:r>
          </w:p>
        </w:tc>
        <w:tc>
          <w:tcPr>
            <w:tcW w:w="1040" w:type="dxa"/>
          </w:tcPr>
          <w:p w14:paraId="06A6341E" w14:textId="77777777" w:rsidR="0035378C" w:rsidRDefault="00000000">
            <w:r>
              <w:rPr>
                <w:sz w:val="16"/>
              </w:rPr>
              <w:t>0.02</w:t>
            </w:r>
          </w:p>
        </w:tc>
        <w:tc>
          <w:tcPr>
            <w:tcW w:w="1040" w:type="dxa"/>
          </w:tcPr>
          <w:p w14:paraId="312A1D92" w14:textId="77777777" w:rsidR="0035378C" w:rsidRDefault="00000000">
            <w:r>
              <w:rPr>
                <w:sz w:val="16"/>
              </w:rPr>
              <w:t>1</w:t>
            </w:r>
          </w:p>
        </w:tc>
        <w:tc>
          <w:tcPr>
            <w:tcW w:w="1040" w:type="dxa"/>
          </w:tcPr>
          <w:p w14:paraId="37BD2622" w14:textId="77777777" w:rsidR="0035378C" w:rsidRDefault="00000000">
            <w:r>
              <w:rPr>
                <w:sz w:val="16"/>
              </w:rPr>
              <w:t>0</w:t>
            </w:r>
          </w:p>
        </w:tc>
      </w:tr>
      <w:tr w:rsidR="0035378C" w14:paraId="1A78EAEB" w14:textId="77777777">
        <w:trPr>
          <w:jc w:val="center"/>
        </w:trPr>
        <w:tc>
          <w:tcPr>
            <w:tcW w:w="1040" w:type="dxa"/>
          </w:tcPr>
          <w:p w14:paraId="5B38BEF0" w14:textId="77777777" w:rsidR="0035378C" w:rsidRDefault="00000000">
            <w:r>
              <w:rPr>
                <w:sz w:val="16"/>
              </w:rPr>
              <w:t>Bulgaria</w:t>
            </w:r>
          </w:p>
        </w:tc>
        <w:tc>
          <w:tcPr>
            <w:tcW w:w="1040" w:type="dxa"/>
          </w:tcPr>
          <w:p w14:paraId="2B01F67F" w14:textId="77777777" w:rsidR="0035378C" w:rsidRDefault="0035378C"/>
        </w:tc>
        <w:tc>
          <w:tcPr>
            <w:tcW w:w="1040" w:type="dxa"/>
          </w:tcPr>
          <w:p w14:paraId="055A42E7" w14:textId="77777777" w:rsidR="0035378C" w:rsidRDefault="00000000">
            <w:r>
              <w:rPr>
                <w:sz w:val="16"/>
              </w:rPr>
              <w:t>0.01</w:t>
            </w:r>
          </w:p>
        </w:tc>
        <w:tc>
          <w:tcPr>
            <w:tcW w:w="1040" w:type="dxa"/>
          </w:tcPr>
          <w:p w14:paraId="72C54672" w14:textId="77777777" w:rsidR="0035378C" w:rsidRDefault="0035378C"/>
        </w:tc>
        <w:tc>
          <w:tcPr>
            <w:tcW w:w="1040" w:type="dxa"/>
          </w:tcPr>
          <w:p w14:paraId="152C7BE7" w14:textId="77777777" w:rsidR="0035378C" w:rsidRDefault="00000000">
            <w:r>
              <w:rPr>
                <w:sz w:val="16"/>
              </w:rPr>
              <w:t>1</w:t>
            </w:r>
          </w:p>
        </w:tc>
        <w:tc>
          <w:tcPr>
            <w:tcW w:w="1040" w:type="dxa"/>
          </w:tcPr>
          <w:p w14:paraId="669A0364" w14:textId="77777777" w:rsidR="0035378C" w:rsidRDefault="00000000">
            <w:r>
              <w:rPr>
                <w:sz w:val="16"/>
              </w:rPr>
              <w:t>0.01</w:t>
            </w:r>
          </w:p>
        </w:tc>
        <w:tc>
          <w:tcPr>
            <w:tcW w:w="1040" w:type="dxa"/>
          </w:tcPr>
          <w:p w14:paraId="3D80EF31" w14:textId="77777777" w:rsidR="0035378C" w:rsidRDefault="00000000">
            <w:r>
              <w:rPr>
                <w:sz w:val="16"/>
              </w:rPr>
              <w:t>0.01</w:t>
            </w:r>
          </w:p>
        </w:tc>
        <w:tc>
          <w:tcPr>
            <w:tcW w:w="1040" w:type="dxa"/>
          </w:tcPr>
          <w:p w14:paraId="1664F8CE" w14:textId="77777777" w:rsidR="0035378C" w:rsidRDefault="00000000">
            <w:r>
              <w:rPr>
                <w:sz w:val="16"/>
              </w:rPr>
              <w:t>1</w:t>
            </w:r>
          </w:p>
        </w:tc>
        <w:tc>
          <w:tcPr>
            <w:tcW w:w="1040" w:type="dxa"/>
          </w:tcPr>
          <w:p w14:paraId="3AA9ADAF" w14:textId="77777777" w:rsidR="0035378C" w:rsidRDefault="00000000">
            <w:r>
              <w:rPr>
                <w:sz w:val="16"/>
              </w:rPr>
              <w:t>0</w:t>
            </w:r>
          </w:p>
        </w:tc>
      </w:tr>
      <w:tr w:rsidR="0035378C" w14:paraId="1591EC31" w14:textId="77777777">
        <w:trPr>
          <w:jc w:val="center"/>
        </w:trPr>
        <w:tc>
          <w:tcPr>
            <w:tcW w:w="1040" w:type="dxa"/>
          </w:tcPr>
          <w:p w14:paraId="2BD8F2C5" w14:textId="77777777" w:rsidR="0035378C" w:rsidRDefault="00000000">
            <w:r>
              <w:rPr>
                <w:sz w:val="16"/>
              </w:rPr>
              <w:t>Czechia</w:t>
            </w:r>
          </w:p>
        </w:tc>
        <w:tc>
          <w:tcPr>
            <w:tcW w:w="1040" w:type="dxa"/>
          </w:tcPr>
          <w:p w14:paraId="3CE6284A" w14:textId="77777777" w:rsidR="0035378C" w:rsidRDefault="0035378C"/>
        </w:tc>
        <w:tc>
          <w:tcPr>
            <w:tcW w:w="1040" w:type="dxa"/>
          </w:tcPr>
          <w:p w14:paraId="64A4659D" w14:textId="77777777" w:rsidR="0035378C" w:rsidRDefault="00000000">
            <w:r>
              <w:rPr>
                <w:sz w:val="16"/>
              </w:rPr>
              <w:t>0.01</w:t>
            </w:r>
          </w:p>
        </w:tc>
        <w:tc>
          <w:tcPr>
            <w:tcW w:w="1040" w:type="dxa"/>
          </w:tcPr>
          <w:p w14:paraId="11DB23DC" w14:textId="77777777" w:rsidR="0035378C" w:rsidRDefault="0035378C"/>
        </w:tc>
        <w:tc>
          <w:tcPr>
            <w:tcW w:w="1040" w:type="dxa"/>
          </w:tcPr>
          <w:p w14:paraId="1EFB7103" w14:textId="77777777" w:rsidR="0035378C" w:rsidRDefault="00000000">
            <w:r>
              <w:rPr>
                <w:sz w:val="16"/>
              </w:rPr>
              <w:t>1</w:t>
            </w:r>
          </w:p>
        </w:tc>
        <w:tc>
          <w:tcPr>
            <w:tcW w:w="1040" w:type="dxa"/>
          </w:tcPr>
          <w:p w14:paraId="2F2B3B82" w14:textId="77777777" w:rsidR="0035378C" w:rsidRDefault="00000000">
            <w:r>
              <w:rPr>
                <w:sz w:val="16"/>
              </w:rPr>
              <w:t>0.01</w:t>
            </w:r>
          </w:p>
        </w:tc>
        <w:tc>
          <w:tcPr>
            <w:tcW w:w="1040" w:type="dxa"/>
          </w:tcPr>
          <w:p w14:paraId="2896C5A4" w14:textId="77777777" w:rsidR="0035378C" w:rsidRDefault="00000000">
            <w:r>
              <w:rPr>
                <w:sz w:val="16"/>
              </w:rPr>
              <w:t>0.01</w:t>
            </w:r>
          </w:p>
        </w:tc>
        <w:tc>
          <w:tcPr>
            <w:tcW w:w="1040" w:type="dxa"/>
          </w:tcPr>
          <w:p w14:paraId="3B28EF22" w14:textId="77777777" w:rsidR="0035378C" w:rsidRDefault="00000000">
            <w:r>
              <w:rPr>
                <w:sz w:val="16"/>
              </w:rPr>
              <w:t>1</w:t>
            </w:r>
          </w:p>
        </w:tc>
        <w:tc>
          <w:tcPr>
            <w:tcW w:w="1040" w:type="dxa"/>
          </w:tcPr>
          <w:p w14:paraId="2C6ABAED" w14:textId="77777777" w:rsidR="0035378C" w:rsidRDefault="00000000">
            <w:r>
              <w:rPr>
                <w:sz w:val="16"/>
              </w:rPr>
              <w:t>0</w:t>
            </w:r>
          </w:p>
        </w:tc>
      </w:tr>
      <w:tr w:rsidR="0035378C" w14:paraId="1AB821F8" w14:textId="77777777">
        <w:trPr>
          <w:jc w:val="center"/>
        </w:trPr>
        <w:tc>
          <w:tcPr>
            <w:tcW w:w="1040" w:type="dxa"/>
          </w:tcPr>
          <w:p w14:paraId="1A1EE254" w14:textId="77777777" w:rsidR="0035378C" w:rsidRDefault="00000000">
            <w:r>
              <w:rPr>
                <w:sz w:val="16"/>
              </w:rPr>
              <w:t>South Africa</w:t>
            </w:r>
          </w:p>
        </w:tc>
        <w:tc>
          <w:tcPr>
            <w:tcW w:w="1040" w:type="dxa"/>
          </w:tcPr>
          <w:p w14:paraId="2DDD71C8" w14:textId="77777777" w:rsidR="0035378C" w:rsidRDefault="0035378C"/>
        </w:tc>
        <w:tc>
          <w:tcPr>
            <w:tcW w:w="1040" w:type="dxa"/>
          </w:tcPr>
          <w:p w14:paraId="2362C127" w14:textId="77777777" w:rsidR="0035378C" w:rsidRDefault="00000000">
            <w:r>
              <w:rPr>
                <w:sz w:val="16"/>
              </w:rPr>
              <w:t>0.01</w:t>
            </w:r>
          </w:p>
        </w:tc>
        <w:tc>
          <w:tcPr>
            <w:tcW w:w="1040" w:type="dxa"/>
          </w:tcPr>
          <w:p w14:paraId="1E98B130" w14:textId="77777777" w:rsidR="0035378C" w:rsidRDefault="0035378C"/>
        </w:tc>
        <w:tc>
          <w:tcPr>
            <w:tcW w:w="1040" w:type="dxa"/>
          </w:tcPr>
          <w:p w14:paraId="62D244DE" w14:textId="77777777" w:rsidR="0035378C" w:rsidRDefault="00000000">
            <w:r>
              <w:rPr>
                <w:sz w:val="16"/>
              </w:rPr>
              <w:t>1</w:t>
            </w:r>
          </w:p>
        </w:tc>
        <w:tc>
          <w:tcPr>
            <w:tcW w:w="1040" w:type="dxa"/>
          </w:tcPr>
          <w:p w14:paraId="37A8EEF6" w14:textId="77777777" w:rsidR="0035378C" w:rsidRDefault="00000000">
            <w:r>
              <w:rPr>
                <w:sz w:val="16"/>
              </w:rPr>
              <w:t>0.01</w:t>
            </w:r>
          </w:p>
        </w:tc>
        <w:tc>
          <w:tcPr>
            <w:tcW w:w="1040" w:type="dxa"/>
          </w:tcPr>
          <w:p w14:paraId="66E425F0" w14:textId="77777777" w:rsidR="0035378C" w:rsidRDefault="00000000">
            <w:r>
              <w:rPr>
                <w:sz w:val="16"/>
              </w:rPr>
              <w:t>0.01</w:t>
            </w:r>
          </w:p>
        </w:tc>
        <w:tc>
          <w:tcPr>
            <w:tcW w:w="1040" w:type="dxa"/>
          </w:tcPr>
          <w:p w14:paraId="59904878" w14:textId="77777777" w:rsidR="0035378C" w:rsidRDefault="00000000">
            <w:r>
              <w:rPr>
                <w:sz w:val="16"/>
              </w:rPr>
              <w:t>1</w:t>
            </w:r>
          </w:p>
        </w:tc>
        <w:tc>
          <w:tcPr>
            <w:tcW w:w="1040" w:type="dxa"/>
          </w:tcPr>
          <w:p w14:paraId="0F390D19" w14:textId="77777777" w:rsidR="0035378C" w:rsidRDefault="00000000">
            <w:r>
              <w:rPr>
                <w:sz w:val="16"/>
              </w:rPr>
              <w:t>0</w:t>
            </w:r>
          </w:p>
        </w:tc>
      </w:tr>
      <w:tr w:rsidR="0035378C" w14:paraId="1FC164B4" w14:textId="77777777">
        <w:trPr>
          <w:jc w:val="center"/>
        </w:trPr>
        <w:tc>
          <w:tcPr>
            <w:tcW w:w="1040" w:type="dxa"/>
          </w:tcPr>
          <w:p w14:paraId="24FBEF2D" w14:textId="77777777" w:rsidR="0035378C" w:rsidRDefault="00000000">
            <w:r>
              <w:rPr>
                <w:sz w:val="16"/>
              </w:rPr>
              <w:t>Israel</w:t>
            </w:r>
          </w:p>
        </w:tc>
        <w:tc>
          <w:tcPr>
            <w:tcW w:w="1040" w:type="dxa"/>
          </w:tcPr>
          <w:p w14:paraId="70136125" w14:textId="77777777" w:rsidR="0035378C" w:rsidRDefault="0035378C"/>
        </w:tc>
        <w:tc>
          <w:tcPr>
            <w:tcW w:w="1040" w:type="dxa"/>
          </w:tcPr>
          <w:p w14:paraId="3282B371" w14:textId="77777777" w:rsidR="0035378C" w:rsidRDefault="00000000">
            <w:r>
              <w:rPr>
                <w:sz w:val="16"/>
              </w:rPr>
              <w:t>0.01</w:t>
            </w:r>
          </w:p>
        </w:tc>
        <w:tc>
          <w:tcPr>
            <w:tcW w:w="1040" w:type="dxa"/>
          </w:tcPr>
          <w:p w14:paraId="5B2AB836" w14:textId="77777777" w:rsidR="0035378C" w:rsidRDefault="0035378C"/>
        </w:tc>
        <w:tc>
          <w:tcPr>
            <w:tcW w:w="1040" w:type="dxa"/>
          </w:tcPr>
          <w:p w14:paraId="10E9D85F" w14:textId="77777777" w:rsidR="0035378C" w:rsidRDefault="00000000">
            <w:r>
              <w:rPr>
                <w:sz w:val="16"/>
              </w:rPr>
              <w:t>1</w:t>
            </w:r>
          </w:p>
        </w:tc>
        <w:tc>
          <w:tcPr>
            <w:tcW w:w="1040" w:type="dxa"/>
          </w:tcPr>
          <w:p w14:paraId="761E6570" w14:textId="77777777" w:rsidR="0035378C" w:rsidRDefault="00000000">
            <w:r>
              <w:rPr>
                <w:sz w:val="16"/>
              </w:rPr>
              <w:t>0.01</w:t>
            </w:r>
          </w:p>
        </w:tc>
        <w:tc>
          <w:tcPr>
            <w:tcW w:w="1040" w:type="dxa"/>
          </w:tcPr>
          <w:p w14:paraId="07266AFC" w14:textId="77777777" w:rsidR="0035378C" w:rsidRDefault="00000000">
            <w:r>
              <w:rPr>
                <w:sz w:val="16"/>
              </w:rPr>
              <w:t>0.01</w:t>
            </w:r>
          </w:p>
        </w:tc>
        <w:tc>
          <w:tcPr>
            <w:tcW w:w="1040" w:type="dxa"/>
          </w:tcPr>
          <w:p w14:paraId="67E2EB3C" w14:textId="77777777" w:rsidR="0035378C" w:rsidRDefault="00000000">
            <w:r>
              <w:rPr>
                <w:sz w:val="16"/>
              </w:rPr>
              <w:t>1</w:t>
            </w:r>
          </w:p>
        </w:tc>
        <w:tc>
          <w:tcPr>
            <w:tcW w:w="1040" w:type="dxa"/>
          </w:tcPr>
          <w:p w14:paraId="076744A7" w14:textId="77777777" w:rsidR="0035378C" w:rsidRDefault="00000000">
            <w:r>
              <w:rPr>
                <w:sz w:val="16"/>
              </w:rPr>
              <w:t>0</w:t>
            </w:r>
          </w:p>
        </w:tc>
      </w:tr>
      <w:tr w:rsidR="0035378C" w14:paraId="5E8C32B7" w14:textId="77777777">
        <w:trPr>
          <w:jc w:val="center"/>
        </w:trPr>
        <w:tc>
          <w:tcPr>
            <w:tcW w:w="1040" w:type="dxa"/>
          </w:tcPr>
          <w:p w14:paraId="59412368" w14:textId="77777777" w:rsidR="0035378C" w:rsidRDefault="00000000">
            <w:r>
              <w:rPr>
                <w:sz w:val="16"/>
              </w:rPr>
              <w:t>Hungary</w:t>
            </w:r>
          </w:p>
        </w:tc>
        <w:tc>
          <w:tcPr>
            <w:tcW w:w="1040" w:type="dxa"/>
          </w:tcPr>
          <w:p w14:paraId="32F83AB4" w14:textId="77777777" w:rsidR="0035378C" w:rsidRDefault="0035378C"/>
        </w:tc>
        <w:tc>
          <w:tcPr>
            <w:tcW w:w="1040" w:type="dxa"/>
          </w:tcPr>
          <w:p w14:paraId="77F0D0C5" w14:textId="77777777" w:rsidR="0035378C" w:rsidRDefault="00000000">
            <w:r>
              <w:rPr>
                <w:sz w:val="16"/>
              </w:rPr>
              <w:t>0.01</w:t>
            </w:r>
          </w:p>
        </w:tc>
        <w:tc>
          <w:tcPr>
            <w:tcW w:w="1040" w:type="dxa"/>
          </w:tcPr>
          <w:p w14:paraId="6C861D69" w14:textId="77777777" w:rsidR="0035378C" w:rsidRDefault="0035378C"/>
        </w:tc>
        <w:tc>
          <w:tcPr>
            <w:tcW w:w="1040" w:type="dxa"/>
          </w:tcPr>
          <w:p w14:paraId="70232B1F" w14:textId="77777777" w:rsidR="0035378C" w:rsidRDefault="00000000">
            <w:r>
              <w:rPr>
                <w:sz w:val="16"/>
              </w:rPr>
              <w:t>1</w:t>
            </w:r>
          </w:p>
        </w:tc>
        <w:tc>
          <w:tcPr>
            <w:tcW w:w="1040" w:type="dxa"/>
          </w:tcPr>
          <w:p w14:paraId="103A2659" w14:textId="77777777" w:rsidR="0035378C" w:rsidRDefault="00000000">
            <w:r>
              <w:rPr>
                <w:sz w:val="16"/>
              </w:rPr>
              <w:t>0.01</w:t>
            </w:r>
          </w:p>
        </w:tc>
        <w:tc>
          <w:tcPr>
            <w:tcW w:w="1040" w:type="dxa"/>
          </w:tcPr>
          <w:p w14:paraId="21DDCEF8" w14:textId="77777777" w:rsidR="0035378C" w:rsidRDefault="00000000">
            <w:r>
              <w:rPr>
                <w:sz w:val="16"/>
              </w:rPr>
              <w:t>0.01</w:t>
            </w:r>
          </w:p>
        </w:tc>
        <w:tc>
          <w:tcPr>
            <w:tcW w:w="1040" w:type="dxa"/>
          </w:tcPr>
          <w:p w14:paraId="5559C121" w14:textId="77777777" w:rsidR="0035378C" w:rsidRDefault="00000000">
            <w:r>
              <w:rPr>
                <w:sz w:val="16"/>
              </w:rPr>
              <w:t>1</w:t>
            </w:r>
          </w:p>
        </w:tc>
        <w:tc>
          <w:tcPr>
            <w:tcW w:w="1040" w:type="dxa"/>
          </w:tcPr>
          <w:p w14:paraId="6F53024D" w14:textId="77777777" w:rsidR="0035378C" w:rsidRDefault="00000000">
            <w:r>
              <w:rPr>
                <w:sz w:val="16"/>
              </w:rPr>
              <w:t>0</w:t>
            </w:r>
          </w:p>
        </w:tc>
      </w:tr>
      <w:tr w:rsidR="0035378C" w14:paraId="6BD53C2D" w14:textId="77777777">
        <w:trPr>
          <w:jc w:val="center"/>
        </w:trPr>
        <w:tc>
          <w:tcPr>
            <w:tcW w:w="1040" w:type="dxa"/>
          </w:tcPr>
          <w:p w14:paraId="43828227" w14:textId="77777777" w:rsidR="0035378C" w:rsidRDefault="00000000">
            <w:r>
              <w:rPr>
                <w:sz w:val="16"/>
              </w:rPr>
              <w:t>Lithuania</w:t>
            </w:r>
          </w:p>
        </w:tc>
        <w:tc>
          <w:tcPr>
            <w:tcW w:w="1040" w:type="dxa"/>
          </w:tcPr>
          <w:p w14:paraId="00C7ECAF" w14:textId="77777777" w:rsidR="0035378C" w:rsidRDefault="0035378C"/>
        </w:tc>
        <w:tc>
          <w:tcPr>
            <w:tcW w:w="1040" w:type="dxa"/>
          </w:tcPr>
          <w:p w14:paraId="10CFB93D" w14:textId="77777777" w:rsidR="0035378C" w:rsidRDefault="00000000">
            <w:r>
              <w:rPr>
                <w:sz w:val="16"/>
              </w:rPr>
              <w:t>0.01</w:t>
            </w:r>
          </w:p>
        </w:tc>
        <w:tc>
          <w:tcPr>
            <w:tcW w:w="1040" w:type="dxa"/>
          </w:tcPr>
          <w:p w14:paraId="0C020D77" w14:textId="77777777" w:rsidR="0035378C" w:rsidRDefault="0035378C"/>
        </w:tc>
        <w:tc>
          <w:tcPr>
            <w:tcW w:w="1040" w:type="dxa"/>
          </w:tcPr>
          <w:p w14:paraId="45CB44F7" w14:textId="77777777" w:rsidR="0035378C" w:rsidRDefault="00000000">
            <w:r>
              <w:rPr>
                <w:sz w:val="16"/>
              </w:rPr>
              <w:t>1</w:t>
            </w:r>
          </w:p>
        </w:tc>
        <w:tc>
          <w:tcPr>
            <w:tcW w:w="1040" w:type="dxa"/>
          </w:tcPr>
          <w:p w14:paraId="222198CD" w14:textId="77777777" w:rsidR="0035378C" w:rsidRDefault="00000000">
            <w:r>
              <w:rPr>
                <w:sz w:val="16"/>
              </w:rPr>
              <w:t>0.01</w:t>
            </w:r>
          </w:p>
        </w:tc>
        <w:tc>
          <w:tcPr>
            <w:tcW w:w="1040" w:type="dxa"/>
          </w:tcPr>
          <w:p w14:paraId="7DEFC344" w14:textId="77777777" w:rsidR="0035378C" w:rsidRDefault="00000000">
            <w:r>
              <w:rPr>
                <w:sz w:val="16"/>
              </w:rPr>
              <w:t>0.01</w:t>
            </w:r>
          </w:p>
        </w:tc>
        <w:tc>
          <w:tcPr>
            <w:tcW w:w="1040" w:type="dxa"/>
          </w:tcPr>
          <w:p w14:paraId="7222FCE3" w14:textId="77777777" w:rsidR="0035378C" w:rsidRDefault="00000000">
            <w:r>
              <w:rPr>
                <w:sz w:val="16"/>
              </w:rPr>
              <w:t>1</w:t>
            </w:r>
          </w:p>
        </w:tc>
        <w:tc>
          <w:tcPr>
            <w:tcW w:w="1040" w:type="dxa"/>
          </w:tcPr>
          <w:p w14:paraId="434C93F7" w14:textId="77777777" w:rsidR="0035378C" w:rsidRDefault="00000000">
            <w:r>
              <w:rPr>
                <w:sz w:val="16"/>
              </w:rPr>
              <w:t>0</w:t>
            </w:r>
          </w:p>
        </w:tc>
      </w:tr>
      <w:tr w:rsidR="0035378C" w14:paraId="407BBCF4" w14:textId="77777777">
        <w:trPr>
          <w:jc w:val="center"/>
        </w:trPr>
        <w:tc>
          <w:tcPr>
            <w:tcW w:w="1040" w:type="dxa"/>
          </w:tcPr>
          <w:p w14:paraId="6E727531" w14:textId="77777777" w:rsidR="0035378C" w:rsidRDefault="00000000">
            <w:r>
              <w:rPr>
                <w:sz w:val="16"/>
              </w:rPr>
              <w:t>Tajikistan</w:t>
            </w:r>
          </w:p>
        </w:tc>
        <w:tc>
          <w:tcPr>
            <w:tcW w:w="1040" w:type="dxa"/>
          </w:tcPr>
          <w:p w14:paraId="3806D9C1" w14:textId="77777777" w:rsidR="0035378C" w:rsidRDefault="0035378C"/>
        </w:tc>
        <w:tc>
          <w:tcPr>
            <w:tcW w:w="1040" w:type="dxa"/>
          </w:tcPr>
          <w:p w14:paraId="79DC8BD0" w14:textId="77777777" w:rsidR="0035378C" w:rsidRDefault="00000000">
            <w:r>
              <w:rPr>
                <w:sz w:val="16"/>
              </w:rPr>
              <w:t>0.01</w:t>
            </w:r>
          </w:p>
        </w:tc>
        <w:tc>
          <w:tcPr>
            <w:tcW w:w="1040" w:type="dxa"/>
          </w:tcPr>
          <w:p w14:paraId="1CECAE70" w14:textId="77777777" w:rsidR="0035378C" w:rsidRDefault="0035378C"/>
        </w:tc>
        <w:tc>
          <w:tcPr>
            <w:tcW w:w="1040" w:type="dxa"/>
          </w:tcPr>
          <w:p w14:paraId="3EECCC8A" w14:textId="77777777" w:rsidR="0035378C" w:rsidRDefault="00000000">
            <w:r>
              <w:rPr>
                <w:sz w:val="16"/>
              </w:rPr>
              <w:t>1</w:t>
            </w:r>
          </w:p>
        </w:tc>
        <w:tc>
          <w:tcPr>
            <w:tcW w:w="1040" w:type="dxa"/>
          </w:tcPr>
          <w:p w14:paraId="1D6F9969" w14:textId="77777777" w:rsidR="0035378C" w:rsidRDefault="00000000">
            <w:r>
              <w:rPr>
                <w:sz w:val="16"/>
              </w:rPr>
              <w:t>0.01</w:t>
            </w:r>
          </w:p>
        </w:tc>
        <w:tc>
          <w:tcPr>
            <w:tcW w:w="1040" w:type="dxa"/>
          </w:tcPr>
          <w:p w14:paraId="5D5D0B5D" w14:textId="77777777" w:rsidR="0035378C" w:rsidRDefault="00000000">
            <w:r>
              <w:rPr>
                <w:sz w:val="16"/>
              </w:rPr>
              <w:t>0.01</w:t>
            </w:r>
          </w:p>
        </w:tc>
        <w:tc>
          <w:tcPr>
            <w:tcW w:w="1040" w:type="dxa"/>
          </w:tcPr>
          <w:p w14:paraId="5589CDCB" w14:textId="77777777" w:rsidR="0035378C" w:rsidRDefault="00000000">
            <w:r>
              <w:rPr>
                <w:sz w:val="16"/>
              </w:rPr>
              <w:t>1</w:t>
            </w:r>
          </w:p>
        </w:tc>
        <w:tc>
          <w:tcPr>
            <w:tcW w:w="1040" w:type="dxa"/>
          </w:tcPr>
          <w:p w14:paraId="22A8CAE0" w14:textId="77777777" w:rsidR="0035378C" w:rsidRDefault="00000000">
            <w:r>
              <w:rPr>
                <w:sz w:val="16"/>
              </w:rPr>
              <w:t>0</w:t>
            </w:r>
          </w:p>
        </w:tc>
      </w:tr>
      <w:tr w:rsidR="0035378C" w14:paraId="42573910" w14:textId="77777777">
        <w:trPr>
          <w:jc w:val="center"/>
        </w:trPr>
        <w:tc>
          <w:tcPr>
            <w:tcW w:w="1040" w:type="dxa"/>
          </w:tcPr>
          <w:p w14:paraId="660CC4B7" w14:textId="77777777" w:rsidR="0035378C" w:rsidRDefault="00000000">
            <w:r>
              <w:rPr>
                <w:sz w:val="16"/>
              </w:rPr>
              <w:t>Greece</w:t>
            </w:r>
          </w:p>
        </w:tc>
        <w:tc>
          <w:tcPr>
            <w:tcW w:w="1040" w:type="dxa"/>
          </w:tcPr>
          <w:p w14:paraId="12E385C9" w14:textId="77777777" w:rsidR="0035378C" w:rsidRDefault="0035378C"/>
        </w:tc>
        <w:tc>
          <w:tcPr>
            <w:tcW w:w="1040" w:type="dxa"/>
          </w:tcPr>
          <w:p w14:paraId="3D9039AD" w14:textId="77777777" w:rsidR="0035378C" w:rsidRDefault="00000000">
            <w:r>
              <w:rPr>
                <w:sz w:val="16"/>
              </w:rPr>
              <w:t>0.01</w:t>
            </w:r>
          </w:p>
        </w:tc>
        <w:tc>
          <w:tcPr>
            <w:tcW w:w="1040" w:type="dxa"/>
          </w:tcPr>
          <w:p w14:paraId="61016A87" w14:textId="77777777" w:rsidR="0035378C" w:rsidRDefault="0035378C"/>
        </w:tc>
        <w:tc>
          <w:tcPr>
            <w:tcW w:w="1040" w:type="dxa"/>
          </w:tcPr>
          <w:p w14:paraId="0E609E3A" w14:textId="77777777" w:rsidR="0035378C" w:rsidRDefault="00000000">
            <w:r>
              <w:rPr>
                <w:sz w:val="16"/>
              </w:rPr>
              <w:t>1</w:t>
            </w:r>
          </w:p>
        </w:tc>
        <w:tc>
          <w:tcPr>
            <w:tcW w:w="1040" w:type="dxa"/>
          </w:tcPr>
          <w:p w14:paraId="2BA2E11A" w14:textId="77777777" w:rsidR="0035378C" w:rsidRDefault="00000000">
            <w:r>
              <w:rPr>
                <w:sz w:val="16"/>
              </w:rPr>
              <w:t>0.01</w:t>
            </w:r>
          </w:p>
        </w:tc>
        <w:tc>
          <w:tcPr>
            <w:tcW w:w="1040" w:type="dxa"/>
          </w:tcPr>
          <w:p w14:paraId="22A2679B" w14:textId="77777777" w:rsidR="0035378C" w:rsidRDefault="00000000">
            <w:r>
              <w:rPr>
                <w:sz w:val="16"/>
              </w:rPr>
              <w:t>0.01</w:t>
            </w:r>
          </w:p>
        </w:tc>
        <w:tc>
          <w:tcPr>
            <w:tcW w:w="1040" w:type="dxa"/>
          </w:tcPr>
          <w:p w14:paraId="4B6D71E3" w14:textId="77777777" w:rsidR="0035378C" w:rsidRDefault="00000000">
            <w:r>
              <w:rPr>
                <w:sz w:val="16"/>
              </w:rPr>
              <w:t>1</w:t>
            </w:r>
          </w:p>
        </w:tc>
        <w:tc>
          <w:tcPr>
            <w:tcW w:w="1040" w:type="dxa"/>
          </w:tcPr>
          <w:p w14:paraId="40B6DD5E" w14:textId="77777777" w:rsidR="0035378C" w:rsidRDefault="00000000">
            <w:r>
              <w:rPr>
                <w:sz w:val="16"/>
              </w:rPr>
              <w:t>0</w:t>
            </w:r>
          </w:p>
        </w:tc>
      </w:tr>
      <w:tr w:rsidR="0035378C" w14:paraId="35ED2A9D" w14:textId="77777777">
        <w:trPr>
          <w:jc w:val="center"/>
        </w:trPr>
        <w:tc>
          <w:tcPr>
            <w:tcW w:w="1040" w:type="dxa"/>
          </w:tcPr>
          <w:p w14:paraId="2734F374" w14:textId="77777777" w:rsidR="0035378C" w:rsidRDefault="00000000">
            <w:r>
              <w:rPr>
                <w:sz w:val="16"/>
              </w:rPr>
              <w:t>Slovakia</w:t>
            </w:r>
          </w:p>
        </w:tc>
        <w:tc>
          <w:tcPr>
            <w:tcW w:w="1040" w:type="dxa"/>
          </w:tcPr>
          <w:p w14:paraId="356C7E69" w14:textId="77777777" w:rsidR="0035378C" w:rsidRDefault="0035378C"/>
        </w:tc>
        <w:tc>
          <w:tcPr>
            <w:tcW w:w="1040" w:type="dxa"/>
          </w:tcPr>
          <w:p w14:paraId="1E3A50BF" w14:textId="77777777" w:rsidR="0035378C" w:rsidRDefault="00000000">
            <w:r>
              <w:rPr>
                <w:sz w:val="16"/>
              </w:rPr>
              <w:t>0.01</w:t>
            </w:r>
          </w:p>
        </w:tc>
        <w:tc>
          <w:tcPr>
            <w:tcW w:w="1040" w:type="dxa"/>
          </w:tcPr>
          <w:p w14:paraId="3E38779E" w14:textId="77777777" w:rsidR="0035378C" w:rsidRDefault="0035378C"/>
        </w:tc>
        <w:tc>
          <w:tcPr>
            <w:tcW w:w="1040" w:type="dxa"/>
          </w:tcPr>
          <w:p w14:paraId="1751C623" w14:textId="77777777" w:rsidR="0035378C" w:rsidRDefault="00000000">
            <w:r>
              <w:rPr>
                <w:sz w:val="16"/>
              </w:rPr>
              <w:t>1</w:t>
            </w:r>
          </w:p>
        </w:tc>
        <w:tc>
          <w:tcPr>
            <w:tcW w:w="1040" w:type="dxa"/>
          </w:tcPr>
          <w:p w14:paraId="372AE91C" w14:textId="77777777" w:rsidR="0035378C" w:rsidRDefault="00000000">
            <w:r>
              <w:rPr>
                <w:sz w:val="16"/>
              </w:rPr>
              <w:t>0.01</w:t>
            </w:r>
          </w:p>
        </w:tc>
        <w:tc>
          <w:tcPr>
            <w:tcW w:w="1040" w:type="dxa"/>
          </w:tcPr>
          <w:p w14:paraId="043D9A16" w14:textId="77777777" w:rsidR="0035378C" w:rsidRDefault="00000000">
            <w:r>
              <w:rPr>
                <w:sz w:val="16"/>
              </w:rPr>
              <w:t>0.01</w:t>
            </w:r>
          </w:p>
        </w:tc>
        <w:tc>
          <w:tcPr>
            <w:tcW w:w="1040" w:type="dxa"/>
          </w:tcPr>
          <w:p w14:paraId="4A4CF956" w14:textId="77777777" w:rsidR="0035378C" w:rsidRDefault="00000000">
            <w:r>
              <w:rPr>
                <w:sz w:val="16"/>
              </w:rPr>
              <w:t>1</w:t>
            </w:r>
          </w:p>
        </w:tc>
        <w:tc>
          <w:tcPr>
            <w:tcW w:w="1040" w:type="dxa"/>
          </w:tcPr>
          <w:p w14:paraId="06062CB1" w14:textId="77777777" w:rsidR="0035378C" w:rsidRDefault="00000000">
            <w:r>
              <w:rPr>
                <w:sz w:val="16"/>
              </w:rPr>
              <w:t>0</w:t>
            </w:r>
          </w:p>
        </w:tc>
      </w:tr>
      <w:tr w:rsidR="0035378C" w14:paraId="7C7B9778" w14:textId="77777777">
        <w:trPr>
          <w:jc w:val="center"/>
        </w:trPr>
        <w:tc>
          <w:tcPr>
            <w:tcW w:w="1040" w:type="dxa"/>
          </w:tcPr>
          <w:p w14:paraId="6688983B" w14:textId="77777777" w:rsidR="0035378C" w:rsidRDefault="00000000">
            <w:r>
              <w:rPr>
                <w:sz w:val="16"/>
              </w:rPr>
              <w:t>Benin</w:t>
            </w:r>
          </w:p>
        </w:tc>
        <w:tc>
          <w:tcPr>
            <w:tcW w:w="1040" w:type="dxa"/>
          </w:tcPr>
          <w:p w14:paraId="21450F6A" w14:textId="77777777" w:rsidR="0035378C" w:rsidRDefault="0035378C"/>
        </w:tc>
        <w:tc>
          <w:tcPr>
            <w:tcW w:w="1040" w:type="dxa"/>
          </w:tcPr>
          <w:p w14:paraId="716D1246" w14:textId="77777777" w:rsidR="0035378C" w:rsidRDefault="00000000">
            <w:r>
              <w:rPr>
                <w:sz w:val="16"/>
              </w:rPr>
              <w:t>0.01</w:t>
            </w:r>
          </w:p>
        </w:tc>
        <w:tc>
          <w:tcPr>
            <w:tcW w:w="1040" w:type="dxa"/>
          </w:tcPr>
          <w:p w14:paraId="0062ED30" w14:textId="77777777" w:rsidR="0035378C" w:rsidRDefault="0035378C"/>
        </w:tc>
        <w:tc>
          <w:tcPr>
            <w:tcW w:w="1040" w:type="dxa"/>
          </w:tcPr>
          <w:p w14:paraId="6E31F12C" w14:textId="77777777" w:rsidR="0035378C" w:rsidRDefault="00000000">
            <w:r>
              <w:rPr>
                <w:sz w:val="16"/>
              </w:rPr>
              <w:t>1</w:t>
            </w:r>
          </w:p>
        </w:tc>
        <w:tc>
          <w:tcPr>
            <w:tcW w:w="1040" w:type="dxa"/>
          </w:tcPr>
          <w:p w14:paraId="0CFE21AC" w14:textId="77777777" w:rsidR="0035378C" w:rsidRDefault="00000000">
            <w:r>
              <w:rPr>
                <w:sz w:val="16"/>
              </w:rPr>
              <w:t>0.01</w:t>
            </w:r>
          </w:p>
        </w:tc>
        <w:tc>
          <w:tcPr>
            <w:tcW w:w="1040" w:type="dxa"/>
          </w:tcPr>
          <w:p w14:paraId="0C5E6894" w14:textId="77777777" w:rsidR="0035378C" w:rsidRDefault="00000000">
            <w:r>
              <w:rPr>
                <w:sz w:val="16"/>
              </w:rPr>
              <w:t>0.01</w:t>
            </w:r>
          </w:p>
        </w:tc>
        <w:tc>
          <w:tcPr>
            <w:tcW w:w="1040" w:type="dxa"/>
          </w:tcPr>
          <w:p w14:paraId="1CDEA5DF" w14:textId="77777777" w:rsidR="0035378C" w:rsidRDefault="00000000">
            <w:r>
              <w:rPr>
                <w:sz w:val="16"/>
              </w:rPr>
              <w:t>1</w:t>
            </w:r>
          </w:p>
        </w:tc>
        <w:tc>
          <w:tcPr>
            <w:tcW w:w="1040" w:type="dxa"/>
          </w:tcPr>
          <w:p w14:paraId="248E2704" w14:textId="77777777" w:rsidR="0035378C" w:rsidRDefault="00000000">
            <w:r>
              <w:rPr>
                <w:sz w:val="16"/>
              </w:rPr>
              <w:t>0</w:t>
            </w:r>
          </w:p>
        </w:tc>
      </w:tr>
      <w:tr w:rsidR="0035378C" w14:paraId="053F8AC9" w14:textId="77777777">
        <w:trPr>
          <w:jc w:val="center"/>
        </w:trPr>
        <w:tc>
          <w:tcPr>
            <w:tcW w:w="1040" w:type="dxa"/>
          </w:tcPr>
          <w:p w14:paraId="2C6EE0B0" w14:textId="77777777" w:rsidR="0035378C" w:rsidRDefault="00000000">
            <w:r>
              <w:rPr>
                <w:sz w:val="16"/>
              </w:rPr>
              <w:t>Beliz</w:t>
            </w:r>
          </w:p>
        </w:tc>
        <w:tc>
          <w:tcPr>
            <w:tcW w:w="1040" w:type="dxa"/>
          </w:tcPr>
          <w:p w14:paraId="34AE90C9" w14:textId="77777777" w:rsidR="0035378C" w:rsidRDefault="0035378C"/>
        </w:tc>
        <w:tc>
          <w:tcPr>
            <w:tcW w:w="1040" w:type="dxa"/>
          </w:tcPr>
          <w:p w14:paraId="27F5487C" w14:textId="77777777" w:rsidR="0035378C" w:rsidRDefault="00000000">
            <w:r>
              <w:rPr>
                <w:sz w:val="16"/>
              </w:rPr>
              <w:t>0.01</w:t>
            </w:r>
          </w:p>
        </w:tc>
        <w:tc>
          <w:tcPr>
            <w:tcW w:w="1040" w:type="dxa"/>
          </w:tcPr>
          <w:p w14:paraId="07EA923E" w14:textId="77777777" w:rsidR="0035378C" w:rsidRDefault="0035378C"/>
        </w:tc>
        <w:tc>
          <w:tcPr>
            <w:tcW w:w="1040" w:type="dxa"/>
          </w:tcPr>
          <w:p w14:paraId="4CF91C28" w14:textId="77777777" w:rsidR="0035378C" w:rsidRDefault="00000000">
            <w:r>
              <w:rPr>
                <w:sz w:val="16"/>
              </w:rPr>
              <w:t>1</w:t>
            </w:r>
          </w:p>
        </w:tc>
        <w:tc>
          <w:tcPr>
            <w:tcW w:w="1040" w:type="dxa"/>
          </w:tcPr>
          <w:p w14:paraId="0BB9F6E3" w14:textId="77777777" w:rsidR="0035378C" w:rsidRDefault="00000000">
            <w:r>
              <w:rPr>
                <w:sz w:val="16"/>
              </w:rPr>
              <w:t>0.01</w:t>
            </w:r>
          </w:p>
        </w:tc>
        <w:tc>
          <w:tcPr>
            <w:tcW w:w="1040" w:type="dxa"/>
          </w:tcPr>
          <w:p w14:paraId="78411976" w14:textId="77777777" w:rsidR="0035378C" w:rsidRDefault="00000000">
            <w:r>
              <w:rPr>
                <w:sz w:val="16"/>
              </w:rPr>
              <w:t>0.01</w:t>
            </w:r>
          </w:p>
        </w:tc>
        <w:tc>
          <w:tcPr>
            <w:tcW w:w="1040" w:type="dxa"/>
          </w:tcPr>
          <w:p w14:paraId="747AAA24" w14:textId="77777777" w:rsidR="0035378C" w:rsidRDefault="00000000">
            <w:r>
              <w:rPr>
                <w:sz w:val="16"/>
              </w:rPr>
              <w:t>1</w:t>
            </w:r>
          </w:p>
        </w:tc>
        <w:tc>
          <w:tcPr>
            <w:tcW w:w="1040" w:type="dxa"/>
          </w:tcPr>
          <w:p w14:paraId="20DE2509" w14:textId="77777777" w:rsidR="0035378C" w:rsidRDefault="00000000">
            <w:r>
              <w:rPr>
                <w:sz w:val="16"/>
              </w:rPr>
              <w:t>0</w:t>
            </w:r>
          </w:p>
        </w:tc>
      </w:tr>
      <w:tr w:rsidR="0035378C" w14:paraId="629BE8A1" w14:textId="77777777">
        <w:trPr>
          <w:jc w:val="center"/>
        </w:trPr>
        <w:tc>
          <w:tcPr>
            <w:tcW w:w="1040" w:type="dxa"/>
          </w:tcPr>
          <w:p w14:paraId="71BC038E" w14:textId="77777777" w:rsidR="0035378C" w:rsidRDefault="00000000">
            <w:r>
              <w:rPr>
                <w:sz w:val="16"/>
              </w:rPr>
              <w:t>Taiwan</w:t>
            </w:r>
          </w:p>
        </w:tc>
        <w:tc>
          <w:tcPr>
            <w:tcW w:w="1040" w:type="dxa"/>
          </w:tcPr>
          <w:p w14:paraId="54E143D0" w14:textId="77777777" w:rsidR="0035378C" w:rsidRDefault="0035378C"/>
        </w:tc>
        <w:tc>
          <w:tcPr>
            <w:tcW w:w="1040" w:type="dxa"/>
          </w:tcPr>
          <w:p w14:paraId="60F36BAF" w14:textId="77777777" w:rsidR="0035378C" w:rsidRDefault="00000000">
            <w:r>
              <w:rPr>
                <w:sz w:val="16"/>
              </w:rPr>
              <w:t>0</w:t>
            </w:r>
          </w:p>
        </w:tc>
        <w:tc>
          <w:tcPr>
            <w:tcW w:w="1040" w:type="dxa"/>
          </w:tcPr>
          <w:p w14:paraId="757712B4" w14:textId="77777777" w:rsidR="0035378C" w:rsidRDefault="0035378C"/>
        </w:tc>
        <w:tc>
          <w:tcPr>
            <w:tcW w:w="1040" w:type="dxa"/>
          </w:tcPr>
          <w:p w14:paraId="74158670" w14:textId="77777777" w:rsidR="0035378C" w:rsidRDefault="00000000">
            <w:r>
              <w:rPr>
                <w:sz w:val="16"/>
              </w:rPr>
              <w:t>1</w:t>
            </w:r>
          </w:p>
        </w:tc>
        <w:tc>
          <w:tcPr>
            <w:tcW w:w="1040" w:type="dxa"/>
          </w:tcPr>
          <w:p w14:paraId="78D36B0C" w14:textId="77777777" w:rsidR="0035378C" w:rsidRDefault="00000000">
            <w:r>
              <w:rPr>
                <w:sz w:val="16"/>
              </w:rPr>
              <w:t>0</w:t>
            </w:r>
          </w:p>
        </w:tc>
        <w:tc>
          <w:tcPr>
            <w:tcW w:w="1040" w:type="dxa"/>
          </w:tcPr>
          <w:p w14:paraId="61BEAF02" w14:textId="77777777" w:rsidR="0035378C" w:rsidRDefault="00000000">
            <w:r>
              <w:rPr>
                <w:sz w:val="16"/>
              </w:rPr>
              <w:t>0</w:t>
            </w:r>
          </w:p>
        </w:tc>
        <w:tc>
          <w:tcPr>
            <w:tcW w:w="1040" w:type="dxa"/>
          </w:tcPr>
          <w:p w14:paraId="6B4CBF1C" w14:textId="77777777" w:rsidR="0035378C" w:rsidRDefault="00000000">
            <w:r>
              <w:rPr>
                <w:sz w:val="16"/>
              </w:rPr>
              <w:t>1</w:t>
            </w:r>
          </w:p>
        </w:tc>
        <w:tc>
          <w:tcPr>
            <w:tcW w:w="1040" w:type="dxa"/>
          </w:tcPr>
          <w:p w14:paraId="7A4C77C6" w14:textId="77777777" w:rsidR="0035378C" w:rsidRDefault="00000000">
            <w:r>
              <w:rPr>
                <w:sz w:val="16"/>
              </w:rPr>
              <w:t>0</w:t>
            </w:r>
          </w:p>
        </w:tc>
      </w:tr>
      <w:tr w:rsidR="0035378C" w14:paraId="09091E62" w14:textId="77777777">
        <w:trPr>
          <w:jc w:val="center"/>
        </w:trPr>
        <w:tc>
          <w:tcPr>
            <w:tcW w:w="1040" w:type="dxa"/>
          </w:tcPr>
          <w:p w14:paraId="12385284" w14:textId="77777777" w:rsidR="0035378C" w:rsidRDefault="00000000">
            <w:r>
              <w:rPr>
                <w:sz w:val="16"/>
              </w:rPr>
              <w:t>Barbados</w:t>
            </w:r>
          </w:p>
        </w:tc>
        <w:tc>
          <w:tcPr>
            <w:tcW w:w="1040" w:type="dxa"/>
          </w:tcPr>
          <w:p w14:paraId="15C24642" w14:textId="77777777" w:rsidR="0035378C" w:rsidRDefault="0035378C"/>
        </w:tc>
        <w:tc>
          <w:tcPr>
            <w:tcW w:w="1040" w:type="dxa"/>
          </w:tcPr>
          <w:p w14:paraId="590DFD36" w14:textId="77777777" w:rsidR="0035378C" w:rsidRDefault="00000000">
            <w:r>
              <w:rPr>
                <w:sz w:val="16"/>
              </w:rPr>
              <w:t>0</w:t>
            </w:r>
          </w:p>
        </w:tc>
        <w:tc>
          <w:tcPr>
            <w:tcW w:w="1040" w:type="dxa"/>
          </w:tcPr>
          <w:p w14:paraId="08B7D30B" w14:textId="77777777" w:rsidR="0035378C" w:rsidRDefault="0035378C"/>
        </w:tc>
        <w:tc>
          <w:tcPr>
            <w:tcW w:w="1040" w:type="dxa"/>
          </w:tcPr>
          <w:p w14:paraId="0F27F8FB" w14:textId="77777777" w:rsidR="0035378C" w:rsidRDefault="00000000">
            <w:r>
              <w:rPr>
                <w:sz w:val="16"/>
              </w:rPr>
              <w:t>1</w:t>
            </w:r>
          </w:p>
        </w:tc>
        <w:tc>
          <w:tcPr>
            <w:tcW w:w="1040" w:type="dxa"/>
          </w:tcPr>
          <w:p w14:paraId="0B878091" w14:textId="77777777" w:rsidR="0035378C" w:rsidRDefault="00000000">
            <w:r>
              <w:rPr>
                <w:sz w:val="16"/>
              </w:rPr>
              <w:t>0</w:t>
            </w:r>
          </w:p>
        </w:tc>
        <w:tc>
          <w:tcPr>
            <w:tcW w:w="1040" w:type="dxa"/>
          </w:tcPr>
          <w:p w14:paraId="685BE3CF" w14:textId="77777777" w:rsidR="0035378C" w:rsidRDefault="00000000">
            <w:r>
              <w:rPr>
                <w:sz w:val="16"/>
              </w:rPr>
              <w:t>0</w:t>
            </w:r>
          </w:p>
        </w:tc>
        <w:tc>
          <w:tcPr>
            <w:tcW w:w="1040" w:type="dxa"/>
          </w:tcPr>
          <w:p w14:paraId="283F71B0" w14:textId="77777777" w:rsidR="0035378C" w:rsidRDefault="00000000">
            <w:r>
              <w:rPr>
                <w:sz w:val="16"/>
              </w:rPr>
              <w:t>1</w:t>
            </w:r>
          </w:p>
        </w:tc>
        <w:tc>
          <w:tcPr>
            <w:tcW w:w="1040" w:type="dxa"/>
          </w:tcPr>
          <w:p w14:paraId="24F93F96" w14:textId="77777777" w:rsidR="0035378C" w:rsidRDefault="00000000">
            <w:r>
              <w:rPr>
                <w:sz w:val="16"/>
              </w:rPr>
              <w:t>0</w:t>
            </w:r>
          </w:p>
        </w:tc>
      </w:tr>
      <w:tr w:rsidR="0035378C" w14:paraId="2F0EE117" w14:textId="77777777">
        <w:trPr>
          <w:jc w:val="center"/>
        </w:trPr>
        <w:tc>
          <w:tcPr>
            <w:tcW w:w="1040" w:type="dxa"/>
          </w:tcPr>
          <w:p w14:paraId="3DDF549E" w14:textId="77777777" w:rsidR="0035378C" w:rsidRDefault="00000000">
            <w:r>
              <w:rPr>
                <w:sz w:val="16"/>
              </w:rPr>
              <w:lastRenderedPageBreak/>
              <w:t>Jordan</w:t>
            </w:r>
          </w:p>
        </w:tc>
        <w:tc>
          <w:tcPr>
            <w:tcW w:w="1040" w:type="dxa"/>
          </w:tcPr>
          <w:p w14:paraId="3BBE0206" w14:textId="77777777" w:rsidR="0035378C" w:rsidRDefault="0035378C"/>
        </w:tc>
        <w:tc>
          <w:tcPr>
            <w:tcW w:w="1040" w:type="dxa"/>
          </w:tcPr>
          <w:p w14:paraId="036064BE" w14:textId="77777777" w:rsidR="0035378C" w:rsidRDefault="00000000">
            <w:r>
              <w:rPr>
                <w:sz w:val="16"/>
              </w:rPr>
              <w:t>0</w:t>
            </w:r>
          </w:p>
        </w:tc>
        <w:tc>
          <w:tcPr>
            <w:tcW w:w="1040" w:type="dxa"/>
          </w:tcPr>
          <w:p w14:paraId="24058838" w14:textId="77777777" w:rsidR="0035378C" w:rsidRDefault="0035378C"/>
        </w:tc>
        <w:tc>
          <w:tcPr>
            <w:tcW w:w="1040" w:type="dxa"/>
          </w:tcPr>
          <w:p w14:paraId="034792DB" w14:textId="77777777" w:rsidR="0035378C" w:rsidRDefault="00000000">
            <w:r>
              <w:rPr>
                <w:sz w:val="16"/>
              </w:rPr>
              <w:t>1</w:t>
            </w:r>
          </w:p>
        </w:tc>
        <w:tc>
          <w:tcPr>
            <w:tcW w:w="1040" w:type="dxa"/>
          </w:tcPr>
          <w:p w14:paraId="6BD98C1C" w14:textId="77777777" w:rsidR="0035378C" w:rsidRDefault="00000000">
            <w:r>
              <w:rPr>
                <w:sz w:val="16"/>
              </w:rPr>
              <w:t>0</w:t>
            </w:r>
          </w:p>
        </w:tc>
        <w:tc>
          <w:tcPr>
            <w:tcW w:w="1040" w:type="dxa"/>
          </w:tcPr>
          <w:p w14:paraId="13E102FE" w14:textId="77777777" w:rsidR="0035378C" w:rsidRDefault="00000000">
            <w:r>
              <w:rPr>
                <w:sz w:val="16"/>
              </w:rPr>
              <w:t>0</w:t>
            </w:r>
          </w:p>
        </w:tc>
        <w:tc>
          <w:tcPr>
            <w:tcW w:w="1040" w:type="dxa"/>
          </w:tcPr>
          <w:p w14:paraId="3A3C7535" w14:textId="77777777" w:rsidR="0035378C" w:rsidRDefault="00000000">
            <w:r>
              <w:rPr>
                <w:sz w:val="16"/>
              </w:rPr>
              <w:t>1</w:t>
            </w:r>
          </w:p>
        </w:tc>
        <w:tc>
          <w:tcPr>
            <w:tcW w:w="1040" w:type="dxa"/>
          </w:tcPr>
          <w:p w14:paraId="3C694F2A" w14:textId="77777777" w:rsidR="0035378C" w:rsidRDefault="00000000">
            <w:r>
              <w:rPr>
                <w:sz w:val="16"/>
              </w:rPr>
              <w:t>0</w:t>
            </w:r>
          </w:p>
        </w:tc>
      </w:tr>
      <w:tr w:rsidR="0035378C" w14:paraId="520FB108" w14:textId="77777777">
        <w:trPr>
          <w:jc w:val="center"/>
        </w:trPr>
        <w:tc>
          <w:tcPr>
            <w:tcW w:w="1040" w:type="dxa"/>
          </w:tcPr>
          <w:p w14:paraId="68DDF93C" w14:textId="77777777" w:rsidR="0035378C" w:rsidRDefault="00000000">
            <w:r>
              <w:rPr>
                <w:sz w:val="16"/>
              </w:rPr>
              <w:t>Morocco</w:t>
            </w:r>
          </w:p>
        </w:tc>
        <w:tc>
          <w:tcPr>
            <w:tcW w:w="1040" w:type="dxa"/>
          </w:tcPr>
          <w:p w14:paraId="26AF5062" w14:textId="77777777" w:rsidR="0035378C" w:rsidRDefault="0035378C"/>
        </w:tc>
        <w:tc>
          <w:tcPr>
            <w:tcW w:w="1040" w:type="dxa"/>
          </w:tcPr>
          <w:p w14:paraId="2EAB946C" w14:textId="77777777" w:rsidR="0035378C" w:rsidRDefault="00000000">
            <w:r>
              <w:rPr>
                <w:sz w:val="16"/>
              </w:rPr>
              <w:t>0</w:t>
            </w:r>
          </w:p>
        </w:tc>
        <w:tc>
          <w:tcPr>
            <w:tcW w:w="1040" w:type="dxa"/>
          </w:tcPr>
          <w:p w14:paraId="0769BE64" w14:textId="77777777" w:rsidR="0035378C" w:rsidRDefault="0035378C"/>
        </w:tc>
        <w:tc>
          <w:tcPr>
            <w:tcW w:w="1040" w:type="dxa"/>
          </w:tcPr>
          <w:p w14:paraId="7EB9BCEB" w14:textId="77777777" w:rsidR="0035378C" w:rsidRDefault="00000000">
            <w:r>
              <w:rPr>
                <w:sz w:val="16"/>
              </w:rPr>
              <w:t>1</w:t>
            </w:r>
          </w:p>
        </w:tc>
        <w:tc>
          <w:tcPr>
            <w:tcW w:w="1040" w:type="dxa"/>
          </w:tcPr>
          <w:p w14:paraId="36918539" w14:textId="77777777" w:rsidR="0035378C" w:rsidRDefault="00000000">
            <w:r>
              <w:rPr>
                <w:sz w:val="16"/>
              </w:rPr>
              <w:t>0</w:t>
            </w:r>
          </w:p>
        </w:tc>
        <w:tc>
          <w:tcPr>
            <w:tcW w:w="1040" w:type="dxa"/>
          </w:tcPr>
          <w:p w14:paraId="07B0AD4F" w14:textId="77777777" w:rsidR="0035378C" w:rsidRDefault="00000000">
            <w:r>
              <w:rPr>
                <w:sz w:val="16"/>
              </w:rPr>
              <w:t>0</w:t>
            </w:r>
          </w:p>
        </w:tc>
        <w:tc>
          <w:tcPr>
            <w:tcW w:w="1040" w:type="dxa"/>
          </w:tcPr>
          <w:p w14:paraId="1FF55BC2" w14:textId="77777777" w:rsidR="0035378C" w:rsidRDefault="00000000">
            <w:r>
              <w:rPr>
                <w:sz w:val="16"/>
              </w:rPr>
              <w:t>1</w:t>
            </w:r>
          </w:p>
        </w:tc>
        <w:tc>
          <w:tcPr>
            <w:tcW w:w="1040" w:type="dxa"/>
          </w:tcPr>
          <w:p w14:paraId="22CDF3D3" w14:textId="77777777" w:rsidR="0035378C" w:rsidRDefault="00000000">
            <w:r>
              <w:rPr>
                <w:sz w:val="16"/>
              </w:rPr>
              <w:t>0</w:t>
            </w:r>
          </w:p>
        </w:tc>
      </w:tr>
      <w:tr w:rsidR="0035378C" w14:paraId="38E47CE7" w14:textId="77777777">
        <w:trPr>
          <w:jc w:val="center"/>
        </w:trPr>
        <w:tc>
          <w:tcPr>
            <w:tcW w:w="1040" w:type="dxa"/>
          </w:tcPr>
          <w:p w14:paraId="3F074F68" w14:textId="77777777" w:rsidR="0035378C" w:rsidRDefault="00000000">
            <w:r>
              <w:rPr>
                <w:sz w:val="16"/>
              </w:rPr>
              <w:t>Ethiopia</w:t>
            </w:r>
          </w:p>
        </w:tc>
        <w:tc>
          <w:tcPr>
            <w:tcW w:w="1040" w:type="dxa"/>
          </w:tcPr>
          <w:p w14:paraId="167E17E9" w14:textId="77777777" w:rsidR="0035378C" w:rsidRDefault="0035378C"/>
        </w:tc>
        <w:tc>
          <w:tcPr>
            <w:tcW w:w="1040" w:type="dxa"/>
          </w:tcPr>
          <w:p w14:paraId="7E67F1EC" w14:textId="77777777" w:rsidR="0035378C" w:rsidRDefault="00000000">
            <w:r>
              <w:rPr>
                <w:sz w:val="16"/>
              </w:rPr>
              <w:t>0</w:t>
            </w:r>
          </w:p>
        </w:tc>
        <w:tc>
          <w:tcPr>
            <w:tcW w:w="1040" w:type="dxa"/>
          </w:tcPr>
          <w:p w14:paraId="74B8F859" w14:textId="77777777" w:rsidR="0035378C" w:rsidRDefault="0035378C"/>
        </w:tc>
        <w:tc>
          <w:tcPr>
            <w:tcW w:w="1040" w:type="dxa"/>
          </w:tcPr>
          <w:p w14:paraId="771C53B5" w14:textId="77777777" w:rsidR="0035378C" w:rsidRDefault="00000000">
            <w:r>
              <w:rPr>
                <w:sz w:val="16"/>
              </w:rPr>
              <w:t>1</w:t>
            </w:r>
          </w:p>
        </w:tc>
        <w:tc>
          <w:tcPr>
            <w:tcW w:w="1040" w:type="dxa"/>
          </w:tcPr>
          <w:p w14:paraId="14C43DD1" w14:textId="77777777" w:rsidR="0035378C" w:rsidRDefault="00000000">
            <w:r>
              <w:rPr>
                <w:sz w:val="16"/>
              </w:rPr>
              <w:t>0</w:t>
            </w:r>
          </w:p>
        </w:tc>
        <w:tc>
          <w:tcPr>
            <w:tcW w:w="1040" w:type="dxa"/>
          </w:tcPr>
          <w:p w14:paraId="47844687" w14:textId="77777777" w:rsidR="0035378C" w:rsidRDefault="00000000">
            <w:r>
              <w:rPr>
                <w:sz w:val="16"/>
              </w:rPr>
              <w:t>0</w:t>
            </w:r>
          </w:p>
        </w:tc>
        <w:tc>
          <w:tcPr>
            <w:tcW w:w="1040" w:type="dxa"/>
          </w:tcPr>
          <w:p w14:paraId="38928D73" w14:textId="77777777" w:rsidR="0035378C" w:rsidRDefault="00000000">
            <w:r>
              <w:rPr>
                <w:sz w:val="16"/>
              </w:rPr>
              <w:t>1</w:t>
            </w:r>
          </w:p>
        </w:tc>
        <w:tc>
          <w:tcPr>
            <w:tcW w:w="1040" w:type="dxa"/>
          </w:tcPr>
          <w:p w14:paraId="69493789" w14:textId="77777777" w:rsidR="0035378C" w:rsidRDefault="00000000">
            <w:r>
              <w:rPr>
                <w:sz w:val="16"/>
              </w:rPr>
              <w:t>0</w:t>
            </w:r>
          </w:p>
        </w:tc>
      </w:tr>
    </w:tbl>
    <w:p w14:paraId="3098869B" w14:textId="77777777" w:rsidR="0035378C" w:rsidRDefault="00000000">
      <w:pPr>
        <w:spacing w:before="60"/>
      </w:pPr>
      <w:r>
        <w:rPr>
          <w:i/>
          <w:color w:val="404040"/>
          <w:sz w:val="16"/>
        </w:rPr>
        <w:t>Values in billion barrels. OPEC = Annual Statistical Bulletin 2025 (year-end 2024); CIA = World Factbook crude-oil proved reserves (mostly 2021 est.); BP/EI = BP Statistical Review of World Energy 2021 (year-end 2020), the final edition before the proved-reserves series was discontinued. "Mean" is the arithmetic mean across the sources reporting a value and is the figure used in the main analysis. "Max/Min" and "CV" (coefficient of variation) summarise cross-source disagreement. Blank = not reported by that source (OPEC aggregates small producers into regional "Others"). Full provenance, URLs and access dates: docs/Reserves_Data_Sources.md.</w:t>
      </w:r>
    </w:p>
    <w:sectPr w:rsidR="0035378C" w:rsidSect="001935B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005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85540784">
    <w:abstractNumId w:val="8"/>
  </w:num>
  <w:num w:numId="2" w16cid:durableId="2092003003">
    <w:abstractNumId w:val="6"/>
  </w:num>
  <w:num w:numId="3" w16cid:durableId="904031971">
    <w:abstractNumId w:val="5"/>
  </w:num>
  <w:num w:numId="4" w16cid:durableId="1498763857">
    <w:abstractNumId w:val="4"/>
  </w:num>
  <w:num w:numId="5" w16cid:durableId="805049408">
    <w:abstractNumId w:val="7"/>
  </w:num>
  <w:num w:numId="6" w16cid:durableId="1438521365">
    <w:abstractNumId w:val="3"/>
  </w:num>
  <w:num w:numId="7" w16cid:durableId="1621911360">
    <w:abstractNumId w:val="2"/>
  </w:num>
  <w:num w:numId="8" w16cid:durableId="1155997719">
    <w:abstractNumId w:val="1"/>
  </w:num>
  <w:num w:numId="9" w16cid:durableId="77537055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935BF"/>
    <w:rsid w:val="001D26AF"/>
    <w:rsid w:val="0029639D"/>
    <w:rsid w:val="00326F90"/>
    <w:rsid w:val="0035378C"/>
    <w:rsid w:val="00451125"/>
    <w:rsid w:val="007E63CE"/>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D71FD9"/>
  <w14:defaultImageDpi w14:val="300"/>
  <w15:docId w15:val="{D26E5BAC-02AE-FA41-A75B-1547A8E8C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3431</Words>
  <Characters>19560</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22946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Arjun Pillai Hausner</cp:lastModifiedBy>
  <cp:revision>2</cp:revision>
  <dcterms:created xsi:type="dcterms:W3CDTF">2026-07-09T16:34:00Z</dcterms:created>
  <dcterms:modified xsi:type="dcterms:W3CDTF">2026-07-09T16:34:00Z</dcterms:modified>
  <cp:category/>
</cp:coreProperties>
</file>