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6AB8" w14:textId="77777777" w:rsidR="008B0555" w:rsidRPr="00393EAB" w:rsidRDefault="008B0555" w:rsidP="008B0555">
      <w:pPr>
        <w:spacing w:line="360" w:lineRule="auto"/>
        <w:rPr>
          <w:rFonts w:ascii="Times New Roman" w:eastAsia="宋体" w:hAnsi="Times New Roman" w:cs="Times New Roman"/>
          <w:b/>
          <w:bCs/>
          <w:color w:val="000000" w:themeColor="text1"/>
          <w:sz w:val="20"/>
          <w:szCs w:val="20"/>
        </w:rPr>
      </w:pPr>
      <w:r w:rsidRPr="00393EAB">
        <w:rPr>
          <w:rFonts w:ascii="Times New Roman" w:eastAsia="宋体" w:hAnsi="Times New Roman" w:cs="Times New Roman"/>
          <w:b/>
          <w:bCs/>
          <w:color w:val="000000" w:themeColor="text1"/>
          <w:sz w:val="20"/>
          <w:szCs w:val="20"/>
        </w:rPr>
        <w:t>Effects of Low-Intensity Blood Flow Restriction Training on Lower-Limb Strength and Kicking Performance in Adolescent Taekwondo Athletes: A Randomized Controlled Trial</w:t>
      </w:r>
    </w:p>
    <w:p w14:paraId="788D0EE6" w14:textId="77777777" w:rsidR="008B0555" w:rsidRPr="00393EAB" w:rsidRDefault="008B0555" w:rsidP="008B0555">
      <w:pPr>
        <w:spacing w:line="360" w:lineRule="auto"/>
        <w:rPr>
          <w:rFonts w:ascii="Times New Roman" w:eastAsia="宋体" w:hAnsi="Times New Roman" w:cs="Times New Roman"/>
          <w:color w:val="000000" w:themeColor="text1"/>
          <w:sz w:val="20"/>
          <w:szCs w:val="20"/>
        </w:rPr>
      </w:pPr>
      <w:r w:rsidRPr="00393EAB">
        <w:rPr>
          <w:rFonts w:ascii="Times New Roman" w:eastAsia="宋体" w:hAnsi="Times New Roman" w:cs="Times New Roman"/>
          <w:color w:val="000000" w:themeColor="text1"/>
          <w:sz w:val="20"/>
          <w:szCs w:val="20"/>
        </w:rPr>
        <w:t>Dinghuang Huang</w:t>
      </w:r>
      <w:r w:rsidRPr="00393EAB">
        <w:rPr>
          <w:rFonts w:ascii="Times New Roman" w:eastAsia="宋体" w:hAnsi="Times New Roman" w:cs="Times New Roman"/>
          <w:color w:val="000000" w:themeColor="text1"/>
          <w:sz w:val="20"/>
          <w:szCs w:val="20"/>
          <w:vertAlign w:val="superscript"/>
        </w:rPr>
        <w:t>1</w:t>
      </w:r>
      <w:r w:rsidRPr="00393EAB">
        <w:rPr>
          <w:rFonts w:ascii="Times New Roman" w:eastAsia="宋体" w:hAnsi="Times New Roman" w:cs="Times New Roman"/>
          <w:color w:val="000000" w:themeColor="text1"/>
          <w:sz w:val="20"/>
          <w:szCs w:val="20"/>
        </w:rPr>
        <w:t xml:space="preserve">, </w:t>
      </w:r>
      <w:proofErr w:type="spellStart"/>
      <w:r w:rsidRPr="00393EAB">
        <w:rPr>
          <w:rFonts w:ascii="Times New Roman" w:eastAsia="宋体" w:hAnsi="Times New Roman" w:cs="Times New Roman"/>
          <w:color w:val="000000" w:themeColor="text1"/>
          <w:sz w:val="20"/>
          <w:szCs w:val="20"/>
        </w:rPr>
        <w:t>Yunzhou</w:t>
      </w:r>
      <w:proofErr w:type="spellEnd"/>
      <w:r w:rsidRPr="00393EAB">
        <w:rPr>
          <w:rFonts w:ascii="Times New Roman" w:eastAsia="宋体" w:hAnsi="Times New Roman" w:cs="Times New Roman"/>
          <w:color w:val="000000" w:themeColor="text1"/>
          <w:sz w:val="20"/>
          <w:szCs w:val="20"/>
        </w:rPr>
        <w:t xml:space="preserve"> Hu</w:t>
      </w:r>
      <w:r w:rsidRPr="00393EAB">
        <w:rPr>
          <w:rFonts w:ascii="Times New Roman" w:eastAsia="宋体" w:hAnsi="Times New Roman" w:cs="Times New Roman"/>
          <w:color w:val="000000" w:themeColor="text1"/>
          <w:sz w:val="20"/>
          <w:szCs w:val="20"/>
          <w:vertAlign w:val="superscript"/>
        </w:rPr>
        <w:t>1</w:t>
      </w:r>
      <w:r w:rsidRPr="00393EAB">
        <w:rPr>
          <w:rFonts w:ascii="Times New Roman" w:eastAsia="宋体" w:hAnsi="Times New Roman" w:cs="Times New Roman"/>
          <w:color w:val="000000" w:themeColor="text1"/>
          <w:sz w:val="20"/>
          <w:szCs w:val="20"/>
        </w:rPr>
        <w:t>, Zhi Cao</w:t>
      </w:r>
      <w:r w:rsidRPr="00393EAB">
        <w:rPr>
          <w:rFonts w:ascii="Times New Roman" w:eastAsia="宋体" w:hAnsi="Times New Roman" w:cs="Times New Roman"/>
          <w:color w:val="000000" w:themeColor="text1"/>
          <w:sz w:val="20"/>
          <w:szCs w:val="20"/>
          <w:vertAlign w:val="superscript"/>
        </w:rPr>
        <w:t>1</w:t>
      </w:r>
      <w:r w:rsidRPr="00393EAB">
        <w:rPr>
          <w:rFonts w:ascii="Times New Roman" w:eastAsia="宋体" w:hAnsi="Times New Roman" w:cs="Times New Roman"/>
          <w:color w:val="000000" w:themeColor="text1"/>
          <w:sz w:val="20"/>
          <w:szCs w:val="20"/>
        </w:rPr>
        <w:t xml:space="preserve">, </w:t>
      </w:r>
      <w:proofErr w:type="spellStart"/>
      <w:r w:rsidRPr="00393EAB">
        <w:rPr>
          <w:rFonts w:ascii="Times New Roman" w:eastAsia="宋体" w:hAnsi="Times New Roman" w:cs="Times New Roman"/>
          <w:color w:val="000000" w:themeColor="text1"/>
          <w:sz w:val="20"/>
          <w:szCs w:val="20"/>
        </w:rPr>
        <w:t>Binghong</w:t>
      </w:r>
      <w:proofErr w:type="spellEnd"/>
      <w:r w:rsidRPr="00393EAB">
        <w:rPr>
          <w:rFonts w:ascii="Times New Roman" w:eastAsia="宋体" w:hAnsi="Times New Roman" w:cs="Times New Roman"/>
          <w:color w:val="000000" w:themeColor="text1"/>
          <w:sz w:val="20"/>
          <w:szCs w:val="20"/>
        </w:rPr>
        <w:t xml:space="preserve"> Gao</w:t>
      </w:r>
      <w:r w:rsidRPr="00393EAB">
        <w:rPr>
          <w:rFonts w:ascii="Times New Roman" w:eastAsia="宋体" w:hAnsi="Times New Roman" w:cs="Times New Roman"/>
          <w:color w:val="000000" w:themeColor="text1"/>
          <w:sz w:val="20"/>
          <w:szCs w:val="20"/>
          <w:vertAlign w:val="superscript"/>
        </w:rPr>
        <w:t>1,2 *</w:t>
      </w:r>
    </w:p>
    <w:p w14:paraId="568189A3" w14:textId="77777777" w:rsidR="008B0555" w:rsidRPr="00393EAB" w:rsidRDefault="008B0555" w:rsidP="008B0555">
      <w:pPr>
        <w:spacing w:line="360" w:lineRule="auto"/>
        <w:rPr>
          <w:rFonts w:ascii="Times New Roman" w:eastAsia="宋体" w:hAnsi="Times New Roman" w:cs="Times New Roman"/>
          <w:color w:val="000000" w:themeColor="text1"/>
          <w:sz w:val="20"/>
          <w:szCs w:val="20"/>
        </w:rPr>
      </w:pPr>
      <w:r w:rsidRPr="00393EAB">
        <w:rPr>
          <w:rFonts w:ascii="Times New Roman" w:eastAsia="宋体" w:hAnsi="Times New Roman" w:cs="Times New Roman"/>
          <w:color w:val="000000" w:themeColor="text1"/>
          <w:sz w:val="20"/>
          <w:szCs w:val="20"/>
          <w:vertAlign w:val="superscript"/>
        </w:rPr>
        <w:t>1</w:t>
      </w:r>
      <w:r w:rsidRPr="00393EAB">
        <w:rPr>
          <w:rFonts w:ascii="Times New Roman" w:eastAsia="宋体" w:hAnsi="Times New Roman" w:cs="Times New Roman"/>
          <w:color w:val="000000" w:themeColor="text1"/>
          <w:sz w:val="20"/>
          <w:szCs w:val="20"/>
        </w:rPr>
        <w:t>School of Athletic Performance, Shanghai University of Sport, Shanghai, China</w:t>
      </w:r>
    </w:p>
    <w:p w14:paraId="3E90BE5A" w14:textId="428A0443" w:rsidR="008B0555" w:rsidRDefault="008B0555" w:rsidP="00DB71ED">
      <w:pPr>
        <w:spacing w:after="40" w:line="240" w:lineRule="auto"/>
        <w:rPr>
          <w:b/>
          <w:sz w:val="32"/>
          <w:lang w:eastAsia="zh-CN"/>
        </w:rPr>
      </w:pPr>
      <w:r w:rsidRPr="00393EAB">
        <w:rPr>
          <w:rFonts w:ascii="Times New Roman" w:eastAsia="宋体" w:hAnsi="Times New Roman" w:cs="Times New Roman"/>
          <w:color w:val="000000" w:themeColor="text1"/>
          <w:sz w:val="20"/>
          <w:szCs w:val="20"/>
          <w:vertAlign w:val="superscript"/>
        </w:rPr>
        <w:t>2</w:t>
      </w:r>
      <w:r w:rsidRPr="00393EAB">
        <w:rPr>
          <w:rFonts w:ascii="Times New Roman" w:eastAsia="宋体" w:hAnsi="Times New Roman" w:cs="Times New Roman"/>
          <w:color w:val="000000" w:themeColor="text1"/>
          <w:sz w:val="20"/>
          <w:szCs w:val="20"/>
        </w:rPr>
        <w:t>Faculty of Health Sciences and Sports, Macao Polytechnic University, Macao, China</w:t>
      </w:r>
    </w:p>
    <w:p w14:paraId="2DAD2B7F" w14:textId="77777777" w:rsidR="008B0555" w:rsidRDefault="008B0555" w:rsidP="004F64DD">
      <w:pPr>
        <w:spacing w:after="40" w:line="240" w:lineRule="auto"/>
        <w:jc w:val="center"/>
        <w:rPr>
          <w:rFonts w:hint="eastAsia"/>
          <w:b/>
          <w:sz w:val="32"/>
          <w:lang w:eastAsia="zh-CN"/>
        </w:rPr>
      </w:pPr>
    </w:p>
    <w:p w14:paraId="6746883A" w14:textId="7C6EB7DE" w:rsidR="0008539F" w:rsidRDefault="00000000" w:rsidP="004F64DD">
      <w:pPr>
        <w:spacing w:after="40" w:line="240" w:lineRule="auto"/>
        <w:jc w:val="center"/>
      </w:pPr>
      <w:r w:rsidRPr="008B0555">
        <w:rPr>
          <w:rFonts w:ascii="Times New Roman" w:eastAsia="宋体" w:hAnsi="Times New Roman" w:cs="Times New Roman"/>
          <w:b/>
          <w:bCs/>
          <w:color w:val="000000" w:themeColor="text1"/>
          <w:sz w:val="20"/>
          <w:szCs w:val="20"/>
        </w:rPr>
        <w:t>CONSORT 2025 Checklist</w:t>
      </w:r>
    </w:p>
    <w:p w14:paraId="17E51980" w14:textId="77777777" w:rsidR="0008539F" w:rsidRDefault="00000000">
      <w:pPr>
        <w:spacing w:after="60" w:line="240" w:lineRule="auto"/>
      </w:pPr>
      <w:r>
        <w:rPr>
          <w:color w:val="5C646B"/>
          <w:sz w:val="19"/>
        </w:rPr>
        <w:t>Checklist of information to include when reporting a randomized trial</w:t>
      </w:r>
    </w:p>
    <w:p w14:paraId="4B1003B7" w14:textId="77777777" w:rsidR="0008539F" w:rsidRDefault="00000000">
      <w:pPr>
        <w:spacing w:after="120" w:line="240" w:lineRule="auto"/>
        <w:rPr>
          <w:rFonts w:hint="eastAsia"/>
          <w:lang w:eastAsia="zh-CN"/>
        </w:rPr>
      </w:pPr>
      <w:r>
        <w:rPr>
          <w:color w:val="5C646B"/>
          <w:sz w:val="16"/>
        </w:rPr>
        <w:t xml:space="preserve">Source: Hopewell S, Chan A-W, Collins GS, et al. CONSORT 2025 statement. Nature Medicine. 2025;31:1776–1783. </w:t>
      </w:r>
      <w:hyperlink r:id="rId8">
        <w:r>
          <w:rPr>
            <w:color w:val="006E66"/>
            <w:sz w:val="16"/>
            <w:u w:val="single"/>
          </w:rPr>
          <w:t>https://doi.org/10.1038/s41591-025-03635-5</w:t>
        </w:r>
      </w:hyperlink>
    </w:p>
    <w:tbl>
      <w:tblPr>
        <w:tblW w:w="15394" w:type="dxa"/>
        <w:tblInd w:w="120" w:type="dxa"/>
        <w:tblLayout w:type="fixed"/>
        <w:tblLook w:val="04A0" w:firstRow="1" w:lastRow="0" w:firstColumn="1" w:lastColumn="0" w:noHBand="0" w:noVBand="1"/>
      </w:tblPr>
      <w:tblGrid>
        <w:gridCol w:w="2500"/>
        <w:gridCol w:w="720"/>
        <w:gridCol w:w="10654"/>
        <w:gridCol w:w="1520"/>
      </w:tblGrid>
      <w:tr w:rsidR="0008539F" w14:paraId="005D604A" w14:textId="77777777">
        <w:trPr>
          <w:cantSplit/>
          <w:tblHeader/>
        </w:trPr>
        <w:tc>
          <w:tcPr>
            <w:tcW w:w="2500" w:type="dxa"/>
            <w:tcBorders>
              <w:top w:val="single" w:sz="4" w:space="0" w:color="6A6A62"/>
              <w:left w:val="nil"/>
              <w:bottom w:val="single" w:sz="4" w:space="0" w:color="6A6A62"/>
              <w:right w:val="nil"/>
            </w:tcBorders>
            <w:shd w:val="clear" w:color="auto" w:fill="D7D5C2"/>
            <w:tcMar>
              <w:top w:w="80" w:type="dxa"/>
              <w:left w:w="120" w:type="dxa"/>
              <w:bottom w:w="80" w:type="dxa"/>
              <w:right w:w="120" w:type="dxa"/>
            </w:tcMar>
            <w:vAlign w:val="center"/>
          </w:tcPr>
          <w:p w14:paraId="406B5082" w14:textId="77777777" w:rsidR="0008539F" w:rsidRDefault="00000000">
            <w:r>
              <w:rPr>
                <w:b/>
              </w:rPr>
              <w:t>Section/topic</w:t>
            </w:r>
          </w:p>
        </w:tc>
        <w:tc>
          <w:tcPr>
            <w:tcW w:w="720" w:type="dxa"/>
            <w:tcBorders>
              <w:top w:val="single" w:sz="4" w:space="0" w:color="6A6A62"/>
              <w:left w:val="nil"/>
              <w:bottom w:val="single" w:sz="4" w:space="0" w:color="6A6A62"/>
              <w:right w:val="nil"/>
            </w:tcBorders>
            <w:shd w:val="clear" w:color="auto" w:fill="D7D5C2"/>
            <w:tcMar>
              <w:top w:w="80" w:type="dxa"/>
              <w:left w:w="120" w:type="dxa"/>
              <w:bottom w:w="80" w:type="dxa"/>
              <w:right w:w="120" w:type="dxa"/>
            </w:tcMar>
            <w:vAlign w:val="center"/>
          </w:tcPr>
          <w:p w14:paraId="6FFC5A93" w14:textId="77777777" w:rsidR="0008539F" w:rsidRDefault="00000000">
            <w:pPr>
              <w:jc w:val="center"/>
            </w:pPr>
            <w:r>
              <w:rPr>
                <w:b/>
              </w:rPr>
              <w:t>No</w:t>
            </w:r>
          </w:p>
        </w:tc>
        <w:tc>
          <w:tcPr>
            <w:tcW w:w="10654" w:type="dxa"/>
            <w:tcBorders>
              <w:top w:val="single" w:sz="4" w:space="0" w:color="6A6A62"/>
              <w:left w:val="nil"/>
              <w:bottom w:val="single" w:sz="4" w:space="0" w:color="6A6A62"/>
              <w:right w:val="nil"/>
            </w:tcBorders>
            <w:shd w:val="clear" w:color="auto" w:fill="D7D5C2"/>
            <w:tcMar>
              <w:top w:w="80" w:type="dxa"/>
              <w:left w:w="120" w:type="dxa"/>
              <w:bottom w:w="80" w:type="dxa"/>
              <w:right w:w="120" w:type="dxa"/>
            </w:tcMar>
            <w:vAlign w:val="center"/>
          </w:tcPr>
          <w:p w14:paraId="3F2BA0F4" w14:textId="77777777" w:rsidR="0008539F" w:rsidRDefault="00000000">
            <w:r>
              <w:rPr>
                <w:b/>
              </w:rPr>
              <w:t>CONSORT 2025 checklist item description</w:t>
            </w:r>
          </w:p>
        </w:tc>
        <w:tc>
          <w:tcPr>
            <w:tcW w:w="1520" w:type="dxa"/>
            <w:tcBorders>
              <w:top w:val="single" w:sz="4" w:space="0" w:color="6A6A62"/>
              <w:left w:val="nil"/>
              <w:bottom w:val="single" w:sz="4" w:space="0" w:color="6A6A62"/>
              <w:right w:val="nil"/>
            </w:tcBorders>
            <w:shd w:val="clear" w:color="auto" w:fill="D7D5C2"/>
            <w:tcMar>
              <w:top w:w="80" w:type="dxa"/>
              <w:left w:w="120" w:type="dxa"/>
              <w:bottom w:w="80" w:type="dxa"/>
              <w:right w:w="120" w:type="dxa"/>
            </w:tcMar>
            <w:vAlign w:val="center"/>
          </w:tcPr>
          <w:p w14:paraId="07CA8BAF" w14:textId="77777777" w:rsidR="0008539F" w:rsidRDefault="00000000">
            <w:pPr>
              <w:jc w:val="center"/>
            </w:pPr>
            <w:r>
              <w:rPr>
                <w:b/>
              </w:rPr>
              <w:t>Reported on</w:t>
            </w:r>
            <w:r>
              <w:rPr>
                <w:b/>
              </w:rPr>
              <w:br/>
              <w:t>page No.</w:t>
            </w:r>
          </w:p>
        </w:tc>
      </w:tr>
      <w:tr w:rsidR="0008539F" w14:paraId="3F90094E" w14:textId="77777777">
        <w:trPr>
          <w:cantSplit/>
        </w:trPr>
        <w:tc>
          <w:tcPr>
            <w:tcW w:w="250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1943B4B4" w14:textId="77777777" w:rsidR="0008539F" w:rsidRDefault="00000000">
            <w:r>
              <w:rPr>
                <w:b/>
                <w:sz w:val="19"/>
              </w:rPr>
              <w:t>Title and abstract</w:t>
            </w:r>
          </w:p>
        </w:tc>
        <w:tc>
          <w:tcPr>
            <w:tcW w:w="7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55780B3F" w14:textId="77777777" w:rsidR="0008539F" w:rsidRDefault="0008539F"/>
        </w:tc>
        <w:tc>
          <w:tcPr>
            <w:tcW w:w="10654"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79545E62" w14:textId="77777777" w:rsidR="0008539F" w:rsidRDefault="0008539F"/>
        </w:tc>
        <w:tc>
          <w:tcPr>
            <w:tcW w:w="15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34B5DA9A" w14:textId="3D3C1C43" w:rsidR="0008539F" w:rsidRDefault="00FD37E0" w:rsidP="00FD37E0">
            <w:pPr>
              <w:jc w:val="center"/>
            </w:pPr>
            <w:r>
              <w:t>1</w:t>
            </w:r>
          </w:p>
        </w:tc>
      </w:tr>
      <w:tr w:rsidR="0008539F" w14:paraId="58E8963A" w14:textId="77777777">
        <w:trPr>
          <w:cantSplit/>
        </w:trPr>
        <w:tc>
          <w:tcPr>
            <w:tcW w:w="2500" w:type="dxa"/>
            <w:vMerge w:val="restart"/>
            <w:tcBorders>
              <w:top w:val="single" w:sz="4" w:space="0" w:color="6A6A62"/>
              <w:left w:val="nil"/>
              <w:bottom w:val="single" w:sz="4" w:space="0" w:color="6A6A62"/>
              <w:right w:val="nil"/>
            </w:tcBorders>
            <w:tcMar>
              <w:top w:w="80" w:type="dxa"/>
              <w:left w:w="120" w:type="dxa"/>
              <w:bottom w:w="80" w:type="dxa"/>
              <w:right w:w="120" w:type="dxa"/>
            </w:tcMar>
            <w:vAlign w:val="center"/>
          </w:tcPr>
          <w:p w14:paraId="13C1DA7E" w14:textId="77777777" w:rsidR="0008539F" w:rsidRDefault="00000000">
            <w:r>
              <w:t>Title and structured abstract</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EE7CF7F" w14:textId="77777777" w:rsidR="0008539F" w:rsidRDefault="00000000">
            <w:pPr>
              <w:jc w:val="center"/>
            </w:pPr>
            <w:r>
              <w:t>1a</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E0FE5B2" w14:textId="77777777" w:rsidR="0008539F" w:rsidRDefault="00000000">
            <w:r>
              <w:t>Identification as a randomized trial</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2EBBE18" w14:textId="46151C51" w:rsidR="0008539F" w:rsidRDefault="00FD37E0" w:rsidP="00FD37E0">
            <w:pPr>
              <w:jc w:val="center"/>
            </w:pPr>
            <w:r>
              <w:t>1</w:t>
            </w:r>
          </w:p>
        </w:tc>
      </w:tr>
      <w:tr w:rsidR="0008539F" w14:paraId="06ABBF7F"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6DD8247B"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17FC74BA" w14:textId="77777777" w:rsidR="0008539F" w:rsidRDefault="00000000">
            <w:pPr>
              <w:jc w:val="center"/>
            </w:pPr>
            <w:r>
              <w:t>1b</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4B16C8BB" w14:textId="77777777" w:rsidR="0008539F" w:rsidRDefault="00000000">
            <w:r>
              <w:t>Structured summary of the trial design, methods, results, and conclusions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441F7A83" w14:textId="32EC316F" w:rsidR="0008539F" w:rsidRDefault="00FD37E0" w:rsidP="00FD37E0">
            <w:pPr>
              <w:jc w:val="center"/>
            </w:pPr>
            <w:r>
              <w:t>1</w:t>
            </w:r>
          </w:p>
        </w:tc>
      </w:tr>
      <w:tr w:rsidR="0008539F" w14:paraId="29BD4F3F" w14:textId="77777777">
        <w:trPr>
          <w:cantSplit/>
        </w:trPr>
        <w:tc>
          <w:tcPr>
            <w:tcW w:w="250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05DE1EB1" w14:textId="77777777" w:rsidR="0008539F" w:rsidRDefault="00000000">
            <w:r>
              <w:rPr>
                <w:b/>
                <w:sz w:val="19"/>
              </w:rPr>
              <w:t>Open science</w:t>
            </w:r>
          </w:p>
        </w:tc>
        <w:tc>
          <w:tcPr>
            <w:tcW w:w="7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354C1E94" w14:textId="77777777" w:rsidR="0008539F" w:rsidRDefault="0008539F"/>
        </w:tc>
        <w:tc>
          <w:tcPr>
            <w:tcW w:w="10654"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443DE909" w14:textId="77777777" w:rsidR="0008539F" w:rsidRDefault="0008539F"/>
        </w:tc>
        <w:tc>
          <w:tcPr>
            <w:tcW w:w="15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1621CCDF" w14:textId="2A313948" w:rsidR="0008539F" w:rsidRDefault="00FD37E0" w:rsidP="00FD37E0">
            <w:pPr>
              <w:jc w:val="center"/>
            </w:pPr>
            <w:r>
              <w:t>1</w:t>
            </w:r>
          </w:p>
        </w:tc>
      </w:tr>
      <w:tr w:rsidR="0008539F" w14:paraId="4D1B4BD0"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E95DB42" w14:textId="77777777" w:rsidR="0008539F" w:rsidRDefault="00000000">
            <w:r>
              <w:t>Trial registration</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60955BC" w14:textId="77777777" w:rsidR="0008539F" w:rsidRDefault="00000000">
            <w:pPr>
              <w:jc w:val="center"/>
            </w:pPr>
            <w:r>
              <w:t>2</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1F2AD036" w14:textId="77777777" w:rsidR="0008539F" w:rsidRDefault="00000000">
            <w:r>
              <w:t>Name of trial registry, identifying number (with URL) and date of registration</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488262F6" w14:textId="3A704406" w:rsidR="0008539F" w:rsidRDefault="00FD37E0" w:rsidP="00FD37E0">
            <w:pPr>
              <w:jc w:val="center"/>
            </w:pPr>
            <w:r>
              <w:t>1</w:t>
            </w:r>
          </w:p>
        </w:tc>
      </w:tr>
      <w:tr w:rsidR="0008539F" w14:paraId="198C3DCF"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2B38393D" w14:textId="77777777" w:rsidR="0008539F" w:rsidRDefault="00000000">
            <w:r>
              <w:t>Protocol and statistical analysis plan</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26F8A85C" w14:textId="77777777" w:rsidR="0008539F" w:rsidRDefault="00000000">
            <w:pPr>
              <w:jc w:val="center"/>
            </w:pPr>
            <w:r>
              <w:t>3</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2C5FAB0A" w14:textId="77777777" w:rsidR="0008539F" w:rsidRDefault="00000000">
            <w:r>
              <w:t>Where the trial protocol and statistical analysis plan can be accessed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D315B66" w14:textId="767B750A" w:rsidR="0008539F" w:rsidRDefault="00FD37E0" w:rsidP="00FD37E0">
            <w:pPr>
              <w:jc w:val="center"/>
            </w:pPr>
            <w:r>
              <w:t>3-6</w:t>
            </w:r>
          </w:p>
        </w:tc>
      </w:tr>
      <w:tr w:rsidR="0008539F" w14:paraId="0C358EE0"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42BFB74" w14:textId="77777777" w:rsidR="0008539F" w:rsidRDefault="00000000">
            <w:r>
              <w:t>Data sharing</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165A4F09" w14:textId="77777777" w:rsidR="0008539F" w:rsidRDefault="00000000">
            <w:pPr>
              <w:jc w:val="center"/>
            </w:pPr>
            <w:r>
              <w:t>4</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196C119" w14:textId="77777777" w:rsidR="0008539F" w:rsidRDefault="00000000">
            <w:r>
              <w:t>Where and how the individual de-identified participant data (including data dictionary), statistical code and any other materials can be accessed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F7A91BB" w14:textId="2B08E290" w:rsidR="0008539F" w:rsidRDefault="00FD37E0" w:rsidP="00FD37E0">
            <w:pPr>
              <w:jc w:val="center"/>
            </w:pPr>
            <w:r>
              <w:t>12</w:t>
            </w:r>
          </w:p>
        </w:tc>
      </w:tr>
      <w:tr w:rsidR="0008539F" w14:paraId="4C5A6B94" w14:textId="77777777">
        <w:trPr>
          <w:cantSplit/>
        </w:trPr>
        <w:tc>
          <w:tcPr>
            <w:tcW w:w="2500" w:type="dxa"/>
            <w:vMerge w:val="restart"/>
            <w:tcBorders>
              <w:top w:val="single" w:sz="4" w:space="0" w:color="6A6A62"/>
              <w:left w:val="nil"/>
              <w:bottom w:val="single" w:sz="4" w:space="0" w:color="6A6A62"/>
              <w:right w:val="nil"/>
            </w:tcBorders>
            <w:tcMar>
              <w:top w:w="80" w:type="dxa"/>
              <w:left w:w="120" w:type="dxa"/>
              <w:bottom w:w="80" w:type="dxa"/>
              <w:right w:w="120" w:type="dxa"/>
            </w:tcMar>
            <w:vAlign w:val="center"/>
          </w:tcPr>
          <w:p w14:paraId="7DB6D5FA" w14:textId="77777777" w:rsidR="0008539F" w:rsidRDefault="00000000">
            <w:r>
              <w:t>Funding and conflicts of interest</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A3BD745" w14:textId="77777777" w:rsidR="0008539F" w:rsidRDefault="00000000">
            <w:pPr>
              <w:jc w:val="center"/>
            </w:pPr>
            <w:r>
              <w:t>5a</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14BE7139" w14:textId="77777777" w:rsidR="0008539F" w:rsidRDefault="00000000">
            <w:r>
              <w:t>Sources of funding and other support (e.g., supply of drugs), and role of funders in the design, conduct, analysis and reporting of the trial</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90A548C" w14:textId="09CD5111" w:rsidR="0008539F" w:rsidRDefault="00FD37E0" w:rsidP="00FD37E0">
            <w:pPr>
              <w:jc w:val="center"/>
            </w:pPr>
            <w:r>
              <w:t>12</w:t>
            </w:r>
          </w:p>
        </w:tc>
      </w:tr>
      <w:tr w:rsidR="0008539F" w14:paraId="67776324"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43DDFC1C"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61D94DD" w14:textId="77777777" w:rsidR="0008539F" w:rsidRDefault="00000000">
            <w:pPr>
              <w:jc w:val="center"/>
            </w:pPr>
            <w:r>
              <w:t>5b</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27E4C232" w14:textId="77777777" w:rsidR="0008539F" w:rsidRDefault="00000000">
            <w:r>
              <w:t>Financial and other conflicts of interest of the manuscript authors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0DFABED3" w14:textId="6B053D93" w:rsidR="0008539F" w:rsidRDefault="00FD37E0" w:rsidP="00FD37E0">
            <w:pPr>
              <w:jc w:val="center"/>
            </w:pPr>
            <w:r>
              <w:t>12</w:t>
            </w:r>
          </w:p>
        </w:tc>
      </w:tr>
      <w:tr w:rsidR="0008539F" w14:paraId="25B732CE" w14:textId="77777777">
        <w:trPr>
          <w:cantSplit/>
        </w:trPr>
        <w:tc>
          <w:tcPr>
            <w:tcW w:w="250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6A2348A6" w14:textId="77777777" w:rsidR="0008539F" w:rsidRDefault="00000000">
            <w:r>
              <w:rPr>
                <w:b/>
                <w:sz w:val="19"/>
              </w:rPr>
              <w:t>Introduction</w:t>
            </w:r>
          </w:p>
        </w:tc>
        <w:tc>
          <w:tcPr>
            <w:tcW w:w="7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66A6E9B6" w14:textId="77777777" w:rsidR="0008539F" w:rsidRDefault="0008539F"/>
        </w:tc>
        <w:tc>
          <w:tcPr>
            <w:tcW w:w="10654"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2C60CA0E" w14:textId="77777777" w:rsidR="0008539F" w:rsidRDefault="0008539F"/>
        </w:tc>
        <w:tc>
          <w:tcPr>
            <w:tcW w:w="15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183433E2" w14:textId="03470480" w:rsidR="0008539F" w:rsidRDefault="00FD37E0" w:rsidP="00FD37E0">
            <w:pPr>
              <w:jc w:val="center"/>
            </w:pPr>
            <w:r>
              <w:t>2</w:t>
            </w:r>
          </w:p>
        </w:tc>
      </w:tr>
      <w:tr w:rsidR="0008539F" w14:paraId="0479C673"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024CA2D" w14:textId="77777777" w:rsidR="0008539F" w:rsidRDefault="00000000">
            <w:r>
              <w:t>Background and rationale</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1E6CE2D0" w14:textId="77777777" w:rsidR="0008539F" w:rsidRDefault="00000000">
            <w:pPr>
              <w:jc w:val="center"/>
            </w:pPr>
            <w:r>
              <w:t>6</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245FD76" w14:textId="77777777" w:rsidR="0008539F" w:rsidRDefault="00000000">
            <w:r>
              <w:t>Scientific background and rationale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2196D0F" w14:textId="56844258" w:rsidR="0008539F" w:rsidRDefault="00FD37E0" w:rsidP="00FD37E0">
            <w:pPr>
              <w:jc w:val="center"/>
            </w:pPr>
            <w:r>
              <w:t>2</w:t>
            </w:r>
          </w:p>
        </w:tc>
      </w:tr>
      <w:tr w:rsidR="0008539F" w14:paraId="6CB4A958"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4EBECFC4" w14:textId="77777777" w:rsidR="0008539F" w:rsidRDefault="00000000">
            <w:r>
              <w:t>Objectives</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9356F91" w14:textId="77777777" w:rsidR="0008539F" w:rsidRDefault="00000000">
            <w:pPr>
              <w:jc w:val="center"/>
            </w:pPr>
            <w:r>
              <w:t>7</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205CD96" w14:textId="77777777" w:rsidR="0008539F" w:rsidRDefault="00000000">
            <w:r>
              <w:t>Specific objectives related to benefits and harms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13ACF160" w14:textId="2AF20B61" w:rsidR="0008539F" w:rsidRDefault="00FD37E0" w:rsidP="00FD37E0">
            <w:pPr>
              <w:jc w:val="center"/>
            </w:pPr>
            <w:r>
              <w:t>3</w:t>
            </w:r>
          </w:p>
        </w:tc>
      </w:tr>
      <w:tr w:rsidR="0008539F" w14:paraId="3046D052" w14:textId="77777777">
        <w:trPr>
          <w:cantSplit/>
        </w:trPr>
        <w:tc>
          <w:tcPr>
            <w:tcW w:w="250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69D17B05" w14:textId="77777777" w:rsidR="0008539F" w:rsidRDefault="00000000">
            <w:r>
              <w:rPr>
                <w:b/>
                <w:sz w:val="19"/>
              </w:rPr>
              <w:t>Methods</w:t>
            </w:r>
          </w:p>
        </w:tc>
        <w:tc>
          <w:tcPr>
            <w:tcW w:w="7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246957F1" w14:textId="77777777" w:rsidR="0008539F" w:rsidRDefault="0008539F"/>
        </w:tc>
        <w:tc>
          <w:tcPr>
            <w:tcW w:w="10654"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785F8C51" w14:textId="77777777" w:rsidR="0008539F" w:rsidRDefault="0008539F"/>
        </w:tc>
        <w:tc>
          <w:tcPr>
            <w:tcW w:w="15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0497027B" w14:textId="5835A819" w:rsidR="0008539F" w:rsidRDefault="00FD37E0" w:rsidP="00FD37E0">
            <w:pPr>
              <w:jc w:val="center"/>
            </w:pPr>
            <w:r>
              <w:t>3</w:t>
            </w:r>
          </w:p>
        </w:tc>
      </w:tr>
      <w:tr w:rsidR="0008539F" w14:paraId="766497D1"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7B2B700" w14:textId="77777777" w:rsidR="0008539F" w:rsidRDefault="00000000">
            <w:r>
              <w:t>Patient and public involvement</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E235358" w14:textId="77777777" w:rsidR="0008539F" w:rsidRDefault="00000000">
            <w:pPr>
              <w:jc w:val="center"/>
            </w:pPr>
            <w:r>
              <w:t>8</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C41105C" w14:textId="77777777" w:rsidR="0008539F" w:rsidRDefault="00000000">
            <w:r>
              <w:t>Details of patient or public involvement in the design, conduct and reporting of the trial</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71D9EDE" w14:textId="1D7EBC33" w:rsidR="0008539F" w:rsidRDefault="00FD37E0" w:rsidP="00FD37E0">
            <w:pPr>
              <w:jc w:val="center"/>
            </w:pPr>
            <w:r>
              <w:t>3</w:t>
            </w:r>
          </w:p>
        </w:tc>
      </w:tr>
      <w:tr w:rsidR="0008539F" w14:paraId="0AC19655"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C211FB8" w14:textId="77777777" w:rsidR="0008539F" w:rsidRDefault="00000000">
            <w:r>
              <w:t>Trial design</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DCA93CF" w14:textId="77777777" w:rsidR="0008539F" w:rsidRDefault="00000000">
            <w:pPr>
              <w:jc w:val="center"/>
            </w:pPr>
            <w:r>
              <w:t>9</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F954E5C" w14:textId="77777777" w:rsidR="0008539F" w:rsidRDefault="00000000">
            <w:r>
              <w:t>Description of trial design including type of trial (e.g., parallel group or crossover), allocation ratio, and framework (for example, superiority, equivalence, non-inferiority or exploratory)</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DEBD119" w14:textId="19AC4F34" w:rsidR="0008539F" w:rsidRDefault="00FD37E0" w:rsidP="00FD37E0">
            <w:pPr>
              <w:jc w:val="center"/>
            </w:pPr>
            <w:r>
              <w:t>3</w:t>
            </w:r>
          </w:p>
        </w:tc>
      </w:tr>
      <w:tr w:rsidR="0008539F" w14:paraId="60032BBC"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FB1043C" w14:textId="77777777" w:rsidR="0008539F" w:rsidRDefault="00000000">
            <w:r>
              <w:lastRenderedPageBreak/>
              <w:t>Changes to trial protocol</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4FC44F9" w14:textId="77777777" w:rsidR="0008539F" w:rsidRDefault="00000000">
            <w:pPr>
              <w:jc w:val="center"/>
            </w:pPr>
            <w:r>
              <w:t>10</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CEEA965" w14:textId="77777777" w:rsidR="0008539F" w:rsidRDefault="00000000">
            <w:r>
              <w:t>Important changes to the trial after it commenced including any outcomes or analyses that were not prespecified, with reason</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4AE57696" w14:textId="42446D67" w:rsidR="0008539F" w:rsidRDefault="00FD37E0" w:rsidP="00FD37E0">
            <w:pPr>
              <w:jc w:val="center"/>
            </w:pPr>
            <w:r>
              <w:t>NA</w:t>
            </w:r>
          </w:p>
        </w:tc>
      </w:tr>
      <w:tr w:rsidR="0008539F" w14:paraId="6F2D63D1"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74B1C3EE" w14:textId="77777777" w:rsidR="0008539F" w:rsidRDefault="00000000">
            <w:r>
              <w:t>Trial setting</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2B66C3B" w14:textId="77777777" w:rsidR="0008539F" w:rsidRDefault="00000000">
            <w:pPr>
              <w:jc w:val="center"/>
            </w:pPr>
            <w:r>
              <w:t>11</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B630D7F" w14:textId="77777777" w:rsidR="0008539F" w:rsidRDefault="00000000">
            <w:r>
              <w:t>Settings (such as community or hospital) and locations (e.g., countries or sites) where the trial was conducted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209707D" w14:textId="7898824E" w:rsidR="0008539F" w:rsidRDefault="00FD37E0" w:rsidP="00FD37E0">
            <w:pPr>
              <w:jc w:val="center"/>
            </w:pPr>
            <w:r>
              <w:t>4</w:t>
            </w:r>
          </w:p>
        </w:tc>
      </w:tr>
      <w:tr w:rsidR="0008539F" w14:paraId="4787DAA7" w14:textId="77777777">
        <w:trPr>
          <w:cantSplit/>
        </w:trPr>
        <w:tc>
          <w:tcPr>
            <w:tcW w:w="2500" w:type="dxa"/>
            <w:vMerge w:val="restart"/>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B5B453C" w14:textId="77777777" w:rsidR="0008539F" w:rsidRDefault="00000000">
            <w:r>
              <w:t>Eligibility criteria</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77BCF76" w14:textId="77777777" w:rsidR="0008539F" w:rsidRDefault="00000000">
            <w:pPr>
              <w:jc w:val="center"/>
            </w:pPr>
            <w:r>
              <w:t>12a</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3D2B258" w14:textId="77777777" w:rsidR="0008539F" w:rsidRDefault="00000000">
            <w:r>
              <w:t>Eligibility criteria for participants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5109097" w14:textId="216F6E1B" w:rsidR="0008539F" w:rsidRDefault="00FD37E0" w:rsidP="00FD37E0">
            <w:pPr>
              <w:jc w:val="center"/>
            </w:pPr>
            <w:r>
              <w:t>3</w:t>
            </w:r>
          </w:p>
        </w:tc>
      </w:tr>
      <w:tr w:rsidR="0008539F" w14:paraId="02FEFEDF" w14:textId="77777777">
        <w:trPr>
          <w:cantSplit/>
        </w:trPr>
        <w:tc>
          <w:tcPr>
            <w:tcW w:w="2500" w:type="dxa"/>
            <w:vMerge/>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41DC24CA" w14:textId="77777777" w:rsidR="0008539F" w:rsidRDefault="0008539F"/>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57C3758" w14:textId="77777777" w:rsidR="0008539F" w:rsidRDefault="00000000">
            <w:pPr>
              <w:jc w:val="center"/>
            </w:pPr>
            <w:r>
              <w:t>12b</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963FC43" w14:textId="77777777" w:rsidR="0008539F" w:rsidRDefault="00000000">
            <w:r>
              <w:t>If applicable, eligibility criteria for sites and for individuals delivering the interventions (e.g., surgeons or physiotherapists)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0BD1999E" w14:textId="4ADFD38E" w:rsidR="0008539F" w:rsidRDefault="00FD37E0" w:rsidP="00FD37E0">
            <w:pPr>
              <w:jc w:val="center"/>
            </w:pPr>
            <w:r>
              <w:t>3</w:t>
            </w:r>
          </w:p>
        </w:tc>
      </w:tr>
      <w:tr w:rsidR="0008539F" w14:paraId="7ECF6D44"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B845488" w14:textId="77777777" w:rsidR="0008539F" w:rsidRDefault="00000000">
            <w:r>
              <w:t>Intervention and comparator</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EAB9CA1" w14:textId="77777777" w:rsidR="0008539F" w:rsidRDefault="00000000">
            <w:pPr>
              <w:jc w:val="center"/>
            </w:pPr>
            <w:r>
              <w:t>13</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48A4B84D" w14:textId="77777777" w:rsidR="0008539F" w:rsidRDefault="00000000">
            <w:r>
              <w:t>Intervention and comparator with sufficient details to allow replication. If relevant, where additional materials describing the intervention and comparator (e.g., intervention manual) can be accessed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23F3B36" w14:textId="175DF4F1" w:rsidR="0008539F" w:rsidRDefault="00FD37E0" w:rsidP="00FD37E0">
            <w:pPr>
              <w:jc w:val="center"/>
            </w:pPr>
            <w:r>
              <w:t>4</w:t>
            </w:r>
          </w:p>
        </w:tc>
      </w:tr>
      <w:tr w:rsidR="0008539F" w14:paraId="2DD74728"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69FC435" w14:textId="77777777" w:rsidR="0008539F" w:rsidRDefault="00000000">
            <w:r>
              <w:t>Outcomes</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A3724DB" w14:textId="77777777" w:rsidR="0008539F" w:rsidRDefault="00000000">
            <w:pPr>
              <w:jc w:val="center"/>
            </w:pPr>
            <w:r>
              <w:t>14</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08DCC49" w14:textId="77777777" w:rsidR="0008539F" w:rsidRDefault="00000000">
            <w:r>
              <w:t>Prespecified primary and secondary outcomes, including the specific measurement variable (e.g., systolic blood pressure), analysis metric (for example, change from baseline, final value, time to event), method of aggregation (e.g., median, proportion), and time point for each outcome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3AE2E77C" w14:textId="35B282B5" w:rsidR="0008539F" w:rsidRDefault="00FD37E0" w:rsidP="00FD37E0">
            <w:pPr>
              <w:jc w:val="center"/>
            </w:pPr>
            <w:r>
              <w:t>5, 6</w:t>
            </w:r>
          </w:p>
        </w:tc>
      </w:tr>
      <w:tr w:rsidR="0008539F" w14:paraId="7B29899E"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6D18B78" w14:textId="77777777" w:rsidR="0008539F" w:rsidRDefault="00000000">
            <w:r>
              <w:t>Harms</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1FE04E71" w14:textId="77777777" w:rsidR="0008539F" w:rsidRDefault="00000000">
            <w:pPr>
              <w:jc w:val="center"/>
            </w:pPr>
            <w:r>
              <w:t>15</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7B2E0257" w14:textId="77777777" w:rsidR="0008539F" w:rsidRDefault="00000000">
            <w:r>
              <w:t>How harms were defined and assessed (e.g., systematically or non-systematically)</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F1CB3C6" w14:textId="05CA9FC5" w:rsidR="0008539F" w:rsidRDefault="004C0FB1" w:rsidP="00FD37E0">
            <w:pPr>
              <w:jc w:val="center"/>
              <w:rPr>
                <w:rFonts w:hint="eastAsia"/>
                <w:lang w:eastAsia="zh-CN"/>
              </w:rPr>
            </w:pPr>
            <w:r>
              <w:rPr>
                <w:rFonts w:hint="eastAsia"/>
                <w:lang w:eastAsia="zh-CN"/>
              </w:rPr>
              <w:t>3</w:t>
            </w:r>
          </w:p>
        </w:tc>
      </w:tr>
      <w:tr w:rsidR="0008539F" w14:paraId="3858B921" w14:textId="77777777">
        <w:trPr>
          <w:cantSplit/>
        </w:trPr>
        <w:tc>
          <w:tcPr>
            <w:tcW w:w="2500" w:type="dxa"/>
            <w:vMerge w:val="restart"/>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39178AD" w14:textId="77777777" w:rsidR="0008539F" w:rsidRDefault="00000000">
            <w:r>
              <w:t>Sample size</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ECF2523" w14:textId="77777777" w:rsidR="0008539F" w:rsidRDefault="00000000">
            <w:pPr>
              <w:jc w:val="center"/>
            </w:pPr>
            <w:r>
              <w:t>16a</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BD0BAEE" w14:textId="77777777" w:rsidR="0008539F" w:rsidRDefault="00000000">
            <w:r>
              <w:t>How sample size was determined, including all assumptions supporting the sample size calculation</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41A0292F" w14:textId="495FECFB" w:rsidR="0008539F" w:rsidRDefault="004C0FB1" w:rsidP="00FD37E0">
            <w:pPr>
              <w:jc w:val="center"/>
              <w:rPr>
                <w:rFonts w:hint="eastAsia"/>
                <w:lang w:eastAsia="zh-CN"/>
              </w:rPr>
            </w:pPr>
            <w:r>
              <w:rPr>
                <w:rFonts w:hint="eastAsia"/>
                <w:lang w:eastAsia="zh-CN"/>
              </w:rPr>
              <w:t>3</w:t>
            </w:r>
          </w:p>
        </w:tc>
      </w:tr>
      <w:tr w:rsidR="0008539F" w14:paraId="09682F99" w14:textId="77777777">
        <w:trPr>
          <w:cantSplit/>
        </w:trPr>
        <w:tc>
          <w:tcPr>
            <w:tcW w:w="2500" w:type="dxa"/>
            <w:vMerge/>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EC304A6" w14:textId="77777777" w:rsidR="0008539F" w:rsidRDefault="0008539F"/>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A963017" w14:textId="77777777" w:rsidR="0008539F" w:rsidRDefault="00000000">
            <w:pPr>
              <w:jc w:val="center"/>
            </w:pPr>
            <w:r>
              <w:t>16b</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4EBFCFC0" w14:textId="77777777" w:rsidR="0008539F" w:rsidRDefault="00000000">
            <w:r>
              <w:t>Explanation of any interim analyses and stopping guidelines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F91DA15" w14:textId="6735250E" w:rsidR="0008539F" w:rsidRDefault="000632A7" w:rsidP="00FD37E0">
            <w:pPr>
              <w:jc w:val="center"/>
              <w:rPr>
                <w:rFonts w:hint="eastAsia"/>
                <w:lang w:eastAsia="zh-CN"/>
              </w:rPr>
            </w:pPr>
            <w:r>
              <w:rPr>
                <w:rFonts w:hint="eastAsia"/>
                <w:lang w:eastAsia="zh-CN"/>
              </w:rPr>
              <w:t>3</w:t>
            </w:r>
          </w:p>
        </w:tc>
      </w:tr>
      <w:tr w:rsidR="0008539F" w14:paraId="1CB95897" w14:textId="77777777">
        <w:trPr>
          <w:cantSplit/>
        </w:trPr>
        <w:tc>
          <w:tcPr>
            <w:tcW w:w="2500" w:type="dxa"/>
            <w:tcBorders>
              <w:top w:val="single" w:sz="4" w:space="0" w:color="6A6A62"/>
              <w:left w:val="nil"/>
              <w:bottom w:val="single" w:sz="4" w:space="0" w:color="6A6A62"/>
              <w:right w:val="nil"/>
            </w:tcBorders>
            <w:shd w:val="clear" w:color="auto" w:fill="F0EFE8"/>
            <w:tcMar>
              <w:top w:w="80" w:type="dxa"/>
              <w:left w:w="120" w:type="dxa"/>
              <w:bottom w:w="80" w:type="dxa"/>
              <w:right w:w="120" w:type="dxa"/>
            </w:tcMar>
            <w:vAlign w:val="center"/>
          </w:tcPr>
          <w:p w14:paraId="7CF6BD7F" w14:textId="77777777" w:rsidR="0008539F" w:rsidRDefault="00000000">
            <w:r>
              <w:t>Randomization:</w:t>
            </w:r>
          </w:p>
        </w:tc>
        <w:tc>
          <w:tcPr>
            <w:tcW w:w="720" w:type="dxa"/>
            <w:tcBorders>
              <w:top w:val="single" w:sz="4" w:space="0" w:color="6A6A62"/>
              <w:left w:val="nil"/>
              <w:bottom w:val="single" w:sz="4" w:space="0" w:color="6A6A62"/>
              <w:right w:val="nil"/>
            </w:tcBorders>
            <w:shd w:val="clear" w:color="auto" w:fill="F0EFE8"/>
            <w:tcMar>
              <w:top w:w="80" w:type="dxa"/>
              <w:left w:w="120" w:type="dxa"/>
              <w:bottom w:w="80" w:type="dxa"/>
              <w:right w:w="120" w:type="dxa"/>
            </w:tcMar>
            <w:vAlign w:val="center"/>
          </w:tcPr>
          <w:p w14:paraId="20D0A4D4" w14:textId="77777777" w:rsidR="0008539F" w:rsidRDefault="0008539F"/>
        </w:tc>
        <w:tc>
          <w:tcPr>
            <w:tcW w:w="10654" w:type="dxa"/>
            <w:tcBorders>
              <w:top w:val="single" w:sz="4" w:space="0" w:color="6A6A62"/>
              <w:left w:val="nil"/>
              <w:bottom w:val="single" w:sz="4" w:space="0" w:color="6A6A62"/>
              <w:right w:val="nil"/>
            </w:tcBorders>
            <w:shd w:val="clear" w:color="auto" w:fill="F0EFE8"/>
            <w:tcMar>
              <w:top w:w="80" w:type="dxa"/>
              <w:left w:w="120" w:type="dxa"/>
              <w:bottom w:w="80" w:type="dxa"/>
              <w:right w:w="120" w:type="dxa"/>
            </w:tcMar>
            <w:vAlign w:val="center"/>
          </w:tcPr>
          <w:p w14:paraId="7F501DDF" w14:textId="77777777" w:rsidR="0008539F" w:rsidRDefault="0008539F"/>
        </w:tc>
        <w:tc>
          <w:tcPr>
            <w:tcW w:w="1520" w:type="dxa"/>
            <w:tcBorders>
              <w:top w:val="single" w:sz="4" w:space="0" w:color="6A6A62"/>
              <w:left w:val="nil"/>
              <w:bottom w:val="single" w:sz="4" w:space="0" w:color="6A6A62"/>
              <w:right w:val="nil"/>
            </w:tcBorders>
            <w:shd w:val="clear" w:color="auto" w:fill="F0EFE8"/>
            <w:tcMar>
              <w:top w:w="80" w:type="dxa"/>
              <w:left w:w="120" w:type="dxa"/>
              <w:bottom w:w="80" w:type="dxa"/>
              <w:right w:w="120" w:type="dxa"/>
            </w:tcMar>
            <w:vAlign w:val="center"/>
          </w:tcPr>
          <w:p w14:paraId="3F96F171" w14:textId="7095D542" w:rsidR="0008539F" w:rsidRDefault="000632A7" w:rsidP="00FD37E0">
            <w:pPr>
              <w:jc w:val="center"/>
            </w:pPr>
            <w:r>
              <w:t>3</w:t>
            </w:r>
          </w:p>
        </w:tc>
      </w:tr>
      <w:tr w:rsidR="0008539F" w14:paraId="035D51B8" w14:textId="77777777">
        <w:trPr>
          <w:cantSplit/>
        </w:trPr>
        <w:tc>
          <w:tcPr>
            <w:tcW w:w="2500" w:type="dxa"/>
            <w:vMerge w:val="restart"/>
            <w:tcBorders>
              <w:top w:val="single" w:sz="4" w:space="0" w:color="6A6A62"/>
              <w:left w:val="nil"/>
              <w:bottom w:val="single" w:sz="4" w:space="0" w:color="6A6A62"/>
              <w:right w:val="nil"/>
            </w:tcBorders>
            <w:tcMar>
              <w:top w:w="80" w:type="dxa"/>
              <w:left w:w="120" w:type="dxa"/>
              <w:bottom w:w="80" w:type="dxa"/>
              <w:right w:w="120" w:type="dxa"/>
            </w:tcMar>
            <w:vAlign w:val="center"/>
          </w:tcPr>
          <w:p w14:paraId="0D8858D9" w14:textId="77777777" w:rsidR="0008539F" w:rsidRDefault="00000000">
            <w:r>
              <w:t>Sequence generation</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42C534F4" w14:textId="77777777" w:rsidR="0008539F" w:rsidRDefault="00000000">
            <w:pPr>
              <w:jc w:val="center"/>
            </w:pPr>
            <w:r>
              <w:t>17a</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228D505B" w14:textId="77777777" w:rsidR="0008539F" w:rsidRDefault="00000000">
            <w:r>
              <w:t>Who generated the random allocation sequence and the method used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2507320" w14:textId="17ED09CF" w:rsidR="0008539F" w:rsidRDefault="000632A7" w:rsidP="00FD37E0">
            <w:pPr>
              <w:jc w:val="center"/>
              <w:rPr>
                <w:rFonts w:hint="eastAsia"/>
                <w:lang w:eastAsia="zh-CN"/>
              </w:rPr>
            </w:pPr>
            <w:r>
              <w:rPr>
                <w:rFonts w:hint="eastAsia"/>
                <w:lang w:eastAsia="zh-CN"/>
              </w:rPr>
              <w:t>3</w:t>
            </w:r>
          </w:p>
        </w:tc>
      </w:tr>
      <w:tr w:rsidR="0008539F" w14:paraId="0FCA5572"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2E14B113"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AD9E657" w14:textId="77777777" w:rsidR="0008539F" w:rsidRDefault="00000000">
            <w:pPr>
              <w:jc w:val="center"/>
            </w:pPr>
            <w:r>
              <w:t>17b</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44667989" w14:textId="77777777" w:rsidR="0008539F" w:rsidRDefault="00000000">
            <w:r>
              <w:t>Type of randomization and details of any restriction (e.g., stratification, blocking and block size)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A516632" w14:textId="7B9E052A" w:rsidR="0008539F" w:rsidRDefault="000632A7" w:rsidP="00FD37E0">
            <w:pPr>
              <w:jc w:val="center"/>
              <w:rPr>
                <w:rFonts w:hint="eastAsia"/>
                <w:lang w:eastAsia="zh-CN"/>
              </w:rPr>
            </w:pPr>
            <w:r>
              <w:rPr>
                <w:rFonts w:hint="eastAsia"/>
                <w:lang w:eastAsia="zh-CN"/>
              </w:rPr>
              <w:t>3</w:t>
            </w:r>
          </w:p>
        </w:tc>
      </w:tr>
      <w:tr w:rsidR="0008539F" w14:paraId="340B5D9C"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03CC29D" w14:textId="77777777" w:rsidR="0008539F" w:rsidRDefault="00000000">
            <w:r>
              <w:t>Allocation concealment mechanism</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1602F6D3" w14:textId="77777777" w:rsidR="0008539F" w:rsidRDefault="00000000">
            <w:pPr>
              <w:jc w:val="center"/>
            </w:pPr>
            <w:r>
              <w:t>18</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AC3C4D0" w14:textId="77777777" w:rsidR="0008539F" w:rsidRDefault="00000000">
            <w:r>
              <w:t>Mechanism used to implement the random allocation sequence (e.g., central computer/telephone; sequentially numbered, opaque, sealed containers), describing any steps to conceal the sequence until interventions were assigned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13620FF8" w14:textId="78391A95" w:rsidR="0008539F" w:rsidRDefault="000632A7" w:rsidP="00FD37E0">
            <w:pPr>
              <w:jc w:val="center"/>
              <w:rPr>
                <w:rFonts w:hint="eastAsia"/>
                <w:lang w:eastAsia="zh-CN"/>
              </w:rPr>
            </w:pPr>
            <w:r>
              <w:rPr>
                <w:rFonts w:hint="eastAsia"/>
                <w:lang w:eastAsia="zh-CN"/>
              </w:rPr>
              <w:t>3</w:t>
            </w:r>
          </w:p>
        </w:tc>
      </w:tr>
      <w:tr w:rsidR="0008539F" w14:paraId="65C3FDA1"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312EC36" w14:textId="77777777" w:rsidR="0008539F" w:rsidRDefault="00000000">
            <w:r>
              <w:t>Implementation</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77FC927B" w14:textId="77777777" w:rsidR="0008539F" w:rsidRDefault="00000000">
            <w:pPr>
              <w:jc w:val="center"/>
            </w:pPr>
            <w:r>
              <w:t>19</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2F8C61BC" w14:textId="77777777" w:rsidR="0008539F" w:rsidRDefault="00000000">
            <w:r>
              <w:t>Whether the personnel who enrolled and those who assigned participants to the interventions had access to the random allocation sequence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378E3640" w14:textId="41BDCFEC" w:rsidR="0008539F" w:rsidRDefault="000632A7" w:rsidP="00FD37E0">
            <w:pPr>
              <w:jc w:val="center"/>
              <w:rPr>
                <w:rFonts w:hint="eastAsia"/>
                <w:lang w:eastAsia="zh-CN"/>
              </w:rPr>
            </w:pPr>
            <w:r>
              <w:rPr>
                <w:rFonts w:hint="eastAsia"/>
                <w:lang w:eastAsia="zh-CN"/>
              </w:rPr>
              <w:t>3</w:t>
            </w:r>
          </w:p>
        </w:tc>
      </w:tr>
      <w:tr w:rsidR="0008539F" w14:paraId="4281EC19" w14:textId="77777777">
        <w:trPr>
          <w:cantSplit/>
        </w:trPr>
        <w:tc>
          <w:tcPr>
            <w:tcW w:w="2500" w:type="dxa"/>
            <w:vMerge w:val="restart"/>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AE5F529" w14:textId="77777777" w:rsidR="0008539F" w:rsidRDefault="00000000">
            <w:r>
              <w:t>Blinding</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2FB0068" w14:textId="77777777" w:rsidR="0008539F" w:rsidRDefault="00000000">
            <w:pPr>
              <w:jc w:val="center"/>
            </w:pPr>
            <w:r>
              <w:t>20a</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24B7FCF" w14:textId="77777777" w:rsidR="0008539F" w:rsidRDefault="00000000">
            <w:r>
              <w:t>Who was blinded after assignment to interventions (e.g., participants, care providers, outcome assessors, data analysts)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572DC80" w14:textId="4714E7BA" w:rsidR="0008539F" w:rsidRDefault="00FC1623" w:rsidP="00FD37E0">
            <w:pPr>
              <w:jc w:val="center"/>
            </w:pPr>
            <w:r>
              <w:t>3</w:t>
            </w:r>
          </w:p>
        </w:tc>
      </w:tr>
      <w:tr w:rsidR="0008539F" w14:paraId="602E941F" w14:textId="77777777">
        <w:trPr>
          <w:cantSplit/>
        </w:trPr>
        <w:tc>
          <w:tcPr>
            <w:tcW w:w="2500" w:type="dxa"/>
            <w:vMerge/>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0D4B6482" w14:textId="77777777" w:rsidR="0008539F" w:rsidRDefault="0008539F"/>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05B9882" w14:textId="77777777" w:rsidR="0008539F" w:rsidRDefault="00000000">
            <w:pPr>
              <w:jc w:val="center"/>
            </w:pPr>
            <w:r>
              <w:t>20b</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4F67F6D" w14:textId="77777777" w:rsidR="0008539F" w:rsidRDefault="00000000">
            <w:r>
              <w:t>If blinded, how blinding was achieved and description of the similarity of interventions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F836E63" w14:textId="080A9CFF" w:rsidR="0008539F" w:rsidRDefault="00FC1623" w:rsidP="00FD37E0">
            <w:pPr>
              <w:jc w:val="center"/>
            </w:pPr>
            <w:r>
              <w:t>3</w:t>
            </w:r>
          </w:p>
        </w:tc>
      </w:tr>
      <w:tr w:rsidR="0008539F" w14:paraId="5A5378AF" w14:textId="77777777">
        <w:trPr>
          <w:cantSplit/>
        </w:trPr>
        <w:tc>
          <w:tcPr>
            <w:tcW w:w="2500" w:type="dxa"/>
            <w:vMerge w:val="restart"/>
            <w:tcBorders>
              <w:top w:val="single" w:sz="4" w:space="0" w:color="6A6A62"/>
              <w:left w:val="nil"/>
              <w:bottom w:val="single" w:sz="4" w:space="0" w:color="6A6A62"/>
              <w:right w:val="nil"/>
            </w:tcBorders>
            <w:tcMar>
              <w:top w:w="80" w:type="dxa"/>
              <w:left w:w="120" w:type="dxa"/>
              <w:bottom w:w="80" w:type="dxa"/>
              <w:right w:w="120" w:type="dxa"/>
            </w:tcMar>
            <w:vAlign w:val="center"/>
          </w:tcPr>
          <w:p w14:paraId="75F54007" w14:textId="77777777" w:rsidR="0008539F" w:rsidRDefault="00000000">
            <w:r>
              <w:t>Statistical methods</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5CA6336B" w14:textId="77777777" w:rsidR="0008539F" w:rsidRDefault="00000000">
            <w:pPr>
              <w:jc w:val="center"/>
            </w:pPr>
            <w:r>
              <w:t>21a</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F0F78D8" w14:textId="77777777" w:rsidR="0008539F" w:rsidRDefault="00000000">
            <w:r>
              <w:t>Statistical methods used to compare groups for primary and secondary outcomes, including harms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3F9BE2AA" w14:textId="2F4A77CA" w:rsidR="0008539F" w:rsidRDefault="00FC1623" w:rsidP="00FD37E0">
            <w:pPr>
              <w:jc w:val="center"/>
            </w:pPr>
            <w:r>
              <w:t>6</w:t>
            </w:r>
          </w:p>
        </w:tc>
      </w:tr>
      <w:tr w:rsidR="0008539F" w14:paraId="733175CD"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4F49C51D"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5C1BC6D2" w14:textId="77777777" w:rsidR="0008539F" w:rsidRDefault="00000000">
            <w:pPr>
              <w:jc w:val="center"/>
            </w:pPr>
            <w:r>
              <w:t>21b</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0A74599" w14:textId="77777777" w:rsidR="0008539F" w:rsidRDefault="00000000">
            <w:r>
              <w:t>Definition of who is included in each analysis (e.g., all randomized participants), and in which group</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1C25DA39" w14:textId="56E25F9E" w:rsidR="0008539F" w:rsidRDefault="00FC1623" w:rsidP="00FD37E0">
            <w:pPr>
              <w:jc w:val="center"/>
            </w:pPr>
            <w:r>
              <w:t>3</w:t>
            </w:r>
          </w:p>
        </w:tc>
      </w:tr>
      <w:tr w:rsidR="0008539F" w14:paraId="38B73EB4"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4B81230C"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42A5AA7" w14:textId="77777777" w:rsidR="0008539F" w:rsidRDefault="00000000">
            <w:pPr>
              <w:jc w:val="center"/>
            </w:pPr>
            <w:r>
              <w:t>21c</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57E48398" w14:textId="77777777" w:rsidR="0008539F" w:rsidRDefault="00000000">
            <w:r>
              <w:t>How missing data were handled in the analysis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49950A2" w14:textId="457B0511" w:rsidR="0008539F" w:rsidRDefault="00FC1623" w:rsidP="00FD37E0">
            <w:pPr>
              <w:jc w:val="center"/>
            </w:pPr>
            <w:r>
              <w:t>3</w:t>
            </w:r>
          </w:p>
        </w:tc>
      </w:tr>
      <w:tr w:rsidR="0008539F" w14:paraId="5FFB72FB"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68ED4FF0"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73208E24" w14:textId="77777777" w:rsidR="0008539F" w:rsidRDefault="00000000">
            <w:pPr>
              <w:jc w:val="center"/>
            </w:pPr>
            <w:r>
              <w:t>21d</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42F9E0C2" w14:textId="77777777" w:rsidR="0008539F" w:rsidRDefault="00000000">
            <w:r>
              <w:t>Methods for any additional analyses (e.g., subgroup and sensitivity analyses), distinguishing prespecified from post hoc</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073038B0" w14:textId="55871550" w:rsidR="0008539F" w:rsidRDefault="00FC1623" w:rsidP="00FD37E0">
            <w:pPr>
              <w:jc w:val="center"/>
            </w:pPr>
            <w:r>
              <w:t>NA</w:t>
            </w:r>
          </w:p>
        </w:tc>
      </w:tr>
      <w:tr w:rsidR="0008539F" w14:paraId="5864A3B0" w14:textId="77777777">
        <w:trPr>
          <w:cantSplit/>
        </w:trPr>
        <w:tc>
          <w:tcPr>
            <w:tcW w:w="250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4C76E61E" w14:textId="77777777" w:rsidR="0008539F" w:rsidRDefault="00000000">
            <w:r>
              <w:rPr>
                <w:b/>
                <w:sz w:val="19"/>
              </w:rPr>
              <w:t>Results</w:t>
            </w:r>
          </w:p>
        </w:tc>
        <w:tc>
          <w:tcPr>
            <w:tcW w:w="7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0866EC10" w14:textId="77777777" w:rsidR="0008539F" w:rsidRDefault="0008539F"/>
        </w:tc>
        <w:tc>
          <w:tcPr>
            <w:tcW w:w="10654"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6F7AC926" w14:textId="77777777" w:rsidR="0008539F" w:rsidRDefault="0008539F"/>
        </w:tc>
        <w:tc>
          <w:tcPr>
            <w:tcW w:w="15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54839E81" w14:textId="77777777" w:rsidR="0008539F" w:rsidRDefault="0008539F" w:rsidP="00FD37E0">
            <w:pPr>
              <w:jc w:val="center"/>
            </w:pPr>
          </w:p>
        </w:tc>
      </w:tr>
      <w:tr w:rsidR="0008539F" w14:paraId="65EA14EE" w14:textId="77777777">
        <w:trPr>
          <w:cantSplit/>
        </w:trPr>
        <w:tc>
          <w:tcPr>
            <w:tcW w:w="2500" w:type="dxa"/>
            <w:vMerge w:val="restart"/>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7E87533" w14:textId="77777777" w:rsidR="0008539F" w:rsidRDefault="00000000">
            <w:r>
              <w:lastRenderedPageBreak/>
              <w:t>Participant flow, including flow diagram</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1BE4EC56" w14:textId="77777777" w:rsidR="0008539F" w:rsidRDefault="00000000">
            <w:pPr>
              <w:jc w:val="center"/>
            </w:pPr>
            <w:r>
              <w:t>22a</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84B6BAB" w14:textId="77777777" w:rsidR="0008539F" w:rsidRDefault="00000000">
            <w:r>
              <w:t>For each group, the numbers of participants who were randomly assigned, received intended intervention, and were analyzed for the primary outcome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406E6373" w14:textId="32676FA9" w:rsidR="0008539F" w:rsidRDefault="00FC1623" w:rsidP="00FD37E0">
            <w:pPr>
              <w:jc w:val="center"/>
            </w:pPr>
            <w:r>
              <w:t>3</w:t>
            </w:r>
          </w:p>
        </w:tc>
      </w:tr>
      <w:tr w:rsidR="0008539F" w14:paraId="2E0B8DC4" w14:textId="77777777">
        <w:trPr>
          <w:cantSplit/>
        </w:trPr>
        <w:tc>
          <w:tcPr>
            <w:tcW w:w="2500" w:type="dxa"/>
            <w:vMerge/>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031ECB7" w14:textId="77777777" w:rsidR="0008539F" w:rsidRDefault="0008539F"/>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65304CA" w14:textId="77777777" w:rsidR="0008539F" w:rsidRDefault="00000000">
            <w:pPr>
              <w:jc w:val="center"/>
            </w:pPr>
            <w:r>
              <w:t>22b</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9EBB131" w14:textId="77777777" w:rsidR="0008539F" w:rsidRDefault="00000000">
            <w:r>
              <w:t>For each group, losses and exclusions after randomization, together with reasons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11F98FBA" w14:textId="523ABCBD" w:rsidR="0008539F" w:rsidRDefault="00FC1623" w:rsidP="00FD37E0">
            <w:pPr>
              <w:jc w:val="center"/>
            </w:pPr>
            <w:r>
              <w:t>3</w:t>
            </w:r>
          </w:p>
        </w:tc>
      </w:tr>
      <w:tr w:rsidR="0008539F" w14:paraId="3DC4C97A" w14:textId="77777777">
        <w:trPr>
          <w:cantSplit/>
        </w:trPr>
        <w:tc>
          <w:tcPr>
            <w:tcW w:w="2500" w:type="dxa"/>
            <w:vMerge w:val="restart"/>
            <w:tcBorders>
              <w:top w:val="single" w:sz="4" w:space="0" w:color="6A6A62"/>
              <w:left w:val="nil"/>
              <w:bottom w:val="single" w:sz="4" w:space="0" w:color="6A6A62"/>
              <w:right w:val="nil"/>
            </w:tcBorders>
            <w:tcMar>
              <w:top w:w="80" w:type="dxa"/>
              <w:left w:w="120" w:type="dxa"/>
              <w:bottom w:w="80" w:type="dxa"/>
              <w:right w:w="120" w:type="dxa"/>
            </w:tcMar>
            <w:vAlign w:val="center"/>
          </w:tcPr>
          <w:p w14:paraId="0C4A5EB7" w14:textId="77777777" w:rsidR="0008539F" w:rsidRDefault="00000000">
            <w:r>
              <w:t>Recruitment</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1C204309" w14:textId="77777777" w:rsidR="0008539F" w:rsidRDefault="00000000">
            <w:pPr>
              <w:jc w:val="center"/>
            </w:pPr>
            <w:r>
              <w:t>23a</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1CB87EB9" w14:textId="77777777" w:rsidR="0008539F" w:rsidRDefault="00000000">
            <w:r>
              <w:t>Dates defining the periods of recruitment and follow-up for outcomes of benefits and harms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CE23980" w14:textId="4533676F" w:rsidR="0008539F" w:rsidRDefault="00FC1623" w:rsidP="00FD37E0">
            <w:pPr>
              <w:jc w:val="center"/>
            </w:pPr>
            <w:r>
              <w:t>3</w:t>
            </w:r>
          </w:p>
        </w:tc>
      </w:tr>
      <w:tr w:rsidR="0008539F" w14:paraId="270450C3" w14:textId="77777777">
        <w:trPr>
          <w:cantSplit/>
        </w:trPr>
        <w:tc>
          <w:tcPr>
            <w:tcW w:w="2500" w:type="dxa"/>
            <w:vMerge/>
            <w:tcBorders>
              <w:top w:val="single" w:sz="4" w:space="0" w:color="6A6A62"/>
              <w:left w:val="nil"/>
              <w:bottom w:val="single" w:sz="4" w:space="0" w:color="6A6A62"/>
              <w:right w:val="nil"/>
            </w:tcBorders>
            <w:tcMar>
              <w:top w:w="80" w:type="dxa"/>
              <w:left w:w="120" w:type="dxa"/>
              <w:bottom w:w="80" w:type="dxa"/>
              <w:right w:w="120" w:type="dxa"/>
            </w:tcMar>
            <w:vAlign w:val="center"/>
          </w:tcPr>
          <w:p w14:paraId="41722F67" w14:textId="77777777" w:rsidR="0008539F" w:rsidRDefault="0008539F"/>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54915357" w14:textId="77777777" w:rsidR="0008539F" w:rsidRDefault="00000000">
            <w:pPr>
              <w:jc w:val="center"/>
            </w:pPr>
            <w:r>
              <w:t>23b</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6371109" w14:textId="77777777" w:rsidR="0008539F" w:rsidRDefault="00000000">
            <w:r>
              <w:t>If relevant, why the trial ended or was stopped</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69957DB4" w14:textId="6013DA46" w:rsidR="0008539F" w:rsidRDefault="00FC1623" w:rsidP="00FD37E0">
            <w:pPr>
              <w:jc w:val="center"/>
            </w:pPr>
            <w:r>
              <w:t>3</w:t>
            </w:r>
          </w:p>
        </w:tc>
      </w:tr>
      <w:tr w:rsidR="0008539F" w14:paraId="6F5711E1" w14:textId="77777777">
        <w:trPr>
          <w:cantSplit/>
        </w:trPr>
        <w:tc>
          <w:tcPr>
            <w:tcW w:w="2500" w:type="dxa"/>
            <w:vMerge w:val="restart"/>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B9B11AB" w14:textId="77777777" w:rsidR="0008539F" w:rsidRDefault="00000000">
            <w:r>
              <w:t>Intervention and comparator delivery</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701BC3E" w14:textId="77777777" w:rsidR="0008539F" w:rsidRDefault="00000000">
            <w:pPr>
              <w:jc w:val="center"/>
            </w:pPr>
            <w:r>
              <w:t>24a</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89F5862" w14:textId="77777777" w:rsidR="0008539F" w:rsidRDefault="00000000">
            <w:r>
              <w:t>Intervention and comparator as they were actually administered (e.g., where appropriate, who delivered the intervention/comparator, how participants adhered, whether they were delivered as intended (fidelity))</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40E9AD7" w14:textId="72C66454" w:rsidR="0008539F" w:rsidRDefault="00FC1623" w:rsidP="00FD37E0">
            <w:pPr>
              <w:jc w:val="center"/>
              <w:rPr>
                <w:rFonts w:hint="eastAsia"/>
                <w:lang w:eastAsia="zh-CN"/>
              </w:rPr>
            </w:pPr>
            <w:r>
              <w:rPr>
                <w:rFonts w:hint="eastAsia"/>
                <w:lang w:eastAsia="zh-CN"/>
              </w:rPr>
              <w:t>3</w:t>
            </w:r>
          </w:p>
        </w:tc>
      </w:tr>
      <w:tr w:rsidR="0008539F" w14:paraId="0ACC821C" w14:textId="77777777">
        <w:trPr>
          <w:cantSplit/>
        </w:trPr>
        <w:tc>
          <w:tcPr>
            <w:tcW w:w="2500" w:type="dxa"/>
            <w:vMerge/>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A55D49A" w14:textId="77777777" w:rsidR="0008539F" w:rsidRDefault="0008539F"/>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49CA1F7E" w14:textId="77777777" w:rsidR="0008539F" w:rsidRDefault="00000000">
            <w:pPr>
              <w:jc w:val="center"/>
            </w:pPr>
            <w:r>
              <w:t>24b</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A26EEE0" w14:textId="77777777" w:rsidR="0008539F" w:rsidRDefault="00000000">
            <w:r>
              <w:t>Concomitant care received during the trial for each group</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2A6F9DD" w14:textId="07C49204" w:rsidR="0008539F" w:rsidRDefault="00FC1623" w:rsidP="00FD37E0">
            <w:pPr>
              <w:jc w:val="center"/>
              <w:rPr>
                <w:rFonts w:hint="eastAsia"/>
                <w:lang w:eastAsia="zh-CN"/>
              </w:rPr>
            </w:pPr>
            <w:r>
              <w:rPr>
                <w:rFonts w:hint="eastAsia"/>
                <w:lang w:eastAsia="zh-CN"/>
              </w:rPr>
              <w:t>4</w:t>
            </w:r>
          </w:p>
        </w:tc>
      </w:tr>
      <w:tr w:rsidR="0008539F" w14:paraId="7EFA80CC"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2A81229" w14:textId="77777777" w:rsidR="0008539F" w:rsidRDefault="00000000">
            <w:r>
              <w:t>Baseline data</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4CD8C41" w14:textId="77777777" w:rsidR="0008539F" w:rsidRDefault="00000000">
            <w:pPr>
              <w:jc w:val="center"/>
            </w:pPr>
            <w:r>
              <w:t>25</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C8A7FE4" w14:textId="77777777" w:rsidR="0008539F" w:rsidRDefault="00000000">
            <w:r>
              <w:t>A table showing baseline demographic and clinical characteristics for each group</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8592559" w14:textId="0B5A4638" w:rsidR="0008539F" w:rsidRDefault="00FC1623" w:rsidP="00FD37E0">
            <w:pPr>
              <w:jc w:val="center"/>
            </w:pPr>
            <w:r>
              <w:t>4</w:t>
            </w:r>
          </w:p>
        </w:tc>
      </w:tr>
      <w:tr w:rsidR="0008539F" w14:paraId="102EB64E"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6B2C1E86" w14:textId="77777777" w:rsidR="0008539F" w:rsidRDefault="00000000">
            <w:r>
              <w:t>Numbers analyzed, outcomes and estimation</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169BE3CF" w14:textId="77777777" w:rsidR="0008539F" w:rsidRDefault="00000000">
            <w:pPr>
              <w:jc w:val="center"/>
            </w:pPr>
            <w:r>
              <w:t>26</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757F29AE" w14:textId="77777777" w:rsidR="0008539F" w:rsidRDefault="00000000">
            <w:pPr>
              <w:spacing w:after="20" w:line="240" w:lineRule="auto"/>
            </w:pPr>
            <w:r>
              <w:t>For each primary and secondary outcome, by group:</w:t>
            </w:r>
          </w:p>
          <w:p w14:paraId="2A6EDBDE" w14:textId="77777777" w:rsidR="0008539F" w:rsidRDefault="00000000">
            <w:pPr>
              <w:numPr>
                <w:ilvl w:val="0"/>
                <w:numId w:val="1"/>
              </w:numPr>
              <w:spacing w:line="240" w:lineRule="auto"/>
            </w:pPr>
            <w:r>
              <w:t>the number of participants included in the analysis</w:t>
            </w:r>
          </w:p>
          <w:p w14:paraId="79F59D99" w14:textId="77777777" w:rsidR="0008539F" w:rsidRDefault="00000000">
            <w:pPr>
              <w:numPr>
                <w:ilvl w:val="0"/>
                <w:numId w:val="1"/>
              </w:numPr>
              <w:spacing w:line="240" w:lineRule="auto"/>
            </w:pPr>
            <w:r>
              <w:t>the number of participants with available data at the outcome time point</w:t>
            </w:r>
          </w:p>
          <w:p w14:paraId="5EAC017F" w14:textId="77777777" w:rsidR="0008539F" w:rsidRDefault="00000000">
            <w:pPr>
              <w:numPr>
                <w:ilvl w:val="0"/>
                <w:numId w:val="1"/>
              </w:numPr>
              <w:spacing w:line="240" w:lineRule="auto"/>
            </w:pPr>
            <w:r>
              <w:t>result for each group, and the estimated effect size and its precision (such as 95% confidence interval)</w:t>
            </w:r>
          </w:p>
          <w:p w14:paraId="07C25C5A" w14:textId="77777777" w:rsidR="0008539F" w:rsidRDefault="00000000">
            <w:pPr>
              <w:numPr>
                <w:ilvl w:val="0"/>
                <w:numId w:val="1"/>
              </w:numPr>
              <w:spacing w:line="240" w:lineRule="auto"/>
            </w:pPr>
            <w:r>
              <w:t>for binary outcomes, presentation of both absolute and relative effect size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465D9BCC" w14:textId="1AF0DA70" w:rsidR="0008539F" w:rsidRDefault="00FC1623" w:rsidP="00FD37E0">
            <w:pPr>
              <w:jc w:val="center"/>
              <w:rPr>
                <w:rFonts w:hint="eastAsia"/>
                <w:lang w:eastAsia="zh-CN"/>
              </w:rPr>
            </w:pPr>
            <w:r>
              <w:rPr>
                <w:rFonts w:hint="eastAsia"/>
                <w:lang w:eastAsia="zh-CN"/>
              </w:rPr>
              <w:t>7</w:t>
            </w:r>
          </w:p>
        </w:tc>
      </w:tr>
      <w:tr w:rsidR="0008539F" w14:paraId="5395B1A9"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B1495F7" w14:textId="77777777" w:rsidR="0008539F" w:rsidRDefault="00000000">
            <w:r>
              <w:t>Harms</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0FCA1773" w14:textId="77777777" w:rsidR="0008539F" w:rsidRDefault="00000000">
            <w:pPr>
              <w:jc w:val="center"/>
            </w:pPr>
            <w:r>
              <w:t>27</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56F24DD9" w14:textId="77777777" w:rsidR="0008539F" w:rsidRDefault="00000000">
            <w:r>
              <w:t>All harms or unintended events in each group</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8A16B14" w14:textId="05469FEF" w:rsidR="0008539F" w:rsidRDefault="003E645E" w:rsidP="00FD37E0">
            <w:pPr>
              <w:jc w:val="center"/>
            </w:pPr>
            <w:r>
              <w:t>3</w:t>
            </w:r>
          </w:p>
        </w:tc>
      </w:tr>
      <w:tr w:rsidR="0008539F" w14:paraId="5D2AC00C"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0CD809B" w14:textId="77777777" w:rsidR="0008539F" w:rsidRDefault="00000000">
            <w:r>
              <w:t>Ancillary analyses</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6CB767A" w14:textId="77777777" w:rsidR="0008539F" w:rsidRDefault="00000000">
            <w:pPr>
              <w:jc w:val="center"/>
            </w:pPr>
            <w:r>
              <w:t>28</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568CFAB0" w14:textId="77777777" w:rsidR="0008539F" w:rsidRDefault="00000000">
            <w:r>
              <w:t>Any other analyses performed, including subgroup and sensitivity analyses, distinguishing pre-specified from post hoc</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797A2001" w14:textId="157445B0" w:rsidR="0008539F" w:rsidRDefault="003E645E" w:rsidP="00FD37E0">
            <w:pPr>
              <w:jc w:val="center"/>
            </w:pPr>
            <w:r>
              <w:t>NA</w:t>
            </w:r>
          </w:p>
        </w:tc>
      </w:tr>
      <w:tr w:rsidR="0008539F" w14:paraId="34958862" w14:textId="77777777">
        <w:trPr>
          <w:cantSplit/>
        </w:trPr>
        <w:tc>
          <w:tcPr>
            <w:tcW w:w="250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4C166599" w14:textId="77777777" w:rsidR="0008539F" w:rsidRDefault="00000000">
            <w:r>
              <w:rPr>
                <w:b/>
                <w:sz w:val="19"/>
              </w:rPr>
              <w:t>Discussion</w:t>
            </w:r>
          </w:p>
        </w:tc>
        <w:tc>
          <w:tcPr>
            <w:tcW w:w="7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1244853D" w14:textId="77777777" w:rsidR="0008539F" w:rsidRDefault="0008539F"/>
        </w:tc>
        <w:tc>
          <w:tcPr>
            <w:tcW w:w="10654"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69B822CA" w14:textId="77777777" w:rsidR="0008539F" w:rsidRDefault="0008539F"/>
        </w:tc>
        <w:tc>
          <w:tcPr>
            <w:tcW w:w="1520" w:type="dxa"/>
            <w:tcBorders>
              <w:top w:val="single" w:sz="6" w:space="0" w:color="6A6A62"/>
              <w:left w:val="nil"/>
              <w:bottom w:val="single" w:sz="4" w:space="0" w:color="6A6A62"/>
              <w:right w:val="nil"/>
            </w:tcBorders>
            <w:shd w:val="clear" w:color="auto" w:fill="E9E7DC"/>
            <w:tcMar>
              <w:top w:w="90" w:type="dxa"/>
              <w:left w:w="120" w:type="dxa"/>
              <w:bottom w:w="90" w:type="dxa"/>
              <w:right w:w="120" w:type="dxa"/>
            </w:tcMar>
          </w:tcPr>
          <w:p w14:paraId="581B90F9" w14:textId="6CD604BF" w:rsidR="0008539F" w:rsidRDefault="005327D8" w:rsidP="00FD37E0">
            <w:pPr>
              <w:jc w:val="center"/>
            </w:pPr>
            <w:r>
              <w:t>9-10</w:t>
            </w:r>
          </w:p>
        </w:tc>
      </w:tr>
      <w:tr w:rsidR="0008539F" w14:paraId="684F1FD9" w14:textId="77777777">
        <w:trPr>
          <w:cantSplit/>
        </w:trPr>
        <w:tc>
          <w:tcPr>
            <w:tcW w:w="250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79DEEF7" w14:textId="77777777" w:rsidR="0008539F" w:rsidRDefault="00000000">
            <w:r>
              <w:t>Interpretation</w:t>
            </w:r>
          </w:p>
        </w:tc>
        <w:tc>
          <w:tcPr>
            <w:tcW w:w="720"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30E571FE" w14:textId="77777777" w:rsidR="0008539F" w:rsidRDefault="00000000">
            <w:pPr>
              <w:jc w:val="center"/>
            </w:pPr>
            <w:r>
              <w:t>29</w:t>
            </w:r>
          </w:p>
        </w:tc>
        <w:tc>
          <w:tcPr>
            <w:tcW w:w="10654" w:type="dxa"/>
            <w:tcBorders>
              <w:top w:val="single" w:sz="4" w:space="0" w:color="6A6A62"/>
              <w:left w:val="nil"/>
              <w:bottom w:val="single" w:sz="4" w:space="0" w:color="6A6A62"/>
              <w:right w:val="nil"/>
            </w:tcBorders>
            <w:tcMar>
              <w:top w:w="80" w:type="dxa"/>
              <w:left w:w="120" w:type="dxa"/>
              <w:bottom w:w="80" w:type="dxa"/>
              <w:right w:w="120" w:type="dxa"/>
            </w:tcMar>
            <w:vAlign w:val="center"/>
          </w:tcPr>
          <w:p w14:paraId="6D52E534" w14:textId="77777777" w:rsidR="0008539F" w:rsidRDefault="00000000">
            <w:r>
              <w:t>Interpretation consistent with results, balancing benefits and harms, and considering other relevant evidence</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202FE41E" w14:textId="130E07D5" w:rsidR="0008539F" w:rsidRDefault="003E645E" w:rsidP="00FD37E0">
            <w:pPr>
              <w:jc w:val="center"/>
            </w:pPr>
            <w:r>
              <w:t>9-1</w:t>
            </w:r>
            <w:r w:rsidR="005327D8">
              <w:t>0</w:t>
            </w:r>
          </w:p>
        </w:tc>
      </w:tr>
      <w:tr w:rsidR="0008539F" w14:paraId="54443812" w14:textId="77777777">
        <w:trPr>
          <w:cantSplit/>
        </w:trPr>
        <w:tc>
          <w:tcPr>
            <w:tcW w:w="250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E85B694" w14:textId="77777777" w:rsidR="0008539F" w:rsidRDefault="00000000">
            <w:r>
              <w:t>Limitations</w:t>
            </w:r>
          </w:p>
        </w:tc>
        <w:tc>
          <w:tcPr>
            <w:tcW w:w="720"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2ABA1113" w14:textId="77777777" w:rsidR="0008539F" w:rsidRDefault="00000000">
            <w:pPr>
              <w:jc w:val="center"/>
            </w:pPr>
            <w:r>
              <w:t>30</w:t>
            </w:r>
          </w:p>
        </w:tc>
        <w:tc>
          <w:tcPr>
            <w:tcW w:w="10654" w:type="dxa"/>
            <w:tcBorders>
              <w:top w:val="single" w:sz="4" w:space="0" w:color="6A6A62"/>
              <w:left w:val="nil"/>
              <w:bottom w:val="single" w:sz="4" w:space="0" w:color="6A6A62"/>
              <w:right w:val="nil"/>
            </w:tcBorders>
            <w:shd w:val="clear" w:color="auto" w:fill="F5F4EE"/>
            <w:tcMar>
              <w:top w:w="80" w:type="dxa"/>
              <w:left w:w="120" w:type="dxa"/>
              <w:bottom w:w="80" w:type="dxa"/>
              <w:right w:w="120" w:type="dxa"/>
            </w:tcMar>
            <w:vAlign w:val="center"/>
          </w:tcPr>
          <w:p w14:paraId="3F2DE06B" w14:textId="77777777" w:rsidR="0008539F" w:rsidRDefault="00000000">
            <w:r>
              <w:t>Trial limitations, addressing sources of potential bias, imprecision, generalisability, and, if relevant, multiplicity of analyses</w:t>
            </w:r>
          </w:p>
        </w:tc>
        <w:tc>
          <w:tcPr>
            <w:tcW w:w="1520" w:type="dxa"/>
            <w:tcBorders>
              <w:top w:val="single" w:sz="4" w:space="0" w:color="6A6A62"/>
              <w:left w:val="nil"/>
              <w:bottom w:val="single" w:sz="4" w:space="0" w:color="6A6A62"/>
              <w:right w:val="nil"/>
            </w:tcBorders>
            <w:shd w:val="clear" w:color="auto" w:fill="EEF5F3"/>
            <w:tcMar>
              <w:top w:w="80" w:type="dxa"/>
              <w:left w:w="120" w:type="dxa"/>
              <w:bottom w:w="80" w:type="dxa"/>
              <w:right w:w="120" w:type="dxa"/>
            </w:tcMar>
            <w:vAlign w:val="center"/>
          </w:tcPr>
          <w:p w14:paraId="5E072C88" w14:textId="49CA19E4" w:rsidR="0008539F" w:rsidRDefault="003E645E" w:rsidP="00FD37E0">
            <w:pPr>
              <w:jc w:val="center"/>
            </w:pPr>
            <w:r>
              <w:t>11</w:t>
            </w:r>
          </w:p>
        </w:tc>
      </w:tr>
    </w:tbl>
    <w:p w14:paraId="5827DC23" w14:textId="77777777" w:rsidR="00CC380A" w:rsidRDefault="00CC380A"/>
    <w:sectPr w:rsidR="00CC380A" w:rsidSect="00034616">
      <w:footerReference w:type="default" r:id="rId9"/>
      <w:pgSz w:w="16838" w:h="11906" w:orient="landscape"/>
      <w:pgMar w:top="720" w:right="648" w:bottom="794" w:left="648" w:header="34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B396" w14:textId="77777777" w:rsidR="00CC380A" w:rsidRDefault="00CC380A">
      <w:pPr>
        <w:spacing w:line="240" w:lineRule="auto"/>
      </w:pPr>
      <w:r>
        <w:separator/>
      </w:r>
    </w:p>
  </w:endnote>
  <w:endnote w:type="continuationSeparator" w:id="0">
    <w:p w14:paraId="37BDF59B" w14:textId="77777777" w:rsidR="00CC380A" w:rsidRDefault="00CC3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CAF1" w14:textId="77777777" w:rsidR="0008539F" w:rsidRDefault="00000000">
    <w:pPr>
      <w:pStyle w:val="a6"/>
      <w:spacing w:line="252" w:lineRule="auto"/>
      <w:jc w:val="right"/>
    </w:pPr>
    <w:r>
      <w:rPr>
        <w:color w:val="5C646B"/>
        <w:sz w:val="16"/>
      </w:rPr>
      <w:t xml:space="preserve">Page </w:t>
    </w:r>
    <w:r>
      <w:rPr>
        <w:color w:val="5C646B"/>
      </w:rPr>
      <w:fldChar w:fldCharType="begin"/>
    </w:r>
    <w:r>
      <w:rPr>
        <w:color w:val="5C646B"/>
      </w:rPr>
      <w:instrText xml:space="preserve"> PAGE </w:instrText>
    </w:r>
    <w:r>
      <w:rPr>
        <w:color w:val="5C646B"/>
      </w:rPr>
      <w:fldChar w:fldCharType="separate"/>
    </w:r>
    <w:r>
      <w:rPr>
        <w:color w:val="5C646B"/>
      </w:rPr>
      <w:t>1</w:t>
    </w:r>
    <w:r>
      <w:rPr>
        <w:color w:val="5C646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A0CB" w14:textId="77777777" w:rsidR="00CC380A" w:rsidRDefault="00CC380A">
      <w:pPr>
        <w:spacing w:line="240" w:lineRule="auto"/>
      </w:pPr>
      <w:r>
        <w:separator/>
      </w:r>
    </w:p>
  </w:footnote>
  <w:footnote w:type="continuationSeparator" w:id="0">
    <w:p w14:paraId="6695F2B4" w14:textId="77777777" w:rsidR="00CC380A" w:rsidRDefault="00CC38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3E84B93"/>
    <w:multiLevelType w:val="singleLevel"/>
    <w:tmpl w:val="066249DA"/>
    <w:lvl w:ilvl="0">
      <w:start w:val="1"/>
      <w:numFmt w:val="bullet"/>
      <w:pStyle w:val="a"/>
      <w:lvlText w:val="•"/>
      <w:lvlJc w:val="left"/>
      <w:pPr>
        <w:tabs>
          <w:tab w:val="num" w:pos="360"/>
        </w:tabs>
        <w:ind w:left="360" w:hanging="180"/>
      </w:pPr>
      <w:rPr>
        <w:rFonts w:ascii="Arial" w:hAnsi="Arial"/>
      </w:rPr>
    </w:lvl>
  </w:abstractNum>
  <w:num w:numId="1" w16cid:durableId="12138800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32A7"/>
    <w:rsid w:val="0008539F"/>
    <w:rsid w:val="0015074B"/>
    <w:rsid w:val="0029639D"/>
    <w:rsid w:val="00326F90"/>
    <w:rsid w:val="003E645E"/>
    <w:rsid w:val="004C0FB1"/>
    <w:rsid w:val="004F64DD"/>
    <w:rsid w:val="005327D8"/>
    <w:rsid w:val="007F4B4C"/>
    <w:rsid w:val="008B0555"/>
    <w:rsid w:val="00AA1D8D"/>
    <w:rsid w:val="00B47730"/>
    <w:rsid w:val="00BF0E63"/>
    <w:rsid w:val="00CB0664"/>
    <w:rsid w:val="00CC380A"/>
    <w:rsid w:val="00DB71ED"/>
    <w:rsid w:val="00FC1623"/>
    <w:rsid w:val="00FC693F"/>
    <w:rsid w:val="00FD3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F9B0A"/>
  <w14:defaultImageDpi w14:val="300"/>
  <w15:docId w15:val="{F721DE83-83E6-7A47-833A-FDB72616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0" w:line="252" w:lineRule="auto"/>
    </w:pPr>
    <w:rPr>
      <w:rFonts w:ascii="Arial" w:hAnsi="Arial"/>
      <w:color w:val="1A1A1A"/>
      <w:sz w:val="18"/>
    </w:rPr>
  </w:style>
  <w:style w:type="paragraph" w:styleId="1">
    <w:name w:val="heading 1"/>
    <w:basedOn w:val="a0"/>
    <w:next w:val="a0"/>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正文文本 2 字符"/>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591-025-0363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CONSORT 2025 Checklist</dc:title>
  <dc:subject>Editable checklist for reporting randomized trials</dc:subject>
  <dc:creator/>
  <cp:keywords>CONSORT 2025; randomized trial; checklist</cp:keywords>
  <dc:description>generated by python-docx</dc:description>
  <cp:lastModifiedBy>YunzhouHu</cp:lastModifiedBy>
  <cp:revision>8</cp:revision>
  <dcterms:created xsi:type="dcterms:W3CDTF">2013-12-23T23:15:00Z</dcterms:created>
  <dcterms:modified xsi:type="dcterms:W3CDTF">2026-07-16T05:23:00Z</dcterms:modified>
  <cp:category/>
</cp:coreProperties>
</file>