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7F51EB" w14:textId="77777777" w:rsidR="00DC2AFF" w:rsidRPr="00347AE8" w:rsidRDefault="00DC2AFF" w:rsidP="00DC2AFF">
      <w:pPr>
        <w:pStyle w:val="Heading1"/>
        <w:rPr>
          <w:color w:val="000000" w:themeColor="text1"/>
        </w:rPr>
      </w:pPr>
      <w:r w:rsidRPr="00347AE8">
        <w:rPr>
          <w:color w:val="000000" w:themeColor="text1"/>
        </w:rPr>
        <w:t>Supplementary Material</w:t>
      </w:r>
    </w:p>
    <w:p w14:paraId="16A61BA5" w14:textId="5977EC23" w:rsidR="00DC2AFF" w:rsidRPr="00DC2AFF" w:rsidRDefault="00DC2AFF">
      <w:pPr>
        <w:rPr>
          <w:color w:val="000000" w:themeColor="text1"/>
        </w:rPr>
      </w:pPr>
      <w:r w:rsidRPr="00347AE8">
        <w:rPr>
          <w:i/>
          <w:color w:val="000000" w:themeColor="text1"/>
        </w:rPr>
        <w:t>Trends and projections of pancreatic cancer mortality in US adults by sex, race and ethnicity, region, and urbanization: a national analysis of CDC WONDER data, 1999–2050.</w:t>
      </w:r>
    </w:p>
    <w:p w14:paraId="3B7957DC" w14:textId="569F2AD8" w:rsidR="00AE2E73" w:rsidRPr="00C16090" w:rsidRDefault="00000000">
      <w:pPr>
        <w:rPr>
          <w:sz w:val="16"/>
        </w:rPr>
      </w:pPr>
      <w:r w:rsidRPr="00C16090">
        <w:rPr>
          <w:sz w:val="16"/>
        </w:rPr>
        <w:t>Appendix A. STROBE Statement — checklist of items that should be included in reports of cross-sectional studies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91"/>
        <w:gridCol w:w="1512"/>
        <w:gridCol w:w="4674"/>
        <w:gridCol w:w="3525"/>
      </w:tblGrid>
      <w:tr w:rsidR="00AE2E73" w14:paraId="26A20418" w14:textId="77777777" w:rsidTr="004F5996">
        <w:tc>
          <w:tcPr>
            <w:tcW w:w="792" w:type="dxa"/>
          </w:tcPr>
          <w:p w14:paraId="392C5921" w14:textId="77777777" w:rsidR="00AE2E73" w:rsidRDefault="00000000">
            <w:r>
              <w:rPr>
                <w:b/>
                <w:sz w:val="17"/>
              </w:rPr>
              <w:t>Item No.</w:t>
            </w:r>
          </w:p>
        </w:tc>
        <w:tc>
          <w:tcPr>
            <w:tcW w:w="1512" w:type="dxa"/>
          </w:tcPr>
          <w:p w14:paraId="75642864" w14:textId="77777777" w:rsidR="00AE2E73" w:rsidRDefault="00000000">
            <w:r>
              <w:rPr>
                <w:b/>
                <w:sz w:val="17"/>
              </w:rPr>
              <w:t>Topic</w:t>
            </w:r>
          </w:p>
        </w:tc>
        <w:tc>
          <w:tcPr>
            <w:tcW w:w="4680" w:type="dxa"/>
          </w:tcPr>
          <w:p w14:paraId="1E6E89A1" w14:textId="77777777" w:rsidR="00AE2E73" w:rsidRDefault="00000000">
            <w:r>
              <w:rPr>
                <w:b/>
                <w:sz w:val="17"/>
              </w:rPr>
              <w:t>Recommendation</w:t>
            </w:r>
          </w:p>
        </w:tc>
        <w:tc>
          <w:tcPr>
            <w:tcW w:w="3528" w:type="dxa"/>
          </w:tcPr>
          <w:p w14:paraId="11A29E5D" w14:textId="77777777" w:rsidR="00AE2E73" w:rsidRDefault="00000000">
            <w:r>
              <w:rPr>
                <w:b/>
                <w:sz w:val="17"/>
              </w:rPr>
              <w:t>Location in the manuscript</w:t>
            </w:r>
          </w:p>
        </w:tc>
      </w:tr>
      <w:tr w:rsidR="00AE2E73" w14:paraId="4AE6BF06" w14:textId="77777777" w:rsidTr="004F5996">
        <w:tc>
          <w:tcPr>
            <w:tcW w:w="10512" w:type="dxa"/>
            <w:gridSpan w:val="4"/>
          </w:tcPr>
          <w:p w14:paraId="3083C9F0" w14:textId="77777777" w:rsidR="00AE2E73" w:rsidRDefault="00000000">
            <w:r>
              <w:rPr>
                <w:b/>
              </w:rPr>
              <w:t>Title and abstract</w:t>
            </w:r>
          </w:p>
        </w:tc>
      </w:tr>
      <w:tr w:rsidR="00AE2E73" w14:paraId="275D0136" w14:textId="77777777" w:rsidTr="004F5996">
        <w:tc>
          <w:tcPr>
            <w:tcW w:w="792" w:type="dxa"/>
          </w:tcPr>
          <w:p w14:paraId="113B23EC" w14:textId="77777777" w:rsidR="00AE2E73" w:rsidRDefault="00000000">
            <w:r>
              <w:rPr>
                <w:sz w:val="16"/>
              </w:rPr>
              <w:t>1 (a)</w:t>
            </w:r>
          </w:p>
        </w:tc>
        <w:tc>
          <w:tcPr>
            <w:tcW w:w="1512" w:type="dxa"/>
          </w:tcPr>
          <w:p w14:paraId="24DDC6F0" w14:textId="77777777" w:rsidR="00AE2E73" w:rsidRDefault="00000000">
            <w:r>
              <w:rPr>
                <w:sz w:val="16"/>
              </w:rPr>
              <w:t>Title and abstract</w:t>
            </w:r>
          </w:p>
        </w:tc>
        <w:tc>
          <w:tcPr>
            <w:tcW w:w="4680" w:type="dxa"/>
          </w:tcPr>
          <w:p w14:paraId="6B25B37C" w14:textId="77777777" w:rsidR="00AE2E73" w:rsidRDefault="00000000">
            <w:r>
              <w:rPr>
                <w:sz w:val="16"/>
              </w:rPr>
              <w:t>Indicate the study’s design with a commonly used term in the title or the abstract</w:t>
            </w:r>
          </w:p>
        </w:tc>
        <w:tc>
          <w:tcPr>
            <w:tcW w:w="3528" w:type="dxa"/>
          </w:tcPr>
          <w:p w14:paraId="20639522" w14:textId="77777777" w:rsidR="00AE2E73" w:rsidRDefault="00000000">
            <w:r>
              <w:rPr>
                <w:sz w:val="16"/>
              </w:rPr>
              <w:t>Title; Abstract (Methods) — ecological, serial cross-sectional time-series analysis of CDC WONDER data</w:t>
            </w:r>
          </w:p>
        </w:tc>
      </w:tr>
      <w:tr w:rsidR="00AE2E73" w14:paraId="450DFBD2" w14:textId="77777777" w:rsidTr="004F5996">
        <w:tc>
          <w:tcPr>
            <w:tcW w:w="792" w:type="dxa"/>
          </w:tcPr>
          <w:p w14:paraId="36042F83" w14:textId="77777777" w:rsidR="00AE2E73" w:rsidRDefault="00000000">
            <w:r>
              <w:rPr>
                <w:sz w:val="16"/>
              </w:rPr>
              <w:t>1 (b)</w:t>
            </w:r>
          </w:p>
        </w:tc>
        <w:tc>
          <w:tcPr>
            <w:tcW w:w="1512" w:type="dxa"/>
          </w:tcPr>
          <w:p w14:paraId="599F8596" w14:textId="77777777" w:rsidR="00AE2E73" w:rsidRDefault="00AE2E73"/>
        </w:tc>
        <w:tc>
          <w:tcPr>
            <w:tcW w:w="4680" w:type="dxa"/>
          </w:tcPr>
          <w:p w14:paraId="57D4B2E4" w14:textId="77777777" w:rsidR="00AE2E73" w:rsidRDefault="00000000">
            <w:r>
              <w:rPr>
                <w:sz w:val="16"/>
              </w:rPr>
              <w:t>Provide in the abstract an informative and balanced summary of what was done and what was found</w:t>
            </w:r>
          </w:p>
        </w:tc>
        <w:tc>
          <w:tcPr>
            <w:tcW w:w="3528" w:type="dxa"/>
          </w:tcPr>
          <w:p w14:paraId="15DFC825" w14:textId="77777777" w:rsidR="00AE2E73" w:rsidRDefault="00000000">
            <w:r>
              <w:rPr>
                <w:sz w:val="16"/>
              </w:rPr>
              <w:t>Abstract (structured: Background, Methods, Results, Conclusion)</w:t>
            </w:r>
          </w:p>
        </w:tc>
      </w:tr>
      <w:tr w:rsidR="00AE2E73" w14:paraId="604CC1E1" w14:textId="77777777" w:rsidTr="004F5996">
        <w:tc>
          <w:tcPr>
            <w:tcW w:w="10512" w:type="dxa"/>
            <w:gridSpan w:val="4"/>
          </w:tcPr>
          <w:p w14:paraId="448292F6" w14:textId="77777777" w:rsidR="00AE2E73" w:rsidRDefault="00000000">
            <w:r>
              <w:rPr>
                <w:b/>
              </w:rPr>
              <w:t>Introduction</w:t>
            </w:r>
          </w:p>
        </w:tc>
      </w:tr>
      <w:tr w:rsidR="00AE2E73" w14:paraId="34EC193B" w14:textId="77777777" w:rsidTr="004F5996">
        <w:tc>
          <w:tcPr>
            <w:tcW w:w="792" w:type="dxa"/>
          </w:tcPr>
          <w:p w14:paraId="7BB6BEC2" w14:textId="77777777" w:rsidR="00AE2E73" w:rsidRDefault="00000000">
            <w:r>
              <w:rPr>
                <w:sz w:val="16"/>
              </w:rPr>
              <w:t>2</w:t>
            </w:r>
          </w:p>
        </w:tc>
        <w:tc>
          <w:tcPr>
            <w:tcW w:w="1512" w:type="dxa"/>
          </w:tcPr>
          <w:p w14:paraId="2CC11981" w14:textId="77777777" w:rsidR="00AE2E73" w:rsidRDefault="00000000">
            <w:r>
              <w:rPr>
                <w:sz w:val="16"/>
              </w:rPr>
              <w:t>Background/ rationale</w:t>
            </w:r>
          </w:p>
        </w:tc>
        <w:tc>
          <w:tcPr>
            <w:tcW w:w="4680" w:type="dxa"/>
          </w:tcPr>
          <w:p w14:paraId="06FC3B77" w14:textId="77777777" w:rsidR="00AE2E73" w:rsidRDefault="00000000">
            <w:r>
              <w:rPr>
                <w:sz w:val="16"/>
              </w:rPr>
              <w:t>Explain the scientific background and rationale for the investigation being reported</w:t>
            </w:r>
          </w:p>
        </w:tc>
        <w:tc>
          <w:tcPr>
            <w:tcW w:w="3528" w:type="dxa"/>
          </w:tcPr>
          <w:p w14:paraId="1581F04B" w14:textId="77777777" w:rsidR="00AE2E73" w:rsidRDefault="00000000">
            <w:r>
              <w:rPr>
                <w:sz w:val="16"/>
              </w:rPr>
              <w:t>Introduction, paragraphs 1–3</w:t>
            </w:r>
          </w:p>
        </w:tc>
      </w:tr>
      <w:tr w:rsidR="00AE2E73" w14:paraId="32C9F9A2" w14:textId="77777777" w:rsidTr="004F5996">
        <w:tc>
          <w:tcPr>
            <w:tcW w:w="792" w:type="dxa"/>
          </w:tcPr>
          <w:p w14:paraId="6090B7CF" w14:textId="77777777" w:rsidR="00AE2E73" w:rsidRDefault="00000000">
            <w:r>
              <w:rPr>
                <w:sz w:val="16"/>
              </w:rPr>
              <w:t>3</w:t>
            </w:r>
          </w:p>
        </w:tc>
        <w:tc>
          <w:tcPr>
            <w:tcW w:w="1512" w:type="dxa"/>
          </w:tcPr>
          <w:p w14:paraId="2AE87610" w14:textId="77777777" w:rsidR="00AE2E73" w:rsidRDefault="00000000">
            <w:r>
              <w:rPr>
                <w:sz w:val="16"/>
              </w:rPr>
              <w:t>Objectives</w:t>
            </w:r>
          </w:p>
        </w:tc>
        <w:tc>
          <w:tcPr>
            <w:tcW w:w="4680" w:type="dxa"/>
          </w:tcPr>
          <w:p w14:paraId="330612F0" w14:textId="77777777" w:rsidR="00AE2E73" w:rsidRDefault="00000000">
            <w:r>
              <w:rPr>
                <w:sz w:val="16"/>
              </w:rPr>
              <w:t>State specific objectives, including any prespecified hypotheses</w:t>
            </w:r>
          </w:p>
        </w:tc>
        <w:tc>
          <w:tcPr>
            <w:tcW w:w="3528" w:type="dxa"/>
          </w:tcPr>
          <w:p w14:paraId="0B1153D6" w14:textId="77777777" w:rsidR="00AE2E73" w:rsidRDefault="00000000">
            <w:r>
              <w:rPr>
                <w:sz w:val="16"/>
              </w:rPr>
              <w:t>Introduction, final paragraph</w:t>
            </w:r>
          </w:p>
        </w:tc>
      </w:tr>
      <w:tr w:rsidR="00AE2E73" w14:paraId="3AC86746" w14:textId="77777777" w:rsidTr="004F5996">
        <w:tc>
          <w:tcPr>
            <w:tcW w:w="10512" w:type="dxa"/>
            <w:gridSpan w:val="4"/>
          </w:tcPr>
          <w:p w14:paraId="097A7ADF" w14:textId="77777777" w:rsidR="00AE2E73" w:rsidRDefault="00000000">
            <w:r>
              <w:rPr>
                <w:b/>
              </w:rPr>
              <w:t>Methods</w:t>
            </w:r>
          </w:p>
        </w:tc>
      </w:tr>
      <w:tr w:rsidR="00AE2E73" w14:paraId="645BBF3C" w14:textId="77777777" w:rsidTr="004F5996">
        <w:tc>
          <w:tcPr>
            <w:tcW w:w="792" w:type="dxa"/>
          </w:tcPr>
          <w:p w14:paraId="352EACFD" w14:textId="77777777" w:rsidR="00AE2E73" w:rsidRDefault="00000000">
            <w:r>
              <w:rPr>
                <w:sz w:val="16"/>
              </w:rPr>
              <w:t>4</w:t>
            </w:r>
          </w:p>
        </w:tc>
        <w:tc>
          <w:tcPr>
            <w:tcW w:w="1512" w:type="dxa"/>
          </w:tcPr>
          <w:p w14:paraId="5AAF4777" w14:textId="77777777" w:rsidR="00AE2E73" w:rsidRDefault="00000000">
            <w:r>
              <w:rPr>
                <w:sz w:val="16"/>
              </w:rPr>
              <w:t>Study design</w:t>
            </w:r>
          </w:p>
        </w:tc>
        <w:tc>
          <w:tcPr>
            <w:tcW w:w="4680" w:type="dxa"/>
          </w:tcPr>
          <w:p w14:paraId="11558D1B" w14:textId="77777777" w:rsidR="00AE2E73" w:rsidRDefault="00000000">
            <w:r>
              <w:rPr>
                <w:sz w:val="16"/>
              </w:rPr>
              <w:t>Present key elements of study design early in the paper</w:t>
            </w:r>
          </w:p>
        </w:tc>
        <w:tc>
          <w:tcPr>
            <w:tcW w:w="3528" w:type="dxa"/>
          </w:tcPr>
          <w:p w14:paraId="1A12F55D" w14:textId="77777777" w:rsidR="00AE2E73" w:rsidRDefault="00000000">
            <w:r>
              <w:rPr>
                <w:sz w:val="16"/>
              </w:rPr>
              <w:t>Methods — Study Design and Data Source</w:t>
            </w:r>
          </w:p>
        </w:tc>
      </w:tr>
      <w:tr w:rsidR="00AE2E73" w14:paraId="0B2C515B" w14:textId="77777777" w:rsidTr="004F5996">
        <w:tc>
          <w:tcPr>
            <w:tcW w:w="792" w:type="dxa"/>
          </w:tcPr>
          <w:p w14:paraId="2EC44175" w14:textId="77777777" w:rsidR="00AE2E73" w:rsidRDefault="00000000">
            <w:r>
              <w:rPr>
                <w:sz w:val="16"/>
              </w:rPr>
              <w:t>5</w:t>
            </w:r>
          </w:p>
        </w:tc>
        <w:tc>
          <w:tcPr>
            <w:tcW w:w="1512" w:type="dxa"/>
          </w:tcPr>
          <w:p w14:paraId="3A0FE51E" w14:textId="77777777" w:rsidR="00AE2E73" w:rsidRDefault="00000000">
            <w:r>
              <w:rPr>
                <w:sz w:val="16"/>
              </w:rPr>
              <w:t>Setting</w:t>
            </w:r>
          </w:p>
        </w:tc>
        <w:tc>
          <w:tcPr>
            <w:tcW w:w="4680" w:type="dxa"/>
          </w:tcPr>
          <w:p w14:paraId="0ED591E8" w14:textId="77777777" w:rsidR="00AE2E73" w:rsidRDefault="00000000">
            <w:r>
              <w:rPr>
                <w:sz w:val="16"/>
              </w:rPr>
              <w:t>Describe the setting, locations, and relevant dates, including periods of exposure, follow-up, and data collection</w:t>
            </w:r>
          </w:p>
        </w:tc>
        <w:tc>
          <w:tcPr>
            <w:tcW w:w="3528" w:type="dxa"/>
          </w:tcPr>
          <w:p w14:paraId="324B3B3D" w14:textId="77777777" w:rsidR="00AE2E73" w:rsidRDefault="00000000">
            <w:r>
              <w:rPr>
                <w:sz w:val="16"/>
              </w:rPr>
              <w:t>Methods — Study Design and Data Source; Population and Stratification (United States, 1999–2025)</w:t>
            </w:r>
          </w:p>
        </w:tc>
      </w:tr>
      <w:tr w:rsidR="00AE2E73" w14:paraId="10226D88" w14:textId="77777777" w:rsidTr="004F5996">
        <w:tc>
          <w:tcPr>
            <w:tcW w:w="792" w:type="dxa"/>
          </w:tcPr>
          <w:p w14:paraId="3E39BA65" w14:textId="77777777" w:rsidR="00AE2E73" w:rsidRDefault="00000000">
            <w:r>
              <w:rPr>
                <w:sz w:val="16"/>
              </w:rPr>
              <w:t>6</w:t>
            </w:r>
          </w:p>
        </w:tc>
        <w:tc>
          <w:tcPr>
            <w:tcW w:w="1512" w:type="dxa"/>
          </w:tcPr>
          <w:p w14:paraId="47B08038" w14:textId="77777777" w:rsidR="00AE2E73" w:rsidRDefault="00000000">
            <w:r>
              <w:rPr>
                <w:sz w:val="16"/>
              </w:rPr>
              <w:t>Participants</w:t>
            </w:r>
          </w:p>
        </w:tc>
        <w:tc>
          <w:tcPr>
            <w:tcW w:w="4680" w:type="dxa"/>
          </w:tcPr>
          <w:p w14:paraId="5933C1C7" w14:textId="77777777" w:rsidR="00AE2E73" w:rsidRDefault="00000000">
            <w:r>
              <w:rPr>
                <w:sz w:val="16"/>
              </w:rPr>
              <w:t>Give the eligibility criteria, and the sources and methods of selection of participants</w:t>
            </w:r>
          </w:p>
        </w:tc>
        <w:tc>
          <w:tcPr>
            <w:tcW w:w="3528" w:type="dxa"/>
          </w:tcPr>
          <w:p w14:paraId="319DDC8A" w14:textId="77777777" w:rsidR="00AE2E73" w:rsidRDefault="00000000">
            <w:r>
              <w:rPr>
                <w:sz w:val="16"/>
              </w:rPr>
              <w:t>Methods — Study Design and Data Source; Population and Stratification (all decedents aged ≥25 years with ICD-10 C25)</w:t>
            </w:r>
          </w:p>
        </w:tc>
      </w:tr>
      <w:tr w:rsidR="00AE2E73" w14:paraId="544FB492" w14:textId="77777777" w:rsidTr="004F5996">
        <w:tc>
          <w:tcPr>
            <w:tcW w:w="792" w:type="dxa"/>
          </w:tcPr>
          <w:p w14:paraId="13D0B441" w14:textId="77777777" w:rsidR="00AE2E73" w:rsidRDefault="00000000">
            <w:r>
              <w:rPr>
                <w:sz w:val="16"/>
              </w:rPr>
              <w:t>7</w:t>
            </w:r>
          </w:p>
        </w:tc>
        <w:tc>
          <w:tcPr>
            <w:tcW w:w="1512" w:type="dxa"/>
          </w:tcPr>
          <w:p w14:paraId="489FDDC8" w14:textId="77777777" w:rsidR="00AE2E73" w:rsidRDefault="00000000">
            <w:r>
              <w:rPr>
                <w:sz w:val="16"/>
              </w:rPr>
              <w:t>Variables</w:t>
            </w:r>
          </w:p>
        </w:tc>
        <w:tc>
          <w:tcPr>
            <w:tcW w:w="4680" w:type="dxa"/>
          </w:tcPr>
          <w:p w14:paraId="380C1607" w14:textId="77777777" w:rsidR="00AE2E73" w:rsidRDefault="00000000">
            <w:r>
              <w:rPr>
                <w:sz w:val="16"/>
              </w:rPr>
              <w:t>Clearly define all outcomes, exposures, predictors, potential confounders, and effect modifiers</w:t>
            </w:r>
          </w:p>
        </w:tc>
        <w:tc>
          <w:tcPr>
            <w:tcW w:w="3528" w:type="dxa"/>
          </w:tcPr>
          <w:p w14:paraId="42B5D240" w14:textId="77777777" w:rsidR="00AE2E73" w:rsidRDefault="00000000">
            <w:r>
              <w:rPr>
                <w:sz w:val="16"/>
              </w:rPr>
              <w:t>Methods — Outcome Measures; Population and Stratification</w:t>
            </w:r>
          </w:p>
        </w:tc>
      </w:tr>
      <w:tr w:rsidR="00AE2E73" w14:paraId="5E753062" w14:textId="77777777" w:rsidTr="004F5996">
        <w:tc>
          <w:tcPr>
            <w:tcW w:w="792" w:type="dxa"/>
          </w:tcPr>
          <w:p w14:paraId="10CF1E48" w14:textId="77777777" w:rsidR="00AE2E73" w:rsidRDefault="00000000">
            <w:r>
              <w:rPr>
                <w:sz w:val="16"/>
              </w:rPr>
              <w:t>8</w:t>
            </w:r>
          </w:p>
        </w:tc>
        <w:tc>
          <w:tcPr>
            <w:tcW w:w="1512" w:type="dxa"/>
          </w:tcPr>
          <w:p w14:paraId="74C97071" w14:textId="77777777" w:rsidR="00AE2E73" w:rsidRDefault="00000000">
            <w:r>
              <w:rPr>
                <w:sz w:val="16"/>
              </w:rPr>
              <w:t>Data sources/ measurement</w:t>
            </w:r>
          </w:p>
        </w:tc>
        <w:tc>
          <w:tcPr>
            <w:tcW w:w="4680" w:type="dxa"/>
          </w:tcPr>
          <w:p w14:paraId="6EEB9968" w14:textId="77777777" w:rsidR="00AE2E73" w:rsidRDefault="00000000">
            <w:r>
              <w:rPr>
                <w:sz w:val="16"/>
              </w:rPr>
              <w:t>For each variable of interest, give sources of data and details of methods of assessment (measurement)</w:t>
            </w:r>
          </w:p>
        </w:tc>
        <w:tc>
          <w:tcPr>
            <w:tcW w:w="3528" w:type="dxa"/>
          </w:tcPr>
          <w:p w14:paraId="5F691C72" w14:textId="77777777" w:rsidR="00AE2E73" w:rsidRDefault="00000000">
            <w:r>
              <w:rPr>
                <w:sz w:val="16"/>
              </w:rPr>
              <w:t>Methods — Study Design and Data Source (CDC WONDER MCD; ICD-10 C25; AAMR standardized to the 2000 US standard population)</w:t>
            </w:r>
          </w:p>
        </w:tc>
      </w:tr>
      <w:tr w:rsidR="00AE2E73" w14:paraId="179D9FCD" w14:textId="77777777" w:rsidTr="004F5996">
        <w:tc>
          <w:tcPr>
            <w:tcW w:w="792" w:type="dxa"/>
          </w:tcPr>
          <w:p w14:paraId="50CDF9D1" w14:textId="77777777" w:rsidR="00AE2E73" w:rsidRDefault="00000000">
            <w:r>
              <w:rPr>
                <w:sz w:val="16"/>
              </w:rPr>
              <w:t>9</w:t>
            </w:r>
          </w:p>
        </w:tc>
        <w:tc>
          <w:tcPr>
            <w:tcW w:w="1512" w:type="dxa"/>
          </w:tcPr>
          <w:p w14:paraId="08F59514" w14:textId="77777777" w:rsidR="00AE2E73" w:rsidRDefault="00000000">
            <w:r>
              <w:rPr>
                <w:sz w:val="16"/>
              </w:rPr>
              <w:t>Bias</w:t>
            </w:r>
          </w:p>
        </w:tc>
        <w:tc>
          <w:tcPr>
            <w:tcW w:w="4680" w:type="dxa"/>
          </w:tcPr>
          <w:p w14:paraId="5064E50D" w14:textId="77777777" w:rsidR="00AE2E73" w:rsidRDefault="00000000">
            <w:r>
              <w:rPr>
                <w:sz w:val="16"/>
              </w:rPr>
              <w:t>Describe any efforts to address potential sources of bias</w:t>
            </w:r>
          </w:p>
        </w:tc>
        <w:tc>
          <w:tcPr>
            <w:tcW w:w="3528" w:type="dxa"/>
          </w:tcPr>
          <w:p w14:paraId="49B3F3D2" w14:textId="77777777" w:rsidR="00AE2E73" w:rsidRDefault="00000000">
            <w:r>
              <w:rPr>
                <w:sz w:val="16"/>
              </w:rPr>
              <w:t>Methods — Study Design and Data Source (provisional-data caution; underlying- vs multiple-cause coding); Discussion — Limitations</w:t>
            </w:r>
          </w:p>
        </w:tc>
      </w:tr>
      <w:tr w:rsidR="00AE2E73" w14:paraId="17B5171A" w14:textId="77777777" w:rsidTr="004F5996">
        <w:tc>
          <w:tcPr>
            <w:tcW w:w="792" w:type="dxa"/>
          </w:tcPr>
          <w:p w14:paraId="15082D27" w14:textId="77777777" w:rsidR="00AE2E73" w:rsidRDefault="00000000">
            <w:r>
              <w:rPr>
                <w:sz w:val="16"/>
              </w:rPr>
              <w:t>10</w:t>
            </w:r>
          </w:p>
        </w:tc>
        <w:tc>
          <w:tcPr>
            <w:tcW w:w="1512" w:type="dxa"/>
          </w:tcPr>
          <w:p w14:paraId="75B8F50D" w14:textId="77777777" w:rsidR="00AE2E73" w:rsidRDefault="00000000">
            <w:r>
              <w:rPr>
                <w:sz w:val="16"/>
              </w:rPr>
              <w:t>Study size</w:t>
            </w:r>
          </w:p>
        </w:tc>
        <w:tc>
          <w:tcPr>
            <w:tcW w:w="4680" w:type="dxa"/>
          </w:tcPr>
          <w:p w14:paraId="539DE34A" w14:textId="77777777" w:rsidR="00AE2E73" w:rsidRDefault="00000000">
            <w:r>
              <w:rPr>
                <w:sz w:val="16"/>
              </w:rPr>
              <w:t>Explain how the study size was arrived at</w:t>
            </w:r>
          </w:p>
        </w:tc>
        <w:tc>
          <w:tcPr>
            <w:tcW w:w="3528" w:type="dxa"/>
          </w:tcPr>
          <w:p w14:paraId="6B25798D" w14:textId="77777777" w:rsidR="00AE2E73" w:rsidRDefault="00000000">
            <w:r>
              <w:rPr>
                <w:sz w:val="16"/>
              </w:rPr>
              <w:t>Methods — Population and Stratification (complete national death census; no sampling); Results (1,109,156 deaths)</w:t>
            </w:r>
          </w:p>
        </w:tc>
      </w:tr>
      <w:tr w:rsidR="00AE2E73" w14:paraId="43281E13" w14:textId="77777777" w:rsidTr="004F5996">
        <w:tc>
          <w:tcPr>
            <w:tcW w:w="792" w:type="dxa"/>
          </w:tcPr>
          <w:p w14:paraId="1944041C" w14:textId="77777777" w:rsidR="00AE2E73" w:rsidRDefault="00000000">
            <w:r>
              <w:rPr>
                <w:sz w:val="16"/>
              </w:rPr>
              <w:t>11</w:t>
            </w:r>
          </w:p>
        </w:tc>
        <w:tc>
          <w:tcPr>
            <w:tcW w:w="1512" w:type="dxa"/>
          </w:tcPr>
          <w:p w14:paraId="615E5A78" w14:textId="77777777" w:rsidR="00AE2E73" w:rsidRDefault="00000000">
            <w:r>
              <w:rPr>
                <w:sz w:val="16"/>
              </w:rPr>
              <w:t>Quantitative variables</w:t>
            </w:r>
          </w:p>
        </w:tc>
        <w:tc>
          <w:tcPr>
            <w:tcW w:w="4680" w:type="dxa"/>
          </w:tcPr>
          <w:p w14:paraId="7BC1A58D" w14:textId="77777777" w:rsidR="00AE2E73" w:rsidRDefault="00000000">
            <w:r>
              <w:rPr>
                <w:sz w:val="16"/>
              </w:rPr>
              <w:t>Explain how quantitative variables were handled; describe which groupings were chosen and why</w:t>
            </w:r>
          </w:p>
        </w:tc>
        <w:tc>
          <w:tcPr>
            <w:tcW w:w="3528" w:type="dxa"/>
          </w:tcPr>
          <w:p w14:paraId="4EF90B02" w14:textId="77777777" w:rsidR="00AE2E73" w:rsidRDefault="00000000">
            <w:r>
              <w:rPr>
                <w:sz w:val="16"/>
              </w:rPr>
              <w:t>Methods — Population and Stratification (age 25–44/45–64/65–85+; metropolitan/non-metropolitan)</w:t>
            </w:r>
          </w:p>
        </w:tc>
      </w:tr>
      <w:tr w:rsidR="00AE2E73" w14:paraId="05025F70" w14:textId="77777777" w:rsidTr="004F5996">
        <w:tc>
          <w:tcPr>
            <w:tcW w:w="792" w:type="dxa"/>
          </w:tcPr>
          <w:p w14:paraId="75168A47" w14:textId="77777777" w:rsidR="00AE2E73" w:rsidRDefault="00000000">
            <w:r>
              <w:rPr>
                <w:sz w:val="16"/>
              </w:rPr>
              <w:t>12 (a)</w:t>
            </w:r>
          </w:p>
        </w:tc>
        <w:tc>
          <w:tcPr>
            <w:tcW w:w="1512" w:type="dxa"/>
          </w:tcPr>
          <w:p w14:paraId="7CC3BBA7" w14:textId="77777777" w:rsidR="00AE2E73" w:rsidRDefault="00000000">
            <w:r>
              <w:rPr>
                <w:sz w:val="16"/>
              </w:rPr>
              <w:t>Statistical methods</w:t>
            </w:r>
          </w:p>
        </w:tc>
        <w:tc>
          <w:tcPr>
            <w:tcW w:w="4680" w:type="dxa"/>
          </w:tcPr>
          <w:p w14:paraId="7C02EB3A" w14:textId="77777777" w:rsidR="00AE2E73" w:rsidRDefault="00000000">
            <w:r>
              <w:rPr>
                <w:sz w:val="16"/>
              </w:rPr>
              <w:t>Describe all statistical methods, including those used to control for confounding</w:t>
            </w:r>
          </w:p>
        </w:tc>
        <w:tc>
          <w:tcPr>
            <w:tcW w:w="3528" w:type="dxa"/>
          </w:tcPr>
          <w:p w14:paraId="17071020" w14:textId="77777777" w:rsidR="00AE2E73" w:rsidRDefault="00000000">
            <w:r>
              <w:rPr>
                <w:sz w:val="16"/>
              </w:rPr>
              <w:t>Methods — Trend Analysis; Forecasting Analysis (age standardization; Joinpoint regression; Holt + damped ensemble)</w:t>
            </w:r>
          </w:p>
        </w:tc>
      </w:tr>
      <w:tr w:rsidR="00AE2E73" w14:paraId="375741C1" w14:textId="77777777" w:rsidTr="004F5996">
        <w:tc>
          <w:tcPr>
            <w:tcW w:w="792" w:type="dxa"/>
          </w:tcPr>
          <w:p w14:paraId="47140DED" w14:textId="77777777" w:rsidR="00AE2E73" w:rsidRDefault="00000000">
            <w:r>
              <w:rPr>
                <w:sz w:val="16"/>
              </w:rPr>
              <w:t>12 (b)</w:t>
            </w:r>
          </w:p>
        </w:tc>
        <w:tc>
          <w:tcPr>
            <w:tcW w:w="1512" w:type="dxa"/>
          </w:tcPr>
          <w:p w14:paraId="67670673" w14:textId="77777777" w:rsidR="00AE2E73" w:rsidRDefault="00AE2E73"/>
        </w:tc>
        <w:tc>
          <w:tcPr>
            <w:tcW w:w="4680" w:type="dxa"/>
          </w:tcPr>
          <w:p w14:paraId="766F634F" w14:textId="77777777" w:rsidR="00AE2E73" w:rsidRDefault="00000000">
            <w:r>
              <w:rPr>
                <w:sz w:val="16"/>
              </w:rPr>
              <w:t>Describe any methods used to examine subgroups and interactions</w:t>
            </w:r>
          </w:p>
        </w:tc>
        <w:tc>
          <w:tcPr>
            <w:tcW w:w="3528" w:type="dxa"/>
          </w:tcPr>
          <w:p w14:paraId="2A41BF5E" w14:textId="77777777" w:rsidR="00AE2E73" w:rsidRDefault="00000000">
            <w:r>
              <w:rPr>
                <w:sz w:val="16"/>
              </w:rPr>
              <w:t>Methods — Population and Stratification; Forecasting Analysis (subgroup-specific models)</w:t>
            </w:r>
          </w:p>
        </w:tc>
      </w:tr>
      <w:tr w:rsidR="00AE2E73" w14:paraId="533B78D2" w14:textId="77777777" w:rsidTr="004F5996">
        <w:tc>
          <w:tcPr>
            <w:tcW w:w="792" w:type="dxa"/>
          </w:tcPr>
          <w:p w14:paraId="29826354" w14:textId="77777777" w:rsidR="00AE2E73" w:rsidRDefault="00000000">
            <w:r>
              <w:rPr>
                <w:sz w:val="16"/>
              </w:rPr>
              <w:t>12 (c)</w:t>
            </w:r>
          </w:p>
        </w:tc>
        <w:tc>
          <w:tcPr>
            <w:tcW w:w="1512" w:type="dxa"/>
          </w:tcPr>
          <w:p w14:paraId="0A295BAB" w14:textId="77777777" w:rsidR="00AE2E73" w:rsidRDefault="00AE2E73"/>
        </w:tc>
        <w:tc>
          <w:tcPr>
            <w:tcW w:w="4680" w:type="dxa"/>
          </w:tcPr>
          <w:p w14:paraId="6FAE73E7" w14:textId="77777777" w:rsidR="00AE2E73" w:rsidRDefault="00000000">
            <w:r>
              <w:rPr>
                <w:sz w:val="16"/>
              </w:rPr>
              <w:t>Explain how missing data were addressed</w:t>
            </w:r>
          </w:p>
        </w:tc>
        <w:tc>
          <w:tcPr>
            <w:tcW w:w="3528" w:type="dxa"/>
          </w:tcPr>
          <w:p w14:paraId="12A15B62" w14:textId="77777777" w:rsidR="00AE2E73" w:rsidRDefault="00000000">
            <w:r>
              <w:rPr>
                <w:sz w:val="16"/>
              </w:rPr>
              <w:t>Methods — Study Design and Data Source (CDC WONDER suppression/reliability rules); Discussion — Limitations</w:t>
            </w:r>
          </w:p>
        </w:tc>
      </w:tr>
      <w:tr w:rsidR="00AE2E73" w14:paraId="24B6C71A" w14:textId="77777777" w:rsidTr="004F5996">
        <w:tc>
          <w:tcPr>
            <w:tcW w:w="792" w:type="dxa"/>
          </w:tcPr>
          <w:p w14:paraId="2B96EF4D" w14:textId="77777777" w:rsidR="00AE2E73" w:rsidRDefault="00000000">
            <w:r>
              <w:rPr>
                <w:sz w:val="16"/>
              </w:rPr>
              <w:t>12 (d)</w:t>
            </w:r>
          </w:p>
        </w:tc>
        <w:tc>
          <w:tcPr>
            <w:tcW w:w="1512" w:type="dxa"/>
          </w:tcPr>
          <w:p w14:paraId="58671CBC" w14:textId="77777777" w:rsidR="00AE2E73" w:rsidRDefault="00AE2E73"/>
        </w:tc>
        <w:tc>
          <w:tcPr>
            <w:tcW w:w="4680" w:type="dxa"/>
          </w:tcPr>
          <w:p w14:paraId="06C6483E" w14:textId="77777777" w:rsidR="00AE2E73" w:rsidRDefault="00000000">
            <w:r>
              <w:rPr>
                <w:sz w:val="16"/>
              </w:rPr>
              <w:t>If applicable, describe analytical methods taking account of sampling strategy</w:t>
            </w:r>
          </w:p>
        </w:tc>
        <w:tc>
          <w:tcPr>
            <w:tcW w:w="3528" w:type="dxa"/>
          </w:tcPr>
          <w:p w14:paraId="7FCE343B" w14:textId="77777777" w:rsidR="00AE2E73" w:rsidRDefault="00000000">
            <w:r>
              <w:rPr>
                <w:sz w:val="16"/>
              </w:rPr>
              <w:t>Not applicable — complete national death-certificate census, not a probability sample</w:t>
            </w:r>
          </w:p>
        </w:tc>
      </w:tr>
      <w:tr w:rsidR="00AE2E73" w14:paraId="3D3B5B98" w14:textId="77777777" w:rsidTr="004F5996">
        <w:tc>
          <w:tcPr>
            <w:tcW w:w="792" w:type="dxa"/>
          </w:tcPr>
          <w:p w14:paraId="1300FA1A" w14:textId="77777777" w:rsidR="00AE2E73" w:rsidRDefault="00000000">
            <w:r>
              <w:rPr>
                <w:sz w:val="16"/>
              </w:rPr>
              <w:t>12 (e)</w:t>
            </w:r>
          </w:p>
        </w:tc>
        <w:tc>
          <w:tcPr>
            <w:tcW w:w="1512" w:type="dxa"/>
          </w:tcPr>
          <w:p w14:paraId="27878021" w14:textId="77777777" w:rsidR="00AE2E73" w:rsidRDefault="00AE2E73"/>
        </w:tc>
        <w:tc>
          <w:tcPr>
            <w:tcW w:w="4680" w:type="dxa"/>
          </w:tcPr>
          <w:p w14:paraId="144B2CCF" w14:textId="77777777" w:rsidR="00AE2E73" w:rsidRDefault="00000000">
            <w:r>
              <w:rPr>
                <w:sz w:val="16"/>
              </w:rPr>
              <w:t>Describe any sensitivity analyses</w:t>
            </w:r>
          </w:p>
        </w:tc>
        <w:tc>
          <w:tcPr>
            <w:tcW w:w="3528" w:type="dxa"/>
          </w:tcPr>
          <w:p w14:paraId="2302CB3B" w14:textId="77777777" w:rsidR="00AE2E73" w:rsidRDefault="00000000">
            <w:r>
              <w:rPr>
                <w:sz w:val="16"/>
              </w:rPr>
              <w:t>Methods — Model Optimization and Bias Assessment (rolling-origin backtest; weight sensitivity); Discussion — Limitations (underlying-cause sensitivity); Supplemental Tables 11–13</w:t>
            </w:r>
          </w:p>
        </w:tc>
      </w:tr>
      <w:tr w:rsidR="00AE2E73" w14:paraId="09B33804" w14:textId="77777777" w:rsidTr="004F5996">
        <w:tc>
          <w:tcPr>
            <w:tcW w:w="10512" w:type="dxa"/>
            <w:gridSpan w:val="4"/>
          </w:tcPr>
          <w:p w14:paraId="2935A2CC" w14:textId="77777777" w:rsidR="00AE2E73" w:rsidRDefault="00000000">
            <w:r>
              <w:rPr>
                <w:b/>
              </w:rPr>
              <w:t>Results</w:t>
            </w:r>
          </w:p>
        </w:tc>
      </w:tr>
      <w:tr w:rsidR="00AE2E73" w14:paraId="238F8E60" w14:textId="77777777" w:rsidTr="004F5996">
        <w:tc>
          <w:tcPr>
            <w:tcW w:w="792" w:type="dxa"/>
          </w:tcPr>
          <w:p w14:paraId="3B78A501" w14:textId="77777777" w:rsidR="00AE2E73" w:rsidRDefault="00000000">
            <w:r>
              <w:rPr>
                <w:sz w:val="16"/>
              </w:rPr>
              <w:t>13 (a)</w:t>
            </w:r>
          </w:p>
        </w:tc>
        <w:tc>
          <w:tcPr>
            <w:tcW w:w="1512" w:type="dxa"/>
          </w:tcPr>
          <w:p w14:paraId="1E5EF001" w14:textId="77777777" w:rsidR="00AE2E73" w:rsidRDefault="00000000">
            <w:r>
              <w:rPr>
                <w:sz w:val="16"/>
              </w:rPr>
              <w:t>Participants</w:t>
            </w:r>
          </w:p>
        </w:tc>
        <w:tc>
          <w:tcPr>
            <w:tcW w:w="4680" w:type="dxa"/>
          </w:tcPr>
          <w:p w14:paraId="3B2A2BA2" w14:textId="77777777" w:rsidR="00AE2E73" w:rsidRDefault="00000000">
            <w:r>
              <w:rPr>
                <w:sz w:val="16"/>
              </w:rPr>
              <w:t>Report the numbers of individuals at each stage of the study</w:t>
            </w:r>
          </w:p>
        </w:tc>
        <w:tc>
          <w:tcPr>
            <w:tcW w:w="3528" w:type="dxa"/>
          </w:tcPr>
          <w:p w14:paraId="5BD8B473" w14:textId="77777777" w:rsidR="00AE2E73" w:rsidRDefault="00000000">
            <w:r>
              <w:rPr>
                <w:sz w:val="16"/>
              </w:rPr>
              <w:t>Results — Overall Mortality Burden and Place of Death (1,109,156 deaths)</w:t>
            </w:r>
          </w:p>
        </w:tc>
      </w:tr>
      <w:tr w:rsidR="00AE2E73" w14:paraId="4489F95D" w14:textId="77777777" w:rsidTr="004F5996">
        <w:tc>
          <w:tcPr>
            <w:tcW w:w="792" w:type="dxa"/>
          </w:tcPr>
          <w:p w14:paraId="5555B03F" w14:textId="77777777" w:rsidR="00AE2E73" w:rsidRDefault="00000000">
            <w:r>
              <w:rPr>
                <w:sz w:val="16"/>
              </w:rPr>
              <w:t>13 (b)</w:t>
            </w:r>
          </w:p>
        </w:tc>
        <w:tc>
          <w:tcPr>
            <w:tcW w:w="1512" w:type="dxa"/>
          </w:tcPr>
          <w:p w14:paraId="535743A4" w14:textId="77777777" w:rsidR="00AE2E73" w:rsidRDefault="00AE2E73"/>
        </w:tc>
        <w:tc>
          <w:tcPr>
            <w:tcW w:w="4680" w:type="dxa"/>
          </w:tcPr>
          <w:p w14:paraId="55CAD3DA" w14:textId="77777777" w:rsidR="00AE2E73" w:rsidRDefault="00000000">
            <w:r>
              <w:rPr>
                <w:sz w:val="16"/>
              </w:rPr>
              <w:t>Give reasons for non-participation at each stage</w:t>
            </w:r>
          </w:p>
        </w:tc>
        <w:tc>
          <w:tcPr>
            <w:tcW w:w="3528" w:type="dxa"/>
          </w:tcPr>
          <w:p w14:paraId="612E33E6" w14:textId="77777777" w:rsidR="00AE2E73" w:rsidRDefault="00000000">
            <w:r>
              <w:rPr>
                <w:sz w:val="16"/>
              </w:rPr>
              <w:t>Not applicable — registry-based mortality census</w:t>
            </w:r>
          </w:p>
        </w:tc>
      </w:tr>
      <w:tr w:rsidR="00AE2E73" w14:paraId="2392DF3C" w14:textId="77777777" w:rsidTr="004F5996">
        <w:tc>
          <w:tcPr>
            <w:tcW w:w="792" w:type="dxa"/>
          </w:tcPr>
          <w:p w14:paraId="7C303375" w14:textId="77777777" w:rsidR="00AE2E73" w:rsidRDefault="00000000">
            <w:r>
              <w:rPr>
                <w:sz w:val="16"/>
              </w:rPr>
              <w:t>13 (c)</w:t>
            </w:r>
          </w:p>
        </w:tc>
        <w:tc>
          <w:tcPr>
            <w:tcW w:w="1512" w:type="dxa"/>
          </w:tcPr>
          <w:p w14:paraId="60330511" w14:textId="77777777" w:rsidR="00AE2E73" w:rsidRDefault="00AE2E73"/>
        </w:tc>
        <w:tc>
          <w:tcPr>
            <w:tcW w:w="4680" w:type="dxa"/>
          </w:tcPr>
          <w:p w14:paraId="205636DE" w14:textId="77777777" w:rsidR="00AE2E73" w:rsidRDefault="00000000">
            <w:r>
              <w:rPr>
                <w:sz w:val="16"/>
              </w:rPr>
              <w:t>Consider use of a flow diagram</w:t>
            </w:r>
          </w:p>
        </w:tc>
        <w:tc>
          <w:tcPr>
            <w:tcW w:w="3528" w:type="dxa"/>
          </w:tcPr>
          <w:p w14:paraId="2683A663" w14:textId="77777777" w:rsidR="00AE2E73" w:rsidRDefault="00000000">
            <w:r>
              <w:rPr>
                <w:sz w:val="16"/>
              </w:rPr>
              <w:t>Not applicable</w:t>
            </w:r>
          </w:p>
        </w:tc>
      </w:tr>
      <w:tr w:rsidR="00AE2E73" w14:paraId="2BDD92F7" w14:textId="77777777" w:rsidTr="004F5996">
        <w:tc>
          <w:tcPr>
            <w:tcW w:w="792" w:type="dxa"/>
          </w:tcPr>
          <w:p w14:paraId="548ACE46" w14:textId="77777777" w:rsidR="00AE2E73" w:rsidRDefault="00000000">
            <w:r>
              <w:rPr>
                <w:sz w:val="16"/>
              </w:rPr>
              <w:t>14 (a)</w:t>
            </w:r>
          </w:p>
        </w:tc>
        <w:tc>
          <w:tcPr>
            <w:tcW w:w="1512" w:type="dxa"/>
          </w:tcPr>
          <w:p w14:paraId="6C182639" w14:textId="77777777" w:rsidR="00AE2E73" w:rsidRDefault="00000000">
            <w:r>
              <w:rPr>
                <w:sz w:val="16"/>
              </w:rPr>
              <w:t>Descriptive data</w:t>
            </w:r>
          </w:p>
        </w:tc>
        <w:tc>
          <w:tcPr>
            <w:tcW w:w="4680" w:type="dxa"/>
          </w:tcPr>
          <w:p w14:paraId="757F4DE4" w14:textId="77777777" w:rsidR="00AE2E73" w:rsidRDefault="00000000">
            <w:r>
              <w:rPr>
                <w:sz w:val="16"/>
              </w:rPr>
              <w:t>Give characteristics of study participants and information on exposures and potential confounders</w:t>
            </w:r>
          </w:p>
        </w:tc>
        <w:tc>
          <w:tcPr>
            <w:tcW w:w="3528" w:type="dxa"/>
          </w:tcPr>
          <w:p w14:paraId="2FDC2754" w14:textId="77777777" w:rsidR="00AE2E73" w:rsidRDefault="00000000">
            <w:r>
              <w:rPr>
                <w:sz w:val="16"/>
              </w:rPr>
              <w:t>Results — Table 1; Supplemental Tables 3–8</w:t>
            </w:r>
          </w:p>
        </w:tc>
      </w:tr>
      <w:tr w:rsidR="00AE2E73" w14:paraId="2BFEC09F" w14:textId="77777777" w:rsidTr="004F5996">
        <w:tc>
          <w:tcPr>
            <w:tcW w:w="792" w:type="dxa"/>
          </w:tcPr>
          <w:p w14:paraId="6E5BD236" w14:textId="77777777" w:rsidR="00AE2E73" w:rsidRDefault="00000000">
            <w:r>
              <w:rPr>
                <w:sz w:val="16"/>
              </w:rPr>
              <w:lastRenderedPageBreak/>
              <w:t>14 (b)</w:t>
            </w:r>
          </w:p>
        </w:tc>
        <w:tc>
          <w:tcPr>
            <w:tcW w:w="1512" w:type="dxa"/>
          </w:tcPr>
          <w:p w14:paraId="539C6291" w14:textId="77777777" w:rsidR="00AE2E73" w:rsidRDefault="00AE2E73"/>
        </w:tc>
        <w:tc>
          <w:tcPr>
            <w:tcW w:w="4680" w:type="dxa"/>
          </w:tcPr>
          <w:p w14:paraId="317E45BE" w14:textId="77777777" w:rsidR="00AE2E73" w:rsidRDefault="00000000">
            <w:r>
              <w:rPr>
                <w:sz w:val="16"/>
              </w:rPr>
              <w:t>Indicate the number of participants with missing data for each variable of interest</w:t>
            </w:r>
          </w:p>
        </w:tc>
        <w:tc>
          <w:tcPr>
            <w:tcW w:w="3528" w:type="dxa"/>
          </w:tcPr>
          <w:p w14:paraId="54466788" w14:textId="77777777" w:rsidR="00AE2E73" w:rsidRDefault="00000000">
            <w:r>
              <w:rPr>
                <w:sz w:val="16"/>
              </w:rPr>
              <w:t>Methods/Discussion — CDC WONDER suppression (&lt;10 deaths); Limitations</w:t>
            </w:r>
          </w:p>
        </w:tc>
      </w:tr>
      <w:tr w:rsidR="00AE2E73" w14:paraId="24A02066" w14:textId="77777777" w:rsidTr="004F5996">
        <w:tc>
          <w:tcPr>
            <w:tcW w:w="792" w:type="dxa"/>
          </w:tcPr>
          <w:p w14:paraId="67306309" w14:textId="77777777" w:rsidR="00AE2E73" w:rsidRDefault="00000000">
            <w:r>
              <w:rPr>
                <w:sz w:val="16"/>
              </w:rPr>
              <w:t>15</w:t>
            </w:r>
          </w:p>
        </w:tc>
        <w:tc>
          <w:tcPr>
            <w:tcW w:w="1512" w:type="dxa"/>
          </w:tcPr>
          <w:p w14:paraId="465430DA" w14:textId="77777777" w:rsidR="00AE2E73" w:rsidRDefault="00000000">
            <w:r>
              <w:rPr>
                <w:sz w:val="16"/>
              </w:rPr>
              <w:t>Outcome data</w:t>
            </w:r>
          </w:p>
        </w:tc>
        <w:tc>
          <w:tcPr>
            <w:tcW w:w="4680" w:type="dxa"/>
          </w:tcPr>
          <w:p w14:paraId="26E2FA35" w14:textId="77777777" w:rsidR="00AE2E73" w:rsidRDefault="00000000">
            <w:r>
              <w:rPr>
                <w:sz w:val="16"/>
              </w:rPr>
              <w:t>Report numbers of outcome events or summary measures</w:t>
            </w:r>
          </w:p>
        </w:tc>
        <w:tc>
          <w:tcPr>
            <w:tcW w:w="3528" w:type="dxa"/>
          </w:tcPr>
          <w:p w14:paraId="6CA58304" w14:textId="77777777" w:rsidR="00AE2E73" w:rsidRDefault="00000000">
            <w:r>
              <w:rPr>
                <w:sz w:val="16"/>
              </w:rPr>
              <w:t>Results — Table 1; Supplemental Tables 1–8 (deaths and AAMRs)</w:t>
            </w:r>
          </w:p>
        </w:tc>
      </w:tr>
      <w:tr w:rsidR="00AE2E73" w14:paraId="44E889B5" w14:textId="77777777" w:rsidTr="004F5996">
        <w:tc>
          <w:tcPr>
            <w:tcW w:w="792" w:type="dxa"/>
          </w:tcPr>
          <w:p w14:paraId="2E07AAC5" w14:textId="77777777" w:rsidR="00AE2E73" w:rsidRDefault="00000000">
            <w:r>
              <w:rPr>
                <w:sz w:val="16"/>
              </w:rPr>
              <w:t>16 (a)</w:t>
            </w:r>
          </w:p>
        </w:tc>
        <w:tc>
          <w:tcPr>
            <w:tcW w:w="1512" w:type="dxa"/>
          </w:tcPr>
          <w:p w14:paraId="772F0681" w14:textId="77777777" w:rsidR="00AE2E73" w:rsidRDefault="00000000">
            <w:r>
              <w:rPr>
                <w:sz w:val="16"/>
              </w:rPr>
              <w:t>Main results</w:t>
            </w:r>
          </w:p>
        </w:tc>
        <w:tc>
          <w:tcPr>
            <w:tcW w:w="4680" w:type="dxa"/>
          </w:tcPr>
          <w:p w14:paraId="621972E1" w14:textId="77777777" w:rsidR="00AE2E73" w:rsidRDefault="00000000">
            <w:r>
              <w:rPr>
                <w:sz w:val="16"/>
              </w:rPr>
              <w:t>Give unadjusted estimates and, if applicable, confounder-adjusted estimates and their precision</w:t>
            </w:r>
          </w:p>
        </w:tc>
        <w:tc>
          <w:tcPr>
            <w:tcW w:w="3528" w:type="dxa"/>
          </w:tcPr>
          <w:p w14:paraId="055910DC" w14:textId="77777777" w:rsidR="00AE2E73" w:rsidRDefault="00000000">
            <w:r>
              <w:rPr>
                <w:sz w:val="16"/>
              </w:rPr>
              <w:t>Results — Table 2 (APC/AAPC with 95% CI); Supplemental Table 2 (forecasts with 95% PI)</w:t>
            </w:r>
          </w:p>
        </w:tc>
      </w:tr>
      <w:tr w:rsidR="00AE2E73" w14:paraId="2CD50591" w14:textId="77777777" w:rsidTr="004F5996">
        <w:tc>
          <w:tcPr>
            <w:tcW w:w="792" w:type="dxa"/>
          </w:tcPr>
          <w:p w14:paraId="27F7D107" w14:textId="77777777" w:rsidR="00AE2E73" w:rsidRDefault="00000000">
            <w:r>
              <w:rPr>
                <w:sz w:val="16"/>
              </w:rPr>
              <w:t>16 (b)</w:t>
            </w:r>
          </w:p>
        </w:tc>
        <w:tc>
          <w:tcPr>
            <w:tcW w:w="1512" w:type="dxa"/>
          </w:tcPr>
          <w:p w14:paraId="691ABF13" w14:textId="77777777" w:rsidR="00AE2E73" w:rsidRDefault="00AE2E73"/>
        </w:tc>
        <w:tc>
          <w:tcPr>
            <w:tcW w:w="4680" w:type="dxa"/>
          </w:tcPr>
          <w:p w14:paraId="42212B52" w14:textId="77777777" w:rsidR="00AE2E73" w:rsidRDefault="00000000">
            <w:r>
              <w:rPr>
                <w:sz w:val="16"/>
              </w:rPr>
              <w:t>Report category boundaries when continuous variables were categorized</w:t>
            </w:r>
          </w:p>
        </w:tc>
        <w:tc>
          <w:tcPr>
            <w:tcW w:w="3528" w:type="dxa"/>
          </w:tcPr>
          <w:p w14:paraId="0D87C674" w14:textId="77777777" w:rsidR="00AE2E73" w:rsidRDefault="00000000">
            <w:r>
              <w:rPr>
                <w:sz w:val="16"/>
              </w:rPr>
              <w:t>Methods — Population and Stratification (age and urbanization boundaries)</w:t>
            </w:r>
          </w:p>
        </w:tc>
      </w:tr>
      <w:tr w:rsidR="00AE2E73" w14:paraId="3E719A25" w14:textId="77777777" w:rsidTr="004F5996">
        <w:tc>
          <w:tcPr>
            <w:tcW w:w="792" w:type="dxa"/>
          </w:tcPr>
          <w:p w14:paraId="034352B6" w14:textId="77777777" w:rsidR="00AE2E73" w:rsidRDefault="00000000">
            <w:r>
              <w:rPr>
                <w:sz w:val="16"/>
              </w:rPr>
              <w:t>16 (c)</w:t>
            </w:r>
          </w:p>
        </w:tc>
        <w:tc>
          <w:tcPr>
            <w:tcW w:w="1512" w:type="dxa"/>
          </w:tcPr>
          <w:p w14:paraId="48C8CB16" w14:textId="77777777" w:rsidR="00AE2E73" w:rsidRDefault="00AE2E73"/>
        </w:tc>
        <w:tc>
          <w:tcPr>
            <w:tcW w:w="4680" w:type="dxa"/>
          </w:tcPr>
          <w:p w14:paraId="5A23E2F6" w14:textId="77777777" w:rsidR="00AE2E73" w:rsidRDefault="00000000">
            <w:r>
              <w:rPr>
                <w:sz w:val="16"/>
              </w:rPr>
              <w:t>If relevant, consider translating estimates of relative risk into absolute risk for a meaningful time period</w:t>
            </w:r>
          </w:p>
        </w:tc>
        <w:tc>
          <w:tcPr>
            <w:tcW w:w="3528" w:type="dxa"/>
          </w:tcPr>
          <w:p w14:paraId="2DC6CB4A" w14:textId="77777777" w:rsidR="00AE2E73" w:rsidRDefault="00000000">
            <w:r>
              <w:rPr>
                <w:sz w:val="16"/>
              </w:rPr>
              <w:t>Results — Overall Trend and Projection (absolute deaths 30,437 in 1999 → 55,153 in 2025)</w:t>
            </w:r>
          </w:p>
        </w:tc>
      </w:tr>
      <w:tr w:rsidR="00AE2E73" w14:paraId="1F5A3A39" w14:textId="77777777" w:rsidTr="004F5996">
        <w:tc>
          <w:tcPr>
            <w:tcW w:w="792" w:type="dxa"/>
          </w:tcPr>
          <w:p w14:paraId="27334320" w14:textId="77777777" w:rsidR="00AE2E73" w:rsidRDefault="00000000">
            <w:r>
              <w:rPr>
                <w:sz w:val="16"/>
              </w:rPr>
              <w:t>17</w:t>
            </w:r>
          </w:p>
        </w:tc>
        <w:tc>
          <w:tcPr>
            <w:tcW w:w="1512" w:type="dxa"/>
          </w:tcPr>
          <w:p w14:paraId="74A2F99D" w14:textId="77777777" w:rsidR="00AE2E73" w:rsidRDefault="00000000">
            <w:r>
              <w:rPr>
                <w:sz w:val="16"/>
              </w:rPr>
              <w:t>Other analyses</w:t>
            </w:r>
          </w:p>
        </w:tc>
        <w:tc>
          <w:tcPr>
            <w:tcW w:w="4680" w:type="dxa"/>
          </w:tcPr>
          <w:p w14:paraId="2B4EF7D1" w14:textId="77777777" w:rsidR="00AE2E73" w:rsidRDefault="00000000">
            <w:r>
              <w:rPr>
                <w:sz w:val="16"/>
              </w:rPr>
              <w:t>Report other analyses done—e.g. analyses of subgroups and sensitivity analyses</w:t>
            </w:r>
          </w:p>
        </w:tc>
        <w:tc>
          <w:tcPr>
            <w:tcW w:w="3528" w:type="dxa"/>
          </w:tcPr>
          <w:p w14:paraId="0F85E977" w14:textId="77777777" w:rsidR="00AE2E73" w:rsidRDefault="00000000">
            <w:r>
              <w:rPr>
                <w:sz w:val="16"/>
              </w:rPr>
              <w:t>Results — subgroup analyses; Supplemental Tables 9, 11, 12, 13</w:t>
            </w:r>
          </w:p>
        </w:tc>
      </w:tr>
      <w:tr w:rsidR="00AE2E73" w14:paraId="1A5B24BB" w14:textId="77777777" w:rsidTr="004F5996">
        <w:tc>
          <w:tcPr>
            <w:tcW w:w="10512" w:type="dxa"/>
            <w:gridSpan w:val="4"/>
          </w:tcPr>
          <w:p w14:paraId="637854D4" w14:textId="77777777" w:rsidR="00AE2E73" w:rsidRDefault="00000000">
            <w:r>
              <w:rPr>
                <w:b/>
              </w:rPr>
              <w:t>Discussion</w:t>
            </w:r>
          </w:p>
        </w:tc>
      </w:tr>
      <w:tr w:rsidR="00AE2E73" w14:paraId="0F2A966A" w14:textId="77777777" w:rsidTr="004F5996">
        <w:tc>
          <w:tcPr>
            <w:tcW w:w="792" w:type="dxa"/>
          </w:tcPr>
          <w:p w14:paraId="359CDA00" w14:textId="77777777" w:rsidR="00AE2E73" w:rsidRDefault="00000000">
            <w:r>
              <w:rPr>
                <w:sz w:val="16"/>
              </w:rPr>
              <w:t>18</w:t>
            </w:r>
          </w:p>
        </w:tc>
        <w:tc>
          <w:tcPr>
            <w:tcW w:w="1512" w:type="dxa"/>
          </w:tcPr>
          <w:p w14:paraId="5D63F117" w14:textId="77777777" w:rsidR="00AE2E73" w:rsidRDefault="00000000">
            <w:r>
              <w:rPr>
                <w:sz w:val="16"/>
              </w:rPr>
              <w:t>Key results</w:t>
            </w:r>
          </w:p>
        </w:tc>
        <w:tc>
          <w:tcPr>
            <w:tcW w:w="4680" w:type="dxa"/>
          </w:tcPr>
          <w:p w14:paraId="5E24D6F2" w14:textId="77777777" w:rsidR="00AE2E73" w:rsidRDefault="00000000">
            <w:r>
              <w:rPr>
                <w:sz w:val="16"/>
              </w:rPr>
              <w:t>Summarise key results with reference to study objectives</w:t>
            </w:r>
          </w:p>
        </w:tc>
        <w:tc>
          <w:tcPr>
            <w:tcW w:w="3528" w:type="dxa"/>
          </w:tcPr>
          <w:p w14:paraId="4656E8B7" w14:textId="77777777" w:rsidR="00AE2E73" w:rsidRDefault="00000000">
            <w:r>
              <w:rPr>
                <w:sz w:val="16"/>
              </w:rPr>
              <w:t>Discussion, paragraph 1</w:t>
            </w:r>
          </w:p>
        </w:tc>
      </w:tr>
      <w:tr w:rsidR="00AE2E73" w14:paraId="2F6F72A7" w14:textId="77777777" w:rsidTr="004F5996">
        <w:tc>
          <w:tcPr>
            <w:tcW w:w="792" w:type="dxa"/>
          </w:tcPr>
          <w:p w14:paraId="6FD9237E" w14:textId="77777777" w:rsidR="00AE2E73" w:rsidRDefault="00000000">
            <w:r>
              <w:rPr>
                <w:sz w:val="16"/>
              </w:rPr>
              <w:t>19</w:t>
            </w:r>
          </w:p>
        </w:tc>
        <w:tc>
          <w:tcPr>
            <w:tcW w:w="1512" w:type="dxa"/>
          </w:tcPr>
          <w:p w14:paraId="78338172" w14:textId="77777777" w:rsidR="00AE2E73" w:rsidRDefault="00000000">
            <w:r>
              <w:rPr>
                <w:sz w:val="16"/>
              </w:rPr>
              <w:t>Limitations</w:t>
            </w:r>
          </w:p>
        </w:tc>
        <w:tc>
          <w:tcPr>
            <w:tcW w:w="4680" w:type="dxa"/>
          </w:tcPr>
          <w:p w14:paraId="6AF9E92C" w14:textId="77777777" w:rsidR="00AE2E73" w:rsidRDefault="00000000">
            <w:r>
              <w:rPr>
                <w:sz w:val="16"/>
              </w:rPr>
              <w:t>Discuss limitations of the study, taking into account sources of potential bias or imprecision; discuss both direction and magnitude of any potential bias</w:t>
            </w:r>
          </w:p>
        </w:tc>
        <w:tc>
          <w:tcPr>
            <w:tcW w:w="3528" w:type="dxa"/>
          </w:tcPr>
          <w:p w14:paraId="10733972" w14:textId="77777777" w:rsidR="00AE2E73" w:rsidRDefault="00000000">
            <w:r>
              <w:rPr>
                <w:sz w:val="16"/>
              </w:rPr>
              <w:t>Discussion — Limitations</w:t>
            </w:r>
          </w:p>
        </w:tc>
      </w:tr>
      <w:tr w:rsidR="00AE2E73" w14:paraId="3113BD1E" w14:textId="77777777" w:rsidTr="004F5996">
        <w:tc>
          <w:tcPr>
            <w:tcW w:w="792" w:type="dxa"/>
          </w:tcPr>
          <w:p w14:paraId="618E38E6" w14:textId="77777777" w:rsidR="00AE2E73" w:rsidRDefault="00000000">
            <w:r>
              <w:rPr>
                <w:sz w:val="16"/>
              </w:rPr>
              <w:t>20</w:t>
            </w:r>
          </w:p>
        </w:tc>
        <w:tc>
          <w:tcPr>
            <w:tcW w:w="1512" w:type="dxa"/>
          </w:tcPr>
          <w:p w14:paraId="2829AD4B" w14:textId="77777777" w:rsidR="00AE2E73" w:rsidRDefault="00000000">
            <w:r>
              <w:rPr>
                <w:sz w:val="16"/>
              </w:rPr>
              <w:t>Interpretation</w:t>
            </w:r>
          </w:p>
        </w:tc>
        <w:tc>
          <w:tcPr>
            <w:tcW w:w="4680" w:type="dxa"/>
          </w:tcPr>
          <w:p w14:paraId="61E9D2A3" w14:textId="77777777" w:rsidR="00AE2E73" w:rsidRDefault="00000000">
            <w:r>
              <w:rPr>
                <w:sz w:val="16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3528" w:type="dxa"/>
          </w:tcPr>
          <w:p w14:paraId="6242A07D" w14:textId="77777777" w:rsidR="00AE2E73" w:rsidRDefault="00000000">
            <w:r>
              <w:rPr>
                <w:sz w:val="16"/>
              </w:rPr>
              <w:t>Discussion (all subsections)</w:t>
            </w:r>
          </w:p>
        </w:tc>
      </w:tr>
      <w:tr w:rsidR="00AE2E73" w14:paraId="6927326E" w14:textId="77777777" w:rsidTr="004F5996">
        <w:tc>
          <w:tcPr>
            <w:tcW w:w="792" w:type="dxa"/>
          </w:tcPr>
          <w:p w14:paraId="5D4AFC57" w14:textId="77777777" w:rsidR="00AE2E73" w:rsidRDefault="00000000">
            <w:r>
              <w:rPr>
                <w:sz w:val="16"/>
              </w:rPr>
              <w:t>21</w:t>
            </w:r>
          </w:p>
        </w:tc>
        <w:tc>
          <w:tcPr>
            <w:tcW w:w="1512" w:type="dxa"/>
          </w:tcPr>
          <w:p w14:paraId="20BF8AA5" w14:textId="77777777" w:rsidR="00AE2E73" w:rsidRDefault="00000000">
            <w:r>
              <w:rPr>
                <w:sz w:val="16"/>
              </w:rPr>
              <w:t>Generalisability</w:t>
            </w:r>
          </w:p>
        </w:tc>
        <w:tc>
          <w:tcPr>
            <w:tcW w:w="4680" w:type="dxa"/>
          </w:tcPr>
          <w:p w14:paraId="6F36AB23" w14:textId="77777777" w:rsidR="00AE2E73" w:rsidRDefault="00000000">
            <w:r>
              <w:rPr>
                <w:sz w:val="16"/>
              </w:rPr>
              <w:t>Discuss the generalisability (external validity) of the study results</w:t>
            </w:r>
          </w:p>
        </w:tc>
        <w:tc>
          <w:tcPr>
            <w:tcW w:w="3528" w:type="dxa"/>
          </w:tcPr>
          <w:p w14:paraId="1F505DB2" w14:textId="77777777" w:rsidR="00AE2E73" w:rsidRDefault="00000000">
            <w:r>
              <w:rPr>
                <w:sz w:val="16"/>
              </w:rPr>
              <w:t>Discussion; Limitations (national US coverage; ecological design)</w:t>
            </w:r>
          </w:p>
        </w:tc>
      </w:tr>
      <w:tr w:rsidR="00AE2E73" w14:paraId="1EEAB896" w14:textId="77777777" w:rsidTr="004F5996">
        <w:tc>
          <w:tcPr>
            <w:tcW w:w="10512" w:type="dxa"/>
            <w:gridSpan w:val="4"/>
          </w:tcPr>
          <w:p w14:paraId="1FC68BB7" w14:textId="77777777" w:rsidR="00AE2E73" w:rsidRDefault="00000000">
            <w:r>
              <w:rPr>
                <w:b/>
              </w:rPr>
              <w:t>Other information</w:t>
            </w:r>
          </w:p>
        </w:tc>
      </w:tr>
      <w:tr w:rsidR="00AE2E73" w14:paraId="41706BD3" w14:textId="77777777" w:rsidTr="004F5996">
        <w:tc>
          <w:tcPr>
            <w:tcW w:w="792" w:type="dxa"/>
          </w:tcPr>
          <w:p w14:paraId="2DB80273" w14:textId="77777777" w:rsidR="00AE2E73" w:rsidRDefault="00000000">
            <w:r>
              <w:rPr>
                <w:sz w:val="16"/>
              </w:rPr>
              <w:t>22</w:t>
            </w:r>
          </w:p>
        </w:tc>
        <w:tc>
          <w:tcPr>
            <w:tcW w:w="1512" w:type="dxa"/>
          </w:tcPr>
          <w:p w14:paraId="0742B2D9" w14:textId="77777777" w:rsidR="00AE2E73" w:rsidRDefault="00000000">
            <w:r>
              <w:rPr>
                <w:sz w:val="16"/>
              </w:rPr>
              <w:t>Funding</w:t>
            </w:r>
          </w:p>
        </w:tc>
        <w:tc>
          <w:tcPr>
            <w:tcW w:w="4680" w:type="dxa"/>
          </w:tcPr>
          <w:p w14:paraId="24D3E3BC" w14:textId="77777777" w:rsidR="00AE2E73" w:rsidRDefault="00000000">
            <w:r>
              <w:rPr>
                <w:sz w:val="16"/>
              </w:rPr>
              <w:t>Give the source of funding and the role of the funders for the present study</w:t>
            </w:r>
          </w:p>
        </w:tc>
        <w:tc>
          <w:tcPr>
            <w:tcW w:w="3528" w:type="dxa"/>
          </w:tcPr>
          <w:p w14:paraId="6FD45FE9" w14:textId="77777777" w:rsidR="00AE2E73" w:rsidRDefault="00000000">
            <w:r>
              <w:rPr>
                <w:sz w:val="16"/>
              </w:rPr>
              <w:t>Declarations — Funding (this research received no external funding)</w:t>
            </w:r>
          </w:p>
        </w:tc>
      </w:tr>
    </w:tbl>
    <w:p w14:paraId="48ADD634" w14:textId="77777777" w:rsidR="00AE2E73" w:rsidRDefault="00000000">
      <w:r>
        <w:br w:type="page"/>
      </w:r>
    </w:p>
    <w:p w14:paraId="22D1F46D" w14:textId="77777777" w:rsidR="00F64519" w:rsidRPr="00347AE8" w:rsidRDefault="00F64519">
      <w:pPr>
        <w:rPr>
          <w:color w:val="000000" w:themeColor="text1"/>
        </w:rPr>
      </w:pPr>
    </w:p>
    <w:p w14:paraId="6B9ACE44" w14:textId="77777777" w:rsidR="00F64519" w:rsidRPr="00347AE8" w:rsidRDefault="00000000">
      <w:pPr>
        <w:rPr>
          <w:color w:val="000000" w:themeColor="text1"/>
        </w:rPr>
      </w:pPr>
      <w:r w:rsidRPr="00347AE8">
        <w:rPr>
          <w:b/>
          <w:color w:val="000000" w:themeColor="text1"/>
          <w:sz w:val="20"/>
        </w:rPr>
        <w:t>Supplemental Table 1. Percentage distribution of place of death among pancreatic cancer-related mortality in the United States, 1999–2025.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00"/>
        <w:gridCol w:w="3501"/>
        <w:gridCol w:w="3501"/>
      </w:tblGrid>
      <w:tr w:rsidR="00F64519" w:rsidRPr="00347AE8" w14:paraId="0FB95A92" w14:textId="77777777" w:rsidTr="00347AE8">
        <w:tc>
          <w:tcPr>
            <w:tcW w:w="3504" w:type="dxa"/>
          </w:tcPr>
          <w:p w14:paraId="2CE7EA4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7"/>
              </w:rPr>
              <w:t>Place of Death</w:t>
            </w:r>
          </w:p>
        </w:tc>
        <w:tc>
          <w:tcPr>
            <w:tcW w:w="3504" w:type="dxa"/>
          </w:tcPr>
          <w:p w14:paraId="5813B56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7"/>
              </w:rPr>
              <w:t>Deaths</w:t>
            </w:r>
          </w:p>
        </w:tc>
        <w:tc>
          <w:tcPr>
            <w:tcW w:w="3504" w:type="dxa"/>
          </w:tcPr>
          <w:p w14:paraId="07241EA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7"/>
              </w:rPr>
              <w:t>% Total</w:t>
            </w:r>
          </w:p>
        </w:tc>
      </w:tr>
      <w:tr w:rsidR="00F64519" w:rsidRPr="00347AE8" w14:paraId="38CB0DF8" w14:textId="77777777" w:rsidTr="00347AE8">
        <w:tc>
          <w:tcPr>
            <w:tcW w:w="3504" w:type="dxa"/>
          </w:tcPr>
          <w:p w14:paraId="54D43B5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Medical Facility - Inpatient</w:t>
            </w:r>
          </w:p>
        </w:tc>
        <w:tc>
          <w:tcPr>
            <w:tcW w:w="3504" w:type="dxa"/>
          </w:tcPr>
          <w:p w14:paraId="6CF5BAE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259,179</w:t>
            </w:r>
          </w:p>
        </w:tc>
        <w:tc>
          <w:tcPr>
            <w:tcW w:w="3504" w:type="dxa"/>
          </w:tcPr>
          <w:p w14:paraId="2A0FBCC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23.37%</w:t>
            </w:r>
          </w:p>
        </w:tc>
      </w:tr>
      <w:tr w:rsidR="00F64519" w:rsidRPr="00347AE8" w14:paraId="06FD0CB2" w14:textId="77777777" w:rsidTr="00347AE8">
        <w:tc>
          <w:tcPr>
            <w:tcW w:w="3504" w:type="dxa"/>
          </w:tcPr>
          <w:p w14:paraId="60E3A27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Medical Facility - Outpatient or ER</w:t>
            </w:r>
          </w:p>
        </w:tc>
        <w:tc>
          <w:tcPr>
            <w:tcW w:w="3504" w:type="dxa"/>
          </w:tcPr>
          <w:p w14:paraId="17DD3C2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18,422</w:t>
            </w:r>
          </w:p>
        </w:tc>
        <w:tc>
          <w:tcPr>
            <w:tcW w:w="3504" w:type="dxa"/>
          </w:tcPr>
          <w:p w14:paraId="1D59542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1.66%</w:t>
            </w:r>
          </w:p>
        </w:tc>
      </w:tr>
      <w:tr w:rsidR="00F64519" w:rsidRPr="00347AE8" w14:paraId="51CEFC28" w14:textId="77777777" w:rsidTr="00347AE8">
        <w:tc>
          <w:tcPr>
            <w:tcW w:w="3504" w:type="dxa"/>
          </w:tcPr>
          <w:p w14:paraId="34DCBD9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Medical Facility - Dead on Arrival</w:t>
            </w:r>
          </w:p>
        </w:tc>
        <w:tc>
          <w:tcPr>
            <w:tcW w:w="3504" w:type="dxa"/>
          </w:tcPr>
          <w:p w14:paraId="1361204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1,335</w:t>
            </w:r>
          </w:p>
        </w:tc>
        <w:tc>
          <w:tcPr>
            <w:tcW w:w="3504" w:type="dxa"/>
          </w:tcPr>
          <w:p w14:paraId="1020B51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0.12%</w:t>
            </w:r>
          </w:p>
        </w:tc>
      </w:tr>
      <w:tr w:rsidR="00F64519" w:rsidRPr="00347AE8" w14:paraId="36448DE6" w14:textId="77777777" w:rsidTr="00347AE8">
        <w:tc>
          <w:tcPr>
            <w:tcW w:w="3504" w:type="dxa"/>
          </w:tcPr>
          <w:p w14:paraId="0CAC601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Medical Facility - Status unknown</w:t>
            </w:r>
          </w:p>
        </w:tc>
        <w:tc>
          <w:tcPr>
            <w:tcW w:w="3504" w:type="dxa"/>
          </w:tcPr>
          <w:p w14:paraId="4BEF898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556</w:t>
            </w:r>
          </w:p>
        </w:tc>
        <w:tc>
          <w:tcPr>
            <w:tcW w:w="3504" w:type="dxa"/>
          </w:tcPr>
          <w:p w14:paraId="3F7CEAB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0.05%</w:t>
            </w:r>
          </w:p>
        </w:tc>
      </w:tr>
      <w:tr w:rsidR="00F64519" w:rsidRPr="00347AE8" w14:paraId="47131987" w14:textId="77777777" w:rsidTr="00347AE8">
        <w:tc>
          <w:tcPr>
            <w:tcW w:w="3504" w:type="dxa"/>
          </w:tcPr>
          <w:p w14:paraId="7F04853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Decedent's home</w:t>
            </w:r>
          </w:p>
        </w:tc>
        <w:tc>
          <w:tcPr>
            <w:tcW w:w="3504" w:type="dxa"/>
          </w:tcPr>
          <w:p w14:paraId="6B77BF4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539,910</w:t>
            </w:r>
          </w:p>
        </w:tc>
        <w:tc>
          <w:tcPr>
            <w:tcW w:w="3504" w:type="dxa"/>
          </w:tcPr>
          <w:p w14:paraId="6BF23CC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48.68%</w:t>
            </w:r>
          </w:p>
        </w:tc>
      </w:tr>
      <w:tr w:rsidR="00F64519" w:rsidRPr="00347AE8" w14:paraId="229E818D" w14:textId="77777777" w:rsidTr="00347AE8">
        <w:tc>
          <w:tcPr>
            <w:tcW w:w="3504" w:type="dxa"/>
          </w:tcPr>
          <w:p w14:paraId="42C72B8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Hospice facility</w:t>
            </w:r>
          </w:p>
        </w:tc>
        <w:tc>
          <w:tcPr>
            <w:tcW w:w="3504" w:type="dxa"/>
          </w:tcPr>
          <w:p w14:paraId="6DDDD1E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107,104</w:t>
            </w:r>
          </w:p>
        </w:tc>
        <w:tc>
          <w:tcPr>
            <w:tcW w:w="3504" w:type="dxa"/>
          </w:tcPr>
          <w:p w14:paraId="71CB62E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9.66%</w:t>
            </w:r>
          </w:p>
        </w:tc>
      </w:tr>
      <w:tr w:rsidR="00F64519" w:rsidRPr="00347AE8" w14:paraId="6A795EE6" w14:textId="77777777" w:rsidTr="00347AE8">
        <w:tc>
          <w:tcPr>
            <w:tcW w:w="3504" w:type="dxa"/>
          </w:tcPr>
          <w:p w14:paraId="35DCD04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Nursing home/long term care</w:t>
            </w:r>
          </w:p>
        </w:tc>
        <w:tc>
          <w:tcPr>
            <w:tcW w:w="3504" w:type="dxa"/>
          </w:tcPr>
          <w:p w14:paraId="732EBCE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121,275</w:t>
            </w:r>
          </w:p>
        </w:tc>
        <w:tc>
          <w:tcPr>
            <w:tcW w:w="3504" w:type="dxa"/>
          </w:tcPr>
          <w:p w14:paraId="6312FCC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10.93%</w:t>
            </w:r>
          </w:p>
        </w:tc>
      </w:tr>
      <w:tr w:rsidR="00F64519" w:rsidRPr="00347AE8" w14:paraId="0BFD6E17" w14:textId="77777777" w:rsidTr="00347AE8">
        <w:tc>
          <w:tcPr>
            <w:tcW w:w="3504" w:type="dxa"/>
          </w:tcPr>
          <w:p w14:paraId="4D3A854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Other</w:t>
            </w:r>
          </w:p>
        </w:tc>
        <w:tc>
          <w:tcPr>
            <w:tcW w:w="3504" w:type="dxa"/>
          </w:tcPr>
          <w:p w14:paraId="5916F77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59,187</w:t>
            </w:r>
          </w:p>
        </w:tc>
        <w:tc>
          <w:tcPr>
            <w:tcW w:w="3504" w:type="dxa"/>
          </w:tcPr>
          <w:p w14:paraId="611F61F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5.34%</w:t>
            </w:r>
          </w:p>
        </w:tc>
      </w:tr>
      <w:tr w:rsidR="00F64519" w:rsidRPr="00347AE8" w14:paraId="58681A77" w14:textId="77777777" w:rsidTr="00347AE8">
        <w:tc>
          <w:tcPr>
            <w:tcW w:w="3504" w:type="dxa"/>
          </w:tcPr>
          <w:p w14:paraId="14750E6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Place of death unknown</w:t>
            </w:r>
          </w:p>
        </w:tc>
        <w:tc>
          <w:tcPr>
            <w:tcW w:w="3504" w:type="dxa"/>
          </w:tcPr>
          <w:p w14:paraId="69B7033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2,188</w:t>
            </w:r>
          </w:p>
        </w:tc>
        <w:tc>
          <w:tcPr>
            <w:tcW w:w="3504" w:type="dxa"/>
          </w:tcPr>
          <w:p w14:paraId="2D029DA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0.20%</w:t>
            </w:r>
          </w:p>
        </w:tc>
      </w:tr>
      <w:tr w:rsidR="00F64519" w:rsidRPr="00347AE8" w14:paraId="36AC47A5" w14:textId="77777777" w:rsidTr="00347AE8">
        <w:tc>
          <w:tcPr>
            <w:tcW w:w="3504" w:type="dxa"/>
          </w:tcPr>
          <w:p w14:paraId="2CCC238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Total</w:t>
            </w:r>
          </w:p>
        </w:tc>
        <w:tc>
          <w:tcPr>
            <w:tcW w:w="3504" w:type="dxa"/>
          </w:tcPr>
          <w:p w14:paraId="2E7C5CF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1109156</w:t>
            </w:r>
          </w:p>
        </w:tc>
        <w:tc>
          <w:tcPr>
            <w:tcW w:w="3504" w:type="dxa"/>
          </w:tcPr>
          <w:p w14:paraId="7406746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100%</w:t>
            </w:r>
          </w:p>
        </w:tc>
      </w:tr>
    </w:tbl>
    <w:p w14:paraId="0A454FA6" w14:textId="77777777" w:rsidR="00F64519" w:rsidRPr="00347AE8" w:rsidRDefault="00000000">
      <w:pPr>
        <w:rPr>
          <w:color w:val="000000" w:themeColor="text1"/>
        </w:rPr>
      </w:pPr>
      <w:r w:rsidRPr="00347AE8">
        <w:rPr>
          <w:i/>
          <w:color w:val="000000" w:themeColor="text1"/>
          <w:sz w:val="16"/>
        </w:rPr>
        <w:t>Pancreatic cancer-related deaths were identified using ICD-10 code C25 recorded anywhere on the death certificate from the CDC WONDER Multiple Cause of Death database, January 1999 through December 2025. Percentages may not sum to exactly 100% because of rounding.</w:t>
      </w:r>
    </w:p>
    <w:p w14:paraId="200D4A74" w14:textId="77777777" w:rsidR="00F64519" w:rsidRPr="00347AE8" w:rsidRDefault="00F64519">
      <w:pPr>
        <w:rPr>
          <w:color w:val="000000" w:themeColor="text1"/>
        </w:rPr>
      </w:pPr>
    </w:p>
    <w:p w14:paraId="38EE11FE" w14:textId="77777777" w:rsidR="00F64519" w:rsidRPr="00347AE8" w:rsidRDefault="00000000">
      <w:pPr>
        <w:rPr>
          <w:color w:val="000000" w:themeColor="text1"/>
        </w:rPr>
      </w:pPr>
      <w:r w:rsidRPr="00347AE8">
        <w:rPr>
          <w:b/>
          <w:color w:val="000000" w:themeColor="text1"/>
          <w:sz w:val="20"/>
        </w:rPr>
        <w:t>Supplemental Table 2. Forecast age-adjusted mortality rates for pancreatic cancer-related mortality, stratified by overall, sex, race and ethnicity, age group, census region, and urbanization, United States, 2026–2050 (selected years).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01"/>
        <w:gridCol w:w="3500"/>
        <w:gridCol w:w="3501"/>
      </w:tblGrid>
      <w:tr w:rsidR="00F64519" w:rsidRPr="00347AE8" w14:paraId="09242A95" w14:textId="77777777" w:rsidTr="00347AE8">
        <w:tc>
          <w:tcPr>
            <w:tcW w:w="3504" w:type="dxa"/>
          </w:tcPr>
          <w:p w14:paraId="20350C8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6"/>
              </w:rPr>
              <w:t>Stratification</w:t>
            </w:r>
          </w:p>
        </w:tc>
        <w:tc>
          <w:tcPr>
            <w:tcW w:w="3504" w:type="dxa"/>
          </w:tcPr>
          <w:p w14:paraId="2E2F377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6"/>
              </w:rPr>
              <w:t>Year</w:t>
            </w:r>
          </w:p>
        </w:tc>
        <w:tc>
          <w:tcPr>
            <w:tcW w:w="3504" w:type="dxa"/>
          </w:tcPr>
          <w:p w14:paraId="646EC90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6"/>
              </w:rPr>
              <w:t>Forecast AAMR (95% prediction interval)</w:t>
            </w:r>
          </w:p>
        </w:tc>
      </w:tr>
      <w:tr w:rsidR="00F64519" w:rsidRPr="00347AE8" w14:paraId="3C4AC7A1" w14:textId="77777777" w:rsidTr="00347AE8">
        <w:tc>
          <w:tcPr>
            <w:tcW w:w="3504" w:type="dxa"/>
          </w:tcPr>
          <w:p w14:paraId="4B82395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Overall</w:t>
            </w:r>
          </w:p>
        </w:tc>
        <w:tc>
          <w:tcPr>
            <w:tcW w:w="3504" w:type="dxa"/>
          </w:tcPr>
          <w:p w14:paraId="5DDECD0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2026</w:t>
            </w:r>
          </w:p>
        </w:tc>
        <w:tc>
          <w:tcPr>
            <w:tcW w:w="3504" w:type="dxa"/>
          </w:tcPr>
          <w:p w14:paraId="476D044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19.03 (18.63–19.43)</w:t>
            </w:r>
          </w:p>
        </w:tc>
      </w:tr>
      <w:tr w:rsidR="00F64519" w:rsidRPr="00347AE8" w14:paraId="408D77CF" w14:textId="77777777" w:rsidTr="00347AE8">
        <w:tc>
          <w:tcPr>
            <w:tcW w:w="3504" w:type="dxa"/>
          </w:tcPr>
          <w:p w14:paraId="1BD9342C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76B336C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2030</w:t>
            </w:r>
          </w:p>
        </w:tc>
        <w:tc>
          <w:tcPr>
            <w:tcW w:w="3504" w:type="dxa"/>
          </w:tcPr>
          <w:p w14:paraId="544A46D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19.33 (18.44–20.23)</w:t>
            </w:r>
          </w:p>
        </w:tc>
      </w:tr>
      <w:tr w:rsidR="00F64519" w:rsidRPr="00347AE8" w14:paraId="282219E8" w14:textId="77777777" w:rsidTr="00347AE8">
        <w:tc>
          <w:tcPr>
            <w:tcW w:w="3504" w:type="dxa"/>
          </w:tcPr>
          <w:p w14:paraId="0E3A0CC8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6408FA3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2035</w:t>
            </w:r>
          </w:p>
        </w:tc>
        <w:tc>
          <w:tcPr>
            <w:tcW w:w="3504" w:type="dxa"/>
          </w:tcPr>
          <w:p w14:paraId="47732A1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19.71 (18.44–20.97)</w:t>
            </w:r>
          </w:p>
        </w:tc>
      </w:tr>
      <w:tr w:rsidR="00F64519" w:rsidRPr="00347AE8" w14:paraId="2BE6D6D7" w14:textId="77777777" w:rsidTr="00347AE8">
        <w:tc>
          <w:tcPr>
            <w:tcW w:w="3504" w:type="dxa"/>
          </w:tcPr>
          <w:p w14:paraId="3F48AE8D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625D25D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2040</w:t>
            </w:r>
          </w:p>
        </w:tc>
        <w:tc>
          <w:tcPr>
            <w:tcW w:w="3504" w:type="dxa"/>
          </w:tcPr>
          <w:p w14:paraId="2A80D7E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20.08 (18.53–21.64)</w:t>
            </w:r>
          </w:p>
        </w:tc>
      </w:tr>
      <w:tr w:rsidR="00F64519" w:rsidRPr="00347AE8" w14:paraId="1DF13BA4" w14:textId="77777777" w:rsidTr="00347AE8">
        <w:tc>
          <w:tcPr>
            <w:tcW w:w="3504" w:type="dxa"/>
          </w:tcPr>
          <w:p w14:paraId="51CCB27F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34E89B6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2045</w:t>
            </w:r>
          </w:p>
        </w:tc>
        <w:tc>
          <w:tcPr>
            <w:tcW w:w="3504" w:type="dxa"/>
          </w:tcPr>
          <w:p w14:paraId="5A9EECD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20.47 (18.67–22.26)</w:t>
            </w:r>
          </w:p>
        </w:tc>
      </w:tr>
      <w:tr w:rsidR="00F64519" w:rsidRPr="00347AE8" w14:paraId="43D8737A" w14:textId="77777777" w:rsidTr="00347AE8">
        <w:tc>
          <w:tcPr>
            <w:tcW w:w="3504" w:type="dxa"/>
          </w:tcPr>
          <w:p w14:paraId="4A89D141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242D79D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2050</w:t>
            </w:r>
          </w:p>
        </w:tc>
        <w:tc>
          <w:tcPr>
            <w:tcW w:w="3504" w:type="dxa"/>
          </w:tcPr>
          <w:p w14:paraId="7FA6FA2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20.85 (18.85–22.86)</w:t>
            </w:r>
          </w:p>
        </w:tc>
      </w:tr>
      <w:tr w:rsidR="00F64519" w:rsidRPr="00347AE8" w14:paraId="2DF0F1EB" w14:textId="77777777" w:rsidTr="00347AE8">
        <w:tc>
          <w:tcPr>
            <w:tcW w:w="3504" w:type="dxa"/>
          </w:tcPr>
          <w:p w14:paraId="61D2F52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Women</w:t>
            </w:r>
          </w:p>
        </w:tc>
        <w:tc>
          <w:tcPr>
            <w:tcW w:w="3504" w:type="dxa"/>
          </w:tcPr>
          <w:p w14:paraId="751386D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2026</w:t>
            </w:r>
          </w:p>
        </w:tc>
        <w:tc>
          <w:tcPr>
            <w:tcW w:w="3504" w:type="dxa"/>
          </w:tcPr>
          <w:p w14:paraId="092A119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16.66 (16.24–17.08)</w:t>
            </w:r>
          </w:p>
        </w:tc>
      </w:tr>
      <w:tr w:rsidR="00F64519" w:rsidRPr="00347AE8" w14:paraId="0C1DDFD7" w14:textId="77777777" w:rsidTr="00347AE8">
        <w:tc>
          <w:tcPr>
            <w:tcW w:w="3504" w:type="dxa"/>
          </w:tcPr>
          <w:p w14:paraId="0F7DA315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61E626E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2030</w:t>
            </w:r>
          </w:p>
        </w:tc>
        <w:tc>
          <w:tcPr>
            <w:tcW w:w="3504" w:type="dxa"/>
          </w:tcPr>
          <w:p w14:paraId="556E862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16.92 (15.98–17.86)</w:t>
            </w:r>
          </w:p>
        </w:tc>
      </w:tr>
      <w:tr w:rsidR="00F64519" w:rsidRPr="00347AE8" w14:paraId="330E99B6" w14:textId="77777777" w:rsidTr="00347AE8">
        <w:tc>
          <w:tcPr>
            <w:tcW w:w="3504" w:type="dxa"/>
          </w:tcPr>
          <w:p w14:paraId="7120E1C4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158211E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2035</w:t>
            </w:r>
          </w:p>
        </w:tc>
        <w:tc>
          <w:tcPr>
            <w:tcW w:w="3504" w:type="dxa"/>
          </w:tcPr>
          <w:p w14:paraId="39F625A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17.25 (15.92–18.58)</w:t>
            </w:r>
          </w:p>
        </w:tc>
      </w:tr>
      <w:tr w:rsidR="00F64519" w:rsidRPr="00347AE8" w14:paraId="17B17BC3" w14:textId="77777777" w:rsidTr="00347AE8">
        <w:tc>
          <w:tcPr>
            <w:tcW w:w="3504" w:type="dxa"/>
          </w:tcPr>
          <w:p w14:paraId="522B9722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6D51E02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2040</w:t>
            </w:r>
          </w:p>
        </w:tc>
        <w:tc>
          <w:tcPr>
            <w:tcW w:w="3504" w:type="dxa"/>
          </w:tcPr>
          <w:p w14:paraId="7910E1C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17.58 (15.95–19.21)</w:t>
            </w:r>
          </w:p>
        </w:tc>
      </w:tr>
      <w:tr w:rsidR="00F64519" w:rsidRPr="00347AE8" w14:paraId="236BF0AF" w14:textId="77777777" w:rsidTr="00347AE8">
        <w:tc>
          <w:tcPr>
            <w:tcW w:w="3504" w:type="dxa"/>
          </w:tcPr>
          <w:p w14:paraId="0EE5A8CE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1B89ACD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2045</w:t>
            </w:r>
          </w:p>
        </w:tc>
        <w:tc>
          <w:tcPr>
            <w:tcW w:w="3504" w:type="dxa"/>
          </w:tcPr>
          <w:p w14:paraId="0BB7C0C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17.92 (16.04–19.80)</w:t>
            </w:r>
          </w:p>
        </w:tc>
      </w:tr>
      <w:tr w:rsidR="00F64519" w:rsidRPr="00347AE8" w14:paraId="56398035" w14:textId="77777777" w:rsidTr="00347AE8">
        <w:tc>
          <w:tcPr>
            <w:tcW w:w="3504" w:type="dxa"/>
          </w:tcPr>
          <w:p w14:paraId="7EFD213E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4FF1462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2050</w:t>
            </w:r>
          </w:p>
        </w:tc>
        <w:tc>
          <w:tcPr>
            <w:tcW w:w="3504" w:type="dxa"/>
          </w:tcPr>
          <w:p w14:paraId="761D1EF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18.26 (16.15–20.36)</w:t>
            </w:r>
          </w:p>
        </w:tc>
      </w:tr>
      <w:tr w:rsidR="00F64519" w:rsidRPr="00347AE8" w14:paraId="6798662A" w14:textId="77777777" w:rsidTr="00347AE8">
        <w:tc>
          <w:tcPr>
            <w:tcW w:w="3504" w:type="dxa"/>
          </w:tcPr>
          <w:p w14:paraId="76F85DF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Men</w:t>
            </w:r>
          </w:p>
        </w:tc>
        <w:tc>
          <w:tcPr>
            <w:tcW w:w="3504" w:type="dxa"/>
          </w:tcPr>
          <w:p w14:paraId="313A08C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2026</w:t>
            </w:r>
          </w:p>
        </w:tc>
        <w:tc>
          <w:tcPr>
            <w:tcW w:w="3504" w:type="dxa"/>
          </w:tcPr>
          <w:p w14:paraId="1A70772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21.85 (21.35–22.36)</w:t>
            </w:r>
          </w:p>
        </w:tc>
      </w:tr>
      <w:tr w:rsidR="00F64519" w:rsidRPr="00347AE8" w14:paraId="02E8F700" w14:textId="77777777" w:rsidTr="00347AE8">
        <w:tc>
          <w:tcPr>
            <w:tcW w:w="3504" w:type="dxa"/>
          </w:tcPr>
          <w:p w14:paraId="5C944647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3F58F6A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2030</w:t>
            </w:r>
          </w:p>
        </w:tc>
        <w:tc>
          <w:tcPr>
            <w:tcW w:w="3504" w:type="dxa"/>
          </w:tcPr>
          <w:p w14:paraId="52FB048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22.49 (21.36–23.62)</w:t>
            </w:r>
          </w:p>
        </w:tc>
      </w:tr>
      <w:tr w:rsidR="00F64519" w:rsidRPr="00347AE8" w14:paraId="4E7C7A11" w14:textId="77777777" w:rsidTr="00347AE8">
        <w:tc>
          <w:tcPr>
            <w:tcW w:w="3504" w:type="dxa"/>
          </w:tcPr>
          <w:p w14:paraId="3E587392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6256873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2035</w:t>
            </w:r>
          </w:p>
        </w:tc>
        <w:tc>
          <w:tcPr>
            <w:tcW w:w="3504" w:type="dxa"/>
          </w:tcPr>
          <w:p w14:paraId="2C8D943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23.29 (21.69–24.89)</w:t>
            </w:r>
          </w:p>
        </w:tc>
      </w:tr>
      <w:tr w:rsidR="00F64519" w:rsidRPr="00347AE8" w14:paraId="4B150E76" w14:textId="77777777" w:rsidTr="00347AE8">
        <w:tc>
          <w:tcPr>
            <w:tcW w:w="3504" w:type="dxa"/>
          </w:tcPr>
          <w:p w14:paraId="1863C7D4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46F5C7D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2040</w:t>
            </w:r>
          </w:p>
        </w:tc>
        <w:tc>
          <w:tcPr>
            <w:tcW w:w="3504" w:type="dxa"/>
          </w:tcPr>
          <w:p w14:paraId="5E0042F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24.09 (22.13–26.05)</w:t>
            </w:r>
          </w:p>
        </w:tc>
      </w:tr>
      <w:tr w:rsidR="00F64519" w:rsidRPr="00347AE8" w14:paraId="23D31F70" w14:textId="77777777" w:rsidTr="00347AE8">
        <w:tc>
          <w:tcPr>
            <w:tcW w:w="3504" w:type="dxa"/>
          </w:tcPr>
          <w:p w14:paraId="01D8A8D3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6FD165F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2045</w:t>
            </w:r>
          </w:p>
        </w:tc>
        <w:tc>
          <w:tcPr>
            <w:tcW w:w="3504" w:type="dxa"/>
          </w:tcPr>
          <w:p w14:paraId="4F41A13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24.89 (22.63–27.16)</w:t>
            </w:r>
          </w:p>
        </w:tc>
      </w:tr>
      <w:tr w:rsidR="00F64519" w:rsidRPr="00347AE8" w14:paraId="32B78CBB" w14:textId="77777777" w:rsidTr="00347AE8">
        <w:tc>
          <w:tcPr>
            <w:tcW w:w="3504" w:type="dxa"/>
          </w:tcPr>
          <w:p w14:paraId="7569DEB5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7991A97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2050</w:t>
            </w:r>
          </w:p>
        </w:tc>
        <w:tc>
          <w:tcPr>
            <w:tcW w:w="3504" w:type="dxa"/>
          </w:tcPr>
          <w:p w14:paraId="641FCAE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25.70 (23.17–28.23)</w:t>
            </w:r>
          </w:p>
        </w:tc>
      </w:tr>
      <w:tr w:rsidR="00F64519" w:rsidRPr="00347AE8" w14:paraId="2C694CC1" w14:textId="77777777" w:rsidTr="00347AE8">
        <w:tc>
          <w:tcPr>
            <w:tcW w:w="3504" w:type="dxa"/>
          </w:tcPr>
          <w:p w14:paraId="469EBE1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NH American Indian or Alaska Native</w:t>
            </w:r>
          </w:p>
        </w:tc>
        <w:tc>
          <w:tcPr>
            <w:tcW w:w="3504" w:type="dxa"/>
          </w:tcPr>
          <w:p w14:paraId="52EF889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2026</w:t>
            </w:r>
          </w:p>
        </w:tc>
        <w:tc>
          <w:tcPr>
            <w:tcW w:w="3504" w:type="dxa"/>
          </w:tcPr>
          <w:p w14:paraId="4A57FBF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13.39 (10.80–15.97)</w:t>
            </w:r>
          </w:p>
        </w:tc>
      </w:tr>
      <w:tr w:rsidR="00F64519" w:rsidRPr="00347AE8" w14:paraId="50CD9F43" w14:textId="77777777" w:rsidTr="00347AE8">
        <w:tc>
          <w:tcPr>
            <w:tcW w:w="3504" w:type="dxa"/>
          </w:tcPr>
          <w:p w14:paraId="5EB259C9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7B2B4D6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2030</w:t>
            </w:r>
          </w:p>
        </w:tc>
        <w:tc>
          <w:tcPr>
            <w:tcW w:w="3504" w:type="dxa"/>
          </w:tcPr>
          <w:p w14:paraId="4745835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13.40 (7.62–19.18)</w:t>
            </w:r>
          </w:p>
        </w:tc>
      </w:tr>
      <w:tr w:rsidR="00F64519" w:rsidRPr="00347AE8" w14:paraId="4322C1AD" w14:textId="77777777" w:rsidTr="00347AE8">
        <w:tc>
          <w:tcPr>
            <w:tcW w:w="3504" w:type="dxa"/>
          </w:tcPr>
          <w:p w14:paraId="7B63BFAD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3CBD571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2035</w:t>
            </w:r>
          </w:p>
        </w:tc>
        <w:tc>
          <w:tcPr>
            <w:tcW w:w="3504" w:type="dxa"/>
          </w:tcPr>
          <w:p w14:paraId="46C3085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13.40 (5.23–21.58)</w:t>
            </w:r>
          </w:p>
        </w:tc>
      </w:tr>
      <w:tr w:rsidR="00F64519" w:rsidRPr="00347AE8" w14:paraId="58203AF0" w14:textId="77777777" w:rsidTr="00347AE8">
        <w:tc>
          <w:tcPr>
            <w:tcW w:w="3504" w:type="dxa"/>
          </w:tcPr>
          <w:p w14:paraId="276CD0CE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1493493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2040</w:t>
            </w:r>
          </w:p>
        </w:tc>
        <w:tc>
          <w:tcPr>
            <w:tcW w:w="3504" w:type="dxa"/>
          </w:tcPr>
          <w:p w14:paraId="716C059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13.41 (3.40–23.42)</w:t>
            </w:r>
          </w:p>
        </w:tc>
      </w:tr>
      <w:tr w:rsidR="00F64519" w:rsidRPr="00347AE8" w14:paraId="54B3F239" w14:textId="77777777" w:rsidTr="00347AE8">
        <w:tc>
          <w:tcPr>
            <w:tcW w:w="3504" w:type="dxa"/>
          </w:tcPr>
          <w:p w14:paraId="67820065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0156228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2045</w:t>
            </w:r>
          </w:p>
        </w:tc>
        <w:tc>
          <w:tcPr>
            <w:tcW w:w="3504" w:type="dxa"/>
          </w:tcPr>
          <w:p w14:paraId="60771D8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13.41 (1.85–24.97)</w:t>
            </w:r>
          </w:p>
        </w:tc>
      </w:tr>
      <w:tr w:rsidR="00F64519" w:rsidRPr="00347AE8" w14:paraId="77C3AEDB" w14:textId="77777777" w:rsidTr="00347AE8">
        <w:tc>
          <w:tcPr>
            <w:tcW w:w="3504" w:type="dxa"/>
          </w:tcPr>
          <w:p w14:paraId="16604C87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0764860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2050</w:t>
            </w:r>
          </w:p>
        </w:tc>
        <w:tc>
          <w:tcPr>
            <w:tcW w:w="3504" w:type="dxa"/>
          </w:tcPr>
          <w:p w14:paraId="367669C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13.42 (0.49–26.34)</w:t>
            </w:r>
          </w:p>
        </w:tc>
      </w:tr>
      <w:tr w:rsidR="00F64519" w:rsidRPr="00347AE8" w14:paraId="2F6C95F8" w14:textId="77777777" w:rsidTr="00347AE8">
        <w:tc>
          <w:tcPr>
            <w:tcW w:w="3504" w:type="dxa"/>
          </w:tcPr>
          <w:p w14:paraId="29180C0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NH Asian or Pacific Islander</w:t>
            </w:r>
          </w:p>
        </w:tc>
        <w:tc>
          <w:tcPr>
            <w:tcW w:w="3504" w:type="dxa"/>
          </w:tcPr>
          <w:p w14:paraId="1A926E2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2026</w:t>
            </w:r>
          </w:p>
        </w:tc>
        <w:tc>
          <w:tcPr>
            <w:tcW w:w="3504" w:type="dxa"/>
          </w:tcPr>
          <w:p w14:paraId="7E982FB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12.36 (11.46–13.26)</w:t>
            </w:r>
          </w:p>
        </w:tc>
      </w:tr>
      <w:tr w:rsidR="00F64519" w:rsidRPr="00347AE8" w14:paraId="7997CE4B" w14:textId="77777777" w:rsidTr="00347AE8">
        <w:tc>
          <w:tcPr>
            <w:tcW w:w="3504" w:type="dxa"/>
          </w:tcPr>
          <w:p w14:paraId="73C20E00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76A01E1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2030</w:t>
            </w:r>
          </w:p>
        </w:tc>
        <w:tc>
          <w:tcPr>
            <w:tcW w:w="3504" w:type="dxa"/>
          </w:tcPr>
          <w:p w14:paraId="77AE6CF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12.38 (10.36–14.39)</w:t>
            </w:r>
          </w:p>
        </w:tc>
      </w:tr>
      <w:tr w:rsidR="00F64519" w:rsidRPr="00347AE8" w14:paraId="4039D501" w14:textId="77777777" w:rsidTr="00347AE8">
        <w:tc>
          <w:tcPr>
            <w:tcW w:w="3504" w:type="dxa"/>
          </w:tcPr>
          <w:p w14:paraId="4FD20FDA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48B6FAB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2035</w:t>
            </w:r>
          </w:p>
        </w:tc>
        <w:tc>
          <w:tcPr>
            <w:tcW w:w="3504" w:type="dxa"/>
          </w:tcPr>
          <w:p w14:paraId="2EBDBE4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12.40 (9.55–15.24)</w:t>
            </w:r>
          </w:p>
        </w:tc>
      </w:tr>
      <w:tr w:rsidR="00F64519" w:rsidRPr="00347AE8" w14:paraId="46D096AF" w14:textId="77777777" w:rsidTr="00347AE8">
        <w:tc>
          <w:tcPr>
            <w:tcW w:w="3504" w:type="dxa"/>
          </w:tcPr>
          <w:p w14:paraId="05AD6314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67BEB65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2040</w:t>
            </w:r>
          </w:p>
        </w:tc>
        <w:tc>
          <w:tcPr>
            <w:tcW w:w="3504" w:type="dxa"/>
          </w:tcPr>
          <w:p w14:paraId="1A6599F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12.42 (8.93–15.90)</w:t>
            </w:r>
          </w:p>
        </w:tc>
      </w:tr>
      <w:tr w:rsidR="00F64519" w:rsidRPr="00347AE8" w14:paraId="14B015C1" w14:textId="77777777" w:rsidTr="00347AE8">
        <w:tc>
          <w:tcPr>
            <w:tcW w:w="3504" w:type="dxa"/>
          </w:tcPr>
          <w:p w14:paraId="4B319E60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4995AAC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2045</w:t>
            </w:r>
          </w:p>
        </w:tc>
        <w:tc>
          <w:tcPr>
            <w:tcW w:w="3504" w:type="dxa"/>
          </w:tcPr>
          <w:p w14:paraId="0DC68A3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12.43 (8.41–16.46)</w:t>
            </w:r>
          </w:p>
        </w:tc>
      </w:tr>
      <w:tr w:rsidR="00F64519" w:rsidRPr="00347AE8" w14:paraId="3978ACCC" w14:textId="77777777" w:rsidTr="00347AE8">
        <w:tc>
          <w:tcPr>
            <w:tcW w:w="3504" w:type="dxa"/>
          </w:tcPr>
          <w:p w14:paraId="423F3713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0E30A2F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2050</w:t>
            </w:r>
          </w:p>
        </w:tc>
        <w:tc>
          <w:tcPr>
            <w:tcW w:w="3504" w:type="dxa"/>
          </w:tcPr>
          <w:p w14:paraId="7AE8365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12.45 (7.95–16.95)</w:t>
            </w:r>
          </w:p>
        </w:tc>
      </w:tr>
      <w:tr w:rsidR="00F64519" w:rsidRPr="00347AE8" w14:paraId="0F1499D7" w14:textId="77777777" w:rsidTr="00347AE8">
        <w:tc>
          <w:tcPr>
            <w:tcW w:w="3504" w:type="dxa"/>
          </w:tcPr>
          <w:p w14:paraId="6589F33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NH Black or African American</w:t>
            </w:r>
          </w:p>
        </w:tc>
        <w:tc>
          <w:tcPr>
            <w:tcW w:w="3504" w:type="dxa"/>
          </w:tcPr>
          <w:p w14:paraId="7843538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2026</w:t>
            </w:r>
          </w:p>
        </w:tc>
        <w:tc>
          <w:tcPr>
            <w:tcW w:w="3504" w:type="dxa"/>
          </w:tcPr>
          <w:p w14:paraId="49E91D4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22.80 (22.14–23.46)</w:t>
            </w:r>
          </w:p>
        </w:tc>
      </w:tr>
      <w:tr w:rsidR="00F64519" w:rsidRPr="00347AE8" w14:paraId="23245B2D" w14:textId="77777777" w:rsidTr="00347AE8">
        <w:tc>
          <w:tcPr>
            <w:tcW w:w="3504" w:type="dxa"/>
          </w:tcPr>
          <w:p w14:paraId="245E824E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58B9C2D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2030</w:t>
            </w:r>
          </w:p>
        </w:tc>
        <w:tc>
          <w:tcPr>
            <w:tcW w:w="3504" w:type="dxa"/>
          </w:tcPr>
          <w:p w14:paraId="6974065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22.99 (21.51–24.47)</w:t>
            </w:r>
          </w:p>
        </w:tc>
      </w:tr>
      <w:tr w:rsidR="00F64519" w:rsidRPr="00347AE8" w14:paraId="65473DDC" w14:textId="77777777" w:rsidTr="00347AE8">
        <w:tc>
          <w:tcPr>
            <w:tcW w:w="3504" w:type="dxa"/>
          </w:tcPr>
          <w:p w14:paraId="44CA94D4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2ABC6DC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2035</w:t>
            </w:r>
          </w:p>
        </w:tc>
        <w:tc>
          <w:tcPr>
            <w:tcW w:w="3504" w:type="dxa"/>
          </w:tcPr>
          <w:p w14:paraId="19CCEA5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22.94 (20.85–25.03)</w:t>
            </w:r>
          </w:p>
        </w:tc>
      </w:tr>
      <w:tr w:rsidR="00F64519" w:rsidRPr="00347AE8" w14:paraId="7A2A160D" w14:textId="77777777" w:rsidTr="00347AE8">
        <w:tc>
          <w:tcPr>
            <w:tcW w:w="3504" w:type="dxa"/>
          </w:tcPr>
          <w:p w14:paraId="791CFF7A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6881F45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2040</w:t>
            </w:r>
          </w:p>
        </w:tc>
        <w:tc>
          <w:tcPr>
            <w:tcW w:w="3504" w:type="dxa"/>
          </w:tcPr>
          <w:p w14:paraId="5C88762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22.77 (20.21–25.34)</w:t>
            </w:r>
          </w:p>
        </w:tc>
      </w:tr>
      <w:tr w:rsidR="00F64519" w:rsidRPr="00347AE8" w14:paraId="06BB275C" w14:textId="77777777" w:rsidTr="00347AE8">
        <w:tc>
          <w:tcPr>
            <w:tcW w:w="3504" w:type="dxa"/>
          </w:tcPr>
          <w:p w14:paraId="3B9CE709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0D5816E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2045</w:t>
            </w:r>
          </w:p>
        </w:tc>
        <w:tc>
          <w:tcPr>
            <w:tcW w:w="3504" w:type="dxa"/>
          </w:tcPr>
          <w:p w14:paraId="0773F64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22.56 (19.60–25.53)</w:t>
            </w:r>
          </w:p>
        </w:tc>
      </w:tr>
      <w:tr w:rsidR="00F64519" w:rsidRPr="00347AE8" w14:paraId="5EA8AA27" w14:textId="77777777" w:rsidTr="00347AE8">
        <w:tc>
          <w:tcPr>
            <w:tcW w:w="3504" w:type="dxa"/>
          </w:tcPr>
          <w:p w14:paraId="54E19EAE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6E91642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2050</w:t>
            </w:r>
          </w:p>
        </w:tc>
        <w:tc>
          <w:tcPr>
            <w:tcW w:w="3504" w:type="dxa"/>
          </w:tcPr>
          <w:p w14:paraId="5ABB4DE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22.34 (19.03–25.66)</w:t>
            </w:r>
          </w:p>
        </w:tc>
      </w:tr>
      <w:tr w:rsidR="00F64519" w:rsidRPr="00347AE8" w14:paraId="2BBAD7BC" w14:textId="77777777" w:rsidTr="00347AE8">
        <w:tc>
          <w:tcPr>
            <w:tcW w:w="3504" w:type="dxa"/>
          </w:tcPr>
          <w:p w14:paraId="0794711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NH White</w:t>
            </w:r>
          </w:p>
        </w:tc>
        <w:tc>
          <w:tcPr>
            <w:tcW w:w="3504" w:type="dxa"/>
          </w:tcPr>
          <w:p w14:paraId="64C3277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2026</w:t>
            </w:r>
          </w:p>
        </w:tc>
        <w:tc>
          <w:tcPr>
            <w:tcW w:w="3504" w:type="dxa"/>
          </w:tcPr>
          <w:p w14:paraId="2DCCFAB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19.61 (19.19–20.03)</w:t>
            </w:r>
          </w:p>
        </w:tc>
      </w:tr>
      <w:tr w:rsidR="00F64519" w:rsidRPr="00347AE8" w14:paraId="2C86F792" w14:textId="77777777" w:rsidTr="00347AE8">
        <w:tc>
          <w:tcPr>
            <w:tcW w:w="3504" w:type="dxa"/>
          </w:tcPr>
          <w:p w14:paraId="39F302F1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3AC4A18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2030</w:t>
            </w:r>
          </w:p>
        </w:tc>
        <w:tc>
          <w:tcPr>
            <w:tcW w:w="3504" w:type="dxa"/>
          </w:tcPr>
          <w:p w14:paraId="2474B66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20.03 (19.09–20.97)</w:t>
            </w:r>
          </w:p>
        </w:tc>
      </w:tr>
      <w:tr w:rsidR="00F64519" w:rsidRPr="00347AE8" w14:paraId="24EE7A45" w14:textId="77777777" w:rsidTr="00347AE8">
        <w:tc>
          <w:tcPr>
            <w:tcW w:w="3504" w:type="dxa"/>
          </w:tcPr>
          <w:p w14:paraId="50D46791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7F96031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2035</w:t>
            </w:r>
          </w:p>
        </w:tc>
        <w:tc>
          <w:tcPr>
            <w:tcW w:w="3504" w:type="dxa"/>
          </w:tcPr>
          <w:p w14:paraId="3902366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20.56 (19.23–21.89)</w:t>
            </w:r>
          </w:p>
        </w:tc>
      </w:tr>
      <w:tr w:rsidR="00F64519" w:rsidRPr="00347AE8" w14:paraId="048F2380" w14:textId="77777777" w:rsidTr="00347AE8">
        <w:tc>
          <w:tcPr>
            <w:tcW w:w="3504" w:type="dxa"/>
          </w:tcPr>
          <w:p w14:paraId="6BD562E9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7440672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2040</w:t>
            </w:r>
          </w:p>
        </w:tc>
        <w:tc>
          <w:tcPr>
            <w:tcW w:w="3504" w:type="dxa"/>
          </w:tcPr>
          <w:p w14:paraId="65C2FDC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21.09 (19.47–22.72)</w:t>
            </w:r>
          </w:p>
        </w:tc>
      </w:tr>
      <w:tr w:rsidR="00F64519" w:rsidRPr="00347AE8" w14:paraId="4DBB458D" w14:textId="77777777" w:rsidTr="00347AE8">
        <w:tc>
          <w:tcPr>
            <w:tcW w:w="3504" w:type="dxa"/>
          </w:tcPr>
          <w:p w14:paraId="0251954F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0ED9A6D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2045</w:t>
            </w:r>
          </w:p>
        </w:tc>
        <w:tc>
          <w:tcPr>
            <w:tcW w:w="3504" w:type="dxa"/>
          </w:tcPr>
          <w:p w14:paraId="4EE1F68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21.63 (19.75–23.51)</w:t>
            </w:r>
          </w:p>
        </w:tc>
      </w:tr>
      <w:tr w:rsidR="00F64519" w:rsidRPr="00347AE8" w14:paraId="54B90CF6" w14:textId="77777777" w:rsidTr="00347AE8">
        <w:tc>
          <w:tcPr>
            <w:tcW w:w="3504" w:type="dxa"/>
          </w:tcPr>
          <w:p w14:paraId="24680804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46085A7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2050</w:t>
            </w:r>
          </w:p>
        </w:tc>
        <w:tc>
          <w:tcPr>
            <w:tcW w:w="3504" w:type="dxa"/>
          </w:tcPr>
          <w:p w14:paraId="49837F5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22.17 (20.07–24.27)</w:t>
            </w:r>
          </w:p>
        </w:tc>
      </w:tr>
      <w:tr w:rsidR="00F64519" w:rsidRPr="00347AE8" w14:paraId="34E3A0F2" w14:textId="77777777" w:rsidTr="00347AE8">
        <w:tc>
          <w:tcPr>
            <w:tcW w:w="3504" w:type="dxa"/>
          </w:tcPr>
          <w:p w14:paraId="5A3329D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Hispanic or Latino</w:t>
            </w:r>
          </w:p>
        </w:tc>
        <w:tc>
          <w:tcPr>
            <w:tcW w:w="3504" w:type="dxa"/>
          </w:tcPr>
          <w:p w14:paraId="77D8C2D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2026</w:t>
            </w:r>
          </w:p>
        </w:tc>
        <w:tc>
          <w:tcPr>
            <w:tcW w:w="3504" w:type="dxa"/>
          </w:tcPr>
          <w:p w14:paraId="51B8AD7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15.15 (14.49–15.82)</w:t>
            </w:r>
          </w:p>
        </w:tc>
      </w:tr>
      <w:tr w:rsidR="00F64519" w:rsidRPr="00347AE8" w14:paraId="2DACF1E7" w14:textId="77777777" w:rsidTr="00347AE8">
        <w:tc>
          <w:tcPr>
            <w:tcW w:w="3504" w:type="dxa"/>
          </w:tcPr>
          <w:p w14:paraId="1BA24147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3AAF00B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2030</w:t>
            </w:r>
          </w:p>
        </w:tc>
        <w:tc>
          <w:tcPr>
            <w:tcW w:w="3504" w:type="dxa"/>
          </w:tcPr>
          <w:p w14:paraId="66BAF74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15.46 (13.97–16.94)</w:t>
            </w:r>
          </w:p>
        </w:tc>
      </w:tr>
      <w:tr w:rsidR="00F64519" w:rsidRPr="00347AE8" w14:paraId="40AE8CA0" w14:textId="77777777" w:rsidTr="00347AE8">
        <w:tc>
          <w:tcPr>
            <w:tcW w:w="3504" w:type="dxa"/>
          </w:tcPr>
          <w:p w14:paraId="5EC8EA9B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5CDD254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2035</w:t>
            </w:r>
          </w:p>
        </w:tc>
        <w:tc>
          <w:tcPr>
            <w:tcW w:w="3504" w:type="dxa"/>
          </w:tcPr>
          <w:p w14:paraId="2AEC275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15.84 (13.74–17.94)</w:t>
            </w:r>
          </w:p>
        </w:tc>
      </w:tr>
      <w:tr w:rsidR="00F64519" w:rsidRPr="00347AE8" w14:paraId="4786B128" w14:textId="77777777" w:rsidTr="00347AE8">
        <w:tc>
          <w:tcPr>
            <w:tcW w:w="3504" w:type="dxa"/>
          </w:tcPr>
          <w:p w14:paraId="0355A34E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07669E4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2040</w:t>
            </w:r>
          </w:p>
        </w:tc>
        <w:tc>
          <w:tcPr>
            <w:tcW w:w="3504" w:type="dxa"/>
          </w:tcPr>
          <w:p w14:paraId="06D2294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16.23 (13.65–18.80)</w:t>
            </w:r>
          </w:p>
        </w:tc>
      </w:tr>
      <w:tr w:rsidR="00F64519" w:rsidRPr="00347AE8" w14:paraId="0E6BADAB" w14:textId="77777777" w:rsidTr="00347AE8">
        <w:tc>
          <w:tcPr>
            <w:tcW w:w="3504" w:type="dxa"/>
          </w:tcPr>
          <w:p w14:paraId="15472AFE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6649157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2045</w:t>
            </w:r>
          </w:p>
        </w:tc>
        <w:tc>
          <w:tcPr>
            <w:tcW w:w="3504" w:type="dxa"/>
          </w:tcPr>
          <w:p w14:paraId="1CCA0D4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16.62 (13.64–19.59)</w:t>
            </w:r>
          </w:p>
        </w:tc>
      </w:tr>
      <w:tr w:rsidR="00F64519" w:rsidRPr="00347AE8" w14:paraId="7166386E" w14:textId="77777777" w:rsidTr="00347AE8">
        <w:tc>
          <w:tcPr>
            <w:tcW w:w="3504" w:type="dxa"/>
          </w:tcPr>
          <w:p w14:paraId="53F222EE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0B32EBF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2050</w:t>
            </w:r>
          </w:p>
        </w:tc>
        <w:tc>
          <w:tcPr>
            <w:tcW w:w="3504" w:type="dxa"/>
          </w:tcPr>
          <w:p w14:paraId="3B922A1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17.01 (13.69–20.33)</w:t>
            </w:r>
          </w:p>
        </w:tc>
      </w:tr>
      <w:tr w:rsidR="00F64519" w:rsidRPr="00347AE8" w14:paraId="732DC9BF" w14:textId="77777777" w:rsidTr="00347AE8">
        <w:tc>
          <w:tcPr>
            <w:tcW w:w="3504" w:type="dxa"/>
          </w:tcPr>
          <w:p w14:paraId="798FC00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25–44 years</w:t>
            </w:r>
          </w:p>
        </w:tc>
        <w:tc>
          <w:tcPr>
            <w:tcW w:w="3504" w:type="dxa"/>
          </w:tcPr>
          <w:p w14:paraId="1AC5E3B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2026</w:t>
            </w:r>
          </w:p>
        </w:tc>
        <w:tc>
          <w:tcPr>
            <w:tcW w:w="3504" w:type="dxa"/>
          </w:tcPr>
          <w:p w14:paraId="34BDDF5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0.69 (0.60–0.79)</w:t>
            </w:r>
          </w:p>
        </w:tc>
      </w:tr>
      <w:tr w:rsidR="00F64519" w:rsidRPr="00347AE8" w14:paraId="5B698355" w14:textId="77777777" w:rsidTr="00347AE8">
        <w:tc>
          <w:tcPr>
            <w:tcW w:w="3504" w:type="dxa"/>
          </w:tcPr>
          <w:p w14:paraId="3EA1869E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55B63A5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2030</w:t>
            </w:r>
          </w:p>
        </w:tc>
        <w:tc>
          <w:tcPr>
            <w:tcW w:w="3504" w:type="dxa"/>
          </w:tcPr>
          <w:p w14:paraId="4AE8AE0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0.69 (0.48–0.90)</w:t>
            </w:r>
          </w:p>
        </w:tc>
      </w:tr>
      <w:tr w:rsidR="00F64519" w:rsidRPr="00347AE8" w14:paraId="0C16B594" w14:textId="77777777" w:rsidTr="00347AE8">
        <w:tc>
          <w:tcPr>
            <w:tcW w:w="3504" w:type="dxa"/>
          </w:tcPr>
          <w:p w14:paraId="79E03B94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2A5A859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2035</w:t>
            </w:r>
          </w:p>
        </w:tc>
        <w:tc>
          <w:tcPr>
            <w:tcW w:w="3504" w:type="dxa"/>
          </w:tcPr>
          <w:p w14:paraId="6DC3D03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0.68 (0.39–0.98)</w:t>
            </w:r>
          </w:p>
        </w:tc>
      </w:tr>
      <w:tr w:rsidR="00F64519" w:rsidRPr="00347AE8" w14:paraId="6229EF41" w14:textId="77777777" w:rsidTr="00347AE8">
        <w:tc>
          <w:tcPr>
            <w:tcW w:w="3504" w:type="dxa"/>
          </w:tcPr>
          <w:p w14:paraId="5E40B712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73BC123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2040</w:t>
            </w:r>
          </w:p>
        </w:tc>
        <w:tc>
          <w:tcPr>
            <w:tcW w:w="3504" w:type="dxa"/>
          </w:tcPr>
          <w:p w14:paraId="1114B32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0.68 (0.32–1.04)</w:t>
            </w:r>
          </w:p>
        </w:tc>
      </w:tr>
      <w:tr w:rsidR="00F64519" w:rsidRPr="00347AE8" w14:paraId="1DF81E5B" w14:textId="77777777" w:rsidTr="00347AE8">
        <w:tc>
          <w:tcPr>
            <w:tcW w:w="3504" w:type="dxa"/>
          </w:tcPr>
          <w:p w14:paraId="7DCC75C3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27CEC24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2045</w:t>
            </w:r>
          </w:p>
        </w:tc>
        <w:tc>
          <w:tcPr>
            <w:tcW w:w="3504" w:type="dxa"/>
          </w:tcPr>
          <w:p w14:paraId="42003B8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0.68 (0.26–1.10)</w:t>
            </w:r>
          </w:p>
        </w:tc>
      </w:tr>
      <w:tr w:rsidR="00F64519" w:rsidRPr="00347AE8" w14:paraId="1D33F74B" w14:textId="77777777" w:rsidTr="00347AE8">
        <w:tc>
          <w:tcPr>
            <w:tcW w:w="3504" w:type="dxa"/>
          </w:tcPr>
          <w:p w14:paraId="52B15602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783D797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2050</w:t>
            </w:r>
          </w:p>
        </w:tc>
        <w:tc>
          <w:tcPr>
            <w:tcW w:w="3504" w:type="dxa"/>
          </w:tcPr>
          <w:p w14:paraId="6969DC4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0.68 (0.21–1.15)</w:t>
            </w:r>
          </w:p>
        </w:tc>
      </w:tr>
      <w:tr w:rsidR="00F64519" w:rsidRPr="00347AE8" w14:paraId="411DCCBD" w14:textId="77777777" w:rsidTr="00347AE8">
        <w:tc>
          <w:tcPr>
            <w:tcW w:w="3504" w:type="dxa"/>
          </w:tcPr>
          <w:p w14:paraId="6DA2C2D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45–64 years</w:t>
            </w:r>
          </w:p>
        </w:tc>
        <w:tc>
          <w:tcPr>
            <w:tcW w:w="3504" w:type="dxa"/>
          </w:tcPr>
          <w:p w14:paraId="181AE1E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2026</w:t>
            </w:r>
          </w:p>
        </w:tc>
        <w:tc>
          <w:tcPr>
            <w:tcW w:w="3504" w:type="dxa"/>
          </w:tcPr>
          <w:p w14:paraId="5A59C66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12.47 (12.15–12.80)</w:t>
            </w:r>
          </w:p>
        </w:tc>
      </w:tr>
      <w:tr w:rsidR="00F64519" w:rsidRPr="00347AE8" w14:paraId="6B1856BA" w14:textId="77777777" w:rsidTr="00347AE8">
        <w:tc>
          <w:tcPr>
            <w:tcW w:w="3504" w:type="dxa"/>
          </w:tcPr>
          <w:p w14:paraId="2F444EA5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6A89DD9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2030</w:t>
            </w:r>
          </w:p>
        </w:tc>
        <w:tc>
          <w:tcPr>
            <w:tcW w:w="3504" w:type="dxa"/>
          </w:tcPr>
          <w:p w14:paraId="4605E46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12.54 (11.82–13.26)</w:t>
            </w:r>
          </w:p>
        </w:tc>
      </w:tr>
      <w:tr w:rsidR="00F64519" w:rsidRPr="00347AE8" w14:paraId="06356D7F" w14:textId="77777777" w:rsidTr="00347AE8">
        <w:tc>
          <w:tcPr>
            <w:tcW w:w="3504" w:type="dxa"/>
          </w:tcPr>
          <w:p w14:paraId="1FC3FB75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3C9281E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2035</w:t>
            </w:r>
          </w:p>
        </w:tc>
        <w:tc>
          <w:tcPr>
            <w:tcW w:w="3504" w:type="dxa"/>
          </w:tcPr>
          <w:p w14:paraId="5B8E894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12.60 (11.58–13.61)</w:t>
            </w:r>
          </w:p>
        </w:tc>
      </w:tr>
      <w:tr w:rsidR="00F64519" w:rsidRPr="00347AE8" w14:paraId="44401A05" w14:textId="77777777" w:rsidTr="00347AE8">
        <w:tc>
          <w:tcPr>
            <w:tcW w:w="3504" w:type="dxa"/>
          </w:tcPr>
          <w:p w14:paraId="4AB6488C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4E0A118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2040</w:t>
            </w:r>
          </w:p>
        </w:tc>
        <w:tc>
          <w:tcPr>
            <w:tcW w:w="3504" w:type="dxa"/>
          </w:tcPr>
          <w:p w14:paraId="734F4CB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12.63 (11.39–13.88)</w:t>
            </w:r>
          </w:p>
        </w:tc>
      </w:tr>
      <w:tr w:rsidR="00F64519" w:rsidRPr="00347AE8" w14:paraId="00F220DF" w14:textId="77777777" w:rsidTr="00347AE8">
        <w:tc>
          <w:tcPr>
            <w:tcW w:w="3504" w:type="dxa"/>
          </w:tcPr>
          <w:p w14:paraId="6A331B8A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45B4624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2045</w:t>
            </w:r>
          </w:p>
        </w:tc>
        <w:tc>
          <w:tcPr>
            <w:tcW w:w="3504" w:type="dxa"/>
          </w:tcPr>
          <w:p w14:paraId="342B6C9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12.65 (11.22–14.09)</w:t>
            </w:r>
          </w:p>
        </w:tc>
      </w:tr>
      <w:tr w:rsidR="00F64519" w:rsidRPr="00347AE8" w14:paraId="376BFA19" w14:textId="77777777" w:rsidTr="00347AE8">
        <w:tc>
          <w:tcPr>
            <w:tcW w:w="3504" w:type="dxa"/>
          </w:tcPr>
          <w:p w14:paraId="63E3C514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340C87B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2050</w:t>
            </w:r>
          </w:p>
        </w:tc>
        <w:tc>
          <w:tcPr>
            <w:tcW w:w="3504" w:type="dxa"/>
          </w:tcPr>
          <w:p w14:paraId="5FBED7D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12.66 (11.05–14.26)</w:t>
            </w:r>
          </w:p>
        </w:tc>
      </w:tr>
      <w:tr w:rsidR="00F64519" w:rsidRPr="00347AE8" w14:paraId="2968CE94" w14:textId="77777777" w:rsidTr="00347AE8">
        <w:tc>
          <w:tcPr>
            <w:tcW w:w="3504" w:type="dxa"/>
          </w:tcPr>
          <w:p w14:paraId="44666F7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65–85+ years</w:t>
            </w:r>
          </w:p>
        </w:tc>
        <w:tc>
          <w:tcPr>
            <w:tcW w:w="3504" w:type="dxa"/>
          </w:tcPr>
          <w:p w14:paraId="28D0098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2026</w:t>
            </w:r>
          </w:p>
        </w:tc>
        <w:tc>
          <w:tcPr>
            <w:tcW w:w="3504" w:type="dxa"/>
          </w:tcPr>
          <w:p w14:paraId="5009F78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75.09 (73.01–77.17)</w:t>
            </w:r>
          </w:p>
        </w:tc>
      </w:tr>
      <w:tr w:rsidR="00F64519" w:rsidRPr="00347AE8" w14:paraId="3611FB13" w14:textId="77777777" w:rsidTr="00347AE8">
        <w:tc>
          <w:tcPr>
            <w:tcW w:w="3504" w:type="dxa"/>
          </w:tcPr>
          <w:p w14:paraId="34C9DEE1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3F7832C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2030</w:t>
            </w:r>
          </w:p>
        </w:tc>
        <w:tc>
          <w:tcPr>
            <w:tcW w:w="3504" w:type="dxa"/>
          </w:tcPr>
          <w:p w14:paraId="014102B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79.24 (74.58–83.89)</w:t>
            </w:r>
          </w:p>
        </w:tc>
      </w:tr>
      <w:tr w:rsidR="00F64519" w:rsidRPr="00347AE8" w14:paraId="7E81F515" w14:textId="77777777" w:rsidTr="00347AE8">
        <w:tc>
          <w:tcPr>
            <w:tcW w:w="3504" w:type="dxa"/>
          </w:tcPr>
          <w:p w14:paraId="6AD9E483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44206E6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2035</w:t>
            </w:r>
          </w:p>
        </w:tc>
        <w:tc>
          <w:tcPr>
            <w:tcW w:w="3504" w:type="dxa"/>
          </w:tcPr>
          <w:p w14:paraId="2B372B3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84.45 (77.87–91.04)</w:t>
            </w:r>
          </w:p>
        </w:tc>
      </w:tr>
      <w:tr w:rsidR="00F64519" w:rsidRPr="00347AE8" w14:paraId="7E6A93AA" w14:textId="77777777" w:rsidTr="00347AE8">
        <w:tc>
          <w:tcPr>
            <w:tcW w:w="3504" w:type="dxa"/>
          </w:tcPr>
          <w:p w14:paraId="5AA41C7D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64E5DCF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2040</w:t>
            </w:r>
          </w:p>
        </w:tc>
        <w:tc>
          <w:tcPr>
            <w:tcW w:w="3504" w:type="dxa"/>
          </w:tcPr>
          <w:p w14:paraId="615B161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89.70 (81.64–97.76)</w:t>
            </w:r>
          </w:p>
        </w:tc>
      </w:tr>
      <w:tr w:rsidR="00F64519" w:rsidRPr="00347AE8" w14:paraId="7D84A0A4" w14:textId="77777777" w:rsidTr="00347AE8">
        <w:tc>
          <w:tcPr>
            <w:tcW w:w="3504" w:type="dxa"/>
          </w:tcPr>
          <w:p w14:paraId="59AFECDF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4D1F1A7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2045</w:t>
            </w:r>
          </w:p>
        </w:tc>
        <w:tc>
          <w:tcPr>
            <w:tcW w:w="3504" w:type="dxa"/>
          </w:tcPr>
          <w:p w14:paraId="3D4790A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94.98 (85.68–104.29)</w:t>
            </w:r>
          </w:p>
        </w:tc>
      </w:tr>
      <w:tr w:rsidR="00F64519" w:rsidRPr="00347AE8" w14:paraId="7B85F25B" w14:textId="77777777" w:rsidTr="00347AE8">
        <w:tc>
          <w:tcPr>
            <w:tcW w:w="3504" w:type="dxa"/>
          </w:tcPr>
          <w:p w14:paraId="6413B534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631B6ED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2050</w:t>
            </w:r>
          </w:p>
        </w:tc>
        <w:tc>
          <w:tcPr>
            <w:tcW w:w="3504" w:type="dxa"/>
          </w:tcPr>
          <w:p w14:paraId="2E7938D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100.30 (89.89–110.70)</w:t>
            </w:r>
          </w:p>
        </w:tc>
      </w:tr>
      <w:tr w:rsidR="00F64519" w:rsidRPr="00347AE8" w14:paraId="22327A5A" w14:textId="77777777" w:rsidTr="00347AE8">
        <w:tc>
          <w:tcPr>
            <w:tcW w:w="3504" w:type="dxa"/>
          </w:tcPr>
          <w:p w14:paraId="5CAF88F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Northeast</w:t>
            </w:r>
          </w:p>
        </w:tc>
        <w:tc>
          <w:tcPr>
            <w:tcW w:w="3504" w:type="dxa"/>
          </w:tcPr>
          <w:p w14:paraId="55273C6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2026</w:t>
            </w:r>
          </w:p>
        </w:tc>
        <w:tc>
          <w:tcPr>
            <w:tcW w:w="3504" w:type="dxa"/>
          </w:tcPr>
          <w:p w14:paraId="5D4459B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18.73 (18.20–19.25)</w:t>
            </w:r>
          </w:p>
        </w:tc>
      </w:tr>
      <w:tr w:rsidR="00F64519" w:rsidRPr="00347AE8" w14:paraId="46F0F049" w14:textId="77777777" w:rsidTr="00347AE8">
        <w:tc>
          <w:tcPr>
            <w:tcW w:w="3504" w:type="dxa"/>
          </w:tcPr>
          <w:p w14:paraId="058CA35E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7F640A5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2030</w:t>
            </w:r>
          </w:p>
        </w:tc>
        <w:tc>
          <w:tcPr>
            <w:tcW w:w="3504" w:type="dxa"/>
          </w:tcPr>
          <w:p w14:paraId="3BEE7AF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18.84 (17.67–20.01)</w:t>
            </w:r>
          </w:p>
        </w:tc>
      </w:tr>
      <w:tr w:rsidR="00F64519" w:rsidRPr="00347AE8" w14:paraId="30C2ABF4" w14:textId="77777777" w:rsidTr="00347AE8">
        <w:tc>
          <w:tcPr>
            <w:tcW w:w="3504" w:type="dxa"/>
          </w:tcPr>
          <w:p w14:paraId="243EF916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1EE68F4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2035</w:t>
            </w:r>
          </w:p>
        </w:tc>
        <w:tc>
          <w:tcPr>
            <w:tcW w:w="3504" w:type="dxa"/>
          </w:tcPr>
          <w:p w14:paraId="0E1402F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18.98 (17.32–20.63)</w:t>
            </w:r>
          </w:p>
        </w:tc>
      </w:tr>
      <w:tr w:rsidR="00F64519" w:rsidRPr="00347AE8" w14:paraId="30529F43" w14:textId="77777777" w:rsidTr="00347AE8">
        <w:tc>
          <w:tcPr>
            <w:tcW w:w="3504" w:type="dxa"/>
          </w:tcPr>
          <w:p w14:paraId="374B6A89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6342DAC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2040</w:t>
            </w:r>
          </w:p>
        </w:tc>
        <w:tc>
          <w:tcPr>
            <w:tcW w:w="3504" w:type="dxa"/>
          </w:tcPr>
          <w:p w14:paraId="16CF789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19.12 (17.09–21.15)</w:t>
            </w:r>
          </w:p>
        </w:tc>
      </w:tr>
      <w:tr w:rsidR="00F64519" w:rsidRPr="00347AE8" w14:paraId="0AC85021" w14:textId="77777777" w:rsidTr="00347AE8">
        <w:tc>
          <w:tcPr>
            <w:tcW w:w="3504" w:type="dxa"/>
          </w:tcPr>
          <w:p w14:paraId="6CB495B8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66E09F8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2045</w:t>
            </w:r>
          </w:p>
        </w:tc>
        <w:tc>
          <w:tcPr>
            <w:tcW w:w="3504" w:type="dxa"/>
          </w:tcPr>
          <w:p w14:paraId="5254658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19.26 (16.92–21.60)</w:t>
            </w:r>
          </w:p>
        </w:tc>
      </w:tr>
      <w:tr w:rsidR="00F64519" w:rsidRPr="00347AE8" w14:paraId="707AF600" w14:textId="77777777" w:rsidTr="00347AE8">
        <w:tc>
          <w:tcPr>
            <w:tcW w:w="3504" w:type="dxa"/>
          </w:tcPr>
          <w:p w14:paraId="41B6B22B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18DDED9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2050</w:t>
            </w:r>
          </w:p>
        </w:tc>
        <w:tc>
          <w:tcPr>
            <w:tcW w:w="3504" w:type="dxa"/>
          </w:tcPr>
          <w:p w14:paraId="14F0AF1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19.40 (16.78–22.02)</w:t>
            </w:r>
          </w:p>
        </w:tc>
      </w:tr>
      <w:tr w:rsidR="00F64519" w:rsidRPr="00347AE8" w14:paraId="72017A70" w14:textId="77777777" w:rsidTr="00347AE8">
        <w:tc>
          <w:tcPr>
            <w:tcW w:w="3504" w:type="dxa"/>
          </w:tcPr>
          <w:p w14:paraId="383C519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Midwest</w:t>
            </w:r>
          </w:p>
        </w:tc>
        <w:tc>
          <w:tcPr>
            <w:tcW w:w="3504" w:type="dxa"/>
          </w:tcPr>
          <w:p w14:paraId="7D13D85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2026</w:t>
            </w:r>
          </w:p>
        </w:tc>
        <w:tc>
          <w:tcPr>
            <w:tcW w:w="3504" w:type="dxa"/>
          </w:tcPr>
          <w:p w14:paraId="7D6049F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20.00 (19.50–20.50)</w:t>
            </w:r>
          </w:p>
        </w:tc>
      </w:tr>
      <w:tr w:rsidR="00F64519" w:rsidRPr="00347AE8" w14:paraId="3053F2D7" w14:textId="77777777" w:rsidTr="00347AE8">
        <w:tc>
          <w:tcPr>
            <w:tcW w:w="3504" w:type="dxa"/>
          </w:tcPr>
          <w:p w14:paraId="3DC31D70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014D2A2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2030</w:t>
            </w:r>
          </w:p>
        </w:tc>
        <w:tc>
          <w:tcPr>
            <w:tcW w:w="3504" w:type="dxa"/>
          </w:tcPr>
          <w:p w14:paraId="0857EE0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20.45 (19.33–21.56)</w:t>
            </w:r>
          </w:p>
        </w:tc>
      </w:tr>
      <w:tr w:rsidR="00F64519" w:rsidRPr="00347AE8" w14:paraId="43A98CC6" w14:textId="77777777" w:rsidTr="00347AE8">
        <w:tc>
          <w:tcPr>
            <w:tcW w:w="3504" w:type="dxa"/>
          </w:tcPr>
          <w:p w14:paraId="1F97F517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23A2406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2035</w:t>
            </w:r>
          </w:p>
        </w:tc>
        <w:tc>
          <w:tcPr>
            <w:tcW w:w="3504" w:type="dxa"/>
          </w:tcPr>
          <w:p w14:paraId="228E2EE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21.01 (19.44–22.59)</w:t>
            </w:r>
          </w:p>
        </w:tc>
      </w:tr>
      <w:tr w:rsidR="00F64519" w:rsidRPr="00347AE8" w14:paraId="36306CBD" w14:textId="77777777" w:rsidTr="00347AE8">
        <w:tc>
          <w:tcPr>
            <w:tcW w:w="3504" w:type="dxa"/>
          </w:tcPr>
          <w:p w14:paraId="5A8A6301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0A05022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2040</w:t>
            </w:r>
          </w:p>
        </w:tc>
        <w:tc>
          <w:tcPr>
            <w:tcW w:w="3504" w:type="dxa"/>
          </w:tcPr>
          <w:p w14:paraId="7D3004A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21.59 (19.66–23.52)</w:t>
            </w:r>
          </w:p>
        </w:tc>
      </w:tr>
      <w:tr w:rsidR="00F64519" w:rsidRPr="00347AE8" w14:paraId="424F5327" w14:textId="77777777" w:rsidTr="00347AE8">
        <w:tc>
          <w:tcPr>
            <w:tcW w:w="3504" w:type="dxa"/>
          </w:tcPr>
          <w:p w14:paraId="7AC86D4B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7615BFE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2045</w:t>
            </w:r>
          </w:p>
        </w:tc>
        <w:tc>
          <w:tcPr>
            <w:tcW w:w="3504" w:type="dxa"/>
          </w:tcPr>
          <w:p w14:paraId="3B6F926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22.17 (19.94–24.40)</w:t>
            </w:r>
          </w:p>
        </w:tc>
      </w:tr>
      <w:tr w:rsidR="00F64519" w:rsidRPr="00347AE8" w14:paraId="4F2F3239" w14:textId="77777777" w:rsidTr="00347AE8">
        <w:tc>
          <w:tcPr>
            <w:tcW w:w="3504" w:type="dxa"/>
          </w:tcPr>
          <w:p w14:paraId="7835D6AE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4479D76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2050</w:t>
            </w:r>
          </w:p>
        </w:tc>
        <w:tc>
          <w:tcPr>
            <w:tcW w:w="3504" w:type="dxa"/>
          </w:tcPr>
          <w:p w14:paraId="114996E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22.75 (20.26–25.25)</w:t>
            </w:r>
          </w:p>
        </w:tc>
      </w:tr>
      <w:tr w:rsidR="00F64519" w:rsidRPr="00347AE8" w14:paraId="58D2EAEF" w14:textId="77777777" w:rsidTr="00347AE8">
        <w:tc>
          <w:tcPr>
            <w:tcW w:w="3504" w:type="dxa"/>
          </w:tcPr>
          <w:p w14:paraId="60A69CC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South</w:t>
            </w:r>
          </w:p>
        </w:tc>
        <w:tc>
          <w:tcPr>
            <w:tcW w:w="3504" w:type="dxa"/>
          </w:tcPr>
          <w:p w14:paraId="72D989F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2026</w:t>
            </w:r>
          </w:p>
        </w:tc>
        <w:tc>
          <w:tcPr>
            <w:tcW w:w="3504" w:type="dxa"/>
          </w:tcPr>
          <w:p w14:paraId="1E8E6C0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19.54 (19.04–20.04)</w:t>
            </w:r>
          </w:p>
        </w:tc>
      </w:tr>
      <w:tr w:rsidR="00F64519" w:rsidRPr="00347AE8" w14:paraId="1BDA41A7" w14:textId="77777777" w:rsidTr="00347AE8">
        <w:tc>
          <w:tcPr>
            <w:tcW w:w="3504" w:type="dxa"/>
          </w:tcPr>
          <w:p w14:paraId="2E8BBAFA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4190CEB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2030</w:t>
            </w:r>
          </w:p>
        </w:tc>
        <w:tc>
          <w:tcPr>
            <w:tcW w:w="3504" w:type="dxa"/>
          </w:tcPr>
          <w:p w14:paraId="6B57A17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20.60 (19.48–21.72)</w:t>
            </w:r>
          </w:p>
        </w:tc>
      </w:tr>
      <w:tr w:rsidR="00F64519" w:rsidRPr="00347AE8" w14:paraId="58AC21DE" w14:textId="77777777" w:rsidTr="00347AE8">
        <w:tc>
          <w:tcPr>
            <w:tcW w:w="3504" w:type="dxa"/>
          </w:tcPr>
          <w:p w14:paraId="1F155B0B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1152716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2035</w:t>
            </w:r>
          </w:p>
        </w:tc>
        <w:tc>
          <w:tcPr>
            <w:tcW w:w="3504" w:type="dxa"/>
          </w:tcPr>
          <w:p w14:paraId="22D4CC3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21.93 (20.34–23.52)</w:t>
            </w:r>
          </w:p>
        </w:tc>
      </w:tr>
      <w:tr w:rsidR="00F64519" w:rsidRPr="00347AE8" w14:paraId="3B43DE71" w14:textId="77777777" w:rsidTr="00347AE8">
        <w:tc>
          <w:tcPr>
            <w:tcW w:w="3504" w:type="dxa"/>
          </w:tcPr>
          <w:p w14:paraId="5E9C1617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2508656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2040</w:t>
            </w:r>
          </w:p>
        </w:tc>
        <w:tc>
          <w:tcPr>
            <w:tcW w:w="3504" w:type="dxa"/>
          </w:tcPr>
          <w:p w14:paraId="4E26A2E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23.27 (21.33–25.22)</w:t>
            </w:r>
          </w:p>
        </w:tc>
      </w:tr>
      <w:tr w:rsidR="00F64519" w:rsidRPr="00347AE8" w14:paraId="70515F32" w14:textId="77777777" w:rsidTr="00347AE8">
        <w:tc>
          <w:tcPr>
            <w:tcW w:w="3504" w:type="dxa"/>
          </w:tcPr>
          <w:p w14:paraId="35B9782F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2744627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2045</w:t>
            </w:r>
          </w:p>
        </w:tc>
        <w:tc>
          <w:tcPr>
            <w:tcW w:w="3504" w:type="dxa"/>
          </w:tcPr>
          <w:p w14:paraId="05823C5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24.63 (22.38–26.87)</w:t>
            </w:r>
          </w:p>
        </w:tc>
      </w:tr>
      <w:tr w:rsidR="00F64519" w:rsidRPr="00347AE8" w14:paraId="3B3FAE56" w14:textId="77777777" w:rsidTr="00347AE8">
        <w:tc>
          <w:tcPr>
            <w:tcW w:w="3504" w:type="dxa"/>
          </w:tcPr>
          <w:p w14:paraId="7CBDE497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1BF7768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2050</w:t>
            </w:r>
          </w:p>
        </w:tc>
        <w:tc>
          <w:tcPr>
            <w:tcW w:w="3504" w:type="dxa"/>
          </w:tcPr>
          <w:p w14:paraId="7F8C0F9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25.99 (23.48–28.50)</w:t>
            </w:r>
          </w:p>
        </w:tc>
      </w:tr>
      <w:tr w:rsidR="00F64519" w:rsidRPr="00347AE8" w14:paraId="20E9ECB5" w14:textId="77777777" w:rsidTr="00347AE8">
        <w:tc>
          <w:tcPr>
            <w:tcW w:w="3504" w:type="dxa"/>
          </w:tcPr>
          <w:p w14:paraId="150FEAD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West</w:t>
            </w:r>
          </w:p>
        </w:tc>
        <w:tc>
          <w:tcPr>
            <w:tcW w:w="3504" w:type="dxa"/>
          </w:tcPr>
          <w:p w14:paraId="1EB10C8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2026</w:t>
            </w:r>
          </w:p>
        </w:tc>
        <w:tc>
          <w:tcPr>
            <w:tcW w:w="3504" w:type="dxa"/>
          </w:tcPr>
          <w:p w14:paraId="093A696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17.63 (16.99–18.27)</w:t>
            </w:r>
          </w:p>
        </w:tc>
      </w:tr>
      <w:tr w:rsidR="00F64519" w:rsidRPr="00347AE8" w14:paraId="27064B97" w14:textId="77777777" w:rsidTr="00347AE8">
        <w:tc>
          <w:tcPr>
            <w:tcW w:w="3504" w:type="dxa"/>
          </w:tcPr>
          <w:p w14:paraId="492AAB41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04F8ABB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2030</w:t>
            </w:r>
          </w:p>
        </w:tc>
        <w:tc>
          <w:tcPr>
            <w:tcW w:w="3504" w:type="dxa"/>
          </w:tcPr>
          <w:p w14:paraId="52E1444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17.83 (16.39–19.26)</w:t>
            </w:r>
          </w:p>
        </w:tc>
      </w:tr>
      <w:tr w:rsidR="00F64519" w:rsidRPr="00347AE8" w14:paraId="3607C390" w14:textId="77777777" w:rsidTr="00347AE8">
        <w:tc>
          <w:tcPr>
            <w:tcW w:w="3504" w:type="dxa"/>
          </w:tcPr>
          <w:p w14:paraId="378E9EDF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7571A1A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2035</w:t>
            </w:r>
          </w:p>
        </w:tc>
        <w:tc>
          <w:tcPr>
            <w:tcW w:w="3504" w:type="dxa"/>
          </w:tcPr>
          <w:p w14:paraId="2352AEC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18.06 (16.03–20.09)</w:t>
            </w:r>
          </w:p>
        </w:tc>
      </w:tr>
      <w:tr w:rsidR="00F64519" w:rsidRPr="00347AE8" w14:paraId="5DA85BE7" w14:textId="77777777" w:rsidTr="00347AE8">
        <w:tc>
          <w:tcPr>
            <w:tcW w:w="3504" w:type="dxa"/>
          </w:tcPr>
          <w:p w14:paraId="62E638C9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351D702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2040</w:t>
            </w:r>
          </w:p>
        </w:tc>
        <w:tc>
          <w:tcPr>
            <w:tcW w:w="3504" w:type="dxa"/>
          </w:tcPr>
          <w:p w14:paraId="4565638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18.28 (15.79–20.78)</w:t>
            </w:r>
          </w:p>
        </w:tc>
      </w:tr>
      <w:tr w:rsidR="00F64519" w:rsidRPr="00347AE8" w14:paraId="77906E4A" w14:textId="77777777" w:rsidTr="00347AE8">
        <w:tc>
          <w:tcPr>
            <w:tcW w:w="3504" w:type="dxa"/>
          </w:tcPr>
          <w:p w14:paraId="1EDAA4A8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44EB7E8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2045</w:t>
            </w:r>
          </w:p>
        </w:tc>
        <w:tc>
          <w:tcPr>
            <w:tcW w:w="3504" w:type="dxa"/>
          </w:tcPr>
          <w:p w14:paraId="19629F9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18.50 (15.62–21.38)</w:t>
            </w:r>
          </w:p>
        </w:tc>
      </w:tr>
      <w:tr w:rsidR="00F64519" w:rsidRPr="00347AE8" w14:paraId="41E47D82" w14:textId="77777777" w:rsidTr="00347AE8">
        <w:tc>
          <w:tcPr>
            <w:tcW w:w="3504" w:type="dxa"/>
          </w:tcPr>
          <w:p w14:paraId="7AE40D4E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19DF764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2050</w:t>
            </w:r>
          </w:p>
        </w:tc>
        <w:tc>
          <w:tcPr>
            <w:tcW w:w="3504" w:type="dxa"/>
          </w:tcPr>
          <w:p w14:paraId="2CC94EE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18.71 (15.49–21.92)</w:t>
            </w:r>
          </w:p>
        </w:tc>
      </w:tr>
      <w:tr w:rsidR="00F64519" w:rsidRPr="00347AE8" w14:paraId="094453F7" w14:textId="77777777" w:rsidTr="00347AE8">
        <w:tc>
          <w:tcPr>
            <w:tcW w:w="3504" w:type="dxa"/>
          </w:tcPr>
          <w:p w14:paraId="75AFC7A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Metropolitan</w:t>
            </w:r>
          </w:p>
        </w:tc>
        <w:tc>
          <w:tcPr>
            <w:tcW w:w="3504" w:type="dxa"/>
          </w:tcPr>
          <w:p w14:paraId="738B534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2021</w:t>
            </w:r>
          </w:p>
        </w:tc>
        <w:tc>
          <w:tcPr>
            <w:tcW w:w="3504" w:type="dxa"/>
          </w:tcPr>
          <w:p w14:paraId="4307473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17.94 (17.65–18.23)</w:t>
            </w:r>
          </w:p>
        </w:tc>
      </w:tr>
      <w:tr w:rsidR="00F64519" w:rsidRPr="00347AE8" w14:paraId="0CF95155" w14:textId="77777777" w:rsidTr="00347AE8">
        <w:tc>
          <w:tcPr>
            <w:tcW w:w="3504" w:type="dxa"/>
          </w:tcPr>
          <w:p w14:paraId="1D55E0AE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029944A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2026</w:t>
            </w:r>
          </w:p>
        </w:tc>
        <w:tc>
          <w:tcPr>
            <w:tcW w:w="3504" w:type="dxa"/>
          </w:tcPr>
          <w:p w14:paraId="4CEBCBE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18.11 (17.40–18.83)</w:t>
            </w:r>
          </w:p>
        </w:tc>
      </w:tr>
      <w:tr w:rsidR="00F64519" w:rsidRPr="00347AE8" w14:paraId="7A973B76" w14:textId="77777777" w:rsidTr="00347AE8">
        <w:tc>
          <w:tcPr>
            <w:tcW w:w="3504" w:type="dxa"/>
          </w:tcPr>
          <w:p w14:paraId="53B1E525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6AB0B04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2030</w:t>
            </w:r>
          </w:p>
        </w:tc>
        <w:tc>
          <w:tcPr>
            <w:tcW w:w="3504" w:type="dxa"/>
          </w:tcPr>
          <w:p w14:paraId="17678CF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18.26 (17.34–19.18)</w:t>
            </w:r>
          </w:p>
        </w:tc>
      </w:tr>
      <w:tr w:rsidR="00F64519" w:rsidRPr="00347AE8" w14:paraId="47FB14C4" w14:textId="77777777" w:rsidTr="00347AE8">
        <w:tc>
          <w:tcPr>
            <w:tcW w:w="3504" w:type="dxa"/>
          </w:tcPr>
          <w:p w14:paraId="16D1215F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6FF9E49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2035</w:t>
            </w:r>
          </w:p>
        </w:tc>
        <w:tc>
          <w:tcPr>
            <w:tcW w:w="3504" w:type="dxa"/>
          </w:tcPr>
          <w:p w14:paraId="60C3861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18.44 (17.31–19.56)</w:t>
            </w:r>
          </w:p>
        </w:tc>
      </w:tr>
      <w:tr w:rsidR="00F64519" w:rsidRPr="00347AE8" w14:paraId="0E25ABA8" w14:textId="77777777" w:rsidTr="00347AE8">
        <w:tc>
          <w:tcPr>
            <w:tcW w:w="3504" w:type="dxa"/>
          </w:tcPr>
          <w:p w14:paraId="06586DD6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097A5AE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2040</w:t>
            </w:r>
          </w:p>
        </w:tc>
        <w:tc>
          <w:tcPr>
            <w:tcW w:w="3504" w:type="dxa"/>
          </w:tcPr>
          <w:p w14:paraId="35FEE1B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18.62 (17.32–19.92)</w:t>
            </w:r>
          </w:p>
        </w:tc>
      </w:tr>
      <w:tr w:rsidR="00F64519" w:rsidRPr="00347AE8" w14:paraId="70DAB4EA" w14:textId="77777777" w:rsidTr="00347AE8">
        <w:tc>
          <w:tcPr>
            <w:tcW w:w="3504" w:type="dxa"/>
          </w:tcPr>
          <w:p w14:paraId="563709C5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187EBE2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2045</w:t>
            </w:r>
          </w:p>
        </w:tc>
        <w:tc>
          <w:tcPr>
            <w:tcW w:w="3504" w:type="dxa"/>
          </w:tcPr>
          <w:p w14:paraId="5152CEF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18.80 (17.35–20.25)</w:t>
            </w:r>
          </w:p>
        </w:tc>
      </w:tr>
      <w:tr w:rsidR="00F64519" w:rsidRPr="00347AE8" w14:paraId="23AFCB8A" w14:textId="77777777" w:rsidTr="00347AE8">
        <w:tc>
          <w:tcPr>
            <w:tcW w:w="3504" w:type="dxa"/>
          </w:tcPr>
          <w:p w14:paraId="115B7763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7CFFC68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2050</w:t>
            </w:r>
          </w:p>
        </w:tc>
        <w:tc>
          <w:tcPr>
            <w:tcW w:w="3504" w:type="dxa"/>
          </w:tcPr>
          <w:p w14:paraId="7B70711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18.98 (17.39–20.57)</w:t>
            </w:r>
          </w:p>
        </w:tc>
      </w:tr>
      <w:tr w:rsidR="00F64519" w:rsidRPr="00347AE8" w14:paraId="44AF5BCF" w14:textId="77777777" w:rsidTr="00347AE8">
        <w:tc>
          <w:tcPr>
            <w:tcW w:w="3504" w:type="dxa"/>
          </w:tcPr>
          <w:p w14:paraId="2A201F9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Non-metropolitan</w:t>
            </w:r>
          </w:p>
        </w:tc>
        <w:tc>
          <w:tcPr>
            <w:tcW w:w="3504" w:type="dxa"/>
          </w:tcPr>
          <w:p w14:paraId="2D67942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2021</w:t>
            </w:r>
          </w:p>
        </w:tc>
        <w:tc>
          <w:tcPr>
            <w:tcW w:w="3504" w:type="dxa"/>
          </w:tcPr>
          <w:p w14:paraId="79AB88E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19.10 (18.62–19.57)</w:t>
            </w:r>
          </w:p>
        </w:tc>
      </w:tr>
      <w:tr w:rsidR="00F64519" w:rsidRPr="00347AE8" w14:paraId="67C78947" w14:textId="77777777" w:rsidTr="00347AE8">
        <w:tc>
          <w:tcPr>
            <w:tcW w:w="3504" w:type="dxa"/>
          </w:tcPr>
          <w:p w14:paraId="1661EAE5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457D0CB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2026</w:t>
            </w:r>
          </w:p>
        </w:tc>
        <w:tc>
          <w:tcPr>
            <w:tcW w:w="3504" w:type="dxa"/>
          </w:tcPr>
          <w:p w14:paraId="695E755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19.59 (18.42–20.76)</w:t>
            </w:r>
          </w:p>
        </w:tc>
      </w:tr>
      <w:tr w:rsidR="00F64519" w:rsidRPr="00347AE8" w14:paraId="36DB6B88" w14:textId="77777777" w:rsidTr="00347AE8">
        <w:tc>
          <w:tcPr>
            <w:tcW w:w="3504" w:type="dxa"/>
          </w:tcPr>
          <w:p w14:paraId="6CEA555D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74D9B23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2030</w:t>
            </w:r>
          </w:p>
        </w:tc>
        <w:tc>
          <w:tcPr>
            <w:tcW w:w="3504" w:type="dxa"/>
          </w:tcPr>
          <w:p w14:paraId="5E95E0B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19.99 (18.48–21.49)</w:t>
            </w:r>
          </w:p>
        </w:tc>
      </w:tr>
      <w:tr w:rsidR="00F64519" w:rsidRPr="00347AE8" w14:paraId="2AA758D7" w14:textId="77777777" w:rsidTr="00347AE8">
        <w:tc>
          <w:tcPr>
            <w:tcW w:w="3504" w:type="dxa"/>
          </w:tcPr>
          <w:p w14:paraId="1AB91514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496A5D7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2035</w:t>
            </w:r>
          </w:p>
        </w:tc>
        <w:tc>
          <w:tcPr>
            <w:tcW w:w="3504" w:type="dxa"/>
          </w:tcPr>
          <w:p w14:paraId="109120E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20.49 (18.64–22.34)</w:t>
            </w:r>
          </w:p>
        </w:tc>
      </w:tr>
      <w:tr w:rsidR="00F64519" w:rsidRPr="00347AE8" w14:paraId="258209C1" w14:textId="77777777" w:rsidTr="00347AE8">
        <w:tc>
          <w:tcPr>
            <w:tcW w:w="3504" w:type="dxa"/>
          </w:tcPr>
          <w:p w14:paraId="710808AB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5C417CC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2040</w:t>
            </w:r>
          </w:p>
        </w:tc>
        <w:tc>
          <w:tcPr>
            <w:tcW w:w="3504" w:type="dxa"/>
          </w:tcPr>
          <w:p w14:paraId="575CFDD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21.00 (18.87–23.13)</w:t>
            </w:r>
          </w:p>
        </w:tc>
      </w:tr>
      <w:tr w:rsidR="00F64519" w:rsidRPr="00347AE8" w14:paraId="22067379" w14:textId="77777777" w:rsidTr="00347AE8">
        <w:tc>
          <w:tcPr>
            <w:tcW w:w="3504" w:type="dxa"/>
          </w:tcPr>
          <w:p w14:paraId="08BCE7E4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5218C0D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2045</w:t>
            </w:r>
          </w:p>
        </w:tc>
        <w:tc>
          <w:tcPr>
            <w:tcW w:w="3504" w:type="dxa"/>
          </w:tcPr>
          <w:p w14:paraId="1AAAB5A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21.52 (19.13–23.90)</w:t>
            </w:r>
          </w:p>
        </w:tc>
      </w:tr>
      <w:tr w:rsidR="00F64519" w:rsidRPr="00347AE8" w14:paraId="3D2B3F69" w14:textId="77777777" w:rsidTr="00347AE8">
        <w:tc>
          <w:tcPr>
            <w:tcW w:w="3504" w:type="dxa"/>
          </w:tcPr>
          <w:p w14:paraId="6C88B335" w14:textId="77777777" w:rsidR="00F64519" w:rsidRPr="00347AE8" w:rsidRDefault="00F64519">
            <w:pPr>
              <w:rPr>
                <w:color w:val="000000" w:themeColor="text1"/>
              </w:rPr>
            </w:pPr>
          </w:p>
        </w:tc>
        <w:tc>
          <w:tcPr>
            <w:tcW w:w="3504" w:type="dxa"/>
          </w:tcPr>
          <w:p w14:paraId="534FF8A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2050</w:t>
            </w:r>
          </w:p>
        </w:tc>
        <w:tc>
          <w:tcPr>
            <w:tcW w:w="3504" w:type="dxa"/>
          </w:tcPr>
          <w:p w14:paraId="3E0411C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22.04 (19.43–24.65)</w:t>
            </w:r>
          </w:p>
        </w:tc>
      </w:tr>
    </w:tbl>
    <w:p w14:paraId="3F2C6E7E" w14:textId="77777777" w:rsidR="00F64519" w:rsidRPr="00347AE8" w:rsidRDefault="00000000">
      <w:pPr>
        <w:rPr>
          <w:color w:val="000000" w:themeColor="text1"/>
        </w:rPr>
      </w:pPr>
      <w:r w:rsidRPr="00347AE8">
        <w:rPr>
          <w:i/>
          <w:color w:val="000000" w:themeColor="text1"/>
          <w:sz w:val="16"/>
        </w:rPr>
        <w:t>Point forecasts from the Holt additive-trend model and the damped-trend model (fitted to the 3-year rolling average) were blended as F = W·F_Holt + (1−W)·F_damped, with W estimated by backtesting and constrained to [−0.5, 1.5]. Prediction intervals were derived analytically as ±1.96·SD·√h from the blended in-sample residuals and bounded below at zero. Urbanization forecasts begin in 2021 because the urbanization series ends in 2020.</w:t>
      </w:r>
    </w:p>
    <w:p w14:paraId="2697BF54" w14:textId="77777777" w:rsidR="00F64519" w:rsidRPr="00347AE8" w:rsidRDefault="00F64519">
      <w:pPr>
        <w:rPr>
          <w:color w:val="000000" w:themeColor="text1"/>
        </w:rPr>
      </w:pPr>
    </w:p>
    <w:p w14:paraId="2693AE0B" w14:textId="77777777" w:rsidR="00F64519" w:rsidRPr="00347AE8" w:rsidRDefault="00000000">
      <w:pPr>
        <w:rPr>
          <w:color w:val="000000" w:themeColor="text1"/>
        </w:rPr>
      </w:pPr>
      <w:r w:rsidRPr="00347AE8">
        <w:rPr>
          <w:b/>
          <w:color w:val="000000" w:themeColor="text1"/>
          <w:sz w:val="20"/>
        </w:rPr>
        <w:t>Supplemental Table 3. Annual age-adjusted mortality rates (AAMRs) and deaths from pancreatic cancer among U.S. adults aged 25 years and older, overall and stratified by sex, 1999–2025.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15"/>
        <w:gridCol w:w="911"/>
        <w:gridCol w:w="1581"/>
        <w:gridCol w:w="980"/>
        <w:gridCol w:w="1841"/>
        <w:gridCol w:w="1322"/>
        <w:gridCol w:w="2352"/>
      </w:tblGrid>
      <w:tr w:rsidR="00F64519" w:rsidRPr="00347AE8" w14:paraId="06437157" w14:textId="77777777" w:rsidTr="00347AE8">
        <w:tc>
          <w:tcPr>
            <w:tcW w:w="1532" w:type="dxa"/>
          </w:tcPr>
          <w:p w14:paraId="0A889C2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5"/>
              </w:rPr>
              <w:t>Year</w:t>
            </w:r>
          </w:p>
        </w:tc>
        <w:tc>
          <w:tcPr>
            <w:tcW w:w="916" w:type="dxa"/>
          </w:tcPr>
          <w:p w14:paraId="35DAB0C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5"/>
              </w:rPr>
              <w:t>Overall</w:t>
            </w:r>
          </w:p>
        </w:tc>
        <w:tc>
          <w:tcPr>
            <w:tcW w:w="1620" w:type="dxa"/>
          </w:tcPr>
          <w:p w14:paraId="21BC6F6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5"/>
              </w:rPr>
              <w:t>Overall</w:t>
            </w:r>
          </w:p>
        </w:tc>
        <w:tc>
          <w:tcPr>
            <w:tcW w:w="990" w:type="dxa"/>
          </w:tcPr>
          <w:p w14:paraId="550A833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5"/>
              </w:rPr>
              <w:t>Women</w:t>
            </w:r>
          </w:p>
        </w:tc>
        <w:tc>
          <w:tcPr>
            <w:tcW w:w="1890" w:type="dxa"/>
          </w:tcPr>
          <w:p w14:paraId="0F594CD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5"/>
              </w:rPr>
              <w:t>Women</w:t>
            </w:r>
          </w:p>
        </w:tc>
        <w:tc>
          <w:tcPr>
            <w:tcW w:w="1350" w:type="dxa"/>
          </w:tcPr>
          <w:p w14:paraId="6FE5CF3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5"/>
              </w:rPr>
              <w:t>Men</w:t>
            </w:r>
          </w:p>
        </w:tc>
        <w:tc>
          <w:tcPr>
            <w:tcW w:w="2430" w:type="dxa"/>
          </w:tcPr>
          <w:p w14:paraId="5E4B352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5"/>
              </w:rPr>
              <w:t>Men</w:t>
            </w:r>
          </w:p>
        </w:tc>
      </w:tr>
      <w:tr w:rsidR="00F64519" w:rsidRPr="00347AE8" w14:paraId="08B2B7D3" w14:textId="77777777" w:rsidTr="00347AE8">
        <w:tc>
          <w:tcPr>
            <w:tcW w:w="1532" w:type="dxa"/>
          </w:tcPr>
          <w:p w14:paraId="645FCB5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Year</w:t>
            </w:r>
          </w:p>
        </w:tc>
        <w:tc>
          <w:tcPr>
            <w:tcW w:w="916" w:type="dxa"/>
          </w:tcPr>
          <w:p w14:paraId="4A09371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Deaths</w:t>
            </w:r>
          </w:p>
        </w:tc>
        <w:tc>
          <w:tcPr>
            <w:tcW w:w="1620" w:type="dxa"/>
          </w:tcPr>
          <w:p w14:paraId="5E93C08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AAMR (95% CI)</w:t>
            </w:r>
          </w:p>
        </w:tc>
        <w:tc>
          <w:tcPr>
            <w:tcW w:w="990" w:type="dxa"/>
          </w:tcPr>
          <w:p w14:paraId="654CE97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Deaths</w:t>
            </w:r>
          </w:p>
        </w:tc>
        <w:tc>
          <w:tcPr>
            <w:tcW w:w="1890" w:type="dxa"/>
          </w:tcPr>
          <w:p w14:paraId="52A50A1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AAMR (95% CI)</w:t>
            </w:r>
          </w:p>
        </w:tc>
        <w:tc>
          <w:tcPr>
            <w:tcW w:w="1350" w:type="dxa"/>
          </w:tcPr>
          <w:p w14:paraId="2081E7D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Deaths</w:t>
            </w:r>
          </w:p>
        </w:tc>
        <w:tc>
          <w:tcPr>
            <w:tcW w:w="2430" w:type="dxa"/>
          </w:tcPr>
          <w:p w14:paraId="32A896E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AAMR (95% CI)</w:t>
            </w:r>
          </w:p>
        </w:tc>
      </w:tr>
      <w:tr w:rsidR="00F64519" w:rsidRPr="00347AE8" w14:paraId="77A0EBCE" w14:textId="77777777" w:rsidTr="00347AE8">
        <w:tc>
          <w:tcPr>
            <w:tcW w:w="1532" w:type="dxa"/>
          </w:tcPr>
          <w:p w14:paraId="4B42D63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1999</w:t>
            </w:r>
          </w:p>
        </w:tc>
        <w:tc>
          <w:tcPr>
            <w:tcW w:w="916" w:type="dxa"/>
          </w:tcPr>
          <w:p w14:paraId="5E200D0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30437</w:t>
            </w:r>
          </w:p>
        </w:tc>
        <w:tc>
          <w:tcPr>
            <w:tcW w:w="1620" w:type="dxa"/>
          </w:tcPr>
          <w:p w14:paraId="0EA0058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17.19 (17.00 - 17.38)</w:t>
            </w:r>
          </w:p>
        </w:tc>
        <w:tc>
          <w:tcPr>
            <w:tcW w:w="990" w:type="dxa"/>
          </w:tcPr>
          <w:p w14:paraId="2C01EDC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15584</w:t>
            </w:r>
          </w:p>
        </w:tc>
        <w:tc>
          <w:tcPr>
            <w:tcW w:w="1890" w:type="dxa"/>
          </w:tcPr>
          <w:p w14:paraId="610BD94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15.02 (14.78 - 15.26)</w:t>
            </w:r>
          </w:p>
        </w:tc>
        <w:tc>
          <w:tcPr>
            <w:tcW w:w="1350" w:type="dxa"/>
          </w:tcPr>
          <w:p w14:paraId="1E9BB83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14853</w:t>
            </w:r>
          </w:p>
        </w:tc>
        <w:tc>
          <w:tcPr>
            <w:tcW w:w="2430" w:type="dxa"/>
          </w:tcPr>
          <w:p w14:paraId="56F7B32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19.95 (19.62 - 20.28)</w:t>
            </w:r>
          </w:p>
        </w:tc>
      </w:tr>
      <w:tr w:rsidR="00F64519" w:rsidRPr="00347AE8" w14:paraId="2459AC85" w14:textId="77777777" w:rsidTr="00347AE8">
        <w:tc>
          <w:tcPr>
            <w:tcW w:w="1532" w:type="dxa"/>
          </w:tcPr>
          <w:p w14:paraId="73833BB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2000</w:t>
            </w:r>
          </w:p>
        </w:tc>
        <w:tc>
          <w:tcPr>
            <w:tcW w:w="916" w:type="dxa"/>
          </w:tcPr>
          <w:p w14:paraId="0C96BB5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30622</w:t>
            </w:r>
          </w:p>
        </w:tc>
        <w:tc>
          <w:tcPr>
            <w:tcW w:w="1620" w:type="dxa"/>
          </w:tcPr>
          <w:p w14:paraId="0D9CD23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17.08 (16.89 - 17.27)</w:t>
            </w:r>
          </w:p>
        </w:tc>
        <w:tc>
          <w:tcPr>
            <w:tcW w:w="990" w:type="dxa"/>
          </w:tcPr>
          <w:p w14:paraId="54386B6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15657</w:t>
            </w:r>
          </w:p>
        </w:tc>
        <w:tc>
          <w:tcPr>
            <w:tcW w:w="1890" w:type="dxa"/>
          </w:tcPr>
          <w:p w14:paraId="137C505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14.93 (14.69 - 15.16)</w:t>
            </w:r>
          </w:p>
        </w:tc>
        <w:tc>
          <w:tcPr>
            <w:tcW w:w="1350" w:type="dxa"/>
          </w:tcPr>
          <w:p w14:paraId="2321F25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14965</w:t>
            </w:r>
          </w:p>
        </w:tc>
        <w:tc>
          <w:tcPr>
            <w:tcW w:w="2430" w:type="dxa"/>
          </w:tcPr>
          <w:p w14:paraId="685BC9C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19.84 (19.52 - 20.16)</w:t>
            </w:r>
          </w:p>
        </w:tc>
      </w:tr>
      <w:tr w:rsidR="00F64519" w:rsidRPr="00347AE8" w14:paraId="1B9081FD" w14:textId="77777777" w:rsidTr="00347AE8">
        <w:tc>
          <w:tcPr>
            <w:tcW w:w="1532" w:type="dxa"/>
          </w:tcPr>
          <w:p w14:paraId="1F3C252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2001</w:t>
            </w:r>
          </w:p>
        </w:tc>
        <w:tc>
          <w:tcPr>
            <w:tcW w:w="916" w:type="dxa"/>
          </w:tcPr>
          <w:p w14:paraId="616979B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31088</w:t>
            </w:r>
          </w:p>
        </w:tc>
        <w:tc>
          <w:tcPr>
            <w:tcW w:w="1620" w:type="dxa"/>
          </w:tcPr>
          <w:p w14:paraId="2670598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17.06 (16.87 - 17.25)</w:t>
            </w:r>
          </w:p>
        </w:tc>
        <w:tc>
          <w:tcPr>
            <w:tcW w:w="990" w:type="dxa"/>
          </w:tcPr>
          <w:p w14:paraId="3F281C7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15959</w:t>
            </w:r>
          </w:p>
        </w:tc>
        <w:tc>
          <w:tcPr>
            <w:tcW w:w="1890" w:type="dxa"/>
          </w:tcPr>
          <w:p w14:paraId="00D7C09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15.00 (14.76 - 15.23)</w:t>
            </w:r>
          </w:p>
        </w:tc>
        <w:tc>
          <w:tcPr>
            <w:tcW w:w="1350" w:type="dxa"/>
          </w:tcPr>
          <w:p w14:paraId="70043AC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15129</w:t>
            </w:r>
          </w:p>
        </w:tc>
        <w:tc>
          <w:tcPr>
            <w:tcW w:w="2430" w:type="dxa"/>
          </w:tcPr>
          <w:p w14:paraId="6D4F703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19.69 (19.37 - 20.01)</w:t>
            </w:r>
          </w:p>
        </w:tc>
      </w:tr>
      <w:tr w:rsidR="00F64519" w:rsidRPr="00347AE8" w14:paraId="6B8EB0D7" w14:textId="77777777" w:rsidTr="00347AE8">
        <w:tc>
          <w:tcPr>
            <w:tcW w:w="1532" w:type="dxa"/>
          </w:tcPr>
          <w:p w14:paraId="11D78D9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2002</w:t>
            </w:r>
          </w:p>
        </w:tc>
        <w:tc>
          <w:tcPr>
            <w:tcW w:w="916" w:type="dxa"/>
          </w:tcPr>
          <w:p w14:paraId="155ED88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31511</w:t>
            </w:r>
          </w:p>
        </w:tc>
        <w:tc>
          <w:tcPr>
            <w:tcW w:w="1620" w:type="dxa"/>
          </w:tcPr>
          <w:p w14:paraId="72A59F9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17.00 (16.82 - 17.19)</w:t>
            </w:r>
          </w:p>
        </w:tc>
        <w:tc>
          <w:tcPr>
            <w:tcW w:w="990" w:type="dxa"/>
          </w:tcPr>
          <w:p w14:paraId="56E92B7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15973</w:t>
            </w:r>
          </w:p>
        </w:tc>
        <w:tc>
          <w:tcPr>
            <w:tcW w:w="1890" w:type="dxa"/>
          </w:tcPr>
          <w:p w14:paraId="4A346CF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14.86 (14.63 - 15.09)</w:t>
            </w:r>
          </w:p>
        </w:tc>
        <w:tc>
          <w:tcPr>
            <w:tcW w:w="1350" w:type="dxa"/>
          </w:tcPr>
          <w:p w14:paraId="5845DEB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15538</w:t>
            </w:r>
          </w:p>
        </w:tc>
        <w:tc>
          <w:tcPr>
            <w:tcW w:w="2430" w:type="dxa"/>
          </w:tcPr>
          <w:p w14:paraId="0B7D937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19.72 (19.41 - 20.04)</w:t>
            </w:r>
          </w:p>
        </w:tc>
      </w:tr>
      <w:tr w:rsidR="00F64519" w:rsidRPr="00347AE8" w14:paraId="10BCDD09" w14:textId="77777777" w:rsidTr="00347AE8">
        <w:tc>
          <w:tcPr>
            <w:tcW w:w="1532" w:type="dxa"/>
          </w:tcPr>
          <w:p w14:paraId="5C2310E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2003</w:t>
            </w:r>
          </w:p>
        </w:tc>
        <w:tc>
          <w:tcPr>
            <w:tcW w:w="916" w:type="dxa"/>
          </w:tcPr>
          <w:p w14:paraId="484D58C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31979</w:t>
            </w:r>
          </w:p>
        </w:tc>
        <w:tc>
          <w:tcPr>
            <w:tcW w:w="1620" w:type="dxa"/>
          </w:tcPr>
          <w:p w14:paraId="5A5457E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16.99 (16.80 - 17.17)</w:t>
            </w:r>
          </w:p>
        </w:tc>
        <w:tc>
          <w:tcPr>
            <w:tcW w:w="990" w:type="dxa"/>
          </w:tcPr>
          <w:p w14:paraId="70BC67C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16305</w:t>
            </w:r>
          </w:p>
        </w:tc>
        <w:tc>
          <w:tcPr>
            <w:tcW w:w="1890" w:type="dxa"/>
          </w:tcPr>
          <w:p w14:paraId="06E5D54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14.93 (14.70 - 15.16)</w:t>
            </w:r>
          </w:p>
        </w:tc>
        <w:tc>
          <w:tcPr>
            <w:tcW w:w="1350" w:type="dxa"/>
          </w:tcPr>
          <w:p w14:paraId="3A3396B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15674</w:t>
            </w:r>
          </w:p>
        </w:tc>
        <w:tc>
          <w:tcPr>
            <w:tcW w:w="2430" w:type="dxa"/>
          </w:tcPr>
          <w:p w14:paraId="68293AA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19.44 (19.13 - 19.74)</w:t>
            </w:r>
          </w:p>
        </w:tc>
      </w:tr>
      <w:tr w:rsidR="00F64519" w:rsidRPr="00347AE8" w14:paraId="75DF9B62" w14:textId="77777777" w:rsidTr="00347AE8">
        <w:tc>
          <w:tcPr>
            <w:tcW w:w="1532" w:type="dxa"/>
          </w:tcPr>
          <w:p w14:paraId="3878621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2004</w:t>
            </w:r>
          </w:p>
        </w:tc>
        <w:tc>
          <w:tcPr>
            <w:tcW w:w="916" w:type="dxa"/>
          </w:tcPr>
          <w:p w14:paraId="7D589CB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32978</w:t>
            </w:r>
          </w:p>
        </w:tc>
        <w:tc>
          <w:tcPr>
            <w:tcW w:w="1620" w:type="dxa"/>
          </w:tcPr>
          <w:p w14:paraId="4B8122C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17.19 (17.01 - 17.38)</w:t>
            </w:r>
          </w:p>
        </w:tc>
        <w:tc>
          <w:tcPr>
            <w:tcW w:w="990" w:type="dxa"/>
          </w:tcPr>
          <w:p w14:paraId="3420D1C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16561</w:t>
            </w:r>
          </w:p>
        </w:tc>
        <w:tc>
          <w:tcPr>
            <w:tcW w:w="1890" w:type="dxa"/>
          </w:tcPr>
          <w:p w14:paraId="6A1CF88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14.94 (14.71 - 15.17)</w:t>
            </w:r>
          </w:p>
        </w:tc>
        <w:tc>
          <w:tcPr>
            <w:tcW w:w="1350" w:type="dxa"/>
          </w:tcPr>
          <w:p w14:paraId="7476BA6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16417</w:t>
            </w:r>
          </w:p>
        </w:tc>
        <w:tc>
          <w:tcPr>
            <w:tcW w:w="2430" w:type="dxa"/>
          </w:tcPr>
          <w:p w14:paraId="09D9716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19.95 (19.64 - 20.26)</w:t>
            </w:r>
          </w:p>
        </w:tc>
      </w:tr>
      <w:tr w:rsidR="00F64519" w:rsidRPr="00347AE8" w14:paraId="7E204859" w14:textId="77777777" w:rsidTr="00347AE8">
        <w:tc>
          <w:tcPr>
            <w:tcW w:w="1532" w:type="dxa"/>
          </w:tcPr>
          <w:p w14:paraId="1E58F63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2005</w:t>
            </w:r>
          </w:p>
        </w:tc>
        <w:tc>
          <w:tcPr>
            <w:tcW w:w="916" w:type="dxa"/>
          </w:tcPr>
          <w:p w14:paraId="55E9656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33985</w:t>
            </w:r>
          </w:p>
        </w:tc>
        <w:tc>
          <w:tcPr>
            <w:tcW w:w="1620" w:type="dxa"/>
          </w:tcPr>
          <w:p w14:paraId="75E3213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17.39 (17.20 - 17.57)</w:t>
            </w:r>
          </w:p>
        </w:tc>
        <w:tc>
          <w:tcPr>
            <w:tcW w:w="990" w:type="dxa"/>
          </w:tcPr>
          <w:p w14:paraId="257D1E4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17197</w:t>
            </w:r>
          </w:p>
        </w:tc>
        <w:tc>
          <w:tcPr>
            <w:tcW w:w="1890" w:type="dxa"/>
          </w:tcPr>
          <w:p w14:paraId="4C00778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15.29 (15.06 - 15.52)</w:t>
            </w:r>
          </w:p>
        </w:tc>
        <w:tc>
          <w:tcPr>
            <w:tcW w:w="1350" w:type="dxa"/>
          </w:tcPr>
          <w:p w14:paraId="48F5F35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16788</w:t>
            </w:r>
          </w:p>
        </w:tc>
        <w:tc>
          <w:tcPr>
            <w:tcW w:w="2430" w:type="dxa"/>
          </w:tcPr>
          <w:p w14:paraId="1E85627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19.96 (19.65 - 20.26)</w:t>
            </w:r>
          </w:p>
        </w:tc>
      </w:tr>
      <w:tr w:rsidR="00F64519" w:rsidRPr="00347AE8" w14:paraId="720BF219" w14:textId="77777777" w:rsidTr="00347AE8">
        <w:tc>
          <w:tcPr>
            <w:tcW w:w="1532" w:type="dxa"/>
          </w:tcPr>
          <w:p w14:paraId="3784709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2006</w:t>
            </w:r>
          </w:p>
        </w:tc>
        <w:tc>
          <w:tcPr>
            <w:tcW w:w="916" w:type="dxa"/>
          </w:tcPr>
          <w:p w14:paraId="6EE0779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34772</w:t>
            </w:r>
          </w:p>
        </w:tc>
        <w:tc>
          <w:tcPr>
            <w:tcW w:w="1620" w:type="dxa"/>
          </w:tcPr>
          <w:p w14:paraId="3457FBA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17.43 (17.25 - 17.62)</w:t>
            </w:r>
          </w:p>
        </w:tc>
        <w:tc>
          <w:tcPr>
            <w:tcW w:w="990" w:type="dxa"/>
          </w:tcPr>
          <w:p w14:paraId="2E5DE07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17523</w:t>
            </w:r>
          </w:p>
        </w:tc>
        <w:tc>
          <w:tcPr>
            <w:tcW w:w="1890" w:type="dxa"/>
          </w:tcPr>
          <w:p w14:paraId="6278911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15.31 (15.09 - 15.54)</w:t>
            </w:r>
          </w:p>
        </w:tc>
        <w:tc>
          <w:tcPr>
            <w:tcW w:w="1350" w:type="dxa"/>
          </w:tcPr>
          <w:p w14:paraId="4663F09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17249</w:t>
            </w:r>
          </w:p>
        </w:tc>
        <w:tc>
          <w:tcPr>
            <w:tcW w:w="2430" w:type="dxa"/>
          </w:tcPr>
          <w:p w14:paraId="031259C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20.00 (19.69 - 20.30)</w:t>
            </w:r>
          </w:p>
        </w:tc>
      </w:tr>
      <w:tr w:rsidR="00F64519" w:rsidRPr="00347AE8" w14:paraId="2091AFE4" w14:textId="77777777" w:rsidTr="00347AE8">
        <w:tc>
          <w:tcPr>
            <w:tcW w:w="1532" w:type="dxa"/>
          </w:tcPr>
          <w:p w14:paraId="4F53A71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2007</w:t>
            </w:r>
          </w:p>
        </w:tc>
        <w:tc>
          <w:tcPr>
            <w:tcW w:w="916" w:type="dxa"/>
          </w:tcPr>
          <w:p w14:paraId="573EE1D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35504</w:t>
            </w:r>
          </w:p>
        </w:tc>
        <w:tc>
          <w:tcPr>
            <w:tcW w:w="1620" w:type="dxa"/>
          </w:tcPr>
          <w:p w14:paraId="226BF5C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17.45 (17.27 - 17.63)</w:t>
            </w:r>
          </w:p>
        </w:tc>
        <w:tc>
          <w:tcPr>
            <w:tcW w:w="990" w:type="dxa"/>
          </w:tcPr>
          <w:p w14:paraId="22C10EB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17618</w:t>
            </w:r>
          </w:p>
        </w:tc>
        <w:tc>
          <w:tcPr>
            <w:tcW w:w="1890" w:type="dxa"/>
          </w:tcPr>
          <w:p w14:paraId="635D5AA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15.19 (14.97 - 15.42)</w:t>
            </w:r>
          </w:p>
        </w:tc>
        <w:tc>
          <w:tcPr>
            <w:tcW w:w="1350" w:type="dxa"/>
          </w:tcPr>
          <w:p w14:paraId="0F6B243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17886</w:t>
            </w:r>
          </w:p>
        </w:tc>
        <w:tc>
          <w:tcPr>
            <w:tcW w:w="2430" w:type="dxa"/>
          </w:tcPr>
          <w:p w14:paraId="1C59154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20.31 (20.00 - 20.61)</w:t>
            </w:r>
          </w:p>
        </w:tc>
      </w:tr>
      <w:tr w:rsidR="00F64519" w:rsidRPr="00347AE8" w14:paraId="53104F65" w14:textId="77777777" w:rsidTr="00347AE8">
        <w:tc>
          <w:tcPr>
            <w:tcW w:w="1532" w:type="dxa"/>
          </w:tcPr>
          <w:p w14:paraId="10157DA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2008</w:t>
            </w:r>
          </w:p>
        </w:tc>
        <w:tc>
          <w:tcPr>
            <w:tcW w:w="916" w:type="dxa"/>
          </w:tcPr>
          <w:p w14:paraId="2382D9A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36620</w:t>
            </w:r>
          </w:p>
        </w:tc>
        <w:tc>
          <w:tcPr>
            <w:tcW w:w="1620" w:type="dxa"/>
          </w:tcPr>
          <w:p w14:paraId="6DE5591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17.61 (17.43 - 17.79)</w:t>
            </w:r>
          </w:p>
        </w:tc>
        <w:tc>
          <w:tcPr>
            <w:tcW w:w="990" w:type="dxa"/>
          </w:tcPr>
          <w:p w14:paraId="1297139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18390</w:t>
            </w:r>
          </w:p>
        </w:tc>
        <w:tc>
          <w:tcPr>
            <w:tcW w:w="1890" w:type="dxa"/>
          </w:tcPr>
          <w:p w14:paraId="48D7015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15.52 (15.29 - 15.74)</w:t>
            </w:r>
          </w:p>
        </w:tc>
        <w:tc>
          <w:tcPr>
            <w:tcW w:w="1350" w:type="dxa"/>
          </w:tcPr>
          <w:p w14:paraId="7B5B21A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18230</w:t>
            </w:r>
          </w:p>
        </w:tc>
        <w:tc>
          <w:tcPr>
            <w:tcW w:w="2430" w:type="dxa"/>
          </w:tcPr>
          <w:p w14:paraId="7226BC3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20.12 (19.82 - 20.41)</w:t>
            </w:r>
          </w:p>
        </w:tc>
      </w:tr>
      <w:tr w:rsidR="00F64519" w:rsidRPr="00347AE8" w14:paraId="48E99CCA" w14:textId="77777777" w:rsidTr="00347AE8">
        <w:tc>
          <w:tcPr>
            <w:tcW w:w="1532" w:type="dxa"/>
          </w:tcPr>
          <w:p w14:paraId="33C2AA7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2009</w:t>
            </w:r>
          </w:p>
        </w:tc>
        <w:tc>
          <w:tcPr>
            <w:tcW w:w="916" w:type="dxa"/>
          </w:tcPr>
          <w:p w14:paraId="4E114ED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37069</w:t>
            </w:r>
          </w:p>
        </w:tc>
        <w:tc>
          <w:tcPr>
            <w:tcW w:w="1620" w:type="dxa"/>
          </w:tcPr>
          <w:p w14:paraId="090BA61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17.47 (17.29 - 17.64)</w:t>
            </w:r>
          </w:p>
        </w:tc>
        <w:tc>
          <w:tcPr>
            <w:tcW w:w="990" w:type="dxa"/>
          </w:tcPr>
          <w:p w14:paraId="1EEF9B7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18407</w:t>
            </w:r>
          </w:p>
        </w:tc>
        <w:tc>
          <w:tcPr>
            <w:tcW w:w="1890" w:type="dxa"/>
          </w:tcPr>
          <w:p w14:paraId="692C1FA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15.30 (15.08 - 15.53)</w:t>
            </w:r>
          </w:p>
        </w:tc>
        <w:tc>
          <w:tcPr>
            <w:tcW w:w="1350" w:type="dxa"/>
          </w:tcPr>
          <w:p w14:paraId="5CC6904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18662</w:t>
            </w:r>
          </w:p>
        </w:tc>
        <w:tc>
          <w:tcPr>
            <w:tcW w:w="2430" w:type="dxa"/>
          </w:tcPr>
          <w:p w14:paraId="4899A20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20.12 (19.82 - 20.41)</w:t>
            </w:r>
          </w:p>
        </w:tc>
      </w:tr>
      <w:tr w:rsidR="00F64519" w:rsidRPr="00347AE8" w14:paraId="190037AA" w14:textId="77777777" w:rsidTr="00347AE8">
        <w:tc>
          <w:tcPr>
            <w:tcW w:w="1532" w:type="dxa"/>
          </w:tcPr>
          <w:p w14:paraId="4530DEB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2010</w:t>
            </w:r>
          </w:p>
        </w:tc>
        <w:tc>
          <w:tcPr>
            <w:tcW w:w="916" w:type="dxa"/>
          </w:tcPr>
          <w:p w14:paraId="7EDC79C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38348</w:t>
            </w:r>
          </w:p>
        </w:tc>
        <w:tc>
          <w:tcPr>
            <w:tcW w:w="1620" w:type="dxa"/>
          </w:tcPr>
          <w:p w14:paraId="6B37BD3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17.78 (17.60 - 17.96)</w:t>
            </w:r>
          </w:p>
        </w:tc>
        <w:tc>
          <w:tcPr>
            <w:tcW w:w="990" w:type="dxa"/>
          </w:tcPr>
          <w:p w14:paraId="5462308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18837</w:t>
            </w:r>
          </w:p>
        </w:tc>
        <w:tc>
          <w:tcPr>
            <w:tcW w:w="1890" w:type="dxa"/>
          </w:tcPr>
          <w:p w14:paraId="55EBC31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15.43 (15.20 - 15.65)</w:t>
            </w:r>
          </w:p>
        </w:tc>
        <w:tc>
          <w:tcPr>
            <w:tcW w:w="1350" w:type="dxa"/>
          </w:tcPr>
          <w:p w14:paraId="50A9323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19511</w:t>
            </w:r>
          </w:p>
        </w:tc>
        <w:tc>
          <w:tcPr>
            <w:tcW w:w="2430" w:type="dxa"/>
          </w:tcPr>
          <w:p w14:paraId="05F8131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20.64 (20.34 - 20.93)</w:t>
            </w:r>
          </w:p>
        </w:tc>
      </w:tr>
      <w:tr w:rsidR="00F64519" w:rsidRPr="00347AE8" w14:paraId="11D276E0" w14:textId="77777777" w:rsidTr="00347AE8">
        <w:tc>
          <w:tcPr>
            <w:tcW w:w="1532" w:type="dxa"/>
          </w:tcPr>
          <w:p w14:paraId="386428F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2011</w:t>
            </w:r>
          </w:p>
        </w:tc>
        <w:tc>
          <w:tcPr>
            <w:tcW w:w="916" w:type="dxa"/>
          </w:tcPr>
          <w:p w14:paraId="7585162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38794</w:t>
            </w:r>
          </w:p>
        </w:tc>
        <w:tc>
          <w:tcPr>
            <w:tcW w:w="1620" w:type="dxa"/>
          </w:tcPr>
          <w:p w14:paraId="0DB092E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17.51 (17.33 - 17.69)</w:t>
            </w:r>
          </w:p>
        </w:tc>
        <w:tc>
          <w:tcPr>
            <w:tcW w:w="990" w:type="dxa"/>
          </w:tcPr>
          <w:p w14:paraId="4A0006E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19174</w:t>
            </w:r>
          </w:p>
        </w:tc>
        <w:tc>
          <w:tcPr>
            <w:tcW w:w="1890" w:type="dxa"/>
          </w:tcPr>
          <w:p w14:paraId="7E14953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15.38 (15.16 - 15.60)</w:t>
            </w:r>
          </w:p>
        </w:tc>
        <w:tc>
          <w:tcPr>
            <w:tcW w:w="1350" w:type="dxa"/>
          </w:tcPr>
          <w:p w14:paraId="76AE4B8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19620</w:t>
            </w:r>
          </w:p>
        </w:tc>
        <w:tc>
          <w:tcPr>
            <w:tcW w:w="2430" w:type="dxa"/>
          </w:tcPr>
          <w:p w14:paraId="179387E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20.12 (19.83 - 20.41)</w:t>
            </w:r>
          </w:p>
        </w:tc>
      </w:tr>
      <w:tr w:rsidR="00F64519" w:rsidRPr="00347AE8" w14:paraId="6AD839C1" w14:textId="77777777" w:rsidTr="00347AE8">
        <w:tc>
          <w:tcPr>
            <w:tcW w:w="1532" w:type="dxa"/>
          </w:tcPr>
          <w:p w14:paraId="522738C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2012</w:t>
            </w:r>
          </w:p>
        </w:tc>
        <w:tc>
          <w:tcPr>
            <w:tcW w:w="916" w:type="dxa"/>
          </w:tcPr>
          <w:p w14:paraId="45BB10F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40314</w:t>
            </w:r>
          </w:p>
        </w:tc>
        <w:tc>
          <w:tcPr>
            <w:tcW w:w="1620" w:type="dxa"/>
          </w:tcPr>
          <w:p w14:paraId="34870E0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17.72 (17.54 - 17.89)</w:t>
            </w:r>
          </w:p>
        </w:tc>
        <w:tc>
          <w:tcPr>
            <w:tcW w:w="990" w:type="dxa"/>
          </w:tcPr>
          <w:p w14:paraId="3C31054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19811</w:t>
            </w:r>
          </w:p>
        </w:tc>
        <w:tc>
          <w:tcPr>
            <w:tcW w:w="1890" w:type="dxa"/>
          </w:tcPr>
          <w:p w14:paraId="3FA3F7C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15.50 (15.28 - 15.72)</w:t>
            </w:r>
          </w:p>
        </w:tc>
        <w:tc>
          <w:tcPr>
            <w:tcW w:w="1350" w:type="dxa"/>
          </w:tcPr>
          <w:p w14:paraId="1065E46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20503</w:t>
            </w:r>
          </w:p>
        </w:tc>
        <w:tc>
          <w:tcPr>
            <w:tcW w:w="2430" w:type="dxa"/>
          </w:tcPr>
          <w:p w14:paraId="2FF87CC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20.38 (20.09 - 20.66)</w:t>
            </w:r>
          </w:p>
        </w:tc>
      </w:tr>
      <w:tr w:rsidR="00F64519" w:rsidRPr="00347AE8" w14:paraId="68AD300C" w14:textId="77777777" w:rsidTr="00347AE8">
        <w:tc>
          <w:tcPr>
            <w:tcW w:w="1532" w:type="dxa"/>
          </w:tcPr>
          <w:p w14:paraId="042CA24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2013</w:t>
            </w:r>
          </w:p>
        </w:tc>
        <w:tc>
          <w:tcPr>
            <w:tcW w:w="916" w:type="dxa"/>
          </w:tcPr>
          <w:p w14:paraId="3F5AD06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40587</w:t>
            </w:r>
          </w:p>
        </w:tc>
        <w:tc>
          <w:tcPr>
            <w:tcW w:w="1620" w:type="dxa"/>
          </w:tcPr>
          <w:p w14:paraId="19FA630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17.42 (17.25 - 17.59)</w:t>
            </w:r>
          </w:p>
        </w:tc>
        <w:tc>
          <w:tcPr>
            <w:tcW w:w="990" w:type="dxa"/>
          </w:tcPr>
          <w:p w14:paraId="35B6BCD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19837</w:t>
            </w:r>
          </w:p>
        </w:tc>
        <w:tc>
          <w:tcPr>
            <w:tcW w:w="1890" w:type="dxa"/>
          </w:tcPr>
          <w:p w14:paraId="3E7688A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15.17 (14.95 - 15.38)</w:t>
            </w:r>
          </w:p>
        </w:tc>
        <w:tc>
          <w:tcPr>
            <w:tcW w:w="1350" w:type="dxa"/>
          </w:tcPr>
          <w:p w14:paraId="64642EC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20750</w:t>
            </w:r>
          </w:p>
        </w:tc>
        <w:tc>
          <w:tcPr>
            <w:tcW w:w="2430" w:type="dxa"/>
          </w:tcPr>
          <w:p w14:paraId="72635B2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20.10 (19.82 - 20.38)</w:t>
            </w:r>
          </w:p>
        </w:tc>
      </w:tr>
      <w:tr w:rsidR="00F64519" w:rsidRPr="00347AE8" w14:paraId="38B98B3A" w14:textId="77777777" w:rsidTr="00347AE8">
        <w:tc>
          <w:tcPr>
            <w:tcW w:w="1532" w:type="dxa"/>
          </w:tcPr>
          <w:p w14:paraId="57193BD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2014</w:t>
            </w:r>
          </w:p>
        </w:tc>
        <w:tc>
          <w:tcPr>
            <w:tcW w:w="916" w:type="dxa"/>
          </w:tcPr>
          <w:p w14:paraId="7E18734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42098</w:t>
            </w:r>
          </w:p>
        </w:tc>
        <w:tc>
          <w:tcPr>
            <w:tcW w:w="1620" w:type="dxa"/>
          </w:tcPr>
          <w:p w14:paraId="0B0B470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17.59 (17.42 - 17.76)</w:t>
            </w:r>
          </w:p>
        </w:tc>
        <w:tc>
          <w:tcPr>
            <w:tcW w:w="990" w:type="dxa"/>
          </w:tcPr>
          <w:p w14:paraId="4AB0C87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20423</w:t>
            </w:r>
          </w:p>
        </w:tc>
        <w:tc>
          <w:tcPr>
            <w:tcW w:w="1890" w:type="dxa"/>
          </w:tcPr>
          <w:p w14:paraId="7B07267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15.28 (15.07 - 15.49)</w:t>
            </w:r>
          </w:p>
        </w:tc>
        <w:tc>
          <w:tcPr>
            <w:tcW w:w="1350" w:type="dxa"/>
          </w:tcPr>
          <w:p w14:paraId="5C5A932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21675</w:t>
            </w:r>
          </w:p>
        </w:tc>
        <w:tc>
          <w:tcPr>
            <w:tcW w:w="2430" w:type="dxa"/>
          </w:tcPr>
          <w:p w14:paraId="19CBC10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20.37 (20.09 - 20.65)</w:t>
            </w:r>
          </w:p>
        </w:tc>
      </w:tr>
      <w:tr w:rsidR="00F64519" w:rsidRPr="00347AE8" w14:paraId="4A3A0485" w14:textId="77777777" w:rsidTr="00347AE8">
        <w:tc>
          <w:tcPr>
            <w:tcW w:w="1532" w:type="dxa"/>
          </w:tcPr>
          <w:p w14:paraId="411F0DC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2015</w:t>
            </w:r>
          </w:p>
        </w:tc>
        <w:tc>
          <w:tcPr>
            <w:tcW w:w="916" w:type="dxa"/>
          </w:tcPr>
          <w:p w14:paraId="5F617A9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43347</w:t>
            </w:r>
          </w:p>
        </w:tc>
        <w:tc>
          <w:tcPr>
            <w:tcW w:w="1620" w:type="dxa"/>
          </w:tcPr>
          <w:p w14:paraId="39A8DC2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17.67 (17.50 - 17.84)</w:t>
            </w:r>
          </w:p>
        </w:tc>
        <w:tc>
          <w:tcPr>
            <w:tcW w:w="990" w:type="dxa"/>
          </w:tcPr>
          <w:p w14:paraId="1E11BFB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20970</w:t>
            </w:r>
          </w:p>
        </w:tc>
        <w:tc>
          <w:tcPr>
            <w:tcW w:w="1890" w:type="dxa"/>
          </w:tcPr>
          <w:p w14:paraId="29F3E41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15.36 (15.15 - 15.57)</w:t>
            </w:r>
          </w:p>
        </w:tc>
        <w:tc>
          <w:tcPr>
            <w:tcW w:w="1350" w:type="dxa"/>
          </w:tcPr>
          <w:p w14:paraId="0C82D4D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22377</w:t>
            </w:r>
          </w:p>
        </w:tc>
        <w:tc>
          <w:tcPr>
            <w:tcW w:w="2430" w:type="dxa"/>
          </w:tcPr>
          <w:p w14:paraId="122C580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20.46 (20.18 - 20.73)</w:t>
            </w:r>
          </w:p>
        </w:tc>
      </w:tr>
      <w:tr w:rsidR="00F64519" w:rsidRPr="00347AE8" w14:paraId="18C65EBA" w14:textId="77777777" w:rsidTr="00347AE8">
        <w:tc>
          <w:tcPr>
            <w:tcW w:w="1532" w:type="dxa"/>
          </w:tcPr>
          <w:p w14:paraId="2ECC457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2016</w:t>
            </w:r>
          </w:p>
        </w:tc>
        <w:tc>
          <w:tcPr>
            <w:tcW w:w="916" w:type="dxa"/>
          </w:tcPr>
          <w:p w14:paraId="6D910C2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44690</w:t>
            </w:r>
          </w:p>
        </w:tc>
        <w:tc>
          <w:tcPr>
            <w:tcW w:w="1620" w:type="dxa"/>
          </w:tcPr>
          <w:p w14:paraId="708C9AB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17.85 (17.68 - 18.02)</w:t>
            </w:r>
          </w:p>
        </w:tc>
        <w:tc>
          <w:tcPr>
            <w:tcW w:w="990" w:type="dxa"/>
          </w:tcPr>
          <w:p w14:paraId="5D18819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21709</w:t>
            </w:r>
          </w:p>
        </w:tc>
        <w:tc>
          <w:tcPr>
            <w:tcW w:w="1890" w:type="dxa"/>
          </w:tcPr>
          <w:p w14:paraId="1030B50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15.61 (15.40 - 15.82)</w:t>
            </w:r>
          </w:p>
        </w:tc>
        <w:tc>
          <w:tcPr>
            <w:tcW w:w="1350" w:type="dxa"/>
          </w:tcPr>
          <w:p w14:paraId="379EB83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22981</w:t>
            </w:r>
          </w:p>
        </w:tc>
        <w:tc>
          <w:tcPr>
            <w:tcW w:w="2430" w:type="dxa"/>
          </w:tcPr>
          <w:p w14:paraId="5F0D356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20.55 (20.28 - 20.82)</w:t>
            </w:r>
          </w:p>
        </w:tc>
      </w:tr>
      <w:tr w:rsidR="00F64519" w:rsidRPr="00347AE8" w14:paraId="4BABDF78" w14:textId="77777777" w:rsidTr="00347AE8">
        <w:tc>
          <w:tcPr>
            <w:tcW w:w="1532" w:type="dxa"/>
          </w:tcPr>
          <w:p w14:paraId="0D2CC2C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2017</w:t>
            </w:r>
          </w:p>
        </w:tc>
        <w:tc>
          <w:tcPr>
            <w:tcW w:w="916" w:type="dxa"/>
          </w:tcPr>
          <w:p w14:paraId="0939823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46113</w:t>
            </w:r>
          </w:p>
        </w:tc>
        <w:tc>
          <w:tcPr>
            <w:tcW w:w="1620" w:type="dxa"/>
          </w:tcPr>
          <w:p w14:paraId="7E45791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17.98 (17.81 - 18.14)</w:t>
            </w:r>
          </w:p>
        </w:tc>
        <w:tc>
          <w:tcPr>
            <w:tcW w:w="990" w:type="dxa"/>
          </w:tcPr>
          <w:p w14:paraId="4A42F33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21988</w:t>
            </w:r>
          </w:p>
        </w:tc>
        <w:tc>
          <w:tcPr>
            <w:tcW w:w="1890" w:type="dxa"/>
          </w:tcPr>
          <w:p w14:paraId="0578937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15.45 (15.24 - 15.66)</w:t>
            </w:r>
          </w:p>
        </w:tc>
        <w:tc>
          <w:tcPr>
            <w:tcW w:w="1350" w:type="dxa"/>
          </w:tcPr>
          <w:p w14:paraId="7DBE0EF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24125</w:t>
            </w:r>
          </w:p>
        </w:tc>
        <w:tc>
          <w:tcPr>
            <w:tcW w:w="2430" w:type="dxa"/>
          </w:tcPr>
          <w:p w14:paraId="7F506E7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20.98 (20.71 - 21.25)</w:t>
            </w:r>
          </w:p>
        </w:tc>
      </w:tr>
      <w:tr w:rsidR="00F64519" w:rsidRPr="00347AE8" w14:paraId="2E9BF96F" w14:textId="77777777" w:rsidTr="00347AE8">
        <w:tc>
          <w:tcPr>
            <w:tcW w:w="1532" w:type="dxa"/>
          </w:tcPr>
          <w:p w14:paraId="1BA8D6A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2018</w:t>
            </w:r>
          </w:p>
        </w:tc>
        <w:tc>
          <w:tcPr>
            <w:tcW w:w="916" w:type="dxa"/>
          </w:tcPr>
          <w:p w14:paraId="373EEF1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47148</w:t>
            </w:r>
          </w:p>
        </w:tc>
        <w:tc>
          <w:tcPr>
            <w:tcW w:w="1620" w:type="dxa"/>
          </w:tcPr>
          <w:p w14:paraId="046781A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17.94 (17.78 - 18.11)</w:t>
            </w:r>
          </w:p>
        </w:tc>
        <w:tc>
          <w:tcPr>
            <w:tcW w:w="990" w:type="dxa"/>
          </w:tcPr>
          <w:p w14:paraId="11E5A8E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22706</w:t>
            </w:r>
          </w:p>
        </w:tc>
        <w:tc>
          <w:tcPr>
            <w:tcW w:w="1890" w:type="dxa"/>
          </w:tcPr>
          <w:p w14:paraId="328D797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15.58 (15.38 - 15.79)</w:t>
            </w:r>
          </w:p>
        </w:tc>
        <w:tc>
          <w:tcPr>
            <w:tcW w:w="1350" w:type="dxa"/>
          </w:tcPr>
          <w:p w14:paraId="7879920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24442</w:t>
            </w:r>
          </w:p>
        </w:tc>
        <w:tc>
          <w:tcPr>
            <w:tcW w:w="2430" w:type="dxa"/>
          </w:tcPr>
          <w:p w14:paraId="6AE3576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20.72 (20.45 - 20.98)</w:t>
            </w:r>
          </w:p>
        </w:tc>
      </w:tr>
      <w:tr w:rsidR="00F64519" w:rsidRPr="00347AE8" w14:paraId="020A7477" w14:textId="77777777" w:rsidTr="00347AE8">
        <w:tc>
          <w:tcPr>
            <w:tcW w:w="1532" w:type="dxa"/>
          </w:tcPr>
          <w:p w14:paraId="30BCDF0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2019</w:t>
            </w:r>
          </w:p>
        </w:tc>
        <w:tc>
          <w:tcPr>
            <w:tcW w:w="916" w:type="dxa"/>
          </w:tcPr>
          <w:p w14:paraId="58C5093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48159</w:t>
            </w:r>
          </w:p>
        </w:tc>
        <w:tc>
          <w:tcPr>
            <w:tcW w:w="1620" w:type="dxa"/>
          </w:tcPr>
          <w:p w14:paraId="19FFCF5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17.92 (17.76 - 18.08)</w:t>
            </w:r>
          </w:p>
        </w:tc>
        <w:tc>
          <w:tcPr>
            <w:tcW w:w="990" w:type="dxa"/>
          </w:tcPr>
          <w:p w14:paraId="05C0F05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23165</w:t>
            </w:r>
          </w:p>
        </w:tc>
        <w:tc>
          <w:tcPr>
            <w:tcW w:w="1890" w:type="dxa"/>
          </w:tcPr>
          <w:p w14:paraId="55D180B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15.58 (15.38 - 15.78)</w:t>
            </w:r>
          </w:p>
        </w:tc>
        <w:tc>
          <w:tcPr>
            <w:tcW w:w="1350" w:type="dxa"/>
          </w:tcPr>
          <w:p w14:paraId="6142D18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24994</w:t>
            </w:r>
          </w:p>
        </w:tc>
        <w:tc>
          <w:tcPr>
            <w:tcW w:w="2430" w:type="dxa"/>
          </w:tcPr>
          <w:p w14:paraId="5B6D0FF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20.64 (20.38 - 20.90)</w:t>
            </w:r>
          </w:p>
        </w:tc>
      </w:tr>
      <w:tr w:rsidR="00F64519" w:rsidRPr="00347AE8" w14:paraId="03B8D5B0" w14:textId="77777777" w:rsidTr="00347AE8">
        <w:tc>
          <w:tcPr>
            <w:tcW w:w="1532" w:type="dxa"/>
          </w:tcPr>
          <w:p w14:paraId="6622A4C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2020</w:t>
            </w:r>
          </w:p>
        </w:tc>
        <w:tc>
          <w:tcPr>
            <w:tcW w:w="916" w:type="dxa"/>
          </w:tcPr>
          <w:p w14:paraId="5A17BB2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49607</w:t>
            </w:r>
          </w:p>
        </w:tc>
        <w:tc>
          <w:tcPr>
            <w:tcW w:w="1620" w:type="dxa"/>
          </w:tcPr>
          <w:p w14:paraId="5B73069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18.12 (17.95 - 18.28)</w:t>
            </w:r>
          </w:p>
        </w:tc>
        <w:tc>
          <w:tcPr>
            <w:tcW w:w="990" w:type="dxa"/>
          </w:tcPr>
          <w:p w14:paraId="66D045F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23751</w:t>
            </w:r>
          </w:p>
        </w:tc>
        <w:tc>
          <w:tcPr>
            <w:tcW w:w="1890" w:type="dxa"/>
          </w:tcPr>
          <w:p w14:paraId="5F17F0C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15.71 (15.51 - 15.91)</w:t>
            </w:r>
          </w:p>
        </w:tc>
        <w:tc>
          <w:tcPr>
            <w:tcW w:w="1350" w:type="dxa"/>
          </w:tcPr>
          <w:p w14:paraId="347D3EB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25856</w:t>
            </w:r>
          </w:p>
        </w:tc>
        <w:tc>
          <w:tcPr>
            <w:tcW w:w="2430" w:type="dxa"/>
          </w:tcPr>
          <w:p w14:paraId="43DCABD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20.97 (20.71 - 21.23)</w:t>
            </w:r>
          </w:p>
        </w:tc>
      </w:tr>
      <w:tr w:rsidR="00F64519" w:rsidRPr="00347AE8" w14:paraId="6EF366DD" w14:textId="77777777" w:rsidTr="00347AE8">
        <w:tc>
          <w:tcPr>
            <w:tcW w:w="1532" w:type="dxa"/>
          </w:tcPr>
          <w:p w14:paraId="64EA631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2021</w:t>
            </w:r>
          </w:p>
        </w:tc>
        <w:tc>
          <w:tcPr>
            <w:tcW w:w="916" w:type="dxa"/>
          </w:tcPr>
          <w:p w14:paraId="0EE8D60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50624</w:t>
            </w:r>
          </w:p>
        </w:tc>
        <w:tc>
          <w:tcPr>
            <w:tcW w:w="1620" w:type="dxa"/>
          </w:tcPr>
          <w:p w14:paraId="1568A95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18.84 (18.67 - 19.01)</w:t>
            </w:r>
          </w:p>
        </w:tc>
        <w:tc>
          <w:tcPr>
            <w:tcW w:w="990" w:type="dxa"/>
          </w:tcPr>
          <w:p w14:paraId="6B35F2D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24173</w:t>
            </w:r>
          </w:p>
        </w:tc>
        <w:tc>
          <w:tcPr>
            <w:tcW w:w="1890" w:type="dxa"/>
          </w:tcPr>
          <w:p w14:paraId="0FB1A90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16.47 (16.26 - 16.69)</w:t>
            </w:r>
          </w:p>
        </w:tc>
        <w:tc>
          <w:tcPr>
            <w:tcW w:w="1350" w:type="dxa"/>
          </w:tcPr>
          <w:p w14:paraId="2DAD33C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26451</w:t>
            </w:r>
          </w:p>
        </w:tc>
        <w:tc>
          <w:tcPr>
            <w:tcW w:w="2430" w:type="dxa"/>
          </w:tcPr>
          <w:p w14:paraId="68A722E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21.67 (21.40 - 21.94)</w:t>
            </w:r>
          </w:p>
        </w:tc>
      </w:tr>
      <w:tr w:rsidR="00F64519" w:rsidRPr="00347AE8" w14:paraId="6250B11C" w14:textId="77777777" w:rsidTr="00347AE8">
        <w:tc>
          <w:tcPr>
            <w:tcW w:w="1532" w:type="dxa"/>
          </w:tcPr>
          <w:p w14:paraId="0ABE0FC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2022</w:t>
            </w:r>
          </w:p>
        </w:tc>
        <w:tc>
          <w:tcPr>
            <w:tcW w:w="916" w:type="dxa"/>
          </w:tcPr>
          <w:p w14:paraId="38709A9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51208</w:t>
            </w:r>
          </w:p>
        </w:tc>
        <w:tc>
          <w:tcPr>
            <w:tcW w:w="1620" w:type="dxa"/>
          </w:tcPr>
          <w:p w14:paraId="52E857E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18.46 (18.30 - 18.63)</w:t>
            </w:r>
          </w:p>
        </w:tc>
        <w:tc>
          <w:tcPr>
            <w:tcW w:w="990" w:type="dxa"/>
          </w:tcPr>
          <w:p w14:paraId="3680C46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24450</w:t>
            </w:r>
          </w:p>
        </w:tc>
        <w:tc>
          <w:tcPr>
            <w:tcW w:w="1890" w:type="dxa"/>
          </w:tcPr>
          <w:p w14:paraId="04FAB56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16.07 (15.87 - 16.28)</w:t>
            </w:r>
          </w:p>
        </w:tc>
        <w:tc>
          <w:tcPr>
            <w:tcW w:w="1350" w:type="dxa"/>
          </w:tcPr>
          <w:p w14:paraId="210ED79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26758</w:t>
            </w:r>
          </w:p>
        </w:tc>
        <w:tc>
          <w:tcPr>
            <w:tcW w:w="2430" w:type="dxa"/>
          </w:tcPr>
          <w:p w14:paraId="5170754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21.43 (21.17 - 21.69)</w:t>
            </w:r>
          </w:p>
        </w:tc>
      </w:tr>
      <w:tr w:rsidR="00F64519" w:rsidRPr="00347AE8" w14:paraId="15E9AA9C" w14:textId="77777777" w:rsidTr="00347AE8">
        <w:tc>
          <w:tcPr>
            <w:tcW w:w="1532" w:type="dxa"/>
          </w:tcPr>
          <w:p w14:paraId="4CA76A7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2023</w:t>
            </w:r>
          </w:p>
        </w:tc>
        <w:tc>
          <w:tcPr>
            <w:tcW w:w="916" w:type="dxa"/>
          </w:tcPr>
          <w:p w14:paraId="4DAC5BA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52227</w:t>
            </w:r>
          </w:p>
        </w:tc>
        <w:tc>
          <w:tcPr>
            <w:tcW w:w="1620" w:type="dxa"/>
          </w:tcPr>
          <w:p w14:paraId="684407C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18.53 (18.37 - 18.69)</w:t>
            </w:r>
          </w:p>
        </w:tc>
        <w:tc>
          <w:tcPr>
            <w:tcW w:w="990" w:type="dxa"/>
          </w:tcPr>
          <w:p w14:paraId="14EA4FE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25053</w:t>
            </w:r>
          </w:p>
        </w:tc>
        <w:tc>
          <w:tcPr>
            <w:tcW w:w="1890" w:type="dxa"/>
          </w:tcPr>
          <w:p w14:paraId="7C08341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16.23 (16.02 - 16.43)</w:t>
            </w:r>
          </w:p>
        </w:tc>
        <w:tc>
          <w:tcPr>
            <w:tcW w:w="1350" w:type="dxa"/>
          </w:tcPr>
          <w:p w14:paraId="61C475F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27174</w:t>
            </w:r>
          </w:p>
        </w:tc>
        <w:tc>
          <w:tcPr>
            <w:tcW w:w="2430" w:type="dxa"/>
          </w:tcPr>
          <w:p w14:paraId="48EF0D9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21.23 (20.98 - 21.49)</w:t>
            </w:r>
          </w:p>
        </w:tc>
      </w:tr>
      <w:tr w:rsidR="00F64519" w:rsidRPr="00347AE8" w14:paraId="765F7269" w14:textId="77777777" w:rsidTr="00347AE8">
        <w:tc>
          <w:tcPr>
            <w:tcW w:w="1532" w:type="dxa"/>
          </w:tcPr>
          <w:p w14:paraId="4042D81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2024</w:t>
            </w:r>
          </w:p>
        </w:tc>
        <w:tc>
          <w:tcPr>
            <w:tcW w:w="916" w:type="dxa"/>
          </w:tcPr>
          <w:p w14:paraId="5F68FE1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54174</w:t>
            </w:r>
          </w:p>
        </w:tc>
        <w:tc>
          <w:tcPr>
            <w:tcW w:w="1620" w:type="dxa"/>
          </w:tcPr>
          <w:p w14:paraId="59E97FD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18.72 (18.56 - 18.88)</w:t>
            </w:r>
          </w:p>
        </w:tc>
        <w:tc>
          <w:tcPr>
            <w:tcW w:w="990" w:type="dxa"/>
          </w:tcPr>
          <w:p w14:paraId="6DDB3F9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25945</w:t>
            </w:r>
          </w:p>
        </w:tc>
        <w:tc>
          <w:tcPr>
            <w:tcW w:w="1890" w:type="dxa"/>
          </w:tcPr>
          <w:p w14:paraId="0F244D5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16.37 (16.17 - 16.57)</w:t>
            </w:r>
          </w:p>
        </w:tc>
        <w:tc>
          <w:tcPr>
            <w:tcW w:w="1350" w:type="dxa"/>
          </w:tcPr>
          <w:p w14:paraId="7EB6E9D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28229</w:t>
            </w:r>
          </w:p>
        </w:tc>
        <w:tc>
          <w:tcPr>
            <w:tcW w:w="2430" w:type="dxa"/>
          </w:tcPr>
          <w:p w14:paraId="4A3535D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21.48 (21.23 - 21.74)</w:t>
            </w:r>
          </w:p>
        </w:tc>
      </w:tr>
      <w:tr w:rsidR="00F64519" w:rsidRPr="00347AE8" w14:paraId="6A8521B5" w14:textId="77777777" w:rsidTr="00347AE8">
        <w:tc>
          <w:tcPr>
            <w:tcW w:w="1532" w:type="dxa"/>
          </w:tcPr>
          <w:p w14:paraId="46B5294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2025</w:t>
            </w:r>
          </w:p>
        </w:tc>
        <w:tc>
          <w:tcPr>
            <w:tcW w:w="916" w:type="dxa"/>
          </w:tcPr>
          <w:p w14:paraId="2EFD10F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55153</w:t>
            </w:r>
          </w:p>
        </w:tc>
        <w:tc>
          <w:tcPr>
            <w:tcW w:w="1620" w:type="dxa"/>
          </w:tcPr>
          <w:p w14:paraId="3D807F7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19.04 (18.88 - 19.20)</w:t>
            </w:r>
          </w:p>
        </w:tc>
        <w:tc>
          <w:tcPr>
            <w:tcW w:w="990" w:type="dxa"/>
          </w:tcPr>
          <w:p w14:paraId="05A7BB4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26428</w:t>
            </w:r>
          </w:p>
        </w:tc>
        <w:tc>
          <w:tcPr>
            <w:tcW w:w="1890" w:type="dxa"/>
          </w:tcPr>
          <w:p w14:paraId="0EC73BC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16.67 (16.46 - 16.87)</w:t>
            </w:r>
          </w:p>
        </w:tc>
        <w:tc>
          <w:tcPr>
            <w:tcW w:w="1350" w:type="dxa"/>
          </w:tcPr>
          <w:p w14:paraId="0C4C02C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28725</w:t>
            </w:r>
          </w:p>
        </w:tc>
        <w:tc>
          <w:tcPr>
            <w:tcW w:w="2430" w:type="dxa"/>
          </w:tcPr>
          <w:p w14:paraId="5B125CF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21.81 (21.56 - 22.07)</w:t>
            </w:r>
          </w:p>
        </w:tc>
      </w:tr>
      <w:tr w:rsidR="00F64519" w:rsidRPr="00347AE8" w14:paraId="02A88CAD" w14:textId="77777777" w:rsidTr="00347AE8">
        <w:tc>
          <w:tcPr>
            <w:tcW w:w="1532" w:type="dxa"/>
          </w:tcPr>
          <w:p w14:paraId="106AFC8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Total/Average</w:t>
            </w:r>
          </w:p>
        </w:tc>
        <w:tc>
          <w:tcPr>
            <w:tcW w:w="916" w:type="dxa"/>
          </w:tcPr>
          <w:p w14:paraId="73660CA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1109156</w:t>
            </w:r>
          </w:p>
        </w:tc>
        <w:tc>
          <w:tcPr>
            <w:tcW w:w="1620" w:type="dxa"/>
          </w:tcPr>
          <w:p w14:paraId="2D010F9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17.74 (17.56 - 17.91)</w:t>
            </w:r>
          </w:p>
        </w:tc>
        <w:tc>
          <w:tcPr>
            <w:tcW w:w="990" w:type="dxa"/>
          </w:tcPr>
          <w:p w14:paraId="1CBF8C9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543594</w:t>
            </w:r>
          </w:p>
        </w:tc>
        <w:tc>
          <w:tcPr>
            <w:tcW w:w="1890" w:type="dxa"/>
          </w:tcPr>
          <w:p w14:paraId="7B813EF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15.49 (15.27 - 15.70)</w:t>
            </w:r>
          </w:p>
        </w:tc>
        <w:tc>
          <w:tcPr>
            <w:tcW w:w="1350" w:type="dxa"/>
          </w:tcPr>
          <w:p w14:paraId="2858855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565562</w:t>
            </w:r>
          </w:p>
        </w:tc>
        <w:tc>
          <w:tcPr>
            <w:tcW w:w="2430" w:type="dxa"/>
          </w:tcPr>
          <w:p w14:paraId="66FFE95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20.47 (20.18 - 20.75)</w:t>
            </w:r>
          </w:p>
        </w:tc>
      </w:tr>
    </w:tbl>
    <w:p w14:paraId="17296DF1" w14:textId="77777777" w:rsidR="00F64519" w:rsidRPr="00347AE8" w:rsidRDefault="00000000">
      <w:pPr>
        <w:rPr>
          <w:color w:val="000000" w:themeColor="text1"/>
        </w:rPr>
      </w:pPr>
      <w:r w:rsidRPr="00347AE8">
        <w:rPr>
          <w:i/>
          <w:color w:val="000000" w:themeColor="text1"/>
          <w:sz w:val="16"/>
        </w:rPr>
        <w:t>AAMRs are age-adjusted rates per 100,000 population standardized to the 2000 U.S. standard population. Pancreatic cancer-related deaths were identified using ICD-10 code C25 recorded anywhere on the death certificate.</w:t>
      </w:r>
    </w:p>
    <w:p w14:paraId="2B6B66A9" w14:textId="77777777" w:rsidR="00F64519" w:rsidRPr="00347AE8" w:rsidRDefault="00F64519">
      <w:pPr>
        <w:rPr>
          <w:color w:val="000000" w:themeColor="text1"/>
        </w:rPr>
      </w:pPr>
    </w:p>
    <w:p w14:paraId="524E1D09" w14:textId="77777777" w:rsidR="00F64519" w:rsidRPr="00347AE8" w:rsidRDefault="00000000">
      <w:pPr>
        <w:rPr>
          <w:color w:val="000000" w:themeColor="text1"/>
        </w:rPr>
      </w:pPr>
      <w:r w:rsidRPr="00347AE8">
        <w:rPr>
          <w:b/>
          <w:color w:val="000000" w:themeColor="text1"/>
          <w:sz w:val="20"/>
        </w:rPr>
        <w:lastRenderedPageBreak/>
        <w:t>Supplemental Table 4. Annual AAMRs and deaths from pancreatic cancer among U.S. adults aged 25 years and older, stratified by age group, 1999–2025.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50"/>
        <w:gridCol w:w="1100"/>
        <w:gridCol w:w="1494"/>
        <w:gridCol w:w="1151"/>
        <w:gridCol w:w="1753"/>
        <w:gridCol w:w="1238"/>
        <w:gridCol w:w="2616"/>
      </w:tblGrid>
      <w:tr w:rsidR="00F64519" w:rsidRPr="00347AE8" w14:paraId="573E1DE8" w14:textId="77777777" w:rsidTr="00347AE8">
        <w:tc>
          <w:tcPr>
            <w:tcW w:w="1150" w:type="dxa"/>
          </w:tcPr>
          <w:p w14:paraId="19BCD29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5"/>
              </w:rPr>
              <w:t>Year</w:t>
            </w:r>
          </w:p>
        </w:tc>
        <w:tc>
          <w:tcPr>
            <w:tcW w:w="1118" w:type="dxa"/>
          </w:tcPr>
          <w:p w14:paraId="7BE7A90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5"/>
              </w:rPr>
              <w:t>25-44 Years</w:t>
            </w:r>
          </w:p>
        </w:tc>
        <w:tc>
          <w:tcPr>
            <w:tcW w:w="1530" w:type="dxa"/>
          </w:tcPr>
          <w:p w14:paraId="014D021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5"/>
              </w:rPr>
              <w:t>25-44 Years</w:t>
            </w:r>
          </w:p>
        </w:tc>
        <w:tc>
          <w:tcPr>
            <w:tcW w:w="1170" w:type="dxa"/>
          </w:tcPr>
          <w:p w14:paraId="0254C50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5"/>
              </w:rPr>
              <w:t>45-64 Years</w:t>
            </w:r>
          </w:p>
        </w:tc>
        <w:tc>
          <w:tcPr>
            <w:tcW w:w="1800" w:type="dxa"/>
          </w:tcPr>
          <w:p w14:paraId="0918682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5"/>
              </w:rPr>
              <w:t>45-64 Years</w:t>
            </w:r>
          </w:p>
        </w:tc>
        <w:tc>
          <w:tcPr>
            <w:tcW w:w="1260" w:type="dxa"/>
          </w:tcPr>
          <w:p w14:paraId="085F884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5"/>
              </w:rPr>
              <w:t>65-85+ Years</w:t>
            </w:r>
          </w:p>
        </w:tc>
        <w:tc>
          <w:tcPr>
            <w:tcW w:w="2700" w:type="dxa"/>
          </w:tcPr>
          <w:p w14:paraId="53FACAA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5"/>
              </w:rPr>
              <w:t>65-85+ Years</w:t>
            </w:r>
          </w:p>
        </w:tc>
      </w:tr>
      <w:tr w:rsidR="00F64519" w:rsidRPr="00347AE8" w14:paraId="4D08123A" w14:textId="77777777" w:rsidTr="00347AE8">
        <w:tc>
          <w:tcPr>
            <w:tcW w:w="1150" w:type="dxa"/>
          </w:tcPr>
          <w:p w14:paraId="050E284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Year</w:t>
            </w:r>
          </w:p>
        </w:tc>
        <w:tc>
          <w:tcPr>
            <w:tcW w:w="1118" w:type="dxa"/>
          </w:tcPr>
          <w:p w14:paraId="0B2ABFF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Deaths</w:t>
            </w:r>
          </w:p>
        </w:tc>
        <w:tc>
          <w:tcPr>
            <w:tcW w:w="1530" w:type="dxa"/>
          </w:tcPr>
          <w:p w14:paraId="02145B9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AAMR (95% CI)</w:t>
            </w:r>
          </w:p>
        </w:tc>
        <w:tc>
          <w:tcPr>
            <w:tcW w:w="1170" w:type="dxa"/>
          </w:tcPr>
          <w:p w14:paraId="6209EA3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Deaths</w:t>
            </w:r>
          </w:p>
        </w:tc>
        <w:tc>
          <w:tcPr>
            <w:tcW w:w="1800" w:type="dxa"/>
          </w:tcPr>
          <w:p w14:paraId="316C568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AAMR (95% CI)</w:t>
            </w:r>
          </w:p>
        </w:tc>
        <w:tc>
          <w:tcPr>
            <w:tcW w:w="1260" w:type="dxa"/>
          </w:tcPr>
          <w:p w14:paraId="2440F34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Deaths</w:t>
            </w:r>
          </w:p>
        </w:tc>
        <w:tc>
          <w:tcPr>
            <w:tcW w:w="2700" w:type="dxa"/>
          </w:tcPr>
          <w:p w14:paraId="6AC2C4E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AAMR (95% CI)</w:t>
            </w:r>
          </w:p>
        </w:tc>
      </w:tr>
      <w:tr w:rsidR="00F64519" w:rsidRPr="00347AE8" w14:paraId="54979B92" w14:textId="77777777" w:rsidTr="00347AE8">
        <w:tc>
          <w:tcPr>
            <w:tcW w:w="1150" w:type="dxa"/>
          </w:tcPr>
          <w:p w14:paraId="49B02C2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1999</w:t>
            </w:r>
          </w:p>
        </w:tc>
        <w:tc>
          <w:tcPr>
            <w:tcW w:w="1118" w:type="dxa"/>
          </w:tcPr>
          <w:p w14:paraId="069A183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665</w:t>
            </w:r>
          </w:p>
        </w:tc>
        <w:tc>
          <w:tcPr>
            <w:tcW w:w="1530" w:type="dxa"/>
          </w:tcPr>
          <w:p w14:paraId="60A036E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0.81 (0.75 to 0.87)</w:t>
            </w:r>
          </w:p>
        </w:tc>
        <w:tc>
          <w:tcPr>
            <w:tcW w:w="1170" w:type="dxa"/>
          </w:tcPr>
          <w:p w14:paraId="7D67CB0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7290</w:t>
            </w:r>
          </w:p>
        </w:tc>
        <w:tc>
          <w:tcPr>
            <w:tcW w:w="1800" w:type="dxa"/>
          </w:tcPr>
          <w:p w14:paraId="11E3EC5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12.02 (11.75 to 12.30)</w:t>
            </w:r>
          </w:p>
        </w:tc>
        <w:tc>
          <w:tcPr>
            <w:tcW w:w="1260" w:type="dxa"/>
          </w:tcPr>
          <w:p w14:paraId="6FED71C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22482</w:t>
            </w:r>
          </w:p>
        </w:tc>
        <w:tc>
          <w:tcPr>
            <w:tcW w:w="2700" w:type="dxa"/>
          </w:tcPr>
          <w:p w14:paraId="0332F2C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64.93 (64.08 to 65.77)</w:t>
            </w:r>
          </w:p>
        </w:tc>
      </w:tr>
      <w:tr w:rsidR="00F64519" w:rsidRPr="00347AE8" w14:paraId="0CE8934A" w14:textId="77777777" w:rsidTr="00347AE8">
        <w:tc>
          <w:tcPr>
            <w:tcW w:w="1150" w:type="dxa"/>
          </w:tcPr>
          <w:p w14:paraId="5738187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2000</w:t>
            </w:r>
          </w:p>
        </w:tc>
        <w:tc>
          <w:tcPr>
            <w:tcW w:w="1118" w:type="dxa"/>
          </w:tcPr>
          <w:p w14:paraId="1E106C3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614</w:t>
            </w:r>
          </w:p>
        </w:tc>
        <w:tc>
          <w:tcPr>
            <w:tcW w:w="1530" w:type="dxa"/>
          </w:tcPr>
          <w:p w14:paraId="77138C8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0.70 (0.64 to 0.76)</w:t>
            </w:r>
          </w:p>
        </w:tc>
        <w:tc>
          <w:tcPr>
            <w:tcW w:w="1170" w:type="dxa"/>
          </w:tcPr>
          <w:p w14:paraId="440248F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7277</w:t>
            </w:r>
          </w:p>
        </w:tc>
        <w:tc>
          <w:tcPr>
            <w:tcW w:w="1800" w:type="dxa"/>
          </w:tcPr>
          <w:p w14:paraId="26B6219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11.74 (11.47 to 12.01)</w:t>
            </w:r>
          </w:p>
        </w:tc>
        <w:tc>
          <w:tcPr>
            <w:tcW w:w="1260" w:type="dxa"/>
          </w:tcPr>
          <w:p w14:paraId="3433935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22731</w:t>
            </w:r>
          </w:p>
        </w:tc>
        <w:tc>
          <w:tcPr>
            <w:tcW w:w="2700" w:type="dxa"/>
          </w:tcPr>
          <w:p w14:paraId="39A8699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65.10 (64.25 to 65.95)</w:t>
            </w:r>
          </w:p>
        </w:tc>
      </w:tr>
      <w:tr w:rsidR="00F64519" w:rsidRPr="00347AE8" w14:paraId="69AC9322" w14:textId="77777777" w:rsidTr="00347AE8">
        <w:tc>
          <w:tcPr>
            <w:tcW w:w="1150" w:type="dxa"/>
          </w:tcPr>
          <w:p w14:paraId="51673CE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2001</w:t>
            </w:r>
          </w:p>
        </w:tc>
        <w:tc>
          <w:tcPr>
            <w:tcW w:w="1118" w:type="dxa"/>
          </w:tcPr>
          <w:p w14:paraId="0098142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643</w:t>
            </w:r>
          </w:p>
        </w:tc>
        <w:tc>
          <w:tcPr>
            <w:tcW w:w="1530" w:type="dxa"/>
          </w:tcPr>
          <w:p w14:paraId="654AED4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0.75 (0.70 to 0.81)</w:t>
            </w:r>
          </w:p>
        </w:tc>
        <w:tc>
          <w:tcPr>
            <w:tcW w:w="1170" w:type="dxa"/>
          </w:tcPr>
          <w:p w14:paraId="067D51A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7490</w:t>
            </w:r>
          </w:p>
        </w:tc>
        <w:tc>
          <w:tcPr>
            <w:tcW w:w="1800" w:type="dxa"/>
          </w:tcPr>
          <w:p w14:paraId="10B1391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11.68 (11.42 to 11.95)</w:t>
            </w:r>
          </w:p>
        </w:tc>
        <w:tc>
          <w:tcPr>
            <w:tcW w:w="1260" w:type="dxa"/>
          </w:tcPr>
          <w:p w14:paraId="79E842F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22955</w:t>
            </w:r>
          </w:p>
        </w:tc>
        <w:tc>
          <w:tcPr>
            <w:tcW w:w="2700" w:type="dxa"/>
          </w:tcPr>
          <w:p w14:paraId="5E5E7B4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64.99 (64.15 to 65.84)</w:t>
            </w:r>
          </w:p>
        </w:tc>
      </w:tr>
      <w:tr w:rsidR="00F64519" w:rsidRPr="00347AE8" w14:paraId="7BBC619B" w14:textId="77777777" w:rsidTr="00347AE8">
        <w:tc>
          <w:tcPr>
            <w:tcW w:w="1150" w:type="dxa"/>
          </w:tcPr>
          <w:p w14:paraId="1C95639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2002</w:t>
            </w:r>
          </w:p>
        </w:tc>
        <w:tc>
          <w:tcPr>
            <w:tcW w:w="1118" w:type="dxa"/>
          </w:tcPr>
          <w:p w14:paraId="2A1B0C7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652</w:t>
            </w:r>
          </w:p>
        </w:tc>
        <w:tc>
          <w:tcPr>
            <w:tcW w:w="1530" w:type="dxa"/>
          </w:tcPr>
          <w:p w14:paraId="6ABB402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0.81 (0.75 to 0.87)</w:t>
            </w:r>
          </w:p>
        </w:tc>
        <w:tc>
          <w:tcPr>
            <w:tcW w:w="1170" w:type="dxa"/>
          </w:tcPr>
          <w:p w14:paraId="2C98CDB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7748</w:t>
            </w:r>
          </w:p>
        </w:tc>
        <w:tc>
          <w:tcPr>
            <w:tcW w:w="1800" w:type="dxa"/>
          </w:tcPr>
          <w:p w14:paraId="7D19C6F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11.50 (11.25 to 11.76)</w:t>
            </w:r>
          </w:p>
        </w:tc>
        <w:tc>
          <w:tcPr>
            <w:tcW w:w="1260" w:type="dxa"/>
          </w:tcPr>
          <w:p w14:paraId="60F3D75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23111</w:t>
            </w:r>
          </w:p>
        </w:tc>
        <w:tc>
          <w:tcPr>
            <w:tcW w:w="2700" w:type="dxa"/>
          </w:tcPr>
          <w:p w14:paraId="0599E39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64.88 (64.05 to 65.72)</w:t>
            </w:r>
          </w:p>
        </w:tc>
      </w:tr>
      <w:tr w:rsidR="00F64519" w:rsidRPr="00347AE8" w14:paraId="39F1884D" w14:textId="77777777" w:rsidTr="00347AE8">
        <w:tc>
          <w:tcPr>
            <w:tcW w:w="1150" w:type="dxa"/>
          </w:tcPr>
          <w:p w14:paraId="04F9640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2003</w:t>
            </w:r>
          </w:p>
        </w:tc>
        <w:tc>
          <w:tcPr>
            <w:tcW w:w="1118" w:type="dxa"/>
          </w:tcPr>
          <w:p w14:paraId="6E7F4FF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618</w:t>
            </w:r>
          </w:p>
        </w:tc>
        <w:tc>
          <w:tcPr>
            <w:tcW w:w="1530" w:type="dxa"/>
          </w:tcPr>
          <w:p w14:paraId="252B6E0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0.80 (0.74 to 0.86)</w:t>
            </w:r>
          </w:p>
        </w:tc>
        <w:tc>
          <w:tcPr>
            <w:tcW w:w="1170" w:type="dxa"/>
          </w:tcPr>
          <w:p w14:paraId="0E28DE5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8077</w:t>
            </w:r>
          </w:p>
        </w:tc>
        <w:tc>
          <w:tcPr>
            <w:tcW w:w="1800" w:type="dxa"/>
          </w:tcPr>
          <w:p w14:paraId="50E629E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11.59 (11.33 to 11.84)</w:t>
            </w:r>
          </w:p>
        </w:tc>
        <w:tc>
          <w:tcPr>
            <w:tcW w:w="1260" w:type="dxa"/>
          </w:tcPr>
          <w:p w14:paraId="28E2B0F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23284</w:t>
            </w:r>
          </w:p>
        </w:tc>
        <w:tc>
          <w:tcPr>
            <w:tcW w:w="2700" w:type="dxa"/>
          </w:tcPr>
          <w:p w14:paraId="1BAC3EC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64.67 (63.84 to 65.50)</w:t>
            </w:r>
          </w:p>
        </w:tc>
      </w:tr>
      <w:tr w:rsidR="00F64519" w:rsidRPr="00347AE8" w14:paraId="510C8D97" w14:textId="77777777" w:rsidTr="00347AE8">
        <w:tc>
          <w:tcPr>
            <w:tcW w:w="1150" w:type="dxa"/>
          </w:tcPr>
          <w:p w14:paraId="0206BF4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2004</w:t>
            </w:r>
          </w:p>
        </w:tc>
        <w:tc>
          <w:tcPr>
            <w:tcW w:w="1118" w:type="dxa"/>
          </w:tcPr>
          <w:p w14:paraId="57E5B1D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591</w:t>
            </w:r>
          </w:p>
        </w:tc>
        <w:tc>
          <w:tcPr>
            <w:tcW w:w="1530" w:type="dxa"/>
          </w:tcPr>
          <w:p w14:paraId="21E40F7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0.75 (0.69 to 0.81)</w:t>
            </w:r>
          </w:p>
        </w:tc>
        <w:tc>
          <w:tcPr>
            <w:tcW w:w="1170" w:type="dxa"/>
          </w:tcPr>
          <w:p w14:paraId="45317BC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8620</w:t>
            </w:r>
          </w:p>
        </w:tc>
        <w:tc>
          <w:tcPr>
            <w:tcW w:w="1800" w:type="dxa"/>
          </w:tcPr>
          <w:p w14:paraId="16675D3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11.88 (11.63 to 12.13)</w:t>
            </w:r>
          </w:p>
        </w:tc>
        <w:tc>
          <w:tcPr>
            <w:tcW w:w="1260" w:type="dxa"/>
          </w:tcPr>
          <w:p w14:paraId="166EBBA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23767</w:t>
            </w:r>
          </w:p>
        </w:tc>
        <w:tc>
          <w:tcPr>
            <w:tcW w:w="2700" w:type="dxa"/>
          </w:tcPr>
          <w:p w14:paraId="3120C40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65.33 (64.50 to 66.17)</w:t>
            </w:r>
          </w:p>
        </w:tc>
      </w:tr>
      <w:tr w:rsidR="00F64519" w:rsidRPr="00347AE8" w14:paraId="2DC25DF0" w14:textId="77777777" w:rsidTr="00347AE8">
        <w:tc>
          <w:tcPr>
            <w:tcW w:w="1150" w:type="dxa"/>
          </w:tcPr>
          <w:p w14:paraId="69A0C64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2005</w:t>
            </w:r>
          </w:p>
        </w:tc>
        <w:tc>
          <w:tcPr>
            <w:tcW w:w="1118" w:type="dxa"/>
          </w:tcPr>
          <w:p w14:paraId="57E3654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639</w:t>
            </w:r>
          </w:p>
        </w:tc>
        <w:tc>
          <w:tcPr>
            <w:tcW w:w="1530" w:type="dxa"/>
          </w:tcPr>
          <w:p w14:paraId="49B0A28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0.80 (0.74 to 0.86)</w:t>
            </w:r>
          </w:p>
        </w:tc>
        <w:tc>
          <w:tcPr>
            <w:tcW w:w="1170" w:type="dxa"/>
          </w:tcPr>
          <w:p w14:paraId="1857805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8934</w:t>
            </w:r>
          </w:p>
        </w:tc>
        <w:tc>
          <w:tcPr>
            <w:tcW w:w="1800" w:type="dxa"/>
          </w:tcPr>
          <w:p w14:paraId="6FE4448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11.86 (11.62 to 12.11)</w:t>
            </w:r>
          </w:p>
        </w:tc>
        <w:tc>
          <w:tcPr>
            <w:tcW w:w="1260" w:type="dxa"/>
          </w:tcPr>
          <w:p w14:paraId="2325D99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24412</w:t>
            </w:r>
          </w:p>
        </w:tc>
        <w:tc>
          <w:tcPr>
            <w:tcW w:w="2700" w:type="dxa"/>
          </w:tcPr>
          <w:p w14:paraId="7E195AE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66.23 (65.40 to 67.06)</w:t>
            </w:r>
          </w:p>
        </w:tc>
      </w:tr>
      <w:tr w:rsidR="00F64519" w:rsidRPr="00347AE8" w14:paraId="0D0227CC" w14:textId="77777777" w:rsidTr="00347AE8">
        <w:tc>
          <w:tcPr>
            <w:tcW w:w="1150" w:type="dxa"/>
          </w:tcPr>
          <w:p w14:paraId="149A953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2006</w:t>
            </w:r>
          </w:p>
        </w:tc>
        <w:tc>
          <w:tcPr>
            <w:tcW w:w="1118" w:type="dxa"/>
          </w:tcPr>
          <w:p w14:paraId="095BD87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568</w:t>
            </w:r>
          </w:p>
        </w:tc>
        <w:tc>
          <w:tcPr>
            <w:tcW w:w="1530" w:type="dxa"/>
          </w:tcPr>
          <w:p w14:paraId="238D2E5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0.70 (0.64 to 0.76)</w:t>
            </w:r>
          </w:p>
        </w:tc>
        <w:tc>
          <w:tcPr>
            <w:tcW w:w="1170" w:type="dxa"/>
          </w:tcPr>
          <w:p w14:paraId="7A38A8C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9288</w:t>
            </w:r>
          </w:p>
        </w:tc>
        <w:tc>
          <w:tcPr>
            <w:tcW w:w="1800" w:type="dxa"/>
          </w:tcPr>
          <w:p w14:paraId="6AAF07C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11.92 (11.68 to 12.16)</w:t>
            </w:r>
          </w:p>
        </w:tc>
        <w:tc>
          <w:tcPr>
            <w:tcW w:w="1260" w:type="dxa"/>
          </w:tcPr>
          <w:p w14:paraId="57CAF78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24916</w:t>
            </w:r>
          </w:p>
        </w:tc>
        <w:tc>
          <w:tcPr>
            <w:tcW w:w="2700" w:type="dxa"/>
          </w:tcPr>
          <w:p w14:paraId="208798E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66.60 (65.77 to 67.42)</w:t>
            </w:r>
          </w:p>
        </w:tc>
      </w:tr>
      <w:tr w:rsidR="00F64519" w:rsidRPr="00347AE8" w14:paraId="6C8C98A9" w14:textId="77777777" w:rsidTr="00347AE8">
        <w:tc>
          <w:tcPr>
            <w:tcW w:w="1150" w:type="dxa"/>
          </w:tcPr>
          <w:p w14:paraId="26BD67F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2007</w:t>
            </w:r>
          </w:p>
        </w:tc>
        <w:tc>
          <w:tcPr>
            <w:tcW w:w="1118" w:type="dxa"/>
          </w:tcPr>
          <w:p w14:paraId="4B4A6B0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606</w:t>
            </w:r>
          </w:p>
        </w:tc>
        <w:tc>
          <w:tcPr>
            <w:tcW w:w="1530" w:type="dxa"/>
          </w:tcPr>
          <w:p w14:paraId="00F91F3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0.75 (0.69 to 0.81)</w:t>
            </w:r>
          </w:p>
        </w:tc>
        <w:tc>
          <w:tcPr>
            <w:tcW w:w="1170" w:type="dxa"/>
          </w:tcPr>
          <w:p w14:paraId="702F973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9568</w:t>
            </w:r>
          </w:p>
        </w:tc>
        <w:tc>
          <w:tcPr>
            <w:tcW w:w="1800" w:type="dxa"/>
          </w:tcPr>
          <w:p w14:paraId="6CC8D3B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11.88 (11.64 to 12.12)</w:t>
            </w:r>
          </w:p>
        </w:tc>
        <w:tc>
          <w:tcPr>
            <w:tcW w:w="1260" w:type="dxa"/>
          </w:tcPr>
          <w:p w14:paraId="6F6F552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25330</w:t>
            </w:r>
          </w:p>
        </w:tc>
        <w:tc>
          <w:tcPr>
            <w:tcW w:w="2700" w:type="dxa"/>
          </w:tcPr>
          <w:p w14:paraId="1D23414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66.62 (65.80 to 67.45)</w:t>
            </w:r>
          </w:p>
        </w:tc>
      </w:tr>
      <w:tr w:rsidR="00F64519" w:rsidRPr="00347AE8" w14:paraId="5B500C41" w14:textId="77777777" w:rsidTr="00347AE8">
        <w:tc>
          <w:tcPr>
            <w:tcW w:w="1150" w:type="dxa"/>
          </w:tcPr>
          <w:p w14:paraId="68C970F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2008</w:t>
            </w:r>
          </w:p>
        </w:tc>
        <w:tc>
          <w:tcPr>
            <w:tcW w:w="1118" w:type="dxa"/>
          </w:tcPr>
          <w:p w14:paraId="1300CC2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575</w:t>
            </w:r>
          </w:p>
        </w:tc>
        <w:tc>
          <w:tcPr>
            <w:tcW w:w="1530" w:type="dxa"/>
          </w:tcPr>
          <w:p w14:paraId="20A545D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0.70 (0.64 to 0.76)</w:t>
            </w:r>
          </w:p>
        </w:tc>
        <w:tc>
          <w:tcPr>
            <w:tcW w:w="1170" w:type="dxa"/>
          </w:tcPr>
          <w:p w14:paraId="7F74459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9798</w:t>
            </w:r>
          </w:p>
        </w:tc>
        <w:tc>
          <w:tcPr>
            <w:tcW w:w="1800" w:type="dxa"/>
          </w:tcPr>
          <w:p w14:paraId="2A9F2D9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11.88 (11.65 to 12.12)</w:t>
            </w:r>
          </w:p>
        </w:tc>
        <w:tc>
          <w:tcPr>
            <w:tcW w:w="1260" w:type="dxa"/>
          </w:tcPr>
          <w:p w14:paraId="37A5C5D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26247</w:t>
            </w:r>
          </w:p>
        </w:tc>
        <w:tc>
          <w:tcPr>
            <w:tcW w:w="2700" w:type="dxa"/>
          </w:tcPr>
          <w:p w14:paraId="6DA4835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67.58 (66.77 to 68.40)</w:t>
            </w:r>
          </w:p>
        </w:tc>
      </w:tr>
      <w:tr w:rsidR="00F64519" w:rsidRPr="00347AE8" w14:paraId="4733759E" w14:textId="77777777" w:rsidTr="00347AE8">
        <w:tc>
          <w:tcPr>
            <w:tcW w:w="1150" w:type="dxa"/>
          </w:tcPr>
          <w:p w14:paraId="28F2FD7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2009</w:t>
            </w:r>
          </w:p>
        </w:tc>
        <w:tc>
          <w:tcPr>
            <w:tcW w:w="1118" w:type="dxa"/>
          </w:tcPr>
          <w:p w14:paraId="0CF3A97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559</w:t>
            </w:r>
          </w:p>
        </w:tc>
        <w:tc>
          <w:tcPr>
            <w:tcW w:w="1530" w:type="dxa"/>
          </w:tcPr>
          <w:p w14:paraId="7AB9C44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0.75 (0.68 to 0.81)</w:t>
            </w:r>
          </w:p>
        </w:tc>
        <w:tc>
          <w:tcPr>
            <w:tcW w:w="1170" w:type="dxa"/>
          </w:tcPr>
          <w:p w14:paraId="43AC980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10337</w:t>
            </w:r>
          </w:p>
        </w:tc>
        <w:tc>
          <w:tcPr>
            <w:tcW w:w="1800" w:type="dxa"/>
          </w:tcPr>
          <w:p w14:paraId="4F5177D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12.20 (11.96 to 12.43)</w:t>
            </w:r>
          </w:p>
        </w:tc>
        <w:tc>
          <w:tcPr>
            <w:tcW w:w="1260" w:type="dxa"/>
          </w:tcPr>
          <w:p w14:paraId="036F8CD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26173</w:t>
            </w:r>
          </w:p>
        </w:tc>
        <w:tc>
          <w:tcPr>
            <w:tcW w:w="2700" w:type="dxa"/>
          </w:tcPr>
          <w:p w14:paraId="697BA34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66.17 (65.37 to 66.98)</w:t>
            </w:r>
          </w:p>
        </w:tc>
      </w:tr>
      <w:tr w:rsidR="00F64519" w:rsidRPr="00347AE8" w14:paraId="371B2256" w14:textId="77777777" w:rsidTr="00347AE8">
        <w:tc>
          <w:tcPr>
            <w:tcW w:w="1150" w:type="dxa"/>
          </w:tcPr>
          <w:p w14:paraId="1C34094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2010</w:t>
            </w:r>
          </w:p>
        </w:tc>
        <w:tc>
          <w:tcPr>
            <w:tcW w:w="1118" w:type="dxa"/>
          </w:tcPr>
          <w:p w14:paraId="13551C0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542</w:t>
            </w:r>
          </w:p>
        </w:tc>
        <w:tc>
          <w:tcPr>
            <w:tcW w:w="1530" w:type="dxa"/>
          </w:tcPr>
          <w:p w14:paraId="4320D83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0.75 (0.68 to 0.81)</w:t>
            </w:r>
          </w:p>
        </w:tc>
        <w:tc>
          <w:tcPr>
            <w:tcW w:w="1170" w:type="dxa"/>
          </w:tcPr>
          <w:p w14:paraId="5E146FA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10566</w:t>
            </w:r>
          </w:p>
        </w:tc>
        <w:tc>
          <w:tcPr>
            <w:tcW w:w="1800" w:type="dxa"/>
          </w:tcPr>
          <w:p w14:paraId="510B5AA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12.16 (11.92 to 12.39)</w:t>
            </w:r>
          </w:p>
        </w:tc>
        <w:tc>
          <w:tcPr>
            <w:tcW w:w="1260" w:type="dxa"/>
          </w:tcPr>
          <w:p w14:paraId="3BA20A2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27240</w:t>
            </w:r>
          </w:p>
        </w:tc>
        <w:tc>
          <w:tcPr>
            <w:tcW w:w="2700" w:type="dxa"/>
          </w:tcPr>
          <w:p w14:paraId="526CE85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67.86 (67.05 to 68.67)</w:t>
            </w:r>
          </w:p>
        </w:tc>
      </w:tr>
      <w:tr w:rsidR="00F64519" w:rsidRPr="00347AE8" w14:paraId="30692E8A" w14:textId="77777777" w:rsidTr="00347AE8">
        <w:tc>
          <w:tcPr>
            <w:tcW w:w="1150" w:type="dxa"/>
          </w:tcPr>
          <w:p w14:paraId="2700FBF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2011</w:t>
            </w:r>
          </w:p>
        </w:tc>
        <w:tc>
          <w:tcPr>
            <w:tcW w:w="1118" w:type="dxa"/>
          </w:tcPr>
          <w:p w14:paraId="6BCEC11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498</w:t>
            </w:r>
          </w:p>
        </w:tc>
        <w:tc>
          <w:tcPr>
            <w:tcW w:w="1530" w:type="dxa"/>
          </w:tcPr>
          <w:p w14:paraId="75D370F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0.65 (0.59 to 0.70)</w:t>
            </w:r>
          </w:p>
        </w:tc>
        <w:tc>
          <w:tcPr>
            <w:tcW w:w="1170" w:type="dxa"/>
          </w:tcPr>
          <w:p w14:paraId="4BA0ADA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10613</w:t>
            </w:r>
          </w:p>
        </w:tc>
        <w:tc>
          <w:tcPr>
            <w:tcW w:w="1800" w:type="dxa"/>
          </w:tcPr>
          <w:p w14:paraId="6E33EE3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11.90 (11.67 to 12.13)</w:t>
            </w:r>
          </w:p>
        </w:tc>
        <w:tc>
          <w:tcPr>
            <w:tcW w:w="1260" w:type="dxa"/>
          </w:tcPr>
          <w:p w14:paraId="59466D1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27683</w:t>
            </w:r>
          </w:p>
        </w:tc>
        <w:tc>
          <w:tcPr>
            <w:tcW w:w="2700" w:type="dxa"/>
          </w:tcPr>
          <w:p w14:paraId="7DD35B7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67.16 (66.36 to 67.95)</w:t>
            </w:r>
          </w:p>
        </w:tc>
      </w:tr>
      <w:tr w:rsidR="00F64519" w:rsidRPr="00347AE8" w14:paraId="5B3ADC49" w14:textId="77777777" w:rsidTr="00347AE8">
        <w:tc>
          <w:tcPr>
            <w:tcW w:w="1150" w:type="dxa"/>
          </w:tcPr>
          <w:p w14:paraId="4E2B281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2012</w:t>
            </w:r>
          </w:p>
        </w:tc>
        <w:tc>
          <w:tcPr>
            <w:tcW w:w="1118" w:type="dxa"/>
          </w:tcPr>
          <w:p w14:paraId="68ADF0E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491</w:t>
            </w:r>
          </w:p>
        </w:tc>
        <w:tc>
          <w:tcPr>
            <w:tcW w:w="1530" w:type="dxa"/>
          </w:tcPr>
          <w:p w14:paraId="73FF424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0.65 (0.59 to 0.70)</w:t>
            </w:r>
          </w:p>
        </w:tc>
        <w:tc>
          <w:tcPr>
            <w:tcW w:w="1170" w:type="dxa"/>
          </w:tcPr>
          <w:p w14:paraId="229F7E4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10968</w:t>
            </w:r>
          </w:p>
        </w:tc>
        <w:tc>
          <w:tcPr>
            <w:tcW w:w="1800" w:type="dxa"/>
          </w:tcPr>
          <w:p w14:paraId="5BBB6E3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12.20 (11.97 to 12.43)</w:t>
            </w:r>
          </w:p>
        </w:tc>
        <w:tc>
          <w:tcPr>
            <w:tcW w:w="1260" w:type="dxa"/>
          </w:tcPr>
          <w:p w14:paraId="4080DFD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28855</w:t>
            </w:r>
          </w:p>
        </w:tc>
        <w:tc>
          <w:tcPr>
            <w:tcW w:w="2700" w:type="dxa"/>
          </w:tcPr>
          <w:p w14:paraId="2B18387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67.69 (66.91 to 68.48)</w:t>
            </w:r>
          </w:p>
        </w:tc>
      </w:tr>
      <w:tr w:rsidR="00F64519" w:rsidRPr="00347AE8" w14:paraId="682ED82F" w14:textId="77777777" w:rsidTr="00347AE8">
        <w:tc>
          <w:tcPr>
            <w:tcW w:w="1150" w:type="dxa"/>
          </w:tcPr>
          <w:p w14:paraId="7C21B90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2013</w:t>
            </w:r>
          </w:p>
        </w:tc>
        <w:tc>
          <w:tcPr>
            <w:tcW w:w="1118" w:type="dxa"/>
          </w:tcPr>
          <w:p w14:paraId="34C5347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528</w:t>
            </w:r>
          </w:p>
        </w:tc>
        <w:tc>
          <w:tcPr>
            <w:tcW w:w="1530" w:type="dxa"/>
          </w:tcPr>
          <w:p w14:paraId="0C798B2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0.70 (0.64 to 0.76)</w:t>
            </w:r>
          </w:p>
        </w:tc>
        <w:tc>
          <w:tcPr>
            <w:tcW w:w="1170" w:type="dxa"/>
          </w:tcPr>
          <w:p w14:paraId="2DDCF2B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10785</w:t>
            </w:r>
          </w:p>
        </w:tc>
        <w:tc>
          <w:tcPr>
            <w:tcW w:w="1800" w:type="dxa"/>
          </w:tcPr>
          <w:p w14:paraId="10577D1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11.86 (11.63 to 12.09)</w:t>
            </w:r>
          </w:p>
        </w:tc>
        <w:tc>
          <w:tcPr>
            <w:tcW w:w="1260" w:type="dxa"/>
          </w:tcPr>
          <w:p w14:paraId="0766C0D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29274</w:t>
            </w:r>
          </w:p>
        </w:tc>
        <w:tc>
          <w:tcPr>
            <w:tcW w:w="2700" w:type="dxa"/>
          </w:tcPr>
          <w:p w14:paraId="0BFF9CC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66.63 (65.86 to 67.39)</w:t>
            </w:r>
          </w:p>
        </w:tc>
      </w:tr>
      <w:tr w:rsidR="00F64519" w:rsidRPr="00347AE8" w14:paraId="7A29CDA9" w14:textId="77777777" w:rsidTr="00347AE8">
        <w:tc>
          <w:tcPr>
            <w:tcW w:w="1150" w:type="dxa"/>
          </w:tcPr>
          <w:p w14:paraId="6828650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2014</w:t>
            </w:r>
          </w:p>
        </w:tc>
        <w:tc>
          <w:tcPr>
            <w:tcW w:w="1118" w:type="dxa"/>
          </w:tcPr>
          <w:p w14:paraId="70B7C0B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506</w:t>
            </w:r>
          </w:p>
        </w:tc>
        <w:tc>
          <w:tcPr>
            <w:tcW w:w="1530" w:type="dxa"/>
          </w:tcPr>
          <w:p w14:paraId="5468EEC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0.65 (0.59 to 0.70)</w:t>
            </w:r>
          </w:p>
        </w:tc>
        <w:tc>
          <w:tcPr>
            <w:tcW w:w="1170" w:type="dxa"/>
          </w:tcPr>
          <w:p w14:paraId="589DB22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11432</w:t>
            </w:r>
          </w:p>
        </w:tc>
        <w:tc>
          <w:tcPr>
            <w:tcW w:w="1800" w:type="dxa"/>
          </w:tcPr>
          <w:p w14:paraId="34C80B7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12.39 (12.16 to 12.62)</w:t>
            </w:r>
          </w:p>
        </w:tc>
        <w:tc>
          <w:tcPr>
            <w:tcW w:w="1260" w:type="dxa"/>
          </w:tcPr>
          <w:p w14:paraId="796C756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30160</w:t>
            </w:r>
          </w:p>
        </w:tc>
        <w:tc>
          <w:tcPr>
            <w:tcW w:w="2700" w:type="dxa"/>
          </w:tcPr>
          <w:p w14:paraId="50E19BF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66.70 (65.94 to 67.46)</w:t>
            </w:r>
          </w:p>
        </w:tc>
      </w:tr>
      <w:tr w:rsidR="00F64519" w:rsidRPr="00347AE8" w14:paraId="487EED93" w14:textId="77777777" w:rsidTr="00347AE8">
        <w:tc>
          <w:tcPr>
            <w:tcW w:w="1150" w:type="dxa"/>
          </w:tcPr>
          <w:p w14:paraId="30C3D8A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2015</w:t>
            </w:r>
          </w:p>
        </w:tc>
        <w:tc>
          <w:tcPr>
            <w:tcW w:w="1118" w:type="dxa"/>
          </w:tcPr>
          <w:p w14:paraId="645BA66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530</w:t>
            </w:r>
          </w:p>
        </w:tc>
        <w:tc>
          <w:tcPr>
            <w:tcW w:w="1530" w:type="dxa"/>
          </w:tcPr>
          <w:p w14:paraId="2B0CBE6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0.65 (0.59 to 0.70)</w:t>
            </w:r>
          </w:p>
        </w:tc>
        <w:tc>
          <w:tcPr>
            <w:tcW w:w="1170" w:type="dxa"/>
          </w:tcPr>
          <w:p w14:paraId="22F1333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11432</w:t>
            </w:r>
          </w:p>
        </w:tc>
        <w:tc>
          <w:tcPr>
            <w:tcW w:w="1800" w:type="dxa"/>
          </w:tcPr>
          <w:p w14:paraId="1A47590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12.24 (12.01 to 12.46)</w:t>
            </w:r>
          </w:p>
        </w:tc>
        <w:tc>
          <w:tcPr>
            <w:tcW w:w="1260" w:type="dxa"/>
          </w:tcPr>
          <w:p w14:paraId="3E2ECE9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31385</w:t>
            </w:r>
          </w:p>
        </w:tc>
        <w:tc>
          <w:tcPr>
            <w:tcW w:w="2700" w:type="dxa"/>
          </w:tcPr>
          <w:p w14:paraId="24B82C0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67.40 (66.65 to 68.15)</w:t>
            </w:r>
          </w:p>
        </w:tc>
      </w:tr>
      <w:tr w:rsidR="00F64519" w:rsidRPr="00347AE8" w14:paraId="2C53D71E" w14:textId="77777777" w:rsidTr="00347AE8">
        <w:tc>
          <w:tcPr>
            <w:tcW w:w="1150" w:type="dxa"/>
          </w:tcPr>
          <w:p w14:paraId="486D0E1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2016</w:t>
            </w:r>
          </w:p>
        </w:tc>
        <w:tc>
          <w:tcPr>
            <w:tcW w:w="1118" w:type="dxa"/>
          </w:tcPr>
          <w:p w14:paraId="1AC2ABE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549</w:t>
            </w:r>
          </w:p>
        </w:tc>
        <w:tc>
          <w:tcPr>
            <w:tcW w:w="1530" w:type="dxa"/>
          </w:tcPr>
          <w:p w14:paraId="394A6A9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0.70 (0.64 to 0.76)</w:t>
            </w:r>
          </w:p>
        </w:tc>
        <w:tc>
          <w:tcPr>
            <w:tcW w:w="1170" w:type="dxa"/>
          </w:tcPr>
          <w:p w14:paraId="76E7948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11666</w:t>
            </w:r>
          </w:p>
        </w:tc>
        <w:tc>
          <w:tcPr>
            <w:tcW w:w="1800" w:type="dxa"/>
          </w:tcPr>
          <w:p w14:paraId="2D3A7E1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12.35 (12.13 to 12.58)</w:t>
            </w:r>
          </w:p>
        </w:tc>
        <w:tc>
          <w:tcPr>
            <w:tcW w:w="1260" w:type="dxa"/>
          </w:tcPr>
          <w:p w14:paraId="38046A9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32475</w:t>
            </w:r>
          </w:p>
        </w:tc>
        <w:tc>
          <w:tcPr>
            <w:tcW w:w="2700" w:type="dxa"/>
          </w:tcPr>
          <w:p w14:paraId="1C7AC13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67.98 (67.23 to 68.72)</w:t>
            </w:r>
          </w:p>
        </w:tc>
      </w:tr>
      <w:tr w:rsidR="00F64519" w:rsidRPr="00347AE8" w14:paraId="733ECACB" w14:textId="77777777" w:rsidTr="00347AE8">
        <w:tc>
          <w:tcPr>
            <w:tcW w:w="1150" w:type="dxa"/>
          </w:tcPr>
          <w:p w14:paraId="277055D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2017</w:t>
            </w:r>
          </w:p>
        </w:tc>
        <w:tc>
          <w:tcPr>
            <w:tcW w:w="1118" w:type="dxa"/>
          </w:tcPr>
          <w:p w14:paraId="1B99FEF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549</w:t>
            </w:r>
          </w:p>
        </w:tc>
        <w:tc>
          <w:tcPr>
            <w:tcW w:w="1530" w:type="dxa"/>
          </w:tcPr>
          <w:p w14:paraId="7DD5EAE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0.70 (0.64 to 0.76)</w:t>
            </w:r>
          </w:p>
        </w:tc>
        <w:tc>
          <w:tcPr>
            <w:tcW w:w="1170" w:type="dxa"/>
          </w:tcPr>
          <w:p w14:paraId="12A1256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11639</w:t>
            </w:r>
          </w:p>
        </w:tc>
        <w:tc>
          <w:tcPr>
            <w:tcW w:w="1800" w:type="dxa"/>
          </w:tcPr>
          <w:p w14:paraId="4B242AD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12.23 (12.01 to 12.46)</w:t>
            </w:r>
          </w:p>
        </w:tc>
        <w:tc>
          <w:tcPr>
            <w:tcW w:w="1260" w:type="dxa"/>
          </w:tcPr>
          <w:p w14:paraId="458C7F2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33925</w:t>
            </w:r>
          </w:p>
        </w:tc>
        <w:tc>
          <w:tcPr>
            <w:tcW w:w="2700" w:type="dxa"/>
          </w:tcPr>
          <w:p w14:paraId="39F7D1F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68.83 (68.09 to 69.57)</w:t>
            </w:r>
          </w:p>
        </w:tc>
      </w:tr>
      <w:tr w:rsidR="00F64519" w:rsidRPr="00347AE8" w14:paraId="45AD1C12" w14:textId="77777777" w:rsidTr="00347AE8">
        <w:tc>
          <w:tcPr>
            <w:tcW w:w="1150" w:type="dxa"/>
          </w:tcPr>
          <w:p w14:paraId="4AF6B45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2018</w:t>
            </w:r>
          </w:p>
        </w:tc>
        <w:tc>
          <w:tcPr>
            <w:tcW w:w="1118" w:type="dxa"/>
          </w:tcPr>
          <w:p w14:paraId="7570A14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520</w:t>
            </w:r>
          </w:p>
        </w:tc>
        <w:tc>
          <w:tcPr>
            <w:tcW w:w="1530" w:type="dxa"/>
          </w:tcPr>
          <w:p w14:paraId="7CE710E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0.65 (0.59 to 0.70)</w:t>
            </w:r>
          </w:p>
        </w:tc>
        <w:tc>
          <w:tcPr>
            <w:tcW w:w="1170" w:type="dxa"/>
          </w:tcPr>
          <w:p w14:paraId="47815DE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11677</w:t>
            </w:r>
          </w:p>
        </w:tc>
        <w:tc>
          <w:tcPr>
            <w:tcW w:w="1800" w:type="dxa"/>
          </w:tcPr>
          <w:p w14:paraId="48FBCF2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12.25 (12.02 to 12.48)</w:t>
            </w:r>
          </w:p>
        </w:tc>
        <w:tc>
          <w:tcPr>
            <w:tcW w:w="1260" w:type="dxa"/>
          </w:tcPr>
          <w:p w14:paraId="7F47683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34951</w:t>
            </w:r>
          </w:p>
        </w:tc>
        <w:tc>
          <w:tcPr>
            <w:tcW w:w="2700" w:type="dxa"/>
          </w:tcPr>
          <w:p w14:paraId="71758CF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68.76 (68.03 to 69.48)</w:t>
            </w:r>
          </w:p>
        </w:tc>
      </w:tr>
      <w:tr w:rsidR="00F64519" w:rsidRPr="00347AE8" w14:paraId="46EA7B22" w14:textId="77777777" w:rsidTr="00347AE8">
        <w:tc>
          <w:tcPr>
            <w:tcW w:w="1150" w:type="dxa"/>
          </w:tcPr>
          <w:p w14:paraId="1D1AB7A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2019</w:t>
            </w:r>
          </w:p>
        </w:tc>
        <w:tc>
          <w:tcPr>
            <w:tcW w:w="1118" w:type="dxa"/>
          </w:tcPr>
          <w:p w14:paraId="2503743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563</w:t>
            </w:r>
          </w:p>
        </w:tc>
        <w:tc>
          <w:tcPr>
            <w:tcW w:w="1530" w:type="dxa"/>
          </w:tcPr>
          <w:p w14:paraId="108DCB2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0.70 (0.64 to 0.76)</w:t>
            </w:r>
          </w:p>
        </w:tc>
        <w:tc>
          <w:tcPr>
            <w:tcW w:w="1170" w:type="dxa"/>
          </w:tcPr>
          <w:p w14:paraId="2AB67B7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11958</w:t>
            </w:r>
          </w:p>
        </w:tc>
        <w:tc>
          <w:tcPr>
            <w:tcW w:w="1800" w:type="dxa"/>
          </w:tcPr>
          <w:p w14:paraId="35AB733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12.49 (12.26 to 12.71)</w:t>
            </w:r>
          </w:p>
        </w:tc>
        <w:tc>
          <w:tcPr>
            <w:tcW w:w="1260" w:type="dxa"/>
          </w:tcPr>
          <w:p w14:paraId="0D6F45B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35638</w:t>
            </w:r>
          </w:p>
        </w:tc>
        <w:tc>
          <w:tcPr>
            <w:tcW w:w="2700" w:type="dxa"/>
          </w:tcPr>
          <w:p w14:paraId="00D3582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68.09 (67.38 to 68.80)</w:t>
            </w:r>
          </w:p>
        </w:tc>
      </w:tr>
      <w:tr w:rsidR="00F64519" w:rsidRPr="00347AE8" w14:paraId="36A2DD42" w14:textId="77777777" w:rsidTr="00347AE8">
        <w:tc>
          <w:tcPr>
            <w:tcW w:w="1150" w:type="dxa"/>
          </w:tcPr>
          <w:p w14:paraId="2C82977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2020</w:t>
            </w:r>
          </w:p>
        </w:tc>
        <w:tc>
          <w:tcPr>
            <w:tcW w:w="1118" w:type="dxa"/>
          </w:tcPr>
          <w:p w14:paraId="28F902C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541</w:t>
            </w:r>
          </w:p>
        </w:tc>
        <w:tc>
          <w:tcPr>
            <w:tcW w:w="1530" w:type="dxa"/>
          </w:tcPr>
          <w:p w14:paraId="73EB4FC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0.65 (0.59 to 0.70)</w:t>
            </w:r>
          </w:p>
        </w:tc>
        <w:tc>
          <w:tcPr>
            <w:tcW w:w="1170" w:type="dxa"/>
          </w:tcPr>
          <w:p w14:paraId="2560387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11721</w:t>
            </w:r>
          </w:p>
        </w:tc>
        <w:tc>
          <w:tcPr>
            <w:tcW w:w="1800" w:type="dxa"/>
          </w:tcPr>
          <w:p w14:paraId="77632FD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12.37 (12.14 to 12.60)</w:t>
            </w:r>
          </w:p>
        </w:tc>
        <w:tc>
          <w:tcPr>
            <w:tcW w:w="1260" w:type="dxa"/>
          </w:tcPr>
          <w:p w14:paraId="332EC8D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37345</w:t>
            </w:r>
          </w:p>
        </w:tc>
        <w:tc>
          <w:tcPr>
            <w:tcW w:w="2700" w:type="dxa"/>
          </w:tcPr>
          <w:p w14:paraId="24DC688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69.42 (68.71 to 70.14)</w:t>
            </w:r>
          </w:p>
        </w:tc>
      </w:tr>
      <w:tr w:rsidR="00F64519" w:rsidRPr="00347AE8" w14:paraId="5738DB8C" w14:textId="77777777" w:rsidTr="00347AE8">
        <w:tc>
          <w:tcPr>
            <w:tcW w:w="1150" w:type="dxa"/>
          </w:tcPr>
          <w:p w14:paraId="210EFB2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2021</w:t>
            </w:r>
          </w:p>
        </w:tc>
        <w:tc>
          <w:tcPr>
            <w:tcW w:w="1118" w:type="dxa"/>
          </w:tcPr>
          <w:p w14:paraId="56C4E5C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580</w:t>
            </w:r>
          </w:p>
        </w:tc>
        <w:tc>
          <w:tcPr>
            <w:tcW w:w="1530" w:type="dxa"/>
          </w:tcPr>
          <w:p w14:paraId="5AAFAD0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0.70 (0.64 to 0.76)</w:t>
            </w:r>
          </w:p>
        </w:tc>
        <w:tc>
          <w:tcPr>
            <w:tcW w:w="1170" w:type="dxa"/>
          </w:tcPr>
          <w:p w14:paraId="208DC60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11809</w:t>
            </w:r>
          </w:p>
        </w:tc>
        <w:tc>
          <w:tcPr>
            <w:tcW w:w="1800" w:type="dxa"/>
          </w:tcPr>
          <w:p w14:paraId="79F3B8C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12.45 (12.22 to 12.68)</w:t>
            </w:r>
          </w:p>
        </w:tc>
        <w:tc>
          <w:tcPr>
            <w:tcW w:w="1260" w:type="dxa"/>
          </w:tcPr>
          <w:p w14:paraId="1603FB1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38235</w:t>
            </w:r>
          </w:p>
        </w:tc>
        <w:tc>
          <w:tcPr>
            <w:tcW w:w="2700" w:type="dxa"/>
          </w:tcPr>
          <w:p w14:paraId="31C46A9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72.88 (72.14 to 73.62)</w:t>
            </w:r>
          </w:p>
        </w:tc>
      </w:tr>
      <w:tr w:rsidR="00F64519" w:rsidRPr="00347AE8" w14:paraId="5E3EDA8C" w14:textId="77777777" w:rsidTr="00347AE8">
        <w:tc>
          <w:tcPr>
            <w:tcW w:w="1150" w:type="dxa"/>
          </w:tcPr>
          <w:p w14:paraId="3B4B5D6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2022</w:t>
            </w:r>
          </w:p>
        </w:tc>
        <w:tc>
          <w:tcPr>
            <w:tcW w:w="1118" w:type="dxa"/>
          </w:tcPr>
          <w:p w14:paraId="554B269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591</w:t>
            </w:r>
          </w:p>
        </w:tc>
        <w:tc>
          <w:tcPr>
            <w:tcW w:w="1530" w:type="dxa"/>
          </w:tcPr>
          <w:p w14:paraId="3F133C9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0.75 (0.69 to 0.81)</w:t>
            </w:r>
          </w:p>
        </w:tc>
        <w:tc>
          <w:tcPr>
            <w:tcW w:w="1170" w:type="dxa"/>
          </w:tcPr>
          <w:p w14:paraId="6008B51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11741</w:t>
            </w:r>
          </w:p>
        </w:tc>
        <w:tc>
          <w:tcPr>
            <w:tcW w:w="1800" w:type="dxa"/>
          </w:tcPr>
          <w:p w14:paraId="49170DD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12.55 (12.31 to 12.78)</w:t>
            </w:r>
          </w:p>
        </w:tc>
        <w:tc>
          <w:tcPr>
            <w:tcW w:w="1260" w:type="dxa"/>
          </w:tcPr>
          <w:p w14:paraId="147AC19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38876</w:t>
            </w:r>
          </w:p>
        </w:tc>
        <w:tc>
          <w:tcPr>
            <w:tcW w:w="2700" w:type="dxa"/>
          </w:tcPr>
          <w:p w14:paraId="446127C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70.66 (69.96 to 71.37)</w:t>
            </w:r>
          </w:p>
        </w:tc>
      </w:tr>
      <w:tr w:rsidR="00F64519" w:rsidRPr="00347AE8" w14:paraId="2B41D3CB" w14:textId="77777777" w:rsidTr="00347AE8">
        <w:tc>
          <w:tcPr>
            <w:tcW w:w="1150" w:type="dxa"/>
          </w:tcPr>
          <w:p w14:paraId="2C5318F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2023</w:t>
            </w:r>
          </w:p>
        </w:tc>
        <w:tc>
          <w:tcPr>
            <w:tcW w:w="1118" w:type="dxa"/>
          </w:tcPr>
          <w:p w14:paraId="0AF2332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528</w:t>
            </w:r>
          </w:p>
        </w:tc>
        <w:tc>
          <w:tcPr>
            <w:tcW w:w="1530" w:type="dxa"/>
          </w:tcPr>
          <w:p w14:paraId="08A0E3B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0.65 (0.59 to 0.70)</w:t>
            </w:r>
          </w:p>
        </w:tc>
        <w:tc>
          <w:tcPr>
            <w:tcW w:w="1170" w:type="dxa"/>
          </w:tcPr>
          <w:p w14:paraId="1F4DA69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11476</w:t>
            </w:r>
          </w:p>
        </w:tc>
        <w:tc>
          <w:tcPr>
            <w:tcW w:w="1800" w:type="dxa"/>
          </w:tcPr>
          <w:p w14:paraId="00FC11E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12.35 (12.12 to 12.58)</w:t>
            </w:r>
          </w:p>
        </w:tc>
        <w:tc>
          <w:tcPr>
            <w:tcW w:w="1260" w:type="dxa"/>
          </w:tcPr>
          <w:p w14:paraId="614661E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40223</w:t>
            </w:r>
          </w:p>
        </w:tc>
        <w:tc>
          <w:tcPr>
            <w:tcW w:w="2700" w:type="dxa"/>
          </w:tcPr>
          <w:p w14:paraId="6426456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71.58 (70.87 to 72.29)</w:t>
            </w:r>
          </w:p>
        </w:tc>
      </w:tr>
      <w:tr w:rsidR="00F64519" w:rsidRPr="00347AE8" w14:paraId="01D63404" w14:textId="77777777" w:rsidTr="00347AE8">
        <w:tc>
          <w:tcPr>
            <w:tcW w:w="1150" w:type="dxa"/>
          </w:tcPr>
          <w:p w14:paraId="1766D5E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2024</w:t>
            </w:r>
          </w:p>
        </w:tc>
        <w:tc>
          <w:tcPr>
            <w:tcW w:w="1118" w:type="dxa"/>
          </w:tcPr>
          <w:p w14:paraId="5F280F5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594</w:t>
            </w:r>
          </w:p>
        </w:tc>
        <w:tc>
          <w:tcPr>
            <w:tcW w:w="1530" w:type="dxa"/>
          </w:tcPr>
          <w:p w14:paraId="1EE1B7C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0.70 (0.64 to 0.76)</w:t>
            </w:r>
          </w:p>
        </w:tc>
        <w:tc>
          <w:tcPr>
            <w:tcW w:w="1170" w:type="dxa"/>
          </w:tcPr>
          <w:p w14:paraId="54541D1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11570</w:t>
            </w:r>
          </w:p>
        </w:tc>
        <w:tc>
          <w:tcPr>
            <w:tcW w:w="1800" w:type="dxa"/>
          </w:tcPr>
          <w:p w14:paraId="39ECE65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12.45 (12.22 to 12.68)</w:t>
            </w:r>
          </w:p>
        </w:tc>
        <w:tc>
          <w:tcPr>
            <w:tcW w:w="1260" w:type="dxa"/>
          </w:tcPr>
          <w:p w14:paraId="504DF33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42010</w:t>
            </w:r>
          </w:p>
        </w:tc>
        <w:tc>
          <w:tcPr>
            <w:tcW w:w="2700" w:type="dxa"/>
          </w:tcPr>
          <w:p w14:paraId="5978941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72.27 (71.58 to 72.97)</w:t>
            </w:r>
          </w:p>
        </w:tc>
      </w:tr>
      <w:tr w:rsidR="00F64519" w:rsidRPr="00347AE8" w14:paraId="2114DD67" w14:textId="77777777" w:rsidTr="00347AE8">
        <w:tc>
          <w:tcPr>
            <w:tcW w:w="1150" w:type="dxa"/>
          </w:tcPr>
          <w:p w14:paraId="1196220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2025</w:t>
            </w:r>
          </w:p>
        </w:tc>
        <w:tc>
          <w:tcPr>
            <w:tcW w:w="1118" w:type="dxa"/>
          </w:tcPr>
          <w:p w14:paraId="47A3E5D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595</w:t>
            </w:r>
          </w:p>
        </w:tc>
        <w:tc>
          <w:tcPr>
            <w:tcW w:w="1530" w:type="dxa"/>
          </w:tcPr>
          <w:p w14:paraId="75B6748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0.70 (0.64 to 0.76)</w:t>
            </w:r>
          </w:p>
        </w:tc>
        <w:tc>
          <w:tcPr>
            <w:tcW w:w="1170" w:type="dxa"/>
          </w:tcPr>
          <w:p w14:paraId="73A0403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11125</w:t>
            </w:r>
          </w:p>
        </w:tc>
        <w:tc>
          <w:tcPr>
            <w:tcW w:w="1800" w:type="dxa"/>
          </w:tcPr>
          <w:p w14:paraId="65CB950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11.95 (11.72 to 12.18)</w:t>
            </w:r>
          </w:p>
        </w:tc>
        <w:tc>
          <w:tcPr>
            <w:tcW w:w="1260" w:type="dxa"/>
          </w:tcPr>
          <w:p w14:paraId="4E20354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43433</w:t>
            </w:r>
          </w:p>
        </w:tc>
        <w:tc>
          <w:tcPr>
            <w:tcW w:w="2700" w:type="dxa"/>
          </w:tcPr>
          <w:p w14:paraId="44A8F6E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74.77 (74.06 to 75.48)</w:t>
            </w:r>
          </w:p>
        </w:tc>
      </w:tr>
      <w:tr w:rsidR="00F64519" w:rsidRPr="00347AE8" w14:paraId="53F672CF" w14:textId="77777777" w:rsidTr="00347AE8">
        <w:tc>
          <w:tcPr>
            <w:tcW w:w="1150" w:type="dxa"/>
          </w:tcPr>
          <w:p w14:paraId="387E77F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Total/Average</w:t>
            </w:r>
          </w:p>
        </w:tc>
        <w:tc>
          <w:tcPr>
            <w:tcW w:w="1118" w:type="dxa"/>
          </w:tcPr>
          <w:p w14:paraId="66CCCD0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15435</w:t>
            </w:r>
          </w:p>
        </w:tc>
        <w:tc>
          <w:tcPr>
            <w:tcW w:w="1530" w:type="dxa"/>
          </w:tcPr>
          <w:p w14:paraId="59E2ED1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0.71 (0.65 to 0.77)</w:t>
            </w:r>
          </w:p>
        </w:tc>
        <w:tc>
          <w:tcPr>
            <w:tcW w:w="1170" w:type="dxa"/>
          </w:tcPr>
          <w:p w14:paraId="71ADAFB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276605</w:t>
            </w:r>
          </w:p>
        </w:tc>
        <w:tc>
          <w:tcPr>
            <w:tcW w:w="1800" w:type="dxa"/>
          </w:tcPr>
          <w:p w14:paraId="2F3AFA1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12.09 (11.85 to 12.33)</w:t>
            </w:r>
          </w:p>
        </w:tc>
        <w:tc>
          <w:tcPr>
            <w:tcW w:w="1260" w:type="dxa"/>
          </w:tcPr>
          <w:p w14:paraId="049817F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817116</w:t>
            </w:r>
          </w:p>
        </w:tc>
        <w:tc>
          <w:tcPr>
            <w:tcW w:w="2700" w:type="dxa"/>
          </w:tcPr>
          <w:p w14:paraId="59DB7A7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67.84 (67.07 to 68.62)</w:t>
            </w:r>
          </w:p>
        </w:tc>
      </w:tr>
    </w:tbl>
    <w:p w14:paraId="309F5CE5" w14:textId="77777777" w:rsidR="00F64519" w:rsidRPr="00347AE8" w:rsidRDefault="00000000">
      <w:pPr>
        <w:rPr>
          <w:color w:val="000000" w:themeColor="text1"/>
        </w:rPr>
      </w:pPr>
      <w:r w:rsidRPr="00347AE8">
        <w:rPr>
          <w:i/>
          <w:color w:val="000000" w:themeColor="text1"/>
          <w:sz w:val="16"/>
        </w:rPr>
        <w:t>AAMRs are age-adjusted rates per 100,000 population. Age groups were classified as 25–44 years, 45–64 years, and 65 years and older.</w:t>
      </w:r>
    </w:p>
    <w:p w14:paraId="6CBB9408" w14:textId="77777777" w:rsidR="00F64519" w:rsidRPr="00347AE8" w:rsidRDefault="00F64519">
      <w:pPr>
        <w:rPr>
          <w:color w:val="000000" w:themeColor="text1"/>
        </w:rPr>
      </w:pPr>
    </w:p>
    <w:p w14:paraId="732AE4C0" w14:textId="77777777" w:rsidR="00F64519" w:rsidRPr="00347AE8" w:rsidRDefault="00000000">
      <w:pPr>
        <w:rPr>
          <w:color w:val="000000" w:themeColor="text1"/>
        </w:rPr>
      </w:pPr>
      <w:r w:rsidRPr="00347AE8">
        <w:rPr>
          <w:b/>
          <w:color w:val="000000" w:themeColor="text1"/>
          <w:sz w:val="20"/>
        </w:rPr>
        <w:t>Supplemental Table 5. Annual AAMRs and deaths from pancreatic cancer among U.S. adults aged 25 years and older, stratified by race and ethnicity, 1999–2025.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75"/>
        <w:gridCol w:w="1110"/>
        <w:gridCol w:w="934"/>
        <w:gridCol w:w="907"/>
        <w:gridCol w:w="907"/>
        <w:gridCol w:w="934"/>
        <w:gridCol w:w="934"/>
        <w:gridCol w:w="889"/>
        <w:gridCol w:w="872"/>
        <w:gridCol w:w="920"/>
        <w:gridCol w:w="920"/>
      </w:tblGrid>
      <w:tr w:rsidR="00F64519" w:rsidRPr="00347AE8" w14:paraId="35323380" w14:textId="77777777" w:rsidTr="00347AE8">
        <w:tc>
          <w:tcPr>
            <w:tcW w:w="1188" w:type="dxa"/>
          </w:tcPr>
          <w:p w14:paraId="4F967E8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4"/>
              </w:rPr>
              <w:t>Year</w:t>
            </w:r>
          </w:p>
        </w:tc>
        <w:tc>
          <w:tcPr>
            <w:tcW w:w="1147" w:type="dxa"/>
          </w:tcPr>
          <w:p w14:paraId="5B80E6B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4"/>
              </w:rPr>
              <w:t>NH American Indian or Alaska Native</w:t>
            </w:r>
          </w:p>
        </w:tc>
        <w:tc>
          <w:tcPr>
            <w:tcW w:w="945" w:type="dxa"/>
          </w:tcPr>
          <w:p w14:paraId="7B200D5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4"/>
              </w:rPr>
              <w:t>NH American Indian or Alaska Native</w:t>
            </w:r>
          </w:p>
        </w:tc>
        <w:tc>
          <w:tcPr>
            <w:tcW w:w="929" w:type="dxa"/>
          </w:tcPr>
          <w:p w14:paraId="17AC9D0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4"/>
              </w:rPr>
              <w:t>NH Asian or Pacific Islander</w:t>
            </w:r>
          </w:p>
        </w:tc>
        <w:tc>
          <w:tcPr>
            <w:tcW w:w="929" w:type="dxa"/>
          </w:tcPr>
          <w:p w14:paraId="5411922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4"/>
              </w:rPr>
              <w:t>NH Asian or Pacific Islander</w:t>
            </w:r>
          </w:p>
        </w:tc>
        <w:tc>
          <w:tcPr>
            <w:tcW w:w="945" w:type="dxa"/>
          </w:tcPr>
          <w:p w14:paraId="411FBB6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4"/>
              </w:rPr>
              <w:t>NH Black or African American</w:t>
            </w:r>
          </w:p>
        </w:tc>
        <w:tc>
          <w:tcPr>
            <w:tcW w:w="945" w:type="dxa"/>
          </w:tcPr>
          <w:p w14:paraId="7964455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4"/>
              </w:rPr>
              <w:t>NH Black or African American</w:t>
            </w:r>
          </w:p>
        </w:tc>
        <w:tc>
          <w:tcPr>
            <w:tcW w:w="918" w:type="dxa"/>
          </w:tcPr>
          <w:p w14:paraId="16C4F0E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4"/>
              </w:rPr>
              <w:t>NH White</w:t>
            </w:r>
          </w:p>
        </w:tc>
        <w:tc>
          <w:tcPr>
            <w:tcW w:w="908" w:type="dxa"/>
          </w:tcPr>
          <w:p w14:paraId="1C5B712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4"/>
              </w:rPr>
              <w:t>NH White</w:t>
            </w:r>
          </w:p>
        </w:tc>
        <w:tc>
          <w:tcPr>
            <w:tcW w:w="937" w:type="dxa"/>
          </w:tcPr>
          <w:p w14:paraId="7B11338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4"/>
              </w:rPr>
              <w:t>Hispanic or Latino</w:t>
            </w:r>
          </w:p>
        </w:tc>
        <w:tc>
          <w:tcPr>
            <w:tcW w:w="937" w:type="dxa"/>
          </w:tcPr>
          <w:p w14:paraId="5DF2584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4"/>
              </w:rPr>
              <w:t>Hispanic or Latino</w:t>
            </w:r>
          </w:p>
        </w:tc>
      </w:tr>
      <w:tr w:rsidR="00F64519" w:rsidRPr="00347AE8" w14:paraId="3FB14B65" w14:textId="77777777" w:rsidTr="00347AE8">
        <w:tc>
          <w:tcPr>
            <w:tcW w:w="1188" w:type="dxa"/>
          </w:tcPr>
          <w:p w14:paraId="61EE91C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Year</w:t>
            </w:r>
          </w:p>
        </w:tc>
        <w:tc>
          <w:tcPr>
            <w:tcW w:w="1147" w:type="dxa"/>
          </w:tcPr>
          <w:p w14:paraId="185CAA0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Deaths</w:t>
            </w:r>
          </w:p>
        </w:tc>
        <w:tc>
          <w:tcPr>
            <w:tcW w:w="945" w:type="dxa"/>
          </w:tcPr>
          <w:p w14:paraId="35F2F99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AAMR (95% CI)</w:t>
            </w:r>
          </w:p>
        </w:tc>
        <w:tc>
          <w:tcPr>
            <w:tcW w:w="929" w:type="dxa"/>
          </w:tcPr>
          <w:p w14:paraId="455D56F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Deaths</w:t>
            </w:r>
          </w:p>
        </w:tc>
        <w:tc>
          <w:tcPr>
            <w:tcW w:w="929" w:type="dxa"/>
          </w:tcPr>
          <w:p w14:paraId="28DF18E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AAMR (95% CI)</w:t>
            </w:r>
          </w:p>
        </w:tc>
        <w:tc>
          <w:tcPr>
            <w:tcW w:w="945" w:type="dxa"/>
          </w:tcPr>
          <w:p w14:paraId="11CB2C7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Deaths</w:t>
            </w:r>
          </w:p>
        </w:tc>
        <w:tc>
          <w:tcPr>
            <w:tcW w:w="945" w:type="dxa"/>
          </w:tcPr>
          <w:p w14:paraId="3A757CD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AAMR (95% CI)</w:t>
            </w:r>
          </w:p>
        </w:tc>
        <w:tc>
          <w:tcPr>
            <w:tcW w:w="918" w:type="dxa"/>
          </w:tcPr>
          <w:p w14:paraId="4843130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Deaths</w:t>
            </w:r>
          </w:p>
        </w:tc>
        <w:tc>
          <w:tcPr>
            <w:tcW w:w="908" w:type="dxa"/>
          </w:tcPr>
          <w:p w14:paraId="503CF17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AAMR (95% CI)</w:t>
            </w:r>
          </w:p>
        </w:tc>
        <w:tc>
          <w:tcPr>
            <w:tcW w:w="937" w:type="dxa"/>
          </w:tcPr>
          <w:p w14:paraId="4D0855D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Deaths</w:t>
            </w:r>
          </w:p>
        </w:tc>
        <w:tc>
          <w:tcPr>
            <w:tcW w:w="937" w:type="dxa"/>
          </w:tcPr>
          <w:p w14:paraId="53D223B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AAMR (95% CI)</w:t>
            </w:r>
          </w:p>
        </w:tc>
      </w:tr>
      <w:tr w:rsidR="00F64519" w:rsidRPr="00347AE8" w14:paraId="55B4BB8C" w14:textId="77777777" w:rsidTr="00347AE8">
        <w:tc>
          <w:tcPr>
            <w:tcW w:w="1188" w:type="dxa"/>
          </w:tcPr>
          <w:p w14:paraId="0FA63DB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1999</w:t>
            </w:r>
          </w:p>
        </w:tc>
        <w:tc>
          <w:tcPr>
            <w:tcW w:w="1147" w:type="dxa"/>
          </w:tcPr>
          <w:p w14:paraId="7799FE5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88</w:t>
            </w:r>
          </w:p>
        </w:tc>
        <w:tc>
          <w:tcPr>
            <w:tcW w:w="945" w:type="dxa"/>
          </w:tcPr>
          <w:p w14:paraId="69BEB17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12.14 (9.60 - 15.15)</w:t>
            </w:r>
          </w:p>
        </w:tc>
        <w:tc>
          <w:tcPr>
            <w:tcW w:w="929" w:type="dxa"/>
          </w:tcPr>
          <w:p w14:paraId="53ABBB2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545</w:t>
            </w:r>
          </w:p>
        </w:tc>
        <w:tc>
          <w:tcPr>
            <w:tcW w:w="929" w:type="dxa"/>
          </w:tcPr>
          <w:p w14:paraId="7E37066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12.55 (11.44 - 13.65)</w:t>
            </w:r>
          </w:p>
        </w:tc>
        <w:tc>
          <w:tcPr>
            <w:tcW w:w="945" w:type="dxa"/>
          </w:tcPr>
          <w:p w14:paraId="1FFE863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3564</w:t>
            </w:r>
          </w:p>
        </w:tc>
        <w:tc>
          <w:tcPr>
            <w:tcW w:w="945" w:type="dxa"/>
          </w:tcPr>
          <w:p w14:paraId="026F1D1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23.43 (22.65 - 24.21)</w:t>
            </w:r>
          </w:p>
        </w:tc>
        <w:tc>
          <w:tcPr>
            <w:tcW w:w="918" w:type="dxa"/>
          </w:tcPr>
          <w:p w14:paraId="7BBB7E3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25045</w:t>
            </w:r>
          </w:p>
        </w:tc>
        <w:tc>
          <w:tcPr>
            <w:tcW w:w="908" w:type="dxa"/>
          </w:tcPr>
          <w:p w14:paraId="62E566F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16.98 (16.77 - 17.19)</w:t>
            </w:r>
          </w:p>
        </w:tc>
        <w:tc>
          <w:tcPr>
            <w:tcW w:w="937" w:type="dxa"/>
          </w:tcPr>
          <w:p w14:paraId="15ACB71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1195</w:t>
            </w:r>
          </w:p>
        </w:tc>
        <w:tc>
          <w:tcPr>
            <w:tcW w:w="937" w:type="dxa"/>
          </w:tcPr>
          <w:p w14:paraId="1DF8327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12.91 (12.14 - 13.68)</w:t>
            </w:r>
          </w:p>
        </w:tc>
      </w:tr>
      <w:tr w:rsidR="00F64519" w:rsidRPr="00347AE8" w14:paraId="594C06FF" w14:textId="77777777" w:rsidTr="00347AE8">
        <w:tc>
          <w:tcPr>
            <w:tcW w:w="1188" w:type="dxa"/>
          </w:tcPr>
          <w:p w14:paraId="118BCC2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2000</w:t>
            </w:r>
          </w:p>
        </w:tc>
        <w:tc>
          <w:tcPr>
            <w:tcW w:w="1147" w:type="dxa"/>
          </w:tcPr>
          <w:p w14:paraId="3B244D1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92</w:t>
            </w:r>
          </w:p>
        </w:tc>
        <w:tc>
          <w:tcPr>
            <w:tcW w:w="945" w:type="dxa"/>
          </w:tcPr>
          <w:p w14:paraId="7AAE190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10.47 (8.32 - 12.99)</w:t>
            </w:r>
          </w:p>
        </w:tc>
        <w:tc>
          <w:tcPr>
            <w:tcW w:w="929" w:type="dxa"/>
          </w:tcPr>
          <w:p w14:paraId="04044D0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537</w:t>
            </w:r>
          </w:p>
        </w:tc>
        <w:tc>
          <w:tcPr>
            <w:tcW w:w="929" w:type="dxa"/>
          </w:tcPr>
          <w:p w14:paraId="340B299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12.02 (10.95 - 13.08)</w:t>
            </w:r>
          </w:p>
        </w:tc>
        <w:tc>
          <w:tcPr>
            <w:tcW w:w="945" w:type="dxa"/>
          </w:tcPr>
          <w:p w14:paraId="2B47FE0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3568</w:t>
            </w:r>
          </w:p>
        </w:tc>
        <w:tc>
          <w:tcPr>
            <w:tcW w:w="945" w:type="dxa"/>
          </w:tcPr>
          <w:p w14:paraId="03E8D01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23.26 (22.48 - 24.03)</w:t>
            </w:r>
          </w:p>
        </w:tc>
        <w:tc>
          <w:tcPr>
            <w:tcW w:w="918" w:type="dxa"/>
          </w:tcPr>
          <w:p w14:paraId="15831C9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25121</w:t>
            </w:r>
          </w:p>
        </w:tc>
        <w:tc>
          <w:tcPr>
            <w:tcW w:w="908" w:type="dxa"/>
          </w:tcPr>
          <w:p w14:paraId="61ED268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16.93 (16.72 - 17.14)</w:t>
            </w:r>
          </w:p>
        </w:tc>
        <w:tc>
          <w:tcPr>
            <w:tcW w:w="937" w:type="dxa"/>
          </w:tcPr>
          <w:p w14:paraId="61EBAFB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1304</w:t>
            </w:r>
          </w:p>
        </w:tc>
        <w:tc>
          <w:tcPr>
            <w:tcW w:w="937" w:type="dxa"/>
          </w:tcPr>
          <w:p w14:paraId="29C0821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13.63 (12.86 - 14.40)</w:t>
            </w:r>
          </w:p>
        </w:tc>
      </w:tr>
      <w:tr w:rsidR="00F64519" w:rsidRPr="00347AE8" w14:paraId="7971DB72" w14:textId="77777777" w:rsidTr="00347AE8">
        <w:tc>
          <w:tcPr>
            <w:tcW w:w="1188" w:type="dxa"/>
          </w:tcPr>
          <w:p w14:paraId="54B53F8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2001</w:t>
            </w:r>
          </w:p>
        </w:tc>
        <w:tc>
          <w:tcPr>
            <w:tcW w:w="1147" w:type="dxa"/>
          </w:tcPr>
          <w:p w14:paraId="4852DE2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89</w:t>
            </w:r>
          </w:p>
        </w:tc>
        <w:tc>
          <w:tcPr>
            <w:tcW w:w="945" w:type="dxa"/>
          </w:tcPr>
          <w:p w14:paraId="2E22772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10.53 (8.35 - 13.11)</w:t>
            </w:r>
          </w:p>
        </w:tc>
        <w:tc>
          <w:tcPr>
            <w:tcW w:w="929" w:type="dxa"/>
          </w:tcPr>
          <w:p w14:paraId="7B4126D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569</w:t>
            </w:r>
          </w:p>
        </w:tc>
        <w:tc>
          <w:tcPr>
            <w:tcW w:w="929" w:type="dxa"/>
          </w:tcPr>
          <w:p w14:paraId="0D7B2D7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11.55 (10.56 - 12.54)</w:t>
            </w:r>
          </w:p>
        </w:tc>
        <w:tc>
          <w:tcPr>
            <w:tcW w:w="945" w:type="dxa"/>
          </w:tcPr>
          <w:p w14:paraId="498C0CB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3556</w:t>
            </w:r>
          </w:p>
        </w:tc>
        <w:tc>
          <w:tcPr>
            <w:tcW w:w="945" w:type="dxa"/>
          </w:tcPr>
          <w:p w14:paraId="1CD0A43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22.66 (21.90 - 23.41)</w:t>
            </w:r>
          </w:p>
        </w:tc>
        <w:tc>
          <w:tcPr>
            <w:tcW w:w="918" w:type="dxa"/>
          </w:tcPr>
          <w:p w14:paraId="0B37D23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25488</w:t>
            </w:r>
          </w:p>
        </w:tc>
        <w:tc>
          <w:tcPr>
            <w:tcW w:w="908" w:type="dxa"/>
          </w:tcPr>
          <w:p w14:paraId="7788E08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16.97 (16.76 - 17.18)</w:t>
            </w:r>
          </w:p>
        </w:tc>
        <w:tc>
          <w:tcPr>
            <w:tcW w:w="937" w:type="dxa"/>
          </w:tcPr>
          <w:p w14:paraId="591A4C4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1386</w:t>
            </w:r>
          </w:p>
        </w:tc>
        <w:tc>
          <w:tcPr>
            <w:tcW w:w="937" w:type="dxa"/>
          </w:tcPr>
          <w:p w14:paraId="60ECD9F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13.54 (12.79 - 14.28)</w:t>
            </w:r>
          </w:p>
        </w:tc>
      </w:tr>
      <w:tr w:rsidR="00F64519" w:rsidRPr="00347AE8" w14:paraId="498A196B" w14:textId="77777777" w:rsidTr="00347AE8">
        <w:tc>
          <w:tcPr>
            <w:tcW w:w="1188" w:type="dxa"/>
          </w:tcPr>
          <w:p w14:paraId="1FFCB00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2002</w:t>
            </w:r>
          </w:p>
        </w:tc>
        <w:tc>
          <w:tcPr>
            <w:tcW w:w="1147" w:type="dxa"/>
          </w:tcPr>
          <w:p w14:paraId="3BF8FF7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116</w:t>
            </w:r>
          </w:p>
        </w:tc>
        <w:tc>
          <w:tcPr>
            <w:tcW w:w="945" w:type="dxa"/>
          </w:tcPr>
          <w:p w14:paraId="5A6E322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12.99 (10.48 - 15.50)</w:t>
            </w:r>
          </w:p>
        </w:tc>
        <w:tc>
          <w:tcPr>
            <w:tcW w:w="929" w:type="dxa"/>
          </w:tcPr>
          <w:p w14:paraId="5087EB6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638</w:t>
            </w:r>
          </w:p>
        </w:tc>
        <w:tc>
          <w:tcPr>
            <w:tcW w:w="929" w:type="dxa"/>
          </w:tcPr>
          <w:p w14:paraId="095E75F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12.16 (11.18 - 13.14)</w:t>
            </w:r>
          </w:p>
        </w:tc>
        <w:tc>
          <w:tcPr>
            <w:tcW w:w="945" w:type="dxa"/>
          </w:tcPr>
          <w:p w14:paraId="07E0F46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3624</w:t>
            </w:r>
          </w:p>
        </w:tc>
        <w:tc>
          <w:tcPr>
            <w:tcW w:w="945" w:type="dxa"/>
          </w:tcPr>
          <w:p w14:paraId="5C0DD60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22.45 (21.71 - 23.19)</w:t>
            </w:r>
          </w:p>
        </w:tc>
        <w:tc>
          <w:tcPr>
            <w:tcW w:w="918" w:type="dxa"/>
          </w:tcPr>
          <w:p w14:paraId="19D9DCD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25709</w:t>
            </w:r>
          </w:p>
        </w:tc>
        <w:tc>
          <w:tcPr>
            <w:tcW w:w="908" w:type="dxa"/>
          </w:tcPr>
          <w:p w14:paraId="55F9B9F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16.90 (16.70 - 17.11)</w:t>
            </w:r>
          </w:p>
        </w:tc>
        <w:tc>
          <w:tcPr>
            <w:tcW w:w="937" w:type="dxa"/>
          </w:tcPr>
          <w:p w14:paraId="6860D3E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1424</w:t>
            </w:r>
          </w:p>
        </w:tc>
        <w:tc>
          <w:tcPr>
            <w:tcW w:w="937" w:type="dxa"/>
          </w:tcPr>
          <w:p w14:paraId="65AD6F0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13.19 (12.48 - 13.91)</w:t>
            </w:r>
          </w:p>
        </w:tc>
      </w:tr>
      <w:tr w:rsidR="00F64519" w:rsidRPr="00347AE8" w14:paraId="20088A35" w14:textId="77777777" w:rsidTr="00347AE8">
        <w:tc>
          <w:tcPr>
            <w:tcW w:w="1188" w:type="dxa"/>
          </w:tcPr>
          <w:p w14:paraId="51FDF39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2003</w:t>
            </w:r>
          </w:p>
        </w:tc>
        <w:tc>
          <w:tcPr>
            <w:tcW w:w="1147" w:type="dxa"/>
          </w:tcPr>
          <w:p w14:paraId="1676B9E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106</w:t>
            </w:r>
          </w:p>
        </w:tc>
        <w:tc>
          <w:tcPr>
            <w:tcW w:w="945" w:type="dxa"/>
          </w:tcPr>
          <w:p w14:paraId="63C6A8C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11.13 (8.87 - 13.39)</w:t>
            </w:r>
          </w:p>
        </w:tc>
        <w:tc>
          <w:tcPr>
            <w:tcW w:w="929" w:type="dxa"/>
          </w:tcPr>
          <w:p w14:paraId="5746070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664</w:t>
            </w:r>
          </w:p>
        </w:tc>
        <w:tc>
          <w:tcPr>
            <w:tcW w:w="929" w:type="dxa"/>
          </w:tcPr>
          <w:p w14:paraId="34877EF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11.89 (10.95 - 12.83)</w:t>
            </w:r>
          </w:p>
        </w:tc>
        <w:tc>
          <w:tcPr>
            <w:tcW w:w="945" w:type="dxa"/>
          </w:tcPr>
          <w:p w14:paraId="4D1F90A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3725</w:t>
            </w:r>
          </w:p>
        </w:tc>
        <w:tc>
          <w:tcPr>
            <w:tcW w:w="945" w:type="dxa"/>
          </w:tcPr>
          <w:p w14:paraId="4EFCD08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22.49 (21.76 - 23.23)</w:t>
            </w:r>
          </w:p>
        </w:tc>
        <w:tc>
          <w:tcPr>
            <w:tcW w:w="918" w:type="dxa"/>
          </w:tcPr>
          <w:p w14:paraId="53D8829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25950</w:t>
            </w:r>
          </w:p>
        </w:tc>
        <w:tc>
          <w:tcPr>
            <w:tcW w:w="908" w:type="dxa"/>
          </w:tcPr>
          <w:p w14:paraId="3415BF0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16.86 (16.66 - 17.07)</w:t>
            </w:r>
          </w:p>
        </w:tc>
        <w:tc>
          <w:tcPr>
            <w:tcW w:w="937" w:type="dxa"/>
          </w:tcPr>
          <w:p w14:paraId="414D6A6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1534</w:t>
            </w:r>
          </w:p>
        </w:tc>
        <w:tc>
          <w:tcPr>
            <w:tcW w:w="937" w:type="dxa"/>
          </w:tcPr>
          <w:p w14:paraId="51F7872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13.50 (12.79 - 14.21)</w:t>
            </w:r>
          </w:p>
        </w:tc>
      </w:tr>
      <w:tr w:rsidR="00F64519" w:rsidRPr="00347AE8" w14:paraId="61E7948C" w14:textId="77777777" w:rsidTr="00347AE8">
        <w:tc>
          <w:tcPr>
            <w:tcW w:w="1188" w:type="dxa"/>
          </w:tcPr>
          <w:p w14:paraId="02AADF1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2004</w:t>
            </w:r>
          </w:p>
        </w:tc>
        <w:tc>
          <w:tcPr>
            <w:tcW w:w="1147" w:type="dxa"/>
          </w:tcPr>
          <w:p w14:paraId="703CFB9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142</w:t>
            </w:r>
          </w:p>
        </w:tc>
        <w:tc>
          <w:tcPr>
            <w:tcW w:w="945" w:type="dxa"/>
          </w:tcPr>
          <w:p w14:paraId="6E8C132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13.89 (11.44 - 16.33)</w:t>
            </w:r>
          </w:p>
        </w:tc>
        <w:tc>
          <w:tcPr>
            <w:tcW w:w="929" w:type="dxa"/>
          </w:tcPr>
          <w:p w14:paraId="0EC81E1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756</w:t>
            </w:r>
          </w:p>
        </w:tc>
        <w:tc>
          <w:tcPr>
            <w:tcW w:w="929" w:type="dxa"/>
          </w:tcPr>
          <w:p w14:paraId="2E36CDC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12.93 (11.97 - 13.89)</w:t>
            </w:r>
          </w:p>
        </w:tc>
        <w:tc>
          <w:tcPr>
            <w:tcW w:w="945" w:type="dxa"/>
          </w:tcPr>
          <w:p w14:paraId="0781A72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3783</w:t>
            </w:r>
          </w:p>
        </w:tc>
        <w:tc>
          <w:tcPr>
            <w:tcW w:w="945" w:type="dxa"/>
          </w:tcPr>
          <w:p w14:paraId="13F59AA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22.37 (21.64 - 23.09)</w:t>
            </w:r>
          </w:p>
        </w:tc>
        <w:tc>
          <w:tcPr>
            <w:tcW w:w="918" w:type="dxa"/>
          </w:tcPr>
          <w:p w14:paraId="503A76D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26674</w:t>
            </w:r>
          </w:p>
        </w:tc>
        <w:tc>
          <w:tcPr>
            <w:tcW w:w="908" w:type="dxa"/>
          </w:tcPr>
          <w:p w14:paraId="6DEF151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17.11 (16.90 - 17.31)</w:t>
            </w:r>
          </w:p>
        </w:tc>
        <w:tc>
          <w:tcPr>
            <w:tcW w:w="937" w:type="dxa"/>
          </w:tcPr>
          <w:p w14:paraId="0807EEA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1623</w:t>
            </w:r>
          </w:p>
        </w:tc>
        <w:tc>
          <w:tcPr>
            <w:tcW w:w="937" w:type="dxa"/>
          </w:tcPr>
          <w:p w14:paraId="335BC02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13.59 (12.90 - 14.28)</w:t>
            </w:r>
          </w:p>
        </w:tc>
      </w:tr>
      <w:tr w:rsidR="00F64519" w:rsidRPr="00347AE8" w14:paraId="2A271F54" w14:textId="77777777" w:rsidTr="00347AE8">
        <w:tc>
          <w:tcPr>
            <w:tcW w:w="1188" w:type="dxa"/>
          </w:tcPr>
          <w:p w14:paraId="0C3AACC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2005</w:t>
            </w:r>
          </w:p>
        </w:tc>
        <w:tc>
          <w:tcPr>
            <w:tcW w:w="1147" w:type="dxa"/>
          </w:tcPr>
          <w:p w14:paraId="42033A0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134</w:t>
            </w:r>
          </w:p>
        </w:tc>
        <w:tc>
          <w:tcPr>
            <w:tcW w:w="945" w:type="dxa"/>
          </w:tcPr>
          <w:p w14:paraId="10D6731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14.00 (11.47 - 16.52)</w:t>
            </w:r>
          </w:p>
        </w:tc>
        <w:tc>
          <w:tcPr>
            <w:tcW w:w="929" w:type="dxa"/>
          </w:tcPr>
          <w:p w14:paraId="0E0B057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762</w:t>
            </w:r>
          </w:p>
        </w:tc>
        <w:tc>
          <w:tcPr>
            <w:tcW w:w="929" w:type="dxa"/>
          </w:tcPr>
          <w:p w14:paraId="57DC74B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12.26 (11.36 - 13.16)</w:t>
            </w:r>
          </w:p>
        </w:tc>
        <w:tc>
          <w:tcPr>
            <w:tcW w:w="945" w:type="dxa"/>
          </w:tcPr>
          <w:p w14:paraId="3F76D1A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3884</w:t>
            </w:r>
          </w:p>
        </w:tc>
        <w:tc>
          <w:tcPr>
            <w:tcW w:w="945" w:type="dxa"/>
          </w:tcPr>
          <w:p w14:paraId="4C558B1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22.44 (21.72 - 23.16)</w:t>
            </w:r>
          </w:p>
        </w:tc>
        <w:tc>
          <w:tcPr>
            <w:tcW w:w="918" w:type="dxa"/>
          </w:tcPr>
          <w:p w14:paraId="08C6F87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27409</w:t>
            </w:r>
          </w:p>
        </w:tc>
        <w:tc>
          <w:tcPr>
            <w:tcW w:w="908" w:type="dxa"/>
          </w:tcPr>
          <w:p w14:paraId="543766D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17.35 (17.14 - 17.56)</w:t>
            </w:r>
          </w:p>
        </w:tc>
        <w:tc>
          <w:tcPr>
            <w:tcW w:w="937" w:type="dxa"/>
          </w:tcPr>
          <w:p w14:paraId="6C703B7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1796</w:t>
            </w:r>
          </w:p>
        </w:tc>
        <w:tc>
          <w:tcPr>
            <w:tcW w:w="937" w:type="dxa"/>
          </w:tcPr>
          <w:p w14:paraId="28A702E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14.23 (13.54 - 14.92)</w:t>
            </w:r>
          </w:p>
        </w:tc>
      </w:tr>
      <w:tr w:rsidR="00F64519" w:rsidRPr="00347AE8" w14:paraId="115E43E1" w14:textId="77777777" w:rsidTr="00347AE8">
        <w:tc>
          <w:tcPr>
            <w:tcW w:w="1188" w:type="dxa"/>
          </w:tcPr>
          <w:p w14:paraId="39E990F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2006</w:t>
            </w:r>
          </w:p>
        </w:tc>
        <w:tc>
          <w:tcPr>
            <w:tcW w:w="1147" w:type="dxa"/>
          </w:tcPr>
          <w:p w14:paraId="506B171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139</w:t>
            </w:r>
          </w:p>
        </w:tc>
        <w:tc>
          <w:tcPr>
            <w:tcW w:w="945" w:type="dxa"/>
          </w:tcPr>
          <w:p w14:paraId="3761B28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14.54 (11.96 - 17.12)</w:t>
            </w:r>
          </w:p>
        </w:tc>
        <w:tc>
          <w:tcPr>
            <w:tcW w:w="929" w:type="dxa"/>
          </w:tcPr>
          <w:p w14:paraId="3A0A074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793</w:t>
            </w:r>
          </w:p>
        </w:tc>
        <w:tc>
          <w:tcPr>
            <w:tcW w:w="929" w:type="dxa"/>
          </w:tcPr>
          <w:p w14:paraId="2DC732A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12.09 (11.22 - 12.96)</w:t>
            </w:r>
          </w:p>
        </w:tc>
        <w:tc>
          <w:tcPr>
            <w:tcW w:w="945" w:type="dxa"/>
          </w:tcPr>
          <w:p w14:paraId="4DEDDE3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4012</w:t>
            </w:r>
          </w:p>
        </w:tc>
        <w:tc>
          <w:tcPr>
            <w:tcW w:w="945" w:type="dxa"/>
          </w:tcPr>
          <w:p w14:paraId="3971F53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22.48 (21.76 - 23.19)</w:t>
            </w:r>
          </w:p>
        </w:tc>
        <w:tc>
          <w:tcPr>
            <w:tcW w:w="918" w:type="dxa"/>
          </w:tcPr>
          <w:p w14:paraId="63D9ED2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28027</w:t>
            </w:r>
          </w:p>
        </w:tc>
        <w:tc>
          <w:tcPr>
            <w:tcW w:w="908" w:type="dxa"/>
          </w:tcPr>
          <w:p w14:paraId="3A6C537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17.47 (17.26 - 17.68)</w:t>
            </w:r>
          </w:p>
        </w:tc>
        <w:tc>
          <w:tcPr>
            <w:tcW w:w="937" w:type="dxa"/>
          </w:tcPr>
          <w:p w14:paraId="68CA51E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1801</w:t>
            </w:r>
          </w:p>
        </w:tc>
        <w:tc>
          <w:tcPr>
            <w:tcW w:w="937" w:type="dxa"/>
          </w:tcPr>
          <w:p w14:paraId="34B4A65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13.64 (12.99 - 14.30)</w:t>
            </w:r>
          </w:p>
        </w:tc>
      </w:tr>
      <w:tr w:rsidR="00F64519" w:rsidRPr="00347AE8" w14:paraId="1593A7F8" w14:textId="77777777" w:rsidTr="00347AE8">
        <w:tc>
          <w:tcPr>
            <w:tcW w:w="1188" w:type="dxa"/>
          </w:tcPr>
          <w:p w14:paraId="685ED44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2007</w:t>
            </w:r>
          </w:p>
        </w:tc>
        <w:tc>
          <w:tcPr>
            <w:tcW w:w="1147" w:type="dxa"/>
          </w:tcPr>
          <w:p w14:paraId="19024A7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138</w:t>
            </w:r>
          </w:p>
        </w:tc>
        <w:tc>
          <w:tcPr>
            <w:tcW w:w="945" w:type="dxa"/>
          </w:tcPr>
          <w:p w14:paraId="07F054B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13.14 (10.78 - 15.50)</w:t>
            </w:r>
          </w:p>
        </w:tc>
        <w:tc>
          <w:tcPr>
            <w:tcW w:w="929" w:type="dxa"/>
          </w:tcPr>
          <w:p w14:paraId="29EE7F8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833</w:t>
            </w:r>
          </w:p>
        </w:tc>
        <w:tc>
          <w:tcPr>
            <w:tcW w:w="929" w:type="dxa"/>
          </w:tcPr>
          <w:p w14:paraId="3D9FBE8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12.17 (11.32 - 13.03)</w:t>
            </w:r>
          </w:p>
        </w:tc>
        <w:tc>
          <w:tcPr>
            <w:tcW w:w="945" w:type="dxa"/>
          </w:tcPr>
          <w:p w14:paraId="345D226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4208</w:t>
            </w:r>
          </w:p>
        </w:tc>
        <w:tc>
          <w:tcPr>
            <w:tcW w:w="945" w:type="dxa"/>
          </w:tcPr>
          <w:p w14:paraId="73FC94D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23.05 (22.34 - 23.76)</w:t>
            </w:r>
          </w:p>
        </w:tc>
        <w:tc>
          <w:tcPr>
            <w:tcW w:w="918" w:type="dxa"/>
          </w:tcPr>
          <w:p w14:paraId="3BE6DF6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28487</w:t>
            </w:r>
          </w:p>
        </w:tc>
        <w:tc>
          <w:tcPr>
            <w:tcW w:w="908" w:type="dxa"/>
          </w:tcPr>
          <w:p w14:paraId="2314A65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17.50 (17.30 - 17.71)</w:t>
            </w:r>
          </w:p>
        </w:tc>
        <w:tc>
          <w:tcPr>
            <w:tcW w:w="937" w:type="dxa"/>
          </w:tcPr>
          <w:p w14:paraId="6A3F2FF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1838</w:t>
            </w:r>
          </w:p>
        </w:tc>
        <w:tc>
          <w:tcPr>
            <w:tcW w:w="937" w:type="dxa"/>
          </w:tcPr>
          <w:p w14:paraId="15205CC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13.26 (12.63 - 13.89)</w:t>
            </w:r>
          </w:p>
        </w:tc>
      </w:tr>
      <w:tr w:rsidR="00F64519" w:rsidRPr="00347AE8" w14:paraId="09E7952F" w14:textId="77777777" w:rsidTr="00347AE8">
        <w:tc>
          <w:tcPr>
            <w:tcW w:w="1188" w:type="dxa"/>
          </w:tcPr>
          <w:p w14:paraId="5C9F839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lastRenderedPageBreak/>
              <w:t>2008</w:t>
            </w:r>
          </w:p>
        </w:tc>
        <w:tc>
          <w:tcPr>
            <w:tcW w:w="1147" w:type="dxa"/>
          </w:tcPr>
          <w:p w14:paraId="6E89633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131</w:t>
            </w:r>
          </w:p>
        </w:tc>
        <w:tc>
          <w:tcPr>
            <w:tcW w:w="945" w:type="dxa"/>
          </w:tcPr>
          <w:p w14:paraId="27B144B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11.77 (9.60 - 13.93)</w:t>
            </w:r>
          </w:p>
        </w:tc>
        <w:tc>
          <w:tcPr>
            <w:tcW w:w="929" w:type="dxa"/>
          </w:tcPr>
          <w:p w14:paraId="56A6492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892</w:t>
            </w:r>
          </w:p>
        </w:tc>
        <w:tc>
          <w:tcPr>
            <w:tcW w:w="929" w:type="dxa"/>
          </w:tcPr>
          <w:p w14:paraId="4450E56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12.33 (11.49 - 13.16)</w:t>
            </w:r>
          </w:p>
        </w:tc>
        <w:tc>
          <w:tcPr>
            <w:tcW w:w="945" w:type="dxa"/>
          </w:tcPr>
          <w:p w14:paraId="6E7DC63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4250</w:t>
            </w:r>
          </w:p>
        </w:tc>
        <w:tc>
          <w:tcPr>
            <w:tcW w:w="945" w:type="dxa"/>
          </w:tcPr>
          <w:p w14:paraId="6A2AC48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22.45 (21.76 - 23.15)</w:t>
            </w:r>
          </w:p>
        </w:tc>
        <w:tc>
          <w:tcPr>
            <w:tcW w:w="918" w:type="dxa"/>
          </w:tcPr>
          <w:p w14:paraId="05C1B1D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29315</w:t>
            </w:r>
          </w:p>
        </w:tc>
        <w:tc>
          <w:tcPr>
            <w:tcW w:w="908" w:type="dxa"/>
          </w:tcPr>
          <w:p w14:paraId="72CFDC7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17.72 (17.51 - 17.92)</w:t>
            </w:r>
          </w:p>
        </w:tc>
        <w:tc>
          <w:tcPr>
            <w:tcW w:w="937" w:type="dxa"/>
          </w:tcPr>
          <w:p w14:paraId="2B4ABCB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2032</w:t>
            </w:r>
          </w:p>
        </w:tc>
        <w:tc>
          <w:tcPr>
            <w:tcW w:w="937" w:type="dxa"/>
          </w:tcPr>
          <w:p w14:paraId="6D379F4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13.95 (13.31 - 14.58)</w:t>
            </w:r>
          </w:p>
        </w:tc>
      </w:tr>
      <w:tr w:rsidR="00F64519" w:rsidRPr="00347AE8" w14:paraId="5E71B191" w14:textId="77777777" w:rsidTr="00347AE8">
        <w:tc>
          <w:tcPr>
            <w:tcW w:w="1188" w:type="dxa"/>
          </w:tcPr>
          <w:p w14:paraId="1452ECB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2009</w:t>
            </w:r>
          </w:p>
        </w:tc>
        <w:tc>
          <w:tcPr>
            <w:tcW w:w="1147" w:type="dxa"/>
          </w:tcPr>
          <w:p w14:paraId="4C50DF2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132</w:t>
            </w:r>
          </w:p>
        </w:tc>
        <w:tc>
          <w:tcPr>
            <w:tcW w:w="945" w:type="dxa"/>
          </w:tcPr>
          <w:p w14:paraId="558CF85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11.11 (9.07 - 13.15)</w:t>
            </w:r>
          </w:p>
        </w:tc>
        <w:tc>
          <w:tcPr>
            <w:tcW w:w="929" w:type="dxa"/>
          </w:tcPr>
          <w:p w14:paraId="1C1FE50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936</w:t>
            </w:r>
          </w:p>
        </w:tc>
        <w:tc>
          <w:tcPr>
            <w:tcW w:w="929" w:type="dxa"/>
          </w:tcPr>
          <w:p w14:paraId="0EA29CC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12.34 (11.53 - 13.16)</w:t>
            </w:r>
          </w:p>
        </w:tc>
        <w:tc>
          <w:tcPr>
            <w:tcW w:w="945" w:type="dxa"/>
          </w:tcPr>
          <w:p w14:paraId="0F64761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4352</w:t>
            </w:r>
          </w:p>
        </w:tc>
        <w:tc>
          <w:tcPr>
            <w:tcW w:w="945" w:type="dxa"/>
          </w:tcPr>
          <w:p w14:paraId="1C12883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22.38 (21.70 - 23.07)</w:t>
            </w:r>
          </w:p>
        </w:tc>
        <w:tc>
          <w:tcPr>
            <w:tcW w:w="918" w:type="dxa"/>
          </w:tcPr>
          <w:p w14:paraId="0DFFE97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29487</w:t>
            </w:r>
          </w:p>
        </w:tc>
        <w:tc>
          <w:tcPr>
            <w:tcW w:w="908" w:type="dxa"/>
          </w:tcPr>
          <w:p w14:paraId="2DAB508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17.52 (17.32 - 17.72)</w:t>
            </w:r>
          </w:p>
        </w:tc>
        <w:tc>
          <w:tcPr>
            <w:tcW w:w="937" w:type="dxa"/>
          </w:tcPr>
          <w:p w14:paraId="203CC83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2162</w:t>
            </w:r>
          </w:p>
        </w:tc>
        <w:tc>
          <w:tcPr>
            <w:tcW w:w="937" w:type="dxa"/>
          </w:tcPr>
          <w:p w14:paraId="56D903C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14.08 (13.46 - 14.70)</w:t>
            </w:r>
          </w:p>
        </w:tc>
      </w:tr>
      <w:tr w:rsidR="00F64519" w:rsidRPr="00347AE8" w14:paraId="74B057AF" w14:textId="77777777" w:rsidTr="00347AE8">
        <w:tc>
          <w:tcPr>
            <w:tcW w:w="1188" w:type="dxa"/>
          </w:tcPr>
          <w:p w14:paraId="4AB5F93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2010</w:t>
            </w:r>
          </w:p>
        </w:tc>
        <w:tc>
          <w:tcPr>
            <w:tcW w:w="1147" w:type="dxa"/>
          </w:tcPr>
          <w:p w14:paraId="4225ADC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176</w:t>
            </w:r>
          </w:p>
        </w:tc>
        <w:tc>
          <w:tcPr>
            <w:tcW w:w="945" w:type="dxa"/>
          </w:tcPr>
          <w:p w14:paraId="3A87C6F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14.43 (12.15 - 16.71)</w:t>
            </w:r>
          </w:p>
        </w:tc>
        <w:tc>
          <w:tcPr>
            <w:tcW w:w="929" w:type="dxa"/>
          </w:tcPr>
          <w:p w14:paraId="05E8C34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988</w:t>
            </w:r>
          </w:p>
        </w:tc>
        <w:tc>
          <w:tcPr>
            <w:tcW w:w="929" w:type="dxa"/>
          </w:tcPr>
          <w:p w14:paraId="4D97601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12.60 (11.79 - 13.41)</w:t>
            </w:r>
          </w:p>
        </w:tc>
        <w:tc>
          <w:tcPr>
            <w:tcW w:w="945" w:type="dxa"/>
          </w:tcPr>
          <w:p w14:paraId="434D42A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4519</w:t>
            </w:r>
          </w:p>
        </w:tc>
        <w:tc>
          <w:tcPr>
            <w:tcW w:w="945" w:type="dxa"/>
          </w:tcPr>
          <w:p w14:paraId="06027EF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22.89 (22.20 - 23.58)</w:t>
            </w:r>
          </w:p>
        </w:tc>
        <w:tc>
          <w:tcPr>
            <w:tcW w:w="918" w:type="dxa"/>
          </w:tcPr>
          <w:p w14:paraId="28CCDCF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30426</w:t>
            </w:r>
          </w:p>
        </w:tc>
        <w:tc>
          <w:tcPr>
            <w:tcW w:w="908" w:type="dxa"/>
          </w:tcPr>
          <w:p w14:paraId="5644A08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17.88 (17.68 - 18.08)</w:t>
            </w:r>
          </w:p>
        </w:tc>
        <w:tc>
          <w:tcPr>
            <w:tcW w:w="937" w:type="dxa"/>
          </w:tcPr>
          <w:p w14:paraId="21D0385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2239</w:t>
            </w:r>
          </w:p>
        </w:tc>
        <w:tc>
          <w:tcPr>
            <w:tcW w:w="937" w:type="dxa"/>
          </w:tcPr>
          <w:p w14:paraId="4C0EF3E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13.97 (13.37 - 14.58)</w:t>
            </w:r>
          </w:p>
        </w:tc>
      </w:tr>
      <w:tr w:rsidR="00F64519" w:rsidRPr="00347AE8" w14:paraId="2FA47B70" w14:textId="77777777" w:rsidTr="00347AE8">
        <w:tc>
          <w:tcPr>
            <w:tcW w:w="1188" w:type="dxa"/>
          </w:tcPr>
          <w:p w14:paraId="2C20C23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2011</w:t>
            </w:r>
          </w:p>
        </w:tc>
        <w:tc>
          <w:tcPr>
            <w:tcW w:w="1147" w:type="dxa"/>
          </w:tcPr>
          <w:p w14:paraId="7FC6C81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162</w:t>
            </w:r>
          </w:p>
        </w:tc>
        <w:tc>
          <w:tcPr>
            <w:tcW w:w="945" w:type="dxa"/>
          </w:tcPr>
          <w:p w14:paraId="07F7D31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13.10 (10.94 - 15.25)</w:t>
            </w:r>
          </w:p>
        </w:tc>
        <w:tc>
          <w:tcPr>
            <w:tcW w:w="929" w:type="dxa"/>
          </w:tcPr>
          <w:p w14:paraId="496A931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1110</w:t>
            </w:r>
          </w:p>
        </w:tc>
        <w:tc>
          <w:tcPr>
            <w:tcW w:w="929" w:type="dxa"/>
          </w:tcPr>
          <w:p w14:paraId="1899C2D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13.10 (12.31 - 13.89)</w:t>
            </w:r>
          </w:p>
        </w:tc>
        <w:tc>
          <w:tcPr>
            <w:tcW w:w="945" w:type="dxa"/>
          </w:tcPr>
          <w:p w14:paraId="5DD51BC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4552</w:t>
            </w:r>
          </w:p>
        </w:tc>
        <w:tc>
          <w:tcPr>
            <w:tcW w:w="945" w:type="dxa"/>
          </w:tcPr>
          <w:p w14:paraId="53989C4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22.15 (21.49 - 22.82)</w:t>
            </w:r>
          </w:p>
        </w:tc>
        <w:tc>
          <w:tcPr>
            <w:tcW w:w="918" w:type="dxa"/>
          </w:tcPr>
          <w:p w14:paraId="20B045F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30574</w:t>
            </w:r>
          </w:p>
        </w:tc>
        <w:tc>
          <w:tcPr>
            <w:tcW w:w="908" w:type="dxa"/>
          </w:tcPr>
          <w:p w14:paraId="25788CA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17.60 (17.40 - 17.80)</w:t>
            </w:r>
          </w:p>
        </w:tc>
        <w:tc>
          <w:tcPr>
            <w:tcW w:w="937" w:type="dxa"/>
          </w:tcPr>
          <w:p w14:paraId="1CB831B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2396</w:t>
            </w:r>
          </w:p>
        </w:tc>
        <w:tc>
          <w:tcPr>
            <w:tcW w:w="937" w:type="dxa"/>
          </w:tcPr>
          <w:p w14:paraId="6159086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14.01 (13.43 - 14.59)</w:t>
            </w:r>
          </w:p>
        </w:tc>
      </w:tr>
      <w:tr w:rsidR="00F64519" w:rsidRPr="00347AE8" w14:paraId="1DCCE7A7" w14:textId="77777777" w:rsidTr="00347AE8">
        <w:tc>
          <w:tcPr>
            <w:tcW w:w="1188" w:type="dxa"/>
          </w:tcPr>
          <w:p w14:paraId="5420429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2012</w:t>
            </w:r>
          </w:p>
        </w:tc>
        <w:tc>
          <w:tcPr>
            <w:tcW w:w="1147" w:type="dxa"/>
          </w:tcPr>
          <w:p w14:paraId="74A8737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182</w:t>
            </w:r>
          </w:p>
        </w:tc>
        <w:tc>
          <w:tcPr>
            <w:tcW w:w="945" w:type="dxa"/>
          </w:tcPr>
          <w:p w14:paraId="7D61EAA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13.68 (11.56 - 15.80)</w:t>
            </w:r>
          </w:p>
        </w:tc>
        <w:tc>
          <w:tcPr>
            <w:tcW w:w="929" w:type="dxa"/>
          </w:tcPr>
          <w:p w14:paraId="3072F2E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1131</w:t>
            </w:r>
          </w:p>
        </w:tc>
        <w:tc>
          <w:tcPr>
            <w:tcW w:w="929" w:type="dxa"/>
          </w:tcPr>
          <w:p w14:paraId="44DCC48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12.66 (11.90 - 13.41)</w:t>
            </w:r>
          </w:p>
        </w:tc>
        <w:tc>
          <w:tcPr>
            <w:tcW w:w="945" w:type="dxa"/>
          </w:tcPr>
          <w:p w14:paraId="646D707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4748</w:t>
            </w:r>
          </w:p>
        </w:tc>
        <w:tc>
          <w:tcPr>
            <w:tcW w:w="945" w:type="dxa"/>
          </w:tcPr>
          <w:p w14:paraId="5580B99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22.11 (21.46 - 22.76)</w:t>
            </w:r>
          </w:p>
        </w:tc>
        <w:tc>
          <w:tcPr>
            <w:tcW w:w="918" w:type="dxa"/>
          </w:tcPr>
          <w:p w14:paraId="465C6AF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31758</w:t>
            </w:r>
          </w:p>
        </w:tc>
        <w:tc>
          <w:tcPr>
            <w:tcW w:w="908" w:type="dxa"/>
          </w:tcPr>
          <w:p w14:paraId="628127E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17.91 (17.71 - 18.11)</w:t>
            </w:r>
          </w:p>
        </w:tc>
        <w:tc>
          <w:tcPr>
            <w:tcW w:w="937" w:type="dxa"/>
          </w:tcPr>
          <w:p w14:paraId="0FE59BE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2495</w:t>
            </w:r>
          </w:p>
        </w:tc>
        <w:tc>
          <w:tcPr>
            <w:tcW w:w="937" w:type="dxa"/>
          </w:tcPr>
          <w:p w14:paraId="769A702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13.78 (13.22 - 14.35)</w:t>
            </w:r>
          </w:p>
        </w:tc>
      </w:tr>
      <w:tr w:rsidR="00F64519" w:rsidRPr="00347AE8" w14:paraId="3AE5F1FC" w14:textId="77777777" w:rsidTr="00347AE8">
        <w:tc>
          <w:tcPr>
            <w:tcW w:w="1188" w:type="dxa"/>
          </w:tcPr>
          <w:p w14:paraId="58DFAB9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2013</w:t>
            </w:r>
          </w:p>
        </w:tc>
        <w:tc>
          <w:tcPr>
            <w:tcW w:w="1147" w:type="dxa"/>
          </w:tcPr>
          <w:p w14:paraId="17C682F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186</w:t>
            </w:r>
          </w:p>
        </w:tc>
        <w:tc>
          <w:tcPr>
            <w:tcW w:w="945" w:type="dxa"/>
          </w:tcPr>
          <w:p w14:paraId="359C1A8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13.76 (11.67 - 15.86)</w:t>
            </w:r>
          </w:p>
        </w:tc>
        <w:tc>
          <w:tcPr>
            <w:tcW w:w="929" w:type="dxa"/>
          </w:tcPr>
          <w:p w14:paraId="40B24EC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1163</w:t>
            </w:r>
          </w:p>
        </w:tc>
        <w:tc>
          <w:tcPr>
            <w:tcW w:w="929" w:type="dxa"/>
          </w:tcPr>
          <w:p w14:paraId="13845EA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12.28 (11.56 - 13.00)</w:t>
            </w:r>
          </w:p>
        </w:tc>
        <w:tc>
          <w:tcPr>
            <w:tcW w:w="945" w:type="dxa"/>
          </w:tcPr>
          <w:p w14:paraId="582F7E3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4912</w:t>
            </w:r>
          </w:p>
        </w:tc>
        <w:tc>
          <w:tcPr>
            <w:tcW w:w="945" w:type="dxa"/>
          </w:tcPr>
          <w:p w14:paraId="3109C62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22.26 (21.62 - 22.90)</w:t>
            </w:r>
          </w:p>
        </w:tc>
        <w:tc>
          <w:tcPr>
            <w:tcW w:w="918" w:type="dxa"/>
          </w:tcPr>
          <w:p w14:paraId="5F033BD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31750</w:t>
            </w:r>
          </w:p>
        </w:tc>
        <w:tc>
          <w:tcPr>
            <w:tcW w:w="908" w:type="dxa"/>
          </w:tcPr>
          <w:p w14:paraId="1A1B0B4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17.59 (17.39 - 17.78)</w:t>
            </w:r>
          </w:p>
        </w:tc>
        <w:tc>
          <w:tcPr>
            <w:tcW w:w="937" w:type="dxa"/>
          </w:tcPr>
          <w:p w14:paraId="1A8DA0A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2576</w:t>
            </w:r>
          </w:p>
        </w:tc>
        <w:tc>
          <w:tcPr>
            <w:tcW w:w="937" w:type="dxa"/>
          </w:tcPr>
          <w:p w14:paraId="46580C8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13.50 (12.96 - 14.05)</w:t>
            </w:r>
          </w:p>
        </w:tc>
      </w:tr>
      <w:tr w:rsidR="00F64519" w:rsidRPr="00347AE8" w14:paraId="3C0E6E0E" w14:textId="77777777" w:rsidTr="00347AE8">
        <w:tc>
          <w:tcPr>
            <w:tcW w:w="1188" w:type="dxa"/>
          </w:tcPr>
          <w:p w14:paraId="228120F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2014</w:t>
            </w:r>
          </w:p>
        </w:tc>
        <w:tc>
          <w:tcPr>
            <w:tcW w:w="1147" w:type="dxa"/>
          </w:tcPr>
          <w:p w14:paraId="4ED9B9E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184</w:t>
            </w:r>
          </w:p>
        </w:tc>
        <w:tc>
          <w:tcPr>
            <w:tcW w:w="945" w:type="dxa"/>
          </w:tcPr>
          <w:p w14:paraId="11BECD6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12.78 (10.84 - 14.73)</w:t>
            </w:r>
          </w:p>
        </w:tc>
        <w:tc>
          <w:tcPr>
            <w:tcW w:w="929" w:type="dxa"/>
          </w:tcPr>
          <w:p w14:paraId="5FD9EDF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1237</w:t>
            </w:r>
          </w:p>
        </w:tc>
        <w:tc>
          <w:tcPr>
            <w:tcW w:w="929" w:type="dxa"/>
          </w:tcPr>
          <w:p w14:paraId="468BBE0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12.05 (11.36 - 12.74)</w:t>
            </w:r>
          </w:p>
        </w:tc>
        <w:tc>
          <w:tcPr>
            <w:tcW w:w="945" w:type="dxa"/>
          </w:tcPr>
          <w:p w14:paraId="7A05F87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5006</w:t>
            </w:r>
          </w:p>
        </w:tc>
        <w:tc>
          <w:tcPr>
            <w:tcW w:w="945" w:type="dxa"/>
          </w:tcPr>
          <w:p w14:paraId="5219087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21.79 (21.16 - 22.41)</w:t>
            </w:r>
          </w:p>
        </w:tc>
        <w:tc>
          <w:tcPr>
            <w:tcW w:w="918" w:type="dxa"/>
          </w:tcPr>
          <w:p w14:paraId="2566184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32941</w:t>
            </w:r>
          </w:p>
        </w:tc>
        <w:tc>
          <w:tcPr>
            <w:tcW w:w="908" w:type="dxa"/>
          </w:tcPr>
          <w:p w14:paraId="58BEBA0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17.92 (17.73 - 18.12)</w:t>
            </w:r>
          </w:p>
        </w:tc>
        <w:tc>
          <w:tcPr>
            <w:tcW w:w="937" w:type="dxa"/>
          </w:tcPr>
          <w:p w14:paraId="27F3950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2730</w:t>
            </w:r>
          </w:p>
        </w:tc>
        <w:tc>
          <w:tcPr>
            <w:tcW w:w="937" w:type="dxa"/>
          </w:tcPr>
          <w:p w14:paraId="46A827D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13.42 (12.89 - 13.94)</w:t>
            </w:r>
          </w:p>
        </w:tc>
      </w:tr>
      <w:tr w:rsidR="00F64519" w:rsidRPr="00347AE8" w14:paraId="62ACD284" w14:textId="77777777" w:rsidTr="00347AE8">
        <w:tc>
          <w:tcPr>
            <w:tcW w:w="1188" w:type="dxa"/>
          </w:tcPr>
          <w:p w14:paraId="10A0D2F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2015</w:t>
            </w:r>
          </w:p>
        </w:tc>
        <w:tc>
          <w:tcPr>
            <w:tcW w:w="1147" w:type="dxa"/>
          </w:tcPr>
          <w:p w14:paraId="04CA63A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220</w:t>
            </w:r>
          </w:p>
        </w:tc>
        <w:tc>
          <w:tcPr>
            <w:tcW w:w="945" w:type="dxa"/>
          </w:tcPr>
          <w:p w14:paraId="635E35F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14.57 (12.55 - 16.59)</w:t>
            </w:r>
          </w:p>
        </w:tc>
        <w:tc>
          <w:tcPr>
            <w:tcW w:w="929" w:type="dxa"/>
          </w:tcPr>
          <w:p w14:paraId="304A24D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1359</w:t>
            </w:r>
          </w:p>
        </w:tc>
        <w:tc>
          <w:tcPr>
            <w:tcW w:w="929" w:type="dxa"/>
          </w:tcPr>
          <w:p w14:paraId="2773541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12.39 (11.72 - 13.06)</w:t>
            </w:r>
          </w:p>
        </w:tc>
        <w:tc>
          <w:tcPr>
            <w:tcW w:w="945" w:type="dxa"/>
          </w:tcPr>
          <w:p w14:paraId="0E6D10D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5266</w:t>
            </w:r>
          </w:p>
        </w:tc>
        <w:tc>
          <w:tcPr>
            <w:tcW w:w="945" w:type="dxa"/>
          </w:tcPr>
          <w:p w14:paraId="092B6A2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22.19 (21.57 - 22.81)</w:t>
            </w:r>
          </w:p>
        </w:tc>
        <w:tc>
          <w:tcPr>
            <w:tcW w:w="918" w:type="dxa"/>
          </w:tcPr>
          <w:p w14:paraId="6193816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33536</w:t>
            </w:r>
          </w:p>
        </w:tc>
        <w:tc>
          <w:tcPr>
            <w:tcW w:w="908" w:type="dxa"/>
          </w:tcPr>
          <w:p w14:paraId="72D736B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17.95 (17.76 - 18.15)</w:t>
            </w:r>
          </w:p>
        </w:tc>
        <w:tc>
          <w:tcPr>
            <w:tcW w:w="937" w:type="dxa"/>
          </w:tcPr>
          <w:p w14:paraId="455AC11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2966</w:t>
            </w:r>
          </w:p>
        </w:tc>
        <w:tc>
          <w:tcPr>
            <w:tcW w:w="937" w:type="dxa"/>
          </w:tcPr>
          <w:p w14:paraId="45AEEC5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13.75 (13.24 - 14.26)</w:t>
            </w:r>
          </w:p>
        </w:tc>
      </w:tr>
      <w:tr w:rsidR="00F64519" w:rsidRPr="00347AE8" w14:paraId="6BB0B295" w14:textId="77777777" w:rsidTr="00347AE8">
        <w:tc>
          <w:tcPr>
            <w:tcW w:w="1188" w:type="dxa"/>
          </w:tcPr>
          <w:p w14:paraId="1B14EBC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2016</w:t>
            </w:r>
          </w:p>
        </w:tc>
        <w:tc>
          <w:tcPr>
            <w:tcW w:w="1147" w:type="dxa"/>
          </w:tcPr>
          <w:p w14:paraId="0CA69C6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234</w:t>
            </w:r>
          </w:p>
        </w:tc>
        <w:tc>
          <w:tcPr>
            <w:tcW w:w="945" w:type="dxa"/>
          </w:tcPr>
          <w:p w14:paraId="6ECB8E4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15.55 (13.47 - 17.64)</w:t>
            </w:r>
          </w:p>
        </w:tc>
        <w:tc>
          <w:tcPr>
            <w:tcW w:w="929" w:type="dxa"/>
          </w:tcPr>
          <w:p w14:paraId="121D6E9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1411</w:t>
            </w:r>
          </w:p>
        </w:tc>
        <w:tc>
          <w:tcPr>
            <w:tcW w:w="929" w:type="dxa"/>
          </w:tcPr>
          <w:p w14:paraId="0E277C6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12.26 (11.61 - 12.91)</w:t>
            </w:r>
          </w:p>
        </w:tc>
        <w:tc>
          <w:tcPr>
            <w:tcW w:w="945" w:type="dxa"/>
          </w:tcPr>
          <w:p w14:paraId="1BDD53F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5504</w:t>
            </w:r>
          </w:p>
        </w:tc>
        <w:tc>
          <w:tcPr>
            <w:tcW w:w="945" w:type="dxa"/>
          </w:tcPr>
          <w:p w14:paraId="14E9FF1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22.38 (21.77 - 22.99)</w:t>
            </w:r>
          </w:p>
        </w:tc>
        <w:tc>
          <w:tcPr>
            <w:tcW w:w="918" w:type="dxa"/>
          </w:tcPr>
          <w:p w14:paraId="6FEB2A0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34444</w:t>
            </w:r>
          </w:p>
        </w:tc>
        <w:tc>
          <w:tcPr>
            <w:tcW w:w="908" w:type="dxa"/>
          </w:tcPr>
          <w:p w14:paraId="2BB9571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18.12 (17.93 - 18.32)</w:t>
            </w:r>
          </w:p>
        </w:tc>
        <w:tc>
          <w:tcPr>
            <w:tcW w:w="937" w:type="dxa"/>
          </w:tcPr>
          <w:p w14:paraId="004EFEE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3097</w:t>
            </w:r>
          </w:p>
        </w:tc>
        <w:tc>
          <w:tcPr>
            <w:tcW w:w="937" w:type="dxa"/>
          </w:tcPr>
          <w:p w14:paraId="719491F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13.87 (13.37 - 14.38)</w:t>
            </w:r>
          </w:p>
        </w:tc>
      </w:tr>
      <w:tr w:rsidR="00F64519" w:rsidRPr="00347AE8" w14:paraId="01D67DDD" w14:textId="77777777" w:rsidTr="00347AE8">
        <w:tc>
          <w:tcPr>
            <w:tcW w:w="1188" w:type="dxa"/>
          </w:tcPr>
          <w:p w14:paraId="74BFDDF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2017</w:t>
            </w:r>
          </w:p>
        </w:tc>
        <w:tc>
          <w:tcPr>
            <w:tcW w:w="1147" w:type="dxa"/>
          </w:tcPr>
          <w:p w14:paraId="7FB30C7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213</w:t>
            </w:r>
          </w:p>
        </w:tc>
        <w:tc>
          <w:tcPr>
            <w:tcW w:w="945" w:type="dxa"/>
          </w:tcPr>
          <w:p w14:paraId="12F32DC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12.94 (11.12 - 14.76)</w:t>
            </w:r>
          </w:p>
        </w:tc>
        <w:tc>
          <w:tcPr>
            <w:tcW w:w="929" w:type="dxa"/>
          </w:tcPr>
          <w:p w14:paraId="16308D8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1479</w:t>
            </w:r>
          </w:p>
        </w:tc>
        <w:tc>
          <w:tcPr>
            <w:tcW w:w="929" w:type="dxa"/>
          </w:tcPr>
          <w:p w14:paraId="5FB14FA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12.09 (11.47 - 12.72)</w:t>
            </w:r>
          </w:p>
        </w:tc>
        <w:tc>
          <w:tcPr>
            <w:tcW w:w="945" w:type="dxa"/>
          </w:tcPr>
          <w:p w14:paraId="30497F9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5593</w:t>
            </w:r>
          </w:p>
        </w:tc>
        <w:tc>
          <w:tcPr>
            <w:tcW w:w="945" w:type="dxa"/>
          </w:tcPr>
          <w:p w14:paraId="0EB0164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22.01 (21.41 - 22.61)</w:t>
            </w:r>
          </w:p>
        </w:tc>
        <w:tc>
          <w:tcPr>
            <w:tcW w:w="918" w:type="dxa"/>
          </w:tcPr>
          <w:p w14:paraId="1454510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35617</w:t>
            </w:r>
          </w:p>
        </w:tc>
        <w:tc>
          <w:tcPr>
            <w:tcW w:w="908" w:type="dxa"/>
          </w:tcPr>
          <w:p w14:paraId="01B5573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18.40 (18.20 - 18.59)</w:t>
            </w:r>
          </w:p>
        </w:tc>
        <w:tc>
          <w:tcPr>
            <w:tcW w:w="937" w:type="dxa"/>
          </w:tcPr>
          <w:p w14:paraId="24DF41A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3211</w:t>
            </w:r>
          </w:p>
        </w:tc>
        <w:tc>
          <w:tcPr>
            <w:tcW w:w="937" w:type="dxa"/>
          </w:tcPr>
          <w:p w14:paraId="23E7773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13.58 (13.10 - 14.07)</w:t>
            </w:r>
          </w:p>
        </w:tc>
      </w:tr>
      <w:tr w:rsidR="00F64519" w:rsidRPr="00347AE8" w14:paraId="3125F02A" w14:textId="77777777" w:rsidTr="00347AE8">
        <w:tc>
          <w:tcPr>
            <w:tcW w:w="1188" w:type="dxa"/>
          </w:tcPr>
          <w:p w14:paraId="1CA72FD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2018</w:t>
            </w:r>
          </w:p>
        </w:tc>
        <w:tc>
          <w:tcPr>
            <w:tcW w:w="1147" w:type="dxa"/>
          </w:tcPr>
          <w:p w14:paraId="54E26F6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224</w:t>
            </w:r>
          </w:p>
        </w:tc>
        <w:tc>
          <w:tcPr>
            <w:tcW w:w="945" w:type="dxa"/>
          </w:tcPr>
          <w:p w14:paraId="0DD859F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13.23 (11.43 - 15.03)</w:t>
            </w:r>
          </w:p>
        </w:tc>
        <w:tc>
          <w:tcPr>
            <w:tcW w:w="929" w:type="dxa"/>
          </w:tcPr>
          <w:p w14:paraId="3FFF741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1545</w:t>
            </w:r>
          </w:p>
        </w:tc>
        <w:tc>
          <w:tcPr>
            <w:tcW w:w="929" w:type="dxa"/>
          </w:tcPr>
          <w:p w14:paraId="4615E57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12.09 (11.48 - 12.71)</w:t>
            </w:r>
          </w:p>
        </w:tc>
        <w:tc>
          <w:tcPr>
            <w:tcW w:w="945" w:type="dxa"/>
          </w:tcPr>
          <w:p w14:paraId="5110957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5820</w:t>
            </w:r>
          </w:p>
        </w:tc>
        <w:tc>
          <w:tcPr>
            <w:tcW w:w="945" w:type="dxa"/>
          </w:tcPr>
          <w:p w14:paraId="0441E50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22.28 (21.69 - 22.87)</w:t>
            </w:r>
          </w:p>
        </w:tc>
        <w:tc>
          <w:tcPr>
            <w:tcW w:w="918" w:type="dxa"/>
          </w:tcPr>
          <w:p w14:paraId="6EFBC9E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36019</w:t>
            </w:r>
          </w:p>
        </w:tc>
        <w:tc>
          <w:tcPr>
            <w:tcW w:w="908" w:type="dxa"/>
          </w:tcPr>
          <w:p w14:paraId="4C7DA1F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18.26 (18.06 - 18.45)</w:t>
            </w:r>
          </w:p>
        </w:tc>
        <w:tc>
          <w:tcPr>
            <w:tcW w:w="937" w:type="dxa"/>
          </w:tcPr>
          <w:p w14:paraId="0ABC8FE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3540</w:t>
            </w:r>
          </w:p>
        </w:tc>
        <w:tc>
          <w:tcPr>
            <w:tcW w:w="937" w:type="dxa"/>
          </w:tcPr>
          <w:p w14:paraId="7EE84ED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14.44 (13.95 - 14.94)</w:t>
            </w:r>
          </w:p>
        </w:tc>
      </w:tr>
      <w:tr w:rsidR="00F64519" w:rsidRPr="00347AE8" w14:paraId="3D3DB8AA" w14:textId="77777777" w:rsidTr="00347AE8">
        <w:tc>
          <w:tcPr>
            <w:tcW w:w="1188" w:type="dxa"/>
          </w:tcPr>
          <w:p w14:paraId="177B558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2019</w:t>
            </w:r>
          </w:p>
        </w:tc>
        <w:tc>
          <w:tcPr>
            <w:tcW w:w="1147" w:type="dxa"/>
          </w:tcPr>
          <w:p w14:paraId="718DB0F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226</w:t>
            </w:r>
          </w:p>
        </w:tc>
        <w:tc>
          <w:tcPr>
            <w:tcW w:w="945" w:type="dxa"/>
          </w:tcPr>
          <w:p w14:paraId="63CB4DD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12.96 (11.21 - 14.71)</w:t>
            </w:r>
          </w:p>
        </w:tc>
        <w:tc>
          <w:tcPr>
            <w:tcW w:w="929" w:type="dxa"/>
          </w:tcPr>
          <w:p w14:paraId="09764E6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1601</w:t>
            </w:r>
          </w:p>
        </w:tc>
        <w:tc>
          <w:tcPr>
            <w:tcW w:w="929" w:type="dxa"/>
          </w:tcPr>
          <w:p w14:paraId="1AA9C33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12.02 (11.43 - 12.62)</w:t>
            </w:r>
          </w:p>
        </w:tc>
        <w:tc>
          <w:tcPr>
            <w:tcW w:w="945" w:type="dxa"/>
          </w:tcPr>
          <w:p w14:paraId="7DB2147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6020</w:t>
            </w:r>
          </w:p>
        </w:tc>
        <w:tc>
          <w:tcPr>
            <w:tcW w:w="945" w:type="dxa"/>
          </w:tcPr>
          <w:p w14:paraId="33C878D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22.31 (21.73 - 22.89)</w:t>
            </w:r>
          </w:p>
        </w:tc>
        <w:tc>
          <w:tcPr>
            <w:tcW w:w="918" w:type="dxa"/>
          </w:tcPr>
          <w:p w14:paraId="2CCFC45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36621</w:t>
            </w:r>
          </w:p>
        </w:tc>
        <w:tc>
          <w:tcPr>
            <w:tcW w:w="908" w:type="dxa"/>
          </w:tcPr>
          <w:p w14:paraId="39AD06D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18.27 (18.08 - 18.46)</w:t>
            </w:r>
          </w:p>
        </w:tc>
        <w:tc>
          <w:tcPr>
            <w:tcW w:w="937" w:type="dxa"/>
          </w:tcPr>
          <w:p w14:paraId="3DEC44E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3691</w:t>
            </w:r>
          </w:p>
        </w:tc>
        <w:tc>
          <w:tcPr>
            <w:tcW w:w="937" w:type="dxa"/>
          </w:tcPr>
          <w:p w14:paraId="2C1BB00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14.30 (13.82 - 14.78)</w:t>
            </w:r>
          </w:p>
        </w:tc>
      </w:tr>
      <w:tr w:rsidR="00F64519" w:rsidRPr="00347AE8" w14:paraId="3FEC84E5" w14:textId="77777777" w:rsidTr="00347AE8">
        <w:tc>
          <w:tcPr>
            <w:tcW w:w="1188" w:type="dxa"/>
          </w:tcPr>
          <w:p w14:paraId="03E238B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2020</w:t>
            </w:r>
          </w:p>
        </w:tc>
        <w:tc>
          <w:tcPr>
            <w:tcW w:w="1147" w:type="dxa"/>
          </w:tcPr>
          <w:p w14:paraId="18A667A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264</w:t>
            </w:r>
          </w:p>
        </w:tc>
        <w:tc>
          <w:tcPr>
            <w:tcW w:w="945" w:type="dxa"/>
          </w:tcPr>
          <w:p w14:paraId="42E21FD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14.74 (12.91 - 16.58)</w:t>
            </w:r>
          </w:p>
        </w:tc>
        <w:tc>
          <w:tcPr>
            <w:tcW w:w="929" w:type="dxa"/>
          </w:tcPr>
          <w:p w14:paraId="77ED711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1734</w:t>
            </w:r>
          </w:p>
        </w:tc>
        <w:tc>
          <w:tcPr>
            <w:tcW w:w="929" w:type="dxa"/>
          </w:tcPr>
          <w:p w14:paraId="6B17AF2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12.50 (11.91 - 13.10)</w:t>
            </w:r>
          </w:p>
        </w:tc>
        <w:tc>
          <w:tcPr>
            <w:tcW w:w="945" w:type="dxa"/>
          </w:tcPr>
          <w:p w14:paraId="06A86A4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6136</w:t>
            </w:r>
          </w:p>
        </w:tc>
        <w:tc>
          <w:tcPr>
            <w:tcW w:w="945" w:type="dxa"/>
          </w:tcPr>
          <w:p w14:paraId="0601F54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22.12 (21.55 - 22.69)</w:t>
            </w:r>
          </w:p>
        </w:tc>
        <w:tc>
          <w:tcPr>
            <w:tcW w:w="918" w:type="dxa"/>
          </w:tcPr>
          <w:p w14:paraId="142C0D6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37579</w:t>
            </w:r>
          </w:p>
        </w:tc>
        <w:tc>
          <w:tcPr>
            <w:tcW w:w="908" w:type="dxa"/>
          </w:tcPr>
          <w:p w14:paraId="7909C82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18.51 (18.32 - 18.70)</w:t>
            </w:r>
          </w:p>
        </w:tc>
        <w:tc>
          <w:tcPr>
            <w:tcW w:w="937" w:type="dxa"/>
          </w:tcPr>
          <w:p w14:paraId="07508DC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3894</w:t>
            </w:r>
          </w:p>
        </w:tc>
        <w:tc>
          <w:tcPr>
            <w:tcW w:w="937" w:type="dxa"/>
          </w:tcPr>
          <w:p w14:paraId="385C170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14.57 (14.10 - 15.04)</w:t>
            </w:r>
          </w:p>
        </w:tc>
      </w:tr>
      <w:tr w:rsidR="00F64519" w:rsidRPr="00347AE8" w14:paraId="7B7E3166" w14:textId="77777777" w:rsidTr="00347AE8">
        <w:tc>
          <w:tcPr>
            <w:tcW w:w="1188" w:type="dxa"/>
          </w:tcPr>
          <w:p w14:paraId="6FB309C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2021</w:t>
            </w:r>
          </w:p>
        </w:tc>
        <w:tc>
          <w:tcPr>
            <w:tcW w:w="1147" w:type="dxa"/>
          </w:tcPr>
          <w:p w14:paraId="4289EC4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226</w:t>
            </w:r>
          </w:p>
        </w:tc>
        <w:tc>
          <w:tcPr>
            <w:tcW w:w="945" w:type="dxa"/>
          </w:tcPr>
          <w:p w14:paraId="403B593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13.62 (11.85 - 15.62)</w:t>
            </w:r>
          </w:p>
        </w:tc>
        <w:tc>
          <w:tcPr>
            <w:tcW w:w="929" w:type="dxa"/>
          </w:tcPr>
          <w:p w14:paraId="3FDA1D2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1858</w:t>
            </w:r>
          </w:p>
        </w:tc>
        <w:tc>
          <w:tcPr>
            <w:tcW w:w="929" w:type="dxa"/>
          </w:tcPr>
          <w:p w14:paraId="2D9DEF7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13.56 (12.94 - 14.20)</w:t>
            </w:r>
          </w:p>
        </w:tc>
        <w:tc>
          <w:tcPr>
            <w:tcW w:w="945" w:type="dxa"/>
          </w:tcPr>
          <w:p w14:paraId="1EF755F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6291</w:t>
            </w:r>
          </w:p>
        </w:tc>
        <w:tc>
          <w:tcPr>
            <w:tcW w:w="945" w:type="dxa"/>
          </w:tcPr>
          <w:p w14:paraId="11AA642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23.03 (22.44 - 23.62)</w:t>
            </w:r>
          </w:p>
        </w:tc>
        <w:tc>
          <w:tcPr>
            <w:tcW w:w="918" w:type="dxa"/>
          </w:tcPr>
          <w:p w14:paraId="50D15AE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38286</w:t>
            </w:r>
          </w:p>
        </w:tc>
        <w:tc>
          <w:tcPr>
            <w:tcW w:w="908" w:type="dxa"/>
          </w:tcPr>
          <w:p w14:paraId="0A9919E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19.26 (19.06 - 19.46)</w:t>
            </w:r>
          </w:p>
        </w:tc>
        <w:tc>
          <w:tcPr>
            <w:tcW w:w="937" w:type="dxa"/>
          </w:tcPr>
          <w:p w14:paraId="2E82649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3963</w:t>
            </w:r>
          </w:p>
        </w:tc>
        <w:tc>
          <w:tcPr>
            <w:tcW w:w="937" w:type="dxa"/>
          </w:tcPr>
          <w:p w14:paraId="5B58DF5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14.63 (14.16 - 15.11)</w:t>
            </w:r>
          </w:p>
        </w:tc>
      </w:tr>
      <w:tr w:rsidR="00F64519" w:rsidRPr="00347AE8" w14:paraId="0C48AFEA" w14:textId="77777777" w:rsidTr="00347AE8">
        <w:tc>
          <w:tcPr>
            <w:tcW w:w="1188" w:type="dxa"/>
          </w:tcPr>
          <w:p w14:paraId="333A19D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2022</w:t>
            </w:r>
          </w:p>
        </w:tc>
        <w:tc>
          <w:tcPr>
            <w:tcW w:w="1147" w:type="dxa"/>
          </w:tcPr>
          <w:p w14:paraId="56FEAD8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253</w:t>
            </w:r>
          </w:p>
        </w:tc>
        <w:tc>
          <w:tcPr>
            <w:tcW w:w="945" w:type="dxa"/>
          </w:tcPr>
          <w:p w14:paraId="03537B5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14.76 (12.95 - 16.76)</w:t>
            </w:r>
          </w:p>
        </w:tc>
        <w:tc>
          <w:tcPr>
            <w:tcW w:w="929" w:type="dxa"/>
          </w:tcPr>
          <w:p w14:paraId="34AEAE8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1819</w:t>
            </w:r>
          </w:p>
        </w:tc>
        <w:tc>
          <w:tcPr>
            <w:tcW w:w="929" w:type="dxa"/>
          </w:tcPr>
          <w:p w14:paraId="2C69BA8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12.42 (11.85 - 13.02)</w:t>
            </w:r>
          </w:p>
        </w:tc>
        <w:tc>
          <w:tcPr>
            <w:tcW w:w="945" w:type="dxa"/>
          </w:tcPr>
          <w:p w14:paraId="6F2481F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6307</w:t>
            </w:r>
          </w:p>
        </w:tc>
        <w:tc>
          <w:tcPr>
            <w:tcW w:w="945" w:type="dxa"/>
          </w:tcPr>
          <w:p w14:paraId="669B974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22.49 (21.92 - 23.07)</w:t>
            </w:r>
          </w:p>
        </w:tc>
        <w:tc>
          <w:tcPr>
            <w:tcW w:w="918" w:type="dxa"/>
          </w:tcPr>
          <w:p w14:paraId="7A0887C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38672</w:t>
            </w:r>
          </w:p>
        </w:tc>
        <w:tc>
          <w:tcPr>
            <w:tcW w:w="908" w:type="dxa"/>
          </w:tcPr>
          <w:p w14:paraId="344E454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18.94 (18.75 - 19.13)</w:t>
            </w:r>
          </w:p>
        </w:tc>
        <w:tc>
          <w:tcPr>
            <w:tcW w:w="937" w:type="dxa"/>
          </w:tcPr>
          <w:p w14:paraId="39C44FB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4157</w:t>
            </w:r>
          </w:p>
        </w:tc>
        <w:tc>
          <w:tcPr>
            <w:tcW w:w="937" w:type="dxa"/>
          </w:tcPr>
          <w:p w14:paraId="3B321B2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14.72 (14.26 - 15.19)</w:t>
            </w:r>
          </w:p>
        </w:tc>
      </w:tr>
      <w:tr w:rsidR="00F64519" w:rsidRPr="00347AE8" w14:paraId="72B3898A" w14:textId="77777777" w:rsidTr="00347AE8">
        <w:tc>
          <w:tcPr>
            <w:tcW w:w="1188" w:type="dxa"/>
          </w:tcPr>
          <w:p w14:paraId="5B916A7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2023</w:t>
            </w:r>
          </w:p>
        </w:tc>
        <w:tc>
          <w:tcPr>
            <w:tcW w:w="1147" w:type="dxa"/>
          </w:tcPr>
          <w:p w14:paraId="74AD40F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245</w:t>
            </w:r>
          </w:p>
        </w:tc>
        <w:tc>
          <w:tcPr>
            <w:tcW w:w="945" w:type="dxa"/>
          </w:tcPr>
          <w:p w14:paraId="35A36F9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13.22 (11.59 - 15.05)</w:t>
            </w:r>
          </w:p>
        </w:tc>
        <w:tc>
          <w:tcPr>
            <w:tcW w:w="929" w:type="dxa"/>
          </w:tcPr>
          <w:p w14:paraId="59FC145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1849</w:t>
            </w:r>
          </w:p>
        </w:tc>
        <w:tc>
          <w:tcPr>
            <w:tcW w:w="929" w:type="dxa"/>
          </w:tcPr>
          <w:p w14:paraId="36A4774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12.17 (11.62 - 12.74)</w:t>
            </w:r>
          </w:p>
        </w:tc>
        <w:tc>
          <w:tcPr>
            <w:tcW w:w="945" w:type="dxa"/>
          </w:tcPr>
          <w:p w14:paraId="5E81222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6396</w:t>
            </w:r>
          </w:p>
        </w:tc>
        <w:tc>
          <w:tcPr>
            <w:tcW w:w="945" w:type="dxa"/>
          </w:tcPr>
          <w:p w14:paraId="1B073A6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22.18 (21.63 - 22.75)</w:t>
            </w:r>
          </w:p>
        </w:tc>
        <w:tc>
          <w:tcPr>
            <w:tcW w:w="918" w:type="dxa"/>
          </w:tcPr>
          <w:p w14:paraId="7F59841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39511</w:t>
            </w:r>
          </w:p>
        </w:tc>
        <w:tc>
          <w:tcPr>
            <w:tcW w:w="908" w:type="dxa"/>
          </w:tcPr>
          <w:p w14:paraId="282E844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19.15 (18.96 - 19.34)</w:t>
            </w:r>
          </w:p>
        </w:tc>
        <w:tc>
          <w:tcPr>
            <w:tcW w:w="937" w:type="dxa"/>
          </w:tcPr>
          <w:p w14:paraId="1B94C08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4226</w:t>
            </w:r>
          </w:p>
        </w:tc>
        <w:tc>
          <w:tcPr>
            <w:tcW w:w="937" w:type="dxa"/>
          </w:tcPr>
          <w:p w14:paraId="34A9D74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14.36 (13.91 - 14.81)</w:t>
            </w:r>
          </w:p>
        </w:tc>
      </w:tr>
      <w:tr w:rsidR="00F64519" w:rsidRPr="00347AE8" w14:paraId="2FC1571F" w14:textId="77777777" w:rsidTr="00347AE8">
        <w:tc>
          <w:tcPr>
            <w:tcW w:w="1188" w:type="dxa"/>
          </w:tcPr>
          <w:p w14:paraId="6CB0646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2024</w:t>
            </w:r>
          </w:p>
        </w:tc>
        <w:tc>
          <w:tcPr>
            <w:tcW w:w="1147" w:type="dxa"/>
          </w:tcPr>
          <w:p w14:paraId="460975A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245</w:t>
            </w:r>
          </w:p>
        </w:tc>
        <w:tc>
          <w:tcPr>
            <w:tcW w:w="945" w:type="dxa"/>
          </w:tcPr>
          <w:p w14:paraId="73F3493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13.03 (11.42 - 14.83)</w:t>
            </w:r>
          </w:p>
        </w:tc>
        <w:tc>
          <w:tcPr>
            <w:tcW w:w="929" w:type="dxa"/>
          </w:tcPr>
          <w:p w14:paraId="574D33C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1950</w:t>
            </w:r>
          </w:p>
        </w:tc>
        <w:tc>
          <w:tcPr>
            <w:tcW w:w="929" w:type="dxa"/>
          </w:tcPr>
          <w:p w14:paraId="47C9115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12.04 (11.50 - 12.59)</w:t>
            </w:r>
          </w:p>
        </w:tc>
        <w:tc>
          <w:tcPr>
            <w:tcW w:w="945" w:type="dxa"/>
          </w:tcPr>
          <w:p w14:paraId="07AC317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6814</w:t>
            </w:r>
          </w:p>
        </w:tc>
        <w:tc>
          <w:tcPr>
            <w:tcW w:w="945" w:type="dxa"/>
          </w:tcPr>
          <w:p w14:paraId="73F1A44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22.94 (22.38 - 23.51)</w:t>
            </w:r>
          </w:p>
        </w:tc>
        <w:tc>
          <w:tcPr>
            <w:tcW w:w="918" w:type="dxa"/>
          </w:tcPr>
          <w:p w14:paraId="183804A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40456</w:t>
            </w:r>
          </w:p>
        </w:tc>
        <w:tc>
          <w:tcPr>
            <w:tcW w:w="908" w:type="dxa"/>
          </w:tcPr>
          <w:p w14:paraId="3817FBE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19.29 (19.10 - 19.49)</w:t>
            </w:r>
          </w:p>
        </w:tc>
        <w:tc>
          <w:tcPr>
            <w:tcW w:w="937" w:type="dxa"/>
          </w:tcPr>
          <w:p w14:paraId="0B276FF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4709</w:t>
            </w:r>
          </w:p>
        </w:tc>
        <w:tc>
          <w:tcPr>
            <w:tcW w:w="937" w:type="dxa"/>
          </w:tcPr>
          <w:p w14:paraId="02FFF0B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15.01 (14.57 - 15.46)</w:t>
            </w:r>
          </w:p>
        </w:tc>
      </w:tr>
      <w:tr w:rsidR="00F64519" w:rsidRPr="00347AE8" w14:paraId="5BF25A4A" w14:textId="77777777" w:rsidTr="00347AE8">
        <w:tc>
          <w:tcPr>
            <w:tcW w:w="1188" w:type="dxa"/>
          </w:tcPr>
          <w:p w14:paraId="2738092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2025</w:t>
            </w:r>
          </w:p>
        </w:tc>
        <w:tc>
          <w:tcPr>
            <w:tcW w:w="1147" w:type="dxa"/>
          </w:tcPr>
          <w:p w14:paraId="2BC49D5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259</w:t>
            </w:r>
          </w:p>
        </w:tc>
        <w:tc>
          <w:tcPr>
            <w:tcW w:w="945" w:type="dxa"/>
          </w:tcPr>
          <w:p w14:paraId="30D53A4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13.88 (12.21 - 15.73)</w:t>
            </w:r>
          </w:p>
        </w:tc>
        <w:tc>
          <w:tcPr>
            <w:tcW w:w="929" w:type="dxa"/>
          </w:tcPr>
          <w:p w14:paraId="7F2A3CB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2048</w:t>
            </w:r>
          </w:p>
        </w:tc>
        <w:tc>
          <w:tcPr>
            <w:tcW w:w="929" w:type="dxa"/>
          </w:tcPr>
          <w:p w14:paraId="126820C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12.67 (12.12 - 13.23)</w:t>
            </w:r>
          </w:p>
        </w:tc>
        <w:tc>
          <w:tcPr>
            <w:tcW w:w="945" w:type="dxa"/>
          </w:tcPr>
          <w:p w14:paraId="3FBE6C8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6790</w:t>
            </w:r>
          </w:p>
        </w:tc>
        <w:tc>
          <w:tcPr>
            <w:tcW w:w="945" w:type="dxa"/>
          </w:tcPr>
          <w:p w14:paraId="07554E2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23.10 (22.54 - 23.67)</w:t>
            </w:r>
          </w:p>
        </w:tc>
        <w:tc>
          <w:tcPr>
            <w:tcW w:w="918" w:type="dxa"/>
          </w:tcPr>
          <w:p w14:paraId="6EA41E5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41278</w:t>
            </w:r>
          </w:p>
        </w:tc>
        <w:tc>
          <w:tcPr>
            <w:tcW w:w="908" w:type="dxa"/>
          </w:tcPr>
          <w:p w14:paraId="292C9FD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19.57 (19.38 - 19.76)</w:t>
            </w:r>
          </w:p>
        </w:tc>
        <w:tc>
          <w:tcPr>
            <w:tcW w:w="937" w:type="dxa"/>
          </w:tcPr>
          <w:p w14:paraId="2FFD93D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4778</w:t>
            </w:r>
          </w:p>
        </w:tc>
        <w:tc>
          <w:tcPr>
            <w:tcW w:w="937" w:type="dxa"/>
          </w:tcPr>
          <w:p w14:paraId="2E1E501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15.24 (14.80 - 15.70)</w:t>
            </w:r>
          </w:p>
        </w:tc>
      </w:tr>
      <w:tr w:rsidR="00F64519" w:rsidRPr="00347AE8" w14:paraId="103BE6CC" w14:textId="77777777" w:rsidTr="00347AE8">
        <w:tc>
          <w:tcPr>
            <w:tcW w:w="1188" w:type="dxa"/>
          </w:tcPr>
          <w:p w14:paraId="7B7EB8F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Total/Average</w:t>
            </w:r>
          </w:p>
        </w:tc>
        <w:tc>
          <w:tcPr>
            <w:tcW w:w="1147" w:type="dxa"/>
          </w:tcPr>
          <w:p w14:paraId="478B1E7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4806</w:t>
            </w:r>
          </w:p>
        </w:tc>
        <w:tc>
          <w:tcPr>
            <w:tcW w:w="945" w:type="dxa"/>
          </w:tcPr>
          <w:p w14:paraId="3F1CBEB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13.18 (11.10 - 15.35)</w:t>
            </w:r>
          </w:p>
        </w:tc>
        <w:tc>
          <w:tcPr>
            <w:tcW w:w="929" w:type="dxa"/>
          </w:tcPr>
          <w:p w14:paraId="4CCDDD4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32207</w:t>
            </w:r>
          </w:p>
        </w:tc>
        <w:tc>
          <w:tcPr>
            <w:tcW w:w="929" w:type="dxa"/>
          </w:tcPr>
          <w:p w14:paraId="10AFDD3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12.34 (11.58 - 13.11)</w:t>
            </w:r>
          </w:p>
        </w:tc>
        <w:tc>
          <w:tcPr>
            <w:tcW w:w="945" w:type="dxa"/>
          </w:tcPr>
          <w:p w14:paraId="45C665B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133200</w:t>
            </w:r>
          </w:p>
        </w:tc>
        <w:tc>
          <w:tcPr>
            <w:tcW w:w="945" w:type="dxa"/>
          </w:tcPr>
          <w:p w14:paraId="6738018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22.51 (21.85 - 23.16)</w:t>
            </w:r>
          </w:p>
        </w:tc>
        <w:tc>
          <w:tcPr>
            <w:tcW w:w="918" w:type="dxa"/>
          </w:tcPr>
          <w:p w14:paraId="6AA07EA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866180</w:t>
            </w:r>
          </w:p>
        </w:tc>
        <w:tc>
          <w:tcPr>
            <w:tcW w:w="908" w:type="dxa"/>
          </w:tcPr>
          <w:p w14:paraId="2A278CE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17.92 (17.72 - 18.12)</w:t>
            </w:r>
          </w:p>
        </w:tc>
        <w:tc>
          <w:tcPr>
            <w:tcW w:w="937" w:type="dxa"/>
          </w:tcPr>
          <w:p w14:paraId="4A54872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72763</w:t>
            </w:r>
          </w:p>
        </w:tc>
        <w:tc>
          <w:tcPr>
            <w:tcW w:w="937" w:type="dxa"/>
          </w:tcPr>
          <w:p w14:paraId="27D0CC5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13.95 (13.37 - 14.53)</w:t>
            </w:r>
          </w:p>
        </w:tc>
      </w:tr>
    </w:tbl>
    <w:p w14:paraId="6511D4A2" w14:textId="77777777" w:rsidR="00F64519" w:rsidRPr="00347AE8" w:rsidRDefault="00000000">
      <w:pPr>
        <w:rPr>
          <w:color w:val="000000" w:themeColor="text1"/>
        </w:rPr>
      </w:pPr>
      <w:r w:rsidRPr="00347AE8">
        <w:rPr>
          <w:i/>
          <w:color w:val="000000" w:themeColor="text1"/>
          <w:sz w:val="16"/>
        </w:rPr>
        <w:t>AAMRs are age-adjusted rates per 100,000 population. Race and ethnicity categories are mutually exclusive CDC WONDER categories. NH, non-Hispanic.</w:t>
      </w:r>
    </w:p>
    <w:p w14:paraId="7817315A" w14:textId="77777777" w:rsidR="00F64519" w:rsidRPr="00347AE8" w:rsidRDefault="00F64519">
      <w:pPr>
        <w:rPr>
          <w:color w:val="000000" w:themeColor="text1"/>
        </w:rPr>
      </w:pPr>
    </w:p>
    <w:p w14:paraId="2CCD361E" w14:textId="77777777" w:rsidR="00F64519" w:rsidRPr="00347AE8" w:rsidRDefault="00000000">
      <w:pPr>
        <w:rPr>
          <w:color w:val="000000" w:themeColor="text1"/>
        </w:rPr>
      </w:pPr>
      <w:r w:rsidRPr="00347AE8">
        <w:rPr>
          <w:b/>
          <w:color w:val="000000" w:themeColor="text1"/>
          <w:sz w:val="20"/>
        </w:rPr>
        <w:t>Supplemental Table 6. Annual AAMRs and deaths from pancreatic cancer among U.S. adults aged 25 years and older, stratified by urbanization category, 1999–2020.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01"/>
        <w:gridCol w:w="2101"/>
        <w:gridCol w:w="2100"/>
        <w:gridCol w:w="2100"/>
        <w:gridCol w:w="2100"/>
      </w:tblGrid>
      <w:tr w:rsidR="00F64519" w:rsidRPr="00347AE8" w14:paraId="4DAEA3BA" w14:textId="77777777" w:rsidTr="00347AE8">
        <w:tc>
          <w:tcPr>
            <w:tcW w:w="2102" w:type="dxa"/>
          </w:tcPr>
          <w:p w14:paraId="57A1F07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5"/>
              </w:rPr>
              <w:t>Year</w:t>
            </w:r>
          </w:p>
        </w:tc>
        <w:tc>
          <w:tcPr>
            <w:tcW w:w="2102" w:type="dxa"/>
          </w:tcPr>
          <w:p w14:paraId="7A920D3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5"/>
              </w:rPr>
              <w:t>Metropolitan</w:t>
            </w:r>
          </w:p>
        </w:tc>
        <w:tc>
          <w:tcPr>
            <w:tcW w:w="2102" w:type="dxa"/>
          </w:tcPr>
          <w:p w14:paraId="5011117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5"/>
              </w:rPr>
              <w:t>Metropolitan</w:t>
            </w:r>
          </w:p>
        </w:tc>
        <w:tc>
          <w:tcPr>
            <w:tcW w:w="2102" w:type="dxa"/>
          </w:tcPr>
          <w:p w14:paraId="39D7645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5"/>
              </w:rPr>
              <w:t>Non-metropolitan</w:t>
            </w:r>
          </w:p>
        </w:tc>
        <w:tc>
          <w:tcPr>
            <w:tcW w:w="2102" w:type="dxa"/>
          </w:tcPr>
          <w:p w14:paraId="1730FEE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5"/>
              </w:rPr>
              <w:t>Non-metropolitan</w:t>
            </w:r>
          </w:p>
        </w:tc>
      </w:tr>
      <w:tr w:rsidR="00F64519" w:rsidRPr="00347AE8" w14:paraId="0CDAEAD1" w14:textId="77777777" w:rsidTr="00347AE8">
        <w:tc>
          <w:tcPr>
            <w:tcW w:w="2102" w:type="dxa"/>
          </w:tcPr>
          <w:p w14:paraId="3FCBF3E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Year</w:t>
            </w:r>
          </w:p>
        </w:tc>
        <w:tc>
          <w:tcPr>
            <w:tcW w:w="2102" w:type="dxa"/>
          </w:tcPr>
          <w:p w14:paraId="0E59D7B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Deaths</w:t>
            </w:r>
          </w:p>
        </w:tc>
        <w:tc>
          <w:tcPr>
            <w:tcW w:w="2102" w:type="dxa"/>
          </w:tcPr>
          <w:p w14:paraId="27B6452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AAMR (95% CI)</w:t>
            </w:r>
          </w:p>
        </w:tc>
        <w:tc>
          <w:tcPr>
            <w:tcW w:w="2102" w:type="dxa"/>
          </w:tcPr>
          <w:p w14:paraId="1688AF2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Deaths</w:t>
            </w:r>
          </w:p>
        </w:tc>
        <w:tc>
          <w:tcPr>
            <w:tcW w:w="2102" w:type="dxa"/>
          </w:tcPr>
          <w:p w14:paraId="14B55DC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AAMR (95% CI)</w:t>
            </w:r>
          </w:p>
        </w:tc>
      </w:tr>
      <w:tr w:rsidR="00F64519" w:rsidRPr="00347AE8" w14:paraId="27757B71" w14:textId="77777777" w:rsidTr="00347AE8">
        <w:tc>
          <w:tcPr>
            <w:tcW w:w="2102" w:type="dxa"/>
          </w:tcPr>
          <w:p w14:paraId="456F19C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1999</w:t>
            </w:r>
          </w:p>
        </w:tc>
        <w:tc>
          <w:tcPr>
            <w:tcW w:w="2102" w:type="dxa"/>
          </w:tcPr>
          <w:p w14:paraId="523C0C6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24833</w:t>
            </w:r>
          </w:p>
        </w:tc>
        <w:tc>
          <w:tcPr>
            <w:tcW w:w="2102" w:type="dxa"/>
          </w:tcPr>
          <w:p w14:paraId="64B4BEF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17.25 (17.03 - 17.46)</w:t>
            </w:r>
          </w:p>
        </w:tc>
        <w:tc>
          <w:tcPr>
            <w:tcW w:w="2102" w:type="dxa"/>
          </w:tcPr>
          <w:p w14:paraId="050E9A4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5604</w:t>
            </w:r>
          </w:p>
        </w:tc>
        <w:tc>
          <w:tcPr>
            <w:tcW w:w="2102" w:type="dxa"/>
          </w:tcPr>
          <w:p w14:paraId="1C41E83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16.95 (16.5 - 17.39)</w:t>
            </w:r>
          </w:p>
        </w:tc>
      </w:tr>
      <w:tr w:rsidR="00F64519" w:rsidRPr="00347AE8" w14:paraId="65472CF7" w14:textId="77777777" w:rsidTr="00347AE8">
        <w:tc>
          <w:tcPr>
            <w:tcW w:w="2102" w:type="dxa"/>
          </w:tcPr>
          <w:p w14:paraId="610D572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2000</w:t>
            </w:r>
          </w:p>
        </w:tc>
        <w:tc>
          <w:tcPr>
            <w:tcW w:w="2102" w:type="dxa"/>
          </w:tcPr>
          <w:p w14:paraId="57D5100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25134</w:t>
            </w:r>
          </w:p>
        </w:tc>
        <w:tc>
          <w:tcPr>
            <w:tcW w:w="2102" w:type="dxa"/>
          </w:tcPr>
          <w:p w14:paraId="23D440A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17.25 (17.03 - 17.46)</w:t>
            </w:r>
          </w:p>
        </w:tc>
        <w:tc>
          <w:tcPr>
            <w:tcW w:w="2102" w:type="dxa"/>
          </w:tcPr>
          <w:p w14:paraId="20C1CA7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5488</w:t>
            </w:r>
          </w:p>
        </w:tc>
        <w:tc>
          <w:tcPr>
            <w:tcW w:w="2102" w:type="dxa"/>
          </w:tcPr>
          <w:p w14:paraId="4580479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16.47 (16.03 - 16.91)</w:t>
            </w:r>
          </w:p>
        </w:tc>
      </w:tr>
      <w:tr w:rsidR="00F64519" w:rsidRPr="00347AE8" w14:paraId="607013DC" w14:textId="77777777" w:rsidTr="00347AE8">
        <w:tc>
          <w:tcPr>
            <w:tcW w:w="2102" w:type="dxa"/>
          </w:tcPr>
          <w:p w14:paraId="7694FA0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2001</w:t>
            </w:r>
          </w:p>
        </w:tc>
        <w:tc>
          <w:tcPr>
            <w:tcW w:w="2102" w:type="dxa"/>
          </w:tcPr>
          <w:p w14:paraId="4C482FB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25477</w:t>
            </w:r>
          </w:p>
        </w:tc>
        <w:tc>
          <w:tcPr>
            <w:tcW w:w="2102" w:type="dxa"/>
          </w:tcPr>
          <w:p w14:paraId="085B453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17.16 (16.95 - 17.37)</w:t>
            </w:r>
          </w:p>
        </w:tc>
        <w:tc>
          <w:tcPr>
            <w:tcW w:w="2102" w:type="dxa"/>
          </w:tcPr>
          <w:p w14:paraId="307C131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5611</w:t>
            </w:r>
          </w:p>
        </w:tc>
        <w:tc>
          <w:tcPr>
            <w:tcW w:w="2102" w:type="dxa"/>
          </w:tcPr>
          <w:p w14:paraId="22F65D9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16.64 (16.21 - 17.08)</w:t>
            </w:r>
          </w:p>
        </w:tc>
      </w:tr>
      <w:tr w:rsidR="00F64519" w:rsidRPr="00347AE8" w14:paraId="79F3FC31" w14:textId="77777777" w:rsidTr="00347AE8">
        <w:tc>
          <w:tcPr>
            <w:tcW w:w="2102" w:type="dxa"/>
          </w:tcPr>
          <w:p w14:paraId="46B6C1C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2002</w:t>
            </w:r>
          </w:p>
        </w:tc>
        <w:tc>
          <w:tcPr>
            <w:tcW w:w="2102" w:type="dxa"/>
          </w:tcPr>
          <w:p w14:paraId="6C33D2F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25824</w:t>
            </w:r>
          </w:p>
        </w:tc>
        <w:tc>
          <w:tcPr>
            <w:tcW w:w="2102" w:type="dxa"/>
          </w:tcPr>
          <w:p w14:paraId="1B3237D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17.09 (16.88 - 17.3)</w:t>
            </w:r>
          </w:p>
        </w:tc>
        <w:tc>
          <w:tcPr>
            <w:tcW w:w="2102" w:type="dxa"/>
          </w:tcPr>
          <w:p w14:paraId="7095C7D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5687</w:t>
            </w:r>
          </w:p>
        </w:tc>
        <w:tc>
          <w:tcPr>
            <w:tcW w:w="2102" w:type="dxa"/>
          </w:tcPr>
          <w:p w14:paraId="3D1F6F0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16.69 (16.26 - 17.13)</w:t>
            </w:r>
          </w:p>
        </w:tc>
      </w:tr>
      <w:tr w:rsidR="00F64519" w:rsidRPr="00347AE8" w14:paraId="25DCD468" w14:textId="77777777" w:rsidTr="00347AE8">
        <w:tc>
          <w:tcPr>
            <w:tcW w:w="2102" w:type="dxa"/>
          </w:tcPr>
          <w:p w14:paraId="201EE60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2003</w:t>
            </w:r>
          </w:p>
        </w:tc>
        <w:tc>
          <w:tcPr>
            <w:tcW w:w="2102" w:type="dxa"/>
          </w:tcPr>
          <w:p w14:paraId="5C6B688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26285</w:t>
            </w:r>
          </w:p>
        </w:tc>
        <w:tc>
          <w:tcPr>
            <w:tcW w:w="2102" w:type="dxa"/>
          </w:tcPr>
          <w:p w14:paraId="1F9679B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17.07 (16.87 - 17.28)</w:t>
            </w:r>
          </w:p>
        </w:tc>
        <w:tc>
          <w:tcPr>
            <w:tcW w:w="2102" w:type="dxa"/>
          </w:tcPr>
          <w:p w14:paraId="6AC7ED1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5694</w:t>
            </w:r>
          </w:p>
        </w:tc>
        <w:tc>
          <w:tcPr>
            <w:tcW w:w="2102" w:type="dxa"/>
          </w:tcPr>
          <w:p w14:paraId="12DF917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16.48 (16.05 - 16.91)</w:t>
            </w:r>
          </w:p>
        </w:tc>
      </w:tr>
      <w:tr w:rsidR="00F64519" w:rsidRPr="00347AE8" w14:paraId="3AAE1E11" w14:textId="77777777" w:rsidTr="00347AE8">
        <w:tc>
          <w:tcPr>
            <w:tcW w:w="2102" w:type="dxa"/>
          </w:tcPr>
          <w:p w14:paraId="23CD608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2004</w:t>
            </w:r>
          </w:p>
        </w:tc>
        <w:tc>
          <w:tcPr>
            <w:tcW w:w="2102" w:type="dxa"/>
          </w:tcPr>
          <w:p w14:paraId="18FC6D6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27098</w:t>
            </w:r>
          </w:p>
        </w:tc>
        <w:tc>
          <w:tcPr>
            <w:tcW w:w="2102" w:type="dxa"/>
          </w:tcPr>
          <w:p w14:paraId="26FE3D9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17.28 (17.07 - 17.49)</w:t>
            </w:r>
          </w:p>
        </w:tc>
        <w:tc>
          <w:tcPr>
            <w:tcW w:w="2102" w:type="dxa"/>
          </w:tcPr>
          <w:p w14:paraId="028DD20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5880</w:t>
            </w:r>
          </w:p>
        </w:tc>
        <w:tc>
          <w:tcPr>
            <w:tcW w:w="2102" w:type="dxa"/>
          </w:tcPr>
          <w:p w14:paraId="15BE256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16.84 (16.41 - 17.27)</w:t>
            </w:r>
          </w:p>
        </w:tc>
      </w:tr>
      <w:tr w:rsidR="00F64519" w:rsidRPr="00347AE8" w14:paraId="2503E2C8" w14:textId="77777777" w:rsidTr="00347AE8">
        <w:tc>
          <w:tcPr>
            <w:tcW w:w="2102" w:type="dxa"/>
          </w:tcPr>
          <w:p w14:paraId="44C4326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2005</w:t>
            </w:r>
          </w:p>
        </w:tc>
        <w:tc>
          <w:tcPr>
            <w:tcW w:w="2102" w:type="dxa"/>
          </w:tcPr>
          <w:p w14:paraId="35CDF35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28073</w:t>
            </w:r>
          </w:p>
        </w:tc>
        <w:tc>
          <w:tcPr>
            <w:tcW w:w="2102" w:type="dxa"/>
          </w:tcPr>
          <w:p w14:paraId="38FDB96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17.56 (17.35 - 17.77)</w:t>
            </w:r>
          </w:p>
        </w:tc>
        <w:tc>
          <w:tcPr>
            <w:tcW w:w="2102" w:type="dxa"/>
          </w:tcPr>
          <w:p w14:paraId="78BEB25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5912</w:t>
            </w:r>
          </w:p>
        </w:tc>
        <w:tc>
          <w:tcPr>
            <w:tcW w:w="2102" w:type="dxa"/>
          </w:tcPr>
          <w:p w14:paraId="46CC41C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16.73 (16.3 - 17.16)</w:t>
            </w:r>
          </w:p>
        </w:tc>
      </w:tr>
      <w:tr w:rsidR="00F64519" w:rsidRPr="00347AE8" w14:paraId="1A9A7995" w14:textId="77777777" w:rsidTr="00347AE8">
        <w:tc>
          <w:tcPr>
            <w:tcW w:w="2102" w:type="dxa"/>
          </w:tcPr>
          <w:p w14:paraId="211FDFA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2006</w:t>
            </w:r>
          </w:p>
        </w:tc>
        <w:tc>
          <w:tcPr>
            <w:tcW w:w="2102" w:type="dxa"/>
          </w:tcPr>
          <w:p w14:paraId="5ED50BE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28589</w:t>
            </w:r>
          </w:p>
        </w:tc>
        <w:tc>
          <w:tcPr>
            <w:tcW w:w="2102" w:type="dxa"/>
          </w:tcPr>
          <w:p w14:paraId="2E37444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17.49 (17.28 - 17.69)</w:t>
            </w:r>
          </w:p>
        </w:tc>
        <w:tc>
          <w:tcPr>
            <w:tcW w:w="2102" w:type="dxa"/>
          </w:tcPr>
          <w:p w14:paraId="19437F6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6183</w:t>
            </w:r>
          </w:p>
        </w:tc>
        <w:tc>
          <w:tcPr>
            <w:tcW w:w="2102" w:type="dxa"/>
          </w:tcPr>
          <w:p w14:paraId="4D7B9F4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17.17 (16.74 - 17.6)</w:t>
            </w:r>
          </w:p>
        </w:tc>
      </w:tr>
      <w:tr w:rsidR="00F64519" w:rsidRPr="00347AE8" w14:paraId="2B2B6D74" w14:textId="77777777" w:rsidTr="00347AE8">
        <w:tc>
          <w:tcPr>
            <w:tcW w:w="2102" w:type="dxa"/>
          </w:tcPr>
          <w:p w14:paraId="3336F63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2007</w:t>
            </w:r>
          </w:p>
        </w:tc>
        <w:tc>
          <w:tcPr>
            <w:tcW w:w="2102" w:type="dxa"/>
          </w:tcPr>
          <w:p w14:paraId="5E9142F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29169</w:t>
            </w:r>
          </w:p>
        </w:tc>
        <w:tc>
          <w:tcPr>
            <w:tcW w:w="2102" w:type="dxa"/>
          </w:tcPr>
          <w:p w14:paraId="05C328D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17.48 (17.28 - 17.68)</w:t>
            </w:r>
          </w:p>
        </w:tc>
        <w:tc>
          <w:tcPr>
            <w:tcW w:w="2102" w:type="dxa"/>
          </w:tcPr>
          <w:p w14:paraId="2B03A16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6335</w:t>
            </w:r>
          </w:p>
        </w:tc>
        <w:tc>
          <w:tcPr>
            <w:tcW w:w="2102" w:type="dxa"/>
          </w:tcPr>
          <w:p w14:paraId="455363E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17.32 (16.89 - 17.74)</w:t>
            </w:r>
          </w:p>
        </w:tc>
      </w:tr>
      <w:tr w:rsidR="00F64519" w:rsidRPr="00347AE8" w14:paraId="1B97E6CA" w14:textId="77777777" w:rsidTr="00347AE8">
        <w:tc>
          <w:tcPr>
            <w:tcW w:w="2102" w:type="dxa"/>
          </w:tcPr>
          <w:p w14:paraId="3C12D64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2008</w:t>
            </w:r>
          </w:p>
        </w:tc>
        <w:tc>
          <w:tcPr>
            <w:tcW w:w="2102" w:type="dxa"/>
          </w:tcPr>
          <w:p w14:paraId="39B250A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30167</w:t>
            </w:r>
          </w:p>
        </w:tc>
        <w:tc>
          <w:tcPr>
            <w:tcW w:w="2102" w:type="dxa"/>
          </w:tcPr>
          <w:p w14:paraId="08CD1D1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17.7 (17.5 - 17.9)</w:t>
            </w:r>
          </w:p>
        </w:tc>
        <w:tc>
          <w:tcPr>
            <w:tcW w:w="2102" w:type="dxa"/>
          </w:tcPr>
          <w:p w14:paraId="3FE1CFF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6453</w:t>
            </w:r>
          </w:p>
        </w:tc>
        <w:tc>
          <w:tcPr>
            <w:tcW w:w="2102" w:type="dxa"/>
          </w:tcPr>
          <w:p w14:paraId="54F379E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17.4 (16.97 - 17.83)</w:t>
            </w:r>
          </w:p>
        </w:tc>
      </w:tr>
      <w:tr w:rsidR="00F64519" w:rsidRPr="00347AE8" w14:paraId="29EF3306" w14:textId="77777777" w:rsidTr="00347AE8">
        <w:tc>
          <w:tcPr>
            <w:tcW w:w="2102" w:type="dxa"/>
          </w:tcPr>
          <w:p w14:paraId="2D7D876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2009</w:t>
            </w:r>
          </w:p>
        </w:tc>
        <w:tc>
          <w:tcPr>
            <w:tcW w:w="2102" w:type="dxa"/>
          </w:tcPr>
          <w:p w14:paraId="43BF96B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30473</w:t>
            </w:r>
          </w:p>
        </w:tc>
        <w:tc>
          <w:tcPr>
            <w:tcW w:w="2102" w:type="dxa"/>
          </w:tcPr>
          <w:p w14:paraId="2804C0D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17.44 (17.24 - 17.63)</w:t>
            </w:r>
          </w:p>
        </w:tc>
        <w:tc>
          <w:tcPr>
            <w:tcW w:w="2102" w:type="dxa"/>
          </w:tcPr>
          <w:p w14:paraId="5966EF5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6596</w:t>
            </w:r>
          </w:p>
        </w:tc>
        <w:tc>
          <w:tcPr>
            <w:tcW w:w="2102" w:type="dxa"/>
          </w:tcPr>
          <w:p w14:paraId="5CF7CFE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17.53 (17.1 - 17.96)</w:t>
            </w:r>
          </w:p>
        </w:tc>
      </w:tr>
      <w:tr w:rsidR="00F64519" w:rsidRPr="00347AE8" w14:paraId="023ADE5F" w14:textId="77777777" w:rsidTr="00347AE8">
        <w:tc>
          <w:tcPr>
            <w:tcW w:w="2102" w:type="dxa"/>
          </w:tcPr>
          <w:p w14:paraId="588534C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2010</w:t>
            </w:r>
          </w:p>
        </w:tc>
        <w:tc>
          <w:tcPr>
            <w:tcW w:w="2102" w:type="dxa"/>
          </w:tcPr>
          <w:p w14:paraId="0947DBE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31735</w:t>
            </w:r>
          </w:p>
        </w:tc>
        <w:tc>
          <w:tcPr>
            <w:tcW w:w="2102" w:type="dxa"/>
          </w:tcPr>
          <w:p w14:paraId="24CC7D5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17.85 (17.66 - 18.05)</w:t>
            </w:r>
          </w:p>
        </w:tc>
        <w:tc>
          <w:tcPr>
            <w:tcW w:w="2102" w:type="dxa"/>
          </w:tcPr>
          <w:p w14:paraId="53F2656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6613</w:t>
            </w:r>
          </w:p>
        </w:tc>
        <w:tc>
          <w:tcPr>
            <w:tcW w:w="2102" w:type="dxa"/>
          </w:tcPr>
          <w:p w14:paraId="1529DE1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17.41 (16.98 - 17.83)</w:t>
            </w:r>
          </w:p>
        </w:tc>
      </w:tr>
      <w:tr w:rsidR="00F64519" w:rsidRPr="00347AE8" w14:paraId="0840644E" w14:textId="77777777" w:rsidTr="00347AE8">
        <w:tc>
          <w:tcPr>
            <w:tcW w:w="2102" w:type="dxa"/>
          </w:tcPr>
          <w:p w14:paraId="2771A23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lastRenderedPageBreak/>
              <w:t>2011</w:t>
            </w:r>
          </w:p>
        </w:tc>
        <w:tc>
          <w:tcPr>
            <w:tcW w:w="2102" w:type="dxa"/>
          </w:tcPr>
          <w:p w14:paraId="4D68678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31934</w:t>
            </w:r>
          </w:p>
        </w:tc>
        <w:tc>
          <w:tcPr>
            <w:tcW w:w="2102" w:type="dxa"/>
          </w:tcPr>
          <w:p w14:paraId="39579CB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17.47 (17.28 - 17.66)</w:t>
            </w:r>
          </w:p>
        </w:tc>
        <w:tc>
          <w:tcPr>
            <w:tcW w:w="2102" w:type="dxa"/>
          </w:tcPr>
          <w:p w14:paraId="71235AE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6860</w:t>
            </w:r>
          </w:p>
        </w:tc>
        <w:tc>
          <w:tcPr>
            <w:tcW w:w="2102" w:type="dxa"/>
          </w:tcPr>
          <w:p w14:paraId="7462AAD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17.71 (17.29 - 18.13)</w:t>
            </w:r>
          </w:p>
        </w:tc>
      </w:tr>
      <w:tr w:rsidR="00F64519" w:rsidRPr="00347AE8" w14:paraId="04B637A6" w14:textId="77777777" w:rsidTr="00347AE8">
        <w:tc>
          <w:tcPr>
            <w:tcW w:w="2102" w:type="dxa"/>
          </w:tcPr>
          <w:p w14:paraId="2954BD5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2012</w:t>
            </w:r>
          </w:p>
        </w:tc>
        <w:tc>
          <w:tcPr>
            <w:tcW w:w="2102" w:type="dxa"/>
          </w:tcPr>
          <w:p w14:paraId="32F12EA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33184</w:t>
            </w:r>
          </w:p>
        </w:tc>
        <w:tc>
          <w:tcPr>
            <w:tcW w:w="2102" w:type="dxa"/>
          </w:tcPr>
          <w:p w14:paraId="69980B1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17.65 (17.46 - 17.84)</w:t>
            </w:r>
          </w:p>
        </w:tc>
        <w:tc>
          <w:tcPr>
            <w:tcW w:w="2102" w:type="dxa"/>
          </w:tcPr>
          <w:p w14:paraId="08EE81A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7130</w:t>
            </w:r>
          </w:p>
        </w:tc>
        <w:tc>
          <w:tcPr>
            <w:tcW w:w="2102" w:type="dxa"/>
          </w:tcPr>
          <w:p w14:paraId="40F150D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18.07 (17.65 - 18.5)</w:t>
            </w:r>
          </w:p>
        </w:tc>
      </w:tr>
      <w:tr w:rsidR="00F64519" w:rsidRPr="00347AE8" w14:paraId="7D8CD5E3" w14:textId="77777777" w:rsidTr="00347AE8">
        <w:tc>
          <w:tcPr>
            <w:tcW w:w="2102" w:type="dxa"/>
          </w:tcPr>
          <w:p w14:paraId="5D8186F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2013</w:t>
            </w:r>
          </w:p>
        </w:tc>
        <w:tc>
          <w:tcPr>
            <w:tcW w:w="2102" w:type="dxa"/>
          </w:tcPr>
          <w:p w14:paraId="4D246DC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33524</w:t>
            </w:r>
          </w:p>
        </w:tc>
        <w:tc>
          <w:tcPr>
            <w:tcW w:w="2102" w:type="dxa"/>
          </w:tcPr>
          <w:p w14:paraId="09944B4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17.37 (17.18 - 17.56)</w:t>
            </w:r>
          </w:p>
        </w:tc>
        <w:tc>
          <w:tcPr>
            <w:tcW w:w="2102" w:type="dxa"/>
          </w:tcPr>
          <w:p w14:paraId="1918B06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7063</w:t>
            </w:r>
          </w:p>
        </w:tc>
        <w:tc>
          <w:tcPr>
            <w:tcW w:w="2102" w:type="dxa"/>
          </w:tcPr>
          <w:p w14:paraId="6334D99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17.67 (17.25 - 18.08)</w:t>
            </w:r>
          </w:p>
        </w:tc>
      </w:tr>
      <w:tr w:rsidR="00F64519" w:rsidRPr="00347AE8" w14:paraId="4B8EB3A2" w14:textId="77777777" w:rsidTr="00347AE8">
        <w:tc>
          <w:tcPr>
            <w:tcW w:w="2102" w:type="dxa"/>
          </w:tcPr>
          <w:p w14:paraId="1EF669B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2014</w:t>
            </w:r>
          </w:p>
        </w:tc>
        <w:tc>
          <w:tcPr>
            <w:tcW w:w="2102" w:type="dxa"/>
          </w:tcPr>
          <w:p w14:paraId="6E425BE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34912</w:t>
            </w:r>
          </w:p>
        </w:tc>
        <w:tc>
          <w:tcPr>
            <w:tcW w:w="2102" w:type="dxa"/>
          </w:tcPr>
          <w:p w14:paraId="02CBD51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17.59 (17.4 - 17.77)</w:t>
            </w:r>
          </w:p>
        </w:tc>
        <w:tc>
          <w:tcPr>
            <w:tcW w:w="2102" w:type="dxa"/>
          </w:tcPr>
          <w:p w14:paraId="60BB24C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7186</w:t>
            </w:r>
          </w:p>
        </w:tc>
        <w:tc>
          <w:tcPr>
            <w:tcW w:w="2102" w:type="dxa"/>
          </w:tcPr>
          <w:p w14:paraId="067EDA7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17.62 (17.21 - 18.04)</w:t>
            </w:r>
          </w:p>
        </w:tc>
      </w:tr>
      <w:tr w:rsidR="00F64519" w:rsidRPr="00347AE8" w14:paraId="0700F5A0" w14:textId="77777777" w:rsidTr="00347AE8">
        <w:tc>
          <w:tcPr>
            <w:tcW w:w="2102" w:type="dxa"/>
          </w:tcPr>
          <w:p w14:paraId="3C8E297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2015</w:t>
            </w:r>
          </w:p>
        </w:tc>
        <w:tc>
          <w:tcPr>
            <w:tcW w:w="2102" w:type="dxa"/>
          </w:tcPr>
          <w:p w14:paraId="34DA7FD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35945</w:t>
            </w:r>
          </w:p>
        </w:tc>
        <w:tc>
          <w:tcPr>
            <w:tcW w:w="2102" w:type="dxa"/>
          </w:tcPr>
          <w:p w14:paraId="3D68513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17.68 (17.49 - 17.86)</w:t>
            </w:r>
          </w:p>
        </w:tc>
        <w:tc>
          <w:tcPr>
            <w:tcW w:w="2102" w:type="dxa"/>
          </w:tcPr>
          <w:p w14:paraId="6600CEE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7402</w:t>
            </w:r>
          </w:p>
        </w:tc>
        <w:tc>
          <w:tcPr>
            <w:tcW w:w="2102" w:type="dxa"/>
          </w:tcPr>
          <w:p w14:paraId="480F1E0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17.85 (17.44 - 18.27)</w:t>
            </w:r>
          </w:p>
        </w:tc>
      </w:tr>
      <w:tr w:rsidR="00F64519" w:rsidRPr="00347AE8" w14:paraId="2C9E8C4F" w14:textId="77777777" w:rsidTr="00347AE8">
        <w:tc>
          <w:tcPr>
            <w:tcW w:w="2102" w:type="dxa"/>
          </w:tcPr>
          <w:p w14:paraId="4ADBBC3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2016</w:t>
            </w:r>
          </w:p>
        </w:tc>
        <w:tc>
          <w:tcPr>
            <w:tcW w:w="2102" w:type="dxa"/>
          </w:tcPr>
          <w:p w14:paraId="6AD1441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36991</w:t>
            </w:r>
          </w:p>
        </w:tc>
        <w:tc>
          <w:tcPr>
            <w:tcW w:w="2102" w:type="dxa"/>
          </w:tcPr>
          <w:p w14:paraId="792D9DE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17.78 (17.6 - 17.96)</w:t>
            </w:r>
          </w:p>
        </w:tc>
        <w:tc>
          <w:tcPr>
            <w:tcW w:w="2102" w:type="dxa"/>
          </w:tcPr>
          <w:p w14:paraId="660EF99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7699</w:t>
            </w:r>
          </w:p>
        </w:tc>
        <w:tc>
          <w:tcPr>
            <w:tcW w:w="2102" w:type="dxa"/>
          </w:tcPr>
          <w:p w14:paraId="6789CD8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18.41 (17.99 - 18.83)</w:t>
            </w:r>
          </w:p>
        </w:tc>
      </w:tr>
      <w:tr w:rsidR="00F64519" w:rsidRPr="00347AE8" w14:paraId="104CC013" w14:textId="77777777" w:rsidTr="00347AE8">
        <w:tc>
          <w:tcPr>
            <w:tcW w:w="2102" w:type="dxa"/>
          </w:tcPr>
          <w:p w14:paraId="59798B7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2017</w:t>
            </w:r>
          </w:p>
        </w:tc>
        <w:tc>
          <w:tcPr>
            <w:tcW w:w="2102" w:type="dxa"/>
          </w:tcPr>
          <w:p w14:paraId="26E91D9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38098</w:t>
            </w:r>
          </w:p>
        </w:tc>
        <w:tc>
          <w:tcPr>
            <w:tcW w:w="2102" w:type="dxa"/>
          </w:tcPr>
          <w:p w14:paraId="5821FCC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17.85 (17.66 - 18.03)</w:t>
            </w:r>
          </w:p>
        </w:tc>
        <w:tc>
          <w:tcPr>
            <w:tcW w:w="2102" w:type="dxa"/>
          </w:tcPr>
          <w:p w14:paraId="2AEA677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8015</w:t>
            </w:r>
          </w:p>
        </w:tc>
        <w:tc>
          <w:tcPr>
            <w:tcW w:w="2102" w:type="dxa"/>
          </w:tcPr>
          <w:p w14:paraId="7D8FCA3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18.79 (18.37 - 19.21)</w:t>
            </w:r>
          </w:p>
        </w:tc>
      </w:tr>
      <w:tr w:rsidR="00F64519" w:rsidRPr="00347AE8" w14:paraId="68D1189D" w14:textId="77777777" w:rsidTr="00347AE8">
        <w:tc>
          <w:tcPr>
            <w:tcW w:w="2102" w:type="dxa"/>
          </w:tcPr>
          <w:p w14:paraId="6B715F8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2018</w:t>
            </w:r>
          </w:p>
        </w:tc>
        <w:tc>
          <w:tcPr>
            <w:tcW w:w="2102" w:type="dxa"/>
          </w:tcPr>
          <w:p w14:paraId="776BD5C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39002</w:t>
            </w:r>
          </w:p>
        </w:tc>
        <w:tc>
          <w:tcPr>
            <w:tcW w:w="2102" w:type="dxa"/>
          </w:tcPr>
          <w:p w14:paraId="7EF6060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17.8 (17.62 - 17.98)</w:t>
            </w:r>
          </w:p>
        </w:tc>
        <w:tc>
          <w:tcPr>
            <w:tcW w:w="2102" w:type="dxa"/>
          </w:tcPr>
          <w:p w14:paraId="3F52B57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8146</w:t>
            </w:r>
          </w:p>
        </w:tc>
        <w:tc>
          <w:tcPr>
            <w:tcW w:w="2102" w:type="dxa"/>
          </w:tcPr>
          <w:p w14:paraId="6308EF4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18.81 (18.4 - 19.23)</w:t>
            </w:r>
          </w:p>
        </w:tc>
      </w:tr>
      <w:tr w:rsidR="00F64519" w:rsidRPr="00347AE8" w14:paraId="4B764E34" w14:textId="77777777" w:rsidTr="00347AE8">
        <w:tc>
          <w:tcPr>
            <w:tcW w:w="2102" w:type="dxa"/>
          </w:tcPr>
          <w:p w14:paraId="38AA2F5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2019</w:t>
            </w:r>
          </w:p>
        </w:tc>
        <w:tc>
          <w:tcPr>
            <w:tcW w:w="2102" w:type="dxa"/>
          </w:tcPr>
          <w:p w14:paraId="73E7743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39868</w:t>
            </w:r>
          </w:p>
        </w:tc>
        <w:tc>
          <w:tcPr>
            <w:tcW w:w="2102" w:type="dxa"/>
          </w:tcPr>
          <w:p w14:paraId="11638BF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17.77 (17.59 - 17.94)</w:t>
            </w:r>
          </w:p>
        </w:tc>
        <w:tc>
          <w:tcPr>
            <w:tcW w:w="2102" w:type="dxa"/>
          </w:tcPr>
          <w:p w14:paraId="32FCB4E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8291</w:t>
            </w:r>
          </w:p>
        </w:tc>
        <w:tc>
          <w:tcPr>
            <w:tcW w:w="2102" w:type="dxa"/>
          </w:tcPr>
          <w:p w14:paraId="23B4002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18.91 (18.49 - 19.33)</w:t>
            </w:r>
          </w:p>
        </w:tc>
      </w:tr>
      <w:tr w:rsidR="00F64519" w:rsidRPr="00347AE8" w14:paraId="261E3CB5" w14:textId="77777777" w:rsidTr="00347AE8">
        <w:tc>
          <w:tcPr>
            <w:tcW w:w="2102" w:type="dxa"/>
          </w:tcPr>
          <w:p w14:paraId="14A2F4A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2020</w:t>
            </w:r>
          </w:p>
        </w:tc>
        <w:tc>
          <w:tcPr>
            <w:tcW w:w="2102" w:type="dxa"/>
          </w:tcPr>
          <w:p w14:paraId="4A90D41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41150</w:t>
            </w:r>
          </w:p>
        </w:tc>
        <w:tc>
          <w:tcPr>
            <w:tcW w:w="2102" w:type="dxa"/>
          </w:tcPr>
          <w:p w14:paraId="3124F78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 (17.82 - 18.18)</w:t>
            </w:r>
          </w:p>
        </w:tc>
        <w:tc>
          <w:tcPr>
            <w:tcW w:w="2102" w:type="dxa"/>
          </w:tcPr>
          <w:p w14:paraId="7239D8D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8457</w:t>
            </w:r>
          </w:p>
        </w:tc>
        <w:tc>
          <w:tcPr>
            <w:tcW w:w="2102" w:type="dxa"/>
          </w:tcPr>
          <w:p w14:paraId="3040197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18.95 (18.53 - 19.36)</w:t>
            </w:r>
          </w:p>
        </w:tc>
      </w:tr>
      <w:tr w:rsidR="00F64519" w:rsidRPr="00347AE8" w14:paraId="5D3096E1" w14:textId="77777777" w:rsidTr="00347AE8">
        <w:tc>
          <w:tcPr>
            <w:tcW w:w="2102" w:type="dxa"/>
          </w:tcPr>
          <w:p w14:paraId="710BA7F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Total/Average</w:t>
            </w:r>
          </w:p>
        </w:tc>
        <w:tc>
          <w:tcPr>
            <w:tcW w:w="2102" w:type="dxa"/>
          </w:tcPr>
          <w:p w14:paraId="6738BCF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697465</w:t>
            </w:r>
          </w:p>
        </w:tc>
        <w:tc>
          <w:tcPr>
            <w:tcW w:w="2102" w:type="dxa"/>
          </w:tcPr>
          <w:p w14:paraId="06B6867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17.53 (17.33 - 17.72)</w:t>
            </w:r>
          </w:p>
        </w:tc>
        <w:tc>
          <w:tcPr>
            <w:tcW w:w="2102" w:type="dxa"/>
          </w:tcPr>
          <w:p w14:paraId="2351F75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148305</w:t>
            </w:r>
          </w:p>
        </w:tc>
        <w:tc>
          <w:tcPr>
            <w:tcW w:w="2102" w:type="dxa"/>
          </w:tcPr>
          <w:p w14:paraId="1A8AE2E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17.56 (17.14 - 17.99)</w:t>
            </w:r>
          </w:p>
        </w:tc>
      </w:tr>
    </w:tbl>
    <w:p w14:paraId="2C192E73" w14:textId="77777777" w:rsidR="00F64519" w:rsidRPr="00347AE8" w:rsidRDefault="00000000">
      <w:pPr>
        <w:rPr>
          <w:color w:val="000000" w:themeColor="text1"/>
        </w:rPr>
      </w:pPr>
      <w:r w:rsidRPr="00347AE8">
        <w:rPr>
          <w:i/>
          <w:color w:val="000000" w:themeColor="text1"/>
          <w:sz w:val="16"/>
        </w:rPr>
        <w:t>AAMRs are age-adjusted rates per 100,000 population. Urbanization was defined using the 2013 NCHS Urban-Rural Classification Scheme and collapsed into metropolitan and non-metropolitan categories. The urbanization series is limited to 1999–2020.</w:t>
      </w:r>
    </w:p>
    <w:p w14:paraId="5D17BD27" w14:textId="77777777" w:rsidR="00F64519" w:rsidRPr="00347AE8" w:rsidRDefault="00F64519">
      <w:pPr>
        <w:rPr>
          <w:color w:val="000000" w:themeColor="text1"/>
        </w:rPr>
      </w:pPr>
    </w:p>
    <w:p w14:paraId="72C07707" w14:textId="77777777" w:rsidR="00F64519" w:rsidRPr="00347AE8" w:rsidRDefault="00000000">
      <w:pPr>
        <w:rPr>
          <w:color w:val="000000" w:themeColor="text1"/>
        </w:rPr>
      </w:pPr>
      <w:r w:rsidRPr="00347AE8">
        <w:rPr>
          <w:b/>
          <w:color w:val="000000" w:themeColor="text1"/>
          <w:sz w:val="20"/>
        </w:rPr>
        <w:t>Supplemental Table 7. Annual AAMRs and deaths from pancreatic cancer among U.S. adults aged 25 years and older, stratified by census region, 1999–2025.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68"/>
        <w:gridCol w:w="1167"/>
        <w:gridCol w:w="1167"/>
        <w:gridCol w:w="1167"/>
        <w:gridCol w:w="1167"/>
        <w:gridCol w:w="1167"/>
        <w:gridCol w:w="1166"/>
        <w:gridCol w:w="1167"/>
        <w:gridCol w:w="1166"/>
      </w:tblGrid>
      <w:tr w:rsidR="00F64519" w:rsidRPr="00347AE8" w14:paraId="436BDD28" w14:textId="77777777" w:rsidTr="00347AE8">
        <w:tc>
          <w:tcPr>
            <w:tcW w:w="1168" w:type="dxa"/>
          </w:tcPr>
          <w:p w14:paraId="5CA33D0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4"/>
              </w:rPr>
              <w:t>Year</w:t>
            </w:r>
          </w:p>
        </w:tc>
        <w:tc>
          <w:tcPr>
            <w:tcW w:w="1168" w:type="dxa"/>
          </w:tcPr>
          <w:p w14:paraId="7D692E8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4"/>
              </w:rPr>
              <w:t>Northeast</w:t>
            </w:r>
          </w:p>
        </w:tc>
        <w:tc>
          <w:tcPr>
            <w:tcW w:w="1168" w:type="dxa"/>
          </w:tcPr>
          <w:p w14:paraId="472BBE7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4"/>
              </w:rPr>
              <w:t>Northeast</w:t>
            </w:r>
          </w:p>
        </w:tc>
        <w:tc>
          <w:tcPr>
            <w:tcW w:w="1168" w:type="dxa"/>
          </w:tcPr>
          <w:p w14:paraId="74370D5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4"/>
              </w:rPr>
              <w:t>Midwest</w:t>
            </w:r>
          </w:p>
        </w:tc>
        <w:tc>
          <w:tcPr>
            <w:tcW w:w="1168" w:type="dxa"/>
          </w:tcPr>
          <w:p w14:paraId="7F076CD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4"/>
              </w:rPr>
              <w:t>Midwest</w:t>
            </w:r>
          </w:p>
        </w:tc>
        <w:tc>
          <w:tcPr>
            <w:tcW w:w="1168" w:type="dxa"/>
          </w:tcPr>
          <w:p w14:paraId="5AE8453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4"/>
              </w:rPr>
              <w:t>South</w:t>
            </w:r>
          </w:p>
        </w:tc>
        <w:tc>
          <w:tcPr>
            <w:tcW w:w="1168" w:type="dxa"/>
          </w:tcPr>
          <w:p w14:paraId="1BB3E3E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4"/>
              </w:rPr>
              <w:t>South</w:t>
            </w:r>
          </w:p>
        </w:tc>
        <w:tc>
          <w:tcPr>
            <w:tcW w:w="1168" w:type="dxa"/>
          </w:tcPr>
          <w:p w14:paraId="5F3A48F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4"/>
              </w:rPr>
              <w:t>West</w:t>
            </w:r>
          </w:p>
        </w:tc>
        <w:tc>
          <w:tcPr>
            <w:tcW w:w="1168" w:type="dxa"/>
          </w:tcPr>
          <w:p w14:paraId="5A0D185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4"/>
              </w:rPr>
              <w:t>West</w:t>
            </w:r>
          </w:p>
        </w:tc>
      </w:tr>
      <w:tr w:rsidR="00F64519" w:rsidRPr="00347AE8" w14:paraId="1C6974EC" w14:textId="77777777" w:rsidTr="00347AE8">
        <w:tc>
          <w:tcPr>
            <w:tcW w:w="1168" w:type="dxa"/>
          </w:tcPr>
          <w:p w14:paraId="1C1024A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Year</w:t>
            </w:r>
          </w:p>
        </w:tc>
        <w:tc>
          <w:tcPr>
            <w:tcW w:w="1168" w:type="dxa"/>
          </w:tcPr>
          <w:p w14:paraId="325B857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Deaths</w:t>
            </w:r>
          </w:p>
        </w:tc>
        <w:tc>
          <w:tcPr>
            <w:tcW w:w="1168" w:type="dxa"/>
          </w:tcPr>
          <w:p w14:paraId="7C1D16A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AAMR (95% CI)</w:t>
            </w:r>
          </w:p>
        </w:tc>
        <w:tc>
          <w:tcPr>
            <w:tcW w:w="1168" w:type="dxa"/>
          </w:tcPr>
          <w:p w14:paraId="02FAE36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Deaths</w:t>
            </w:r>
          </w:p>
        </w:tc>
        <w:tc>
          <w:tcPr>
            <w:tcW w:w="1168" w:type="dxa"/>
          </w:tcPr>
          <w:p w14:paraId="6DF1CA7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AAMR (95% CI)</w:t>
            </w:r>
          </w:p>
        </w:tc>
        <w:tc>
          <w:tcPr>
            <w:tcW w:w="1168" w:type="dxa"/>
          </w:tcPr>
          <w:p w14:paraId="6FF21DD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Deaths</w:t>
            </w:r>
          </w:p>
        </w:tc>
        <w:tc>
          <w:tcPr>
            <w:tcW w:w="1168" w:type="dxa"/>
          </w:tcPr>
          <w:p w14:paraId="366F983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AAMR (95% CI)</w:t>
            </w:r>
          </w:p>
        </w:tc>
        <w:tc>
          <w:tcPr>
            <w:tcW w:w="1168" w:type="dxa"/>
          </w:tcPr>
          <w:p w14:paraId="72308C5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Deaths</w:t>
            </w:r>
          </w:p>
        </w:tc>
        <w:tc>
          <w:tcPr>
            <w:tcW w:w="1168" w:type="dxa"/>
          </w:tcPr>
          <w:p w14:paraId="4B83DAB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AAMR (95% CI)</w:t>
            </w:r>
          </w:p>
        </w:tc>
      </w:tr>
      <w:tr w:rsidR="00F64519" w:rsidRPr="00347AE8" w14:paraId="4B351230" w14:textId="77777777" w:rsidTr="00347AE8">
        <w:tc>
          <w:tcPr>
            <w:tcW w:w="1168" w:type="dxa"/>
          </w:tcPr>
          <w:p w14:paraId="14B7333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1999</w:t>
            </w:r>
          </w:p>
        </w:tc>
        <w:tc>
          <w:tcPr>
            <w:tcW w:w="1168" w:type="dxa"/>
          </w:tcPr>
          <w:p w14:paraId="53338DC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6750</w:t>
            </w:r>
          </w:p>
        </w:tc>
        <w:tc>
          <w:tcPr>
            <w:tcW w:w="1168" w:type="dxa"/>
          </w:tcPr>
          <w:p w14:paraId="7BD3073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18.25 (17.81 to 18.68)</w:t>
            </w:r>
          </w:p>
        </w:tc>
        <w:tc>
          <w:tcPr>
            <w:tcW w:w="1168" w:type="dxa"/>
          </w:tcPr>
          <w:p w14:paraId="69C9002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7173</w:t>
            </w:r>
          </w:p>
        </w:tc>
        <w:tc>
          <w:tcPr>
            <w:tcW w:w="1168" w:type="dxa"/>
          </w:tcPr>
          <w:p w14:paraId="5F18C2E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17.12 (16.72 to 17.52)</w:t>
            </w:r>
          </w:p>
        </w:tc>
        <w:tc>
          <w:tcPr>
            <w:tcW w:w="1168" w:type="dxa"/>
          </w:tcPr>
          <w:p w14:paraId="53F9B16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10785</w:t>
            </w:r>
          </w:p>
        </w:tc>
        <w:tc>
          <w:tcPr>
            <w:tcW w:w="1168" w:type="dxa"/>
          </w:tcPr>
          <w:p w14:paraId="2D17403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17.21 (16.89 to 17.54)</w:t>
            </w:r>
          </w:p>
        </w:tc>
        <w:tc>
          <w:tcPr>
            <w:tcW w:w="1168" w:type="dxa"/>
          </w:tcPr>
          <w:p w14:paraId="7008481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5729</w:t>
            </w:r>
          </w:p>
        </w:tc>
        <w:tc>
          <w:tcPr>
            <w:tcW w:w="1168" w:type="dxa"/>
          </w:tcPr>
          <w:p w14:paraId="08C3663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16.16 (15.74 to 16.58)</w:t>
            </w:r>
          </w:p>
        </w:tc>
      </w:tr>
      <w:tr w:rsidR="00F64519" w:rsidRPr="00347AE8" w14:paraId="6ECC76D6" w14:textId="77777777" w:rsidTr="00347AE8">
        <w:tc>
          <w:tcPr>
            <w:tcW w:w="1168" w:type="dxa"/>
          </w:tcPr>
          <w:p w14:paraId="4E079CD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2000</w:t>
            </w:r>
          </w:p>
        </w:tc>
        <w:tc>
          <w:tcPr>
            <w:tcW w:w="1168" w:type="dxa"/>
          </w:tcPr>
          <w:p w14:paraId="1518E96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6722</w:t>
            </w:r>
          </w:p>
        </w:tc>
        <w:tc>
          <w:tcPr>
            <w:tcW w:w="1168" w:type="dxa"/>
          </w:tcPr>
          <w:p w14:paraId="77BEF39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17.95 (17.52 to 18.38)</w:t>
            </w:r>
          </w:p>
        </w:tc>
        <w:tc>
          <w:tcPr>
            <w:tcW w:w="1168" w:type="dxa"/>
          </w:tcPr>
          <w:p w14:paraId="7393427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7286</w:t>
            </w:r>
          </w:p>
        </w:tc>
        <w:tc>
          <w:tcPr>
            <w:tcW w:w="1168" w:type="dxa"/>
          </w:tcPr>
          <w:p w14:paraId="7369B70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17.28 (16.89 to 17.68)</w:t>
            </w:r>
          </w:p>
        </w:tc>
        <w:tc>
          <w:tcPr>
            <w:tcW w:w="1168" w:type="dxa"/>
          </w:tcPr>
          <w:p w14:paraId="399E913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10834</w:t>
            </w:r>
          </w:p>
        </w:tc>
        <w:tc>
          <w:tcPr>
            <w:tcW w:w="1168" w:type="dxa"/>
          </w:tcPr>
          <w:p w14:paraId="1336659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17.08 (16.76 to 17.40)</w:t>
            </w:r>
          </w:p>
        </w:tc>
        <w:tc>
          <w:tcPr>
            <w:tcW w:w="1168" w:type="dxa"/>
          </w:tcPr>
          <w:p w14:paraId="28E5286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5780</w:t>
            </w:r>
          </w:p>
        </w:tc>
        <w:tc>
          <w:tcPr>
            <w:tcW w:w="1168" w:type="dxa"/>
          </w:tcPr>
          <w:p w14:paraId="7A4CC91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16.06 (15.65 to 16.48)</w:t>
            </w:r>
          </w:p>
        </w:tc>
      </w:tr>
      <w:tr w:rsidR="00F64519" w:rsidRPr="00347AE8" w14:paraId="64C93D4E" w14:textId="77777777" w:rsidTr="00347AE8">
        <w:tc>
          <w:tcPr>
            <w:tcW w:w="1168" w:type="dxa"/>
          </w:tcPr>
          <w:p w14:paraId="34F7E20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2001</w:t>
            </w:r>
          </w:p>
        </w:tc>
        <w:tc>
          <w:tcPr>
            <w:tcW w:w="1168" w:type="dxa"/>
          </w:tcPr>
          <w:p w14:paraId="24A640B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6765</w:t>
            </w:r>
          </w:p>
        </w:tc>
        <w:tc>
          <w:tcPr>
            <w:tcW w:w="1168" w:type="dxa"/>
          </w:tcPr>
          <w:p w14:paraId="190D8C1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17.89 (17.47 to 18.32)</w:t>
            </w:r>
          </w:p>
        </w:tc>
        <w:tc>
          <w:tcPr>
            <w:tcW w:w="1168" w:type="dxa"/>
          </w:tcPr>
          <w:p w14:paraId="37C41F8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7268</w:t>
            </w:r>
          </w:p>
        </w:tc>
        <w:tc>
          <w:tcPr>
            <w:tcW w:w="1168" w:type="dxa"/>
          </w:tcPr>
          <w:p w14:paraId="79F966D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17.02 (16.63 to 17.41)</w:t>
            </w:r>
          </w:p>
        </w:tc>
        <w:tc>
          <w:tcPr>
            <w:tcW w:w="1168" w:type="dxa"/>
          </w:tcPr>
          <w:p w14:paraId="6FEB0AD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10931</w:t>
            </w:r>
          </w:p>
        </w:tc>
        <w:tc>
          <w:tcPr>
            <w:tcW w:w="1168" w:type="dxa"/>
          </w:tcPr>
          <w:p w14:paraId="270ABD2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16.88 (16.56 to 17.20)</w:t>
            </w:r>
          </w:p>
        </w:tc>
        <w:tc>
          <w:tcPr>
            <w:tcW w:w="1168" w:type="dxa"/>
          </w:tcPr>
          <w:p w14:paraId="620686A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6124</w:t>
            </w:r>
          </w:p>
        </w:tc>
        <w:tc>
          <w:tcPr>
            <w:tcW w:w="1168" w:type="dxa"/>
          </w:tcPr>
          <w:p w14:paraId="2F68DBE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16.55 (16.14 to 16.97)</w:t>
            </w:r>
          </w:p>
        </w:tc>
      </w:tr>
      <w:tr w:rsidR="00F64519" w:rsidRPr="00347AE8" w14:paraId="2FB652E1" w14:textId="77777777" w:rsidTr="00347AE8">
        <w:tc>
          <w:tcPr>
            <w:tcW w:w="1168" w:type="dxa"/>
          </w:tcPr>
          <w:p w14:paraId="1741B40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2002</w:t>
            </w:r>
          </w:p>
        </w:tc>
        <w:tc>
          <w:tcPr>
            <w:tcW w:w="1168" w:type="dxa"/>
          </w:tcPr>
          <w:p w14:paraId="4EA3359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6840</w:t>
            </w:r>
          </w:p>
        </w:tc>
        <w:tc>
          <w:tcPr>
            <w:tcW w:w="1168" w:type="dxa"/>
          </w:tcPr>
          <w:p w14:paraId="664C010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17.87 (17.44 to 18.29)</w:t>
            </w:r>
          </w:p>
        </w:tc>
        <w:tc>
          <w:tcPr>
            <w:tcW w:w="1168" w:type="dxa"/>
          </w:tcPr>
          <w:p w14:paraId="0CCF55B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7474</w:t>
            </w:r>
          </w:p>
        </w:tc>
        <w:tc>
          <w:tcPr>
            <w:tcW w:w="1168" w:type="dxa"/>
          </w:tcPr>
          <w:p w14:paraId="0917F28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17.30 (16.91 to 17.69)</w:t>
            </w:r>
          </w:p>
        </w:tc>
        <w:tc>
          <w:tcPr>
            <w:tcW w:w="1168" w:type="dxa"/>
          </w:tcPr>
          <w:p w14:paraId="76BEC1A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10957</w:t>
            </w:r>
          </w:p>
        </w:tc>
        <w:tc>
          <w:tcPr>
            <w:tcW w:w="1168" w:type="dxa"/>
          </w:tcPr>
          <w:p w14:paraId="0F17595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16.64 (16.33 to 16.95)</w:t>
            </w:r>
          </w:p>
        </w:tc>
        <w:tc>
          <w:tcPr>
            <w:tcW w:w="1168" w:type="dxa"/>
          </w:tcPr>
          <w:p w14:paraId="0DCB314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6240</w:t>
            </w:r>
          </w:p>
        </w:tc>
        <w:tc>
          <w:tcPr>
            <w:tcW w:w="1168" w:type="dxa"/>
          </w:tcPr>
          <w:p w14:paraId="472D4B8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16.47 (16.06 to 16.88)</w:t>
            </w:r>
          </w:p>
        </w:tc>
      </w:tr>
      <w:tr w:rsidR="00F64519" w:rsidRPr="00347AE8" w14:paraId="19BE27C3" w14:textId="77777777" w:rsidTr="00347AE8">
        <w:tc>
          <w:tcPr>
            <w:tcW w:w="1168" w:type="dxa"/>
          </w:tcPr>
          <w:p w14:paraId="0096525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2003</w:t>
            </w:r>
          </w:p>
        </w:tc>
        <w:tc>
          <w:tcPr>
            <w:tcW w:w="1168" w:type="dxa"/>
          </w:tcPr>
          <w:p w14:paraId="21E27E5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6842</w:t>
            </w:r>
          </w:p>
        </w:tc>
        <w:tc>
          <w:tcPr>
            <w:tcW w:w="1168" w:type="dxa"/>
          </w:tcPr>
          <w:p w14:paraId="0915D78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17.69 (17.27 to 18.11)</w:t>
            </w:r>
          </w:p>
        </w:tc>
        <w:tc>
          <w:tcPr>
            <w:tcW w:w="1168" w:type="dxa"/>
          </w:tcPr>
          <w:p w14:paraId="25FA280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7525</w:t>
            </w:r>
          </w:p>
        </w:tc>
        <w:tc>
          <w:tcPr>
            <w:tcW w:w="1168" w:type="dxa"/>
          </w:tcPr>
          <w:p w14:paraId="08DF604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17.15 (16.76 to 17.54)</w:t>
            </w:r>
          </w:p>
        </w:tc>
        <w:tc>
          <w:tcPr>
            <w:tcW w:w="1168" w:type="dxa"/>
          </w:tcPr>
          <w:p w14:paraId="7C7DC5B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11377</w:t>
            </w:r>
          </w:p>
        </w:tc>
        <w:tc>
          <w:tcPr>
            <w:tcW w:w="1168" w:type="dxa"/>
          </w:tcPr>
          <w:p w14:paraId="0017FDD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16.92 (16.61 to 17.23)</w:t>
            </w:r>
          </w:p>
        </w:tc>
        <w:tc>
          <w:tcPr>
            <w:tcW w:w="1168" w:type="dxa"/>
          </w:tcPr>
          <w:p w14:paraId="33716A2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6235</w:t>
            </w:r>
          </w:p>
        </w:tc>
        <w:tc>
          <w:tcPr>
            <w:tcW w:w="1168" w:type="dxa"/>
          </w:tcPr>
          <w:p w14:paraId="2103617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16.08 (15.68 to 16.48)</w:t>
            </w:r>
          </w:p>
        </w:tc>
      </w:tr>
      <w:tr w:rsidR="00F64519" w:rsidRPr="00347AE8" w14:paraId="00809856" w14:textId="77777777" w:rsidTr="00347AE8">
        <w:tc>
          <w:tcPr>
            <w:tcW w:w="1168" w:type="dxa"/>
          </w:tcPr>
          <w:p w14:paraId="2F08130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2004</w:t>
            </w:r>
          </w:p>
        </w:tc>
        <w:tc>
          <w:tcPr>
            <w:tcW w:w="1168" w:type="dxa"/>
          </w:tcPr>
          <w:p w14:paraId="63CF777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7139</w:t>
            </w:r>
          </w:p>
        </w:tc>
        <w:tc>
          <w:tcPr>
            <w:tcW w:w="1168" w:type="dxa"/>
          </w:tcPr>
          <w:p w14:paraId="292714B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18.25 (17.83 to 18.68)</w:t>
            </w:r>
          </w:p>
        </w:tc>
        <w:tc>
          <w:tcPr>
            <w:tcW w:w="1168" w:type="dxa"/>
          </w:tcPr>
          <w:p w14:paraId="5B521CA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7689</w:t>
            </w:r>
          </w:p>
        </w:tc>
        <w:tc>
          <w:tcPr>
            <w:tcW w:w="1168" w:type="dxa"/>
          </w:tcPr>
          <w:p w14:paraId="7820FAC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17.31 (16.93 to 17.70)</w:t>
            </w:r>
          </w:p>
        </w:tc>
        <w:tc>
          <w:tcPr>
            <w:tcW w:w="1168" w:type="dxa"/>
          </w:tcPr>
          <w:p w14:paraId="2442215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11509</w:t>
            </w:r>
          </w:p>
        </w:tc>
        <w:tc>
          <w:tcPr>
            <w:tcW w:w="1168" w:type="dxa"/>
          </w:tcPr>
          <w:p w14:paraId="1805566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16.78 (16.48 to 17.09)</w:t>
            </w:r>
          </w:p>
        </w:tc>
        <w:tc>
          <w:tcPr>
            <w:tcW w:w="1168" w:type="dxa"/>
          </w:tcPr>
          <w:p w14:paraId="1FD1754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6641</w:t>
            </w:r>
          </w:p>
        </w:tc>
        <w:tc>
          <w:tcPr>
            <w:tcW w:w="1168" w:type="dxa"/>
          </w:tcPr>
          <w:p w14:paraId="418E05C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16.70 (16.29 to 17.10)</w:t>
            </w:r>
          </w:p>
        </w:tc>
      </w:tr>
      <w:tr w:rsidR="00F64519" w:rsidRPr="00347AE8" w14:paraId="17C7C274" w14:textId="77777777" w:rsidTr="00347AE8">
        <w:tc>
          <w:tcPr>
            <w:tcW w:w="1168" w:type="dxa"/>
          </w:tcPr>
          <w:p w14:paraId="6060C41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2005</w:t>
            </w:r>
          </w:p>
        </w:tc>
        <w:tc>
          <w:tcPr>
            <w:tcW w:w="1168" w:type="dxa"/>
          </w:tcPr>
          <w:p w14:paraId="7B4F0CE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7140</w:t>
            </w:r>
          </w:p>
        </w:tc>
        <w:tc>
          <w:tcPr>
            <w:tcW w:w="1168" w:type="dxa"/>
          </w:tcPr>
          <w:p w14:paraId="22AE025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18.10 (17.68 to 18.52)</w:t>
            </w:r>
          </w:p>
        </w:tc>
        <w:tc>
          <w:tcPr>
            <w:tcW w:w="1168" w:type="dxa"/>
          </w:tcPr>
          <w:p w14:paraId="089C549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7903</w:t>
            </w:r>
          </w:p>
        </w:tc>
        <w:tc>
          <w:tcPr>
            <w:tcW w:w="1168" w:type="dxa"/>
          </w:tcPr>
          <w:p w14:paraId="7066EDC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17.55 (17.17 to 17.94)</w:t>
            </w:r>
          </w:p>
        </w:tc>
        <w:tc>
          <w:tcPr>
            <w:tcW w:w="1168" w:type="dxa"/>
          </w:tcPr>
          <w:p w14:paraId="37BD47A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11994</w:t>
            </w:r>
          </w:p>
        </w:tc>
        <w:tc>
          <w:tcPr>
            <w:tcW w:w="1168" w:type="dxa"/>
          </w:tcPr>
          <w:p w14:paraId="7372D9C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17.10 (16.79 to 17.40)</w:t>
            </w:r>
          </w:p>
        </w:tc>
        <w:tc>
          <w:tcPr>
            <w:tcW w:w="1168" w:type="dxa"/>
          </w:tcPr>
          <w:p w14:paraId="181ADBF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6948</w:t>
            </w:r>
          </w:p>
        </w:tc>
        <w:tc>
          <w:tcPr>
            <w:tcW w:w="1168" w:type="dxa"/>
          </w:tcPr>
          <w:p w14:paraId="5975D05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16.98 (16.58 to 17.38)</w:t>
            </w:r>
          </w:p>
        </w:tc>
      </w:tr>
      <w:tr w:rsidR="00F64519" w:rsidRPr="00347AE8" w14:paraId="32027CA0" w14:textId="77777777" w:rsidTr="00347AE8">
        <w:tc>
          <w:tcPr>
            <w:tcW w:w="1168" w:type="dxa"/>
          </w:tcPr>
          <w:p w14:paraId="657B8BD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2006</w:t>
            </w:r>
          </w:p>
        </w:tc>
        <w:tc>
          <w:tcPr>
            <w:tcW w:w="1168" w:type="dxa"/>
          </w:tcPr>
          <w:p w14:paraId="4FB1B88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7326</w:t>
            </w:r>
          </w:p>
        </w:tc>
        <w:tc>
          <w:tcPr>
            <w:tcW w:w="1168" w:type="dxa"/>
          </w:tcPr>
          <w:p w14:paraId="7001476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18.35 (17.93 to 18.77)</w:t>
            </w:r>
          </w:p>
        </w:tc>
        <w:tc>
          <w:tcPr>
            <w:tcW w:w="1168" w:type="dxa"/>
          </w:tcPr>
          <w:p w14:paraId="7C1CCF8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8217</w:t>
            </w:r>
          </w:p>
        </w:tc>
        <w:tc>
          <w:tcPr>
            <w:tcW w:w="1168" w:type="dxa"/>
          </w:tcPr>
          <w:p w14:paraId="7853103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17.99 (17.60 to 18.38)</w:t>
            </w:r>
          </w:p>
        </w:tc>
        <w:tc>
          <w:tcPr>
            <w:tcW w:w="1168" w:type="dxa"/>
          </w:tcPr>
          <w:p w14:paraId="25A2E10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12284</w:t>
            </w:r>
          </w:p>
        </w:tc>
        <w:tc>
          <w:tcPr>
            <w:tcW w:w="1168" w:type="dxa"/>
          </w:tcPr>
          <w:p w14:paraId="749FC6E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17.09 (16.79 to 17.39)</w:t>
            </w:r>
          </w:p>
        </w:tc>
        <w:tc>
          <w:tcPr>
            <w:tcW w:w="1168" w:type="dxa"/>
          </w:tcPr>
          <w:p w14:paraId="309E3AF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6945</w:t>
            </w:r>
          </w:p>
        </w:tc>
        <w:tc>
          <w:tcPr>
            <w:tcW w:w="1168" w:type="dxa"/>
          </w:tcPr>
          <w:p w14:paraId="41493EF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16.66 (16.27 to 17.06)</w:t>
            </w:r>
          </w:p>
        </w:tc>
      </w:tr>
      <w:tr w:rsidR="00F64519" w:rsidRPr="00347AE8" w14:paraId="0EC5DDC3" w14:textId="77777777" w:rsidTr="00347AE8">
        <w:tc>
          <w:tcPr>
            <w:tcW w:w="1168" w:type="dxa"/>
          </w:tcPr>
          <w:p w14:paraId="2473E49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2007</w:t>
            </w:r>
          </w:p>
        </w:tc>
        <w:tc>
          <w:tcPr>
            <w:tcW w:w="1168" w:type="dxa"/>
          </w:tcPr>
          <w:p w14:paraId="0D16106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7437</w:t>
            </w:r>
          </w:p>
        </w:tc>
        <w:tc>
          <w:tcPr>
            <w:tcW w:w="1168" w:type="dxa"/>
          </w:tcPr>
          <w:p w14:paraId="227F660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18.43 (18.01 to 18.85)</w:t>
            </w:r>
          </w:p>
        </w:tc>
        <w:tc>
          <w:tcPr>
            <w:tcW w:w="1168" w:type="dxa"/>
          </w:tcPr>
          <w:p w14:paraId="0C7A000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8236</w:t>
            </w:r>
          </w:p>
        </w:tc>
        <w:tc>
          <w:tcPr>
            <w:tcW w:w="1168" w:type="dxa"/>
          </w:tcPr>
          <w:p w14:paraId="3F5EB13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17.79 (17.40 to 18.17)</w:t>
            </w:r>
          </w:p>
        </w:tc>
        <w:tc>
          <w:tcPr>
            <w:tcW w:w="1168" w:type="dxa"/>
          </w:tcPr>
          <w:p w14:paraId="2EC1E4E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12600</w:t>
            </w:r>
          </w:p>
        </w:tc>
        <w:tc>
          <w:tcPr>
            <w:tcW w:w="1168" w:type="dxa"/>
          </w:tcPr>
          <w:p w14:paraId="5F7620F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17.12 (16.82 to 17.42)</w:t>
            </w:r>
          </w:p>
        </w:tc>
        <w:tc>
          <w:tcPr>
            <w:tcW w:w="1168" w:type="dxa"/>
          </w:tcPr>
          <w:p w14:paraId="51DAA6E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7231</w:t>
            </w:r>
          </w:p>
        </w:tc>
        <w:tc>
          <w:tcPr>
            <w:tcW w:w="1168" w:type="dxa"/>
          </w:tcPr>
          <w:p w14:paraId="4C41AE3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16.84 (16.45 to 17.23)</w:t>
            </w:r>
          </w:p>
        </w:tc>
      </w:tr>
      <w:tr w:rsidR="00F64519" w:rsidRPr="00347AE8" w14:paraId="6A84BC02" w14:textId="77777777" w:rsidTr="00347AE8">
        <w:tc>
          <w:tcPr>
            <w:tcW w:w="1168" w:type="dxa"/>
          </w:tcPr>
          <w:p w14:paraId="57D92A8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2008</w:t>
            </w:r>
          </w:p>
        </w:tc>
        <w:tc>
          <w:tcPr>
            <w:tcW w:w="1168" w:type="dxa"/>
          </w:tcPr>
          <w:p w14:paraId="414148B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7612</w:t>
            </w:r>
          </w:p>
        </w:tc>
        <w:tc>
          <w:tcPr>
            <w:tcW w:w="1168" w:type="dxa"/>
          </w:tcPr>
          <w:p w14:paraId="008FA63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18.61 (18.18 to 19.03)</w:t>
            </w:r>
          </w:p>
        </w:tc>
        <w:tc>
          <w:tcPr>
            <w:tcW w:w="1168" w:type="dxa"/>
          </w:tcPr>
          <w:p w14:paraId="21E870F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8510</w:t>
            </w:r>
          </w:p>
        </w:tc>
        <w:tc>
          <w:tcPr>
            <w:tcW w:w="1168" w:type="dxa"/>
          </w:tcPr>
          <w:p w14:paraId="6D4347B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18.00 (17.61 to 18.38)</w:t>
            </w:r>
          </w:p>
        </w:tc>
        <w:tc>
          <w:tcPr>
            <w:tcW w:w="1168" w:type="dxa"/>
          </w:tcPr>
          <w:p w14:paraId="492235F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13090</w:t>
            </w:r>
          </w:p>
        </w:tc>
        <w:tc>
          <w:tcPr>
            <w:tcW w:w="1168" w:type="dxa"/>
          </w:tcPr>
          <w:p w14:paraId="407D331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17.35 (17.05 to 17.65)</w:t>
            </w:r>
          </w:p>
        </w:tc>
        <w:tc>
          <w:tcPr>
            <w:tcW w:w="1168" w:type="dxa"/>
          </w:tcPr>
          <w:p w14:paraId="1E1E354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7408</w:t>
            </w:r>
          </w:p>
        </w:tc>
        <w:tc>
          <w:tcPr>
            <w:tcW w:w="1168" w:type="dxa"/>
          </w:tcPr>
          <w:p w14:paraId="07EEAD8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16.80 (16.41 to 17.18)</w:t>
            </w:r>
          </w:p>
        </w:tc>
      </w:tr>
      <w:tr w:rsidR="00F64519" w:rsidRPr="00347AE8" w14:paraId="55806C27" w14:textId="77777777" w:rsidTr="00347AE8">
        <w:tc>
          <w:tcPr>
            <w:tcW w:w="1168" w:type="dxa"/>
          </w:tcPr>
          <w:p w14:paraId="012D850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2009</w:t>
            </w:r>
          </w:p>
        </w:tc>
        <w:tc>
          <w:tcPr>
            <w:tcW w:w="1168" w:type="dxa"/>
          </w:tcPr>
          <w:p w14:paraId="4A54168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7624</w:t>
            </w:r>
          </w:p>
        </w:tc>
        <w:tc>
          <w:tcPr>
            <w:tcW w:w="1168" w:type="dxa"/>
          </w:tcPr>
          <w:p w14:paraId="16F14ED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18.41 (17.99 to 18.82)</w:t>
            </w:r>
          </w:p>
        </w:tc>
        <w:tc>
          <w:tcPr>
            <w:tcW w:w="1168" w:type="dxa"/>
          </w:tcPr>
          <w:p w14:paraId="4269DDC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8727</w:t>
            </w:r>
          </w:p>
        </w:tc>
        <w:tc>
          <w:tcPr>
            <w:tcW w:w="1168" w:type="dxa"/>
          </w:tcPr>
          <w:p w14:paraId="726DEF0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18.15 (17.76 to 18.53)</w:t>
            </w:r>
          </w:p>
        </w:tc>
        <w:tc>
          <w:tcPr>
            <w:tcW w:w="1168" w:type="dxa"/>
          </w:tcPr>
          <w:p w14:paraId="7E79157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13218</w:t>
            </w:r>
          </w:p>
        </w:tc>
        <w:tc>
          <w:tcPr>
            <w:tcW w:w="1168" w:type="dxa"/>
          </w:tcPr>
          <w:p w14:paraId="063A9D8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17.05 (16.76 to 17.34)</w:t>
            </w:r>
          </w:p>
        </w:tc>
        <w:tc>
          <w:tcPr>
            <w:tcW w:w="1168" w:type="dxa"/>
          </w:tcPr>
          <w:p w14:paraId="11B914C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7500</w:t>
            </w:r>
          </w:p>
        </w:tc>
        <w:tc>
          <w:tcPr>
            <w:tcW w:w="1168" w:type="dxa"/>
          </w:tcPr>
          <w:p w14:paraId="045F425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16.55 (16.17 to 16.93)</w:t>
            </w:r>
          </w:p>
        </w:tc>
      </w:tr>
      <w:tr w:rsidR="00F64519" w:rsidRPr="00347AE8" w14:paraId="718C9FBD" w14:textId="77777777" w:rsidTr="00347AE8">
        <w:tc>
          <w:tcPr>
            <w:tcW w:w="1168" w:type="dxa"/>
          </w:tcPr>
          <w:p w14:paraId="3AC1F3A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2010</w:t>
            </w:r>
          </w:p>
        </w:tc>
        <w:tc>
          <w:tcPr>
            <w:tcW w:w="1168" w:type="dxa"/>
          </w:tcPr>
          <w:p w14:paraId="3DAC2AB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7758</w:t>
            </w:r>
          </w:p>
        </w:tc>
        <w:tc>
          <w:tcPr>
            <w:tcW w:w="1168" w:type="dxa"/>
          </w:tcPr>
          <w:p w14:paraId="10EEEC3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18.43 (18.02 to 18.85)</w:t>
            </w:r>
          </w:p>
        </w:tc>
        <w:tc>
          <w:tcPr>
            <w:tcW w:w="1168" w:type="dxa"/>
          </w:tcPr>
          <w:p w14:paraId="38E9F0D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8805</w:t>
            </w:r>
          </w:p>
        </w:tc>
        <w:tc>
          <w:tcPr>
            <w:tcW w:w="1168" w:type="dxa"/>
          </w:tcPr>
          <w:p w14:paraId="01C9850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18.16 (17.77 to 18.54)</w:t>
            </w:r>
          </w:p>
        </w:tc>
        <w:tc>
          <w:tcPr>
            <w:tcW w:w="1168" w:type="dxa"/>
          </w:tcPr>
          <w:p w14:paraId="2B005ED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13877</w:t>
            </w:r>
          </w:p>
        </w:tc>
        <w:tc>
          <w:tcPr>
            <w:tcW w:w="1168" w:type="dxa"/>
          </w:tcPr>
          <w:p w14:paraId="4843320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17.60 (17.30 to 17.89)</w:t>
            </w:r>
          </w:p>
        </w:tc>
        <w:tc>
          <w:tcPr>
            <w:tcW w:w="1168" w:type="dxa"/>
          </w:tcPr>
          <w:p w14:paraId="54E311C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7908</w:t>
            </w:r>
          </w:p>
        </w:tc>
        <w:tc>
          <w:tcPr>
            <w:tcW w:w="1168" w:type="dxa"/>
          </w:tcPr>
          <w:p w14:paraId="262EEED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17.10 (16.71 to 17.48)</w:t>
            </w:r>
          </w:p>
        </w:tc>
      </w:tr>
      <w:tr w:rsidR="00F64519" w:rsidRPr="00347AE8" w14:paraId="0B3132DD" w14:textId="77777777" w:rsidTr="00347AE8">
        <w:tc>
          <w:tcPr>
            <w:tcW w:w="1168" w:type="dxa"/>
          </w:tcPr>
          <w:p w14:paraId="3AD9115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2011</w:t>
            </w:r>
          </w:p>
        </w:tc>
        <w:tc>
          <w:tcPr>
            <w:tcW w:w="1168" w:type="dxa"/>
          </w:tcPr>
          <w:p w14:paraId="347C18C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7934</w:t>
            </w:r>
          </w:p>
        </w:tc>
        <w:tc>
          <w:tcPr>
            <w:tcW w:w="1168" w:type="dxa"/>
          </w:tcPr>
          <w:p w14:paraId="17CFEED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18.56 (18.15 to 18.98)</w:t>
            </w:r>
          </w:p>
        </w:tc>
        <w:tc>
          <w:tcPr>
            <w:tcW w:w="1168" w:type="dxa"/>
          </w:tcPr>
          <w:p w14:paraId="1F09EEA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8840</w:t>
            </w:r>
          </w:p>
        </w:tc>
        <w:tc>
          <w:tcPr>
            <w:tcW w:w="1168" w:type="dxa"/>
          </w:tcPr>
          <w:p w14:paraId="5B14E92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17.88 (17.51 to 18.26)</w:t>
            </w:r>
          </w:p>
        </w:tc>
        <w:tc>
          <w:tcPr>
            <w:tcW w:w="1168" w:type="dxa"/>
          </w:tcPr>
          <w:p w14:paraId="4C42A79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14064</w:t>
            </w:r>
          </w:p>
        </w:tc>
        <w:tc>
          <w:tcPr>
            <w:tcW w:w="1168" w:type="dxa"/>
          </w:tcPr>
          <w:p w14:paraId="3423F47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17.27 (16.98 to 17.56)</w:t>
            </w:r>
          </w:p>
        </w:tc>
        <w:tc>
          <w:tcPr>
            <w:tcW w:w="1168" w:type="dxa"/>
          </w:tcPr>
          <w:p w14:paraId="6266644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7956</w:t>
            </w:r>
          </w:p>
        </w:tc>
        <w:tc>
          <w:tcPr>
            <w:tcW w:w="1168" w:type="dxa"/>
          </w:tcPr>
          <w:p w14:paraId="0D22CD7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16.63 (16.26 to 17.00)</w:t>
            </w:r>
          </w:p>
        </w:tc>
      </w:tr>
      <w:tr w:rsidR="00F64519" w:rsidRPr="00347AE8" w14:paraId="16B3B4F6" w14:textId="77777777" w:rsidTr="00347AE8">
        <w:tc>
          <w:tcPr>
            <w:tcW w:w="1168" w:type="dxa"/>
          </w:tcPr>
          <w:p w14:paraId="7978F99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2012</w:t>
            </w:r>
          </w:p>
        </w:tc>
        <w:tc>
          <w:tcPr>
            <w:tcW w:w="1168" w:type="dxa"/>
          </w:tcPr>
          <w:p w14:paraId="310BDD4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8027</w:t>
            </w:r>
          </w:p>
        </w:tc>
        <w:tc>
          <w:tcPr>
            <w:tcW w:w="1168" w:type="dxa"/>
          </w:tcPr>
          <w:p w14:paraId="2F34313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18.36 (17.95 to 18.77)</w:t>
            </w:r>
          </w:p>
        </w:tc>
        <w:tc>
          <w:tcPr>
            <w:tcW w:w="1168" w:type="dxa"/>
          </w:tcPr>
          <w:p w14:paraId="0051486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9124</w:t>
            </w:r>
          </w:p>
        </w:tc>
        <w:tc>
          <w:tcPr>
            <w:tcW w:w="1168" w:type="dxa"/>
          </w:tcPr>
          <w:p w14:paraId="4953521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18.00 (17.63 to 18.37)</w:t>
            </w:r>
          </w:p>
        </w:tc>
        <w:tc>
          <w:tcPr>
            <w:tcW w:w="1168" w:type="dxa"/>
          </w:tcPr>
          <w:p w14:paraId="1C80F87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14787</w:t>
            </w:r>
          </w:p>
        </w:tc>
        <w:tc>
          <w:tcPr>
            <w:tcW w:w="1168" w:type="dxa"/>
          </w:tcPr>
          <w:p w14:paraId="1AC82F9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17.63 (17.35 to 17.92)</w:t>
            </w:r>
          </w:p>
        </w:tc>
        <w:tc>
          <w:tcPr>
            <w:tcW w:w="1168" w:type="dxa"/>
          </w:tcPr>
          <w:p w14:paraId="0CD594B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8376</w:t>
            </w:r>
          </w:p>
        </w:tc>
        <w:tc>
          <w:tcPr>
            <w:tcW w:w="1168" w:type="dxa"/>
          </w:tcPr>
          <w:p w14:paraId="78B6C51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16.99 (16.62 to 17.36)</w:t>
            </w:r>
          </w:p>
        </w:tc>
      </w:tr>
      <w:tr w:rsidR="00F64519" w:rsidRPr="00347AE8" w14:paraId="4059C60C" w14:textId="77777777" w:rsidTr="00347AE8">
        <w:tc>
          <w:tcPr>
            <w:tcW w:w="1168" w:type="dxa"/>
          </w:tcPr>
          <w:p w14:paraId="0731FE4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2013</w:t>
            </w:r>
          </w:p>
        </w:tc>
        <w:tc>
          <w:tcPr>
            <w:tcW w:w="1168" w:type="dxa"/>
          </w:tcPr>
          <w:p w14:paraId="23F503D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8004</w:t>
            </w:r>
          </w:p>
        </w:tc>
        <w:tc>
          <w:tcPr>
            <w:tcW w:w="1168" w:type="dxa"/>
          </w:tcPr>
          <w:p w14:paraId="09A160B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18.04 (17.64 to 18.44)</w:t>
            </w:r>
          </w:p>
        </w:tc>
        <w:tc>
          <w:tcPr>
            <w:tcW w:w="1168" w:type="dxa"/>
          </w:tcPr>
          <w:p w14:paraId="0F073D5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9275</w:t>
            </w:r>
          </w:p>
        </w:tc>
        <w:tc>
          <w:tcPr>
            <w:tcW w:w="1168" w:type="dxa"/>
          </w:tcPr>
          <w:p w14:paraId="23CA1B8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17.97 (17.60 to 18.34)</w:t>
            </w:r>
          </w:p>
        </w:tc>
        <w:tc>
          <w:tcPr>
            <w:tcW w:w="1168" w:type="dxa"/>
          </w:tcPr>
          <w:p w14:paraId="1B8F2F3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14865</w:t>
            </w:r>
          </w:p>
        </w:tc>
        <w:tc>
          <w:tcPr>
            <w:tcW w:w="1168" w:type="dxa"/>
          </w:tcPr>
          <w:p w14:paraId="5F1204C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17.30 (17.02 to 17.58)</w:t>
            </w:r>
          </w:p>
        </w:tc>
        <w:tc>
          <w:tcPr>
            <w:tcW w:w="1168" w:type="dxa"/>
          </w:tcPr>
          <w:p w14:paraId="514F076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8443</w:t>
            </w:r>
          </w:p>
        </w:tc>
        <w:tc>
          <w:tcPr>
            <w:tcW w:w="1168" w:type="dxa"/>
          </w:tcPr>
          <w:p w14:paraId="5FDD1AC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16.54 (16.18 to 16.90)</w:t>
            </w:r>
          </w:p>
        </w:tc>
      </w:tr>
      <w:tr w:rsidR="00F64519" w:rsidRPr="00347AE8" w14:paraId="3379139F" w14:textId="77777777" w:rsidTr="00347AE8">
        <w:tc>
          <w:tcPr>
            <w:tcW w:w="1168" w:type="dxa"/>
          </w:tcPr>
          <w:p w14:paraId="4F0F8E3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2014</w:t>
            </w:r>
          </w:p>
        </w:tc>
        <w:tc>
          <w:tcPr>
            <w:tcW w:w="1168" w:type="dxa"/>
          </w:tcPr>
          <w:p w14:paraId="22CF448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8271</w:t>
            </w:r>
          </w:p>
        </w:tc>
        <w:tc>
          <w:tcPr>
            <w:tcW w:w="1168" w:type="dxa"/>
          </w:tcPr>
          <w:p w14:paraId="048578A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18.29 (17.89 to 18.69)</w:t>
            </w:r>
          </w:p>
        </w:tc>
        <w:tc>
          <w:tcPr>
            <w:tcW w:w="1168" w:type="dxa"/>
          </w:tcPr>
          <w:p w14:paraId="0F72E86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9613</w:t>
            </w:r>
          </w:p>
        </w:tc>
        <w:tc>
          <w:tcPr>
            <w:tcW w:w="1168" w:type="dxa"/>
          </w:tcPr>
          <w:p w14:paraId="464983D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18.31 (17.94 to 18.68)</w:t>
            </w:r>
          </w:p>
        </w:tc>
        <w:tc>
          <w:tcPr>
            <w:tcW w:w="1168" w:type="dxa"/>
          </w:tcPr>
          <w:p w14:paraId="0D52B3B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15510</w:t>
            </w:r>
          </w:p>
        </w:tc>
        <w:tc>
          <w:tcPr>
            <w:tcW w:w="1168" w:type="dxa"/>
          </w:tcPr>
          <w:p w14:paraId="38C4E4D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17.46 (17.18 to 17.73)</w:t>
            </w:r>
          </w:p>
        </w:tc>
        <w:tc>
          <w:tcPr>
            <w:tcW w:w="1168" w:type="dxa"/>
          </w:tcPr>
          <w:p w14:paraId="748D08B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8704</w:t>
            </w:r>
          </w:p>
        </w:tc>
        <w:tc>
          <w:tcPr>
            <w:tcW w:w="1168" w:type="dxa"/>
          </w:tcPr>
          <w:p w14:paraId="619530A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16.51 (16.16 to 16.86)</w:t>
            </w:r>
          </w:p>
        </w:tc>
      </w:tr>
      <w:tr w:rsidR="00F64519" w:rsidRPr="00347AE8" w14:paraId="26E51227" w14:textId="77777777" w:rsidTr="00347AE8">
        <w:tc>
          <w:tcPr>
            <w:tcW w:w="1168" w:type="dxa"/>
          </w:tcPr>
          <w:p w14:paraId="46F28C2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2015</w:t>
            </w:r>
          </w:p>
        </w:tc>
        <w:tc>
          <w:tcPr>
            <w:tcW w:w="1168" w:type="dxa"/>
          </w:tcPr>
          <w:p w14:paraId="61F6D83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8269</w:t>
            </w:r>
          </w:p>
        </w:tc>
        <w:tc>
          <w:tcPr>
            <w:tcW w:w="1168" w:type="dxa"/>
          </w:tcPr>
          <w:p w14:paraId="55D22E2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18.10 (17.70 to 18.49)</w:t>
            </w:r>
          </w:p>
        </w:tc>
        <w:tc>
          <w:tcPr>
            <w:tcW w:w="1168" w:type="dxa"/>
          </w:tcPr>
          <w:p w14:paraId="7B410BB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9915</w:t>
            </w:r>
          </w:p>
        </w:tc>
        <w:tc>
          <w:tcPr>
            <w:tcW w:w="1168" w:type="dxa"/>
          </w:tcPr>
          <w:p w14:paraId="096A85B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18.56 (18.19 to 18.93)</w:t>
            </w:r>
          </w:p>
        </w:tc>
        <w:tc>
          <w:tcPr>
            <w:tcW w:w="1168" w:type="dxa"/>
          </w:tcPr>
          <w:p w14:paraId="5699172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16106</w:t>
            </w:r>
          </w:p>
        </w:tc>
        <w:tc>
          <w:tcPr>
            <w:tcW w:w="1168" w:type="dxa"/>
          </w:tcPr>
          <w:p w14:paraId="4A19D9D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17.66 (17.38 to 17.93)</w:t>
            </w:r>
          </w:p>
        </w:tc>
        <w:tc>
          <w:tcPr>
            <w:tcW w:w="1168" w:type="dxa"/>
          </w:tcPr>
          <w:p w14:paraId="5CC68FB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9057</w:t>
            </w:r>
          </w:p>
        </w:tc>
        <w:tc>
          <w:tcPr>
            <w:tcW w:w="1168" w:type="dxa"/>
          </w:tcPr>
          <w:p w14:paraId="4884BA1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16.63 (16.28 to 16.97)</w:t>
            </w:r>
          </w:p>
        </w:tc>
      </w:tr>
      <w:tr w:rsidR="00F64519" w:rsidRPr="00347AE8" w14:paraId="2211DA97" w14:textId="77777777" w:rsidTr="00347AE8">
        <w:tc>
          <w:tcPr>
            <w:tcW w:w="1168" w:type="dxa"/>
          </w:tcPr>
          <w:p w14:paraId="3CF6224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2016</w:t>
            </w:r>
          </w:p>
        </w:tc>
        <w:tc>
          <w:tcPr>
            <w:tcW w:w="1168" w:type="dxa"/>
          </w:tcPr>
          <w:p w14:paraId="498EF6C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8546</w:t>
            </w:r>
          </w:p>
        </w:tc>
        <w:tc>
          <w:tcPr>
            <w:tcW w:w="1168" w:type="dxa"/>
          </w:tcPr>
          <w:p w14:paraId="0C9D43F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18.37 (17.98 to 18.77)</w:t>
            </w:r>
          </w:p>
        </w:tc>
        <w:tc>
          <w:tcPr>
            <w:tcW w:w="1168" w:type="dxa"/>
          </w:tcPr>
          <w:p w14:paraId="0844821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10133</w:t>
            </w:r>
          </w:p>
        </w:tc>
        <w:tc>
          <w:tcPr>
            <w:tcW w:w="1168" w:type="dxa"/>
          </w:tcPr>
          <w:p w14:paraId="473F8AC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18.72 (18.35 to 19.09)</w:t>
            </w:r>
          </w:p>
        </w:tc>
        <w:tc>
          <w:tcPr>
            <w:tcW w:w="1168" w:type="dxa"/>
          </w:tcPr>
          <w:p w14:paraId="6BBB55F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16705</w:t>
            </w:r>
          </w:p>
        </w:tc>
        <w:tc>
          <w:tcPr>
            <w:tcW w:w="1168" w:type="dxa"/>
          </w:tcPr>
          <w:p w14:paraId="0CDD0F7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17.82 (17.55 to 18.09)</w:t>
            </w:r>
          </w:p>
        </w:tc>
        <w:tc>
          <w:tcPr>
            <w:tcW w:w="1168" w:type="dxa"/>
          </w:tcPr>
          <w:p w14:paraId="17A706F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9306</w:t>
            </w:r>
          </w:p>
        </w:tc>
        <w:tc>
          <w:tcPr>
            <w:tcW w:w="1168" w:type="dxa"/>
          </w:tcPr>
          <w:p w14:paraId="7DC24D0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16.64 (16.29 to 16.98)</w:t>
            </w:r>
          </w:p>
        </w:tc>
      </w:tr>
      <w:tr w:rsidR="00F64519" w:rsidRPr="00347AE8" w14:paraId="54377C1D" w14:textId="77777777" w:rsidTr="00347AE8">
        <w:tc>
          <w:tcPr>
            <w:tcW w:w="1168" w:type="dxa"/>
          </w:tcPr>
          <w:p w14:paraId="21FB8CA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2017</w:t>
            </w:r>
          </w:p>
        </w:tc>
        <w:tc>
          <w:tcPr>
            <w:tcW w:w="1168" w:type="dxa"/>
          </w:tcPr>
          <w:p w14:paraId="4A4EB1B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8913</w:t>
            </w:r>
          </w:p>
        </w:tc>
        <w:tc>
          <w:tcPr>
            <w:tcW w:w="1168" w:type="dxa"/>
          </w:tcPr>
          <w:p w14:paraId="4803856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18.62 (18.22 to 19.01)</w:t>
            </w:r>
          </w:p>
        </w:tc>
        <w:tc>
          <w:tcPr>
            <w:tcW w:w="1168" w:type="dxa"/>
          </w:tcPr>
          <w:p w14:paraId="4A22944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10554</w:t>
            </w:r>
          </w:p>
        </w:tc>
        <w:tc>
          <w:tcPr>
            <w:tcW w:w="1168" w:type="dxa"/>
          </w:tcPr>
          <w:p w14:paraId="2B9FD81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19.09 (18.72 to 19.46)</w:t>
            </w:r>
          </w:p>
        </w:tc>
        <w:tc>
          <w:tcPr>
            <w:tcW w:w="1168" w:type="dxa"/>
          </w:tcPr>
          <w:p w14:paraId="2E31B1D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16973</w:t>
            </w:r>
          </w:p>
        </w:tc>
        <w:tc>
          <w:tcPr>
            <w:tcW w:w="1168" w:type="dxa"/>
          </w:tcPr>
          <w:p w14:paraId="4380438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17.63 (17.36 to 17.89)</w:t>
            </w:r>
          </w:p>
        </w:tc>
        <w:tc>
          <w:tcPr>
            <w:tcW w:w="1168" w:type="dxa"/>
          </w:tcPr>
          <w:p w14:paraId="2AAB2AE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9673</w:t>
            </w:r>
          </w:p>
        </w:tc>
        <w:tc>
          <w:tcPr>
            <w:tcW w:w="1168" w:type="dxa"/>
          </w:tcPr>
          <w:p w14:paraId="039A5EE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16.94 (16.60 to 17.29)</w:t>
            </w:r>
          </w:p>
        </w:tc>
      </w:tr>
      <w:tr w:rsidR="00F64519" w:rsidRPr="00347AE8" w14:paraId="50F3E104" w14:textId="77777777" w:rsidTr="00347AE8">
        <w:tc>
          <w:tcPr>
            <w:tcW w:w="1168" w:type="dxa"/>
          </w:tcPr>
          <w:p w14:paraId="6FA1473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2018</w:t>
            </w:r>
          </w:p>
        </w:tc>
        <w:tc>
          <w:tcPr>
            <w:tcW w:w="1168" w:type="dxa"/>
          </w:tcPr>
          <w:p w14:paraId="1935EB4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8918</w:t>
            </w:r>
          </w:p>
        </w:tc>
        <w:tc>
          <w:tcPr>
            <w:tcW w:w="1168" w:type="dxa"/>
          </w:tcPr>
          <w:p w14:paraId="4490355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18.46 (18.07 to 18.85)</w:t>
            </w:r>
          </w:p>
        </w:tc>
        <w:tc>
          <w:tcPr>
            <w:tcW w:w="1168" w:type="dxa"/>
          </w:tcPr>
          <w:p w14:paraId="6B5B6B6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10640</w:t>
            </w:r>
          </w:p>
        </w:tc>
        <w:tc>
          <w:tcPr>
            <w:tcW w:w="1168" w:type="dxa"/>
          </w:tcPr>
          <w:p w14:paraId="2D34209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18.79 (18.43 to 19.15)</w:t>
            </w:r>
          </w:p>
        </w:tc>
        <w:tc>
          <w:tcPr>
            <w:tcW w:w="1168" w:type="dxa"/>
          </w:tcPr>
          <w:p w14:paraId="43D40AE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17791</w:t>
            </w:r>
          </w:p>
        </w:tc>
        <w:tc>
          <w:tcPr>
            <w:tcW w:w="1168" w:type="dxa"/>
          </w:tcPr>
          <w:p w14:paraId="38B391B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17.93 (17.66 to 18.20)</w:t>
            </w:r>
          </w:p>
        </w:tc>
        <w:tc>
          <w:tcPr>
            <w:tcW w:w="1168" w:type="dxa"/>
          </w:tcPr>
          <w:p w14:paraId="5BEA0A1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9799</w:t>
            </w:r>
          </w:p>
        </w:tc>
        <w:tc>
          <w:tcPr>
            <w:tcW w:w="1168" w:type="dxa"/>
          </w:tcPr>
          <w:p w14:paraId="3C923B2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16.68 (16.34 to 17.01)</w:t>
            </w:r>
          </w:p>
        </w:tc>
      </w:tr>
      <w:tr w:rsidR="00F64519" w:rsidRPr="00347AE8" w14:paraId="56651251" w14:textId="77777777" w:rsidTr="00347AE8">
        <w:tc>
          <w:tcPr>
            <w:tcW w:w="1168" w:type="dxa"/>
          </w:tcPr>
          <w:p w14:paraId="370C49D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2019</w:t>
            </w:r>
          </w:p>
        </w:tc>
        <w:tc>
          <w:tcPr>
            <w:tcW w:w="1168" w:type="dxa"/>
          </w:tcPr>
          <w:p w14:paraId="6D79B2D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8935</w:t>
            </w:r>
          </w:p>
        </w:tc>
        <w:tc>
          <w:tcPr>
            <w:tcW w:w="1168" w:type="dxa"/>
          </w:tcPr>
          <w:p w14:paraId="70CDE37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18.24 (17.85 to 18.62)</w:t>
            </w:r>
          </w:p>
        </w:tc>
        <w:tc>
          <w:tcPr>
            <w:tcW w:w="1168" w:type="dxa"/>
          </w:tcPr>
          <w:p w14:paraId="259C9A3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11004</w:t>
            </w:r>
          </w:p>
        </w:tc>
        <w:tc>
          <w:tcPr>
            <w:tcW w:w="1168" w:type="dxa"/>
          </w:tcPr>
          <w:p w14:paraId="03D4C9D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19.11 (18.75 to 19.47)</w:t>
            </w:r>
          </w:p>
        </w:tc>
        <w:tc>
          <w:tcPr>
            <w:tcW w:w="1168" w:type="dxa"/>
          </w:tcPr>
          <w:p w14:paraId="154FBD6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18073</w:t>
            </w:r>
          </w:p>
        </w:tc>
        <w:tc>
          <w:tcPr>
            <w:tcW w:w="1168" w:type="dxa"/>
          </w:tcPr>
          <w:p w14:paraId="2F220E2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17.74 (17.48 to 18.01)</w:t>
            </w:r>
          </w:p>
        </w:tc>
        <w:tc>
          <w:tcPr>
            <w:tcW w:w="1168" w:type="dxa"/>
          </w:tcPr>
          <w:p w14:paraId="4884EF8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10147</w:t>
            </w:r>
          </w:p>
        </w:tc>
        <w:tc>
          <w:tcPr>
            <w:tcW w:w="1168" w:type="dxa"/>
          </w:tcPr>
          <w:p w14:paraId="2EE65C0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16.85 (16.52 to 17.19)</w:t>
            </w:r>
          </w:p>
        </w:tc>
      </w:tr>
      <w:tr w:rsidR="00F64519" w:rsidRPr="00347AE8" w14:paraId="0BB7AE27" w14:textId="77777777" w:rsidTr="00347AE8">
        <w:tc>
          <w:tcPr>
            <w:tcW w:w="1168" w:type="dxa"/>
          </w:tcPr>
          <w:p w14:paraId="7E7C99D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2020</w:t>
            </w:r>
          </w:p>
        </w:tc>
        <w:tc>
          <w:tcPr>
            <w:tcW w:w="1168" w:type="dxa"/>
          </w:tcPr>
          <w:p w14:paraId="0D26ED4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9200</w:t>
            </w:r>
          </w:p>
        </w:tc>
        <w:tc>
          <w:tcPr>
            <w:tcW w:w="1168" w:type="dxa"/>
          </w:tcPr>
          <w:p w14:paraId="296A8A2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18.48 (18.10 to 18.87)</w:t>
            </w:r>
          </w:p>
        </w:tc>
        <w:tc>
          <w:tcPr>
            <w:tcW w:w="1168" w:type="dxa"/>
          </w:tcPr>
          <w:p w14:paraId="7742B23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11318</w:t>
            </w:r>
          </w:p>
        </w:tc>
        <w:tc>
          <w:tcPr>
            <w:tcW w:w="1168" w:type="dxa"/>
          </w:tcPr>
          <w:p w14:paraId="54BBBCB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19.40 (19.03 to 19.76)</w:t>
            </w:r>
          </w:p>
        </w:tc>
        <w:tc>
          <w:tcPr>
            <w:tcW w:w="1168" w:type="dxa"/>
          </w:tcPr>
          <w:p w14:paraId="4143EFD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18731</w:t>
            </w:r>
          </w:p>
        </w:tc>
        <w:tc>
          <w:tcPr>
            <w:tcW w:w="1168" w:type="dxa"/>
          </w:tcPr>
          <w:p w14:paraId="6654840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17.98 (17.72 to 18.24)</w:t>
            </w:r>
          </w:p>
        </w:tc>
        <w:tc>
          <w:tcPr>
            <w:tcW w:w="1168" w:type="dxa"/>
          </w:tcPr>
          <w:p w14:paraId="535B30C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10358</w:t>
            </w:r>
          </w:p>
        </w:tc>
        <w:tc>
          <w:tcPr>
            <w:tcW w:w="1168" w:type="dxa"/>
          </w:tcPr>
          <w:p w14:paraId="6C6C244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16.84 (16.52 to 17.17)</w:t>
            </w:r>
          </w:p>
        </w:tc>
      </w:tr>
      <w:tr w:rsidR="00F64519" w:rsidRPr="00347AE8" w14:paraId="62AC0A1C" w14:textId="77777777" w:rsidTr="00347AE8">
        <w:tc>
          <w:tcPr>
            <w:tcW w:w="1168" w:type="dxa"/>
          </w:tcPr>
          <w:p w14:paraId="20A0CE3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2021</w:t>
            </w:r>
          </w:p>
        </w:tc>
        <w:tc>
          <w:tcPr>
            <w:tcW w:w="1168" w:type="dxa"/>
          </w:tcPr>
          <w:p w14:paraId="541492E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9567</w:t>
            </w:r>
          </w:p>
        </w:tc>
        <w:tc>
          <w:tcPr>
            <w:tcW w:w="1168" w:type="dxa"/>
          </w:tcPr>
          <w:p w14:paraId="3453E60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19.28 (18.89 to 19.68)</w:t>
            </w:r>
          </w:p>
        </w:tc>
        <w:tc>
          <w:tcPr>
            <w:tcW w:w="1168" w:type="dxa"/>
          </w:tcPr>
          <w:p w14:paraId="11AD8DE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11400</w:t>
            </w:r>
          </w:p>
        </w:tc>
        <w:tc>
          <w:tcPr>
            <w:tcW w:w="1168" w:type="dxa"/>
          </w:tcPr>
          <w:p w14:paraId="4A291F6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19.90 (19.53 to 20.28)</w:t>
            </w:r>
          </w:p>
        </w:tc>
        <w:tc>
          <w:tcPr>
            <w:tcW w:w="1168" w:type="dxa"/>
          </w:tcPr>
          <w:p w14:paraId="26A64F0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19057</w:t>
            </w:r>
          </w:p>
        </w:tc>
        <w:tc>
          <w:tcPr>
            <w:tcW w:w="1168" w:type="dxa"/>
          </w:tcPr>
          <w:p w14:paraId="55331B4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18.68 (18.42 to 18.96)</w:t>
            </w:r>
          </w:p>
        </w:tc>
        <w:tc>
          <w:tcPr>
            <w:tcW w:w="1168" w:type="dxa"/>
          </w:tcPr>
          <w:p w14:paraId="24AB760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10600</w:t>
            </w:r>
          </w:p>
        </w:tc>
        <w:tc>
          <w:tcPr>
            <w:tcW w:w="1168" w:type="dxa"/>
          </w:tcPr>
          <w:p w14:paraId="60DB933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17.82 (17.48 to 18.17)</w:t>
            </w:r>
          </w:p>
        </w:tc>
      </w:tr>
      <w:tr w:rsidR="00F64519" w:rsidRPr="00347AE8" w14:paraId="2E029B6A" w14:textId="77777777" w:rsidTr="00347AE8">
        <w:tc>
          <w:tcPr>
            <w:tcW w:w="1168" w:type="dxa"/>
          </w:tcPr>
          <w:p w14:paraId="7D0CBF8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2022</w:t>
            </w:r>
          </w:p>
        </w:tc>
        <w:tc>
          <w:tcPr>
            <w:tcW w:w="1168" w:type="dxa"/>
          </w:tcPr>
          <w:p w14:paraId="6D1D1C7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9365</w:t>
            </w:r>
          </w:p>
        </w:tc>
        <w:tc>
          <w:tcPr>
            <w:tcW w:w="1168" w:type="dxa"/>
          </w:tcPr>
          <w:p w14:paraId="10DB2EA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18.30 (17.93 to 18.68)</w:t>
            </w:r>
          </w:p>
        </w:tc>
        <w:tc>
          <w:tcPr>
            <w:tcW w:w="1168" w:type="dxa"/>
          </w:tcPr>
          <w:p w14:paraId="4399492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11395</w:t>
            </w:r>
          </w:p>
        </w:tc>
        <w:tc>
          <w:tcPr>
            <w:tcW w:w="1168" w:type="dxa"/>
          </w:tcPr>
          <w:p w14:paraId="6A99505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19.40 (19.03 to 19.76)</w:t>
            </w:r>
          </w:p>
        </w:tc>
        <w:tc>
          <w:tcPr>
            <w:tcW w:w="1168" w:type="dxa"/>
          </w:tcPr>
          <w:p w14:paraId="16ACD3C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19621</w:t>
            </w:r>
          </w:p>
        </w:tc>
        <w:tc>
          <w:tcPr>
            <w:tcW w:w="1168" w:type="dxa"/>
          </w:tcPr>
          <w:p w14:paraId="7F456AE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18.61 (18.35 to 18.88)</w:t>
            </w:r>
          </w:p>
        </w:tc>
        <w:tc>
          <w:tcPr>
            <w:tcW w:w="1168" w:type="dxa"/>
          </w:tcPr>
          <w:p w14:paraId="2522480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10827</w:t>
            </w:r>
          </w:p>
        </w:tc>
        <w:tc>
          <w:tcPr>
            <w:tcW w:w="1168" w:type="dxa"/>
          </w:tcPr>
          <w:p w14:paraId="2F320BF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17.51 (17.18 to 17.85)</w:t>
            </w:r>
          </w:p>
        </w:tc>
      </w:tr>
      <w:tr w:rsidR="00F64519" w:rsidRPr="00347AE8" w14:paraId="5EF4BABB" w14:textId="77777777" w:rsidTr="00347AE8">
        <w:tc>
          <w:tcPr>
            <w:tcW w:w="1168" w:type="dxa"/>
          </w:tcPr>
          <w:p w14:paraId="3510F55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2023</w:t>
            </w:r>
          </w:p>
        </w:tc>
        <w:tc>
          <w:tcPr>
            <w:tcW w:w="1168" w:type="dxa"/>
          </w:tcPr>
          <w:p w14:paraId="66A00D0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9640</w:t>
            </w:r>
          </w:p>
        </w:tc>
        <w:tc>
          <w:tcPr>
            <w:tcW w:w="1168" w:type="dxa"/>
          </w:tcPr>
          <w:p w14:paraId="25208EE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18.65 (18.27 to 19.03)</w:t>
            </w:r>
          </w:p>
        </w:tc>
        <w:tc>
          <w:tcPr>
            <w:tcW w:w="1168" w:type="dxa"/>
          </w:tcPr>
          <w:p w14:paraId="6D16E0B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11863</w:t>
            </w:r>
          </w:p>
        </w:tc>
        <w:tc>
          <w:tcPr>
            <w:tcW w:w="1168" w:type="dxa"/>
          </w:tcPr>
          <w:p w14:paraId="21B80AE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19.99 (19.63 to 20.36)</w:t>
            </w:r>
          </w:p>
        </w:tc>
        <w:tc>
          <w:tcPr>
            <w:tcW w:w="1168" w:type="dxa"/>
          </w:tcPr>
          <w:p w14:paraId="2C85FBF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19870</w:t>
            </w:r>
          </w:p>
        </w:tc>
        <w:tc>
          <w:tcPr>
            <w:tcW w:w="1168" w:type="dxa"/>
          </w:tcPr>
          <w:p w14:paraId="2B20A66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18.48 (18.22 to 18.74)</w:t>
            </w:r>
          </w:p>
        </w:tc>
        <w:tc>
          <w:tcPr>
            <w:tcW w:w="1168" w:type="dxa"/>
          </w:tcPr>
          <w:p w14:paraId="1E9C653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10854</w:t>
            </w:r>
          </w:p>
        </w:tc>
        <w:tc>
          <w:tcPr>
            <w:tcW w:w="1168" w:type="dxa"/>
          </w:tcPr>
          <w:p w14:paraId="70E3670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17.20 (16.88 to 17.53)</w:t>
            </w:r>
          </w:p>
        </w:tc>
      </w:tr>
      <w:tr w:rsidR="00F64519" w:rsidRPr="00347AE8" w14:paraId="08275525" w14:textId="77777777" w:rsidTr="00347AE8">
        <w:tc>
          <w:tcPr>
            <w:tcW w:w="1168" w:type="dxa"/>
          </w:tcPr>
          <w:p w14:paraId="6DAC788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2024</w:t>
            </w:r>
          </w:p>
        </w:tc>
        <w:tc>
          <w:tcPr>
            <w:tcW w:w="1168" w:type="dxa"/>
          </w:tcPr>
          <w:p w14:paraId="0C983EF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9881</w:t>
            </w:r>
          </w:p>
        </w:tc>
        <w:tc>
          <w:tcPr>
            <w:tcW w:w="1168" w:type="dxa"/>
          </w:tcPr>
          <w:p w14:paraId="47B4497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18.64 (18.27 to 19.02)</w:t>
            </w:r>
          </w:p>
        </w:tc>
        <w:tc>
          <w:tcPr>
            <w:tcW w:w="1168" w:type="dxa"/>
          </w:tcPr>
          <w:p w14:paraId="6A7456B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11848</w:t>
            </w:r>
          </w:p>
        </w:tc>
        <w:tc>
          <w:tcPr>
            <w:tcW w:w="1168" w:type="dxa"/>
          </w:tcPr>
          <w:p w14:paraId="0C2F928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19.52 (19.16 to 19.88)</w:t>
            </w:r>
          </w:p>
        </w:tc>
        <w:tc>
          <w:tcPr>
            <w:tcW w:w="1168" w:type="dxa"/>
          </w:tcPr>
          <w:p w14:paraId="181636E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21024</w:t>
            </w:r>
          </w:p>
        </w:tc>
        <w:tc>
          <w:tcPr>
            <w:tcW w:w="1168" w:type="dxa"/>
          </w:tcPr>
          <w:p w14:paraId="2744927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18.99 (18.73 to 19.26)</w:t>
            </w:r>
          </w:p>
        </w:tc>
        <w:tc>
          <w:tcPr>
            <w:tcW w:w="1168" w:type="dxa"/>
          </w:tcPr>
          <w:p w14:paraId="0CB467B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11421</w:t>
            </w:r>
          </w:p>
        </w:tc>
        <w:tc>
          <w:tcPr>
            <w:tcW w:w="1168" w:type="dxa"/>
          </w:tcPr>
          <w:p w14:paraId="7FFC2BC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17.63 (17.31 to 17.96)</w:t>
            </w:r>
          </w:p>
        </w:tc>
      </w:tr>
      <w:tr w:rsidR="00F64519" w:rsidRPr="00347AE8" w14:paraId="272CF29F" w14:textId="77777777" w:rsidTr="00347AE8">
        <w:tc>
          <w:tcPr>
            <w:tcW w:w="1168" w:type="dxa"/>
          </w:tcPr>
          <w:p w14:paraId="67FA319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2025</w:t>
            </w:r>
          </w:p>
        </w:tc>
        <w:tc>
          <w:tcPr>
            <w:tcW w:w="1168" w:type="dxa"/>
          </w:tcPr>
          <w:p w14:paraId="044DAD8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10009</w:t>
            </w:r>
          </w:p>
        </w:tc>
        <w:tc>
          <w:tcPr>
            <w:tcW w:w="1168" w:type="dxa"/>
          </w:tcPr>
          <w:p w14:paraId="3306B99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18.79 (18.42 to 19.17)</w:t>
            </w:r>
          </w:p>
        </w:tc>
        <w:tc>
          <w:tcPr>
            <w:tcW w:w="1168" w:type="dxa"/>
          </w:tcPr>
          <w:p w14:paraId="240A630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12064</w:t>
            </w:r>
          </w:p>
        </w:tc>
        <w:tc>
          <w:tcPr>
            <w:tcW w:w="1168" w:type="dxa"/>
          </w:tcPr>
          <w:p w14:paraId="3D8675A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19.81 (19.45 to 20.17)</w:t>
            </w:r>
          </w:p>
        </w:tc>
        <w:tc>
          <w:tcPr>
            <w:tcW w:w="1168" w:type="dxa"/>
          </w:tcPr>
          <w:p w14:paraId="6A5BC37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21345</w:t>
            </w:r>
          </w:p>
        </w:tc>
        <w:tc>
          <w:tcPr>
            <w:tcW w:w="1168" w:type="dxa"/>
          </w:tcPr>
          <w:p w14:paraId="5D673AA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19.28 (19.02 to 19.55)</w:t>
            </w:r>
          </w:p>
        </w:tc>
        <w:tc>
          <w:tcPr>
            <w:tcW w:w="1168" w:type="dxa"/>
          </w:tcPr>
          <w:p w14:paraId="5C41BA8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11735</w:t>
            </w:r>
          </w:p>
        </w:tc>
        <w:tc>
          <w:tcPr>
            <w:tcW w:w="1168" w:type="dxa"/>
          </w:tcPr>
          <w:p w14:paraId="609DF78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18.12 (17.79 to 18.45)</w:t>
            </w:r>
          </w:p>
        </w:tc>
      </w:tr>
      <w:tr w:rsidR="00F64519" w:rsidRPr="00347AE8" w14:paraId="5188B0AF" w14:textId="77777777" w:rsidTr="00347AE8">
        <w:tc>
          <w:tcPr>
            <w:tcW w:w="1168" w:type="dxa"/>
          </w:tcPr>
          <w:p w14:paraId="026480A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Total/Average</w:t>
            </w:r>
          </w:p>
        </w:tc>
        <w:tc>
          <w:tcPr>
            <w:tcW w:w="1168" w:type="dxa"/>
          </w:tcPr>
          <w:p w14:paraId="64A9283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219434</w:t>
            </w:r>
          </w:p>
        </w:tc>
        <w:tc>
          <w:tcPr>
            <w:tcW w:w="1168" w:type="dxa"/>
          </w:tcPr>
          <w:p w14:paraId="4877B43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18.35 (17.94 to 18.75)</w:t>
            </w:r>
          </w:p>
        </w:tc>
        <w:tc>
          <w:tcPr>
            <w:tcW w:w="1168" w:type="dxa"/>
          </w:tcPr>
          <w:p w14:paraId="334ABA9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253799</w:t>
            </w:r>
          </w:p>
        </w:tc>
        <w:tc>
          <w:tcPr>
            <w:tcW w:w="1168" w:type="dxa"/>
          </w:tcPr>
          <w:p w14:paraId="54E412C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18.34 (17.97 to 18.72)</w:t>
            </w:r>
          </w:p>
        </w:tc>
        <w:tc>
          <w:tcPr>
            <w:tcW w:w="1168" w:type="dxa"/>
          </w:tcPr>
          <w:p w14:paraId="4CB269A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407978</w:t>
            </w:r>
          </w:p>
        </w:tc>
        <w:tc>
          <w:tcPr>
            <w:tcW w:w="1168" w:type="dxa"/>
          </w:tcPr>
          <w:p w14:paraId="738B754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17.60 (17.32 to 17.89)</w:t>
            </w:r>
          </w:p>
        </w:tc>
        <w:tc>
          <w:tcPr>
            <w:tcW w:w="1168" w:type="dxa"/>
          </w:tcPr>
          <w:p w14:paraId="481EB6D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227945</w:t>
            </w:r>
          </w:p>
        </w:tc>
        <w:tc>
          <w:tcPr>
            <w:tcW w:w="1168" w:type="dxa"/>
          </w:tcPr>
          <w:p w14:paraId="5D599A7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4"/>
              </w:rPr>
              <w:t>16.83 (16.47 to 17.20)</w:t>
            </w:r>
          </w:p>
        </w:tc>
      </w:tr>
    </w:tbl>
    <w:p w14:paraId="03EF0C69" w14:textId="77777777" w:rsidR="00F64519" w:rsidRPr="00347AE8" w:rsidRDefault="00000000">
      <w:pPr>
        <w:rPr>
          <w:color w:val="000000" w:themeColor="text1"/>
        </w:rPr>
      </w:pPr>
      <w:r w:rsidRPr="00347AE8">
        <w:rPr>
          <w:i/>
          <w:color w:val="000000" w:themeColor="text1"/>
          <w:sz w:val="16"/>
        </w:rPr>
        <w:t>AAMRs are age-adjusted rates per 100,000 population. Census regions were classified as Northeast, Midwest, South, and West.</w:t>
      </w:r>
    </w:p>
    <w:p w14:paraId="04BBBBAA" w14:textId="77777777" w:rsidR="00F64519" w:rsidRPr="00347AE8" w:rsidRDefault="00F64519">
      <w:pPr>
        <w:rPr>
          <w:color w:val="000000" w:themeColor="text1"/>
        </w:rPr>
      </w:pPr>
    </w:p>
    <w:p w14:paraId="311B1FFB" w14:textId="77777777" w:rsidR="00F64519" w:rsidRPr="00347AE8" w:rsidRDefault="00000000">
      <w:pPr>
        <w:rPr>
          <w:color w:val="000000" w:themeColor="text1"/>
        </w:rPr>
      </w:pPr>
      <w:r w:rsidRPr="00347AE8">
        <w:rPr>
          <w:b/>
          <w:color w:val="000000" w:themeColor="text1"/>
          <w:sz w:val="20"/>
        </w:rPr>
        <w:t>Supplemental Table 8. Mean AAMRs and deaths from pancreatic cancer among U.S. adults aged 25 years and older, stratified by state, 1999–2020 and 2021–2025.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52"/>
        <w:gridCol w:w="1750"/>
        <w:gridCol w:w="1750"/>
        <w:gridCol w:w="1750"/>
        <w:gridCol w:w="1750"/>
        <w:gridCol w:w="1750"/>
      </w:tblGrid>
      <w:tr w:rsidR="00F64519" w:rsidRPr="00347AE8" w14:paraId="28909FDB" w14:textId="77777777" w:rsidTr="00347AE8">
        <w:tc>
          <w:tcPr>
            <w:tcW w:w="1752" w:type="dxa"/>
          </w:tcPr>
          <w:p w14:paraId="78A6B50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5"/>
              </w:rPr>
              <w:t>State</w:t>
            </w:r>
          </w:p>
        </w:tc>
        <w:tc>
          <w:tcPr>
            <w:tcW w:w="1752" w:type="dxa"/>
          </w:tcPr>
          <w:p w14:paraId="2E7AB28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5"/>
              </w:rPr>
              <w:t>1999-2020</w:t>
            </w:r>
          </w:p>
        </w:tc>
        <w:tc>
          <w:tcPr>
            <w:tcW w:w="1752" w:type="dxa"/>
          </w:tcPr>
          <w:p w14:paraId="341F52F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5"/>
              </w:rPr>
              <w:t>1999-2020</w:t>
            </w:r>
          </w:p>
        </w:tc>
        <w:tc>
          <w:tcPr>
            <w:tcW w:w="1752" w:type="dxa"/>
          </w:tcPr>
          <w:p w14:paraId="30BF700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5"/>
              </w:rPr>
              <w:t>2021-2025</w:t>
            </w:r>
          </w:p>
        </w:tc>
        <w:tc>
          <w:tcPr>
            <w:tcW w:w="1752" w:type="dxa"/>
          </w:tcPr>
          <w:p w14:paraId="3B38A3C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5"/>
              </w:rPr>
              <w:t>2021-2025</w:t>
            </w:r>
          </w:p>
        </w:tc>
        <w:tc>
          <w:tcPr>
            <w:tcW w:w="1752" w:type="dxa"/>
          </w:tcPr>
          <w:p w14:paraId="06EF620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5"/>
              </w:rPr>
              <w:t>1999-2025</w:t>
            </w:r>
          </w:p>
        </w:tc>
      </w:tr>
      <w:tr w:rsidR="00F64519" w:rsidRPr="00347AE8" w14:paraId="4E20A739" w14:textId="77777777" w:rsidTr="00347AE8">
        <w:tc>
          <w:tcPr>
            <w:tcW w:w="1752" w:type="dxa"/>
          </w:tcPr>
          <w:p w14:paraId="4F514AF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State</w:t>
            </w:r>
          </w:p>
        </w:tc>
        <w:tc>
          <w:tcPr>
            <w:tcW w:w="1752" w:type="dxa"/>
          </w:tcPr>
          <w:p w14:paraId="7CB56DE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Deaths</w:t>
            </w:r>
          </w:p>
        </w:tc>
        <w:tc>
          <w:tcPr>
            <w:tcW w:w="1752" w:type="dxa"/>
          </w:tcPr>
          <w:p w14:paraId="5745E2A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AAMR (95% CI)</w:t>
            </w:r>
          </w:p>
        </w:tc>
        <w:tc>
          <w:tcPr>
            <w:tcW w:w="1752" w:type="dxa"/>
          </w:tcPr>
          <w:p w14:paraId="2F15E3A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Deaths</w:t>
            </w:r>
          </w:p>
        </w:tc>
        <w:tc>
          <w:tcPr>
            <w:tcW w:w="1752" w:type="dxa"/>
          </w:tcPr>
          <w:p w14:paraId="75CC8C6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AAMR (95% CI)</w:t>
            </w:r>
          </w:p>
        </w:tc>
        <w:tc>
          <w:tcPr>
            <w:tcW w:w="1752" w:type="dxa"/>
          </w:tcPr>
          <w:p w14:paraId="433472B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Deaths</w:t>
            </w:r>
          </w:p>
        </w:tc>
      </w:tr>
      <w:tr w:rsidR="00F64519" w:rsidRPr="00347AE8" w14:paraId="14791832" w14:textId="77777777" w:rsidTr="00347AE8">
        <w:tc>
          <w:tcPr>
            <w:tcW w:w="1752" w:type="dxa"/>
          </w:tcPr>
          <w:p w14:paraId="55BC150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Alabama</w:t>
            </w:r>
          </w:p>
        </w:tc>
        <w:tc>
          <w:tcPr>
            <w:tcW w:w="1752" w:type="dxa"/>
          </w:tcPr>
          <w:p w14:paraId="2B7F161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13946</w:t>
            </w:r>
          </w:p>
        </w:tc>
        <w:tc>
          <w:tcPr>
            <w:tcW w:w="1752" w:type="dxa"/>
          </w:tcPr>
          <w:p w14:paraId="457F4FD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18.17 (17.87-18.48)</w:t>
            </w:r>
          </w:p>
        </w:tc>
        <w:tc>
          <w:tcPr>
            <w:tcW w:w="1752" w:type="dxa"/>
          </w:tcPr>
          <w:p w14:paraId="4025C82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4170</w:t>
            </w:r>
          </w:p>
        </w:tc>
        <w:tc>
          <w:tcPr>
            <w:tcW w:w="1752" w:type="dxa"/>
          </w:tcPr>
          <w:p w14:paraId="047BBDE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18.89 (18.31 - 19.48)</w:t>
            </w:r>
          </w:p>
        </w:tc>
        <w:tc>
          <w:tcPr>
            <w:tcW w:w="1752" w:type="dxa"/>
          </w:tcPr>
          <w:p w14:paraId="1A323DC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18116</w:t>
            </w:r>
          </w:p>
        </w:tc>
      </w:tr>
      <w:tr w:rsidR="00F64519" w:rsidRPr="00347AE8" w14:paraId="406CB55F" w14:textId="77777777" w:rsidTr="00347AE8">
        <w:tc>
          <w:tcPr>
            <w:tcW w:w="1752" w:type="dxa"/>
          </w:tcPr>
          <w:p w14:paraId="04A1F74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Alaska</w:t>
            </w:r>
          </w:p>
        </w:tc>
        <w:tc>
          <w:tcPr>
            <w:tcW w:w="1752" w:type="dxa"/>
          </w:tcPr>
          <w:p w14:paraId="549832B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1291</w:t>
            </w:r>
          </w:p>
        </w:tc>
        <w:tc>
          <w:tcPr>
            <w:tcW w:w="1752" w:type="dxa"/>
          </w:tcPr>
          <w:p w14:paraId="6DDE5AB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17.32 (16.3-18.33)</w:t>
            </w:r>
          </w:p>
        </w:tc>
        <w:tc>
          <w:tcPr>
            <w:tcW w:w="1752" w:type="dxa"/>
          </w:tcPr>
          <w:p w14:paraId="064BF0B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418</w:t>
            </w:r>
          </w:p>
        </w:tc>
        <w:tc>
          <w:tcPr>
            <w:tcW w:w="1752" w:type="dxa"/>
          </w:tcPr>
          <w:p w14:paraId="2A5E26B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17.02 (15.36 - 18.82)</w:t>
            </w:r>
          </w:p>
        </w:tc>
        <w:tc>
          <w:tcPr>
            <w:tcW w:w="1752" w:type="dxa"/>
          </w:tcPr>
          <w:p w14:paraId="790142C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1709</w:t>
            </w:r>
          </w:p>
        </w:tc>
      </w:tr>
      <w:tr w:rsidR="00F64519" w:rsidRPr="00347AE8" w14:paraId="42C749FC" w14:textId="77777777" w:rsidTr="00347AE8">
        <w:tc>
          <w:tcPr>
            <w:tcW w:w="1752" w:type="dxa"/>
          </w:tcPr>
          <w:p w14:paraId="2576E3F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Arizona</w:t>
            </w:r>
          </w:p>
        </w:tc>
        <w:tc>
          <w:tcPr>
            <w:tcW w:w="1752" w:type="dxa"/>
          </w:tcPr>
          <w:p w14:paraId="5D1353A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16181</w:t>
            </w:r>
          </w:p>
        </w:tc>
        <w:tc>
          <w:tcPr>
            <w:tcW w:w="1752" w:type="dxa"/>
          </w:tcPr>
          <w:p w14:paraId="497C922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15.88 (15.63-16.13)</w:t>
            </w:r>
          </w:p>
        </w:tc>
        <w:tc>
          <w:tcPr>
            <w:tcW w:w="1752" w:type="dxa"/>
          </w:tcPr>
          <w:p w14:paraId="4B00626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5610</w:t>
            </w:r>
          </w:p>
        </w:tc>
        <w:tc>
          <w:tcPr>
            <w:tcW w:w="1752" w:type="dxa"/>
          </w:tcPr>
          <w:p w14:paraId="68CCAB2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16.88 (16.43 - 17.34)</w:t>
            </w:r>
          </w:p>
        </w:tc>
        <w:tc>
          <w:tcPr>
            <w:tcW w:w="1752" w:type="dxa"/>
          </w:tcPr>
          <w:p w14:paraId="0ECF539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21791</w:t>
            </w:r>
          </w:p>
        </w:tc>
      </w:tr>
      <w:tr w:rsidR="00F64519" w:rsidRPr="00347AE8" w14:paraId="0D4C378A" w14:textId="77777777" w:rsidTr="00347AE8">
        <w:tc>
          <w:tcPr>
            <w:tcW w:w="1752" w:type="dxa"/>
          </w:tcPr>
          <w:p w14:paraId="726E18D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Arkansas</w:t>
            </w:r>
          </w:p>
        </w:tc>
        <w:tc>
          <w:tcPr>
            <w:tcW w:w="1752" w:type="dxa"/>
          </w:tcPr>
          <w:p w14:paraId="04BCF21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8508</w:t>
            </w:r>
          </w:p>
        </w:tc>
        <w:tc>
          <w:tcPr>
            <w:tcW w:w="1752" w:type="dxa"/>
          </w:tcPr>
          <w:p w14:paraId="5F9F1B9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17.82 (17.44-18.2)</w:t>
            </w:r>
          </w:p>
        </w:tc>
        <w:tc>
          <w:tcPr>
            <w:tcW w:w="1752" w:type="dxa"/>
          </w:tcPr>
          <w:p w14:paraId="75F155A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2560</w:t>
            </w:r>
          </w:p>
        </w:tc>
        <w:tc>
          <w:tcPr>
            <w:tcW w:w="1752" w:type="dxa"/>
          </w:tcPr>
          <w:p w14:paraId="466FC88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19.7 (18.93 - 20.5)</w:t>
            </w:r>
          </w:p>
        </w:tc>
        <w:tc>
          <w:tcPr>
            <w:tcW w:w="1752" w:type="dxa"/>
          </w:tcPr>
          <w:p w14:paraId="496D9DD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11068</w:t>
            </w:r>
          </w:p>
        </w:tc>
      </w:tr>
      <w:tr w:rsidR="00F64519" w:rsidRPr="00347AE8" w14:paraId="14BFDB83" w14:textId="77777777" w:rsidTr="00347AE8">
        <w:tc>
          <w:tcPr>
            <w:tcW w:w="1752" w:type="dxa"/>
          </w:tcPr>
          <w:p w14:paraId="3FFB701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California</w:t>
            </w:r>
          </w:p>
        </w:tc>
        <w:tc>
          <w:tcPr>
            <w:tcW w:w="1752" w:type="dxa"/>
          </w:tcPr>
          <w:p w14:paraId="2C07FCB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86906</w:t>
            </w:r>
          </w:p>
        </w:tc>
        <w:tc>
          <w:tcPr>
            <w:tcW w:w="1752" w:type="dxa"/>
          </w:tcPr>
          <w:p w14:paraId="4976FAE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16.71 (16.6-16.83)</w:t>
            </w:r>
          </w:p>
        </w:tc>
        <w:tc>
          <w:tcPr>
            <w:tcW w:w="1752" w:type="dxa"/>
          </w:tcPr>
          <w:p w14:paraId="74855F5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26763</w:t>
            </w:r>
          </w:p>
        </w:tc>
        <w:tc>
          <w:tcPr>
            <w:tcW w:w="1752" w:type="dxa"/>
          </w:tcPr>
          <w:p w14:paraId="3BA869F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17.66 (17.45 - 17.88)</w:t>
            </w:r>
          </w:p>
        </w:tc>
        <w:tc>
          <w:tcPr>
            <w:tcW w:w="1752" w:type="dxa"/>
          </w:tcPr>
          <w:p w14:paraId="46F7352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113669</w:t>
            </w:r>
          </w:p>
        </w:tc>
      </w:tr>
      <w:tr w:rsidR="00F64519" w:rsidRPr="00347AE8" w14:paraId="2098BEF6" w14:textId="77777777" w:rsidTr="00347AE8">
        <w:tc>
          <w:tcPr>
            <w:tcW w:w="1752" w:type="dxa"/>
          </w:tcPr>
          <w:p w14:paraId="1F54F41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Colorado</w:t>
            </w:r>
          </w:p>
        </w:tc>
        <w:tc>
          <w:tcPr>
            <w:tcW w:w="1752" w:type="dxa"/>
          </w:tcPr>
          <w:p w14:paraId="1925562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10665</w:t>
            </w:r>
          </w:p>
        </w:tc>
        <w:tc>
          <w:tcPr>
            <w:tcW w:w="1752" w:type="dxa"/>
          </w:tcPr>
          <w:p w14:paraId="4867AFD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15.57 (15.27-15.87)</w:t>
            </w:r>
          </w:p>
        </w:tc>
        <w:tc>
          <w:tcPr>
            <w:tcW w:w="1752" w:type="dxa"/>
          </w:tcPr>
          <w:p w14:paraId="4CD1035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3647</w:t>
            </w:r>
          </w:p>
        </w:tc>
        <w:tc>
          <w:tcPr>
            <w:tcW w:w="1752" w:type="dxa"/>
          </w:tcPr>
          <w:p w14:paraId="0979608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16.44 (15.9 - 16.99)</w:t>
            </w:r>
          </w:p>
        </w:tc>
        <w:tc>
          <w:tcPr>
            <w:tcW w:w="1752" w:type="dxa"/>
          </w:tcPr>
          <w:p w14:paraId="107982B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14312</w:t>
            </w:r>
          </w:p>
        </w:tc>
      </w:tr>
      <w:tr w:rsidR="00F64519" w:rsidRPr="00347AE8" w14:paraId="6E831FBC" w14:textId="77777777" w:rsidTr="00347AE8">
        <w:tc>
          <w:tcPr>
            <w:tcW w:w="1752" w:type="dxa"/>
          </w:tcPr>
          <w:p w14:paraId="1EE2AF5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Connecticut</w:t>
            </w:r>
          </w:p>
        </w:tc>
        <w:tc>
          <w:tcPr>
            <w:tcW w:w="1752" w:type="dxa"/>
          </w:tcPr>
          <w:p w14:paraId="796DA3D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11101</w:t>
            </w:r>
          </w:p>
        </w:tc>
        <w:tc>
          <w:tcPr>
            <w:tcW w:w="1752" w:type="dxa"/>
          </w:tcPr>
          <w:p w14:paraId="7E33B6B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18.26 (17.92-18.61)</w:t>
            </w:r>
          </w:p>
        </w:tc>
        <w:tc>
          <w:tcPr>
            <w:tcW w:w="1752" w:type="dxa"/>
          </w:tcPr>
          <w:p w14:paraId="20F5602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3235</w:t>
            </w:r>
          </w:p>
        </w:tc>
        <w:tc>
          <w:tcPr>
            <w:tcW w:w="1752" w:type="dxa"/>
          </w:tcPr>
          <w:p w14:paraId="007576C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19.49 (18.81 - 20.19)</w:t>
            </w:r>
          </w:p>
        </w:tc>
        <w:tc>
          <w:tcPr>
            <w:tcW w:w="1752" w:type="dxa"/>
          </w:tcPr>
          <w:p w14:paraId="355A914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14336</w:t>
            </w:r>
          </w:p>
        </w:tc>
      </w:tr>
      <w:tr w:rsidR="00F64519" w:rsidRPr="00347AE8" w14:paraId="7FF7F3C2" w14:textId="77777777" w:rsidTr="00347AE8">
        <w:tc>
          <w:tcPr>
            <w:tcW w:w="1752" w:type="dxa"/>
          </w:tcPr>
          <w:p w14:paraId="376572A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Delaware</w:t>
            </w:r>
          </w:p>
        </w:tc>
        <w:tc>
          <w:tcPr>
            <w:tcW w:w="1752" w:type="dxa"/>
          </w:tcPr>
          <w:p w14:paraId="49ED7DB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2801</w:t>
            </w:r>
          </w:p>
        </w:tc>
        <w:tc>
          <w:tcPr>
            <w:tcW w:w="1752" w:type="dxa"/>
          </w:tcPr>
          <w:p w14:paraId="36FC9CA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18.6 (17.9-19.29)</w:t>
            </w:r>
          </w:p>
        </w:tc>
        <w:tc>
          <w:tcPr>
            <w:tcW w:w="1752" w:type="dxa"/>
          </w:tcPr>
          <w:p w14:paraId="1412EEA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1052</w:t>
            </w:r>
          </w:p>
        </w:tc>
        <w:tc>
          <w:tcPr>
            <w:tcW w:w="1752" w:type="dxa"/>
          </w:tcPr>
          <w:p w14:paraId="355ABF7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21.04 (19.75 - 22.4)</w:t>
            </w:r>
          </w:p>
        </w:tc>
        <w:tc>
          <w:tcPr>
            <w:tcW w:w="1752" w:type="dxa"/>
          </w:tcPr>
          <w:p w14:paraId="7570B5B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3853</w:t>
            </w:r>
          </w:p>
        </w:tc>
      </w:tr>
      <w:tr w:rsidR="00F64519" w:rsidRPr="00347AE8" w14:paraId="6FF60B2E" w14:textId="77777777" w:rsidTr="00347AE8">
        <w:tc>
          <w:tcPr>
            <w:tcW w:w="1752" w:type="dxa"/>
          </w:tcPr>
          <w:p w14:paraId="664F683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District of Columbia</w:t>
            </w:r>
          </w:p>
        </w:tc>
        <w:tc>
          <w:tcPr>
            <w:tcW w:w="1752" w:type="dxa"/>
          </w:tcPr>
          <w:p w14:paraId="0F5DE0D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1837</w:t>
            </w:r>
          </w:p>
        </w:tc>
        <w:tc>
          <w:tcPr>
            <w:tcW w:w="1752" w:type="dxa"/>
          </w:tcPr>
          <w:p w14:paraId="1F888B2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21.59 (20.59-22.58)</w:t>
            </w:r>
          </w:p>
        </w:tc>
        <w:tc>
          <w:tcPr>
            <w:tcW w:w="1752" w:type="dxa"/>
          </w:tcPr>
          <w:p w14:paraId="544F1D3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435</w:t>
            </w:r>
          </w:p>
        </w:tc>
        <w:tc>
          <w:tcPr>
            <w:tcW w:w="1752" w:type="dxa"/>
          </w:tcPr>
          <w:p w14:paraId="7A210D8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19.9 (18.06 - 21.89)</w:t>
            </w:r>
          </w:p>
        </w:tc>
        <w:tc>
          <w:tcPr>
            <w:tcW w:w="1752" w:type="dxa"/>
          </w:tcPr>
          <w:p w14:paraId="61114E4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2272</w:t>
            </w:r>
          </w:p>
        </w:tc>
      </w:tr>
      <w:tr w:rsidR="00F64519" w:rsidRPr="00347AE8" w14:paraId="01EF2DF6" w14:textId="77777777" w:rsidTr="00347AE8">
        <w:tc>
          <w:tcPr>
            <w:tcW w:w="1752" w:type="dxa"/>
          </w:tcPr>
          <w:p w14:paraId="4D17E5C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Florida</w:t>
            </w:r>
          </w:p>
        </w:tc>
        <w:tc>
          <w:tcPr>
            <w:tcW w:w="1752" w:type="dxa"/>
          </w:tcPr>
          <w:p w14:paraId="28D7367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61605</w:t>
            </w:r>
          </w:p>
        </w:tc>
        <w:tc>
          <w:tcPr>
            <w:tcW w:w="1752" w:type="dxa"/>
          </w:tcPr>
          <w:p w14:paraId="635098D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16.56 (16.43-16.69)</w:t>
            </w:r>
          </w:p>
        </w:tc>
        <w:tc>
          <w:tcPr>
            <w:tcW w:w="1752" w:type="dxa"/>
          </w:tcPr>
          <w:p w14:paraId="2605543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20840</w:t>
            </w:r>
          </w:p>
        </w:tc>
        <w:tc>
          <w:tcPr>
            <w:tcW w:w="1752" w:type="dxa"/>
          </w:tcPr>
          <w:p w14:paraId="357D8EF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18.06 (17.81 - 18.31)</w:t>
            </w:r>
          </w:p>
        </w:tc>
        <w:tc>
          <w:tcPr>
            <w:tcW w:w="1752" w:type="dxa"/>
          </w:tcPr>
          <w:p w14:paraId="2CE2554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82445</w:t>
            </w:r>
          </w:p>
        </w:tc>
      </w:tr>
      <w:tr w:rsidR="00F64519" w:rsidRPr="00347AE8" w14:paraId="16024348" w14:textId="77777777" w:rsidTr="00347AE8">
        <w:tc>
          <w:tcPr>
            <w:tcW w:w="1752" w:type="dxa"/>
          </w:tcPr>
          <w:p w14:paraId="4FC2F8A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Georgia</w:t>
            </w:r>
          </w:p>
        </w:tc>
        <w:tc>
          <w:tcPr>
            <w:tcW w:w="1752" w:type="dxa"/>
          </w:tcPr>
          <w:p w14:paraId="05CAFB8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21860</w:t>
            </w:r>
          </w:p>
        </w:tc>
        <w:tc>
          <w:tcPr>
            <w:tcW w:w="1752" w:type="dxa"/>
          </w:tcPr>
          <w:p w14:paraId="57209CD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17.25 (17.02-17.48)</w:t>
            </w:r>
          </w:p>
        </w:tc>
        <w:tc>
          <w:tcPr>
            <w:tcW w:w="1752" w:type="dxa"/>
          </w:tcPr>
          <w:p w14:paraId="192D0D4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7545</w:t>
            </w:r>
          </w:p>
        </w:tc>
        <w:tc>
          <w:tcPr>
            <w:tcW w:w="1752" w:type="dxa"/>
          </w:tcPr>
          <w:p w14:paraId="7062AF8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18.36 (17.94 - 18.78)</w:t>
            </w:r>
          </w:p>
        </w:tc>
        <w:tc>
          <w:tcPr>
            <w:tcW w:w="1752" w:type="dxa"/>
          </w:tcPr>
          <w:p w14:paraId="14F4FFB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29405</w:t>
            </w:r>
          </w:p>
        </w:tc>
      </w:tr>
      <w:tr w:rsidR="00F64519" w:rsidRPr="00347AE8" w14:paraId="201D98E9" w14:textId="77777777" w:rsidTr="00347AE8">
        <w:tc>
          <w:tcPr>
            <w:tcW w:w="1752" w:type="dxa"/>
          </w:tcPr>
          <w:p w14:paraId="6FDBDF0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Hawaii</w:t>
            </w:r>
          </w:p>
        </w:tc>
        <w:tc>
          <w:tcPr>
            <w:tcW w:w="1752" w:type="dxa"/>
          </w:tcPr>
          <w:p w14:paraId="6108AA8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4087</w:t>
            </w:r>
          </w:p>
        </w:tc>
        <w:tc>
          <w:tcPr>
            <w:tcW w:w="1752" w:type="dxa"/>
          </w:tcPr>
          <w:p w14:paraId="248398F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17.74 (17.2-18.29)</w:t>
            </w:r>
          </w:p>
        </w:tc>
        <w:tc>
          <w:tcPr>
            <w:tcW w:w="1752" w:type="dxa"/>
          </w:tcPr>
          <w:p w14:paraId="678F5ED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1002</w:t>
            </w:r>
          </w:p>
        </w:tc>
        <w:tc>
          <w:tcPr>
            <w:tcW w:w="1752" w:type="dxa"/>
          </w:tcPr>
          <w:p w14:paraId="02356F2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16.03 (15.03 - 17.11)</w:t>
            </w:r>
          </w:p>
        </w:tc>
        <w:tc>
          <w:tcPr>
            <w:tcW w:w="1752" w:type="dxa"/>
          </w:tcPr>
          <w:p w14:paraId="56F56B2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5089</w:t>
            </w:r>
          </w:p>
        </w:tc>
      </w:tr>
      <w:tr w:rsidR="00F64519" w:rsidRPr="00347AE8" w14:paraId="6B05A374" w14:textId="77777777" w:rsidTr="00347AE8">
        <w:tc>
          <w:tcPr>
            <w:tcW w:w="1752" w:type="dxa"/>
          </w:tcPr>
          <w:p w14:paraId="2A7FDAE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Idaho</w:t>
            </w:r>
          </w:p>
        </w:tc>
        <w:tc>
          <w:tcPr>
            <w:tcW w:w="1752" w:type="dxa"/>
          </w:tcPr>
          <w:p w14:paraId="05FE2CA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3984</w:t>
            </w:r>
          </w:p>
        </w:tc>
        <w:tc>
          <w:tcPr>
            <w:tcW w:w="1752" w:type="dxa"/>
          </w:tcPr>
          <w:p w14:paraId="0304073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17.29 (16.75-17.83)</w:t>
            </w:r>
          </w:p>
        </w:tc>
        <w:tc>
          <w:tcPr>
            <w:tcW w:w="1752" w:type="dxa"/>
          </w:tcPr>
          <w:p w14:paraId="4C95AF2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1487</w:t>
            </w:r>
          </w:p>
        </w:tc>
        <w:tc>
          <w:tcPr>
            <w:tcW w:w="1752" w:type="dxa"/>
          </w:tcPr>
          <w:p w14:paraId="256E6EA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18.9 (17.94 - 19.91)</w:t>
            </w:r>
          </w:p>
        </w:tc>
        <w:tc>
          <w:tcPr>
            <w:tcW w:w="1752" w:type="dxa"/>
          </w:tcPr>
          <w:p w14:paraId="1896C4B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5471</w:t>
            </w:r>
          </w:p>
        </w:tc>
      </w:tr>
      <w:tr w:rsidR="00F64519" w:rsidRPr="00347AE8" w14:paraId="4C6FE795" w14:textId="77777777" w:rsidTr="00347AE8">
        <w:tc>
          <w:tcPr>
            <w:tcW w:w="1752" w:type="dxa"/>
          </w:tcPr>
          <w:p w14:paraId="525C867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Illinois</w:t>
            </w:r>
          </w:p>
        </w:tc>
        <w:tc>
          <w:tcPr>
            <w:tcW w:w="1752" w:type="dxa"/>
          </w:tcPr>
          <w:p w14:paraId="429F374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35522</w:t>
            </w:r>
          </w:p>
        </w:tc>
        <w:tc>
          <w:tcPr>
            <w:tcW w:w="1752" w:type="dxa"/>
          </w:tcPr>
          <w:p w14:paraId="71198E6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18.26 (18.07-18.45)</w:t>
            </w:r>
          </w:p>
        </w:tc>
        <w:tc>
          <w:tcPr>
            <w:tcW w:w="1752" w:type="dxa"/>
          </w:tcPr>
          <w:p w14:paraId="7C78711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10126</w:t>
            </w:r>
          </w:p>
        </w:tc>
        <w:tc>
          <w:tcPr>
            <w:tcW w:w="1752" w:type="dxa"/>
          </w:tcPr>
          <w:p w14:paraId="339836D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19.12 (18.75 - 19.51)</w:t>
            </w:r>
          </w:p>
        </w:tc>
        <w:tc>
          <w:tcPr>
            <w:tcW w:w="1752" w:type="dxa"/>
          </w:tcPr>
          <w:p w14:paraId="717C665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45648</w:t>
            </w:r>
          </w:p>
        </w:tc>
      </w:tr>
      <w:tr w:rsidR="00F64519" w:rsidRPr="00347AE8" w14:paraId="06B21E28" w14:textId="77777777" w:rsidTr="00347AE8">
        <w:tc>
          <w:tcPr>
            <w:tcW w:w="1752" w:type="dxa"/>
          </w:tcPr>
          <w:p w14:paraId="7C142B3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Indiana</w:t>
            </w:r>
          </w:p>
        </w:tc>
        <w:tc>
          <w:tcPr>
            <w:tcW w:w="1752" w:type="dxa"/>
          </w:tcPr>
          <w:p w14:paraId="2CCC143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18319</w:t>
            </w:r>
          </w:p>
        </w:tc>
        <w:tc>
          <w:tcPr>
            <w:tcW w:w="1752" w:type="dxa"/>
          </w:tcPr>
          <w:p w14:paraId="2C302CE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18.24 (17.98-18.51)</w:t>
            </w:r>
          </w:p>
        </w:tc>
        <w:tc>
          <w:tcPr>
            <w:tcW w:w="1752" w:type="dxa"/>
          </w:tcPr>
          <w:p w14:paraId="4F37E9E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5714</w:t>
            </w:r>
          </w:p>
        </w:tc>
        <w:tc>
          <w:tcPr>
            <w:tcW w:w="1752" w:type="dxa"/>
          </w:tcPr>
          <w:p w14:paraId="2F15BF3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20.44 (19.9 - 20.99)</w:t>
            </w:r>
          </w:p>
        </w:tc>
        <w:tc>
          <w:tcPr>
            <w:tcW w:w="1752" w:type="dxa"/>
          </w:tcPr>
          <w:p w14:paraId="7054F7C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24033</w:t>
            </w:r>
          </w:p>
        </w:tc>
      </w:tr>
      <w:tr w:rsidR="00F64519" w:rsidRPr="00347AE8" w14:paraId="5CD6F63F" w14:textId="77777777" w:rsidTr="00347AE8">
        <w:tc>
          <w:tcPr>
            <w:tcW w:w="1752" w:type="dxa"/>
          </w:tcPr>
          <w:p w14:paraId="7A3B930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Iowa</w:t>
            </w:r>
          </w:p>
        </w:tc>
        <w:tc>
          <w:tcPr>
            <w:tcW w:w="1752" w:type="dxa"/>
          </w:tcPr>
          <w:p w14:paraId="5A859EE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9155</w:t>
            </w:r>
          </w:p>
        </w:tc>
        <w:tc>
          <w:tcPr>
            <w:tcW w:w="1752" w:type="dxa"/>
          </w:tcPr>
          <w:p w14:paraId="532F13A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17.22 (16.87-17.58)</w:t>
            </w:r>
          </w:p>
        </w:tc>
        <w:tc>
          <w:tcPr>
            <w:tcW w:w="1752" w:type="dxa"/>
          </w:tcPr>
          <w:p w14:paraId="5012164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2666</w:t>
            </w:r>
          </w:p>
        </w:tc>
        <w:tc>
          <w:tcPr>
            <w:tcW w:w="1752" w:type="dxa"/>
          </w:tcPr>
          <w:p w14:paraId="60ECAFF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19.04 (18.32 - 19.8)</w:t>
            </w:r>
          </w:p>
        </w:tc>
        <w:tc>
          <w:tcPr>
            <w:tcW w:w="1752" w:type="dxa"/>
          </w:tcPr>
          <w:p w14:paraId="7327E70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11821</w:t>
            </w:r>
          </w:p>
        </w:tc>
      </w:tr>
      <w:tr w:rsidR="00F64519" w:rsidRPr="00347AE8" w14:paraId="6261AEC4" w14:textId="77777777" w:rsidTr="00347AE8">
        <w:tc>
          <w:tcPr>
            <w:tcW w:w="1752" w:type="dxa"/>
          </w:tcPr>
          <w:p w14:paraId="3DB1AEB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Kansas</w:t>
            </w:r>
          </w:p>
        </w:tc>
        <w:tc>
          <w:tcPr>
            <w:tcW w:w="1752" w:type="dxa"/>
          </w:tcPr>
          <w:p w14:paraId="6488AEE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7863</w:t>
            </w:r>
          </w:p>
        </w:tc>
        <w:tc>
          <w:tcPr>
            <w:tcW w:w="1752" w:type="dxa"/>
          </w:tcPr>
          <w:p w14:paraId="6AAA702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17.42 (17.03-17.81)</w:t>
            </w:r>
          </w:p>
        </w:tc>
        <w:tc>
          <w:tcPr>
            <w:tcW w:w="1752" w:type="dxa"/>
          </w:tcPr>
          <w:p w14:paraId="279DE77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2285</w:t>
            </w:r>
          </w:p>
        </w:tc>
        <w:tc>
          <w:tcPr>
            <w:tcW w:w="1752" w:type="dxa"/>
          </w:tcPr>
          <w:p w14:paraId="6FC5321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18.95 (18.17 - 19.76)</w:t>
            </w:r>
          </w:p>
        </w:tc>
        <w:tc>
          <w:tcPr>
            <w:tcW w:w="1752" w:type="dxa"/>
          </w:tcPr>
          <w:p w14:paraId="7B1EA9B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10148</w:t>
            </w:r>
          </w:p>
        </w:tc>
      </w:tr>
      <w:tr w:rsidR="00F64519" w:rsidRPr="00347AE8" w14:paraId="5603AC07" w14:textId="77777777" w:rsidTr="00347AE8">
        <w:tc>
          <w:tcPr>
            <w:tcW w:w="1752" w:type="dxa"/>
          </w:tcPr>
          <w:p w14:paraId="587A749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Kentucky</w:t>
            </w:r>
          </w:p>
        </w:tc>
        <w:tc>
          <w:tcPr>
            <w:tcW w:w="1752" w:type="dxa"/>
          </w:tcPr>
          <w:p w14:paraId="6CD7811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12120</w:t>
            </w:r>
          </w:p>
        </w:tc>
        <w:tc>
          <w:tcPr>
            <w:tcW w:w="1752" w:type="dxa"/>
          </w:tcPr>
          <w:p w14:paraId="2280776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17.73 (17.41-18.05)</w:t>
            </w:r>
          </w:p>
        </w:tc>
        <w:tc>
          <w:tcPr>
            <w:tcW w:w="1752" w:type="dxa"/>
          </w:tcPr>
          <w:p w14:paraId="35722DE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3857</w:t>
            </w:r>
          </w:p>
        </w:tc>
        <w:tc>
          <w:tcPr>
            <w:tcW w:w="1752" w:type="dxa"/>
          </w:tcPr>
          <w:p w14:paraId="785784D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20.26 (19.62 - 20.93)</w:t>
            </w:r>
          </w:p>
        </w:tc>
        <w:tc>
          <w:tcPr>
            <w:tcW w:w="1752" w:type="dxa"/>
          </w:tcPr>
          <w:p w14:paraId="5090972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15977</w:t>
            </w:r>
          </w:p>
        </w:tc>
      </w:tr>
      <w:tr w:rsidR="00F64519" w:rsidRPr="00347AE8" w14:paraId="255E6CA1" w14:textId="77777777" w:rsidTr="00347AE8">
        <w:tc>
          <w:tcPr>
            <w:tcW w:w="1752" w:type="dxa"/>
          </w:tcPr>
          <w:p w14:paraId="65EB61D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Louisiana</w:t>
            </w:r>
          </w:p>
        </w:tc>
        <w:tc>
          <w:tcPr>
            <w:tcW w:w="1752" w:type="dxa"/>
          </w:tcPr>
          <w:p w14:paraId="1215FC2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13462</w:t>
            </w:r>
          </w:p>
        </w:tc>
        <w:tc>
          <w:tcPr>
            <w:tcW w:w="1752" w:type="dxa"/>
          </w:tcPr>
          <w:p w14:paraId="7078409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19.9 (19.56-20.24)</w:t>
            </w:r>
          </w:p>
        </w:tc>
        <w:tc>
          <w:tcPr>
            <w:tcW w:w="1752" w:type="dxa"/>
          </w:tcPr>
          <w:p w14:paraId="5052861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3849</w:t>
            </w:r>
          </w:p>
        </w:tc>
        <w:tc>
          <w:tcPr>
            <w:tcW w:w="1752" w:type="dxa"/>
          </w:tcPr>
          <w:p w14:paraId="08EF2B3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20.47 (19.82 - 21.15)</w:t>
            </w:r>
          </w:p>
        </w:tc>
        <w:tc>
          <w:tcPr>
            <w:tcW w:w="1752" w:type="dxa"/>
          </w:tcPr>
          <w:p w14:paraId="5A590D4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17311</w:t>
            </w:r>
          </w:p>
        </w:tc>
      </w:tr>
      <w:tr w:rsidR="00F64519" w:rsidRPr="00347AE8" w14:paraId="12868E03" w14:textId="77777777" w:rsidTr="00347AE8">
        <w:tc>
          <w:tcPr>
            <w:tcW w:w="1752" w:type="dxa"/>
          </w:tcPr>
          <w:p w14:paraId="327A133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Maine</w:t>
            </w:r>
          </w:p>
        </w:tc>
        <w:tc>
          <w:tcPr>
            <w:tcW w:w="1752" w:type="dxa"/>
          </w:tcPr>
          <w:p w14:paraId="103EE2D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4489</w:t>
            </w:r>
          </w:p>
        </w:tc>
        <w:tc>
          <w:tcPr>
            <w:tcW w:w="1752" w:type="dxa"/>
          </w:tcPr>
          <w:p w14:paraId="57913A1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18.01 (17.48-18.54)</w:t>
            </w:r>
          </w:p>
        </w:tc>
        <w:tc>
          <w:tcPr>
            <w:tcW w:w="1752" w:type="dxa"/>
          </w:tcPr>
          <w:p w14:paraId="796EFC2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1418</w:t>
            </w:r>
          </w:p>
        </w:tc>
        <w:tc>
          <w:tcPr>
            <w:tcW w:w="1752" w:type="dxa"/>
          </w:tcPr>
          <w:p w14:paraId="31CBE53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19.19 (18.18 - 20.26)</w:t>
            </w:r>
          </w:p>
        </w:tc>
        <w:tc>
          <w:tcPr>
            <w:tcW w:w="1752" w:type="dxa"/>
          </w:tcPr>
          <w:p w14:paraId="76255DA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5907</w:t>
            </w:r>
          </w:p>
        </w:tc>
      </w:tr>
      <w:tr w:rsidR="00F64519" w:rsidRPr="00347AE8" w14:paraId="64D24C4A" w14:textId="77777777" w:rsidTr="00347AE8">
        <w:tc>
          <w:tcPr>
            <w:tcW w:w="1752" w:type="dxa"/>
          </w:tcPr>
          <w:p w14:paraId="4F02C15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Maryland</w:t>
            </w:r>
          </w:p>
        </w:tc>
        <w:tc>
          <w:tcPr>
            <w:tcW w:w="1752" w:type="dxa"/>
          </w:tcPr>
          <w:p w14:paraId="37C0D01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16005</w:t>
            </w:r>
          </w:p>
        </w:tc>
        <w:tc>
          <w:tcPr>
            <w:tcW w:w="1752" w:type="dxa"/>
          </w:tcPr>
          <w:p w14:paraId="7AFB20B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18.46 (18.17-18.75)</w:t>
            </w:r>
          </w:p>
        </w:tc>
        <w:tc>
          <w:tcPr>
            <w:tcW w:w="1752" w:type="dxa"/>
          </w:tcPr>
          <w:p w14:paraId="0F233F6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4944</w:t>
            </w:r>
          </w:p>
        </w:tc>
        <w:tc>
          <w:tcPr>
            <w:tcW w:w="1752" w:type="dxa"/>
          </w:tcPr>
          <w:p w14:paraId="56446FB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19.19 (18.66 - 19.75)</w:t>
            </w:r>
          </w:p>
        </w:tc>
        <w:tc>
          <w:tcPr>
            <w:tcW w:w="1752" w:type="dxa"/>
          </w:tcPr>
          <w:p w14:paraId="1A7DBD4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20949</w:t>
            </w:r>
          </w:p>
        </w:tc>
      </w:tr>
      <w:tr w:rsidR="00F64519" w:rsidRPr="00347AE8" w14:paraId="2960D424" w14:textId="77777777" w:rsidTr="00347AE8">
        <w:tc>
          <w:tcPr>
            <w:tcW w:w="1752" w:type="dxa"/>
          </w:tcPr>
          <w:p w14:paraId="72C59F6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Massachusetts</w:t>
            </w:r>
          </w:p>
        </w:tc>
        <w:tc>
          <w:tcPr>
            <w:tcW w:w="1752" w:type="dxa"/>
          </w:tcPr>
          <w:p w14:paraId="228026A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20063</w:t>
            </w:r>
          </w:p>
        </w:tc>
        <w:tc>
          <w:tcPr>
            <w:tcW w:w="1752" w:type="dxa"/>
          </w:tcPr>
          <w:p w14:paraId="29589DF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18.24 (17.99-18.5)</w:t>
            </w:r>
          </w:p>
        </w:tc>
        <w:tc>
          <w:tcPr>
            <w:tcW w:w="1752" w:type="dxa"/>
          </w:tcPr>
          <w:p w14:paraId="47B1659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5859</w:t>
            </w:r>
          </w:p>
        </w:tc>
        <w:tc>
          <w:tcPr>
            <w:tcW w:w="1752" w:type="dxa"/>
          </w:tcPr>
          <w:p w14:paraId="7B92858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18.93 (18.44 - 19.43)</w:t>
            </w:r>
          </w:p>
        </w:tc>
        <w:tc>
          <w:tcPr>
            <w:tcW w:w="1752" w:type="dxa"/>
          </w:tcPr>
          <w:p w14:paraId="3F187C2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25922</w:t>
            </w:r>
          </w:p>
        </w:tc>
      </w:tr>
      <w:tr w:rsidR="00F64519" w:rsidRPr="00347AE8" w14:paraId="753FD252" w14:textId="77777777" w:rsidTr="00347AE8">
        <w:tc>
          <w:tcPr>
            <w:tcW w:w="1752" w:type="dxa"/>
          </w:tcPr>
          <w:p w14:paraId="02B7445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Michigan</w:t>
            </w:r>
          </w:p>
        </w:tc>
        <w:tc>
          <w:tcPr>
            <w:tcW w:w="1752" w:type="dxa"/>
          </w:tcPr>
          <w:p w14:paraId="4BC5A09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30682</w:t>
            </w:r>
          </w:p>
        </w:tc>
        <w:tc>
          <w:tcPr>
            <w:tcW w:w="1752" w:type="dxa"/>
          </w:tcPr>
          <w:p w14:paraId="77AE724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18.88 (18.66-19.09)</w:t>
            </w:r>
          </w:p>
        </w:tc>
        <w:tc>
          <w:tcPr>
            <w:tcW w:w="1752" w:type="dxa"/>
          </w:tcPr>
          <w:p w14:paraId="7A642D0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9337</w:t>
            </w:r>
          </w:p>
        </w:tc>
        <w:tc>
          <w:tcPr>
            <w:tcW w:w="1752" w:type="dxa"/>
          </w:tcPr>
          <w:p w14:paraId="7020F1D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20.73 (20.3 - 21.17)</w:t>
            </w:r>
          </w:p>
        </w:tc>
        <w:tc>
          <w:tcPr>
            <w:tcW w:w="1752" w:type="dxa"/>
          </w:tcPr>
          <w:p w14:paraId="3AEB704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40019</w:t>
            </w:r>
          </w:p>
        </w:tc>
      </w:tr>
      <w:tr w:rsidR="00F64519" w:rsidRPr="00347AE8" w14:paraId="363D16F9" w14:textId="77777777" w:rsidTr="00347AE8">
        <w:tc>
          <w:tcPr>
            <w:tcW w:w="1752" w:type="dxa"/>
          </w:tcPr>
          <w:p w14:paraId="2C74954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Minnesota</w:t>
            </w:r>
          </w:p>
        </w:tc>
        <w:tc>
          <w:tcPr>
            <w:tcW w:w="1752" w:type="dxa"/>
          </w:tcPr>
          <w:p w14:paraId="0F8F26C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14206</w:t>
            </w:r>
          </w:p>
        </w:tc>
        <w:tc>
          <w:tcPr>
            <w:tcW w:w="1752" w:type="dxa"/>
          </w:tcPr>
          <w:p w14:paraId="01CE4D7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17.05 (16.77-17.33)</w:t>
            </w:r>
          </w:p>
        </w:tc>
        <w:tc>
          <w:tcPr>
            <w:tcW w:w="1752" w:type="dxa"/>
          </w:tcPr>
          <w:p w14:paraId="627DE30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4573</w:t>
            </w:r>
          </w:p>
        </w:tc>
        <w:tc>
          <w:tcPr>
            <w:tcW w:w="1752" w:type="dxa"/>
          </w:tcPr>
          <w:p w14:paraId="127AA05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18.82 (18.27 - 19.39)</w:t>
            </w:r>
          </w:p>
        </w:tc>
        <w:tc>
          <w:tcPr>
            <w:tcW w:w="1752" w:type="dxa"/>
          </w:tcPr>
          <w:p w14:paraId="0566079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18779</w:t>
            </w:r>
          </w:p>
        </w:tc>
      </w:tr>
      <w:tr w:rsidR="00F64519" w:rsidRPr="00347AE8" w14:paraId="22B27E01" w14:textId="77777777" w:rsidTr="00347AE8">
        <w:tc>
          <w:tcPr>
            <w:tcW w:w="1752" w:type="dxa"/>
          </w:tcPr>
          <w:p w14:paraId="60A72B5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Mississippi</w:t>
            </w:r>
          </w:p>
        </w:tc>
        <w:tc>
          <w:tcPr>
            <w:tcW w:w="1752" w:type="dxa"/>
          </w:tcPr>
          <w:p w14:paraId="083797F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8888</w:t>
            </w:r>
          </w:p>
        </w:tc>
        <w:tc>
          <w:tcPr>
            <w:tcW w:w="1752" w:type="dxa"/>
          </w:tcPr>
          <w:p w14:paraId="57CE421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19.81 (19.4-20.22)</w:t>
            </w:r>
          </w:p>
        </w:tc>
        <w:tc>
          <w:tcPr>
            <w:tcW w:w="1752" w:type="dxa"/>
          </w:tcPr>
          <w:p w14:paraId="1EC93D6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2542</w:t>
            </w:r>
          </w:p>
        </w:tc>
        <w:tc>
          <w:tcPr>
            <w:tcW w:w="1752" w:type="dxa"/>
          </w:tcPr>
          <w:p w14:paraId="294546E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20.82 (20 - 21.67)</w:t>
            </w:r>
          </w:p>
        </w:tc>
        <w:tc>
          <w:tcPr>
            <w:tcW w:w="1752" w:type="dxa"/>
          </w:tcPr>
          <w:p w14:paraId="61BCCA8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11430</w:t>
            </w:r>
          </w:p>
        </w:tc>
      </w:tr>
      <w:tr w:rsidR="00F64519" w:rsidRPr="00347AE8" w14:paraId="4314D7A4" w14:textId="77777777" w:rsidTr="00347AE8">
        <w:tc>
          <w:tcPr>
            <w:tcW w:w="1752" w:type="dxa"/>
          </w:tcPr>
          <w:p w14:paraId="3498A17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Missouri</w:t>
            </w:r>
          </w:p>
        </w:tc>
        <w:tc>
          <w:tcPr>
            <w:tcW w:w="1752" w:type="dxa"/>
          </w:tcPr>
          <w:p w14:paraId="5E7809E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17592</w:t>
            </w:r>
          </w:p>
        </w:tc>
        <w:tc>
          <w:tcPr>
            <w:tcW w:w="1752" w:type="dxa"/>
          </w:tcPr>
          <w:p w14:paraId="3E21E14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17.96 (17.69-18.22)</w:t>
            </w:r>
          </w:p>
        </w:tc>
        <w:tc>
          <w:tcPr>
            <w:tcW w:w="1752" w:type="dxa"/>
          </w:tcPr>
          <w:p w14:paraId="34CC374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5288</w:t>
            </w:r>
          </w:p>
        </w:tc>
        <w:tc>
          <w:tcPr>
            <w:tcW w:w="1752" w:type="dxa"/>
          </w:tcPr>
          <w:p w14:paraId="1970D05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19.62 (19.09 - 20.17)</w:t>
            </w:r>
          </w:p>
        </w:tc>
        <w:tc>
          <w:tcPr>
            <w:tcW w:w="1752" w:type="dxa"/>
          </w:tcPr>
          <w:p w14:paraId="17F592F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22880</w:t>
            </w:r>
          </w:p>
        </w:tc>
      </w:tr>
      <w:tr w:rsidR="00F64519" w:rsidRPr="00347AE8" w14:paraId="1A387802" w14:textId="77777777" w:rsidTr="00347AE8">
        <w:tc>
          <w:tcPr>
            <w:tcW w:w="1752" w:type="dxa"/>
          </w:tcPr>
          <w:p w14:paraId="11A17F5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Montana</w:t>
            </w:r>
          </w:p>
        </w:tc>
        <w:tc>
          <w:tcPr>
            <w:tcW w:w="1752" w:type="dxa"/>
          </w:tcPr>
          <w:p w14:paraId="7B9F723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2767</w:t>
            </w:r>
          </w:p>
        </w:tc>
        <w:tc>
          <w:tcPr>
            <w:tcW w:w="1752" w:type="dxa"/>
          </w:tcPr>
          <w:p w14:paraId="2EEC9B1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15.97 (15.37-16.57)</w:t>
            </w:r>
          </w:p>
        </w:tc>
        <w:tc>
          <w:tcPr>
            <w:tcW w:w="1752" w:type="dxa"/>
          </w:tcPr>
          <w:p w14:paraId="4607952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946</w:t>
            </w:r>
          </w:p>
        </w:tc>
        <w:tc>
          <w:tcPr>
            <w:tcW w:w="1752" w:type="dxa"/>
          </w:tcPr>
          <w:p w14:paraId="2BF1EF6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18.32 (17.14 - 19.57)</w:t>
            </w:r>
          </w:p>
        </w:tc>
        <w:tc>
          <w:tcPr>
            <w:tcW w:w="1752" w:type="dxa"/>
          </w:tcPr>
          <w:p w14:paraId="7B7A346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3713</w:t>
            </w:r>
          </w:p>
        </w:tc>
      </w:tr>
      <w:tr w:rsidR="00F64519" w:rsidRPr="00347AE8" w14:paraId="137944D6" w14:textId="77777777" w:rsidTr="00347AE8">
        <w:tc>
          <w:tcPr>
            <w:tcW w:w="1752" w:type="dxa"/>
          </w:tcPr>
          <w:p w14:paraId="0360A77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Nebraska</w:t>
            </w:r>
          </w:p>
        </w:tc>
        <w:tc>
          <w:tcPr>
            <w:tcW w:w="1752" w:type="dxa"/>
          </w:tcPr>
          <w:p w14:paraId="2E063A2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5069</w:t>
            </w:r>
          </w:p>
        </w:tc>
        <w:tc>
          <w:tcPr>
            <w:tcW w:w="1752" w:type="dxa"/>
          </w:tcPr>
          <w:p w14:paraId="3FF2D36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17.28 (16.8-17.76)</w:t>
            </w:r>
          </w:p>
        </w:tc>
        <w:tc>
          <w:tcPr>
            <w:tcW w:w="1752" w:type="dxa"/>
          </w:tcPr>
          <w:p w14:paraId="61A4BDF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1546</w:t>
            </w:r>
          </w:p>
        </w:tc>
        <w:tc>
          <w:tcPr>
            <w:tcW w:w="1752" w:type="dxa"/>
          </w:tcPr>
          <w:p w14:paraId="08191C6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19.27 (18.3 - 20.28)</w:t>
            </w:r>
          </w:p>
        </w:tc>
        <w:tc>
          <w:tcPr>
            <w:tcW w:w="1752" w:type="dxa"/>
          </w:tcPr>
          <w:p w14:paraId="46645E0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6615</w:t>
            </w:r>
          </w:p>
        </w:tc>
      </w:tr>
      <w:tr w:rsidR="00F64519" w:rsidRPr="00347AE8" w14:paraId="0EF230CA" w14:textId="77777777" w:rsidTr="00347AE8">
        <w:tc>
          <w:tcPr>
            <w:tcW w:w="1752" w:type="dxa"/>
          </w:tcPr>
          <w:p w14:paraId="2E5281F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Nevada</w:t>
            </w:r>
          </w:p>
        </w:tc>
        <w:tc>
          <w:tcPr>
            <w:tcW w:w="1752" w:type="dxa"/>
          </w:tcPr>
          <w:p w14:paraId="2E517BE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6506</w:t>
            </w:r>
          </w:p>
        </w:tc>
        <w:tc>
          <w:tcPr>
            <w:tcW w:w="1752" w:type="dxa"/>
          </w:tcPr>
          <w:p w14:paraId="070A770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16.94 (16.52-17.36)</w:t>
            </w:r>
          </w:p>
        </w:tc>
        <w:tc>
          <w:tcPr>
            <w:tcW w:w="1752" w:type="dxa"/>
          </w:tcPr>
          <w:p w14:paraId="3786016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2328</w:t>
            </w:r>
          </w:p>
        </w:tc>
        <w:tc>
          <w:tcPr>
            <w:tcW w:w="1752" w:type="dxa"/>
          </w:tcPr>
          <w:p w14:paraId="2AF13B9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17.96 (17.22 - 18.72)</w:t>
            </w:r>
          </w:p>
        </w:tc>
        <w:tc>
          <w:tcPr>
            <w:tcW w:w="1752" w:type="dxa"/>
          </w:tcPr>
          <w:p w14:paraId="0387E1E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8834</w:t>
            </w:r>
          </w:p>
        </w:tc>
      </w:tr>
      <w:tr w:rsidR="00F64519" w:rsidRPr="00347AE8" w14:paraId="3AD79265" w14:textId="77777777" w:rsidTr="00347AE8">
        <w:tc>
          <w:tcPr>
            <w:tcW w:w="1752" w:type="dxa"/>
          </w:tcPr>
          <w:p w14:paraId="7C466F0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New Hampshire</w:t>
            </w:r>
          </w:p>
        </w:tc>
        <w:tc>
          <w:tcPr>
            <w:tcW w:w="1752" w:type="dxa"/>
          </w:tcPr>
          <w:p w14:paraId="351D46F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3929</w:t>
            </w:r>
          </w:p>
        </w:tc>
        <w:tc>
          <w:tcPr>
            <w:tcW w:w="1752" w:type="dxa"/>
          </w:tcPr>
          <w:p w14:paraId="3F3938A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17.98 (17.41-18.54)</w:t>
            </w:r>
          </w:p>
        </w:tc>
        <w:tc>
          <w:tcPr>
            <w:tcW w:w="1752" w:type="dxa"/>
          </w:tcPr>
          <w:p w14:paraId="113ED88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1292</w:t>
            </w:r>
          </w:p>
        </w:tc>
        <w:tc>
          <w:tcPr>
            <w:tcW w:w="1752" w:type="dxa"/>
          </w:tcPr>
          <w:p w14:paraId="33056A9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18.91 (17.87 - 20.01)</w:t>
            </w:r>
          </w:p>
        </w:tc>
        <w:tc>
          <w:tcPr>
            <w:tcW w:w="1752" w:type="dxa"/>
          </w:tcPr>
          <w:p w14:paraId="71D6070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5221</w:t>
            </w:r>
          </w:p>
        </w:tc>
      </w:tr>
      <w:tr w:rsidR="00F64519" w:rsidRPr="00347AE8" w14:paraId="40893D72" w14:textId="77777777" w:rsidTr="00347AE8">
        <w:tc>
          <w:tcPr>
            <w:tcW w:w="1752" w:type="dxa"/>
          </w:tcPr>
          <w:p w14:paraId="7B180F3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New Jersey</w:t>
            </w:r>
          </w:p>
        </w:tc>
        <w:tc>
          <w:tcPr>
            <w:tcW w:w="1752" w:type="dxa"/>
          </w:tcPr>
          <w:p w14:paraId="650CD21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26378</w:t>
            </w:r>
          </w:p>
        </w:tc>
        <w:tc>
          <w:tcPr>
            <w:tcW w:w="1752" w:type="dxa"/>
          </w:tcPr>
          <w:p w14:paraId="37E410F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18.45 (18.22-18.67)</w:t>
            </w:r>
          </w:p>
        </w:tc>
        <w:tc>
          <w:tcPr>
            <w:tcW w:w="1752" w:type="dxa"/>
          </w:tcPr>
          <w:p w14:paraId="436BF3C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7365</w:t>
            </w:r>
          </w:p>
        </w:tc>
        <w:tc>
          <w:tcPr>
            <w:tcW w:w="1752" w:type="dxa"/>
          </w:tcPr>
          <w:p w14:paraId="1F73F28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18.35 (17.93 - 18.78)</w:t>
            </w:r>
          </w:p>
        </w:tc>
        <w:tc>
          <w:tcPr>
            <w:tcW w:w="1752" w:type="dxa"/>
          </w:tcPr>
          <w:p w14:paraId="3E2C320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33743</w:t>
            </w:r>
          </w:p>
        </w:tc>
      </w:tr>
      <w:tr w:rsidR="00F64519" w:rsidRPr="00347AE8" w14:paraId="27D0AFD8" w14:textId="77777777" w:rsidTr="00347AE8">
        <w:tc>
          <w:tcPr>
            <w:tcW w:w="1752" w:type="dxa"/>
          </w:tcPr>
          <w:p w14:paraId="6C0709A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New Mexico</w:t>
            </w:r>
          </w:p>
        </w:tc>
        <w:tc>
          <w:tcPr>
            <w:tcW w:w="1752" w:type="dxa"/>
          </w:tcPr>
          <w:p w14:paraId="6509C08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4976</w:t>
            </w:r>
          </w:p>
        </w:tc>
        <w:tc>
          <w:tcPr>
            <w:tcW w:w="1752" w:type="dxa"/>
          </w:tcPr>
          <w:p w14:paraId="422AEC4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15.69 (15.25-16.13)</w:t>
            </w:r>
          </w:p>
        </w:tc>
        <w:tc>
          <w:tcPr>
            <w:tcW w:w="1752" w:type="dxa"/>
          </w:tcPr>
          <w:p w14:paraId="03B8453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1580</w:t>
            </w:r>
          </w:p>
        </w:tc>
        <w:tc>
          <w:tcPr>
            <w:tcW w:w="1752" w:type="dxa"/>
          </w:tcPr>
          <w:p w14:paraId="4F439FB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16.65 (15.82 - 17.52)</w:t>
            </w:r>
          </w:p>
        </w:tc>
        <w:tc>
          <w:tcPr>
            <w:tcW w:w="1752" w:type="dxa"/>
          </w:tcPr>
          <w:p w14:paraId="70527EA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6556</w:t>
            </w:r>
          </w:p>
        </w:tc>
      </w:tr>
      <w:tr w:rsidR="00F64519" w:rsidRPr="00347AE8" w14:paraId="2106055F" w14:textId="77777777" w:rsidTr="00347AE8">
        <w:tc>
          <w:tcPr>
            <w:tcW w:w="1752" w:type="dxa"/>
          </w:tcPr>
          <w:p w14:paraId="0BF6C4B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New York</w:t>
            </w:r>
          </w:p>
        </w:tc>
        <w:tc>
          <w:tcPr>
            <w:tcW w:w="1752" w:type="dxa"/>
          </w:tcPr>
          <w:p w14:paraId="14E572C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56893</w:t>
            </w:r>
          </w:p>
        </w:tc>
        <w:tc>
          <w:tcPr>
            <w:tcW w:w="1752" w:type="dxa"/>
          </w:tcPr>
          <w:p w14:paraId="41701A8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18.09 (17.94-18.24)</w:t>
            </w:r>
          </w:p>
        </w:tc>
        <w:tc>
          <w:tcPr>
            <w:tcW w:w="1752" w:type="dxa"/>
          </w:tcPr>
          <w:p w14:paraId="04B65A4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15440</w:t>
            </w:r>
          </w:p>
        </w:tc>
        <w:tc>
          <w:tcPr>
            <w:tcW w:w="1752" w:type="dxa"/>
          </w:tcPr>
          <w:p w14:paraId="62B30AB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17.69 (17.41 - 17.97)</w:t>
            </w:r>
          </w:p>
        </w:tc>
        <w:tc>
          <w:tcPr>
            <w:tcW w:w="1752" w:type="dxa"/>
          </w:tcPr>
          <w:p w14:paraId="09AF316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72333</w:t>
            </w:r>
          </w:p>
        </w:tc>
      </w:tr>
      <w:tr w:rsidR="00F64519" w:rsidRPr="00347AE8" w14:paraId="1C021C40" w14:textId="77777777" w:rsidTr="00347AE8">
        <w:tc>
          <w:tcPr>
            <w:tcW w:w="1752" w:type="dxa"/>
          </w:tcPr>
          <w:p w14:paraId="7F08CAA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North Carolina</w:t>
            </w:r>
          </w:p>
        </w:tc>
        <w:tc>
          <w:tcPr>
            <w:tcW w:w="1752" w:type="dxa"/>
          </w:tcPr>
          <w:p w14:paraId="0F534AE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25405</w:t>
            </w:r>
          </w:p>
        </w:tc>
        <w:tc>
          <w:tcPr>
            <w:tcW w:w="1752" w:type="dxa"/>
          </w:tcPr>
          <w:p w14:paraId="096D387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17.44 (17.23-17.66)</w:t>
            </w:r>
          </w:p>
        </w:tc>
        <w:tc>
          <w:tcPr>
            <w:tcW w:w="1752" w:type="dxa"/>
          </w:tcPr>
          <w:p w14:paraId="3E1CF29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8909</w:t>
            </w:r>
          </w:p>
        </w:tc>
        <w:tc>
          <w:tcPr>
            <w:tcW w:w="1752" w:type="dxa"/>
          </w:tcPr>
          <w:p w14:paraId="779298B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19.69 (19.27 - 20.11)</w:t>
            </w:r>
          </w:p>
        </w:tc>
        <w:tc>
          <w:tcPr>
            <w:tcW w:w="1752" w:type="dxa"/>
          </w:tcPr>
          <w:p w14:paraId="4DFA725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34314</w:t>
            </w:r>
          </w:p>
        </w:tc>
      </w:tr>
      <w:tr w:rsidR="00F64519" w:rsidRPr="00347AE8" w14:paraId="48F20986" w14:textId="77777777" w:rsidTr="00347AE8">
        <w:tc>
          <w:tcPr>
            <w:tcW w:w="1752" w:type="dxa"/>
          </w:tcPr>
          <w:p w14:paraId="18027B2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North Dakota</w:t>
            </w:r>
          </w:p>
        </w:tc>
        <w:tc>
          <w:tcPr>
            <w:tcW w:w="1752" w:type="dxa"/>
          </w:tcPr>
          <w:p w14:paraId="323B279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1937</w:t>
            </w:r>
          </w:p>
        </w:tc>
        <w:tc>
          <w:tcPr>
            <w:tcW w:w="1752" w:type="dxa"/>
          </w:tcPr>
          <w:p w14:paraId="226B7E7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16.74 (15.98-17.49)</w:t>
            </w:r>
          </w:p>
        </w:tc>
        <w:tc>
          <w:tcPr>
            <w:tcW w:w="1752" w:type="dxa"/>
          </w:tcPr>
          <w:p w14:paraId="10DF593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568</w:t>
            </w:r>
          </w:p>
        </w:tc>
        <w:tc>
          <w:tcPr>
            <w:tcW w:w="1752" w:type="dxa"/>
          </w:tcPr>
          <w:p w14:paraId="636DB55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18.03 (16.55 - 19.64)</w:t>
            </w:r>
          </w:p>
        </w:tc>
        <w:tc>
          <w:tcPr>
            <w:tcW w:w="1752" w:type="dxa"/>
          </w:tcPr>
          <w:p w14:paraId="02D1E2A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2505</w:t>
            </w:r>
          </w:p>
        </w:tc>
      </w:tr>
      <w:tr w:rsidR="00F64519" w:rsidRPr="00347AE8" w14:paraId="211F4B37" w14:textId="77777777" w:rsidTr="00347AE8">
        <w:tc>
          <w:tcPr>
            <w:tcW w:w="1752" w:type="dxa"/>
          </w:tcPr>
          <w:p w14:paraId="08642B2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Ohio</w:t>
            </w:r>
          </w:p>
        </w:tc>
        <w:tc>
          <w:tcPr>
            <w:tcW w:w="1752" w:type="dxa"/>
          </w:tcPr>
          <w:p w14:paraId="05D76C7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35429</w:t>
            </w:r>
          </w:p>
        </w:tc>
        <w:tc>
          <w:tcPr>
            <w:tcW w:w="1752" w:type="dxa"/>
          </w:tcPr>
          <w:p w14:paraId="346955D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18.42 (18.22-18.61)</w:t>
            </w:r>
          </w:p>
        </w:tc>
        <w:tc>
          <w:tcPr>
            <w:tcW w:w="1752" w:type="dxa"/>
          </w:tcPr>
          <w:p w14:paraId="480F0AE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10307</w:t>
            </w:r>
          </w:p>
        </w:tc>
        <w:tc>
          <w:tcPr>
            <w:tcW w:w="1752" w:type="dxa"/>
          </w:tcPr>
          <w:p w14:paraId="0422D63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19.82 (19.43 - 20.21)</w:t>
            </w:r>
          </w:p>
        </w:tc>
        <w:tc>
          <w:tcPr>
            <w:tcW w:w="1752" w:type="dxa"/>
          </w:tcPr>
          <w:p w14:paraId="478053E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45736</w:t>
            </w:r>
          </w:p>
        </w:tc>
      </w:tr>
      <w:tr w:rsidR="00F64519" w:rsidRPr="00347AE8" w14:paraId="5942C7EE" w14:textId="77777777" w:rsidTr="00347AE8">
        <w:tc>
          <w:tcPr>
            <w:tcW w:w="1752" w:type="dxa"/>
          </w:tcPr>
          <w:p w14:paraId="48953A5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Oklahoma</w:t>
            </w:r>
          </w:p>
        </w:tc>
        <w:tc>
          <w:tcPr>
            <w:tcW w:w="1752" w:type="dxa"/>
          </w:tcPr>
          <w:p w14:paraId="1FEC391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10131</w:t>
            </w:r>
          </w:p>
        </w:tc>
        <w:tc>
          <w:tcPr>
            <w:tcW w:w="1752" w:type="dxa"/>
          </w:tcPr>
          <w:p w14:paraId="4457934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17.2 (16.87-17.54)</w:t>
            </w:r>
          </w:p>
        </w:tc>
        <w:tc>
          <w:tcPr>
            <w:tcW w:w="1752" w:type="dxa"/>
          </w:tcPr>
          <w:p w14:paraId="6EBAF0A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2975</w:t>
            </w:r>
          </w:p>
        </w:tc>
        <w:tc>
          <w:tcPr>
            <w:tcW w:w="1752" w:type="dxa"/>
          </w:tcPr>
          <w:p w14:paraId="14AEFDE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19.05 (18.37 - 19.76)</w:t>
            </w:r>
          </w:p>
        </w:tc>
        <w:tc>
          <w:tcPr>
            <w:tcW w:w="1752" w:type="dxa"/>
          </w:tcPr>
          <w:p w14:paraId="18503D0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13106</w:t>
            </w:r>
          </w:p>
        </w:tc>
      </w:tr>
      <w:tr w:rsidR="00F64519" w:rsidRPr="00347AE8" w14:paraId="1DEB640D" w14:textId="77777777" w:rsidTr="00347AE8">
        <w:tc>
          <w:tcPr>
            <w:tcW w:w="1752" w:type="dxa"/>
          </w:tcPr>
          <w:p w14:paraId="71FCD5B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Oregon</w:t>
            </w:r>
          </w:p>
        </w:tc>
        <w:tc>
          <w:tcPr>
            <w:tcW w:w="1752" w:type="dxa"/>
          </w:tcPr>
          <w:p w14:paraId="0BA0C38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11358</w:t>
            </w:r>
          </w:p>
        </w:tc>
        <w:tc>
          <w:tcPr>
            <w:tcW w:w="1752" w:type="dxa"/>
          </w:tcPr>
          <w:p w14:paraId="3179BBE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17.79 (17.46-18.12)</w:t>
            </w:r>
          </w:p>
        </w:tc>
        <w:tc>
          <w:tcPr>
            <w:tcW w:w="1752" w:type="dxa"/>
          </w:tcPr>
          <w:p w14:paraId="262B618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3654</w:t>
            </w:r>
          </w:p>
        </w:tc>
        <w:tc>
          <w:tcPr>
            <w:tcW w:w="1752" w:type="dxa"/>
          </w:tcPr>
          <w:p w14:paraId="6949E14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19.37 (18.73 - 20.02)</w:t>
            </w:r>
          </w:p>
        </w:tc>
        <w:tc>
          <w:tcPr>
            <w:tcW w:w="1752" w:type="dxa"/>
          </w:tcPr>
          <w:p w14:paraId="5254E53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15012</w:t>
            </w:r>
          </w:p>
        </w:tc>
      </w:tr>
      <w:tr w:rsidR="00F64519" w:rsidRPr="00347AE8" w14:paraId="18503431" w14:textId="77777777" w:rsidTr="00347AE8">
        <w:tc>
          <w:tcPr>
            <w:tcW w:w="1752" w:type="dxa"/>
          </w:tcPr>
          <w:p w14:paraId="6A6A091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Pennsylvania</w:t>
            </w:r>
          </w:p>
        </w:tc>
        <w:tc>
          <w:tcPr>
            <w:tcW w:w="1752" w:type="dxa"/>
          </w:tcPr>
          <w:p w14:paraId="00EC4E7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42921</w:t>
            </w:r>
          </w:p>
        </w:tc>
        <w:tc>
          <w:tcPr>
            <w:tcW w:w="1752" w:type="dxa"/>
          </w:tcPr>
          <w:p w14:paraId="048AF62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18.56 (18.39-18.74)</w:t>
            </w:r>
          </w:p>
        </w:tc>
        <w:tc>
          <w:tcPr>
            <w:tcW w:w="1752" w:type="dxa"/>
          </w:tcPr>
          <w:p w14:paraId="62124EF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12205</w:t>
            </w:r>
          </w:p>
        </w:tc>
        <w:tc>
          <w:tcPr>
            <w:tcW w:w="1752" w:type="dxa"/>
          </w:tcPr>
          <w:p w14:paraId="736B8D4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19.92 (19.56 - 20.29)</w:t>
            </w:r>
          </w:p>
        </w:tc>
        <w:tc>
          <w:tcPr>
            <w:tcW w:w="1752" w:type="dxa"/>
          </w:tcPr>
          <w:p w14:paraId="001748C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55126</w:t>
            </w:r>
          </w:p>
        </w:tc>
      </w:tr>
      <w:tr w:rsidR="00F64519" w:rsidRPr="00347AE8" w14:paraId="6B97F578" w14:textId="77777777" w:rsidTr="00347AE8">
        <w:tc>
          <w:tcPr>
            <w:tcW w:w="1752" w:type="dxa"/>
          </w:tcPr>
          <w:p w14:paraId="57EF083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Rhode Island</w:t>
            </w:r>
          </w:p>
        </w:tc>
        <w:tc>
          <w:tcPr>
            <w:tcW w:w="1752" w:type="dxa"/>
          </w:tcPr>
          <w:p w14:paraId="081B8B0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3284</w:t>
            </w:r>
          </w:p>
        </w:tc>
        <w:tc>
          <w:tcPr>
            <w:tcW w:w="1752" w:type="dxa"/>
          </w:tcPr>
          <w:p w14:paraId="23B274A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17.73 (17.12-18.34)</w:t>
            </w:r>
          </w:p>
        </w:tc>
        <w:tc>
          <w:tcPr>
            <w:tcW w:w="1752" w:type="dxa"/>
          </w:tcPr>
          <w:p w14:paraId="1030DE1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956</w:t>
            </w:r>
          </w:p>
        </w:tc>
        <w:tc>
          <w:tcPr>
            <w:tcW w:w="1752" w:type="dxa"/>
          </w:tcPr>
          <w:p w14:paraId="3DC5DD0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19.28 (18.06 - 20.58)</w:t>
            </w:r>
          </w:p>
        </w:tc>
        <w:tc>
          <w:tcPr>
            <w:tcW w:w="1752" w:type="dxa"/>
          </w:tcPr>
          <w:p w14:paraId="6ABCE48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4240</w:t>
            </w:r>
          </w:p>
        </w:tc>
      </w:tr>
      <w:tr w:rsidR="00F64519" w:rsidRPr="00347AE8" w14:paraId="738D8106" w14:textId="77777777" w:rsidTr="00347AE8">
        <w:tc>
          <w:tcPr>
            <w:tcW w:w="1752" w:type="dxa"/>
          </w:tcPr>
          <w:p w14:paraId="3FB0E20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South Carolina</w:t>
            </w:r>
          </w:p>
        </w:tc>
        <w:tc>
          <w:tcPr>
            <w:tcW w:w="1752" w:type="dxa"/>
          </w:tcPr>
          <w:p w14:paraId="7FDCBDF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13454</w:t>
            </w:r>
          </w:p>
        </w:tc>
        <w:tc>
          <w:tcPr>
            <w:tcW w:w="1752" w:type="dxa"/>
          </w:tcPr>
          <w:p w14:paraId="526FFA1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18.21 (17.89-18.52)</w:t>
            </w:r>
          </w:p>
        </w:tc>
        <w:tc>
          <w:tcPr>
            <w:tcW w:w="1752" w:type="dxa"/>
          </w:tcPr>
          <w:p w14:paraId="2CD9B33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4688</w:t>
            </w:r>
          </w:p>
        </w:tc>
        <w:tc>
          <w:tcPr>
            <w:tcW w:w="1752" w:type="dxa"/>
          </w:tcPr>
          <w:p w14:paraId="36BC6E8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19.62 (19.05 - 20.21)</w:t>
            </w:r>
          </w:p>
        </w:tc>
        <w:tc>
          <w:tcPr>
            <w:tcW w:w="1752" w:type="dxa"/>
          </w:tcPr>
          <w:p w14:paraId="75E8804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18142</w:t>
            </w:r>
          </w:p>
        </w:tc>
      </w:tr>
      <w:tr w:rsidR="00F64519" w:rsidRPr="00347AE8" w14:paraId="166CE97C" w14:textId="77777777" w:rsidTr="00347AE8">
        <w:tc>
          <w:tcPr>
            <w:tcW w:w="1752" w:type="dxa"/>
          </w:tcPr>
          <w:p w14:paraId="169BB89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South Dakota</w:t>
            </w:r>
          </w:p>
        </w:tc>
        <w:tc>
          <w:tcPr>
            <w:tcW w:w="1752" w:type="dxa"/>
          </w:tcPr>
          <w:p w14:paraId="6F056AF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2386</w:t>
            </w:r>
          </w:p>
        </w:tc>
        <w:tc>
          <w:tcPr>
            <w:tcW w:w="1752" w:type="dxa"/>
          </w:tcPr>
          <w:p w14:paraId="3DE59E6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17.2 (16.5-17.89)</w:t>
            </w:r>
          </w:p>
        </w:tc>
        <w:tc>
          <w:tcPr>
            <w:tcW w:w="1752" w:type="dxa"/>
          </w:tcPr>
          <w:p w14:paraId="2CFBE93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763</w:t>
            </w:r>
          </w:p>
        </w:tc>
        <w:tc>
          <w:tcPr>
            <w:tcW w:w="1752" w:type="dxa"/>
          </w:tcPr>
          <w:p w14:paraId="572E6AC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19.83 (18.42 - 21.35)</w:t>
            </w:r>
          </w:p>
        </w:tc>
        <w:tc>
          <w:tcPr>
            <w:tcW w:w="1752" w:type="dxa"/>
          </w:tcPr>
          <w:p w14:paraId="2AC3039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3149</w:t>
            </w:r>
          </w:p>
        </w:tc>
      </w:tr>
      <w:tr w:rsidR="00F64519" w:rsidRPr="00347AE8" w14:paraId="1EB7EAD8" w14:textId="77777777" w:rsidTr="00347AE8">
        <w:tc>
          <w:tcPr>
            <w:tcW w:w="1752" w:type="dxa"/>
          </w:tcPr>
          <w:p w14:paraId="6B45EDA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Tennessee</w:t>
            </w:r>
          </w:p>
        </w:tc>
        <w:tc>
          <w:tcPr>
            <w:tcW w:w="1752" w:type="dxa"/>
          </w:tcPr>
          <w:p w14:paraId="74BBBF1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17837</w:t>
            </w:r>
          </w:p>
        </w:tc>
        <w:tc>
          <w:tcPr>
            <w:tcW w:w="1752" w:type="dxa"/>
          </w:tcPr>
          <w:p w14:paraId="619ECCD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17.84 (17.57-18.1)</w:t>
            </w:r>
          </w:p>
        </w:tc>
        <w:tc>
          <w:tcPr>
            <w:tcW w:w="1752" w:type="dxa"/>
          </w:tcPr>
          <w:p w14:paraId="24262FB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5891</w:t>
            </w:r>
          </w:p>
        </w:tc>
        <w:tc>
          <w:tcPr>
            <w:tcW w:w="1752" w:type="dxa"/>
          </w:tcPr>
          <w:p w14:paraId="6800B1B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19.97 (19.45 - 20.5)</w:t>
            </w:r>
          </w:p>
        </w:tc>
        <w:tc>
          <w:tcPr>
            <w:tcW w:w="1752" w:type="dxa"/>
          </w:tcPr>
          <w:p w14:paraId="7DAE31C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23728</w:t>
            </w:r>
          </w:p>
        </w:tc>
      </w:tr>
      <w:tr w:rsidR="00F64519" w:rsidRPr="00347AE8" w14:paraId="022BDE3A" w14:textId="77777777" w:rsidTr="00347AE8">
        <w:tc>
          <w:tcPr>
            <w:tcW w:w="1752" w:type="dxa"/>
          </w:tcPr>
          <w:p w14:paraId="10B9349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Texas</w:t>
            </w:r>
          </w:p>
        </w:tc>
        <w:tc>
          <w:tcPr>
            <w:tcW w:w="1752" w:type="dxa"/>
          </w:tcPr>
          <w:p w14:paraId="2C24443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52954</w:t>
            </w:r>
          </w:p>
        </w:tc>
        <w:tc>
          <w:tcPr>
            <w:tcW w:w="1752" w:type="dxa"/>
          </w:tcPr>
          <w:p w14:paraId="0659383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16.55 (16.41-16.69)</w:t>
            </w:r>
          </w:p>
        </w:tc>
        <w:tc>
          <w:tcPr>
            <w:tcW w:w="1752" w:type="dxa"/>
          </w:tcPr>
          <w:p w14:paraId="27CE47B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18307</w:t>
            </w:r>
          </w:p>
        </w:tc>
        <w:tc>
          <w:tcPr>
            <w:tcW w:w="1752" w:type="dxa"/>
          </w:tcPr>
          <w:p w14:paraId="2FA2C22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17.92 (17.66 - 18.19)</w:t>
            </w:r>
          </w:p>
        </w:tc>
        <w:tc>
          <w:tcPr>
            <w:tcW w:w="1752" w:type="dxa"/>
          </w:tcPr>
          <w:p w14:paraId="11FF174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71261</w:t>
            </w:r>
          </w:p>
        </w:tc>
      </w:tr>
      <w:tr w:rsidR="00F64519" w:rsidRPr="00347AE8" w14:paraId="2F6FE726" w14:textId="77777777" w:rsidTr="00347AE8">
        <w:tc>
          <w:tcPr>
            <w:tcW w:w="1752" w:type="dxa"/>
          </w:tcPr>
          <w:p w14:paraId="67F900B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Utah</w:t>
            </w:r>
          </w:p>
        </w:tc>
        <w:tc>
          <w:tcPr>
            <w:tcW w:w="1752" w:type="dxa"/>
          </w:tcPr>
          <w:p w14:paraId="569DDF7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4555</w:t>
            </w:r>
          </w:p>
        </w:tc>
        <w:tc>
          <w:tcPr>
            <w:tcW w:w="1752" w:type="dxa"/>
          </w:tcPr>
          <w:p w14:paraId="0193182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15.09 (14.64-15.53)</w:t>
            </w:r>
          </w:p>
        </w:tc>
        <w:tc>
          <w:tcPr>
            <w:tcW w:w="1752" w:type="dxa"/>
          </w:tcPr>
          <w:p w14:paraId="03113E1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1644</w:t>
            </w:r>
          </w:p>
        </w:tc>
        <w:tc>
          <w:tcPr>
            <w:tcW w:w="1752" w:type="dxa"/>
          </w:tcPr>
          <w:p w14:paraId="4787061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16.57 (15.77 - 17.41)</w:t>
            </w:r>
          </w:p>
        </w:tc>
        <w:tc>
          <w:tcPr>
            <w:tcW w:w="1752" w:type="dxa"/>
          </w:tcPr>
          <w:p w14:paraId="2201859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6199</w:t>
            </w:r>
          </w:p>
        </w:tc>
      </w:tr>
      <w:tr w:rsidR="00F64519" w:rsidRPr="00347AE8" w14:paraId="7E87291B" w14:textId="77777777" w:rsidTr="00347AE8">
        <w:tc>
          <w:tcPr>
            <w:tcW w:w="1752" w:type="dxa"/>
          </w:tcPr>
          <w:p w14:paraId="7303741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Vermont</w:t>
            </w:r>
          </w:p>
        </w:tc>
        <w:tc>
          <w:tcPr>
            <w:tcW w:w="1752" w:type="dxa"/>
          </w:tcPr>
          <w:p w14:paraId="6689AE0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1914</w:t>
            </w:r>
          </w:p>
        </w:tc>
        <w:tc>
          <w:tcPr>
            <w:tcW w:w="1752" w:type="dxa"/>
          </w:tcPr>
          <w:p w14:paraId="4AE5752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17.56 (16.76-18.35)</w:t>
            </w:r>
          </w:p>
        </w:tc>
        <w:tc>
          <w:tcPr>
            <w:tcW w:w="1752" w:type="dxa"/>
          </w:tcPr>
          <w:p w14:paraId="5FCBCDE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693</w:t>
            </w:r>
          </w:p>
        </w:tc>
        <w:tc>
          <w:tcPr>
            <w:tcW w:w="1752" w:type="dxa"/>
          </w:tcPr>
          <w:p w14:paraId="28A7F3D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21.1 (19.52 - 22.8)</w:t>
            </w:r>
          </w:p>
        </w:tc>
        <w:tc>
          <w:tcPr>
            <w:tcW w:w="1752" w:type="dxa"/>
          </w:tcPr>
          <w:p w14:paraId="4E4314F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2607</w:t>
            </w:r>
          </w:p>
        </w:tc>
      </w:tr>
      <w:tr w:rsidR="00F64519" w:rsidRPr="00347AE8" w14:paraId="0FB19845" w14:textId="77777777" w:rsidTr="00347AE8">
        <w:tc>
          <w:tcPr>
            <w:tcW w:w="1752" w:type="dxa"/>
          </w:tcPr>
          <w:p w14:paraId="2240DC8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Virginia</w:t>
            </w:r>
          </w:p>
        </w:tc>
        <w:tc>
          <w:tcPr>
            <w:tcW w:w="1752" w:type="dxa"/>
          </w:tcPr>
          <w:p w14:paraId="2D5A151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20703</w:t>
            </w:r>
          </w:p>
        </w:tc>
        <w:tc>
          <w:tcPr>
            <w:tcW w:w="1752" w:type="dxa"/>
          </w:tcPr>
          <w:p w14:paraId="73E7131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17.54 (17.3-17.78)</w:t>
            </w:r>
          </w:p>
        </w:tc>
        <w:tc>
          <w:tcPr>
            <w:tcW w:w="1752" w:type="dxa"/>
          </w:tcPr>
          <w:p w14:paraId="02D3C14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6651</w:t>
            </w:r>
          </w:p>
        </w:tc>
        <w:tc>
          <w:tcPr>
            <w:tcW w:w="1752" w:type="dxa"/>
          </w:tcPr>
          <w:p w14:paraId="10AB9B7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18.55 (18.1 - 19.01)</w:t>
            </w:r>
          </w:p>
        </w:tc>
        <w:tc>
          <w:tcPr>
            <w:tcW w:w="1752" w:type="dxa"/>
          </w:tcPr>
          <w:p w14:paraId="2278CF3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27354</w:t>
            </w:r>
          </w:p>
        </w:tc>
      </w:tr>
      <w:tr w:rsidR="00F64519" w:rsidRPr="00347AE8" w14:paraId="7CBF52BF" w14:textId="77777777" w:rsidTr="00347AE8">
        <w:tc>
          <w:tcPr>
            <w:tcW w:w="1752" w:type="dxa"/>
          </w:tcPr>
          <w:p w14:paraId="2B2B402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Washington</w:t>
            </w:r>
          </w:p>
        </w:tc>
        <w:tc>
          <w:tcPr>
            <w:tcW w:w="1752" w:type="dxa"/>
          </w:tcPr>
          <w:p w14:paraId="3548A44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17829</w:t>
            </w:r>
          </w:p>
        </w:tc>
        <w:tc>
          <w:tcPr>
            <w:tcW w:w="1752" w:type="dxa"/>
          </w:tcPr>
          <w:p w14:paraId="3ED42E8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17.64 (17.38-17.9)</w:t>
            </w:r>
          </w:p>
        </w:tc>
        <w:tc>
          <w:tcPr>
            <w:tcW w:w="1752" w:type="dxa"/>
          </w:tcPr>
          <w:p w14:paraId="6D0919D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5887</w:t>
            </w:r>
          </w:p>
        </w:tc>
        <w:tc>
          <w:tcPr>
            <w:tcW w:w="1752" w:type="dxa"/>
          </w:tcPr>
          <w:p w14:paraId="1130A36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18.89 (18.4 - 19.38)</w:t>
            </w:r>
          </w:p>
        </w:tc>
        <w:tc>
          <w:tcPr>
            <w:tcW w:w="1752" w:type="dxa"/>
          </w:tcPr>
          <w:p w14:paraId="11F846C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23716</w:t>
            </w:r>
          </w:p>
        </w:tc>
      </w:tr>
      <w:tr w:rsidR="00F64519" w:rsidRPr="00347AE8" w14:paraId="6F389EB9" w14:textId="77777777" w:rsidTr="00347AE8">
        <w:tc>
          <w:tcPr>
            <w:tcW w:w="1752" w:type="dxa"/>
          </w:tcPr>
          <w:p w14:paraId="52D6542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West Virginia</w:t>
            </w:r>
          </w:p>
        </w:tc>
        <w:tc>
          <w:tcPr>
            <w:tcW w:w="1752" w:type="dxa"/>
          </w:tcPr>
          <w:p w14:paraId="03677C9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5545</w:t>
            </w:r>
          </w:p>
        </w:tc>
        <w:tc>
          <w:tcPr>
            <w:tcW w:w="1752" w:type="dxa"/>
          </w:tcPr>
          <w:p w14:paraId="3423829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16.33 (15.89-16.76)</w:t>
            </w:r>
          </w:p>
        </w:tc>
        <w:tc>
          <w:tcPr>
            <w:tcW w:w="1752" w:type="dxa"/>
          </w:tcPr>
          <w:p w14:paraId="5155137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1708</w:t>
            </w:r>
          </w:p>
        </w:tc>
        <w:tc>
          <w:tcPr>
            <w:tcW w:w="1752" w:type="dxa"/>
          </w:tcPr>
          <w:p w14:paraId="47D7F8A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19.72 (18.77 - 20.71)</w:t>
            </w:r>
          </w:p>
        </w:tc>
        <w:tc>
          <w:tcPr>
            <w:tcW w:w="1752" w:type="dxa"/>
          </w:tcPr>
          <w:p w14:paraId="436AB1E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7253</w:t>
            </w:r>
          </w:p>
        </w:tc>
      </w:tr>
      <w:tr w:rsidR="00F64519" w:rsidRPr="00347AE8" w14:paraId="1A3267F8" w14:textId="77777777" w:rsidTr="00347AE8">
        <w:tc>
          <w:tcPr>
            <w:tcW w:w="1752" w:type="dxa"/>
          </w:tcPr>
          <w:p w14:paraId="6A2DFFF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Wisconsin</w:t>
            </w:r>
          </w:p>
        </w:tc>
        <w:tc>
          <w:tcPr>
            <w:tcW w:w="1752" w:type="dxa"/>
          </w:tcPr>
          <w:p w14:paraId="01C0873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17069</w:t>
            </w:r>
          </w:p>
        </w:tc>
        <w:tc>
          <w:tcPr>
            <w:tcW w:w="1752" w:type="dxa"/>
          </w:tcPr>
          <w:p w14:paraId="520FE11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18.21 (17.94-18.49)</w:t>
            </w:r>
          </w:p>
        </w:tc>
        <w:tc>
          <w:tcPr>
            <w:tcW w:w="1752" w:type="dxa"/>
          </w:tcPr>
          <w:p w14:paraId="463BB56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5401</w:t>
            </w:r>
          </w:p>
        </w:tc>
        <w:tc>
          <w:tcPr>
            <w:tcW w:w="1752" w:type="dxa"/>
          </w:tcPr>
          <w:p w14:paraId="7BAA42A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20.38 (19.83 - 20.94)</w:t>
            </w:r>
          </w:p>
        </w:tc>
        <w:tc>
          <w:tcPr>
            <w:tcW w:w="1752" w:type="dxa"/>
          </w:tcPr>
          <w:p w14:paraId="4DCBB02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22470</w:t>
            </w:r>
          </w:p>
        </w:tc>
      </w:tr>
      <w:tr w:rsidR="00F64519" w:rsidRPr="00347AE8" w14:paraId="4BC7B469" w14:textId="77777777" w:rsidTr="00347AE8">
        <w:tc>
          <w:tcPr>
            <w:tcW w:w="1752" w:type="dxa"/>
          </w:tcPr>
          <w:p w14:paraId="1ACB62B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Wyoming</w:t>
            </w:r>
          </w:p>
        </w:tc>
        <w:tc>
          <w:tcPr>
            <w:tcW w:w="1752" w:type="dxa"/>
          </w:tcPr>
          <w:p w14:paraId="07970D9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1403</w:t>
            </w:r>
          </w:p>
        </w:tc>
        <w:tc>
          <w:tcPr>
            <w:tcW w:w="1752" w:type="dxa"/>
          </w:tcPr>
          <w:p w14:paraId="48F0AD5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16.53 (15.66-17.41)</w:t>
            </w:r>
          </w:p>
        </w:tc>
        <w:tc>
          <w:tcPr>
            <w:tcW w:w="1752" w:type="dxa"/>
          </w:tcPr>
          <w:p w14:paraId="54370D3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478</w:t>
            </w:r>
          </w:p>
        </w:tc>
        <w:tc>
          <w:tcPr>
            <w:tcW w:w="1752" w:type="dxa"/>
          </w:tcPr>
          <w:p w14:paraId="5F02E7A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18.91 (17.22 - 20.76)</w:t>
            </w:r>
          </w:p>
        </w:tc>
        <w:tc>
          <w:tcPr>
            <w:tcW w:w="1752" w:type="dxa"/>
          </w:tcPr>
          <w:p w14:paraId="0D7E928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5"/>
              </w:rPr>
              <w:t>1881</w:t>
            </w:r>
          </w:p>
        </w:tc>
      </w:tr>
    </w:tbl>
    <w:p w14:paraId="4760ED8C" w14:textId="77777777" w:rsidR="00F64519" w:rsidRPr="00347AE8" w:rsidRDefault="00000000">
      <w:pPr>
        <w:rPr>
          <w:color w:val="000000" w:themeColor="text1"/>
        </w:rPr>
      </w:pPr>
      <w:r w:rsidRPr="00347AE8">
        <w:rPr>
          <w:i/>
          <w:color w:val="000000" w:themeColor="text1"/>
          <w:sz w:val="16"/>
        </w:rPr>
        <w:t>AAMR, age-adjusted mortality rate per 100,000 population. State-level estimates should be interpreted cautiously where annual counts are small or suppression/reliability rules affect comparability across periods.</w:t>
      </w:r>
    </w:p>
    <w:p w14:paraId="6C85DFAF" w14:textId="77777777" w:rsidR="00F64519" w:rsidRPr="00347AE8" w:rsidRDefault="00F64519">
      <w:pPr>
        <w:rPr>
          <w:color w:val="000000" w:themeColor="text1"/>
        </w:rPr>
      </w:pPr>
    </w:p>
    <w:p w14:paraId="66E335E2" w14:textId="77777777" w:rsidR="00F64519" w:rsidRPr="00347AE8" w:rsidRDefault="00000000">
      <w:pPr>
        <w:rPr>
          <w:color w:val="000000" w:themeColor="text1"/>
        </w:rPr>
      </w:pPr>
      <w:r w:rsidRPr="00347AE8">
        <w:rPr>
          <w:b/>
          <w:color w:val="000000" w:themeColor="text1"/>
          <w:sz w:val="20"/>
        </w:rPr>
        <w:t>Supplemental Table 9. Forecast model configuration and in-sample calibration metrics by subgroup.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51"/>
        <w:gridCol w:w="1750"/>
        <w:gridCol w:w="1750"/>
        <w:gridCol w:w="1750"/>
        <w:gridCol w:w="1750"/>
        <w:gridCol w:w="1751"/>
      </w:tblGrid>
      <w:tr w:rsidR="00F64519" w:rsidRPr="00347AE8" w14:paraId="31947E2A" w14:textId="77777777" w:rsidTr="00347AE8">
        <w:tc>
          <w:tcPr>
            <w:tcW w:w="1752" w:type="dxa"/>
          </w:tcPr>
          <w:p w14:paraId="3596FBF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6"/>
              </w:rPr>
              <w:t>Subgroup</w:t>
            </w:r>
          </w:p>
        </w:tc>
        <w:tc>
          <w:tcPr>
            <w:tcW w:w="1752" w:type="dxa"/>
          </w:tcPr>
          <w:p w14:paraId="7C4C020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6"/>
              </w:rPr>
              <w:t>Backtest weight, W</w:t>
            </w:r>
          </w:p>
        </w:tc>
        <w:tc>
          <w:tcPr>
            <w:tcW w:w="1752" w:type="dxa"/>
          </w:tcPr>
          <w:p w14:paraId="0AF77AB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6"/>
              </w:rPr>
              <w:t>Applied weight, W</w:t>
            </w:r>
          </w:p>
        </w:tc>
        <w:tc>
          <w:tcPr>
            <w:tcW w:w="1752" w:type="dxa"/>
          </w:tcPr>
          <w:p w14:paraId="532BE87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6"/>
              </w:rPr>
              <w:t>Mean error (ME)</w:t>
            </w:r>
          </w:p>
        </w:tc>
        <w:tc>
          <w:tcPr>
            <w:tcW w:w="1752" w:type="dxa"/>
          </w:tcPr>
          <w:p w14:paraId="5683091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6"/>
              </w:rPr>
              <w:t>MAPE (%)</w:t>
            </w:r>
          </w:p>
        </w:tc>
        <w:tc>
          <w:tcPr>
            <w:tcW w:w="1752" w:type="dxa"/>
          </w:tcPr>
          <w:p w14:paraId="7C00464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6"/>
              </w:rPr>
              <w:t>Calibration</w:t>
            </w:r>
          </w:p>
        </w:tc>
      </w:tr>
      <w:tr w:rsidR="00F64519" w:rsidRPr="00347AE8" w14:paraId="42689F0B" w14:textId="77777777" w:rsidTr="00347AE8">
        <w:tc>
          <w:tcPr>
            <w:tcW w:w="1752" w:type="dxa"/>
          </w:tcPr>
          <w:p w14:paraId="28B8D47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Overall</w:t>
            </w:r>
          </w:p>
        </w:tc>
        <w:tc>
          <w:tcPr>
            <w:tcW w:w="1752" w:type="dxa"/>
          </w:tcPr>
          <w:p w14:paraId="55BBD6C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3.71</w:t>
            </w:r>
          </w:p>
        </w:tc>
        <w:tc>
          <w:tcPr>
            <w:tcW w:w="1752" w:type="dxa"/>
          </w:tcPr>
          <w:p w14:paraId="222CAD8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1.50</w:t>
            </w:r>
          </w:p>
        </w:tc>
        <w:tc>
          <w:tcPr>
            <w:tcW w:w="1752" w:type="dxa"/>
          </w:tcPr>
          <w:p w14:paraId="2709BDD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0.037</w:t>
            </w:r>
          </w:p>
        </w:tc>
        <w:tc>
          <w:tcPr>
            <w:tcW w:w="1752" w:type="dxa"/>
          </w:tcPr>
          <w:p w14:paraId="3BC53BA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0.84</w:t>
            </w:r>
          </w:p>
        </w:tc>
        <w:tc>
          <w:tcPr>
            <w:tcW w:w="1752" w:type="dxa"/>
          </w:tcPr>
          <w:p w14:paraId="188F096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Low</w:t>
            </w:r>
          </w:p>
        </w:tc>
      </w:tr>
      <w:tr w:rsidR="00F64519" w:rsidRPr="00347AE8" w14:paraId="712185AB" w14:textId="77777777" w:rsidTr="00347AE8">
        <w:tc>
          <w:tcPr>
            <w:tcW w:w="1752" w:type="dxa"/>
          </w:tcPr>
          <w:p w14:paraId="42AA2EA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Women</w:t>
            </w:r>
          </w:p>
        </w:tc>
        <w:tc>
          <w:tcPr>
            <w:tcW w:w="1752" w:type="dxa"/>
          </w:tcPr>
          <w:p w14:paraId="15CDA03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2.38</w:t>
            </w:r>
          </w:p>
        </w:tc>
        <w:tc>
          <w:tcPr>
            <w:tcW w:w="1752" w:type="dxa"/>
          </w:tcPr>
          <w:p w14:paraId="0C87C05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1.50</w:t>
            </w:r>
          </w:p>
        </w:tc>
        <w:tc>
          <w:tcPr>
            <w:tcW w:w="1752" w:type="dxa"/>
          </w:tcPr>
          <w:p w14:paraId="4EE9733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0.032</w:t>
            </w:r>
          </w:p>
        </w:tc>
        <w:tc>
          <w:tcPr>
            <w:tcW w:w="1752" w:type="dxa"/>
          </w:tcPr>
          <w:p w14:paraId="6CF6AB2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1.01</w:t>
            </w:r>
          </w:p>
        </w:tc>
        <w:tc>
          <w:tcPr>
            <w:tcW w:w="1752" w:type="dxa"/>
          </w:tcPr>
          <w:p w14:paraId="4E10AF4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Low</w:t>
            </w:r>
          </w:p>
        </w:tc>
      </w:tr>
      <w:tr w:rsidR="00F64519" w:rsidRPr="00347AE8" w14:paraId="166DA296" w14:textId="77777777" w:rsidTr="00347AE8">
        <w:tc>
          <w:tcPr>
            <w:tcW w:w="1752" w:type="dxa"/>
          </w:tcPr>
          <w:p w14:paraId="2E11DE8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Men</w:t>
            </w:r>
          </w:p>
        </w:tc>
        <w:tc>
          <w:tcPr>
            <w:tcW w:w="1752" w:type="dxa"/>
          </w:tcPr>
          <w:p w14:paraId="7E924F4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3.28</w:t>
            </w:r>
          </w:p>
        </w:tc>
        <w:tc>
          <w:tcPr>
            <w:tcW w:w="1752" w:type="dxa"/>
          </w:tcPr>
          <w:p w14:paraId="4DF87B7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1.50</w:t>
            </w:r>
          </w:p>
        </w:tc>
        <w:tc>
          <w:tcPr>
            <w:tcW w:w="1752" w:type="dxa"/>
          </w:tcPr>
          <w:p w14:paraId="50A6275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-0.054</w:t>
            </w:r>
          </w:p>
        </w:tc>
        <w:tc>
          <w:tcPr>
            <w:tcW w:w="1752" w:type="dxa"/>
          </w:tcPr>
          <w:p w14:paraId="113F8ED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0.92</w:t>
            </w:r>
          </w:p>
        </w:tc>
        <w:tc>
          <w:tcPr>
            <w:tcW w:w="1752" w:type="dxa"/>
          </w:tcPr>
          <w:p w14:paraId="4E57B95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Low</w:t>
            </w:r>
          </w:p>
        </w:tc>
      </w:tr>
      <w:tr w:rsidR="00F64519" w:rsidRPr="00347AE8" w14:paraId="6E34B496" w14:textId="77777777" w:rsidTr="00347AE8">
        <w:tc>
          <w:tcPr>
            <w:tcW w:w="1752" w:type="dxa"/>
          </w:tcPr>
          <w:p w14:paraId="07030A8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NH American Indian or Alaska Native</w:t>
            </w:r>
          </w:p>
        </w:tc>
        <w:tc>
          <w:tcPr>
            <w:tcW w:w="1752" w:type="dxa"/>
          </w:tcPr>
          <w:p w14:paraId="1AB7425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0.01</w:t>
            </w:r>
          </w:p>
        </w:tc>
        <w:tc>
          <w:tcPr>
            <w:tcW w:w="1752" w:type="dxa"/>
          </w:tcPr>
          <w:p w14:paraId="0379F6E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0.01</w:t>
            </w:r>
          </w:p>
        </w:tc>
        <w:tc>
          <w:tcPr>
            <w:tcW w:w="1752" w:type="dxa"/>
          </w:tcPr>
          <w:p w14:paraId="7900CA5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-0.086</w:t>
            </w:r>
          </w:p>
        </w:tc>
        <w:tc>
          <w:tcPr>
            <w:tcW w:w="1752" w:type="dxa"/>
          </w:tcPr>
          <w:p w14:paraId="2E5F32B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8.52</w:t>
            </w:r>
          </w:p>
        </w:tc>
        <w:tc>
          <w:tcPr>
            <w:tcW w:w="1752" w:type="dxa"/>
          </w:tcPr>
          <w:p w14:paraId="1529587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High</w:t>
            </w:r>
          </w:p>
        </w:tc>
      </w:tr>
      <w:tr w:rsidR="00F64519" w:rsidRPr="00347AE8" w14:paraId="3D4F8EC4" w14:textId="77777777" w:rsidTr="00347AE8">
        <w:tc>
          <w:tcPr>
            <w:tcW w:w="1752" w:type="dxa"/>
          </w:tcPr>
          <w:p w14:paraId="7700BE0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lastRenderedPageBreak/>
              <w:t>NH Asian or Pacific Islander</w:t>
            </w:r>
          </w:p>
        </w:tc>
        <w:tc>
          <w:tcPr>
            <w:tcW w:w="1752" w:type="dxa"/>
          </w:tcPr>
          <w:p w14:paraId="7286DCC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0.30</w:t>
            </w:r>
          </w:p>
        </w:tc>
        <w:tc>
          <w:tcPr>
            <w:tcW w:w="1752" w:type="dxa"/>
          </w:tcPr>
          <w:p w14:paraId="3AD1584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0.30</w:t>
            </w:r>
          </w:p>
        </w:tc>
        <w:tc>
          <w:tcPr>
            <w:tcW w:w="1752" w:type="dxa"/>
          </w:tcPr>
          <w:p w14:paraId="0C33568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-0.001</w:t>
            </w:r>
          </w:p>
        </w:tc>
        <w:tc>
          <w:tcPr>
            <w:tcW w:w="1752" w:type="dxa"/>
          </w:tcPr>
          <w:p w14:paraId="288A891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2.70</w:t>
            </w:r>
          </w:p>
        </w:tc>
        <w:tc>
          <w:tcPr>
            <w:tcW w:w="1752" w:type="dxa"/>
          </w:tcPr>
          <w:p w14:paraId="65BA760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Low</w:t>
            </w:r>
          </w:p>
        </w:tc>
      </w:tr>
      <w:tr w:rsidR="00F64519" w:rsidRPr="00347AE8" w14:paraId="076400C0" w14:textId="77777777" w:rsidTr="00347AE8">
        <w:tc>
          <w:tcPr>
            <w:tcW w:w="1752" w:type="dxa"/>
          </w:tcPr>
          <w:p w14:paraId="3024B7F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NH Black or African American</w:t>
            </w:r>
          </w:p>
        </w:tc>
        <w:tc>
          <w:tcPr>
            <w:tcW w:w="1752" w:type="dxa"/>
          </w:tcPr>
          <w:p w14:paraId="0BB2528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-1.03</w:t>
            </w:r>
          </w:p>
        </w:tc>
        <w:tc>
          <w:tcPr>
            <w:tcW w:w="1752" w:type="dxa"/>
          </w:tcPr>
          <w:p w14:paraId="5313D52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-0.50</w:t>
            </w:r>
          </w:p>
        </w:tc>
        <w:tc>
          <w:tcPr>
            <w:tcW w:w="1752" w:type="dxa"/>
          </w:tcPr>
          <w:p w14:paraId="3AE6605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0.032</w:t>
            </w:r>
          </w:p>
        </w:tc>
        <w:tc>
          <w:tcPr>
            <w:tcW w:w="1752" w:type="dxa"/>
          </w:tcPr>
          <w:p w14:paraId="330BA60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1.18</w:t>
            </w:r>
          </w:p>
        </w:tc>
        <w:tc>
          <w:tcPr>
            <w:tcW w:w="1752" w:type="dxa"/>
          </w:tcPr>
          <w:p w14:paraId="60ED370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Low</w:t>
            </w:r>
          </w:p>
        </w:tc>
      </w:tr>
      <w:tr w:rsidR="00F64519" w:rsidRPr="00347AE8" w14:paraId="7030D0FB" w14:textId="77777777" w:rsidTr="00347AE8">
        <w:tc>
          <w:tcPr>
            <w:tcW w:w="1752" w:type="dxa"/>
          </w:tcPr>
          <w:p w14:paraId="227D81F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NH White</w:t>
            </w:r>
          </w:p>
        </w:tc>
        <w:tc>
          <w:tcPr>
            <w:tcW w:w="1752" w:type="dxa"/>
          </w:tcPr>
          <w:p w14:paraId="43F0C89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2.32</w:t>
            </w:r>
          </w:p>
        </w:tc>
        <w:tc>
          <w:tcPr>
            <w:tcW w:w="1752" w:type="dxa"/>
          </w:tcPr>
          <w:p w14:paraId="074CF2A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1.50</w:t>
            </w:r>
          </w:p>
        </w:tc>
        <w:tc>
          <w:tcPr>
            <w:tcW w:w="1752" w:type="dxa"/>
          </w:tcPr>
          <w:p w14:paraId="2E04917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0.054</w:t>
            </w:r>
          </w:p>
        </w:tc>
        <w:tc>
          <w:tcPr>
            <w:tcW w:w="1752" w:type="dxa"/>
          </w:tcPr>
          <w:p w14:paraId="004D0B3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0.89</w:t>
            </w:r>
          </w:p>
        </w:tc>
        <w:tc>
          <w:tcPr>
            <w:tcW w:w="1752" w:type="dxa"/>
          </w:tcPr>
          <w:p w14:paraId="26B45BC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Low</w:t>
            </w:r>
          </w:p>
        </w:tc>
      </w:tr>
      <w:tr w:rsidR="00F64519" w:rsidRPr="00347AE8" w14:paraId="3B60850F" w14:textId="77777777" w:rsidTr="00347AE8">
        <w:tc>
          <w:tcPr>
            <w:tcW w:w="1752" w:type="dxa"/>
          </w:tcPr>
          <w:p w14:paraId="1BCE1B8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Hispanic or Latino</w:t>
            </w:r>
          </w:p>
        </w:tc>
        <w:tc>
          <w:tcPr>
            <w:tcW w:w="1752" w:type="dxa"/>
          </w:tcPr>
          <w:p w14:paraId="4D03DF7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2.03</w:t>
            </w:r>
          </w:p>
        </w:tc>
        <w:tc>
          <w:tcPr>
            <w:tcW w:w="1752" w:type="dxa"/>
          </w:tcPr>
          <w:p w14:paraId="28A1B48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1.50</w:t>
            </w:r>
          </w:p>
        </w:tc>
        <w:tc>
          <w:tcPr>
            <w:tcW w:w="1752" w:type="dxa"/>
          </w:tcPr>
          <w:p w14:paraId="5E96502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0.048</w:t>
            </w:r>
          </w:p>
        </w:tc>
        <w:tc>
          <w:tcPr>
            <w:tcW w:w="1752" w:type="dxa"/>
          </w:tcPr>
          <w:p w14:paraId="478E47E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2.00</w:t>
            </w:r>
          </w:p>
        </w:tc>
        <w:tc>
          <w:tcPr>
            <w:tcW w:w="1752" w:type="dxa"/>
          </w:tcPr>
          <w:p w14:paraId="3869514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Low</w:t>
            </w:r>
          </w:p>
        </w:tc>
      </w:tr>
      <w:tr w:rsidR="00F64519" w:rsidRPr="00347AE8" w14:paraId="494BEE20" w14:textId="77777777" w:rsidTr="00347AE8">
        <w:tc>
          <w:tcPr>
            <w:tcW w:w="1752" w:type="dxa"/>
          </w:tcPr>
          <w:p w14:paraId="00DD6FF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25–44 years</w:t>
            </w:r>
          </w:p>
        </w:tc>
        <w:tc>
          <w:tcPr>
            <w:tcW w:w="1752" w:type="dxa"/>
          </w:tcPr>
          <w:p w14:paraId="4A1DE0B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-2.65</w:t>
            </w:r>
          </w:p>
        </w:tc>
        <w:tc>
          <w:tcPr>
            <w:tcW w:w="1752" w:type="dxa"/>
          </w:tcPr>
          <w:p w14:paraId="774312A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-0.50</w:t>
            </w:r>
          </w:p>
        </w:tc>
        <w:tc>
          <w:tcPr>
            <w:tcW w:w="1752" w:type="dxa"/>
          </w:tcPr>
          <w:p w14:paraId="632FF9E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0.002</w:t>
            </w:r>
          </w:p>
        </w:tc>
        <w:tc>
          <w:tcPr>
            <w:tcW w:w="1752" w:type="dxa"/>
          </w:tcPr>
          <w:p w14:paraId="4293977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5.48</w:t>
            </w:r>
          </w:p>
        </w:tc>
        <w:tc>
          <w:tcPr>
            <w:tcW w:w="1752" w:type="dxa"/>
          </w:tcPr>
          <w:p w14:paraId="3325B98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High</w:t>
            </w:r>
          </w:p>
        </w:tc>
      </w:tr>
      <w:tr w:rsidR="00F64519" w:rsidRPr="00347AE8" w14:paraId="6ABE9169" w14:textId="77777777" w:rsidTr="00347AE8">
        <w:tc>
          <w:tcPr>
            <w:tcW w:w="1752" w:type="dxa"/>
          </w:tcPr>
          <w:p w14:paraId="00FB194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45–64 years</w:t>
            </w:r>
          </w:p>
        </w:tc>
        <w:tc>
          <w:tcPr>
            <w:tcW w:w="1752" w:type="dxa"/>
          </w:tcPr>
          <w:p w14:paraId="3C0619A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-2.34</w:t>
            </w:r>
          </w:p>
        </w:tc>
        <w:tc>
          <w:tcPr>
            <w:tcW w:w="1752" w:type="dxa"/>
          </w:tcPr>
          <w:p w14:paraId="5112F97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-0.50</w:t>
            </w:r>
          </w:p>
        </w:tc>
        <w:tc>
          <w:tcPr>
            <w:tcW w:w="1752" w:type="dxa"/>
          </w:tcPr>
          <w:p w14:paraId="5FF9B28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-0.023</w:t>
            </w:r>
          </w:p>
        </w:tc>
        <w:tc>
          <w:tcPr>
            <w:tcW w:w="1752" w:type="dxa"/>
          </w:tcPr>
          <w:p w14:paraId="0942025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1.03</w:t>
            </w:r>
          </w:p>
        </w:tc>
        <w:tc>
          <w:tcPr>
            <w:tcW w:w="1752" w:type="dxa"/>
          </w:tcPr>
          <w:p w14:paraId="44617B2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Low</w:t>
            </w:r>
          </w:p>
        </w:tc>
      </w:tr>
      <w:tr w:rsidR="00F64519" w:rsidRPr="00347AE8" w14:paraId="180C1CE6" w14:textId="77777777" w:rsidTr="00347AE8">
        <w:tc>
          <w:tcPr>
            <w:tcW w:w="1752" w:type="dxa"/>
          </w:tcPr>
          <w:p w14:paraId="2BDD47D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65–85+ years</w:t>
            </w:r>
          </w:p>
        </w:tc>
        <w:tc>
          <w:tcPr>
            <w:tcW w:w="1752" w:type="dxa"/>
          </w:tcPr>
          <w:p w14:paraId="631A66D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2.29</w:t>
            </w:r>
          </w:p>
        </w:tc>
        <w:tc>
          <w:tcPr>
            <w:tcW w:w="1752" w:type="dxa"/>
          </w:tcPr>
          <w:p w14:paraId="06E713A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1.50</w:t>
            </w:r>
          </w:p>
        </w:tc>
        <w:tc>
          <w:tcPr>
            <w:tcW w:w="1752" w:type="dxa"/>
          </w:tcPr>
          <w:p w14:paraId="69E8C7B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-0.057</w:t>
            </w:r>
          </w:p>
        </w:tc>
        <w:tc>
          <w:tcPr>
            <w:tcW w:w="1752" w:type="dxa"/>
          </w:tcPr>
          <w:p w14:paraId="2242116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1.17</w:t>
            </w:r>
          </w:p>
        </w:tc>
        <w:tc>
          <w:tcPr>
            <w:tcW w:w="1752" w:type="dxa"/>
          </w:tcPr>
          <w:p w14:paraId="5BA3053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Low</w:t>
            </w:r>
          </w:p>
        </w:tc>
      </w:tr>
      <w:tr w:rsidR="00F64519" w:rsidRPr="00347AE8" w14:paraId="52518A30" w14:textId="77777777" w:rsidTr="00347AE8">
        <w:tc>
          <w:tcPr>
            <w:tcW w:w="1752" w:type="dxa"/>
          </w:tcPr>
          <w:p w14:paraId="23BD581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Northeast</w:t>
            </w:r>
          </w:p>
        </w:tc>
        <w:tc>
          <w:tcPr>
            <w:tcW w:w="1752" w:type="dxa"/>
          </w:tcPr>
          <w:p w14:paraId="31E8DDC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2.95</w:t>
            </w:r>
          </w:p>
        </w:tc>
        <w:tc>
          <w:tcPr>
            <w:tcW w:w="1752" w:type="dxa"/>
          </w:tcPr>
          <w:p w14:paraId="4D9094A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1.50</w:t>
            </w:r>
          </w:p>
        </w:tc>
        <w:tc>
          <w:tcPr>
            <w:tcW w:w="1752" w:type="dxa"/>
          </w:tcPr>
          <w:p w14:paraId="3EA2919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0.024</w:t>
            </w:r>
          </w:p>
        </w:tc>
        <w:tc>
          <w:tcPr>
            <w:tcW w:w="1752" w:type="dxa"/>
          </w:tcPr>
          <w:p w14:paraId="7DB85B6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1.17</w:t>
            </w:r>
          </w:p>
        </w:tc>
        <w:tc>
          <w:tcPr>
            <w:tcW w:w="1752" w:type="dxa"/>
          </w:tcPr>
          <w:p w14:paraId="2497101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Low</w:t>
            </w:r>
          </w:p>
        </w:tc>
      </w:tr>
      <w:tr w:rsidR="00F64519" w:rsidRPr="00347AE8" w14:paraId="2B2E86A0" w14:textId="77777777" w:rsidTr="00347AE8">
        <w:tc>
          <w:tcPr>
            <w:tcW w:w="1752" w:type="dxa"/>
          </w:tcPr>
          <w:p w14:paraId="1D2F3DF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Midwest</w:t>
            </w:r>
          </w:p>
        </w:tc>
        <w:tc>
          <w:tcPr>
            <w:tcW w:w="1752" w:type="dxa"/>
          </w:tcPr>
          <w:p w14:paraId="3869D1A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2.72</w:t>
            </w:r>
          </w:p>
        </w:tc>
        <w:tc>
          <w:tcPr>
            <w:tcW w:w="1752" w:type="dxa"/>
          </w:tcPr>
          <w:p w14:paraId="4E9BC23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1.50</w:t>
            </w:r>
          </w:p>
        </w:tc>
        <w:tc>
          <w:tcPr>
            <w:tcW w:w="1752" w:type="dxa"/>
          </w:tcPr>
          <w:p w14:paraId="4877733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0.063</w:t>
            </w:r>
          </w:p>
        </w:tc>
        <w:tc>
          <w:tcPr>
            <w:tcW w:w="1752" w:type="dxa"/>
          </w:tcPr>
          <w:p w14:paraId="298B71F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1.16</w:t>
            </w:r>
          </w:p>
        </w:tc>
        <w:tc>
          <w:tcPr>
            <w:tcW w:w="1752" w:type="dxa"/>
          </w:tcPr>
          <w:p w14:paraId="659F4BD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Low</w:t>
            </w:r>
          </w:p>
        </w:tc>
      </w:tr>
      <w:tr w:rsidR="00F64519" w:rsidRPr="00347AE8" w14:paraId="6FB54271" w14:textId="77777777" w:rsidTr="00347AE8">
        <w:tc>
          <w:tcPr>
            <w:tcW w:w="1752" w:type="dxa"/>
          </w:tcPr>
          <w:p w14:paraId="32EF6F1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South</w:t>
            </w:r>
          </w:p>
        </w:tc>
        <w:tc>
          <w:tcPr>
            <w:tcW w:w="1752" w:type="dxa"/>
          </w:tcPr>
          <w:p w14:paraId="268552F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5.16</w:t>
            </w:r>
          </w:p>
        </w:tc>
        <w:tc>
          <w:tcPr>
            <w:tcW w:w="1752" w:type="dxa"/>
          </w:tcPr>
          <w:p w14:paraId="63CDB65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1.50</w:t>
            </w:r>
          </w:p>
        </w:tc>
        <w:tc>
          <w:tcPr>
            <w:tcW w:w="1752" w:type="dxa"/>
          </w:tcPr>
          <w:p w14:paraId="65D9CA5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-0.039</w:t>
            </w:r>
          </w:p>
        </w:tc>
        <w:tc>
          <w:tcPr>
            <w:tcW w:w="1752" w:type="dxa"/>
          </w:tcPr>
          <w:p w14:paraId="6F33C95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1.22</w:t>
            </w:r>
          </w:p>
        </w:tc>
        <w:tc>
          <w:tcPr>
            <w:tcW w:w="1752" w:type="dxa"/>
          </w:tcPr>
          <w:p w14:paraId="30C0CE4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Low</w:t>
            </w:r>
          </w:p>
        </w:tc>
      </w:tr>
      <w:tr w:rsidR="00F64519" w:rsidRPr="00347AE8" w14:paraId="01733A10" w14:textId="77777777" w:rsidTr="00347AE8">
        <w:tc>
          <w:tcPr>
            <w:tcW w:w="1752" w:type="dxa"/>
          </w:tcPr>
          <w:p w14:paraId="17C2D70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West</w:t>
            </w:r>
          </w:p>
        </w:tc>
        <w:tc>
          <w:tcPr>
            <w:tcW w:w="1752" w:type="dxa"/>
          </w:tcPr>
          <w:p w14:paraId="28C0B3B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-2.57</w:t>
            </w:r>
          </w:p>
        </w:tc>
        <w:tc>
          <w:tcPr>
            <w:tcW w:w="1752" w:type="dxa"/>
          </w:tcPr>
          <w:p w14:paraId="03BB2A7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-0.50</w:t>
            </w:r>
          </w:p>
        </w:tc>
        <w:tc>
          <w:tcPr>
            <w:tcW w:w="1752" w:type="dxa"/>
          </w:tcPr>
          <w:p w14:paraId="3E59709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-0.109</w:t>
            </w:r>
          </w:p>
        </w:tc>
        <w:tc>
          <w:tcPr>
            <w:tcW w:w="1752" w:type="dxa"/>
          </w:tcPr>
          <w:p w14:paraId="0841751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1.48</w:t>
            </w:r>
          </w:p>
        </w:tc>
        <w:tc>
          <w:tcPr>
            <w:tcW w:w="1752" w:type="dxa"/>
          </w:tcPr>
          <w:p w14:paraId="52361FE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Low</w:t>
            </w:r>
          </w:p>
        </w:tc>
      </w:tr>
      <w:tr w:rsidR="00F64519" w:rsidRPr="00347AE8" w14:paraId="7224B920" w14:textId="77777777" w:rsidTr="00347AE8">
        <w:tc>
          <w:tcPr>
            <w:tcW w:w="1752" w:type="dxa"/>
          </w:tcPr>
          <w:p w14:paraId="3C873A6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Metropolitan</w:t>
            </w:r>
          </w:p>
        </w:tc>
        <w:tc>
          <w:tcPr>
            <w:tcW w:w="1752" w:type="dxa"/>
          </w:tcPr>
          <w:p w14:paraId="2AD92D6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1.26</w:t>
            </w:r>
          </w:p>
        </w:tc>
        <w:tc>
          <w:tcPr>
            <w:tcW w:w="1752" w:type="dxa"/>
          </w:tcPr>
          <w:p w14:paraId="68B0C55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1.26</w:t>
            </w:r>
          </w:p>
        </w:tc>
        <w:tc>
          <w:tcPr>
            <w:tcW w:w="1752" w:type="dxa"/>
          </w:tcPr>
          <w:p w14:paraId="608FF93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0.018</w:t>
            </w:r>
          </w:p>
        </w:tc>
        <w:tc>
          <w:tcPr>
            <w:tcW w:w="1752" w:type="dxa"/>
          </w:tcPr>
          <w:p w14:paraId="0E58A5E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0.67</w:t>
            </w:r>
          </w:p>
        </w:tc>
        <w:tc>
          <w:tcPr>
            <w:tcW w:w="1752" w:type="dxa"/>
          </w:tcPr>
          <w:p w14:paraId="79E21AA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Low</w:t>
            </w:r>
          </w:p>
        </w:tc>
      </w:tr>
      <w:tr w:rsidR="00F64519" w:rsidRPr="00347AE8" w14:paraId="52CB0746" w14:textId="77777777" w:rsidTr="00347AE8">
        <w:tc>
          <w:tcPr>
            <w:tcW w:w="1752" w:type="dxa"/>
          </w:tcPr>
          <w:p w14:paraId="05DEFFA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Non-metropolitan</w:t>
            </w:r>
          </w:p>
        </w:tc>
        <w:tc>
          <w:tcPr>
            <w:tcW w:w="1752" w:type="dxa"/>
          </w:tcPr>
          <w:p w14:paraId="570198D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3.07</w:t>
            </w:r>
          </w:p>
        </w:tc>
        <w:tc>
          <w:tcPr>
            <w:tcW w:w="1752" w:type="dxa"/>
          </w:tcPr>
          <w:p w14:paraId="7350F8F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1.50</w:t>
            </w:r>
          </w:p>
        </w:tc>
        <w:tc>
          <w:tcPr>
            <w:tcW w:w="1752" w:type="dxa"/>
          </w:tcPr>
          <w:p w14:paraId="046B466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0.025</w:t>
            </w:r>
          </w:p>
        </w:tc>
        <w:tc>
          <w:tcPr>
            <w:tcW w:w="1752" w:type="dxa"/>
          </w:tcPr>
          <w:p w14:paraId="2278222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1.10</w:t>
            </w:r>
          </w:p>
        </w:tc>
        <w:tc>
          <w:tcPr>
            <w:tcW w:w="1752" w:type="dxa"/>
          </w:tcPr>
          <w:p w14:paraId="75C2F20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Low</w:t>
            </w:r>
          </w:p>
        </w:tc>
      </w:tr>
    </w:tbl>
    <w:p w14:paraId="51E2EC75" w14:textId="77777777" w:rsidR="00F64519" w:rsidRPr="00347AE8" w:rsidRDefault="00000000">
      <w:pPr>
        <w:rPr>
          <w:color w:val="000000" w:themeColor="text1"/>
        </w:rPr>
      </w:pPr>
      <w:r w:rsidRPr="00347AE8">
        <w:rPr>
          <w:i/>
          <w:color w:val="000000" w:themeColor="text1"/>
          <w:sz w:val="16"/>
        </w:rPr>
        <w:t>The backtest weight W was estimated analytically over a held-out validation period (train ≤2015) and then capped to [−0.5, 1.5]; the applied weight is the value used in the final ensemble. Mean error is the average signed difference between fitted and observed AAMRs (per 100,000). Calibration: low (&lt;3%), moderate (3–5%), high (&gt;5%) MAPE. The 25–44-year and NH American Indian or Alaska Native strata exceeded the adequacy threshold and their projections should be interpreted with caution.</w:t>
      </w:r>
    </w:p>
    <w:p w14:paraId="09963127" w14:textId="77777777" w:rsidR="00F64519" w:rsidRPr="00347AE8" w:rsidRDefault="00F64519">
      <w:pPr>
        <w:rPr>
          <w:color w:val="000000" w:themeColor="text1"/>
        </w:rPr>
      </w:pPr>
    </w:p>
    <w:p w14:paraId="61E8672E" w14:textId="77777777" w:rsidR="00F64519" w:rsidRPr="00347AE8" w:rsidRDefault="00000000">
      <w:pPr>
        <w:rPr>
          <w:color w:val="000000" w:themeColor="text1"/>
        </w:rPr>
      </w:pPr>
      <w:r w:rsidRPr="00347AE8">
        <w:rPr>
          <w:b/>
          <w:color w:val="000000" w:themeColor="text1"/>
          <w:sz w:val="20"/>
        </w:rPr>
        <w:t>Supplemental Table 10. Place of death for pancreatic cancer-related mortality by census region, United States, 1999–2025.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02"/>
        <w:gridCol w:w="2100"/>
        <w:gridCol w:w="2100"/>
        <w:gridCol w:w="2100"/>
        <w:gridCol w:w="2100"/>
      </w:tblGrid>
      <w:tr w:rsidR="00F64519" w:rsidRPr="00347AE8" w14:paraId="52FC5E53" w14:textId="77777777" w:rsidTr="00347AE8">
        <w:tc>
          <w:tcPr>
            <w:tcW w:w="2102" w:type="dxa"/>
          </w:tcPr>
          <w:p w14:paraId="2BCB2A8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7"/>
              </w:rPr>
              <w:t>Place of Death</w:t>
            </w:r>
          </w:p>
        </w:tc>
        <w:tc>
          <w:tcPr>
            <w:tcW w:w="2102" w:type="dxa"/>
          </w:tcPr>
          <w:p w14:paraId="2C2B363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7"/>
              </w:rPr>
              <w:t>Northeast</w:t>
            </w:r>
          </w:p>
        </w:tc>
        <w:tc>
          <w:tcPr>
            <w:tcW w:w="2102" w:type="dxa"/>
          </w:tcPr>
          <w:p w14:paraId="10CBA62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7"/>
              </w:rPr>
              <w:t>Midwest</w:t>
            </w:r>
          </w:p>
        </w:tc>
        <w:tc>
          <w:tcPr>
            <w:tcW w:w="2102" w:type="dxa"/>
          </w:tcPr>
          <w:p w14:paraId="6FB245F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7"/>
              </w:rPr>
              <w:t>South</w:t>
            </w:r>
          </w:p>
        </w:tc>
        <w:tc>
          <w:tcPr>
            <w:tcW w:w="2102" w:type="dxa"/>
          </w:tcPr>
          <w:p w14:paraId="2533E59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7"/>
              </w:rPr>
              <w:t>West</w:t>
            </w:r>
          </w:p>
        </w:tc>
      </w:tr>
      <w:tr w:rsidR="00F64519" w:rsidRPr="00347AE8" w14:paraId="7E9EDCDA" w14:textId="77777777" w:rsidTr="00347AE8">
        <w:tc>
          <w:tcPr>
            <w:tcW w:w="2102" w:type="dxa"/>
          </w:tcPr>
          <w:p w14:paraId="36BB690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Decedent’s home</w:t>
            </w:r>
          </w:p>
        </w:tc>
        <w:tc>
          <w:tcPr>
            <w:tcW w:w="2102" w:type="dxa"/>
          </w:tcPr>
          <w:p w14:paraId="4EB8E0F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43.0%</w:t>
            </w:r>
          </w:p>
        </w:tc>
        <w:tc>
          <w:tcPr>
            <w:tcW w:w="2102" w:type="dxa"/>
          </w:tcPr>
          <w:p w14:paraId="259B897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47.5%</w:t>
            </w:r>
          </w:p>
        </w:tc>
        <w:tc>
          <w:tcPr>
            <w:tcW w:w="2102" w:type="dxa"/>
          </w:tcPr>
          <w:p w14:paraId="5AF5B8B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48.3%</w:t>
            </w:r>
          </w:p>
        </w:tc>
        <w:tc>
          <w:tcPr>
            <w:tcW w:w="2102" w:type="dxa"/>
          </w:tcPr>
          <w:p w14:paraId="1FBBB1C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55.6%</w:t>
            </w:r>
          </w:p>
        </w:tc>
      </w:tr>
      <w:tr w:rsidR="00F64519" w:rsidRPr="00347AE8" w14:paraId="7100328E" w14:textId="77777777" w:rsidTr="00347AE8">
        <w:tc>
          <w:tcPr>
            <w:tcW w:w="2102" w:type="dxa"/>
          </w:tcPr>
          <w:p w14:paraId="2F8B89B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Medical facility – inpatient</w:t>
            </w:r>
          </w:p>
        </w:tc>
        <w:tc>
          <w:tcPr>
            <w:tcW w:w="2102" w:type="dxa"/>
          </w:tcPr>
          <w:p w14:paraId="172DED6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29.0%</w:t>
            </w:r>
          </w:p>
        </w:tc>
        <w:tc>
          <w:tcPr>
            <w:tcW w:w="2102" w:type="dxa"/>
          </w:tcPr>
          <w:p w14:paraId="57F907F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22.2%</w:t>
            </w:r>
          </w:p>
        </w:tc>
        <w:tc>
          <w:tcPr>
            <w:tcW w:w="2102" w:type="dxa"/>
          </w:tcPr>
          <w:p w14:paraId="07B38B7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22.8%</w:t>
            </w:r>
          </w:p>
        </w:tc>
        <w:tc>
          <w:tcPr>
            <w:tcW w:w="2102" w:type="dxa"/>
          </w:tcPr>
          <w:p w14:paraId="0DFAFE7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20.6%</w:t>
            </w:r>
          </w:p>
        </w:tc>
      </w:tr>
      <w:tr w:rsidR="00F64519" w:rsidRPr="00347AE8" w14:paraId="07F70609" w14:textId="77777777" w:rsidTr="00347AE8">
        <w:tc>
          <w:tcPr>
            <w:tcW w:w="2102" w:type="dxa"/>
          </w:tcPr>
          <w:p w14:paraId="2FA054F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Nursing home/long-term care</w:t>
            </w:r>
          </w:p>
        </w:tc>
        <w:tc>
          <w:tcPr>
            <w:tcW w:w="2102" w:type="dxa"/>
          </w:tcPr>
          <w:p w14:paraId="34E775D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13.5%</w:t>
            </w:r>
          </w:p>
        </w:tc>
        <w:tc>
          <w:tcPr>
            <w:tcW w:w="2102" w:type="dxa"/>
          </w:tcPr>
          <w:p w14:paraId="2EA0C69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14.2%</w:t>
            </w:r>
          </w:p>
        </w:tc>
        <w:tc>
          <w:tcPr>
            <w:tcW w:w="2102" w:type="dxa"/>
          </w:tcPr>
          <w:p w14:paraId="68EEA67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8.1%</w:t>
            </w:r>
          </w:p>
        </w:tc>
        <w:tc>
          <w:tcPr>
            <w:tcW w:w="2102" w:type="dxa"/>
          </w:tcPr>
          <w:p w14:paraId="2675958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10.7%</w:t>
            </w:r>
          </w:p>
        </w:tc>
      </w:tr>
      <w:tr w:rsidR="00F64519" w:rsidRPr="00347AE8" w14:paraId="343D1866" w14:textId="77777777" w:rsidTr="00347AE8">
        <w:tc>
          <w:tcPr>
            <w:tcW w:w="2102" w:type="dxa"/>
          </w:tcPr>
          <w:p w14:paraId="2AAF498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Hospice facility</w:t>
            </w:r>
          </w:p>
        </w:tc>
        <w:tc>
          <w:tcPr>
            <w:tcW w:w="2102" w:type="dxa"/>
          </w:tcPr>
          <w:p w14:paraId="21A3C99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9.0%</w:t>
            </w:r>
          </w:p>
        </w:tc>
        <w:tc>
          <w:tcPr>
            <w:tcW w:w="2102" w:type="dxa"/>
          </w:tcPr>
          <w:p w14:paraId="23792C4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9.1%</w:t>
            </w:r>
          </w:p>
        </w:tc>
        <w:tc>
          <w:tcPr>
            <w:tcW w:w="2102" w:type="dxa"/>
          </w:tcPr>
          <w:p w14:paraId="7AA5514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12.0%</w:t>
            </w:r>
          </w:p>
        </w:tc>
        <w:tc>
          <w:tcPr>
            <w:tcW w:w="2102" w:type="dxa"/>
          </w:tcPr>
          <w:p w14:paraId="332BD95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6.1%</w:t>
            </w:r>
          </w:p>
        </w:tc>
      </w:tr>
      <w:tr w:rsidR="00F64519" w:rsidRPr="00347AE8" w14:paraId="21D04155" w14:textId="77777777" w:rsidTr="00347AE8">
        <w:tc>
          <w:tcPr>
            <w:tcW w:w="2102" w:type="dxa"/>
          </w:tcPr>
          <w:p w14:paraId="26DDD35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Other</w:t>
            </w:r>
          </w:p>
        </w:tc>
        <w:tc>
          <w:tcPr>
            <w:tcW w:w="2102" w:type="dxa"/>
          </w:tcPr>
          <w:p w14:paraId="270101E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3.6%</w:t>
            </w:r>
          </w:p>
        </w:tc>
        <w:tc>
          <w:tcPr>
            <w:tcW w:w="2102" w:type="dxa"/>
          </w:tcPr>
          <w:p w14:paraId="6CB3B4B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5.3%</w:t>
            </w:r>
          </w:p>
        </w:tc>
        <w:tc>
          <w:tcPr>
            <w:tcW w:w="2102" w:type="dxa"/>
          </w:tcPr>
          <w:p w14:paraId="4528C59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6.4%</w:t>
            </w:r>
          </w:p>
        </w:tc>
        <w:tc>
          <w:tcPr>
            <w:tcW w:w="2102" w:type="dxa"/>
          </w:tcPr>
          <w:p w14:paraId="48312E7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5.5%</w:t>
            </w:r>
          </w:p>
        </w:tc>
      </w:tr>
      <w:tr w:rsidR="00F64519" w:rsidRPr="00347AE8" w14:paraId="4FFB7D54" w14:textId="77777777" w:rsidTr="00347AE8">
        <w:tc>
          <w:tcPr>
            <w:tcW w:w="2102" w:type="dxa"/>
          </w:tcPr>
          <w:p w14:paraId="4D6712E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Medical facility – outpatient/ER</w:t>
            </w:r>
          </w:p>
        </w:tc>
        <w:tc>
          <w:tcPr>
            <w:tcW w:w="2102" w:type="dxa"/>
          </w:tcPr>
          <w:p w14:paraId="064CE42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1.8%</w:t>
            </w:r>
          </w:p>
        </w:tc>
        <w:tc>
          <w:tcPr>
            <w:tcW w:w="2102" w:type="dxa"/>
          </w:tcPr>
          <w:p w14:paraId="4ED9D43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1.5%</w:t>
            </w:r>
          </w:p>
        </w:tc>
        <w:tc>
          <w:tcPr>
            <w:tcW w:w="2102" w:type="dxa"/>
          </w:tcPr>
          <w:p w14:paraId="15AFC56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1.8%</w:t>
            </w:r>
          </w:p>
        </w:tc>
        <w:tc>
          <w:tcPr>
            <w:tcW w:w="2102" w:type="dxa"/>
          </w:tcPr>
          <w:p w14:paraId="1334144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1.5%</w:t>
            </w:r>
          </w:p>
        </w:tc>
      </w:tr>
      <w:tr w:rsidR="00F64519" w:rsidRPr="00347AE8" w14:paraId="36203DDF" w14:textId="77777777" w:rsidTr="00347AE8">
        <w:tc>
          <w:tcPr>
            <w:tcW w:w="2102" w:type="dxa"/>
          </w:tcPr>
          <w:p w14:paraId="7E03D18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Total deaths, n</w:t>
            </w:r>
          </w:p>
        </w:tc>
        <w:tc>
          <w:tcPr>
            <w:tcW w:w="2102" w:type="dxa"/>
          </w:tcPr>
          <w:p w14:paraId="738B572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209,295</w:t>
            </w:r>
          </w:p>
        </w:tc>
        <w:tc>
          <w:tcPr>
            <w:tcW w:w="2102" w:type="dxa"/>
          </w:tcPr>
          <w:p w14:paraId="439C5FB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241,622</w:t>
            </w:r>
          </w:p>
        </w:tc>
        <w:tc>
          <w:tcPr>
            <w:tcW w:w="2102" w:type="dxa"/>
          </w:tcPr>
          <w:p w14:paraId="610FFD5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386,545</w:t>
            </w:r>
          </w:p>
        </w:tc>
        <w:tc>
          <w:tcPr>
            <w:tcW w:w="2102" w:type="dxa"/>
          </w:tcPr>
          <w:p w14:paraId="3D77C07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7"/>
              </w:rPr>
              <w:t>216,043</w:t>
            </w:r>
          </w:p>
        </w:tc>
      </w:tr>
    </w:tbl>
    <w:p w14:paraId="0DF27246" w14:textId="77777777" w:rsidR="00F64519" w:rsidRPr="00347AE8" w:rsidRDefault="00000000">
      <w:pPr>
        <w:rPr>
          <w:color w:val="000000" w:themeColor="text1"/>
        </w:rPr>
      </w:pPr>
      <w:r w:rsidRPr="00347AE8">
        <w:rPr>
          <w:i/>
          <w:color w:val="000000" w:themeColor="text1"/>
          <w:sz w:val="16"/>
        </w:rPr>
        <w:t>Values are the percentage of pancreatic cancer-related deaths (ICD-10 C25, recorded anywhere on the death certificate) occurring in each setting within each census region, 1999–2025. Columns may not sum to exactly 100% because of rounding and a small number of suppressed or unknown-region cells. Hospice-facility data were not collected in CDC WONDER before 2003. ER, emergency department.</w:t>
      </w:r>
    </w:p>
    <w:p w14:paraId="2916AE3D" w14:textId="77777777" w:rsidR="00F64519" w:rsidRPr="00347AE8" w:rsidRDefault="00F64519">
      <w:pPr>
        <w:rPr>
          <w:color w:val="000000" w:themeColor="text1"/>
        </w:rPr>
      </w:pPr>
    </w:p>
    <w:p w14:paraId="66272696" w14:textId="77777777" w:rsidR="00F64519" w:rsidRPr="00347AE8" w:rsidRDefault="00000000">
      <w:pPr>
        <w:rPr>
          <w:color w:val="000000" w:themeColor="text1"/>
        </w:rPr>
      </w:pPr>
      <w:r w:rsidRPr="00347AE8">
        <w:rPr>
          <w:b/>
          <w:color w:val="000000" w:themeColor="text1"/>
          <w:sz w:val="20"/>
        </w:rPr>
        <w:t>Supplemental Table 11. Out-of-sample forecast validation: rolling-origin backtest (train 1999–2015, forecast 2016–2025).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26"/>
        <w:gridCol w:w="2625"/>
        <w:gridCol w:w="2625"/>
        <w:gridCol w:w="2626"/>
      </w:tblGrid>
      <w:tr w:rsidR="00F64519" w:rsidRPr="00347AE8" w14:paraId="725650C0" w14:textId="77777777" w:rsidTr="00347AE8">
        <w:tc>
          <w:tcPr>
            <w:tcW w:w="2628" w:type="dxa"/>
          </w:tcPr>
          <w:p w14:paraId="07002CD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6"/>
              </w:rPr>
              <w:t>Subgroup</w:t>
            </w:r>
          </w:p>
        </w:tc>
        <w:tc>
          <w:tcPr>
            <w:tcW w:w="2628" w:type="dxa"/>
          </w:tcPr>
          <w:p w14:paraId="2CC4567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6"/>
              </w:rPr>
              <w:t>Out-of-sample MAPE (%)</w:t>
            </w:r>
          </w:p>
        </w:tc>
        <w:tc>
          <w:tcPr>
            <w:tcW w:w="2628" w:type="dxa"/>
          </w:tcPr>
          <w:p w14:paraId="03352B4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6"/>
              </w:rPr>
              <w:t>Mean error</w:t>
            </w:r>
          </w:p>
        </w:tc>
        <w:tc>
          <w:tcPr>
            <w:tcW w:w="2628" w:type="dxa"/>
          </w:tcPr>
          <w:p w14:paraId="29CB2BA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6"/>
              </w:rPr>
              <w:t>95% PI coverage (%)</w:t>
            </w:r>
          </w:p>
        </w:tc>
      </w:tr>
      <w:tr w:rsidR="00F64519" w:rsidRPr="00347AE8" w14:paraId="54A1631D" w14:textId="77777777" w:rsidTr="00347AE8">
        <w:tc>
          <w:tcPr>
            <w:tcW w:w="2628" w:type="dxa"/>
          </w:tcPr>
          <w:p w14:paraId="7464D79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Overall</w:t>
            </w:r>
          </w:p>
        </w:tc>
        <w:tc>
          <w:tcPr>
            <w:tcW w:w="2628" w:type="dxa"/>
          </w:tcPr>
          <w:p w14:paraId="5BB0008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2.1</w:t>
            </w:r>
          </w:p>
        </w:tc>
        <w:tc>
          <w:tcPr>
            <w:tcW w:w="2628" w:type="dxa"/>
          </w:tcPr>
          <w:p w14:paraId="0A11A6F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-0.40</w:t>
            </w:r>
          </w:p>
        </w:tc>
        <w:tc>
          <w:tcPr>
            <w:tcW w:w="2628" w:type="dxa"/>
          </w:tcPr>
          <w:p w14:paraId="6240379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90</w:t>
            </w:r>
          </w:p>
        </w:tc>
      </w:tr>
      <w:tr w:rsidR="00F64519" w:rsidRPr="00347AE8" w14:paraId="572FD1FF" w14:textId="77777777" w:rsidTr="00347AE8">
        <w:tc>
          <w:tcPr>
            <w:tcW w:w="2628" w:type="dxa"/>
          </w:tcPr>
          <w:p w14:paraId="4E641F6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Women</w:t>
            </w:r>
          </w:p>
        </w:tc>
        <w:tc>
          <w:tcPr>
            <w:tcW w:w="2628" w:type="dxa"/>
          </w:tcPr>
          <w:p w14:paraId="7215CAB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2.0</w:t>
            </w:r>
          </w:p>
        </w:tc>
        <w:tc>
          <w:tcPr>
            <w:tcW w:w="2628" w:type="dxa"/>
          </w:tcPr>
          <w:p w14:paraId="490FE5C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-0.30</w:t>
            </w:r>
          </w:p>
        </w:tc>
        <w:tc>
          <w:tcPr>
            <w:tcW w:w="2628" w:type="dxa"/>
          </w:tcPr>
          <w:p w14:paraId="01EF5F8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90</w:t>
            </w:r>
          </w:p>
        </w:tc>
      </w:tr>
      <w:tr w:rsidR="00F64519" w:rsidRPr="00347AE8" w14:paraId="700A7B91" w14:textId="77777777" w:rsidTr="00347AE8">
        <w:tc>
          <w:tcPr>
            <w:tcW w:w="2628" w:type="dxa"/>
          </w:tcPr>
          <w:p w14:paraId="6098005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Men</w:t>
            </w:r>
          </w:p>
        </w:tc>
        <w:tc>
          <w:tcPr>
            <w:tcW w:w="2628" w:type="dxa"/>
          </w:tcPr>
          <w:p w14:paraId="4251551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1.7</w:t>
            </w:r>
          </w:p>
        </w:tc>
        <w:tc>
          <w:tcPr>
            <w:tcW w:w="2628" w:type="dxa"/>
          </w:tcPr>
          <w:p w14:paraId="4539D3C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-0.36</w:t>
            </w:r>
          </w:p>
        </w:tc>
        <w:tc>
          <w:tcPr>
            <w:tcW w:w="2628" w:type="dxa"/>
          </w:tcPr>
          <w:p w14:paraId="567F631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100</w:t>
            </w:r>
          </w:p>
        </w:tc>
      </w:tr>
      <w:tr w:rsidR="00F64519" w:rsidRPr="00347AE8" w14:paraId="4DE7C773" w14:textId="77777777" w:rsidTr="00347AE8">
        <w:tc>
          <w:tcPr>
            <w:tcW w:w="2628" w:type="dxa"/>
          </w:tcPr>
          <w:p w14:paraId="5D336BA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NH American Indian or Alaska Native</w:t>
            </w:r>
          </w:p>
        </w:tc>
        <w:tc>
          <w:tcPr>
            <w:tcW w:w="2628" w:type="dxa"/>
          </w:tcPr>
          <w:p w14:paraId="18B6AB6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5.4</w:t>
            </w:r>
          </w:p>
        </w:tc>
        <w:tc>
          <w:tcPr>
            <w:tcW w:w="2628" w:type="dxa"/>
          </w:tcPr>
          <w:p w14:paraId="32D998C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+0.00</w:t>
            </w:r>
          </w:p>
        </w:tc>
        <w:tc>
          <w:tcPr>
            <w:tcW w:w="2628" w:type="dxa"/>
          </w:tcPr>
          <w:p w14:paraId="60C703C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100</w:t>
            </w:r>
          </w:p>
        </w:tc>
      </w:tr>
      <w:tr w:rsidR="00F64519" w:rsidRPr="00347AE8" w14:paraId="3A79B0BF" w14:textId="77777777" w:rsidTr="00347AE8">
        <w:tc>
          <w:tcPr>
            <w:tcW w:w="2628" w:type="dxa"/>
          </w:tcPr>
          <w:p w14:paraId="4FDB536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NH Asian or Pacific Islander</w:t>
            </w:r>
          </w:p>
        </w:tc>
        <w:tc>
          <w:tcPr>
            <w:tcW w:w="2628" w:type="dxa"/>
          </w:tcPr>
          <w:p w14:paraId="2C1C75D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2.5</w:t>
            </w:r>
          </w:p>
        </w:tc>
        <w:tc>
          <w:tcPr>
            <w:tcW w:w="2628" w:type="dxa"/>
          </w:tcPr>
          <w:p w14:paraId="5AE1422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+0.00</w:t>
            </w:r>
          </w:p>
        </w:tc>
        <w:tc>
          <w:tcPr>
            <w:tcW w:w="2628" w:type="dxa"/>
          </w:tcPr>
          <w:p w14:paraId="0EB46B0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100</w:t>
            </w:r>
          </w:p>
        </w:tc>
      </w:tr>
      <w:tr w:rsidR="00F64519" w:rsidRPr="00347AE8" w14:paraId="11C7BE28" w14:textId="77777777" w:rsidTr="00347AE8">
        <w:tc>
          <w:tcPr>
            <w:tcW w:w="2628" w:type="dxa"/>
          </w:tcPr>
          <w:p w14:paraId="697E6FB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NH Black or African American</w:t>
            </w:r>
          </w:p>
        </w:tc>
        <w:tc>
          <w:tcPr>
            <w:tcW w:w="2628" w:type="dxa"/>
          </w:tcPr>
          <w:p w14:paraId="3291BC7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1.3</w:t>
            </w:r>
          </w:p>
        </w:tc>
        <w:tc>
          <w:tcPr>
            <w:tcW w:w="2628" w:type="dxa"/>
          </w:tcPr>
          <w:p w14:paraId="1BF8F9E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-0.20</w:t>
            </w:r>
          </w:p>
        </w:tc>
        <w:tc>
          <w:tcPr>
            <w:tcW w:w="2628" w:type="dxa"/>
          </w:tcPr>
          <w:p w14:paraId="3997DB6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100</w:t>
            </w:r>
          </w:p>
        </w:tc>
      </w:tr>
      <w:tr w:rsidR="00F64519" w:rsidRPr="00347AE8" w14:paraId="4A02A35B" w14:textId="77777777" w:rsidTr="00347AE8">
        <w:tc>
          <w:tcPr>
            <w:tcW w:w="2628" w:type="dxa"/>
          </w:tcPr>
          <w:p w14:paraId="36D6B49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NH White</w:t>
            </w:r>
          </w:p>
        </w:tc>
        <w:tc>
          <w:tcPr>
            <w:tcW w:w="2628" w:type="dxa"/>
          </w:tcPr>
          <w:p w14:paraId="65D9BC5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1.5</w:t>
            </w:r>
          </w:p>
        </w:tc>
        <w:tc>
          <w:tcPr>
            <w:tcW w:w="2628" w:type="dxa"/>
          </w:tcPr>
          <w:p w14:paraId="6D1B797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-0.24</w:t>
            </w:r>
          </w:p>
        </w:tc>
        <w:tc>
          <w:tcPr>
            <w:tcW w:w="2628" w:type="dxa"/>
          </w:tcPr>
          <w:p w14:paraId="520FFA5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100</w:t>
            </w:r>
          </w:p>
        </w:tc>
      </w:tr>
      <w:tr w:rsidR="00F64519" w:rsidRPr="00347AE8" w14:paraId="5C4E9FDB" w14:textId="77777777" w:rsidTr="00347AE8">
        <w:tc>
          <w:tcPr>
            <w:tcW w:w="2628" w:type="dxa"/>
          </w:tcPr>
          <w:p w14:paraId="6241C12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Hispanic or Latino</w:t>
            </w:r>
          </w:p>
        </w:tc>
        <w:tc>
          <w:tcPr>
            <w:tcW w:w="2628" w:type="dxa"/>
          </w:tcPr>
          <w:p w14:paraId="0F9C195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2.6</w:t>
            </w:r>
          </w:p>
        </w:tc>
        <w:tc>
          <w:tcPr>
            <w:tcW w:w="2628" w:type="dxa"/>
          </w:tcPr>
          <w:p w14:paraId="7284D11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-0.24</w:t>
            </w:r>
          </w:p>
        </w:tc>
        <w:tc>
          <w:tcPr>
            <w:tcW w:w="2628" w:type="dxa"/>
          </w:tcPr>
          <w:p w14:paraId="6C56E2F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100</w:t>
            </w:r>
          </w:p>
        </w:tc>
      </w:tr>
      <w:tr w:rsidR="00F64519" w:rsidRPr="00347AE8" w14:paraId="22681647" w14:textId="77777777" w:rsidTr="00347AE8">
        <w:tc>
          <w:tcPr>
            <w:tcW w:w="2628" w:type="dxa"/>
          </w:tcPr>
          <w:p w14:paraId="4F578B5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25–44 years</w:t>
            </w:r>
          </w:p>
        </w:tc>
        <w:tc>
          <w:tcPr>
            <w:tcW w:w="2628" w:type="dxa"/>
          </w:tcPr>
          <w:p w14:paraId="6C889EC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6.5</w:t>
            </w:r>
          </w:p>
        </w:tc>
        <w:tc>
          <w:tcPr>
            <w:tcW w:w="2628" w:type="dxa"/>
          </w:tcPr>
          <w:p w14:paraId="504132C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-0.04</w:t>
            </w:r>
          </w:p>
        </w:tc>
        <w:tc>
          <w:tcPr>
            <w:tcW w:w="2628" w:type="dxa"/>
          </w:tcPr>
          <w:p w14:paraId="704501E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100</w:t>
            </w:r>
          </w:p>
        </w:tc>
      </w:tr>
      <w:tr w:rsidR="00F64519" w:rsidRPr="00347AE8" w14:paraId="22BCDC25" w14:textId="77777777" w:rsidTr="00347AE8">
        <w:tc>
          <w:tcPr>
            <w:tcW w:w="2628" w:type="dxa"/>
          </w:tcPr>
          <w:p w14:paraId="0E2B5D3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45–64 years</w:t>
            </w:r>
          </w:p>
        </w:tc>
        <w:tc>
          <w:tcPr>
            <w:tcW w:w="2628" w:type="dxa"/>
          </w:tcPr>
          <w:p w14:paraId="30A3BC0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1.1</w:t>
            </w:r>
          </w:p>
        </w:tc>
        <w:tc>
          <w:tcPr>
            <w:tcW w:w="2628" w:type="dxa"/>
          </w:tcPr>
          <w:p w14:paraId="1471497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+0.02</w:t>
            </w:r>
          </w:p>
        </w:tc>
        <w:tc>
          <w:tcPr>
            <w:tcW w:w="2628" w:type="dxa"/>
          </w:tcPr>
          <w:p w14:paraId="591C037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100</w:t>
            </w:r>
          </w:p>
        </w:tc>
      </w:tr>
      <w:tr w:rsidR="00F64519" w:rsidRPr="00347AE8" w14:paraId="27A1B0C4" w14:textId="77777777" w:rsidTr="00347AE8">
        <w:tc>
          <w:tcPr>
            <w:tcW w:w="2628" w:type="dxa"/>
          </w:tcPr>
          <w:p w14:paraId="425645F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65–85+ years</w:t>
            </w:r>
          </w:p>
        </w:tc>
        <w:tc>
          <w:tcPr>
            <w:tcW w:w="2628" w:type="dxa"/>
          </w:tcPr>
          <w:p w14:paraId="02C6FC5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1.9</w:t>
            </w:r>
          </w:p>
        </w:tc>
        <w:tc>
          <w:tcPr>
            <w:tcW w:w="2628" w:type="dxa"/>
          </w:tcPr>
          <w:p w14:paraId="26CC10E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-1.12</w:t>
            </w:r>
          </w:p>
        </w:tc>
        <w:tc>
          <w:tcPr>
            <w:tcW w:w="2628" w:type="dxa"/>
          </w:tcPr>
          <w:p w14:paraId="7DB1C36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80</w:t>
            </w:r>
          </w:p>
        </w:tc>
      </w:tr>
      <w:tr w:rsidR="00F64519" w:rsidRPr="00347AE8" w14:paraId="02F578E2" w14:textId="77777777" w:rsidTr="00347AE8">
        <w:tc>
          <w:tcPr>
            <w:tcW w:w="2628" w:type="dxa"/>
          </w:tcPr>
          <w:p w14:paraId="0107162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Northeast</w:t>
            </w:r>
          </w:p>
        </w:tc>
        <w:tc>
          <w:tcPr>
            <w:tcW w:w="2628" w:type="dxa"/>
          </w:tcPr>
          <w:p w14:paraId="07E9FD4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1.7</w:t>
            </w:r>
          </w:p>
        </w:tc>
        <w:tc>
          <w:tcPr>
            <w:tcW w:w="2628" w:type="dxa"/>
          </w:tcPr>
          <w:p w14:paraId="36A5A91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-0.33</w:t>
            </w:r>
          </w:p>
        </w:tc>
        <w:tc>
          <w:tcPr>
            <w:tcW w:w="2628" w:type="dxa"/>
          </w:tcPr>
          <w:p w14:paraId="0C53B93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100</w:t>
            </w:r>
          </w:p>
        </w:tc>
      </w:tr>
      <w:tr w:rsidR="00F64519" w:rsidRPr="00347AE8" w14:paraId="50EFD4B6" w14:textId="77777777" w:rsidTr="00347AE8">
        <w:tc>
          <w:tcPr>
            <w:tcW w:w="2628" w:type="dxa"/>
          </w:tcPr>
          <w:p w14:paraId="1E2B19E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Midwest</w:t>
            </w:r>
          </w:p>
        </w:tc>
        <w:tc>
          <w:tcPr>
            <w:tcW w:w="2628" w:type="dxa"/>
          </w:tcPr>
          <w:p w14:paraId="768E1F7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1.6</w:t>
            </w:r>
          </w:p>
        </w:tc>
        <w:tc>
          <w:tcPr>
            <w:tcW w:w="2628" w:type="dxa"/>
          </w:tcPr>
          <w:p w14:paraId="455A19E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-0.31</w:t>
            </w:r>
          </w:p>
        </w:tc>
        <w:tc>
          <w:tcPr>
            <w:tcW w:w="2628" w:type="dxa"/>
          </w:tcPr>
          <w:p w14:paraId="2CA1A97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100</w:t>
            </w:r>
          </w:p>
        </w:tc>
      </w:tr>
      <w:tr w:rsidR="00F64519" w:rsidRPr="00347AE8" w14:paraId="2EACB221" w14:textId="77777777" w:rsidTr="00347AE8">
        <w:tc>
          <w:tcPr>
            <w:tcW w:w="2628" w:type="dxa"/>
          </w:tcPr>
          <w:p w14:paraId="1BC01BB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South</w:t>
            </w:r>
          </w:p>
        </w:tc>
        <w:tc>
          <w:tcPr>
            <w:tcW w:w="2628" w:type="dxa"/>
          </w:tcPr>
          <w:p w14:paraId="33F40DE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2.6</w:t>
            </w:r>
          </w:p>
        </w:tc>
        <w:tc>
          <w:tcPr>
            <w:tcW w:w="2628" w:type="dxa"/>
          </w:tcPr>
          <w:p w14:paraId="34C6294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-0.48</w:t>
            </w:r>
          </w:p>
        </w:tc>
        <w:tc>
          <w:tcPr>
            <w:tcW w:w="2628" w:type="dxa"/>
          </w:tcPr>
          <w:p w14:paraId="3129E11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90</w:t>
            </w:r>
          </w:p>
        </w:tc>
      </w:tr>
      <w:tr w:rsidR="00F64519" w:rsidRPr="00347AE8" w14:paraId="781E7F02" w14:textId="77777777" w:rsidTr="00347AE8">
        <w:tc>
          <w:tcPr>
            <w:tcW w:w="2628" w:type="dxa"/>
          </w:tcPr>
          <w:p w14:paraId="323A6B1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West</w:t>
            </w:r>
          </w:p>
        </w:tc>
        <w:tc>
          <w:tcPr>
            <w:tcW w:w="2628" w:type="dxa"/>
          </w:tcPr>
          <w:p w14:paraId="062C0A2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2.9</w:t>
            </w:r>
          </w:p>
        </w:tc>
        <w:tc>
          <w:tcPr>
            <w:tcW w:w="2628" w:type="dxa"/>
          </w:tcPr>
          <w:p w14:paraId="628F6DF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-0.52</w:t>
            </w:r>
          </w:p>
        </w:tc>
        <w:tc>
          <w:tcPr>
            <w:tcW w:w="2628" w:type="dxa"/>
          </w:tcPr>
          <w:p w14:paraId="337A5BB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100</w:t>
            </w:r>
          </w:p>
        </w:tc>
      </w:tr>
      <w:tr w:rsidR="00F64519" w:rsidRPr="00347AE8" w14:paraId="0940D57D" w14:textId="77777777" w:rsidTr="00347AE8">
        <w:tc>
          <w:tcPr>
            <w:tcW w:w="2628" w:type="dxa"/>
          </w:tcPr>
          <w:p w14:paraId="44FB5AA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Metropolitan</w:t>
            </w:r>
          </w:p>
        </w:tc>
        <w:tc>
          <w:tcPr>
            <w:tcW w:w="2628" w:type="dxa"/>
          </w:tcPr>
          <w:p w14:paraId="79D173E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0.3</w:t>
            </w:r>
          </w:p>
        </w:tc>
        <w:tc>
          <w:tcPr>
            <w:tcW w:w="2628" w:type="dxa"/>
          </w:tcPr>
          <w:p w14:paraId="73598BA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-0.00</w:t>
            </w:r>
          </w:p>
        </w:tc>
        <w:tc>
          <w:tcPr>
            <w:tcW w:w="2628" w:type="dxa"/>
          </w:tcPr>
          <w:p w14:paraId="4D4FCB8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100</w:t>
            </w:r>
          </w:p>
        </w:tc>
      </w:tr>
      <w:tr w:rsidR="00F64519" w:rsidRPr="00347AE8" w14:paraId="7FFF9D92" w14:textId="77777777" w:rsidTr="00347AE8">
        <w:tc>
          <w:tcPr>
            <w:tcW w:w="2628" w:type="dxa"/>
          </w:tcPr>
          <w:p w14:paraId="174ADA2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Non-metropolitan</w:t>
            </w:r>
          </w:p>
        </w:tc>
        <w:tc>
          <w:tcPr>
            <w:tcW w:w="2628" w:type="dxa"/>
          </w:tcPr>
          <w:p w14:paraId="2D9FD76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2.3</w:t>
            </w:r>
          </w:p>
        </w:tc>
        <w:tc>
          <w:tcPr>
            <w:tcW w:w="2628" w:type="dxa"/>
          </w:tcPr>
          <w:p w14:paraId="6818081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-0.43</w:t>
            </w:r>
          </w:p>
        </w:tc>
        <w:tc>
          <w:tcPr>
            <w:tcW w:w="2628" w:type="dxa"/>
          </w:tcPr>
          <w:p w14:paraId="7CFC8EC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80</w:t>
            </w:r>
          </w:p>
        </w:tc>
      </w:tr>
    </w:tbl>
    <w:p w14:paraId="0C4CEC58" w14:textId="77777777" w:rsidR="00F64519" w:rsidRPr="00347AE8" w:rsidRDefault="00000000">
      <w:pPr>
        <w:rPr>
          <w:color w:val="000000" w:themeColor="text1"/>
        </w:rPr>
      </w:pPr>
      <w:r w:rsidRPr="00347AE8">
        <w:rPr>
          <w:i/>
          <w:color w:val="000000" w:themeColor="text1"/>
          <w:sz w:val="16"/>
        </w:rPr>
        <w:t xml:space="preserve">Component models were trained on 1999–2015 and used to forecast 2016–2025 (2016–2020 for urbanization strata). Across strata, mean out-of-sample MAPE was 2.4% and mean 95% prediction-interval coverage was 96%; the overall series achieved MAPE 2.1% with 90% coverage. </w:t>
      </w:r>
      <w:r w:rsidRPr="00347AE8">
        <w:rPr>
          <w:i/>
          <w:color w:val="000000" w:themeColor="text1"/>
          <w:sz w:val="16"/>
        </w:rPr>
        <w:lastRenderedPageBreak/>
        <w:t>Coverage below 95% indicates the analytic intervals are somewhat anticonservative. Mean error is in deaths per 100,000 (negative = under-prediction).</w:t>
      </w:r>
    </w:p>
    <w:p w14:paraId="7E139AA5" w14:textId="77777777" w:rsidR="00F64519" w:rsidRPr="00347AE8" w:rsidRDefault="00F64519">
      <w:pPr>
        <w:rPr>
          <w:color w:val="000000" w:themeColor="text1"/>
        </w:rPr>
      </w:pPr>
    </w:p>
    <w:p w14:paraId="5120B25D" w14:textId="77777777" w:rsidR="00F64519" w:rsidRPr="00347AE8" w:rsidRDefault="00000000">
      <w:pPr>
        <w:rPr>
          <w:color w:val="000000" w:themeColor="text1"/>
        </w:rPr>
      </w:pPr>
      <w:r w:rsidRPr="00347AE8">
        <w:rPr>
          <w:b/>
          <w:color w:val="000000" w:themeColor="text1"/>
          <w:sz w:val="20"/>
        </w:rPr>
        <w:t>Supplemental Table 12. Sensitivity of the 2050 projected age-adjusted mortality rate to the ensemble blending weight W.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12"/>
        <w:gridCol w:w="1313"/>
        <w:gridCol w:w="1312"/>
        <w:gridCol w:w="1313"/>
        <w:gridCol w:w="1313"/>
        <w:gridCol w:w="1313"/>
        <w:gridCol w:w="1313"/>
        <w:gridCol w:w="1313"/>
      </w:tblGrid>
      <w:tr w:rsidR="00F64519" w:rsidRPr="00347AE8" w14:paraId="0FE58626" w14:textId="77777777" w:rsidTr="00347AE8">
        <w:tc>
          <w:tcPr>
            <w:tcW w:w="1314" w:type="dxa"/>
          </w:tcPr>
          <w:p w14:paraId="6E676E6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6"/>
              </w:rPr>
              <w:t>Subgroup</w:t>
            </w:r>
          </w:p>
        </w:tc>
        <w:tc>
          <w:tcPr>
            <w:tcW w:w="1314" w:type="dxa"/>
          </w:tcPr>
          <w:p w14:paraId="11025BD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6"/>
              </w:rPr>
              <w:t>W=−0.5</w:t>
            </w:r>
          </w:p>
        </w:tc>
        <w:tc>
          <w:tcPr>
            <w:tcW w:w="1314" w:type="dxa"/>
          </w:tcPr>
          <w:p w14:paraId="228A812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6"/>
              </w:rPr>
              <w:t>W=0</w:t>
            </w:r>
          </w:p>
        </w:tc>
        <w:tc>
          <w:tcPr>
            <w:tcW w:w="1314" w:type="dxa"/>
          </w:tcPr>
          <w:p w14:paraId="36898F8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6"/>
              </w:rPr>
              <w:t>W=0.5</w:t>
            </w:r>
          </w:p>
        </w:tc>
        <w:tc>
          <w:tcPr>
            <w:tcW w:w="1314" w:type="dxa"/>
          </w:tcPr>
          <w:p w14:paraId="5654307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6"/>
              </w:rPr>
              <w:t>W=1.0</w:t>
            </w:r>
          </w:p>
        </w:tc>
        <w:tc>
          <w:tcPr>
            <w:tcW w:w="1314" w:type="dxa"/>
          </w:tcPr>
          <w:p w14:paraId="76D534A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6"/>
              </w:rPr>
              <w:t>W=1.5</w:t>
            </w:r>
          </w:p>
        </w:tc>
        <w:tc>
          <w:tcPr>
            <w:tcW w:w="1314" w:type="dxa"/>
          </w:tcPr>
          <w:p w14:paraId="6C52C80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6"/>
              </w:rPr>
              <w:t>Published 2050</w:t>
            </w:r>
          </w:p>
        </w:tc>
        <w:tc>
          <w:tcPr>
            <w:tcW w:w="1314" w:type="dxa"/>
          </w:tcPr>
          <w:p w14:paraId="3ED1C0F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6"/>
              </w:rPr>
              <w:t>Applied W</w:t>
            </w:r>
          </w:p>
        </w:tc>
      </w:tr>
      <w:tr w:rsidR="00F64519" w:rsidRPr="00347AE8" w14:paraId="6737F8CB" w14:textId="77777777" w:rsidTr="00347AE8">
        <w:tc>
          <w:tcPr>
            <w:tcW w:w="1314" w:type="dxa"/>
          </w:tcPr>
          <w:p w14:paraId="73582A4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Overall</w:t>
            </w:r>
          </w:p>
        </w:tc>
        <w:tc>
          <w:tcPr>
            <w:tcW w:w="1314" w:type="dxa"/>
          </w:tcPr>
          <w:p w14:paraId="185AFB2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20.1</w:t>
            </w:r>
          </w:p>
        </w:tc>
        <w:tc>
          <w:tcPr>
            <w:tcW w:w="1314" w:type="dxa"/>
          </w:tcPr>
          <w:p w14:paraId="7560D4E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20.3</w:t>
            </w:r>
          </w:p>
        </w:tc>
        <w:tc>
          <w:tcPr>
            <w:tcW w:w="1314" w:type="dxa"/>
          </w:tcPr>
          <w:p w14:paraId="1ED4EA2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20.5</w:t>
            </w:r>
          </w:p>
        </w:tc>
        <w:tc>
          <w:tcPr>
            <w:tcW w:w="1314" w:type="dxa"/>
          </w:tcPr>
          <w:p w14:paraId="6926B4A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20.7</w:t>
            </w:r>
          </w:p>
        </w:tc>
        <w:tc>
          <w:tcPr>
            <w:tcW w:w="1314" w:type="dxa"/>
          </w:tcPr>
          <w:p w14:paraId="0CED3B2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20.9</w:t>
            </w:r>
          </w:p>
        </w:tc>
        <w:tc>
          <w:tcPr>
            <w:tcW w:w="1314" w:type="dxa"/>
          </w:tcPr>
          <w:p w14:paraId="0402B11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20.85</w:t>
            </w:r>
          </w:p>
        </w:tc>
        <w:tc>
          <w:tcPr>
            <w:tcW w:w="1314" w:type="dxa"/>
          </w:tcPr>
          <w:p w14:paraId="764F9C9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1.50</w:t>
            </w:r>
          </w:p>
        </w:tc>
      </w:tr>
      <w:tr w:rsidR="00F64519" w:rsidRPr="00347AE8" w14:paraId="00047471" w14:textId="77777777" w:rsidTr="00347AE8">
        <w:tc>
          <w:tcPr>
            <w:tcW w:w="1314" w:type="dxa"/>
          </w:tcPr>
          <w:p w14:paraId="695061C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Women</w:t>
            </w:r>
          </w:p>
        </w:tc>
        <w:tc>
          <w:tcPr>
            <w:tcW w:w="1314" w:type="dxa"/>
          </w:tcPr>
          <w:p w14:paraId="4BC40DE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17.5</w:t>
            </w:r>
          </w:p>
        </w:tc>
        <w:tc>
          <w:tcPr>
            <w:tcW w:w="1314" w:type="dxa"/>
          </w:tcPr>
          <w:p w14:paraId="3B56EF8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17.7</w:t>
            </w:r>
          </w:p>
        </w:tc>
        <w:tc>
          <w:tcPr>
            <w:tcW w:w="1314" w:type="dxa"/>
          </w:tcPr>
          <w:p w14:paraId="112FCAE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17.9</w:t>
            </w:r>
          </w:p>
        </w:tc>
        <w:tc>
          <w:tcPr>
            <w:tcW w:w="1314" w:type="dxa"/>
          </w:tcPr>
          <w:p w14:paraId="71872CD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18.1</w:t>
            </w:r>
          </w:p>
        </w:tc>
        <w:tc>
          <w:tcPr>
            <w:tcW w:w="1314" w:type="dxa"/>
          </w:tcPr>
          <w:p w14:paraId="69CF63A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18.3</w:t>
            </w:r>
          </w:p>
        </w:tc>
        <w:tc>
          <w:tcPr>
            <w:tcW w:w="1314" w:type="dxa"/>
          </w:tcPr>
          <w:p w14:paraId="542E148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18.26</w:t>
            </w:r>
          </w:p>
        </w:tc>
        <w:tc>
          <w:tcPr>
            <w:tcW w:w="1314" w:type="dxa"/>
          </w:tcPr>
          <w:p w14:paraId="06D6F86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1.50</w:t>
            </w:r>
          </w:p>
        </w:tc>
      </w:tr>
      <w:tr w:rsidR="00F64519" w:rsidRPr="00347AE8" w14:paraId="19C9736E" w14:textId="77777777" w:rsidTr="00347AE8">
        <w:tc>
          <w:tcPr>
            <w:tcW w:w="1314" w:type="dxa"/>
          </w:tcPr>
          <w:p w14:paraId="45F3D18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Men</w:t>
            </w:r>
          </w:p>
        </w:tc>
        <w:tc>
          <w:tcPr>
            <w:tcW w:w="1314" w:type="dxa"/>
          </w:tcPr>
          <w:p w14:paraId="35BA87B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22.1</w:t>
            </w:r>
          </w:p>
        </w:tc>
        <w:tc>
          <w:tcPr>
            <w:tcW w:w="1314" w:type="dxa"/>
          </w:tcPr>
          <w:p w14:paraId="4FF4F3A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23.0</w:t>
            </w:r>
          </w:p>
        </w:tc>
        <w:tc>
          <w:tcPr>
            <w:tcW w:w="1314" w:type="dxa"/>
          </w:tcPr>
          <w:p w14:paraId="03346A1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23.9</w:t>
            </w:r>
          </w:p>
        </w:tc>
        <w:tc>
          <w:tcPr>
            <w:tcW w:w="1314" w:type="dxa"/>
          </w:tcPr>
          <w:p w14:paraId="0CD7E4E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24.8</w:t>
            </w:r>
          </w:p>
        </w:tc>
        <w:tc>
          <w:tcPr>
            <w:tcW w:w="1314" w:type="dxa"/>
          </w:tcPr>
          <w:p w14:paraId="517644B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25.7</w:t>
            </w:r>
          </w:p>
        </w:tc>
        <w:tc>
          <w:tcPr>
            <w:tcW w:w="1314" w:type="dxa"/>
          </w:tcPr>
          <w:p w14:paraId="41382C6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25.70</w:t>
            </w:r>
          </w:p>
        </w:tc>
        <w:tc>
          <w:tcPr>
            <w:tcW w:w="1314" w:type="dxa"/>
          </w:tcPr>
          <w:p w14:paraId="230BE12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1.50</w:t>
            </w:r>
          </w:p>
        </w:tc>
      </w:tr>
      <w:tr w:rsidR="00F64519" w:rsidRPr="00347AE8" w14:paraId="1BA3B893" w14:textId="77777777" w:rsidTr="00347AE8">
        <w:tc>
          <w:tcPr>
            <w:tcW w:w="1314" w:type="dxa"/>
          </w:tcPr>
          <w:p w14:paraId="605E09C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NH American Indian or Alaska Native</w:t>
            </w:r>
          </w:p>
        </w:tc>
        <w:tc>
          <w:tcPr>
            <w:tcW w:w="1314" w:type="dxa"/>
          </w:tcPr>
          <w:p w14:paraId="12A996F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11.9</w:t>
            </w:r>
          </w:p>
        </w:tc>
        <w:tc>
          <w:tcPr>
            <w:tcW w:w="1314" w:type="dxa"/>
          </w:tcPr>
          <w:p w14:paraId="0F12729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13.4</w:t>
            </w:r>
          </w:p>
        </w:tc>
        <w:tc>
          <w:tcPr>
            <w:tcW w:w="1314" w:type="dxa"/>
          </w:tcPr>
          <w:p w14:paraId="51C3601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14.9</w:t>
            </w:r>
          </w:p>
        </w:tc>
        <w:tc>
          <w:tcPr>
            <w:tcW w:w="1314" w:type="dxa"/>
          </w:tcPr>
          <w:p w14:paraId="4F4A9D5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16.4</w:t>
            </w:r>
          </w:p>
        </w:tc>
        <w:tc>
          <w:tcPr>
            <w:tcW w:w="1314" w:type="dxa"/>
          </w:tcPr>
          <w:p w14:paraId="7C82C88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17.8</w:t>
            </w:r>
          </w:p>
        </w:tc>
        <w:tc>
          <w:tcPr>
            <w:tcW w:w="1314" w:type="dxa"/>
          </w:tcPr>
          <w:p w14:paraId="4054C10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13.42</w:t>
            </w:r>
          </w:p>
        </w:tc>
        <w:tc>
          <w:tcPr>
            <w:tcW w:w="1314" w:type="dxa"/>
          </w:tcPr>
          <w:p w14:paraId="0E7E3AD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0.01</w:t>
            </w:r>
          </w:p>
        </w:tc>
      </w:tr>
      <w:tr w:rsidR="00F64519" w:rsidRPr="00347AE8" w14:paraId="148C3F7C" w14:textId="77777777" w:rsidTr="00347AE8">
        <w:tc>
          <w:tcPr>
            <w:tcW w:w="1314" w:type="dxa"/>
          </w:tcPr>
          <w:p w14:paraId="72ECA5E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NH Asian or Pacific Islander</w:t>
            </w:r>
          </w:p>
        </w:tc>
        <w:tc>
          <w:tcPr>
            <w:tcW w:w="1314" w:type="dxa"/>
          </w:tcPr>
          <w:p w14:paraId="7BA5B28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12.1</w:t>
            </w:r>
          </w:p>
        </w:tc>
        <w:tc>
          <w:tcPr>
            <w:tcW w:w="1314" w:type="dxa"/>
          </w:tcPr>
          <w:p w14:paraId="1EC00CC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12.3</w:t>
            </w:r>
          </w:p>
        </w:tc>
        <w:tc>
          <w:tcPr>
            <w:tcW w:w="1314" w:type="dxa"/>
          </w:tcPr>
          <w:p w14:paraId="48B6759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12.5</w:t>
            </w:r>
          </w:p>
        </w:tc>
        <w:tc>
          <w:tcPr>
            <w:tcW w:w="1314" w:type="dxa"/>
          </w:tcPr>
          <w:p w14:paraId="1AC94EF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12.8</w:t>
            </w:r>
          </w:p>
        </w:tc>
        <w:tc>
          <w:tcPr>
            <w:tcW w:w="1314" w:type="dxa"/>
          </w:tcPr>
          <w:p w14:paraId="37E7F76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13.0</w:t>
            </w:r>
          </w:p>
        </w:tc>
        <w:tc>
          <w:tcPr>
            <w:tcW w:w="1314" w:type="dxa"/>
          </w:tcPr>
          <w:p w14:paraId="590C27A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12.45</w:t>
            </w:r>
          </w:p>
        </w:tc>
        <w:tc>
          <w:tcPr>
            <w:tcW w:w="1314" w:type="dxa"/>
          </w:tcPr>
          <w:p w14:paraId="425A12B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0.30</w:t>
            </w:r>
          </w:p>
        </w:tc>
      </w:tr>
      <w:tr w:rsidR="00F64519" w:rsidRPr="00347AE8" w14:paraId="02EFC9C0" w14:textId="77777777" w:rsidTr="00347AE8">
        <w:tc>
          <w:tcPr>
            <w:tcW w:w="1314" w:type="dxa"/>
          </w:tcPr>
          <w:p w14:paraId="636C457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NH Black or African American</w:t>
            </w:r>
          </w:p>
        </w:tc>
        <w:tc>
          <w:tcPr>
            <w:tcW w:w="1314" w:type="dxa"/>
          </w:tcPr>
          <w:p w14:paraId="4BB1189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22.3</w:t>
            </w:r>
          </w:p>
        </w:tc>
        <w:tc>
          <w:tcPr>
            <w:tcW w:w="1314" w:type="dxa"/>
          </w:tcPr>
          <w:p w14:paraId="6409C54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23.3</w:t>
            </w:r>
          </w:p>
        </w:tc>
        <w:tc>
          <w:tcPr>
            <w:tcW w:w="1314" w:type="dxa"/>
          </w:tcPr>
          <w:p w14:paraId="65E12B5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24.2</w:t>
            </w:r>
          </w:p>
        </w:tc>
        <w:tc>
          <w:tcPr>
            <w:tcW w:w="1314" w:type="dxa"/>
          </w:tcPr>
          <w:p w14:paraId="0A49D6C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25.1</w:t>
            </w:r>
          </w:p>
        </w:tc>
        <w:tc>
          <w:tcPr>
            <w:tcW w:w="1314" w:type="dxa"/>
          </w:tcPr>
          <w:p w14:paraId="4DC115B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26.0</w:t>
            </w:r>
          </w:p>
        </w:tc>
        <w:tc>
          <w:tcPr>
            <w:tcW w:w="1314" w:type="dxa"/>
          </w:tcPr>
          <w:p w14:paraId="0369DDC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22.34</w:t>
            </w:r>
          </w:p>
        </w:tc>
        <w:tc>
          <w:tcPr>
            <w:tcW w:w="1314" w:type="dxa"/>
          </w:tcPr>
          <w:p w14:paraId="0F6DD0C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-0.50</w:t>
            </w:r>
          </w:p>
        </w:tc>
      </w:tr>
      <w:tr w:rsidR="00F64519" w:rsidRPr="00347AE8" w14:paraId="089D2E22" w14:textId="77777777" w:rsidTr="00347AE8">
        <w:tc>
          <w:tcPr>
            <w:tcW w:w="1314" w:type="dxa"/>
          </w:tcPr>
          <w:p w14:paraId="441B819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NH White</w:t>
            </w:r>
          </w:p>
        </w:tc>
        <w:tc>
          <w:tcPr>
            <w:tcW w:w="1314" w:type="dxa"/>
          </w:tcPr>
          <w:p w14:paraId="6E47A2E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21.3</w:t>
            </w:r>
          </w:p>
        </w:tc>
        <w:tc>
          <w:tcPr>
            <w:tcW w:w="1314" w:type="dxa"/>
          </w:tcPr>
          <w:p w14:paraId="4D422E7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21.5</w:t>
            </w:r>
          </w:p>
        </w:tc>
        <w:tc>
          <w:tcPr>
            <w:tcW w:w="1314" w:type="dxa"/>
          </w:tcPr>
          <w:p w14:paraId="7EFE943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21.7</w:t>
            </w:r>
          </w:p>
        </w:tc>
        <w:tc>
          <w:tcPr>
            <w:tcW w:w="1314" w:type="dxa"/>
          </w:tcPr>
          <w:p w14:paraId="078969F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21.9</w:t>
            </w:r>
          </w:p>
        </w:tc>
        <w:tc>
          <w:tcPr>
            <w:tcW w:w="1314" w:type="dxa"/>
          </w:tcPr>
          <w:p w14:paraId="3DB2C3A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22.2</w:t>
            </w:r>
          </w:p>
        </w:tc>
        <w:tc>
          <w:tcPr>
            <w:tcW w:w="1314" w:type="dxa"/>
          </w:tcPr>
          <w:p w14:paraId="0E07D95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22.17</w:t>
            </w:r>
          </w:p>
        </w:tc>
        <w:tc>
          <w:tcPr>
            <w:tcW w:w="1314" w:type="dxa"/>
          </w:tcPr>
          <w:p w14:paraId="5E29E75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1.50</w:t>
            </w:r>
          </w:p>
        </w:tc>
      </w:tr>
      <w:tr w:rsidR="00F64519" w:rsidRPr="00347AE8" w14:paraId="7316AD4F" w14:textId="77777777" w:rsidTr="00347AE8">
        <w:tc>
          <w:tcPr>
            <w:tcW w:w="1314" w:type="dxa"/>
          </w:tcPr>
          <w:p w14:paraId="10FF77F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Hispanic or Latino</w:t>
            </w:r>
          </w:p>
        </w:tc>
        <w:tc>
          <w:tcPr>
            <w:tcW w:w="1314" w:type="dxa"/>
          </w:tcPr>
          <w:p w14:paraId="33A904C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16.0</w:t>
            </w:r>
          </w:p>
        </w:tc>
        <w:tc>
          <w:tcPr>
            <w:tcW w:w="1314" w:type="dxa"/>
          </w:tcPr>
          <w:p w14:paraId="762866C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16.2</w:t>
            </w:r>
          </w:p>
        </w:tc>
        <w:tc>
          <w:tcPr>
            <w:tcW w:w="1314" w:type="dxa"/>
          </w:tcPr>
          <w:p w14:paraId="06FB09F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16.5</w:t>
            </w:r>
          </w:p>
        </w:tc>
        <w:tc>
          <w:tcPr>
            <w:tcW w:w="1314" w:type="dxa"/>
          </w:tcPr>
          <w:p w14:paraId="67BA8C1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16.8</w:t>
            </w:r>
          </w:p>
        </w:tc>
        <w:tc>
          <w:tcPr>
            <w:tcW w:w="1314" w:type="dxa"/>
          </w:tcPr>
          <w:p w14:paraId="7A9C569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17.0</w:t>
            </w:r>
          </w:p>
        </w:tc>
        <w:tc>
          <w:tcPr>
            <w:tcW w:w="1314" w:type="dxa"/>
          </w:tcPr>
          <w:p w14:paraId="5AB3E18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17.01</w:t>
            </w:r>
          </w:p>
        </w:tc>
        <w:tc>
          <w:tcPr>
            <w:tcW w:w="1314" w:type="dxa"/>
          </w:tcPr>
          <w:p w14:paraId="41E1160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1.50</w:t>
            </w:r>
          </w:p>
        </w:tc>
      </w:tr>
      <w:tr w:rsidR="00F64519" w:rsidRPr="00347AE8" w14:paraId="28E20DEB" w14:textId="77777777" w:rsidTr="00347AE8">
        <w:tc>
          <w:tcPr>
            <w:tcW w:w="1314" w:type="dxa"/>
          </w:tcPr>
          <w:p w14:paraId="4803945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25–44 years</w:t>
            </w:r>
          </w:p>
        </w:tc>
        <w:tc>
          <w:tcPr>
            <w:tcW w:w="1314" w:type="dxa"/>
          </w:tcPr>
          <w:p w14:paraId="4C5E324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0.7</w:t>
            </w:r>
          </w:p>
        </w:tc>
        <w:tc>
          <w:tcPr>
            <w:tcW w:w="1314" w:type="dxa"/>
          </w:tcPr>
          <w:p w14:paraId="54BADC5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0.6</w:t>
            </w:r>
          </w:p>
        </w:tc>
        <w:tc>
          <w:tcPr>
            <w:tcW w:w="1314" w:type="dxa"/>
          </w:tcPr>
          <w:p w14:paraId="1FA4426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0.6</w:t>
            </w:r>
          </w:p>
        </w:tc>
        <w:tc>
          <w:tcPr>
            <w:tcW w:w="1314" w:type="dxa"/>
          </w:tcPr>
          <w:p w14:paraId="7B9393B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0.6</w:t>
            </w:r>
          </w:p>
        </w:tc>
        <w:tc>
          <w:tcPr>
            <w:tcW w:w="1314" w:type="dxa"/>
          </w:tcPr>
          <w:p w14:paraId="67961BA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0.5</w:t>
            </w:r>
          </w:p>
        </w:tc>
        <w:tc>
          <w:tcPr>
            <w:tcW w:w="1314" w:type="dxa"/>
          </w:tcPr>
          <w:p w14:paraId="04AFEFF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0.68</w:t>
            </w:r>
          </w:p>
        </w:tc>
        <w:tc>
          <w:tcPr>
            <w:tcW w:w="1314" w:type="dxa"/>
          </w:tcPr>
          <w:p w14:paraId="6C94F0A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-0.50</w:t>
            </w:r>
          </w:p>
        </w:tc>
      </w:tr>
      <w:tr w:rsidR="00F64519" w:rsidRPr="00347AE8" w14:paraId="73A50610" w14:textId="77777777" w:rsidTr="00347AE8">
        <w:tc>
          <w:tcPr>
            <w:tcW w:w="1314" w:type="dxa"/>
          </w:tcPr>
          <w:p w14:paraId="033CA79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45–64 years</w:t>
            </w:r>
          </w:p>
        </w:tc>
        <w:tc>
          <w:tcPr>
            <w:tcW w:w="1314" w:type="dxa"/>
          </w:tcPr>
          <w:p w14:paraId="48F6470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12.7</w:t>
            </w:r>
          </w:p>
        </w:tc>
        <w:tc>
          <w:tcPr>
            <w:tcW w:w="1314" w:type="dxa"/>
          </w:tcPr>
          <w:p w14:paraId="2B1015C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12.8</w:t>
            </w:r>
          </w:p>
        </w:tc>
        <w:tc>
          <w:tcPr>
            <w:tcW w:w="1314" w:type="dxa"/>
          </w:tcPr>
          <w:p w14:paraId="2320B7F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13.0</w:t>
            </w:r>
          </w:p>
        </w:tc>
        <w:tc>
          <w:tcPr>
            <w:tcW w:w="1314" w:type="dxa"/>
          </w:tcPr>
          <w:p w14:paraId="393EEA9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13.2</w:t>
            </w:r>
          </w:p>
        </w:tc>
        <w:tc>
          <w:tcPr>
            <w:tcW w:w="1314" w:type="dxa"/>
          </w:tcPr>
          <w:p w14:paraId="3DBB0EA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13.4</w:t>
            </w:r>
          </w:p>
        </w:tc>
        <w:tc>
          <w:tcPr>
            <w:tcW w:w="1314" w:type="dxa"/>
          </w:tcPr>
          <w:p w14:paraId="4C2E0E6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12.66</w:t>
            </w:r>
          </w:p>
        </w:tc>
        <w:tc>
          <w:tcPr>
            <w:tcW w:w="1314" w:type="dxa"/>
          </w:tcPr>
          <w:p w14:paraId="1DEBA1A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-0.50</w:t>
            </w:r>
          </w:p>
        </w:tc>
      </w:tr>
      <w:tr w:rsidR="00F64519" w:rsidRPr="00347AE8" w14:paraId="418EBB46" w14:textId="77777777" w:rsidTr="00347AE8">
        <w:tc>
          <w:tcPr>
            <w:tcW w:w="1314" w:type="dxa"/>
          </w:tcPr>
          <w:p w14:paraId="1CE68CD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65–85+ years</w:t>
            </w:r>
          </w:p>
        </w:tc>
        <w:tc>
          <w:tcPr>
            <w:tcW w:w="1314" w:type="dxa"/>
          </w:tcPr>
          <w:p w14:paraId="53B53B9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81.2</w:t>
            </w:r>
          </w:p>
        </w:tc>
        <w:tc>
          <w:tcPr>
            <w:tcW w:w="1314" w:type="dxa"/>
          </w:tcPr>
          <w:p w14:paraId="6ABCE26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86.0</w:t>
            </w:r>
          </w:p>
        </w:tc>
        <w:tc>
          <w:tcPr>
            <w:tcW w:w="1314" w:type="dxa"/>
          </w:tcPr>
          <w:p w14:paraId="6B45961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90.7</w:t>
            </w:r>
          </w:p>
        </w:tc>
        <w:tc>
          <w:tcPr>
            <w:tcW w:w="1314" w:type="dxa"/>
          </w:tcPr>
          <w:p w14:paraId="679C4EB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95.5</w:t>
            </w:r>
          </w:p>
        </w:tc>
        <w:tc>
          <w:tcPr>
            <w:tcW w:w="1314" w:type="dxa"/>
          </w:tcPr>
          <w:p w14:paraId="7285AD0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100.3</w:t>
            </w:r>
          </w:p>
        </w:tc>
        <w:tc>
          <w:tcPr>
            <w:tcW w:w="1314" w:type="dxa"/>
          </w:tcPr>
          <w:p w14:paraId="0D4CF0B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100.30</w:t>
            </w:r>
          </w:p>
        </w:tc>
        <w:tc>
          <w:tcPr>
            <w:tcW w:w="1314" w:type="dxa"/>
          </w:tcPr>
          <w:p w14:paraId="5BBB754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1.50</w:t>
            </w:r>
          </w:p>
        </w:tc>
      </w:tr>
      <w:tr w:rsidR="00F64519" w:rsidRPr="00347AE8" w14:paraId="27B7CA63" w14:textId="77777777" w:rsidTr="00347AE8">
        <w:tc>
          <w:tcPr>
            <w:tcW w:w="1314" w:type="dxa"/>
          </w:tcPr>
          <w:p w14:paraId="1BB332C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Northeast</w:t>
            </w:r>
          </w:p>
        </w:tc>
        <w:tc>
          <w:tcPr>
            <w:tcW w:w="1314" w:type="dxa"/>
          </w:tcPr>
          <w:p w14:paraId="44B0385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19.3</w:t>
            </w:r>
          </w:p>
        </w:tc>
        <w:tc>
          <w:tcPr>
            <w:tcW w:w="1314" w:type="dxa"/>
          </w:tcPr>
          <w:p w14:paraId="376F1E7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19.3</w:t>
            </w:r>
          </w:p>
        </w:tc>
        <w:tc>
          <w:tcPr>
            <w:tcW w:w="1314" w:type="dxa"/>
          </w:tcPr>
          <w:p w14:paraId="3CF10E3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19.3</w:t>
            </w:r>
          </w:p>
        </w:tc>
        <w:tc>
          <w:tcPr>
            <w:tcW w:w="1314" w:type="dxa"/>
          </w:tcPr>
          <w:p w14:paraId="06BBB41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19.4</w:t>
            </w:r>
          </w:p>
        </w:tc>
        <w:tc>
          <w:tcPr>
            <w:tcW w:w="1314" w:type="dxa"/>
          </w:tcPr>
          <w:p w14:paraId="69F8BB3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19.4</w:t>
            </w:r>
          </w:p>
        </w:tc>
        <w:tc>
          <w:tcPr>
            <w:tcW w:w="1314" w:type="dxa"/>
          </w:tcPr>
          <w:p w14:paraId="0632CCD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19.40</w:t>
            </w:r>
          </w:p>
        </w:tc>
        <w:tc>
          <w:tcPr>
            <w:tcW w:w="1314" w:type="dxa"/>
          </w:tcPr>
          <w:p w14:paraId="65E89C0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1.50</w:t>
            </w:r>
          </w:p>
        </w:tc>
      </w:tr>
      <w:tr w:rsidR="00F64519" w:rsidRPr="00347AE8" w14:paraId="220DEA24" w14:textId="77777777" w:rsidTr="00347AE8">
        <w:tc>
          <w:tcPr>
            <w:tcW w:w="1314" w:type="dxa"/>
          </w:tcPr>
          <w:p w14:paraId="50DBF0C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Midwest</w:t>
            </w:r>
          </w:p>
        </w:tc>
        <w:tc>
          <w:tcPr>
            <w:tcW w:w="1314" w:type="dxa"/>
          </w:tcPr>
          <w:p w14:paraId="20B0368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22.0</w:t>
            </w:r>
          </w:p>
        </w:tc>
        <w:tc>
          <w:tcPr>
            <w:tcW w:w="1314" w:type="dxa"/>
          </w:tcPr>
          <w:p w14:paraId="232933D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22.2</w:t>
            </w:r>
          </w:p>
        </w:tc>
        <w:tc>
          <w:tcPr>
            <w:tcW w:w="1314" w:type="dxa"/>
          </w:tcPr>
          <w:p w14:paraId="7EB65B3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22.4</w:t>
            </w:r>
          </w:p>
        </w:tc>
        <w:tc>
          <w:tcPr>
            <w:tcW w:w="1314" w:type="dxa"/>
          </w:tcPr>
          <w:p w14:paraId="34D5B82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22.6</w:t>
            </w:r>
          </w:p>
        </w:tc>
        <w:tc>
          <w:tcPr>
            <w:tcW w:w="1314" w:type="dxa"/>
          </w:tcPr>
          <w:p w14:paraId="060676F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22.8</w:t>
            </w:r>
          </w:p>
        </w:tc>
        <w:tc>
          <w:tcPr>
            <w:tcW w:w="1314" w:type="dxa"/>
          </w:tcPr>
          <w:p w14:paraId="410F213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22.75</w:t>
            </w:r>
          </w:p>
        </w:tc>
        <w:tc>
          <w:tcPr>
            <w:tcW w:w="1314" w:type="dxa"/>
          </w:tcPr>
          <w:p w14:paraId="7C7B523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1.50</w:t>
            </w:r>
          </w:p>
        </w:tc>
      </w:tr>
      <w:tr w:rsidR="00F64519" w:rsidRPr="00347AE8" w14:paraId="6CCDF0FC" w14:textId="77777777" w:rsidTr="00347AE8">
        <w:tc>
          <w:tcPr>
            <w:tcW w:w="1314" w:type="dxa"/>
          </w:tcPr>
          <w:p w14:paraId="0ADC189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South</w:t>
            </w:r>
          </w:p>
        </w:tc>
        <w:tc>
          <w:tcPr>
            <w:tcW w:w="1314" w:type="dxa"/>
          </w:tcPr>
          <w:p w14:paraId="38A8CE9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22.0</w:t>
            </w:r>
          </w:p>
        </w:tc>
        <w:tc>
          <w:tcPr>
            <w:tcW w:w="1314" w:type="dxa"/>
          </w:tcPr>
          <w:p w14:paraId="3F0B7B3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23.0</w:t>
            </w:r>
          </w:p>
        </w:tc>
        <w:tc>
          <w:tcPr>
            <w:tcW w:w="1314" w:type="dxa"/>
          </w:tcPr>
          <w:p w14:paraId="36828B1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24.0</w:t>
            </w:r>
          </w:p>
        </w:tc>
        <w:tc>
          <w:tcPr>
            <w:tcW w:w="1314" w:type="dxa"/>
          </w:tcPr>
          <w:p w14:paraId="491F3F0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25.0</w:t>
            </w:r>
          </w:p>
        </w:tc>
        <w:tc>
          <w:tcPr>
            <w:tcW w:w="1314" w:type="dxa"/>
          </w:tcPr>
          <w:p w14:paraId="4EC206E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26.0</w:t>
            </w:r>
          </w:p>
        </w:tc>
        <w:tc>
          <w:tcPr>
            <w:tcW w:w="1314" w:type="dxa"/>
          </w:tcPr>
          <w:p w14:paraId="048F7C1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25.99</w:t>
            </w:r>
          </w:p>
        </w:tc>
        <w:tc>
          <w:tcPr>
            <w:tcW w:w="1314" w:type="dxa"/>
          </w:tcPr>
          <w:p w14:paraId="0F989D0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1.50</w:t>
            </w:r>
          </w:p>
        </w:tc>
      </w:tr>
      <w:tr w:rsidR="00F64519" w:rsidRPr="00347AE8" w14:paraId="2121DBE2" w14:textId="77777777" w:rsidTr="00347AE8">
        <w:tc>
          <w:tcPr>
            <w:tcW w:w="1314" w:type="dxa"/>
          </w:tcPr>
          <w:p w14:paraId="33A2D7A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West</w:t>
            </w:r>
          </w:p>
        </w:tc>
        <w:tc>
          <w:tcPr>
            <w:tcW w:w="1314" w:type="dxa"/>
          </w:tcPr>
          <w:p w14:paraId="0937EEE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18.7</w:t>
            </w:r>
          </w:p>
        </w:tc>
        <w:tc>
          <w:tcPr>
            <w:tcW w:w="1314" w:type="dxa"/>
          </w:tcPr>
          <w:p w14:paraId="41D591A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18.9</w:t>
            </w:r>
          </w:p>
        </w:tc>
        <w:tc>
          <w:tcPr>
            <w:tcW w:w="1314" w:type="dxa"/>
          </w:tcPr>
          <w:p w14:paraId="3940825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19.1</w:t>
            </w:r>
          </w:p>
        </w:tc>
        <w:tc>
          <w:tcPr>
            <w:tcW w:w="1314" w:type="dxa"/>
          </w:tcPr>
          <w:p w14:paraId="7AD4131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19.3</w:t>
            </w:r>
          </w:p>
        </w:tc>
        <w:tc>
          <w:tcPr>
            <w:tcW w:w="1314" w:type="dxa"/>
          </w:tcPr>
          <w:p w14:paraId="34EC9BD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19.5</w:t>
            </w:r>
          </w:p>
        </w:tc>
        <w:tc>
          <w:tcPr>
            <w:tcW w:w="1314" w:type="dxa"/>
          </w:tcPr>
          <w:p w14:paraId="74235C2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18.71</w:t>
            </w:r>
          </w:p>
        </w:tc>
        <w:tc>
          <w:tcPr>
            <w:tcW w:w="1314" w:type="dxa"/>
          </w:tcPr>
          <w:p w14:paraId="0B92FDD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-0.50</w:t>
            </w:r>
          </w:p>
        </w:tc>
      </w:tr>
      <w:tr w:rsidR="00F64519" w:rsidRPr="00347AE8" w14:paraId="4F9A5805" w14:textId="77777777" w:rsidTr="00347AE8">
        <w:tc>
          <w:tcPr>
            <w:tcW w:w="1314" w:type="dxa"/>
          </w:tcPr>
          <w:p w14:paraId="2AFD235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Metropolitan</w:t>
            </w:r>
          </w:p>
        </w:tc>
        <w:tc>
          <w:tcPr>
            <w:tcW w:w="1314" w:type="dxa"/>
          </w:tcPr>
          <w:p w14:paraId="4C41FAA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18.6</w:t>
            </w:r>
          </w:p>
        </w:tc>
        <w:tc>
          <w:tcPr>
            <w:tcW w:w="1314" w:type="dxa"/>
          </w:tcPr>
          <w:p w14:paraId="1A39B30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18.7</w:t>
            </w:r>
          </w:p>
        </w:tc>
        <w:tc>
          <w:tcPr>
            <w:tcW w:w="1314" w:type="dxa"/>
          </w:tcPr>
          <w:p w14:paraId="329615F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18.8</w:t>
            </w:r>
          </w:p>
        </w:tc>
        <w:tc>
          <w:tcPr>
            <w:tcW w:w="1314" w:type="dxa"/>
          </w:tcPr>
          <w:p w14:paraId="42D6942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18.9</w:t>
            </w:r>
          </w:p>
        </w:tc>
        <w:tc>
          <w:tcPr>
            <w:tcW w:w="1314" w:type="dxa"/>
          </w:tcPr>
          <w:p w14:paraId="3CFF798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19.0</w:t>
            </w:r>
          </w:p>
        </w:tc>
        <w:tc>
          <w:tcPr>
            <w:tcW w:w="1314" w:type="dxa"/>
          </w:tcPr>
          <w:p w14:paraId="2FE73C6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18.98</w:t>
            </w:r>
          </w:p>
        </w:tc>
        <w:tc>
          <w:tcPr>
            <w:tcW w:w="1314" w:type="dxa"/>
          </w:tcPr>
          <w:p w14:paraId="550583B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1.26</w:t>
            </w:r>
          </w:p>
        </w:tc>
      </w:tr>
      <w:tr w:rsidR="00F64519" w:rsidRPr="00347AE8" w14:paraId="11BD23F6" w14:textId="77777777" w:rsidTr="00347AE8">
        <w:tc>
          <w:tcPr>
            <w:tcW w:w="1314" w:type="dxa"/>
          </w:tcPr>
          <w:p w14:paraId="6F2FAA8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Non-metropolitan</w:t>
            </w:r>
          </w:p>
        </w:tc>
        <w:tc>
          <w:tcPr>
            <w:tcW w:w="1314" w:type="dxa"/>
          </w:tcPr>
          <w:p w14:paraId="12AE00C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21.9</w:t>
            </w:r>
          </w:p>
        </w:tc>
        <w:tc>
          <w:tcPr>
            <w:tcW w:w="1314" w:type="dxa"/>
          </w:tcPr>
          <w:p w14:paraId="3860457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21.9</w:t>
            </w:r>
          </w:p>
        </w:tc>
        <w:tc>
          <w:tcPr>
            <w:tcW w:w="1314" w:type="dxa"/>
          </w:tcPr>
          <w:p w14:paraId="6056573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22.0</w:t>
            </w:r>
          </w:p>
        </w:tc>
        <w:tc>
          <w:tcPr>
            <w:tcW w:w="1314" w:type="dxa"/>
          </w:tcPr>
          <w:p w14:paraId="6B5C1F5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22.0</w:t>
            </w:r>
          </w:p>
        </w:tc>
        <w:tc>
          <w:tcPr>
            <w:tcW w:w="1314" w:type="dxa"/>
          </w:tcPr>
          <w:p w14:paraId="482BF27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22.0</w:t>
            </w:r>
          </w:p>
        </w:tc>
        <w:tc>
          <w:tcPr>
            <w:tcW w:w="1314" w:type="dxa"/>
          </w:tcPr>
          <w:p w14:paraId="5901F4E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22.04</w:t>
            </w:r>
          </w:p>
        </w:tc>
        <w:tc>
          <w:tcPr>
            <w:tcW w:w="1314" w:type="dxa"/>
          </w:tcPr>
          <w:p w14:paraId="3B1E3AA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1.50</w:t>
            </w:r>
          </w:p>
        </w:tc>
      </w:tr>
    </w:tbl>
    <w:p w14:paraId="2019618C" w14:textId="77777777" w:rsidR="00F64519" w:rsidRPr="00347AE8" w:rsidRDefault="00000000">
      <w:pPr>
        <w:rPr>
          <w:color w:val="000000" w:themeColor="text1"/>
        </w:rPr>
      </w:pPr>
      <w:r w:rsidRPr="00347AE8">
        <w:rPr>
          <w:i/>
          <w:color w:val="000000" w:themeColor="text1"/>
          <w:sz w:val="16"/>
        </w:rPr>
        <w:t>Projected 2050 AAMR (per 100,000) under fixed ensemble weights in F = W·F_Holt + (1−W)·F_damped. The grid spans the full capped range [−0.5, 1.5], so every published value is bracketed by the table and, for strata whose weight reached a cap, equals the corresponding endpoint column (e.g., South and non-metropolitan at W=1.5; NH Black and West at W=−0.5). W=0 is the damped model; W=1 the pure Holt trend. The published value is the applied-weight forecast used throughout the manuscript.</w:t>
      </w:r>
    </w:p>
    <w:p w14:paraId="08BFEEC9" w14:textId="77777777" w:rsidR="00F64519" w:rsidRPr="00347AE8" w:rsidRDefault="00F64519">
      <w:pPr>
        <w:rPr>
          <w:color w:val="000000" w:themeColor="text1"/>
        </w:rPr>
      </w:pPr>
    </w:p>
    <w:p w14:paraId="46384DF7" w14:textId="77777777" w:rsidR="00F64519" w:rsidRPr="00347AE8" w:rsidRDefault="00000000">
      <w:pPr>
        <w:rPr>
          <w:color w:val="000000" w:themeColor="text1"/>
        </w:rPr>
      </w:pPr>
      <w:r w:rsidRPr="00347AE8">
        <w:rPr>
          <w:b/>
          <w:color w:val="000000" w:themeColor="text1"/>
          <w:sz w:val="20"/>
        </w:rPr>
        <w:t>Supplemental Table 13. Sensitivity analysis — annual age-adjusted pancreatic cancer mortality rates restricted to underlying-cause-of-death coding (ICD-10 C25), United States, 1999–2025.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01"/>
        <w:gridCol w:w="2101"/>
        <w:gridCol w:w="2100"/>
        <w:gridCol w:w="2100"/>
        <w:gridCol w:w="2100"/>
      </w:tblGrid>
      <w:tr w:rsidR="00F64519" w:rsidRPr="00347AE8" w14:paraId="391F17ED" w14:textId="77777777" w:rsidTr="00347AE8">
        <w:tc>
          <w:tcPr>
            <w:tcW w:w="2102" w:type="dxa"/>
          </w:tcPr>
          <w:p w14:paraId="7913D85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6"/>
              </w:rPr>
              <w:t>Year</w:t>
            </w:r>
          </w:p>
        </w:tc>
        <w:tc>
          <w:tcPr>
            <w:tcW w:w="2102" w:type="dxa"/>
          </w:tcPr>
          <w:p w14:paraId="09606D9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6"/>
              </w:rPr>
              <w:t>Overall deaths</w:t>
            </w:r>
          </w:p>
        </w:tc>
        <w:tc>
          <w:tcPr>
            <w:tcW w:w="2102" w:type="dxa"/>
          </w:tcPr>
          <w:p w14:paraId="5359BCE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6"/>
              </w:rPr>
              <w:t>Overall AAMR (95% CI)</w:t>
            </w:r>
          </w:p>
        </w:tc>
        <w:tc>
          <w:tcPr>
            <w:tcW w:w="2102" w:type="dxa"/>
          </w:tcPr>
          <w:p w14:paraId="34B0015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6"/>
              </w:rPr>
              <w:t>Female AAMR (95% CI)</w:t>
            </w:r>
          </w:p>
        </w:tc>
        <w:tc>
          <w:tcPr>
            <w:tcW w:w="2102" w:type="dxa"/>
          </w:tcPr>
          <w:p w14:paraId="5F2F6AB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b/>
                <w:color w:val="000000" w:themeColor="text1"/>
                <w:sz w:val="16"/>
              </w:rPr>
              <w:t>Male AAMR (95% CI)</w:t>
            </w:r>
          </w:p>
        </w:tc>
      </w:tr>
      <w:tr w:rsidR="00F64519" w:rsidRPr="00347AE8" w14:paraId="4D262C11" w14:textId="77777777" w:rsidTr="00347AE8">
        <w:tc>
          <w:tcPr>
            <w:tcW w:w="2102" w:type="dxa"/>
          </w:tcPr>
          <w:p w14:paraId="78E5A03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1999</w:t>
            </w:r>
          </w:p>
        </w:tc>
        <w:tc>
          <w:tcPr>
            <w:tcW w:w="2102" w:type="dxa"/>
          </w:tcPr>
          <w:p w14:paraId="1C400B8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28,999</w:t>
            </w:r>
          </w:p>
        </w:tc>
        <w:tc>
          <w:tcPr>
            <w:tcW w:w="2102" w:type="dxa"/>
          </w:tcPr>
          <w:p w14:paraId="6007716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16.38 (16.19–16.57)</w:t>
            </w:r>
          </w:p>
        </w:tc>
        <w:tc>
          <w:tcPr>
            <w:tcW w:w="2102" w:type="dxa"/>
          </w:tcPr>
          <w:p w14:paraId="1895F56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14.36 (14.12–14.59)</w:t>
            </w:r>
          </w:p>
        </w:tc>
        <w:tc>
          <w:tcPr>
            <w:tcW w:w="2102" w:type="dxa"/>
          </w:tcPr>
          <w:p w14:paraId="4BF33AD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18.93 (18.61–19.24)</w:t>
            </w:r>
          </w:p>
        </w:tc>
      </w:tr>
      <w:tr w:rsidR="00F64519" w:rsidRPr="00347AE8" w14:paraId="2B1C0B6B" w14:textId="77777777" w:rsidTr="00347AE8">
        <w:tc>
          <w:tcPr>
            <w:tcW w:w="2102" w:type="dxa"/>
          </w:tcPr>
          <w:p w14:paraId="4C7564B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2000</w:t>
            </w:r>
          </w:p>
        </w:tc>
        <w:tc>
          <w:tcPr>
            <w:tcW w:w="2102" w:type="dxa"/>
          </w:tcPr>
          <w:p w14:paraId="4EA5807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29,259</w:t>
            </w:r>
          </w:p>
        </w:tc>
        <w:tc>
          <w:tcPr>
            <w:tcW w:w="2102" w:type="dxa"/>
          </w:tcPr>
          <w:p w14:paraId="3E3E5A1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16.34 (16.16–16.53)</w:t>
            </w:r>
          </w:p>
        </w:tc>
        <w:tc>
          <w:tcPr>
            <w:tcW w:w="2102" w:type="dxa"/>
          </w:tcPr>
          <w:p w14:paraId="79128CF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14.39 (14.15–14.62)</w:t>
            </w:r>
          </w:p>
        </w:tc>
        <w:tc>
          <w:tcPr>
            <w:tcW w:w="2102" w:type="dxa"/>
          </w:tcPr>
          <w:p w14:paraId="57B7393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18.78 (18.47–19.10)</w:t>
            </w:r>
          </w:p>
        </w:tc>
      </w:tr>
      <w:tr w:rsidR="00F64519" w:rsidRPr="00347AE8" w14:paraId="272FF39A" w14:textId="77777777" w:rsidTr="00347AE8">
        <w:tc>
          <w:tcPr>
            <w:tcW w:w="2102" w:type="dxa"/>
          </w:tcPr>
          <w:p w14:paraId="6DEEC01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2001</w:t>
            </w:r>
          </w:p>
        </w:tc>
        <w:tc>
          <w:tcPr>
            <w:tcW w:w="2102" w:type="dxa"/>
          </w:tcPr>
          <w:p w14:paraId="7B4B2ED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29,737</w:t>
            </w:r>
          </w:p>
        </w:tc>
        <w:tc>
          <w:tcPr>
            <w:tcW w:w="2102" w:type="dxa"/>
          </w:tcPr>
          <w:p w14:paraId="0E5169F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16.33 (16.15–16.52)</w:t>
            </w:r>
          </w:p>
        </w:tc>
        <w:tc>
          <w:tcPr>
            <w:tcW w:w="2102" w:type="dxa"/>
          </w:tcPr>
          <w:p w14:paraId="645A090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14.41 (14.18–14.64)</w:t>
            </w:r>
          </w:p>
        </w:tc>
        <w:tc>
          <w:tcPr>
            <w:tcW w:w="2102" w:type="dxa"/>
          </w:tcPr>
          <w:p w14:paraId="6D1A5B5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18.72 (18.41–19.03)</w:t>
            </w:r>
          </w:p>
        </w:tc>
      </w:tr>
      <w:tr w:rsidR="00F64519" w:rsidRPr="00347AE8" w14:paraId="4835AA62" w14:textId="77777777" w:rsidTr="00347AE8">
        <w:tc>
          <w:tcPr>
            <w:tcW w:w="2102" w:type="dxa"/>
          </w:tcPr>
          <w:p w14:paraId="75A1155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2002</w:t>
            </w:r>
          </w:p>
        </w:tc>
        <w:tc>
          <w:tcPr>
            <w:tcW w:w="2102" w:type="dxa"/>
          </w:tcPr>
          <w:p w14:paraId="3FBB8B0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30,193</w:t>
            </w:r>
          </w:p>
        </w:tc>
        <w:tc>
          <w:tcPr>
            <w:tcW w:w="2102" w:type="dxa"/>
          </w:tcPr>
          <w:p w14:paraId="18D0A99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16.29 (16.11–16.47)</w:t>
            </w:r>
          </w:p>
        </w:tc>
        <w:tc>
          <w:tcPr>
            <w:tcW w:w="2102" w:type="dxa"/>
          </w:tcPr>
          <w:p w14:paraId="1807B65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14.27 (14.04–14.49)</w:t>
            </w:r>
          </w:p>
        </w:tc>
        <w:tc>
          <w:tcPr>
            <w:tcW w:w="2102" w:type="dxa"/>
          </w:tcPr>
          <w:p w14:paraId="7AEBEED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18.80 (18.49–19.11)</w:t>
            </w:r>
          </w:p>
        </w:tc>
      </w:tr>
      <w:tr w:rsidR="00F64519" w:rsidRPr="00347AE8" w14:paraId="51A56626" w14:textId="77777777" w:rsidTr="00347AE8">
        <w:tc>
          <w:tcPr>
            <w:tcW w:w="2102" w:type="dxa"/>
          </w:tcPr>
          <w:p w14:paraId="4DD63F0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2003</w:t>
            </w:r>
          </w:p>
        </w:tc>
        <w:tc>
          <w:tcPr>
            <w:tcW w:w="2102" w:type="dxa"/>
          </w:tcPr>
          <w:p w14:paraId="2F3BD53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30,707</w:t>
            </w:r>
          </w:p>
        </w:tc>
        <w:tc>
          <w:tcPr>
            <w:tcW w:w="2102" w:type="dxa"/>
          </w:tcPr>
          <w:p w14:paraId="256E8BC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16.26 (16.08–16.44)</w:t>
            </w:r>
          </w:p>
        </w:tc>
        <w:tc>
          <w:tcPr>
            <w:tcW w:w="2102" w:type="dxa"/>
          </w:tcPr>
          <w:p w14:paraId="1CF3FB2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14.38 (14.15–14.60)</w:t>
            </w:r>
          </w:p>
        </w:tc>
        <w:tc>
          <w:tcPr>
            <w:tcW w:w="2102" w:type="dxa"/>
          </w:tcPr>
          <w:p w14:paraId="56F6B5B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18.60 (18.30–18.90)</w:t>
            </w:r>
          </w:p>
        </w:tc>
      </w:tr>
      <w:tr w:rsidR="00F64519" w:rsidRPr="00347AE8" w14:paraId="08AE4B51" w14:textId="77777777" w:rsidTr="00347AE8">
        <w:tc>
          <w:tcPr>
            <w:tcW w:w="2102" w:type="dxa"/>
          </w:tcPr>
          <w:p w14:paraId="514C9CA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2004</w:t>
            </w:r>
          </w:p>
        </w:tc>
        <w:tc>
          <w:tcPr>
            <w:tcW w:w="2102" w:type="dxa"/>
          </w:tcPr>
          <w:p w14:paraId="03221B7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31,706</w:t>
            </w:r>
          </w:p>
        </w:tc>
        <w:tc>
          <w:tcPr>
            <w:tcW w:w="2102" w:type="dxa"/>
          </w:tcPr>
          <w:p w14:paraId="4E838C0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16.52 (16.34–16.70)</w:t>
            </w:r>
          </w:p>
        </w:tc>
        <w:tc>
          <w:tcPr>
            <w:tcW w:w="2102" w:type="dxa"/>
          </w:tcPr>
          <w:p w14:paraId="27A0ABF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14.41 (14.19–14.64)</w:t>
            </w:r>
          </w:p>
        </w:tc>
        <w:tc>
          <w:tcPr>
            <w:tcW w:w="2102" w:type="dxa"/>
          </w:tcPr>
          <w:p w14:paraId="59F0DF2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19.09 (18.79–19.39)</w:t>
            </w:r>
          </w:p>
        </w:tc>
      </w:tr>
      <w:tr w:rsidR="00F64519" w:rsidRPr="00347AE8" w14:paraId="3E7F0B48" w14:textId="77777777" w:rsidTr="00347AE8">
        <w:tc>
          <w:tcPr>
            <w:tcW w:w="2102" w:type="dxa"/>
          </w:tcPr>
          <w:p w14:paraId="218C1BF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2005</w:t>
            </w:r>
          </w:p>
        </w:tc>
        <w:tc>
          <w:tcPr>
            <w:tcW w:w="2102" w:type="dxa"/>
          </w:tcPr>
          <w:p w14:paraId="1719E61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32,718</w:t>
            </w:r>
          </w:p>
        </w:tc>
        <w:tc>
          <w:tcPr>
            <w:tcW w:w="2102" w:type="dxa"/>
          </w:tcPr>
          <w:p w14:paraId="579DCB6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16.74 (16.56–16.92)</w:t>
            </w:r>
          </w:p>
        </w:tc>
        <w:tc>
          <w:tcPr>
            <w:tcW w:w="2102" w:type="dxa"/>
          </w:tcPr>
          <w:p w14:paraId="5B90818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14.76 (14.54–14.99)</w:t>
            </w:r>
          </w:p>
        </w:tc>
        <w:tc>
          <w:tcPr>
            <w:tcW w:w="2102" w:type="dxa"/>
          </w:tcPr>
          <w:p w14:paraId="51C6462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19.10 (18.80–19.40)</w:t>
            </w:r>
          </w:p>
        </w:tc>
      </w:tr>
      <w:tr w:rsidR="00F64519" w:rsidRPr="00347AE8" w14:paraId="23B4AD70" w14:textId="77777777" w:rsidTr="00347AE8">
        <w:tc>
          <w:tcPr>
            <w:tcW w:w="2102" w:type="dxa"/>
          </w:tcPr>
          <w:p w14:paraId="2AE0A85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2006</w:t>
            </w:r>
          </w:p>
        </w:tc>
        <w:tc>
          <w:tcPr>
            <w:tcW w:w="2102" w:type="dxa"/>
          </w:tcPr>
          <w:p w14:paraId="07A5F92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33,400</w:t>
            </w:r>
          </w:p>
        </w:tc>
        <w:tc>
          <w:tcPr>
            <w:tcW w:w="2102" w:type="dxa"/>
          </w:tcPr>
          <w:p w14:paraId="0553285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16.75 (16.57–16.93)</w:t>
            </w:r>
          </w:p>
        </w:tc>
        <w:tc>
          <w:tcPr>
            <w:tcW w:w="2102" w:type="dxa"/>
          </w:tcPr>
          <w:p w14:paraId="623EE0F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14.75 (14.53–14.98)</w:t>
            </w:r>
          </w:p>
        </w:tc>
        <w:tc>
          <w:tcPr>
            <w:tcW w:w="2102" w:type="dxa"/>
          </w:tcPr>
          <w:p w14:paraId="2149B51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19.11 (18.81–19.40)</w:t>
            </w:r>
          </w:p>
        </w:tc>
      </w:tr>
      <w:tr w:rsidR="00F64519" w:rsidRPr="00347AE8" w14:paraId="049CACBC" w14:textId="77777777" w:rsidTr="00347AE8">
        <w:tc>
          <w:tcPr>
            <w:tcW w:w="2102" w:type="dxa"/>
          </w:tcPr>
          <w:p w14:paraId="656E6E1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2007</w:t>
            </w:r>
          </w:p>
        </w:tc>
        <w:tc>
          <w:tcPr>
            <w:tcW w:w="2102" w:type="dxa"/>
          </w:tcPr>
          <w:p w14:paraId="588332D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34,072</w:t>
            </w:r>
          </w:p>
        </w:tc>
        <w:tc>
          <w:tcPr>
            <w:tcW w:w="2102" w:type="dxa"/>
          </w:tcPr>
          <w:p w14:paraId="3C432A7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16.76 (16.58–16.94)</w:t>
            </w:r>
          </w:p>
        </w:tc>
        <w:tc>
          <w:tcPr>
            <w:tcW w:w="2102" w:type="dxa"/>
          </w:tcPr>
          <w:p w14:paraId="77C008F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14.66 (14.43–14.88)</w:t>
            </w:r>
          </w:p>
        </w:tc>
        <w:tc>
          <w:tcPr>
            <w:tcW w:w="2102" w:type="dxa"/>
          </w:tcPr>
          <w:p w14:paraId="1D23E1D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19.35 (19.05–19.64)</w:t>
            </w:r>
          </w:p>
        </w:tc>
      </w:tr>
      <w:tr w:rsidR="00F64519" w:rsidRPr="00347AE8" w14:paraId="32D6A713" w14:textId="77777777" w:rsidTr="00347AE8">
        <w:tc>
          <w:tcPr>
            <w:tcW w:w="2102" w:type="dxa"/>
          </w:tcPr>
          <w:p w14:paraId="099B6CC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2008</w:t>
            </w:r>
          </w:p>
        </w:tc>
        <w:tc>
          <w:tcPr>
            <w:tcW w:w="2102" w:type="dxa"/>
          </w:tcPr>
          <w:p w14:paraId="2AA90F3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35,171</w:t>
            </w:r>
          </w:p>
        </w:tc>
        <w:tc>
          <w:tcPr>
            <w:tcW w:w="2102" w:type="dxa"/>
          </w:tcPr>
          <w:p w14:paraId="32BAAE8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16.93 (16.75–17.10)</w:t>
            </w:r>
          </w:p>
        </w:tc>
        <w:tc>
          <w:tcPr>
            <w:tcW w:w="2102" w:type="dxa"/>
          </w:tcPr>
          <w:p w14:paraId="3EC5D47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14.96 (14.74–15.18)</w:t>
            </w:r>
          </w:p>
        </w:tc>
        <w:tc>
          <w:tcPr>
            <w:tcW w:w="2102" w:type="dxa"/>
          </w:tcPr>
          <w:p w14:paraId="4675DE1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19.26 (18.97–19.55)</w:t>
            </w:r>
          </w:p>
        </w:tc>
      </w:tr>
      <w:tr w:rsidR="00F64519" w:rsidRPr="00347AE8" w14:paraId="44729431" w14:textId="77777777" w:rsidTr="00347AE8">
        <w:tc>
          <w:tcPr>
            <w:tcW w:w="2102" w:type="dxa"/>
          </w:tcPr>
          <w:p w14:paraId="6FD441A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2009</w:t>
            </w:r>
          </w:p>
        </w:tc>
        <w:tc>
          <w:tcPr>
            <w:tcW w:w="2102" w:type="dxa"/>
          </w:tcPr>
          <w:p w14:paraId="3CE7243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35,569</w:t>
            </w:r>
          </w:p>
        </w:tc>
        <w:tc>
          <w:tcPr>
            <w:tcW w:w="2102" w:type="dxa"/>
          </w:tcPr>
          <w:p w14:paraId="0A64502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16.75 (16.57–16.92)</w:t>
            </w:r>
          </w:p>
        </w:tc>
        <w:tc>
          <w:tcPr>
            <w:tcW w:w="2102" w:type="dxa"/>
          </w:tcPr>
          <w:p w14:paraId="4562E42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14.72 (14.50–14.94)</w:t>
            </w:r>
          </w:p>
        </w:tc>
        <w:tc>
          <w:tcPr>
            <w:tcW w:w="2102" w:type="dxa"/>
          </w:tcPr>
          <w:p w14:paraId="7DD7375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19.21 (18.93–19.50)</w:t>
            </w:r>
          </w:p>
        </w:tc>
      </w:tr>
      <w:tr w:rsidR="00F64519" w:rsidRPr="00347AE8" w14:paraId="23AD8850" w14:textId="77777777" w:rsidTr="00347AE8">
        <w:tc>
          <w:tcPr>
            <w:tcW w:w="2102" w:type="dxa"/>
          </w:tcPr>
          <w:p w14:paraId="7AABED3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2010</w:t>
            </w:r>
          </w:p>
        </w:tc>
        <w:tc>
          <w:tcPr>
            <w:tcW w:w="2102" w:type="dxa"/>
          </w:tcPr>
          <w:p w14:paraId="30B974B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36,825</w:t>
            </w:r>
          </w:p>
        </w:tc>
        <w:tc>
          <w:tcPr>
            <w:tcW w:w="2102" w:type="dxa"/>
          </w:tcPr>
          <w:p w14:paraId="55C02AE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17.06 (16.88–17.24)</w:t>
            </w:r>
          </w:p>
        </w:tc>
        <w:tc>
          <w:tcPr>
            <w:tcW w:w="2102" w:type="dxa"/>
          </w:tcPr>
          <w:p w14:paraId="483A111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14.90 (14.68–15.12)</w:t>
            </w:r>
          </w:p>
        </w:tc>
        <w:tc>
          <w:tcPr>
            <w:tcW w:w="2102" w:type="dxa"/>
          </w:tcPr>
          <w:p w14:paraId="76AE9C4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19.71 (19.42–20.00)</w:t>
            </w:r>
          </w:p>
        </w:tc>
      </w:tr>
      <w:tr w:rsidR="00F64519" w:rsidRPr="00347AE8" w14:paraId="414EAC85" w14:textId="77777777" w:rsidTr="00347AE8">
        <w:tc>
          <w:tcPr>
            <w:tcW w:w="2102" w:type="dxa"/>
          </w:tcPr>
          <w:p w14:paraId="535333F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2011</w:t>
            </w:r>
          </w:p>
        </w:tc>
        <w:tc>
          <w:tcPr>
            <w:tcW w:w="2102" w:type="dxa"/>
          </w:tcPr>
          <w:p w14:paraId="39FD487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37,275</w:t>
            </w:r>
          </w:p>
        </w:tc>
        <w:tc>
          <w:tcPr>
            <w:tcW w:w="2102" w:type="dxa"/>
          </w:tcPr>
          <w:p w14:paraId="44D2173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16.83 (16.66–17.00)</w:t>
            </w:r>
          </w:p>
        </w:tc>
        <w:tc>
          <w:tcPr>
            <w:tcW w:w="2102" w:type="dxa"/>
          </w:tcPr>
          <w:p w14:paraId="4AD1308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14.78 (14.56–14.99)</w:t>
            </w:r>
          </w:p>
        </w:tc>
        <w:tc>
          <w:tcPr>
            <w:tcW w:w="2102" w:type="dxa"/>
          </w:tcPr>
          <w:p w14:paraId="563EC66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19.30 (19.02–19.58)</w:t>
            </w:r>
          </w:p>
        </w:tc>
      </w:tr>
      <w:tr w:rsidR="00F64519" w:rsidRPr="00347AE8" w14:paraId="0C0D553D" w14:textId="77777777" w:rsidTr="00347AE8">
        <w:tc>
          <w:tcPr>
            <w:tcW w:w="2102" w:type="dxa"/>
          </w:tcPr>
          <w:p w14:paraId="023D464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2012</w:t>
            </w:r>
          </w:p>
        </w:tc>
        <w:tc>
          <w:tcPr>
            <w:tcW w:w="2102" w:type="dxa"/>
          </w:tcPr>
          <w:p w14:paraId="03BD009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38,707</w:t>
            </w:r>
          </w:p>
        </w:tc>
        <w:tc>
          <w:tcPr>
            <w:tcW w:w="2102" w:type="dxa"/>
          </w:tcPr>
          <w:p w14:paraId="04CC2D3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17.02 (16.85–17.19)</w:t>
            </w:r>
          </w:p>
        </w:tc>
        <w:tc>
          <w:tcPr>
            <w:tcW w:w="2102" w:type="dxa"/>
          </w:tcPr>
          <w:p w14:paraId="27EFAD0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14.92 (14.71–15.14)</w:t>
            </w:r>
          </w:p>
        </w:tc>
        <w:tc>
          <w:tcPr>
            <w:tcW w:w="2102" w:type="dxa"/>
          </w:tcPr>
          <w:p w14:paraId="30CEE3F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19.50 (19.22–19.78)</w:t>
            </w:r>
          </w:p>
        </w:tc>
      </w:tr>
      <w:tr w:rsidR="00F64519" w:rsidRPr="00347AE8" w14:paraId="40615D63" w14:textId="77777777" w:rsidTr="00347AE8">
        <w:tc>
          <w:tcPr>
            <w:tcW w:w="2102" w:type="dxa"/>
          </w:tcPr>
          <w:p w14:paraId="768BCBB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2013</w:t>
            </w:r>
          </w:p>
        </w:tc>
        <w:tc>
          <w:tcPr>
            <w:tcW w:w="2102" w:type="dxa"/>
          </w:tcPr>
          <w:p w14:paraId="6C12A5F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38,919</w:t>
            </w:r>
          </w:p>
        </w:tc>
        <w:tc>
          <w:tcPr>
            <w:tcW w:w="2102" w:type="dxa"/>
          </w:tcPr>
          <w:p w14:paraId="227620F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16.69 (16.52–16.85)</w:t>
            </w:r>
          </w:p>
        </w:tc>
        <w:tc>
          <w:tcPr>
            <w:tcW w:w="2102" w:type="dxa"/>
          </w:tcPr>
          <w:p w14:paraId="28DC7A8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14.62 (14.41–14.83)</w:t>
            </w:r>
          </w:p>
        </w:tc>
        <w:tc>
          <w:tcPr>
            <w:tcW w:w="2102" w:type="dxa"/>
          </w:tcPr>
          <w:p w14:paraId="2D55671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19.18 (18.90–19.45)</w:t>
            </w:r>
          </w:p>
        </w:tc>
      </w:tr>
      <w:tr w:rsidR="00F64519" w:rsidRPr="00347AE8" w14:paraId="742CB2EA" w14:textId="77777777" w:rsidTr="00347AE8">
        <w:tc>
          <w:tcPr>
            <w:tcW w:w="2102" w:type="dxa"/>
          </w:tcPr>
          <w:p w14:paraId="72486BF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2014</w:t>
            </w:r>
          </w:p>
        </w:tc>
        <w:tc>
          <w:tcPr>
            <w:tcW w:w="2102" w:type="dxa"/>
          </w:tcPr>
          <w:p w14:paraId="5F63BE9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40,309</w:t>
            </w:r>
          </w:p>
        </w:tc>
        <w:tc>
          <w:tcPr>
            <w:tcW w:w="2102" w:type="dxa"/>
          </w:tcPr>
          <w:p w14:paraId="1094C16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16.85 (16.68–17.02)</w:t>
            </w:r>
          </w:p>
        </w:tc>
        <w:tc>
          <w:tcPr>
            <w:tcW w:w="2102" w:type="dxa"/>
          </w:tcPr>
          <w:p w14:paraId="35CBD4D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14.71 (14.50–14.92)</w:t>
            </w:r>
          </w:p>
        </w:tc>
        <w:tc>
          <w:tcPr>
            <w:tcW w:w="2102" w:type="dxa"/>
          </w:tcPr>
          <w:p w14:paraId="67B05EA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19.41 (19.14–19.68)</w:t>
            </w:r>
          </w:p>
        </w:tc>
      </w:tr>
      <w:tr w:rsidR="00F64519" w:rsidRPr="00347AE8" w14:paraId="166395FF" w14:textId="77777777" w:rsidTr="00347AE8">
        <w:tc>
          <w:tcPr>
            <w:tcW w:w="2102" w:type="dxa"/>
          </w:tcPr>
          <w:p w14:paraId="71D8B15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2015</w:t>
            </w:r>
          </w:p>
        </w:tc>
        <w:tc>
          <w:tcPr>
            <w:tcW w:w="2102" w:type="dxa"/>
          </w:tcPr>
          <w:p w14:paraId="2117697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41,483</w:t>
            </w:r>
          </w:p>
        </w:tc>
        <w:tc>
          <w:tcPr>
            <w:tcW w:w="2102" w:type="dxa"/>
          </w:tcPr>
          <w:p w14:paraId="1A34AEA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16.94 (16.78–17.11)</w:t>
            </w:r>
          </w:p>
        </w:tc>
        <w:tc>
          <w:tcPr>
            <w:tcW w:w="2102" w:type="dxa"/>
          </w:tcPr>
          <w:p w14:paraId="721D02A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14.80 (14.59–15.00)</w:t>
            </w:r>
          </w:p>
        </w:tc>
        <w:tc>
          <w:tcPr>
            <w:tcW w:w="2102" w:type="dxa"/>
          </w:tcPr>
          <w:p w14:paraId="5DFB8D2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19.45 (19.19–19.72)</w:t>
            </w:r>
          </w:p>
        </w:tc>
      </w:tr>
      <w:tr w:rsidR="00F64519" w:rsidRPr="00347AE8" w14:paraId="11707BEA" w14:textId="77777777" w:rsidTr="00347AE8">
        <w:tc>
          <w:tcPr>
            <w:tcW w:w="2102" w:type="dxa"/>
          </w:tcPr>
          <w:p w14:paraId="057E164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2016</w:t>
            </w:r>
          </w:p>
        </w:tc>
        <w:tc>
          <w:tcPr>
            <w:tcW w:w="2102" w:type="dxa"/>
          </w:tcPr>
          <w:p w14:paraId="512975F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42,639</w:t>
            </w:r>
          </w:p>
        </w:tc>
        <w:tc>
          <w:tcPr>
            <w:tcW w:w="2102" w:type="dxa"/>
          </w:tcPr>
          <w:p w14:paraId="3E9E515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17.04 (16.87–17.20)</w:t>
            </w:r>
          </w:p>
        </w:tc>
        <w:tc>
          <w:tcPr>
            <w:tcW w:w="2102" w:type="dxa"/>
          </w:tcPr>
          <w:p w14:paraId="5AA3C96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14.96 (14.76–15.17)</w:t>
            </w:r>
          </w:p>
        </w:tc>
        <w:tc>
          <w:tcPr>
            <w:tcW w:w="2102" w:type="dxa"/>
          </w:tcPr>
          <w:p w14:paraId="5871665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19.52 (19.26–19.78)</w:t>
            </w:r>
          </w:p>
        </w:tc>
      </w:tr>
      <w:tr w:rsidR="00F64519" w:rsidRPr="00347AE8" w14:paraId="19F359D1" w14:textId="77777777" w:rsidTr="00347AE8">
        <w:tc>
          <w:tcPr>
            <w:tcW w:w="2102" w:type="dxa"/>
          </w:tcPr>
          <w:p w14:paraId="234E851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2017</w:t>
            </w:r>
          </w:p>
        </w:tc>
        <w:tc>
          <w:tcPr>
            <w:tcW w:w="2102" w:type="dxa"/>
          </w:tcPr>
          <w:p w14:paraId="1654AF5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43,917</w:t>
            </w:r>
          </w:p>
        </w:tc>
        <w:tc>
          <w:tcPr>
            <w:tcW w:w="2102" w:type="dxa"/>
          </w:tcPr>
          <w:p w14:paraId="49D6F98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17.09 (16.92–17.25)</w:t>
            </w:r>
          </w:p>
        </w:tc>
        <w:tc>
          <w:tcPr>
            <w:tcW w:w="2102" w:type="dxa"/>
          </w:tcPr>
          <w:p w14:paraId="572FFCA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14.78 (14.58–14.98)</w:t>
            </w:r>
          </w:p>
        </w:tc>
        <w:tc>
          <w:tcPr>
            <w:tcW w:w="2102" w:type="dxa"/>
          </w:tcPr>
          <w:p w14:paraId="66FD2EA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19.88 (19.62–20.14)</w:t>
            </w:r>
          </w:p>
        </w:tc>
      </w:tr>
      <w:tr w:rsidR="00F64519" w:rsidRPr="00347AE8" w14:paraId="78C85DD4" w14:textId="77777777" w:rsidTr="00347AE8">
        <w:tc>
          <w:tcPr>
            <w:tcW w:w="2102" w:type="dxa"/>
          </w:tcPr>
          <w:p w14:paraId="27C973A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2018</w:t>
            </w:r>
          </w:p>
        </w:tc>
        <w:tc>
          <w:tcPr>
            <w:tcW w:w="2102" w:type="dxa"/>
          </w:tcPr>
          <w:p w14:paraId="7666A78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44,828</w:t>
            </w:r>
          </w:p>
        </w:tc>
        <w:tc>
          <w:tcPr>
            <w:tcW w:w="2102" w:type="dxa"/>
          </w:tcPr>
          <w:p w14:paraId="5B34F7E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17.04 (16.88–17.20)</w:t>
            </w:r>
          </w:p>
        </w:tc>
        <w:tc>
          <w:tcPr>
            <w:tcW w:w="2102" w:type="dxa"/>
          </w:tcPr>
          <w:p w14:paraId="1A170BF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14.90 (14.70–15.10)</w:t>
            </w:r>
          </w:p>
        </w:tc>
        <w:tc>
          <w:tcPr>
            <w:tcW w:w="2102" w:type="dxa"/>
          </w:tcPr>
          <w:p w14:paraId="0132112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19.56 (19.31–19.82)</w:t>
            </w:r>
          </w:p>
        </w:tc>
      </w:tr>
      <w:tr w:rsidR="00F64519" w:rsidRPr="00347AE8" w14:paraId="3DAFF3FC" w14:textId="77777777" w:rsidTr="00347AE8">
        <w:tc>
          <w:tcPr>
            <w:tcW w:w="2102" w:type="dxa"/>
          </w:tcPr>
          <w:p w14:paraId="39C4805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2019</w:t>
            </w:r>
          </w:p>
        </w:tc>
        <w:tc>
          <w:tcPr>
            <w:tcW w:w="2102" w:type="dxa"/>
          </w:tcPr>
          <w:p w14:paraId="427D0F7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45,803</w:t>
            </w:r>
          </w:p>
        </w:tc>
        <w:tc>
          <w:tcPr>
            <w:tcW w:w="2102" w:type="dxa"/>
          </w:tcPr>
          <w:p w14:paraId="52C7B52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17.03 (16.88–17.19)</w:t>
            </w:r>
          </w:p>
        </w:tc>
        <w:tc>
          <w:tcPr>
            <w:tcW w:w="2102" w:type="dxa"/>
          </w:tcPr>
          <w:p w14:paraId="527D805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14.89 (14.69–15.08)</w:t>
            </w:r>
          </w:p>
        </w:tc>
        <w:tc>
          <w:tcPr>
            <w:tcW w:w="2102" w:type="dxa"/>
          </w:tcPr>
          <w:p w14:paraId="33B18E6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19.53 (19.28–19.79)</w:t>
            </w:r>
          </w:p>
        </w:tc>
      </w:tr>
      <w:tr w:rsidR="00F64519" w:rsidRPr="00347AE8" w14:paraId="524390B2" w14:textId="77777777" w:rsidTr="00347AE8">
        <w:tc>
          <w:tcPr>
            <w:tcW w:w="2102" w:type="dxa"/>
          </w:tcPr>
          <w:p w14:paraId="222FCEBC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2020</w:t>
            </w:r>
          </w:p>
        </w:tc>
        <w:tc>
          <w:tcPr>
            <w:tcW w:w="2102" w:type="dxa"/>
          </w:tcPr>
          <w:p w14:paraId="1F1AC10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46,701</w:t>
            </w:r>
          </w:p>
        </w:tc>
        <w:tc>
          <w:tcPr>
            <w:tcW w:w="2102" w:type="dxa"/>
          </w:tcPr>
          <w:p w14:paraId="606B6B3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17.07 (16.92–17.23)</w:t>
            </w:r>
          </w:p>
        </w:tc>
        <w:tc>
          <w:tcPr>
            <w:tcW w:w="2102" w:type="dxa"/>
          </w:tcPr>
          <w:p w14:paraId="13FC7EF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14.85 (14.65–15.05)</w:t>
            </w:r>
          </w:p>
        </w:tc>
        <w:tc>
          <w:tcPr>
            <w:tcW w:w="2102" w:type="dxa"/>
          </w:tcPr>
          <w:p w14:paraId="589E76E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19.64 (19.39–19.89)</w:t>
            </w:r>
          </w:p>
        </w:tc>
      </w:tr>
      <w:tr w:rsidR="00F64519" w:rsidRPr="00347AE8" w14:paraId="68C8F1F7" w14:textId="77777777" w:rsidTr="00347AE8">
        <w:tc>
          <w:tcPr>
            <w:tcW w:w="2102" w:type="dxa"/>
          </w:tcPr>
          <w:p w14:paraId="0512D94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2021</w:t>
            </w:r>
          </w:p>
        </w:tc>
        <w:tc>
          <w:tcPr>
            <w:tcW w:w="2102" w:type="dxa"/>
          </w:tcPr>
          <w:p w14:paraId="3F263FC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47,629</w:t>
            </w:r>
          </w:p>
        </w:tc>
        <w:tc>
          <w:tcPr>
            <w:tcW w:w="2102" w:type="dxa"/>
          </w:tcPr>
          <w:p w14:paraId="3968831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17.70 (17.54–17.87)</w:t>
            </w:r>
          </w:p>
        </w:tc>
        <w:tc>
          <w:tcPr>
            <w:tcW w:w="2102" w:type="dxa"/>
          </w:tcPr>
          <w:p w14:paraId="797ACB9E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15.55 (15.35–15.76)</w:t>
            </w:r>
          </w:p>
        </w:tc>
        <w:tc>
          <w:tcPr>
            <w:tcW w:w="2102" w:type="dxa"/>
          </w:tcPr>
          <w:p w14:paraId="76E275AA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20.30 (20.04–20.56)</w:t>
            </w:r>
          </w:p>
        </w:tc>
      </w:tr>
      <w:tr w:rsidR="00F64519" w:rsidRPr="00347AE8" w14:paraId="33D59AA4" w14:textId="77777777" w:rsidTr="00347AE8">
        <w:tc>
          <w:tcPr>
            <w:tcW w:w="2102" w:type="dxa"/>
          </w:tcPr>
          <w:p w14:paraId="7FF790A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lastRenderedPageBreak/>
              <w:t>2022</w:t>
            </w:r>
          </w:p>
        </w:tc>
        <w:tc>
          <w:tcPr>
            <w:tcW w:w="2102" w:type="dxa"/>
          </w:tcPr>
          <w:p w14:paraId="5774730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47,981</w:t>
            </w:r>
          </w:p>
        </w:tc>
        <w:tc>
          <w:tcPr>
            <w:tcW w:w="2102" w:type="dxa"/>
          </w:tcPr>
          <w:p w14:paraId="296D23F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17.31 (17.15–17.47)</w:t>
            </w:r>
          </w:p>
        </w:tc>
        <w:tc>
          <w:tcPr>
            <w:tcW w:w="2102" w:type="dxa"/>
          </w:tcPr>
          <w:p w14:paraId="5B09877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15.09 (14.90–15.29)</w:t>
            </w:r>
          </w:p>
        </w:tc>
        <w:tc>
          <w:tcPr>
            <w:tcW w:w="2102" w:type="dxa"/>
          </w:tcPr>
          <w:p w14:paraId="179E6D5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19.99 (19.74–20.25)</w:t>
            </w:r>
          </w:p>
        </w:tc>
      </w:tr>
      <w:tr w:rsidR="00F64519" w:rsidRPr="00347AE8" w14:paraId="71AD4D9F" w14:textId="77777777" w:rsidTr="00347AE8">
        <w:tc>
          <w:tcPr>
            <w:tcW w:w="2102" w:type="dxa"/>
          </w:tcPr>
          <w:p w14:paraId="249A5EF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2023</w:t>
            </w:r>
          </w:p>
        </w:tc>
        <w:tc>
          <w:tcPr>
            <w:tcW w:w="2102" w:type="dxa"/>
          </w:tcPr>
          <w:p w14:paraId="513A1E51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49,088</w:t>
            </w:r>
          </w:p>
        </w:tc>
        <w:tc>
          <w:tcPr>
            <w:tcW w:w="2102" w:type="dxa"/>
          </w:tcPr>
          <w:p w14:paraId="3DA9FB8B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17.43 (17.27–17.58)</w:t>
            </w:r>
          </w:p>
        </w:tc>
        <w:tc>
          <w:tcPr>
            <w:tcW w:w="2102" w:type="dxa"/>
          </w:tcPr>
          <w:p w14:paraId="3D23CF7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15.33 (15.13–15.53)</w:t>
            </w:r>
          </w:p>
        </w:tc>
        <w:tc>
          <w:tcPr>
            <w:tcW w:w="2102" w:type="dxa"/>
          </w:tcPr>
          <w:p w14:paraId="21DB35D7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19.84 (19.59–20.09)</w:t>
            </w:r>
          </w:p>
        </w:tc>
      </w:tr>
      <w:tr w:rsidR="00F64519" w:rsidRPr="00347AE8" w14:paraId="6CBE4E47" w14:textId="77777777" w:rsidTr="00347AE8">
        <w:tc>
          <w:tcPr>
            <w:tcW w:w="2102" w:type="dxa"/>
          </w:tcPr>
          <w:p w14:paraId="2087C8C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2024</w:t>
            </w:r>
          </w:p>
        </w:tc>
        <w:tc>
          <w:tcPr>
            <w:tcW w:w="2102" w:type="dxa"/>
          </w:tcPr>
          <w:p w14:paraId="142DF8B9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50,942</w:t>
            </w:r>
          </w:p>
        </w:tc>
        <w:tc>
          <w:tcPr>
            <w:tcW w:w="2102" w:type="dxa"/>
          </w:tcPr>
          <w:p w14:paraId="42AB8BCD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17.60 (17.44–17.75)</w:t>
            </w:r>
          </w:p>
        </w:tc>
        <w:tc>
          <w:tcPr>
            <w:tcW w:w="2102" w:type="dxa"/>
          </w:tcPr>
          <w:p w14:paraId="4A1F12F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15.51 (15.31–15.71)</w:t>
            </w:r>
          </w:p>
        </w:tc>
        <w:tc>
          <w:tcPr>
            <w:tcW w:w="2102" w:type="dxa"/>
          </w:tcPr>
          <w:p w14:paraId="252738E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20.11 (19.86–20.36)</w:t>
            </w:r>
          </w:p>
        </w:tc>
      </w:tr>
      <w:tr w:rsidR="00F64519" w:rsidRPr="00347AE8" w14:paraId="0EFBE74B" w14:textId="77777777" w:rsidTr="00347AE8">
        <w:tc>
          <w:tcPr>
            <w:tcW w:w="2102" w:type="dxa"/>
          </w:tcPr>
          <w:p w14:paraId="5BCDF69F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2025</w:t>
            </w:r>
          </w:p>
        </w:tc>
        <w:tc>
          <w:tcPr>
            <w:tcW w:w="2102" w:type="dxa"/>
          </w:tcPr>
          <w:p w14:paraId="077B2322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51,807</w:t>
            </w:r>
          </w:p>
        </w:tc>
        <w:tc>
          <w:tcPr>
            <w:tcW w:w="2102" w:type="dxa"/>
          </w:tcPr>
          <w:p w14:paraId="19FF7C03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17.88 (17.72–18.03)</w:t>
            </w:r>
          </w:p>
        </w:tc>
        <w:tc>
          <w:tcPr>
            <w:tcW w:w="2102" w:type="dxa"/>
          </w:tcPr>
          <w:p w14:paraId="79453C7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15.74 (15.54–15.94)</w:t>
            </w:r>
          </w:p>
        </w:tc>
        <w:tc>
          <w:tcPr>
            <w:tcW w:w="2102" w:type="dxa"/>
          </w:tcPr>
          <w:p w14:paraId="702D2546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20.37 (20.12–20.62)</w:t>
            </w:r>
          </w:p>
        </w:tc>
      </w:tr>
      <w:tr w:rsidR="00F64519" w:rsidRPr="00347AE8" w14:paraId="10EFA9D7" w14:textId="77777777" w:rsidTr="00347AE8">
        <w:tc>
          <w:tcPr>
            <w:tcW w:w="2102" w:type="dxa"/>
          </w:tcPr>
          <w:p w14:paraId="70E4DB45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Total / mean</w:t>
            </w:r>
          </w:p>
        </w:tc>
        <w:tc>
          <w:tcPr>
            <w:tcW w:w="2102" w:type="dxa"/>
          </w:tcPr>
          <w:p w14:paraId="16BCDAA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1,056,384</w:t>
            </w:r>
          </w:p>
        </w:tc>
        <w:tc>
          <w:tcPr>
            <w:tcW w:w="2102" w:type="dxa"/>
          </w:tcPr>
          <w:p w14:paraId="661D2AC8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AAPC 0.29 (0.24–0.35)</w:t>
            </w:r>
          </w:p>
        </w:tc>
        <w:tc>
          <w:tcPr>
            <w:tcW w:w="2102" w:type="dxa"/>
          </w:tcPr>
          <w:p w14:paraId="07FF2D00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AAPC 0.33 (0.20–0.46)</w:t>
            </w:r>
          </w:p>
        </w:tc>
        <w:tc>
          <w:tcPr>
            <w:tcW w:w="2102" w:type="dxa"/>
          </w:tcPr>
          <w:p w14:paraId="636E1384" w14:textId="77777777" w:rsidR="00F64519" w:rsidRPr="00347AE8" w:rsidRDefault="00000000">
            <w:pPr>
              <w:rPr>
                <w:color w:val="000000" w:themeColor="text1"/>
              </w:rPr>
            </w:pPr>
            <w:r w:rsidRPr="00347AE8">
              <w:rPr>
                <w:color w:val="000000" w:themeColor="text1"/>
                <w:sz w:val="16"/>
              </w:rPr>
              <w:t>AAPC 0.28 (0.23–0.33)</w:t>
            </w:r>
          </w:p>
        </w:tc>
      </w:tr>
    </w:tbl>
    <w:p w14:paraId="55534C62" w14:textId="77777777" w:rsidR="00F64519" w:rsidRPr="00347AE8" w:rsidRDefault="00000000">
      <w:pPr>
        <w:rPr>
          <w:color w:val="000000" w:themeColor="text1"/>
        </w:rPr>
      </w:pPr>
      <w:r w:rsidRPr="00347AE8">
        <w:rPr>
          <w:i/>
          <w:color w:val="000000" w:themeColor="text1"/>
          <w:sz w:val="16"/>
        </w:rPr>
        <w:t>Deaths in which pancreatic cancer (C25) was recorded as the underlying cause of death (n = 1,056,384; 95.2% of the 1,109,156 multiple-cause deaths). Joinpoint regression (NCI Joinpoint v5.4.0): Overall, 0 joinpoints, AAPC 0.29% (95% CI 0.24–0.35; p&lt;0.001); Female, 1 joinpoint (APC 0.19% 1999–2020, 0.90% 2020–2025), AAPC 0.33% (0.20–0.46; p&lt;0.001); Male, 0 joinpoints, AAPC 0.28% (0.23–0.33; p&lt;0.001). The underlying-cause-only series shows the same significant upward trend as the multiple-cause analysis (Overall AAPC 0.41%), confirming that the multiple-cause definition did not manufacture the observed increase.</w:t>
      </w:r>
    </w:p>
    <w:sectPr w:rsidR="00F64519" w:rsidRPr="00347AE8" w:rsidSect="00034616">
      <w:pgSz w:w="12240" w:h="15840"/>
      <w:pgMar w:top="1008" w:right="864" w:bottom="100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6218202">
    <w:abstractNumId w:val="8"/>
  </w:num>
  <w:num w:numId="2" w16cid:durableId="1554266181">
    <w:abstractNumId w:val="6"/>
  </w:num>
  <w:num w:numId="3" w16cid:durableId="1336423803">
    <w:abstractNumId w:val="5"/>
  </w:num>
  <w:num w:numId="4" w16cid:durableId="1666930299">
    <w:abstractNumId w:val="4"/>
  </w:num>
  <w:num w:numId="5" w16cid:durableId="2054190510">
    <w:abstractNumId w:val="7"/>
  </w:num>
  <w:num w:numId="6" w16cid:durableId="1944722344">
    <w:abstractNumId w:val="3"/>
  </w:num>
  <w:num w:numId="7" w16cid:durableId="577058336">
    <w:abstractNumId w:val="2"/>
  </w:num>
  <w:num w:numId="8" w16cid:durableId="371150557">
    <w:abstractNumId w:val="1"/>
  </w:num>
  <w:num w:numId="9" w16cid:durableId="179857221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695A"/>
    <w:rsid w:val="0029639D"/>
    <w:rsid w:val="00326F90"/>
    <w:rsid w:val="00347AE8"/>
    <w:rsid w:val="004F5996"/>
    <w:rsid w:val="006B3E13"/>
    <w:rsid w:val="00AA1D8D"/>
    <w:rsid w:val="00AE2E73"/>
    <w:rsid w:val="00B47730"/>
    <w:rsid w:val="00C16090"/>
    <w:rsid w:val="00CB0664"/>
    <w:rsid w:val="00DC2AFF"/>
    <w:rsid w:val="00F6451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B8CE8D"/>
  <w14:defaultImageDpi w14:val="300"/>
  <w15:docId w15:val="{9FEEA774-F29A-E542-A85A-F5532D1E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5439</Words>
  <Characters>33070</Characters>
  <Application>Microsoft Office Word</Application>
  <DocSecurity>0</DocSecurity>
  <Lines>612</Lines>
  <Paragraphs>253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38256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Sadia Qazi</cp:lastModifiedBy>
  <cp:revision>5</cp:revision>
  <dcterms:created xsi:type="dcterms:W3CDTF">2026-07-08T13:29:00Z</dcterms:created>
  <dcterms:modified xsi:type="dcterms:W3CDTF">2026-07-08T13:45:00Z</dcterms:modified>
  <cp:category/>
</cp:coreProperties>
</file>