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C8E2DA" w14:textId="52E7E4C5" w:rsidR="003153AD" w:rsidRPr="002B5FCC" w:rsidRDefault="003D1CE4" w:rsidP="001A3D9E">
      <w:pPr>
        <w:pStyle w:val="Titre1"/>
        <w:jc w:val="both"/>
        <w:rPr>
          <w:b w:val="0"/>
          <w:bCs w:val="0"/>
          <w:color w:val="000000" w:themeColor="text1"/>
          <w:sz w:val="24"/>
          <w:szCs w:val="24"/>
        </w:rPr>
      </w:pPr>
      <w:r w:rsidRPr="002B5FCC">
        <w:rPr>
          <w:b w:val="0"/>
          <w:bCs w:val="0"/>
          <w:color w:val="000000" w:themeColor="text1"/>
          <w:sz w:val="24"/>
          <w:szCs w:val="24"/>
        </w:rPr>
        <w:t xml:space="preserve">Table </w:t>
      </w:r>
      <w:r w:rsidR="001A3D9E">
        <w:rPr>
          <w:b w:val="0"/>
          <w:bCs w:val="0"/>
          <w:color w:val="000000" w:themeColor="text1"/>
          <w:sz w:val="24"/>
          <w:szCs w:val="24"/>
        </w:rPr>
        <w:t>S</w:t>
      </w:r>
      <w:r w:rsidRPr="002B5FCC">
        <w:rPr>
          <w:b w:val="0"/>
          <w:bCs w:val="0"/>
          <w:color w:val="000000" w:themeColor="text1"/>
          <w:sz w:val="24"/>
          <w:szCs w:val="24"/>
        </w:rPr>
        <w:t xml:space="preserve">1. </w:t>
      </w:r>
      <w:r w:rsidR="001A3D9E" w:rsidRPr="001A3D9E">
        <w:rPr>
          <w:b w:val="0"/>
          <w:bCs w:val="0"/>
          <w:color w:val="000000" w:themeColor="text1"/>
          <w:sz w:val="24"/>
          <w:szCs w:val="24"/>
        </w:rPr>
        <w:t>List of the 50 major Sudden Stratospheric Warming (SSW) events identified between 1950 and 2025.</w:t>
      </w:r>
      <w:r w:rsidR="001A3D9E">
        <w:rPr>
          <w:b w:val="0"/>
          <w:bCs w:val="0"/>
          <w:color w:val="000000" w:themeColor="text1"/>
          <w:sz w:val="24"/>
          <w:szCs w:val="24"/>
        </w:rPr>
        <w:t xml:space="preserve"> </w:t>
      </w:r>
      <w:r w:rsidR="001A3D9E" w:rsidRPr="001A3D9E">
        <w:rPr>
          <w:b w:val="0"/>
          <w:bCs w:val="0"/>
          <w:color w:val="000000" w:themeColor="text1"/>
          <w:sz w:val="24"/>
          <w:szCs w:val="24"/>
        </w:rPr>
        <w:t xml:space="preserve">The central dates are retrieved from a composite dataset combining three sources: CP07 (Charlton and Polvani, 2007) for </w:t>
      </w:r>
      <w:bookmarkStart w:id="0" w:name="_GoBack"/>
      <w:bookmarkEnd w:id="0"/>
      <w:r w:rsidR="001A3D9E" w:rsidRPr="001A3D9E">
        <w:rPr>
          <w:b w:val="0"/>
          <w:bCs w:val="0"/>
          <w:color w:val="000000" w:themeColor="text1"/>
          <w:sz w:val="24"/>
          <w:szCs w:val="24"/>
        </w:rPr>
        <w:t xml:space="preserve">the pre-1958 and post-2023 periods, and the NOAA Stratospheric Sudden Warming Compendium (NOAA_SSWC_ERA5) for the 1958–2023 interval. All dates are </w:t>
      </w:r>
      <w:r w:rsidR="00C850FC">
        <w:rPr>
          <w:b w:val="0"/>
          <w:bCs w:val="0"/>
          <w:color w:val="000000" w:themeColor="text1"/>
          <w:sz w:val="24"/>
          <w:szCs w:val="24"/>
        </w:rPr>
        <w:t>covered by</w:t>
      </w:r>
      <w:r w:rsidR="00C850FC" w:rsidRPr="001A3D9E">
        <w:rPr>
          <w:b w:val="0"/>
          <w:bCs w:val="0"/>
          <w:color w:val="000000" w:themeColor="text1"/>
          <w:sz w:val="24"/>
          <w:szCs w:val="24"/>
        </w:rPr>
        <w:t xml:space="preserve"> </w:t>
      </w:r>
      <w:r w:rsidR="001A3D9E" w:rsidRPr="001A3D9E">
        <w:rPr>
          <w:b w:val="0"/>
          <w:bCs w:val="0"/>
          <w:color w:val="000000" w:themeColor="text1"/>
          <w:sz w:val="24"/>
          <w:szCs w:val="24"/>
        </w:rPr>
        <w:t>the ERA5 reanalysis period.</w:t>
      </w:r>
    </w:p>
    <w:tbl>
      <w:tblPr>
        <w:tblStyle w:val="Grilleclaire-Accent1"/>
        <w:tblW w:w="9215" w:type="dxa"/>
        <w:tblInd w:w="-318" w:type="dxa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71"/>
        <w:gridCol w:w="3072"/>
        <w:gridCol w:w="3072"/>
      </w:tblGrid>
      <w:tr w:rsidR="001A3D9E" w:rsidRPr="001D528E" w14:paraId="2905307E" w14:textId="77777777" w:rsidTr="009C7B0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</w:tcPr>
          <w:p w14:paraId="27B386C2" w14:textId="10E6418F" w:rsidR="001A3D9E" w:rsidRPr="009C7B09" w:rsidRDefault="001A3D9E" w:rsidP="009C7B09">
            <w:pPr>
              <w:spacing w:before="40" w:after="40"/>
              <w:jc w:val="center"/>
              <w:rPr>
                <w:rFonts w:cstheme="majorHAnsi"/>
                <w:color w:val="000000" w:themeColor="text1"/>
              </w:rPr>
            </w:pPr>
            <w:r w:rsidRPr="00C850FC">
              <w:rPr>
                <w:rFonts w:cstheme="majorHAnsi"/>
                <w:color w:val="000000" w:themeColor="text1"/>
              </w:rPr>
              <w:t>Event ID</w:t>
            </w:r>
          </w:p>
        </w:tc>
        <w:tc>
          <w:tcPr>
            <w:tcW w:w="0" w:type="dxa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</w:tcPr>
          <w:p w14:paraId="644F5A2A" w14:textId="77777777" w:rsidR="001A3D9E" w:rsidRPr="009C7B09" w:rsidRDefault="001A3D9E" w:rsidP="009C7B09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ajorHAnsi"/>
                <w:b w:val="0"/>
                <w:bCs w:val="0"/>
                <w:color w:val="000000" w:themeColor="text1"/>
                <w:lang w:val="fr-FR"/>
              </w:rPr>
            </w:pPr>
            <w:r w:rsidRPr="009C7B09">
              <w:rPr>
                <w:rFonts w:cstheme="majorHAnsi"/>
                <w:color w:val="000000" w:themeColor="text1"/>
                <w:lang w:val="fr-FR"/>
              </w:rPr>
              <w:t>Central Date</w:t>
            </w:r>
          </w:p>
          <w:p w14:paraId="2D4597D8" w14:textId="1748E2BD" w:rsidR="00C850FC" w:rsidRPr="009C7B09" w:rsidRDefault="00C850FC" w:rsidP="009C7B09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ajorHAnsi"/>
                <w:b w:val="0"/>
                <w:bCs w:val="0"/>
                <w:color w:val="000000" w:themeColor="text1"/>
                <w:lang w:val="fr-FR"/>
              </w:rPr>
            </w:pPr>
            <w:r w:rsidRPr="009C7B09">
              <w:rPr>
                <w:rFonts w:cstheme="majorHAnsi"/>
                <w:b w:val="0"/>
                <w:bCs w:val="0"/>
                <w:color w:val="000000" w:themeColor="text1"/>
                <w:lang w:val="fr-FR"/>
              </w:rPr>
              <w:t>(Y-M-D)</w:t>
            </w:r>
          </w:p>
        </w:tc>
        <w:tc>
          <w:tcPr>
            <w:tcW w:w="0" w:type="dxa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</w:tcPr>
          <w:p w14:paraId="44C3DD14" w14:textId="3B7E397D" w:rsidR="001A3D9E" w:rsidRPr="001D528E" w:rsidRDefault="001A3D9E" w:rsidP="009C7B09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ajorHAnsi"/>
                <w:b w:val="0"/>
                <w:bCs w:val="0"/>
                <w:color w:val="000000" w:themeColor="text1"/>
              </w:rPr>
            </w:pPr>
            <w:r>
              <w:rPr>
                <w:rFonts w:cstheme="majorHAnsi"/>
                <w:color w:val="000000" w:themeColor="text1"/>
              </w:rPr>
              <w:t>Data source</w:t>
            </w:r>
          </w:p>
        </w:tc>
      </w:tr>
      <w:tr w:rsidR="001A3D9E" w14:paraId="7234A10A" w14:textId="77777777" w:rsidTr="009C7B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single" w:sz="4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47221EA6" w14:textId="61232F0F" w:rsidR="001A3D9E" w:rsidRPr="00C850FC" w:rsidRDefault="001A3D9E" w:rsidP="009C7B09">
            <w:pPr>
              <w:spacing w:before="40" w:after="40"/>
              <w:jc w:val="center"/>
              <w:rPr>
                <w:rFonts w:cstheme="majorHAnsi"/>
                <w:b w:val="0"/>
                <w:bCs w:val="0"/>
              </w:rPr>
            </w:pPr>
            <w:r w:rsidRPr="00C850FC">
              <w:rPr>
                <w:rFonts w:ascii="Liberation Sans" w:hAnsi="Liberation Sans" w:cs="Liberation Sans"/>
                <w:sz w:val="20"/>
                <w:szCs w:val="20"/>
              </w:rPr>
              <w:t>1</w:t>
            </w:r>
          </w:p>
        </w:tc>
        <w:tc>
          <w:tcPr>
            <w:tcW w:w="0" w:type="dxa"/>
            <w:tcBorders>
              <w:top w:val="single" w:sz="4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02FEAE16" w14:textId="1DD14611" w:rsidR="001A3D9E" w:rsidRPr="00C408A9" w:rsidRDefault="001A3D9E" w:rsidP="009C7B09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1A3D9E">
              <w:rPr>
                <w:rFonts w:ascii="Liberation Sans" w:eastAsia="Times New Roman" w:hAnsi="Liberation Sans" w:cs="Liberation Sans"/>
                <w:sz w:val="20"/>
                <w:szCs w:val="20"/>
                <w:lang w:val="fr-FR" w:eastAsia="fr-FR"/>
              </w:rPr>
              <w:t>1950-03-05</w:t>
            </w:r>
          </w:p>
        </w:tc>
        <w:tc>
          <w:tcPr>
            <w:tcW w:w="0" w:type="dxa"/>
            <w:tcBorders>
              <w:top w:val="single" w:sz="4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7FBF8A96" w14:textId="7FCD524D" w:rsidR="001A3D9E" w:rsidRPr="00C408A9" w:rsidRDefault="001A3D9E" w:rsidP="009C7B09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1A3D9E">
              <w:rPr>
                <w:rFonts w:ascii="Liberation Sans" w:eastAsia="Times New Roman" w:hAnsi="Liberation Sans" w:cs="Liberation Sans"/>
                <w:sz w:val="20"/>
                <w:szCs w:val="20"/>
                <w:lang w:val="fr-FR" w:eastAsia="fr-FR"/>
              </w:rPr>
              <w:t>CP07_ERA5_pre1958</w:t>
            </w:r>
          </w:p>
        </w:tc>
      </w:tr>
      <w:tr w:rsidR="001A3D9E" w14:paraId="5F380DF0" w14:textId="77777777" w:rsidTr="009C7B0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6812E2E8" w14:textId="0079B812" w:rsidR="001A3D9E" w:rsidRPr="00C850FC" w:rsidRDefault="001A3D9E" w:rsidP="009C7B09">
            <w:pPr>
              <w:spacing w:before="40" w:after="40"/>
              <w:jc w:val="center"/>
              <w:rPr>
                <w:rFonts w:cstheme="majorHAnsi"/>
                <w:b w:val="0"/>
                <w:bCs w:val="0"/>
              </w:rPr>
            </w:pPr>
            <w:r w:rsidRPr="00C850FC">
              <w:rPr>
                <w:rFonts w:ascii="Liberation Sans" w:hAnsi="Liberation Sans" w:cs="Liberation Sans"/>
                <w:sz w:val="20"/>
                <w:szCs w:val="20"/>
              </w:rPr>
              <w:t>2</w:t>
            </w:r>
          </w:p>
        </w:tc>
        <w:tc>
          <w:tcPr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3797DC3D" w14:textId="58973F5D" w:rsidR="001A3D9E" w:rsidRPr="00C408A9" w:rsidRDefault="001A3D9E" w:rsidP="009C7B09">
            <w:pPr>
              <w:spacing w:before="40" w:after="4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1A3D9E">
              <w:rPr>
                <w:rFonts w:ascii="Liberation Sans" w:eastAsia="Times New Roman" w:hAnsi="Liberation Sans" w:cs="Liberation Sans"/>
                <w:sz w:val="20"/>
                <w:szCs w:val="20"/>
                <w:lang w:val="fr-FR" w:eastAsia="fr-FR"/>
              </w:rPr>
              <w:t>1952-02-22</w:t>
            </w:r>
          </w:p>
        </w:tc>
        <w:tc>
          <w:tcPr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19975F84" w14:textId="6773F501" w:rsidR="001A3D9E" w:rsidRPr="00C408A9" w:rsidRDefault="001A3D9E" w:rsidP="009C7B09">
            <w:pPr>
              <w:spacing w:before="40" w:after="4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1A3D9E">
              <w:rPr>
                <w:rFonts w:ascii="Liberation Sans" w:eastAsia="Times New Roman" w:hAnsi="Liberation Sans" w:cs="Liberation Sans"/>
                <w:sz w:val="20"/>
                <w:szCs w:val="20"/>
                <w:lang w:val="fr-FR" w:eastAsia="fr-FR"/>
              </w:rPr>
              <w:t>CP07_ERA5_pre1958</w:t>
            </w:r>
          </w:p>
        </w:tc>
      </w:tr>
      <w:tr w:rsidR="001A3D9E" w14:paraId="0A7F62A1" w14:textId="77777777" w:rsidTr="009C7B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047B98DE" w14:textId="3D66AECC" w:rsidR="001A3D9E" w:rsidRPr="00C850FC" w:rsidRDefault="001A3D9E" w:rsidP="009C7B09">
            <w:pPr>
              <w:spacing w:before="40" w:after="40"/>
              <w:jc w:val="center"/>
              <w:rPr>
                <w:rFonts w:cstheme="majorHAnsi"/>
                <w:b w:val="0"/>
                <w:bCs w:val="0"/>
              </w:rPr>
            </w:pPr>
            <w:r w:rsidRPr="00C850FC">
              <w:rPr>
                <w:rFonts w:ascii="Liberation Sans" w:hAnsi="Liberation Sans" w:cs="Liberation Sans"/>
                <w:sz w:val="20"/>
                <w:szCs w:val="20"/>
              </w:rPr>
              <w:t>3</w:t>
            </w:r>
          </w:p>
        </w:tc>
        <w:tc>
          <w:tcPr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14A4269C" w14:textId="274CAF83" w:rsidR="001A3D9E" w:rsidRPr="00C408A9" w:rsidRDefault="001A3D9E" w:rsidP="009C7B09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1A3D9E">
              <w:rPr>
                <w:rFonts w:ascii="Liberation Sans" w:eastAsia="Times New Roman" w:hAnsi="Liberation Sans" w:cs="Liberation Sans"/>
                <w:sz w:val="20"/>
                <w:szCs w:val="20"/>
                <w:lang w:val="fr-FR" w:eastAsia="fr-FR"/>
              </w:rPr>
              <w:t>1954-03-14</w:t>
            </w:r>
          </w:p>
        </w:tc>
        <w:tc>
          <w:tcPr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15376DE3" w14:textId="184314D9" w:rsidR="001A3D9E" w:rsidRPr="00C408A9" w:rsidRDefault="001A3D9E" w:rsidP="009C7B09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1A3D9E">
              <w:rPr>
                <w:rFonts w:ascii="Liberation Sans" w:eastAsia="Times New Roman" w:hAnsi="Liberation Sans" w:cs="Liberation Sans"/>
                <w:sz w:val="20"/>
                <w:szCs w:val="20"/>
                <w:lang w:val="fr-FR" w:eastAsia="fr-FR"/>
              </w:rPr>
              <w:t>CP07_ERA5_pre1958</w:t>
            </w:r>
          </w:p>
        </w:tc>
      </w:tr>
      <w:tr w:rsidR="001A3D9E" w14:paraId="07BE8E0B" w14:textId="77777777" w:rsidTr="009C7B0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53F760B3" w14:textId="2D6FF20C" w:rsidR="001A3D9E" w:rsidRPr="00C850FC" w:rsidRDefault="001A3D9E" w:rsidP="009C7B09">
            <w:pPr>
              <w:spacing w:before="40" w:after="40"/>
              <w:jc w:val="center"/>
              <w:rPr>
                <w:rFonts w:cstheme="majorHAnsi"/>
                <w:b w:val="0"/>
                <w:bCs w:val="0"/>
              </w:rPr>
            </w:pPr>
            <w:r w:rsidRPr="00C850FC">
              <w:rPr>
                <w:rFonts w:ascii="Liberation Sans" w:hAnsi="Liberation Sans" w:cs="Liberation Sans"/>
                <w:sz w:val="20"/>
                <w:szCs w:val="20"/>
              </w:rPr>
              <w:t>4</w:t>
            </w:r>
          </w:p>
        </w:tc>
        <w:tc>
          <w:tcPr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5445A54B" w14:textId="3AA590E0" w:rsidR="001A3D9E" w:rsidRPr="00C408A9" w:rsidRDefault="001A3D9E" w:rsidP="009C7B09">
            <w:pPr>
              <w:spacing w:before="40" w:after="4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1A3D9E">
              <w:rPr>
                <w:rFonts w:ascii="Liberation Sans" w:eastAsia="Times New Roman" w:hAnsi="Liberation Sans" w:cs="Liberation Sans"/>
                <w:sz w:val="20"/>
                <w:szCs w:val="20"/>
                <w:lang w:val="fr-FR" w:eastAsia="fr-FR"/>
              </w:rPr>
              <w:t>1954-12-18</w:t>
            </w:r>
          </w:p>
        </w:tc>
        <w:tc>
          <w:tcPr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36BCE589" w14:textId="66667A6C" w:rsidR="001A3D9E" w:rsidRPr="00C408A9" w:rsidRDefault="001A3D9E" w:rsidP="009C7B09">
            <w:pPr>
              <w:spacing w:before="40" w:after="4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1A3D9E">
              <w:rPr>
                <w:rFonts w:ascii="Liberation Sans" w:eastAsia="Times New Roman" w:hAnsi="Liberation Sans" w:cs="Liberation Sans"/>
                <w:sz w:val="20"/>
                <w:szCs w:val="20"/>
                <w:lang w:val="fr-FR" w:eastAsia="fr-FR"/>
              </w:rPr>
              <w:t>CP07_ERA5_pre1958</w:t>
            </w:r>
          </w:p>
        </w:tc>
      </w:tr>
      <w:tr w:rsidR="001A3D9E" w14:paraId="7E1E4E21" w14:textId="77777777" w:rsidTr="009C7B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345BE43C" w14:textId="12CF24F0" w:rsidR="001A3D9E" w:rsidRPr="00C850FC" w:rsidRDefault="001A3D9E" w:rsidP="009C7B09">
            <w:pPr>
              <w:spacing w:before="40" w:after="40"/>
              <w:jc w:val="center"/>
              <w:rPr>
                <w:rFonts w:cstheme="majorHAnsi"/>
                <w:b w:val="0"/>
                <w:bCs w:val="0"/>
              </w:rPr>
            </w:pPr>
            <w:r w:rsidRPr="00C850FC">
              <w:rPr>
                <w:rFonts w:ascii="Liberation Sans" w:hAnsi="Liberation Sans" w:cs="Liberation Sans"/>
                <w:sz w:val="20"/>
                <w:szCs w:val="20"/>
              </w:rPr>
              <w:t>5</w:t>
            </w:r>
          </w:p>
        </w:tc>
        <w:tc>
          <w:tcPr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444F9A07" w14:textId="2FC8B693" w:rsidR="001A3D9E" w:rsidRPr="00C408A9" w:rsidRDefault="001A3D9E" w:rsidP="009C7B09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1A3D9E">
              <w:rPr>
                <w:rFonts w:ascii="Liberation Sans" w:eastAsia="Times New Roman" w:hAnsi="Liberation Sans" w:cs="Liberation Sans"/>
                <w:sz w:val="20"/>
                <w:szCs w:val="20"/>
                <w:lang w:val="fr-FR" w:eastAsia="fr-FR"/>
              </w:rPr>
              <w:t>1955-01-26</w:t>
            </w:r>
          </w:p>
        </w:tc>
        <w:tc>
          <w:tcPr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4D13728C" w14:textId="7F4731BC" w:rsidR="001A3D9E" w:rsidRPr="00C408A9" w:rsidRDefault="001A3D9E" w:rsidP="009C7B09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1A3D9E">
              <w:rPr>
                <w:rFonts w:ascii="Liberation Sans" w:eastAsia="Times New Roman" w:hAnsi="Liberation Sans" w:cs="Liberation Sans"/>
                <w:sz w:val="20"/>
                <w:szCs w:val="20"/>
                <w:lang w:val="fr-FR" w:eastAsia="fr-FR"/>
              </w:rPr>
              <w:t>CP07_ERA5_pre1958</w:t>
            </w:r>
          </w:p>
        </w:tc>
      </w:tr>
      <w:tr w:rsidR="001A3D9E" w14:paraId="16A1B557" w14:textId="77777777" w:rsidTr="009C7B0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6BA8500E" w14:textId="53F9EF05" w:rsidR="001A3D9E" w:rsidRPr="00C850FC" w:rsidRDefault="001A3D9E" w:rsidP="009C7B09">
            <w:pPr>
              <w:spacing w:before="40" w:after="40"/>
              <w:jc w:val="center"/>
              <w:rPr>
                <w:rFonts w:cstheme="majorHAnsi"/>
                <w:b w:val="0"/>
                <w:bCs w:val="0"/>
              </w:rPr>
            </w:pPr>
            <w:r w:rsidRPr="00C850FC">
              <w:rPr>
                <w:rFonts w:ascii="Liberation Sans" w:hAnsi="Liberation Sans" w:cs="Liberation Sans"/>
                <w:sz w:val="20"/>
                <w:szCs w:val="20"/>
              </w:rPr>
              <w:t>6</w:t>
            </w:r>
          </w:p>
        </w:tc>
        <w:tc>
          <w:tcPr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331423E5" w14:textId="365381A3" w:rsidR="001A3D9E" w:rsidRPr="00C408A9" w:rsidRDefault="001A3D9E" w:rsidP="009C7B09">
            <w:pPr>
              <w:spacing w:before="40" w:after="4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1A3D9E">
              <w:rPr>
                <w:rFonts w:ascii="Liberation Sans" w:eastAsia="Times New Roman" w:hAnsi="Liberation Sans" w:cs="Liberation Sans"/>
                <w:sz w:val="20"/>
                <w:szCs w:val="20"/>
                <w:lang w:val="fr-FR" w:eastAsia="fr-FR"/>
              </w:rPr>
              <w:t>1957-02-04</w:t>
            </w:r>
          </w:p>
        </w:tc>
        <w:tc>
          <w:tcPr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0F8FB1B9" w14:textId="3CAF5AD1" w:rsidR="001A3D9E" w:rsidRPr="00C408A9" w:rsidRDefault="001A3D9E" w:rsidP="009C7B09">
            <w:pPr>
              <w:spacing w:before="40" w:after="4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1A3D9E">
              <w:rPr>
                <w:rFonts w:ascii="Liberation Sans" w:eastAsia="Times New Roman" w:hAnsi="Liberation Sans" w:cs="Liberation Sans"/>
                <w:sz w:val="20"/>
                <w:szCs w:val="20"/>
                <w:lang w:val="fr-FR" w:eastAsia="fr-FR"/>
              </w:rPr>
              <w:t>CP07_ERA5_pre1958</w:t>
            </w:r>
          </w:p>
        </w:tc>
      </w:tr>
      <w:tr w:rsidR="001A3D9E" w14:paraId="523DF72F" w14:textId="77777777" w:rsidTr="009C7B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54B687BF" w14:textId="1CA153A9" w:rsidR="001A3D9E" w:rsidRPr="00C850FC" w:rsidRDefault="001A3D9E" w:rsidP="009C7B09">
            <w:pPr>
              <w:spacing w:before="40" w:after="40"/>
              <w:jc w:val="center"/>
              <w:rPr>
                <w:rFonts w:cstheme="majorHAnsi"/>
                <w:b w:val="0"/>
                <w:bCs w:val="0"/>
              </w:rPr>
            </w:pPr>
            <w:r w:rsidRPr="00C850FC">
              <w:rPr>
                <w:rFonts w:ascii="Liberation Sans" w:hAnsi="Liberation Sans" w:cs="Liberation Sans"/>
                <w:sz w:val="20"/>
                <w:szCs w:val="20"/>
              </w:rPr>
              <w:t>7</w:t>
            </w:r>
          </w:p>
        </w:tc>
        <w:tc>
          <w:tcPr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79828C9D" w14:textId="74132B2C" w:rsidR="001A3D9E" w:rsidRPr="00C408A9" w:rsidRDefault="001A3D9E" w:rsidP="009C7B09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1A3D9E">
              <w:rPr>
                <w:rFonts w:ascii="Liberation Sans" w:eastAsia="Times New Roman" w:hAnsi="Liberation Sans" w:cs="Liberation Sans"/>
                <w:sz w:val="20"/>
                <w:szCs w:val="20"/>
                <w:lang w:val="fr-FR" w:eastAsia="fr-FR"/>
              </w:rPr>
              <w:t>1958-02-08</w:t>
            </w:r>
          </w:p>
        </w:tc>
        <w:tc>
          <w:tcPr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21018452" w14:textId="1C1C2811" w:rsidR="001A3D9E" w:rsidRPr="00C408A9" w:rsidRDefault="001A3D9E" w:rsidP="009C7B09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1A3D9E">
              <w:rPr>
                <w:rFonts w:ascii="Liberation Sans" w:eastAsia="Times New Roman" w:hAnsi="Liberation Sans" w:cs="Liberation Sans"/>
                <w:sz w:val="20"/>
                <w:szCs w:val="20"/>
                <w:lang w:val="fr-FR" w:eastAsia="fr-FR"/>
              </w:rPr>
              <w:t>NOAA_SSWC_ERA5</w:t>
            </w:r>
          </w:p>
        </w:tc>
      </w:tr>
      <w:tr w:rsidR="001A3D9E" w14:paraId="15A8F209" w14:textId="77777777" w:rsidTr="009C7B0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2E40A529" w14:textId="1CC00542" w:rsidR="001A3D9E" w:rsidRPr="00C850FC" w:rsidRDefault="001A3D9E" w:rsidP="009C7B09">
            <w:pPr>
              <w:spacing w:before="40" w:after="40"/>
              <w:jc w:val="center"/>
              <w:rPr>
                <w:rFonts w:cstheme="majorHAnsi"/>
                <w:b w:val="0"/>
                <w:bCs w:val="0"/>
              </w:rPr>
            </w:pPr>
            <w:r w:rsidRPr="00C850FC">
              <w:rPr>
                <w:rFonts w:ascii="Liberation Sans" w:hAnsi="Liberation Sans" w:cs="Liberation Sans"/>
                <w:sz w:val="20"/>
                <w:szCs w:val="20"/>
              </w:rPr>
              <w:t>8</w:t>
            </w:r>
          </w:p>
        </w:tc>
        <w:tc>
          <w:tcPr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010CDCA2" w14:textId="0D96683B" w:rsidR="001A3D9E" w:rsidRPr="00C408A9" w:rsidRDefault="001A3D9E" w:rsidP="009C7B09">
            <w:pPr>
              <w:spacing w:before="40" w:after="4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1A3D9E">
              <w:rPr>
                <w:rFonts w:ascii="Liberation Sans" w:eastAsia="Times New Roman" w:hAnsi="Liberation Sans" w:cs="Liberation Sans"/>
                <w:sz w:val="20"/>
                <w:szCs w:val="20"/>
                <w:lang w:val="fr-FR" w:eastAsia="fr-FR"/>
              </w:rPr>
              <w:t>1960-01-17</w:t>
            </w:r>
          </w:p>
        </w:tc>
        <w:tc>
          <w:tcPr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671B195D" w14:textId="687481A4" w:rsidR="001A3D9E" w:rsidRPr="00C408A9" w:rsidRDefault="001A3D9E" w:rsidP="009C7B09">
            <w:pPr>
              <w:spacing w:before="40" w:after="4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1A3D9E">
              <w:rPr>
                <w:rFonts w:ascii="Liberation Sans" w:eastAsia="Times New Roman" w:hAnsi="Liberation Sans" w:cs="Liberation Sans"/>
                <w:sz w:val="20"/>
                <w:szCs w:val="20"/>
                <w:lang w:val="fr-FR" w:eastAsia="fr-FR"/>
              </w:rPr>
              <w:t>NOAA_SSWC_ERA5</w:t>
            </w:r>
          </w:p>
        </w:tc>
      </w:tr>
      <w:tr w:rsidR="001A3D9E" w14:paraId="1E653FE6" w14:textId="77777777" w:rsidTr="009C7B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0D59F04E" w14:textId="5E295C33" w:rsidR="001A3D9E" w:rsidRPr="00C850FC" w:rsidRDefault="001A3D9E" w:rsidP="009C7B09">
            <w:pPr>
              <w:spacing w:before="40" w:after="40"/>
              <w:jc w:val="center"/>
              <w:rPr>
                <w:rFonts w:cstheme="majorHAnsi"/>
                <w:b w:val="0"/>
                <w:bCs w:val="0"/>
              </w:rPr>
            </w:pPr>
            <w:r w:rsidRPr="00C850FC">
              <w:rPr>
                <w:rFonts w:ascii="Liberation Sans" w:hAnsi="Liberation Sans" w:cs="Liberation Sans"/>
                <w:sz w:val="20"/>
                <w:szCs w:val="20"/>
              </w:rPr>
              <w:t>9</w:t>
            </w:r>
          </w:p>
        </w:tc>
        <w:tc>
          <w:tcPr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4E649A2E" w14:textId="73C2F647" w:rsidR="001A3D9E" w:rsidRPr="00C408A9" w:rsidRDefault="001A3D9E" w:rsidP="009C7B09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1A3D9E">
              <w:rPr>
                <w:rFonts w:ascii="Liberation Sans" w:eastAsia="Times New Roman" w:hAnsi="Liberation Sans" w:cs="Liberation Sans"/>
                <w:sz w:val="20"/>
                <w:szCs w:val="20"/>
                <w:lang w:val="fr-FR" w:eastAsia="fr-FR"/>
              </w:rPr>
              <w:t>1963-01-27</w:t>
            </w:r>
          </w:p>
        </w:tc>
        <w:tc>
          <w:tcPr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197E53E5" w14:textId="045B00E3" w:rsidR="001A3D9E" w:rsidRPr="00C408A9" w:rsidRDefault="001A3D9E" w:rsidP="009C7B09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1A3D9E">
              <w:rPr>
                <w:rFonts w:ascii="Liberation Sans" w:eastAsia="Times New Roman" w:hAnsi="Liberation Sans" w:cs="Liberation Sans"/>
                <w:sz w:val="20"/>
                <w:szCs w:val="20"/>
                <w:lang w:val="fr-FR" w:eastAsia="fr-FR"/>
              </w:rPr>
              <w:t>NOAA_SSWC_ERA5</w:t>
            </w:r>
          </w:p>
        </w:tc>
      </w:tr>
      <w:tr w:rsidR="001A3D9E" w14:paraId="422B8721" w14:textId="77777777" w:rsidTr="009C7B0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2D512DE0" w14:textId="196EF543" w:rsidR="001A3D9E" w:rsidRPr="00C850FC" w:rsidRDefault="001A3D9E" w:rsidP="009C7B09">
            <w:pPr>
              <w:spacing w:before="40" w:after="40"/>
              <w:jc w:val="center"/>
              <w:rPr>
                <w:rFonts w:cstheme="majorHAnsi"/>
                <w:b w:val="0"/>
                <w:bCs w:val="0"/>
              </w:rPr>
            </w:pPr>
            <w:r w:rsidRPr="00C850FC">
              <w:rPr>
                <w:rFonts w:ascii="Liberation Sans" w:hAnsi="Liberation Sans" w:cs="Liberation Sans"/>
                <w:sz w:val="20"/>
                <w:szCs w:val="20"/>
              </w:rPr>
              <w:t>10</w:t>
            </w:r>
          </w:p>
        </w:tc>
        <w:tc>
          <w:tcPr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1E59C39E" w14:textId="50C3BB5E" w:rsidR="001A3D9E" w:rsidRPr="00C408A9" w:rsidRDefault="001A3D9E" w:rsidP="009C7B09">
            <w:pPr>
              <w:spacing w:before="40" w:after="4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1A3D9E">
              <w:rPr>
                <w:rFonts w:ascii="Liberation Sans" w:eastAsia="Times New Roman" w:hAnsi="Liberation Sans" w:cs="Liberation Sans"/>
                <w:sz w:val="20"/>
                <w:szCs w:val="20"/>
                <w:lang w:val="fr-FR" w:eastAsia="fr-FR"/>
              </w:rPr>
              <w:t>1965-12-16</w:t>
            </w:r>
          </w:p>
        </w:tc>
        <w:tc>
          <w:tcPr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7601E7EE" w14:textId="1A2BF392" w:rsidR="001A3D9E" w:rsidRPr="00C408A9" w:rsidRDefault="001A3D9E" w:rsidP="009C7B09">
            <w:pPr>
              <w:spacing w:before="40" w:after="4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1A3D9E">
              <w:rPr>
                <w:rFonts w:ascii="Liberation Sans" w:eastAsia="Times New Roman" w:hAnsi="Liberation Sans" w:cs="Liberation Sans"/>
                <w:sz w:val="20"/>
                <w:szCs w:val="20"/>
                <w:lang w:val="fr-FR" w:eastAsia="fr-FR"/>
              </w:rPr>
              <w:t>NOAA_SSWC_ERA5</w:t>
            </w:r>
          </w:p>
        </w:tc>
      </w:tr>
      <w:tr w:rsidR="001A3D9E" w14:paraId="32A06823" w14:textId="77777777" w:rsidTr="009C7B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1C312CB0" w14:textId="7FF7EF8B" w:rsidR="001A3D9E" w:rsidRPr="00C850FC" w:rsidRDefault="001A3D9E" w:rsidP="009C7B09">
            <w:pPr>
              <w:spacing w:before="40" w:after="40"/>
              <w:jc w:val="center"/>
              <w:rPr>
                <w:rFonts w:cstheme="majorHAnsi"/>
                <w:b w:val="0"/>
                <w:bCs w:val="0"/>
              </w:rPr>
            </w:pPr>
            <w:r w:rsidRPr="00C850FC">
              <w:rPr>
                <w:rFonts w:ascii="Liberation Sans" w:hAnsi="Liberation Sans" w:cs="Liberation Sans"/>
                <w:sz w:val="20"/>
                <w:szCs w:val="20"/>
              </w:rPr>
              <w:t>11</w:t>
            </w:r>
          </w:p>
        </w:tc>
        <w:tc>
          <w:tcPr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258C26DE" w14:textId="65ADA500" w:rsidR="001A3D9E" w:rsidRPr="00C408A9" w:rsidRDefault="001A3D9E" w:rsidP="009C7B09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1A3D9E">
              <w:rPr>
                <w:rFonts w:ascii="Liberation Sans" w:eastAsia="Times New Roman" w:hAnsi="Liberation Sans" w:cs="Liberation Sans"/>
                <w:sz w:val="20"/>
                <w:szCs w:val="20"/>
                <w:lang w:val="fr-FR" w:eastAsia="fr-FR"/>
              </w:rPr>
              <w:t>1966-02-22</w:t>
            </w:r>
          </w:p>
        </w:tc>
        <w:tc>
          <w:tcPr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1E5B60E1" w14:textId="1C112BBC" w:rsidR="001A3D9E" w:rsidRPr="00C408A9" w:rsidRDefault="001A3D9E" w:rsidP="009C7B09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1A3D9E">
              <w:rPr>
                <w:rFonts w:ascii="Liberation Sans" w:eastAsia="Times New Roman" w:hAnsi="Liberation Sans" w:cs="Liberation Sans"/>
                <w:sz w:val="20"/>
                <w:szCs w:val="20"/>
                <w:lang w:val="fr-FR" w:eastAsia="fr-FR"/>
              </w:rPr>
              <w:t>NOAA_SSWC_ERA5</w:t>
            </w:r>
          </w:p>
        </w:tc>
      </w:tr>
      <w:tr w:rsidR="001A3D9E" w14:paraId="1DA13458" w14:textId="77777777" w:rsidTr="009C7B0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227CBCFA" w14:textId="77F0F7E7" w:rsidR="001A3D9E" w:rsidRPr="009C7B09" w:rsidRDefault="001A3D9E" w:rsidP="009C7B09">
            <w:pPr>
              <w:spacing w:before="40" w:after="40"/>
              <w:jc w:val="center"/>
              <w:rPr>
                <w:rFonts w:cstheme="majorHAnsi"/>
                <w:b w:val="0"/>
                <w:bCs w:val="0"/>
                <w:sz w:val="20"/>
              </w:rPr>
            </w:pPr>
            <w:r w:rsidRPr="00C850FC">
              <w:rPr>
                <w:rFonts w:ascii="Liberation Sans" w:hAnsi="Liberation Sans" w:cs="Liberation Sans"/>
                <w:sz w:val="20"/>
                <w:szCs w:val="20"/>
              </w:rPr>
              <w:t>12</w:t>
            </w:r>
          </w:p>
        </w:tc>
        <w:tc>
          <w:tcPr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266A9338" w14:textId="519FD46E" w:rsidR="001A3D9E" w:rsidRPr="001A3D9E" w:rsidRDefault="001A3D9E" w:rsidP="009C7B09">
            <w:pPr>
              <w:spacing w:before="40" w:after="4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Liberation Sans" w:eastAsia="Times New Roman" w:hAnsi="Liberation Sans" w:cs="Liberation Sans"/>
                <w:sz w:val="20"/>
                <w:szCs w:val="20"/>
                <w:lang w:val="fr-FR" w:eastAsia="fr-FR"/>
              </w:rPr>
            </w:pPr>
            <w:r w:rsidRPr="001A3D9E">
              <w:rPr>
                <w:rFonts w:ascii="Liberation Sans" w:eastAsia="Times New Roman" w:hAnsi="Liberation Sans" w:cs="Liberation Sans"/>
                <w:sz w:val="20"/>
                <w:szCs w:val="20"/>
                <w:lang w:val="fr-FR" w:eastAsia="fr-FR"/>
              </w:rPr>
              <w:t>1968-01-07</w:t>
            </w:r>
          </w:p>
        </w:tc>
        <w:tc>
          <w:tcPr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619EA15C" w14:textId="5BBDEC03" w:rsidR="001A3D9E" w:rsidRPr="00C408A9" w:rsidRDefault="001A3D9E" w:rsidP="009C7B09">
            <w:pPr>
              <w:spacing w:before="40" w:after="4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 w:cstheme="majorHAnsi"/>
                <w:sz w:val="20"/>
              </w:rPr>
            </w:pPr>
            <w:r w:rsidRPr="001A3D9E">
              <w:rPr>
                <w:rFonts w:ascii="Liberation Sans" w:eastAsia="Times New Roman" w:hAnsi="Liberation Sans" w:cs="Liberation Sans"/>
                <w:sz w:val="20"/>
                <w:szCs w:val="20"/>
                <w:lang w:val="fr-FR" w:eastAsia="fr-FR"/>
              </w:rPr>
              <w:t>NOAA_SSWC_ERA5</w:t>
            </w:r>
          </w:p>
        </w:tc>
      </w:tr>
      <w:tr w:rsidR="001A3D9E" w14:paraId="5C7078A8" w14:textId="77777777" w:rsidTr="009C7B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5AD01208" w14:textId="72635A51" w:rsidR="001A3D9E" w:rsidRPr="009C7B09" w:rsidRDefault="001A3D9E" w:rsidP="009C7B09">
            <w:pPr>
              <w:spacing w:before="40" w:after="40"/>
              <w:jc w:val="center"/>
              <w:rPr>
                <w:rFonts w:cstheme="majorHAnsi"/>
                <w:b w:val="0"/>
                <w:bCs w:val="0"/>
                <w:sz w:val="20"/>
              </w:rPr>
            </w:pPr>
            <w:r w:rsidRPr="00C850FC">
              <w:rPr>
                <w:rFonts w:ascii="Liberation Sans" w:hAnsi="Liberation Sans" w:cs="Liberation Sans"/>
                <w:sz w:val="20"/>
                <w:szCs w:val="20"/>
              </w:rPr>
              <w:t>13</w:t>
            </w:r>
          </w:p>
        </w:tc>
        <w:tc>
          <w:tcPr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7B50A80D" w14:textId="7BA55B38" w:rsidR="001A3D9E" w:rsidRPr="001A3D9E" w:rsidRDefault="001A3D9E" w:rsidP="009C7B09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iberation Sans" w:eastAsia="Times New Roman" w:hAnsi="Liberation Sans" w:cs="Liberation Sans"/>
                <w:sz w:val="20"/>
                <w:szCs w:val="20"/>
                <w:lang w:val="fr-FR" w:eastAsia="fr-FR"/>
              </w:rPr>
            </w:pPr>
            <w:r w:rsidRPr="001A3D9E">
              <w:rPr>
                <w:rFonts w:ascii="Liberation Sans" w:eastAsia="Times New Roman" w:hAnsi="Liberation Sans" w:cs="Liberation Sans"/>
                <w:sz w:val="20"/>
                <w:szCs w:val="20"/>
                <w:lang w:val="fr-FR" w:eastAsia="fr-FR"/>
              </w:rPr>
              <w:t>1968-11-28</w:t>
            </w:r>
          </w:p>
        </w:tc>
        <w:tc>
          <w:tcPr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604BF12F" w14:textId="2014172B" w:rsidR="001A3D9E" w:rsidRPr="00C408A9" w:rsidRDefault="001A3D9E" w:rsidP="009C7B09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</w:rPr>
            </w:pPr>
            <w:r w:rsidRPr="001A3D9E">
              <w:rPr>
                <w:rFonts w:ascii="Liberation Sans" w:eastAsia="Times New Roman" w:hAnsi="Liberation Sans" w:cs="Liberation Sans"/>
                <w:sz w:val="20"/>
                <w:szCs w:val="20"/>
                <w:lang w:val="fr-FR" w:eastAsia="fr-FR"/>
              </w:rPr>
              <w:t>NOAA_SSWC_ERA5</w:t>
            </w:r>
          </w:p>
        </w:tc>
      </w:tr>
      <w:tr w:rsidR="001A3D9E" w14:paraId="30539EE7" w14:textId="77777777" w:rsidTr="009C7B0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501CC838" w14:textId="688CC9F0" w:rsidR="001A3D9E" w:rsidRPr="009C7B09" w:rsidRDefault="001A3D9E" w:rsidP="009C7B09">
            <w:pPr>
              <w:spacing w:before="40" w:after="40"/>
              <w:jc w:val="center"/>
              <w:rPr>
                <w:rFonts w:cstheme="majorHAnsi"/>
                <w:b w:val="0"/>
                <w:bCs w:val="0"/>
                <w:sz w:val="20"/>
              </w:rPr>
            </w:pPr>
            <w:r w:rsidRPr="00C850FC">
              <w:rPr>
                <w:rFonts w:ascii="Liberation Sans" w:hAnsi="Liberation Sans" w:cs="Liberation Sans"/>
                <w:sz w:val="20"/>
                <w:szCs w:val="20"/>
              </w:rPr>
              <w:t>14</w:t>
            </w:r>
          </w:p>
        </w:tc>
        <w:tc>
          <w:tcPr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7B39ECFF" w14:textId="11A97CB1" w:rsidR="001A3D9E" w:rsidRPr="001A3D9E" w:rsidRDefault="001A3D9E" w:rsidP="009C7B09">
            <w:pPr>
              <w:spacing w:before="40" w:after="4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Liberation Sans" w:eastAsia="Times New Roman" w:hAnsi="Liberation Sans" w:cs="Liberation Sans"/>
                <w:sz w:val="20"/>
                <w:szCs w:val="20"/>
                <w:lang w:val="fr-FR" w:eastAsia="fr-FR"/>
              </w:rPr>
            </w:pPr>
            <w:r w:rsidRPr="001A3D9E">
              <w:rPr>
                <w:rFonts w:ascii="Liberation Sans" w:eastAsia="Times New Roman" w:hAnsi="Liberation Sans" w:cs="Liberation Sans"/>
                <w:sz w:val="20"/>
                <w:szCs w:val="20"/>
                <w:lang w:val="fr-FR" w:eastAsia="fr-FR"/>
              </w:rPr>
              <w:t>1969-03-13</w:t>
            </w:r>
          </w:p>
        </w:tc>
        <w:tc>
          <w:tcPr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7845FEF9" w14:textId="3DC98B90" w:rsidR="001A3D9E" w:rsidRPr="00C408A9" w:rsidRDefault="001A3D9E" w:rsidP="009C7B09">
            <w:pPr>
              <w:spacing w:before="40" w:after="4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 w:cstheme="majorHAnsi"/>
                <w:sz w:val="20"/>
              </w:rPr>
            </w:pPr>
            <w:r w:rsidRPr="001A3D9E">
              <w:rPr>
                <w:rFonts w:ascii="Liberation Sans" w:eastAsia="Times New Roman" w:hAnsi="Liberation Sans" w:cs="Liberation Sans"/>
                <w:sz w:val="20"/>
                <w:szCs w:val="20"/>
                <w:lang w:val="fr-FR" w:eastAsia="fr-FR"/>
              </w:rPr>
              <w:t>NOAA_SSWC_ERA5</w:t>
            </w:r>
          </w:p>
        </w:tc>
      </w:tr>
      <w:tr w:rsidR="001A3D9E" w14:paraId="74768777" w14:textId="77777777" w:rsidTr="009C7B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6FD22289" w14:textId="7C2BE768" w:rsidR="001A3D9E" w:rsidRPr="009C7B09" w:rsidRDefault="001A3D9E" w:rsidP="009C7B09">
            <w:pPr>
              <w:spacing w:before="40" w:after="40"/>
              <w:jc w:val="center"/>
              <w:rPr>
                <w:rFonts w:cstheme="majorHAnsi"/>
                <w:b w:val="0"/>
                <w:bCs w:val="0"/>
                <w:sz w:val="20"/>
              </w:rPr>
            </w:pPr>
            <w:r w:rsidRPr="00C850FC">
              <w:rPr>
                <w:rFonts w:ascii="Liberation Sans" w:hAnsi="Liberation Sans" w:cs="Liberation Sans"/>
                <w:sz w:val="20"/>
                <w:szCs w:val="20"/>
              </w:rPr>
              <w:t>15</w:t>
            </w:r>
          </w:p>
        </w:tc>
        <w:tc>
          <w:tcPr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6B83E2A5" w14:textId="2E2143D4" w:rsidR="001A3D9E" w:rsidRPr="001A3D9E" w:rsidRDefault="001A3D9E" w:rsidP="009C7B09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iberation Sans" w:eastAsia="Times New Roman" w:hAnsi="Liberation Sans" w:cs="Liberation Sans"/>
                <w:sz w:val="20"/>
                <w:szCs w:val="20"/>
                <w:lang w:val="fr-FR" w:eastAsia="fr-FR"/>
              </w:rPr>
            </w:pPr>
            <w:r w:rsidRPr="001A3D9E">
              <w:rPr>
                <w:rFonts w:ascii="Liberation Sans" w:eastAsia="Times New Roman" w:hAnsi="Liberation Sans" w:cs="Liberation Sans"/>
                <w:sz w:val="20"/>
                <w:szCs w:val="20"/>
                <w:lang w:val="fr-FR" w:eastAsia="fr-FR"/>
              </w:rPr>
              <w:t>1970-01-02</w:t>
            </w:r>
          </w:p>
        </w:tc>
        <w:tc>
          <w:tcPr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3D9ABDF7" w14:textId="77FBDCF7" w:rsidR="001A3D9E" w:rsidRPr="00C408A9" w:rsidRDefault="001A3D9E" w:rsidP="009C7B09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</w:rPr>
            </w:pPr>
            <w:r w:rsidRPr="001A3D9E">
              <w:rPr>
                <w:rFonts w:ascii="Liberation Sans" w:eastAsia="Times New Roman" w:hAnsi="Liberation Sans" w:cs="Liberation Sans"/>
                <w:sz w:val="20"/>
                <w:szCs w:val="20"/>
                <w:lang w:val="fr-FR" w:eastAsia="fr-FR"/>
              </w:rPr>
              <w:t>NOAA_SSWC_ERA5</w:t>
            </w:r>
          </w:p>
        </w:tc>
      </w:tr>
      <w:tr w:rsidR="001A3D9E" w14:paraId="32492269" w14:textId="77777777" w:rsidTr="009C7B0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31FBFDC0" w14:textId="3B597E36" w:rsidR="001A3D9E" w:rsidRPr="009C7B09" w:rsidRDefault="001A3D9E" w:rsidP="009C7B09">
            <w:pPr>
              <w:spacing w:before="40" w:after="40"/>
              <w:jc w:val="center"/>
              <w:rPr>
                <w:rFonts w:cstheme="majorHAnsi"/>
                <w:b w:val="0"/>
                <w:bCs w:val="0"/>
                <w:sz w:val="20"/>
              </w:rPr>
            </w:pPr>
            <w:r w:rsidRPr="00C850FC">
              <w:rPr>
                <w:rFonts w:ascii="Liberation Sans" w:hAnsi="Liberation Sans" w:cs="Liberation Sans"/>
                <w:sz w:val="20"/>
                <w:szCs w:val="20"/>
              </w:rPr>
              <w:t>16</w:t>
            </w:r>
          </w:p>
        </w:tc>
        <w:tc>
          <w:tcPr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2B427988" w14:textId="4D33F854" w:rsidR="001A3D9E" w:rsidRPr="001A3D9E" w:rsidRDefault="001A3D9E" w:rsidP="009C7B09">
            <w:pPr>
              <w:spacing w:before="40" w:after="4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Liberation Sans" w:eastAsia="Times New Roman" w:hAnsi="Liberation Sans" w:cs="Liberation Sans"/>
                <w:sz w:val="20"/>
                <w:szCs w:val="20"/>
                <w:lang w:val="fr-FR" w:eastAsia="fr-FR"/>
              </w:rPr>
            </w:pPr>
            <w:r w:rsidRPr="001A3D9E">
              <w:rPr>
                <w:rFonts w:ascii="Liberation Sans" w:eastAsia="Times New Roman" w:hAnsi="Liberation Sans" w:cs="Liberation Sans"/>
                <w:sz w:val="20"/>
                <w:szCs w:val="20"/>
                <w:lang w:val="fr-FR" w:eastAsia="fr-FR"/>
              </w:rPr>
              <w:t>1971-01-18</w:t>
            </w:r>
          </w:p>
        </w:tc>
        <w:tc>
          <w:tcPr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303D1486" w14:textId="1458DEC7" w:rsidR="001A3D9E" w:rsidRPr="00C408A9" w:rsidRDefault="001A3D9E" w:rsidP="009C7B09">
            <w:pPr>
              <w:spacing w:before="40" w:after="4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 w:cstheme="majorHAnsi"/>
                <w:sz w:val="20"/>
              </w:rPr>
            </w:pPr>
            <w:r w:rsidRPr="001A3D9E">
              <w:rPr>
                <w:rFonts w:ascii="Liberation Sans" w:eastAsia="Times New Roman" w:hAnsi="Liberation Sans" w:cs="Liberation Sans"/>
                <w:sz w:val="20"/>
                <w:szCs w:val="20"/>
                <w:lang w:val="fr-FR" w:eastAsia="fr-FR"/>
              </w:rPr>
              <w:t>NOAA_SSWC_ERA5</w:t>
            </w:r>
          </w:p>
        </w:tc>
      </w:tr>
      <w:tr w:rsidR="001A3D9E" w14:paraId="05F18348" w14:textId="77777777" w:rsidTr="009C7B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79BD353F" w14:textId="734BBA27" w:rsidR="001A3D9E" w:rsidRPr="009C7B09" w:rsidRDefault="001A3D9E" w:rsidP="009C7B09">
            <w:pPr>
              <w:spacing w:before="40" w:after="40"/>
              <w:jc w:val="center"/>
              <w:rPr>
                <w:rFonts w:cstheme="majorHAnsi"/>
                <w:b w:val="0"/>
                <w:bCs w:val="0"/>
                <w:sz w:val="20"/>
              </w:rPr>
            </w:pPr>
            <w:r w:rsidRPr="00C850FC">
              <w:rPr>
                <w:rFonts w:ascii="Liberation Sans" w:hAnsi="Liberation Sans" w:cs="Liberation Sans"/>
                <w:sz w:val="20"/>
                <w:szCs w:val="20"/>
              </w:rPr>
              <w:t>17</w:t>
            </w:r>
          </w:p>
        </w:tc>
        <w:tc>
          <w:tcPr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6AB0A606" w14:textId="5DCA7FF6" w:rsidR="001A3D9E" w:rsidRPr="001A3D9E" w:rsidRDefault="001A3D9E" w:rsidP="009C7B09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iberation Sans" w:eastAsia="Times New Roman" w:hAnsi="Liberation Sans" w:cs="Liberation Sans"/>
                <w:sz w:val="20"/>
                <w:szCs w:val="20"/>
                <w:lang w:val="fr-FR" w:eastAsia="fr-FR"/>
              </w:rPr>
            </w:pPr>
            <w:r w:rsidRPr="001A3D9E">
              <w:rPr>
                <w:rFonts w:ascii="Liberation Sans" w:eastAsia="Times New Roman" w:hAnsi="Liberation Sans" w:cs="Liberation Sans"/>
                <w:sz w:val="20"/>
                <w:szCs w:val="20"/>
                <w:lang w:val="fr-FR" w:eastAsia="fr-FR"/>
              </w:rPr>
              <w:t>1971-03-20</w:t>
            </w:r>
          </w:p>
        </w:tc>
        <w:tc>
          <w:tcPr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15DE2300" w14:textId="30673343" w:rsidR="001A3D9E" w:rsidRPr="00C408A9" w:rsidRDefault="001A3D9E" w:rsidP="009C7B09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</w:rPr>
            </w:pPr>
            <w:r w:rsidRPr="001A3D9E">
              <w:rPr>
                <w:rFonts w:ascii="Liberation Sans" w:eastAsia="Times New Roman" w:hAnsi="Liberation Sans" w:cs="Liberation Sans"/>
                <w:sz w:val="20"/>
                <w:szCs w:val="20"/>
                <w:lang w:val="fr-FR" w:eastAsia="fr-FR"/>
              </w:rPr>
              <w:t>NOAA_SSWC_ERA5</w:t>
            </w:r>
          </w:p>
        </w:tc>
      </w:tr>
      <w:tr w:rsidR="001A3D9E" w14:paraId="273CCA3C" w14:textId="77777777" w:rsidTr="009C7B0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1D31A1FC" w14:textId="3B315085" w:rsidR="001A3D9E" w:rsidRPr="009C7B09" w:rsidRDefault="001A3D9E" w:rsidP="009C7B09">
            <w:pPr>
              <w:spacing w:before="40" w:after="40"/>
              <w:jc w:val="center"/>
              <w:rPr>
                <w:rFonts w:cstheme="majorHAnsi"/>
                <w:b w:val="0"/>
                <w:bCs w:val="0"/>
                <w:sz w:val="20"/>
              </w:rPr>
            </w:pPr>
            <w:r w:rsidRPr="00C850FC">
              <w:rPr>
                <w:rFonts w:ascii="Liberation Sans" w:hAnsi="Liberation Sans" w:cs="Liberation Sans"/>
                <w:sz w:val="20"/>
                <w:szCs w:val="20"/>
              </w:rPr>
              <w:t>18</w:t>
            </w:r>
          </w:p>
        </w:tc>
        <w:tc>
          <w:tcPr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1420014A" w14:textId="3C9BEB37" w:rsidR="001A3D9E" w:rsidRPr="001A3D9E" w:rsidRDefault="001A3D9E" w:rsidP="009C7B09">
            <w:pPr>
              <w:spacing w:before="40" w:after="4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Liberation Sans" w:eastAsia="Times New Roman" w:hAnsi="Liberation Sans" w:cs="Liberation Sans"/>
                <w:sz w:val="20"/>
                <w:szCs w:val="20"/>
                <w:lang w:val="fr-FR" w:eastAsia="fr-FR"/>
              </w:rPr>
            </w:pPr>
            <w:r w:rsidRPr="001A3D9E">
              <w:rPr>
                <w:rFonts w:ascii="Liberation Sans" w:eastAsia="Times New Roman" w:hAnsi="Liberation Sans" w:cs="Liberation Sans"/>
                <w:sz w:val="20"/>
                <w:szCs w:val="20"/>
                <w:lang w:val="fr-FR" w:eastAsia="fr-FR"/>
              </w:rPr>
              <w:t>1973-01-31</w:t>
            </w:r>
          </w:p>
        </w:tc>
        <w:tc>
          <w:tcPr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2ADE24F6" w14:textId="0226694F" w:rsidR="001A3D9E" w:rsidRPr="00C408A9" w:rsidRDefault="001A3D9E" w:rsidP="009C7B09">
            <w:pPr>
              <w:spacing w:before="40" w:after="4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 w:cstheme="majorHAnsi"/>
                <w:sz w:val="20"/>
              </w:rPr>
            </w:pPr>
            <w:r w:rsidRPr="001A3D9E">
              <w:rPr>
                <w:rFonts w:ascii="Liberation Sans" w:eastAsia="Times New Roman" w:hAnsi="Liberation Sans" w:cs="Liberation Sans"/>
                <w:sz w:val="20"/>
                <w:szCs w:val="20"/>
                <w:lang w:val="fr-FR" w:eastAsia="fr-FR"/>
              </w:rPr>
              <w:t>NOAA_SSWC_ERA5</w:t>
            </w:r>
          </w:p>
        </w:tc>
      </w:tr>
      <w:tr w:rsidR="001A3D9E" w14:paraId="3A709D76" w14:textId="77777777" w:rsidTr="009C7B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3BB39B4A" w14:textId="6DEADCF3" w:rsidR="001A3D9E" w:rsidRPr="009C7B09" w:rsidRDefault="001A3D9E" w:rsidP="009C7B09">
            <w:pPr>
              <w:spacing w:before="40" w:after="40"/>
              <w:jc w:val="center"/>
              <w:rPr>
                <w:rFonts w:cstheme="majorHAnsi"/>
                <w:b w:val="0"/>
                <w:bCs w:val="0"/>
                <w:sz w:val="20"/>
              </w:rPr>
            </w:pPr>
            <w:r w:rsidRPr="00C850FC">
              <w:rPr>
                <w:rFonts w:ascii="Liberation Sans" w:hAnsi="Liberation Sans" w:cs="Liberation Sans"/>
                <w:sz w:val="20"/>
                <w:szCs w:val="20"/>
              </w:rPr>
              <w:t>19</w:t>
            </w:r>
          </w:p>
        </w:tc>
        <w:tc>
          <w:tcPr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74592E69" w14:textId="449B7792" w:rsidR="001A3D9E" w:rsidRPr="001A3D9E" w:rsidRDefault="001A3D9E" w:rsidP="009C7B09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iberation Sans" w:eastAsia="Times New Roman" w:hAnsi="Liberation Sans" w:cs="Liberation Sans"/>
                <w:sz w:val="20"/>
                <w:szCs w:val="20"/>
                <w:lang w:val="fr-FR" w:eastAsia="fr-FR"/>
              </w:rPr>
            </w:pPr>
            <w:r w:rsidRPr="001A3D9E">
              <w:rPr>
                <w:rFonts w:ascii="Liberation Sans" w:eastAsia="Times New Roman" w:hAnsi="Liberation Sans" w:cs="Liberation Sans"/>
                <w:sz w:val="20"/>
                <w:szCs w:val="20"/>
                <w:lang w:val="fr-FR" w:eastAsia="fr-FR"/>
              </w:rPr>
              <w:t>1977-01-09</w:t>
            </w:r>
          </w:p>
        </w:tc>
        <w:tc>
          <w:tcPr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1C566BC1" w14:textId="16A2B89E" w:rsidR="001A3D9E" w:rsidRPr="00C408A9" w:rsidRDefault="001A3D9E" w:rsidP="009C7B09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</w:rPr>
            </w:pPr>
            <w:r w:rsidRPr="001A3D9E">
              <w:rPr>
                <w:rFonts w:ascii="Liberation Sans" w:eastAsia="Times New Roman" w:hAnsi="Liberation Sans" w:cs="Liberation Sans"/>
                <w:sz w:val="20"/>
                <w:szCs w:val="20"/>
                <w:lang w:val="fr-FR" w:eastAsia="fr-FR"/>
              </w:rPr>
              <w:t>NOAA_SSWC_ERA5</w:t>
            </w:r>
          </w:p>
        </w:tc>
      </w:tr>
      <w:tr w:rsidR="001A3D9E" w14:paraId="1A9D7E0B" w14:textId="77777777" w:rsidTr="009C7B0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7AADB83F" w14:textId="662B3FED" w:rsidR="001A3D9E" w:rsidRPr="009C7B09" w:rsidRDefault="001A3D9E" w:rsidP="009C7B09">
            <w:pPr>
              <w:spacing w:before="40" w:after="40"/>
              <w:jc w:val="center"/>
              <w:rPr>
                <w:rFonts w:cstheme="majorHAnsi"/>
                <w:b w:val="0"/>
                <w:bCs w:val="0"/>
                <w:sz w:val="20"/>
              </w:rPr>
            </w:pPr>
            <w:r w:rsidRPr="00C850FC">
              <w:rPr>
                <w:rFonts w:ascii="Liberation Sans" w:hAnsi="Liberation Sans" w:cs="Liberation Sans"/>
                <w:sz w:val="20"/>
                <w:szCs w:val="20"/>
              </w:rPr>
              <w:t>20</w:t>
            </w:r>
          </w:p>
        </w:tc>
        <w:tc>
          <w:tcPr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758254A0" w14:textId="1B46E6AC" w:rsidR="001A3D9E" w:rsidRPr="001A3D9E" w:rsidRDefault="001A3D9E" w:rsidP="009C7B09">
            <w:pPr>
              <w:spacing w:before="40" w:after="4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Liberation Sans" w:eastAsia="Times New Roman" w:hAnsi="Liberation Sans" w:cs="Liberation Sans"/>
                <w:sz w:val="20"/>
                <w:szCs w:val="20"/>
                <w:lang w:val="fr-FR" w:eastAsia="fr-FR"/>
              </w:rPr>
            </w:pPr>
            <w:r w:rsidRPr="001A3D9E">
              <w:rPr>
                <w:rFonts w:ascii="Liberation Sans" w:eastAsia="Times New Roman" w:hAnsi="Liberation Sans" w:cs="Liberation Sans"/>
                <w:sz w:val="20"/>
                <w:szCs w:val="20"/>
                <w:lang w:val="fr-FR" w:eastAsia="fr-FR"/>
              </w:rPr>
              <w:t>1979-02-22</w:t>
            </w:r>
          </w:p>
        </w:tc>
        <w:tc>
          <w:tcPr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23F57530" w14:textId="7B9152B9" w:rsidR="001A3D9E" w:rsidRPr="00C408A9" w:rsidRDefault="001A3D9E" w:rsidP="009C7B09">
            <w:pPr>
              <w:spacing w:before="40" w:after="4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 w:cstheme="majorHAnsi"/>
                <w:sz w:val="20"/>
              </w:rPr>
            </w:pPr>
            <w:r w:rsidRPr="001A3D9E">
              <w:rPr>
                <w:rFonts w:ascii="Liberation Sans" w:eastAsia="Times New Roman" w:hAnsi="Liberation Sans" w:cs="Liberation Sans"/>
                <w:sz w:val="20"/>
                <w:szCs w:val="20"/>
                <w:lang w:val="fr-FR" w:eastAsia="fr-FR"/>
              </w:rPr>
              <w:t>NOAA_SSWC_ERA5</w:t>
            </w:r>
          </w:p>
        </w:tc>
      </w:tr>
      <w:tr w:rsidR="001A3D9E" w14:paraId="6584A7B1" w14:textId="77777777" w:rsidTr="009C7B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57974E96" w14:textId="2440456F" w:rsidR="001A3D9E" w:rsidRPr="009C7B09" w:rsidRDefault="001A3D9E" w:rsidP="009C7B09">
            <w:pPr>
              <w:spacing w:before="40" w:after="40"/>
              <w:jc w:val="center"/>
              <w:rPr>
                <w:rFonts w:cstheme="majorHAnsi"/>
                <w:b w:val="0"/>
                <w:bCs w:val="0"/>
                <w:sz w:val="20"/>
              </w:rPr>
            </w:pPr>
            <w:r w:rsidRPr="00C850FC">
              <w:rPr>
                <w:rFonts w:ascii="Liberation Sans" w:hAnsi="Liberation Sans" w:cs="Liberation Sans"/>
                <w:sz w:val="20"/>
                <w:szCs w:val="20"/>
              </w:rPr>
              <w:t>21</w:t>
            </w:r>
          </w:p>
        </w:tc>
        <w:tc>
          <w:tcPr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62AEADB4" w14:textId="0A0C04AB" w:rsidR="001A3D9E" w:rsidRPr="001A3D9E" w:rsidRDefault="001A3D9E" w:rsidP="009C7B09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iberation Sans" w:eastAsia="Times New Roman" w:hAnsi="Liberation Sans" w:cs="Liberation Sans"/>
                <w:sz w:val="20"/>
                <w:szCs w:val="20"/>
                <w:lang w:val="fr-FR" w:eastAsia="fr-FR"/>
              </w:rPr>
            </w:pPr>
            <w:r w:rsidRPr="001A3D9E">
              <w:rPr>
                <w:rFonts w:ascii="Liberation Sans" w:eastAsia="Times New Roman" w:hAnsi="Liberation Sans" w:cs="Liberation Sans"/>
                <w:sz w:val="20"/>
                <w:szCs w:val="20"/>
                <w:lang w:val="fr-FR" w:eastAsia="fr-FR"/>
              </w:rPr>
              <w:t>1980-02-29</w:t>
            </w:r>
          </w:p>
        </w:tc>
        <w:tc>
          <w:tcPr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624AAABB" w14:textId="111F8570" w:rsidR="001A3D9E" w:rsidRPr="00C408A9" w:rsidRDefault="001A3D9E" w:rsidP="009C7B09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</w:rPr>
            </w:pPr>
            <w:r w:rsidRPr="001A3D9E">
              <w:rPr>
                <w:rFonts w:ascii="Liberation Sans" w:eastAsia="Times New Roman" w:hAnsi="Liberation Sans" w:cs="Liberation Sans"/>
                <w:sz w:val="20"/>
                <w:szCs w:val="20"/>
                <w:lang w:val="fr-FR" w:eastAsia="fr-FR"/>
              </w:rPr>
              <w:t>NOAA_SSWC_ERA5</w:t>
            </w:r>
          </w:p>
        </w:tc>
      </w:tr>
      <w:tr w:rsidR="001A3D9E" w14:paraId="6B747BF9" w14:textId="77777777" w:rsidTr="009C7B0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5215C6EB" w14:textId="50B48119" w:rsidR="001A3D9E" w:rsidRPr="009C7B09" w:rsidRDefault="001A3D9E" w:rsidP="009C7B09">
            <w:pPr>
              <w:spacing w:before="40" w:after="40"/>
              <w:jc w:val="center"/>
              <w:rPr>
                <w:rFonts w:cstheme="majorHAnsi"/>
                <w:b w:val="0"/>
                <w:bCs w:val="0"/>
                <w:sz w:val="20"/>
              </w:rPr>
            </w:pPr>
            <w:r w:rsidRPr="00C850FC">
              <w:rPr>
                <w:rFonts w:ascii="Liberation Sans" w:hAnsi="Liberation Sans" w:cs="Liberation Sans"/>
                <w:sz w:val="20"/>
                <w:szCs w:val="20"/>
              </w:rPr>
              <w:t>22</w:t>
            </w:r>
          </w:p>
        </w:tc>
        <w:tc>
          <w:tcPr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287D00C9" w14:textId="0A1BBFBC" w:rsidR="001A3D9E" w:rsidRPr="001A3D9E" w:rsidRDefault="001A3D9E" w:rsidP="009C7B09">
            <w:pPr>
              <w:spacing w:before="40" w:after="4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Liberation Sans" w:eastAsia="Times New Roman" w:hAnsi="Liberation Sans" w:cs="Liberation Sans"/>
                <w:sz w:val="20"/>
                <w:szCs w:val="20"/>
                <w:lang w:val="fr-FR" w:eastAsia="fr-FR"/>
              </w:rPr>
            </w:pPr>
            <w:r w:rsidRPr="001A3D9E">
              <w:rPr>
                <w:rFonts w:ascii="Liberation Sans" w:eastAsia="Times New Roman" w:hAnsi="Liberation Sans" w:cs="Liberation Sans"/>
                <w:sz w:val="20"/>
                <w:szCs w:val="20"/>
                <w:lang w:val="fr-FR" w:eastAsia="fr-FR"/>
              </w:rPr>
              <w:t>1981-03-04</w:t>
            </w:r>
          </w:p>
        </w:tc>
        <w:tc>
          <w:tcPr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5E93E992" w14:textId="014EC17B" w:rsidR="001A3D9E" w:rsidRPr="00C408A9" w:rsidRDefault="001A3D9E" w:rsidP="009C7B09">
            <w:pPr>
              <w:spacing w:before="40" w:after="4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 w:cstheme="majorHAnsi"/>
                <w:sz w:val="20"/>
              </w:rPr>
            </w:pPr>
            <w:r w:rsidRPr="001A3D9E">
              <w:rPr>
                <w:rFonts w:ascii="Liberation Sans" w:eastAsia="Times New Roman" w:hAnsi="Liberation Sans" w:cs="Liberation Sans"/>
                <w:sz w:val="20"/>
                <w:szCs w:val="20"/>
                <w:lang w:val="fr-FR" w:eastAsia="fr-FR"/>
              </w:rPr>
              <w:t>NOAA_SSWC_ERA5</w:t>
            </w:r>
          </w:p>
        </w:tc>
      </w:tr>
      <w:tr w:rsidR="001A3D9E" w14:paraId="3AE98A2D" w14:textId="77777777" w:rsidTr="009C7B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19CEB051" w14:textId="37C98AC0" w:rsidR="001A3D9E" w:rsidRPr="009C7B09" w:rsidRDefault="001A3D9E" w:rsidP="009C7B09">
            <w:pPr>
              <w:spacing w:before="40" w:after="40"/>
              <w:jc w:val="center"/>
              <w:rPr>
                <w:rFonts w:cstheme="majorHAnsi"/>
                <w:b w:val="0"/>
                <w:bCs w:val="0"/>
                <w:sz w:val="20"/>
              </w:rPr>
            </w:pPr>
            <w:r w:rsidRPr="00C850FC">
              <w:rPr>
                <w:rFonts w:ascii="Liberation Sans" w:hAnsi="Liberation Sans" w:cs="Liberation Sans"/>
                <w:sz w:val="20"/>
                <w:szCs w:val="20"/>
              </w:rPr>
              <w:t>23</w:t>
            </w:r>
          </w:p>
        </w:tc>
        <w:tc>
          <w:tcPr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294ED6B7" w14:textId="659737D5" w:rsidR="001A3D9E" w:rsidRPr="001A3D9E" w:rsidRDefault="001A3D9E" w:rsidP="009C7B09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iberation Sans" w:eastAsia="Times New Roman" w:hAnsi="Liberation Sans" w:cs="Liberation Sans"/>
                <w:sz w:val="20"/>
                <w:szCs w:val="20"/>
                <w:lang w:val="fr-FR" w:eastAsia="fr-FR"/>
              </w:rPr>
            </w:pPr>
            <w:r w:rsidRPr="001A3D9E">
              <w:rPr>
                <w:rFonts w:ascii="Liberation Sans" w:eastAsia="Times New Roman" w:hAnsi="Liberation Sans" w:cs="Liberation Sans"/>
                <w:sz w:val="20"/>
                <w:szCs w:val="20"/>
                <w:lang w:val="fr-FR" w:eastAsia="fr-FR"/>
              </w:rPr>
              <w:t>1981-12-04</w:t>
            </w:r>
          </w:p>
        </w:tc>
        <w:tc>
          <w:tcPr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508FE24D" w14:textId="45612A1B" w:rsidR="001A3D9E" w:rsidRPr="00C408A9" w:rsidRDefault="001A3D9E" w:rsidP="009C7B09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</w:rPr>
            </w:pPr>
            <w:r w:rsidRPr="001A3D9E">
              <w:rPr>
                <w:rFonts w:ascii="Liberation Sans" w:eastAsia="Times New Roman" w:hAnsi="Liberation Sans" w:cs="Liberation Sans"/>
                <w:sz w:val="20"/>
                <w:szCs w:val="20"/>
                <w:lang w:val="fr-FR" w:eastAsia="fr-FR"/>
              </w:rPr>
              <w:t>NOAA_SSWC_ERA5</w:t>
            </w:r>
          </w:p>
        </w:tc>
      </w:tr>
      <w:tr w:rsidR="001A3D9E" w14:paraId="2827A874" w14:textId="77777777" w:rsidTr="009C7B0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5D362E13" w14:textId="49DCCC74" w:rsidR="001A3D9E" w:rsidRPr="009C7B09" w:rsidRDefault="001A3D9E" w:rsidP="009C7B09">
            <w:pPr>
              <w:spacing w:before="40" w:after="40"/>
              <w:jc w:val="center"/>
              <w:rPr>
                <w:rFonts w:cstheme="majorHAnsi"/>
                <w:b w:val="0"/>
                <w:bCs w:val="0"/>
                <w:sz w:val="20"/>
              </w:rPr>
            </w:pPr>
            <w:r w:rsidRPr="00C850FC">
              <w:rPr>
                <w:rFonts w:ascii="Liberation Sans" w:hAnsi="Liberation Sans" w:cs="Liberation Sans"/>
                <w:sz w:val="20"/>
                <w:szCs w:val="20"/>
              </w:rPr>
              <w:t>24</w:t>
            </w:r>
          </w:p>
        </w:tc>
        <w:tc>
          <w:tcPr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029274CF" w14:textId="7545CA7B" w:rsidR="001A3D9E" w:rsidRPr="001A3D9E" w:rsidRDefault="001A3D9E" w:rsidP="009C7B09">
            <w:pPr>
              <w:spacing w:before="40" w:after="4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Liberation Sans" w:eastAsia="Times New Roman" w:hAnsi="Liberation Sans" w:cs="Liberation Sans"/>
                <w:sz w:val="20"/>
                <w:szCs w:val="20"/>
                <w:lang w:val="fr-FR" w:eastAsia="fr-FR"/>
              </w:rPr>
            </w:pPr>
            <w:r w:rsidRPr="001A3D9E">
              <w:rPr>
                <w:rFonts w:ascii="Liberation Sans" w:eastAsia="Times New Roman" w:hAnsi="Liberation Sans" w:cs="Liberation Sans"/>
                <w:sz w:val="20"/>
                <w:szCs w:val="20"/>
                <w:lang w:val="fr-FR" w:eastAsia="fr-FR"/>
              </w:rPr>
              <w:t>1984-02-24</w:t>
            </w:r>
          </w:p>
        </w:tc>
        <w:tc>
          <w:tcPr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4797DDE0" w14:textId="3B991DE9" w:rsidR="001A3D9E" w:rsidRPr="00C408A9" w:rsidRDefault="001A3D9E" w:rsidP="009C7B09">
            <w:pPr>
              <w:spacing w:before="40" w:after="4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 w:cstheme="majorHAnsi"/>
                <w:sz w:val="20"/>
              </w:rPr>
            </w:pPr>
            <w:r w:rsidRPr="001A3D9E">
              <w:rPr>
                <w:rFonts w:ascii="Liberation Sans" w:eastAsia="Times New Roman" w:hAnsi="Liberation Sans" w:cs="Liberation Sans"/>
                <w:sz w:val="20"/>
                <w:szCs w:val="20"/>
                <w:lang w:val="fr-FR" w:eastAsia="fr-FR"/>
              </w:rPr>
              <w:t>NOAA_SSWC_ERA5</w:t>
            </w:r>
          </w:p>
        </w:tc>
      </w:tr>
      <w:tr w:rsidR="001A3D9E" w14:paraId="1550445A" w14:textId="77777777" w:rsidTr="009C7B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33036DF8" w14:textId="369C5CC7" w:rsidR="001A3D9E" w:rsidRPr="009C7B09" w:rsidRDefault="001A3D9E" w:rsidP="009C7B09">
            <w:pPr>
              <w:spacing w:before="40" w:after="40"/>
              <w:jc w:val="center"/>
              <w:rPr>
                <w:rFonts w:cstheme="majorHAnsi"/>
                <w:b w:val="0"/>
                <w:bCs w:val="0"/>
                <w:sz w:val="20"/>
              </w:rPr>
            </w:pPr>
            <w:r w:rsidRPr="00C850FC">
              <w:rPr>
                <w:rFonts w:ascii="Liberation Sans" w:hAnsi="Liberation Sans" w:cs="Liberation Sans"/>
                <w:sz w:val="20"/>
                <w:szCs w:val="20"/>
              </w:rPr>
              <w:t>25</w:t>
            </w:r>
          </w:p>
        </w:tc>
        <w:tc>
          <w:tcPr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259E9584" w14:textId="1175C44D" w:rsidR="001A3D9E" w:rsidRPr="001A3D9E" w:rsidRDefault="001A3D9E" w:rsidP="009C7B09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iberation Sans" w:eastAsia="Times New Roman" w:hAnsi="Liberation Sans" w:cs="Liberation Sans"/>
                <w:sz w:val="20"/>
                <w:szCs w:val="20"/>
                <w:lang w:val="fr-FR" w:eastAsia="fr-FR"/>
              </w:rPr>
            </w:pPr>
            <w:r w:rsidRPr="001A3D9E">
              <w:rPr>
                <w:rFonts w:ascii="Liberation Sans" w:eastAsia="Times New Roman" w:hAnsi="Liberation Sans" w:cs="Liberation Sans"/>
                <w:sz w:val="20"/>
                <w:szCs w:val="20"/>
                <w:lang w:val="fr-FR" w:eastAsia="fr-FR"/>
              </w:rPr>
              <w:t>1985-01-01</w:t>
            </w:r>
          </w:p>
        </w:tc>
        <w:tc>
          <w:tcPr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4FDABB4C" w14:textId="7C1D3940" w:rsidR="001A3D9E" w:rsidRPr="00C408A9" w:rsidRDefault="001A3D9E" w:rsidP="009C7B09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</w:rPr>
            </w:pPr>
            <w:r w:rsidRPr="001A3D9E">
              <w:rPr>
                <w:rFonts w:ascii="Liberation Sans" w:eastAsia="Times New Roman" w:hAnsi="Liberation Sans" w:cs="Liberation Sans"/>
                <w:sz w:val="20"/>
                <w:szCs w:val="20"/>
                <w:lang w:val="fr-FR" w:eastAsia="fr-FR"/>
              </w:rPr>
              <w:t>NOAA_SSWC_ERA5</w:t>
            </w:r>
          </w:p>
        </w:tc>
      </w:tr>
      <w:tr w:rsidR="001A3D9E" w14:paraId="37B51A55" w14:textId="77777777" w:rsidTr="009C7B0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19D0EEA0" w14:textId="27A00195" w:rsidR="001A3D9E" w:rsidRPr="009C7B09" w:rsidRDefault="001A3D9E" w:rsidP="009C7B09">
            <w:pPr>
              <w:spacing w:before="40" w:after="40"/>
              <w:jc w:val="center"/>
              <w:rPr>
                <w:rFonts w:cstheme="majorHAnsi"/>
                <w:b w:val="0"/>
                <w:bCs w:val="0"/>
                <w:sz w:val="20"/>
              </w:rPr>
            </w:pPr>
            <w:r w:rsidRPr="00C850FC">
              <w:rPr>
                <w:rFonts w:ascii="Liberation Sans" w:hAnsi="Liberation Sans" w:cs="Liberation Sans"/>
                <w:sz w:val="20"/>
                <w:szCs w:val="20"/>
              </w:rPr>
              <w:t>26</w:t>
            </w:r>
          </w:p>
        </w:tc>
        <w:tc>
          <w:tcPr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7F5F40BF" w14:textId="6DF87BF0" w:rsidR="001A3D9E" w:rsidRPr="001A3D9E" w:rsidRDefault="001A3D9E" w:rsidP="009C7B09">
            <w:pPr>
              <w:spacing w:before="40" w:after="4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Liberation Sans" w:eastAsia="Times New Roman" w:hAnsi="Liberation Sans" w:cs="Liberation Sans"/>
                <w:sz w:val="20"/>
                <w:szCs w:val="20"/>
                <w:lang w:val="fr-FR" w:eastAsia="fr-FR"/>
              </w:rPr>
            </w:pPr>
            <w:r w:rsidRPr="001A3D9E">
              <w:rPr>
                <w:rFonts w:ascii="Liberation Sans" w:eastAsia="Times New Roman" w:hAnsi="Liberation Sans" w:cs="Liberation Sans"/>
                <w:sz w:val="20"/>
                <w:szCs w:val="20"/>
                <w:lang w:val="fr-FR" w:eastAsia="fr-FR"/>
              </w:rPr>
              <w:t>1987-01-23</w:t>
            </w:r>
          </w:p>
        </w:tc>
        <w:tc>
          <w:tcPr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0443CA50" w14:textId="082A42A4" w:rsidR="001A3D9E" w:rsidRPr="00C408A9" w:rsidRDefault="001A3D9E" w:rsidP="009C7B09">
            <w:pPr>
              <w:spacing w:before="40" w:after="4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 w:cstheme="majorHAnsi"/>
                <w:sz w:val="20"/>
              </w:rPr>
            </w:pPr>
            <w:r w:rsidRPr="001A3D9E">
              <w:rPr>
                <w:rFonts w:ascii="Liberation Sans" w:eastAsia="Times New Roman" w:hAnsi="Liberation Sans" w:cs="Liberation Sans"/>
                <w:sz w:val="20"/>
                <w:szCs w:val="20"/>
                <w:lang w:val="fr-FR" w:eastAsia="fr-FR"/>
              </w:rPr>
              <w:t>NOAA_SSWC_ERA5</w:t>
            </w:r>
          </w:p>
        </w:tc>
      </w:tr>
      <w:tr w:rsidR="001A3D9E" w14:paraId="4F994822" w14:textId="77777777" w:rsidTr="009C7B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76F2A51B" w14:textId="406968F3" w:rsidR="001A3D9E" w:rsidRPr="009C7B09" w:rsidRDefault="001A3D9E" w:rsidP="009C7B09">
            <w:pPr>
              <w:spacing w:before="40" w:after="40"/>
              <w:jc w:val="center"/>
              <w:rPr>
                <w:rFonts w:cstheme="majorHAnsi"/>
                <w:b w:val="0"/>
                <w:bCs w:val="0"/>
                <w:sz w:val="20"/>
              </w:rPr>
            </w:pPr>
            <w:r w:rsidRPr="00C850FC">
              <w:rPr>
                <w:rFonts w:ascii="Liberation Sans" w:hAnsi="Liberation Sans" w:cs="Liberation Sans"/>
                <w:sz w:val="20"/>
                <w:szCs w:val="20"/>
              </w:rPr>
              <w:t>27</w:t>
            </w:r>
          </w:p>
        </w:tc>
        <w:tc>
          <w:tcPr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55B4E7A8" w14:textId="70B78857" w:rsidR="001A3D9E" w:rsidRPr="001A3D9E" w:rsidRDefault="001A3D9E" w:rsidP="009C7B09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iberation Sans" w:eastAsia="Times New Roman" w:hAnsi="Liberation Sans" w:cs="Liberation Sans"/>
                <w:sz w:val="20"/>
                <w:szCs w:val="20"/>
                <w:lang w:val="fr-FR" w:eastAsia="fr-FR"/>
              </w:rPr>
            </w:pPr>
            <w:r w:rsidRPr="001A3D9E">
              <w:rPr>
                <w:rFonts w:ascii="Liberation Sans" w:eastAsia="Times New Roman" w:hAnsi="Liberation Sans" w:cs="Liberation Sans"/>
                <w:sz w:val="20"/>
                <w:szCs w:val="20"/>
                <w:lang w:val="fr-FR" w:eastAsia="fr-FR"/>
              </w:rPr>
              <w:t>1987-12-08</w:t>
            </w:r>
          </w:p>
        </w:tc>
        <w:tc>
          <w:tcPr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1827F2C6" w14:textId="584B40C1" w:rsidR="001A3D9E" w:rsidRPr="00C408A9" w:rsidRDefault="001A3D9E" w:rsidP="009C7B09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</w:rPr>
            </w:pPr>
            <w:r w:rsidRPr="001A3D9E">
              <w:rPr>
                <w:rFonts w:ascii="Liberation Sans" w:eastAsia="Times New Roman" w:hAnsi="Liberation Sans" w:cs="Liberation Sans"/>
                <w:sz w:val="20"/>
                <w:szCs w:val="20"/>
                <w:lang w:val="fr-FR" w:eastAsia="fr-FR"/>
              </w:rPr>
              <w:t>NOAA_SSWC_ERA5</w:t>
            </w:r>
          </w:p>
        </w:tc>
      </w:tr>
      <w:tr w:rsidR="001A3D9E" w14:paraId="358C176B" w14:textId="77777777" w:rsidTr="009C7B0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1E15B8C0" w14:textId="26EC187B" w:rsidR="001A3D9E" w:rsidRPr="009C7B09" w:rsidRDefault="001A3D9E" w:rsidP="009C7B09">
            <w:pPr>
              <w:spacing w:before="40" w:after="40"/>
              <w:jc w:val="center"/>
              <w:rPr>
                <w:rFonts w:cstheme="majorHAnsi"/>
                <w:b w:val="0"/>
                <w:bCs w:val="0"/>
                <w:sz w:val="20"/>
              </w:rPr>
            </w:pPr>
            <w:r w:rsidRPr="00C850FC">
              <w:rPr>
                <w:rFonts w:ascii="Liberation Sans" w:hAnsi="Liberation Sans" w:cs="Liberation Sans"/>
                <w:sz w:val="20"/>
                <w:szCs w:val="20"/>
              </w:rPr>
              <w:t>28</w:t>
            </w:r>
          </w:p>
        </w:tc>
        <w:tc>
          <w:tcPr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425D5AD1" w14:textId="4BF67002" w:rsidR="001A3D9E" w:rsidRPr="001A3D9E" w:rsidRDefault="001A3D9E" w:rsidP="009C7B09">
            <w:pPr>
              <w:spacing w:before="40" w:after="4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Liberation Sans" w:eastAsia="Times New Roman" w:hAnsi="Liberation Sans" w:cs="Liberation Sans"/>
                <w:sz w:val="20"/>
                <w:szCs w:val="20"/>
                <w:lang w:val="fr-FR" w:eastAsia="fr-FR"/>
              </w:rPr>
            </w:pPr>
            <w:r w:rsidRPr="001A3D9E">
              <w:rPr>
                <w:rFonts w:ascii="Liberation Sans" w:eastAsia="Times New Roman" w:hAnsi="Liberation Sans" w:cs="Liberation Sans"/>
                <w:sz w:val="20"/>
                <w:szCs w:val="20"/>
                <w:lang w:val="fr-FR" w:eastAsia="fr-FR"/>
              </w:rPr>
              <w:t>1988-03-14</w:t>
            </w:r>
          </w:p>
        </w:tc>
        <w:tc>
          <w:tcPr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1271DF31" w14:textId="5A000846" w:rsidR="001A3D9E" w:rsidRPr="00C408A9" w:rsidRDefault="001A3D9E" w:rsidP="009C7B09">
            <w:pPr>
              <w:spacing w:before="40" w:after="4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 w:cstheme="majorHAnsi"/>
                <w:sz w:val="20"/>
              </w:rPr>
            </w:pPr>
            <w:r w:rsidRPr="001A3D9E">
              <w:rPr>
                <w:rFonts w:ascii="Liberation Sans" w:eastAsia="Times New Roman" w:hAnsi="Liberation Sans" w:cs="Liberation Sans"/>
                <w:sz w:val="20"/>
                <w:szCs w:val="20"/>
                <w:lang w:val="fr-FR" w:eastAsia="fr-FR"/>
              </w:rPr>
              <w:t>NOAA_SSWC_ERA5</w:t>
            </w:r>
          </w:p>
        </w:tc>
      </w:tr>
      <w:tr w:rsidR="001A3D9E" w14:paraId="64B2E481" w14:textId="77777777" w:rsidTr="009C7B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067F3366" w14:textId="4A73F73B" w:rsidR="001A3D9E" w:rsidRPr="009C7B09" w:rsidRDefault="001A3D9E" w:rsidP="009C7B09">
            <w:pPr>
              <w:spacing w:before="40" w:after="40"/>
              <w:jc w:val="center"/>
              <w:rPr>
                <w:rFonts w:cstheme="majorHAnsi"/>
                <w:b w:val="0"/>
                <w:bCs w:val="0"/>
                <w:sz w:val="20"/>
              </w:rPr>
            </w:pPr>
            <w:r w:rsidRPr="00C850FC">
              <w:rPr>
                <w:rFonts w:ascii="Liberation Sans" w:hAnsi="Liberation Sans" w:cs="Liberation Sans"/>
                <w:sz w:val="20"/>
                <w:szCs w:val="20"/>
              </w:rPr>
              <w:t>29</w:t>
            </w:r>
          </w:p>
        </w:tc>
        <w:tc>
          <w:tcPr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58E38FF8" w14:textId="4833E70D" w:rsidR="001A3D9E" w:rsidRPr="001A3D9E" w:rsidRDefault="001A3D9E" w:rsidP="009C7B09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iberation Sans" w:eastAsia="Times New Roman" w:hAnsi="Liberation Sans" w:cs="Liberation Sans"/>
                <w:sz w:val="20"/>
                <w:szCs w:val="20"/>
                <w:lang w:val="fr-FR" w:eastAsia="fr-FR"/>
              </w:rPr>
            </w:pPr>
            <w:r w:rsidRPr="001A3D9E">
              <w:rPr>
                <w:rFonts w:ascii="Liberation Sans" w:eastAsia="Times New Roman" w:hAnsi="Liberation Sans" w:cs="Liberation Sans"/>
                <w:sz w:val="20"/>
                <w:szCs w:val="20"/>
                <w:lang w:val="fr-FR" w:eastAsia="fr-FR"/>
              </w:rPr>
              <w:t>1989-02-21</w:t>
            </w:r>
          </w:p>
        </w:tc>
        <w:tc>
          <w:tcPr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2D16F49D" w14:textId="4E4A4F4E" w:rsidR="001A3D9E" w:rsidRPr="00C408A9" w:rsidRDefault="001A3D9E" w:rsidP="009C7B09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</w:rPr>
            </w:pPr>
            <w:r w:rsidRPr="001A3D9E">
              <w:rPr>
                <w:rFonts w:ascii="Liberation Sans" w:eastAsia="Times New Roman" w:hAnsi="Liberation Sans" w:cs="Liberation Sans"/>
                <w:sz w:val="20"/>
                <w:szCs w:val="20"/>
                <w:lang w:val="fr-FR" w:eastAsia="fr-FR"/>
              </w:rPr>
              <w:t>NOAA_SSWC_ERA5</w:t>
            </w:r>
          </w:p>
        </w:tc>
      </w:tr>
      <w:tr w:rsidR="001A3D9E" w14:paraId="03DA0CA4" w14:textId="77777777" w:rsidTr="009C7B0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125B10CD" w14:textId="5DE07663" w:rsidR="001A3D9E" w:rsidRPr="009C7B09" w:rsidRDefault="001A3D9E" w:rsidP="009C7B09">
            <w:pPr>
              <w:spacing w:before="40" w:after="40"/>
              <w:jc w:val="center"/>
              <w:rPr>
                <w:rFonts w:cstheme="majorHAnsi"/>
                <w:b w:val="0"/>
                <w:bCs w:val="0"/>
                <w:sz w:val="20"/>
              </w:rPr>
            </w:pPr>
            <w:r w:rsidRPr="00C850FC">
              <w:rPr>
                <w:rFonts w:ascii="Liberation Sans" w:hAnsi="Liberation Sans" w:cs="Liberation Sans"/>
                <w:sz w:val="20"/>
                <w:szCs w:val="20"/>
              </w:rPr>
              <w:t>30</w:t>
            </w:r>
          </w:p>
        </w:tc>
        <w:tc>
          <w:tcPr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4AA03F65" w14:textId="0A33ADE6" w:rsidR="001A3D9E" w:rsidRPr="001A3D9E" w:rsidRDefault="001A3D9E" w:rsidP="009C7B09">
            <w:pPr>
              <w:spacing w:before="40" w:after="4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Liberation Sans" w:eastAsia="Times New Roman" w:hAnsi="Liberation Sans" w:cs="Liberation Sans"/>
                <w:sz w:val="20"/>
                <w:szCs w:val="20"/>
                <w:lang w:val="fr-FR" w:eastAsia="fr-FR"/>
              </w:rPr>
            </w:pPr>
            <w:r w:rsidRPr="001A3D9E">
              <w:rPr>
                <w:rFonts w:ascii="Liberation Sans" w:eastAsia="Times New Roman" w:hAnsi="Liberation Sans" w:cs="Liberation Sans"/>
                <w:sz w:val="20"/>
                <w:szCs w:val="20"/>
                <w:lang w:val="fr-FR" w:eastAsia="fr-FR"/>
              </w:rPr>
              <w:t>1998-12-15</w:t>
            </w:r>
          </w:p>
        </w:tc>
        <w:tc>
          <w:tcPr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00ACE501" w14:textId="13D13011" w:rsidR="001A3D9E" w:rsidRPr="00C408A9" w:rsidRDefault="001A3D9E" w:rsidP="009C7B09">
            <w:pPr>
              <w:spacing w:before="40" w:after="4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 w:cstheme="majorHAnsi"/>
                <w:sz w:val="20"/>
              </w:rPr>
            </w:pPr>
            <w:r w:rsidRPr="001A3D9E">
              <w:rPr>
                <w:rFonts w:ascii="Liberation Sans" w:eastAsia="Times New Roman" w:hAnsi="Liberation Sans" w:cs="Liberation Sans"/>
                <w:sz w:val="20"/>
                <w:szCs w:val="20"/>
                <w:lang w:val="fr-FR" w:eastAsia="fr-FR"/>
              </w:rPr>
              <w:t>NOAA_SSWC_ERA5</w:t>
            </w:r>
          </w:p>
        </w:tc>
      </w:tr>
      <w:tr w:rsidR="001A3D9E" w14:paraId="42E71822" w14:textId="77777777" w:rsidTr="009C7B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416F3ABF" w14:textId="072A99A5" w:rsidR="001A3D9E" w:rsidRPr="009C7B09" w:rsidRDefault="001A3D9E" w:rsidP="009C7B09">
            <w:pPr>
              <w:spacing w:before="40" w:after="40"/>
              <w:jc w:val="center"/>
              <w:rPr>
                <w:rFonts w:cstheme="majorHAnsi"/>
                <w:b w:val="0"/>
                <w:bCs w:val="0"/>
                <w:sz w:val="20"/>
              </w:rPr>
            </w:pPr>
            <w:r w:rsidRPr="00C850FC">
              <w:rPr>
                <w:rFonts w:ascii="Liberation Sans" w:hAnsi="Liberation Sans" w:cs="Liberation Sans"/>
                <w:sz w:val="20"/>
                <w:szCs w:val="20"/>
              </w:rPr>
              <w:t>31</w:t>
            </w:r>
          </w:p>
        </w:tc>
        <w:tc>
          <w:tcPr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632D8D79" w14:textId="7BA311AA" w:rsidR="001A3D9E" w:rsidRPr="001A3D9E" w:rsidRDefault="001A3D9E" w:rsidP="009C7B09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iberation Sans" w:eastAsia="Times New Roman" w:hAnsi="Liberation Sans" w:cs="Liberation Sans"/>
                <w:sz w:val="20"/>
                <w:szCs w:val="20"/>
                <w:lang w:val="fr-FR" w:eastAsia="fr-FR"/>
              </w:rPr>
            </w:pPr>
            <w:r w:rsidRPr="001A3D9E">
              <w:rPr>
                <w:rFonts w:ascii="Liberation Sans" w:eastAsia="Times New Roman" w:hAnsi="Liberation Sans" w:cs="Liberation Sans"/>
                <w:sz w:val="20"/>
                <w:szCs w:val="20"/>
                <w:lang w:val="fr-FR" w:eastAsia="fr-FR"/>
              </w:rPr>
              <w:t>1999-02-26</w:t>
            </w:r>
          </w:p>
        </w:tc>
        <w:tc>
          <w:tcPr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65993DDC" w14:textId="5B2DAFA6" w:rsidR="001A3D9E" w:rsidRPr="00C408A9" w:rsidRDefault="001A3D9E" w:rsidP="009C7B09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</w:rPr>
            </w:pPr>
            <w:r w:rsidRPr="001A3D9E">
              <w:rPr>
                <w:rFonts w:ascii="Liberation Sans" w:eastAsia="Times New Roman" w:hAnsi="Liberation Sans" w:cs="Liberation Sans"/>
                <w:sz w:val="20"/>
                <w:szCs w:val="20"/>
                <w:lang w:val="fr-FR" w:eastAsia="fr-FR"/>
              </w:rPr>
              <w:t>NOAA_SSWC_ERA5</w:t>
            </w:r>
          </w:p>
        </w:tc>
      </w:tr>
      <w:tr w:rsidR="001A3D9E" w14:paraId="013A3205" w14:textId="77777777" w:rsidTr="009C7B0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3D79C2EF" w14:textId="08551514" w:rsidR="001A3D9E" w:rsidRPr="009C7B09" w:rsidRDefault="001A3D9E" w:rsidP="009C7B09">
            <w:pPr>
              <w:spacing w:before="40" w:after="40"/>
              <w:jc w:val="center"/>
              <w:rPr>
                <w:rFonts w:cstheme="majorHAnsi"/>
                <w:b w:val="0"/>
                <w:bCs w:val="0"/>
                <w:sz w:val="20"/>
              </w:rPr>
            </w:pPr>
            <w:r w:rsidRPr="00C850FC">
              <w:rPr>
                <w:rFonts w:ascii="Liberation Sans" w:hAnsi="Liberation Sans" w:cs="Liberation Sans"/>
                <w:sz w:val="20"/>
                <w:szCs w:val="20"/>
              </w:rPr>
              <w:lastRenderedPageBreak/>
              <w:t>32</w:t>
            </w:r>
          </w:p>
        </w:tc>
        <w:tc>
          <w:tcPr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033811B6" w14:textId="39E9A10B" w:rsidR="001A3D9E" w:rsidRPr="001A3D9E" w:rsidRDefault="001A3D9E" w:rsidP="009C7B09">
            <w:pPr>
              <w:spacing w:before="40" w:after="4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Liberation Sans" w:eastAsia="Times New Roman" w:hAnsi="Liberation Sans" w:cs="Liberation Sans"/>
                <w:sz w:val="20"/>
                <w:szCs w:val="20"/>
                <w:lang w:val="fr-FR" w:eastAsia="fr-FR"/>
              </w:rPr>
            </w:pPr>
            <w:r w:rsidRPr="001A3D9E">
              <w:rPr>
                <w:rFonts w:ascii="Liberation Sans" w:eastAsia="Times New Roman" w:hAnsi="Liberation Sans" w:cs="Liberation Sans"/>
                <w:sz w:val="20"/>
                <w:szCs w:val="20"/>
                <w:lang w:val="fr-FR" w:eastAsia="fr-FR"/>
              </w:rPr>
              <w:t>2000-03-20</w:t>
            </w:r>
          </w:p>
        </w:tc>
        <w:tc>
          <w:tcPr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190C2027" w14:textId="02B86B58" w:rsidR="001A3D9E" w:rsidRPr="00C408A9" w:rsidRDefault="001A3D9E" w:rsidP="009C7B09">
            <w:pPr>
              <w:spacing w:before="40" w:after="4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 w:cstheme="majorHAnsi"/>
                <w:sz w:val="20"/>
              </w:rPr>
            </w:pPr>
            <w:r w:rsidRPr="001A3D9E">
              <w:rPr>
                <w:rFonts w:ascii="Liberation Sans" w:eastAsia="Times New Roman" w:hAnsi="Liberation Sans" w:cs="Liberation Sans"/>
                <w:sz w:val="20"/>
                <w:szCs w:val="20"/>
                <w:lang w:val="fr-FR" w:eastAsia="fr-FR"/>
              </w:rPr>
              <w:t>NOAA_SSWC_ERA5</w:t>
            </w:r>
          </w:p>
        </w:tc>
      </w:tr>
      <w:tr w:rsidR="001A3D9E" w14:paraId="356C61A5" w14:textId="77777777" w:rsidTr="009C7B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63788457" w14:textId="43165457" w:rsidR="001A3D9E" w:rsidRPr="009C7B09" w:rsidRDefault="001A3D9E" w:rsidP="009C7B09">
            <w:pPr>
              <w:spacing w:before="40" w:after="40"/>
              <w:jc w:val="center"/>
              <w:rPr>
                <w:rFonts w:cstheme="majorHAnsi"/>
                <w:b w:val="0"/>
                <w:bCs w:val="0"/>
                <w:sz w:val="20"/>
              </w:rPr>
            </w:pPr>
            <w:r w:rsidRPr="00C850FC">
              <w:rPr>
                <w:rFonts w:ascii="Liberation Sans" w:hAnsi="Liberation Sans" w:cs="Liberation Sans"/>
                <w:sz w:val="20"/>
                <w:szCs w:val="20"/>
              </w:rPr>
              <w:t>33</w:t>
            </w:r>
          </w:p>
        </w:tc>
        <w:tc>
          <w:tcPr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2179EBD4" w14:textId="52D3E741" w:rsidR="001A3D9E" w:rsidRPr="001A3D9E" w:rsidRDefault="001A3D9E" w:rsidP="009C7B09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iberation Sans" w:eastAsia="Times New Roman" w:hAnsi="Liberation Sans" w:cs="Liberation Sans"/>
                <w:sz w:val="20"/>
                <w:szCs w:val="20"/>
                <w:lang w:val="fr-FR" w:eastAsia="fr-FR"/>
              </w:rPr>
            </w:pPr>
            <w:r w:rsidRPr="001A3D9E">
              <w:rPr>
                <w:rFonts w:ascii="Liberation Sans" w:eastAsia="Times New Roman" w:hAnsi="Liberation Sans" w:cs="Liberation Sans"/>
                <w:sz w:val="20"/>
                <w:szCs w:val="20"/>
                <w:lang w:val="fr-FR" w:eastAsia="fr-FR"/>
              </w:rPr>
              <w:t>2001-02-11</w:t>
            </w:r>
          </w:p>
        </w:tc>
        <w:tc>
          <w:tcPr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5D58DEE8" w14:textId="77FAC1FE" w:rsidR="001A3D9E" w:rsidRPr="00C408A9" w:rsidRDefault="001A3D9E" w:rsidP="009C7B09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</w:rPr>
            </w:pPr>
            <w:r w:rsidRPr="001A3D9E">
              <w:rPr>
                <w:rFonts w:ascii="Liberation Sans" w:eastAsia="Times New Roman" w:hAnsi="Liberation Sans" w:cs="Liberation Sans"/>
                <w:sz w:val="20"/>
                <w:szCs w:val="20"/>
                <w:lang w:val="fr-FR" w:eastAsia="fr-FR"/>
              </w:rPr>
              <w:t>NOAA_SSWC_ERA5</w:t>
            </w:r>
          </w:p>
        </w:tc>
      </w:tr>
      <w:tr w:rsidR="001A3D9E" w14:paraId="4F5F5023" w14:textId="77777777" w:rsidTr="009C7B0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6E12C2D7" w14:textId="4AAE70A9" w:rsidR="001A3D9E" w:rsidRPr="009C7B09" w:rsidRDefault="001A3D9E" w:rsidP="009C7B09">
            <w:pPr>
              <w:spacing w:before="40" w:after="40"/>
              <w:jc w:val="center"/>
              <w:rPr>
                <w:rFonts w:cstheme="majorHAnsi"/>
                <w:b w:val="0"/>
                <w:bCs w:val="0"/>
                <w:sz w:val="20"/>
              </w:rPr>
            </w:pPr>
            <w:r w:rsidRPr="00C850FC">
              <w:rPr>
                <w:rFonts w:ascii="Liberation Sans" w:hAnsi="Liberation Sans" w:cs="Liberation Sans"/>
                <w:sz w:val="20"/>
                <w:szCs w:val="20"/>
              </w:rPr>
              <w:t>34</w:t>
            </w:r>
          </w:p>
        </w:tc>
        <w:tc>
          <w:tcPr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60C99C21" w14:textId="265B94A9" w:rsidR="001A3D9E" w:rsidRPr="001A3D9E" w:rsidRDefault="001A3D9E" w:rsidP="009C7B09">
            <w:pPr>
              <w:spacing w:before="40" w:after="4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Liberation Sans" w:eastAsia="Times New Roman" w:hAnsi="Liberation Sans" w:cs="Liberation Sans"/>
                <w:sz w:val="20"/>
                <w:szCs w:val="20"/>
                <w:lang w:val="fr-FR" w:eastAsia="fr-FR"/>
              </w:rPr>
            </w:pPr>
            <w:r w:rsidRPr="001A3D9E">
              <w:rPr>
                <w:rFonts w:ascii="Liberation Sans" w:eastAsia="Times New Roman" w:hAnsi="Liberation Sans" w:cs="Liberation Sans"/>
                <w:sz w:val="20"/>
                <w:szCs w:val="20"/>
                <w:lang w:val="fr-FR" w:eastAsia="fr-FR"/>
              </w:rPr>
              <w:t>2001-12-30</w:t>
            </w:r>
          </w:p>
        </w:tc>
        <w:tc>
          <w:tcPr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317778BA" w14:textId="69F121DD" w:rsidR="001A3D9E" w:rsidRPr="00C408A9" w:rsidRDefault="001A3D9E" w:rsidP="009C7B09">
            <w:pPr>
              <w:spacing w:before="40" w:after="4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 w:cstheme="majorHAnsi"/>
                <w:sz w:val="20"/>
              </w:rPr>
            </w:pPr>
            <w:r w:rsidRPr="001A3D9E">
              <w:rPr>
                <w:rFonts w:ascii="Liberation Sans" w:eastAsia="Times New Roman" w:hAnsi="Liberation Sans" w:cs="Liberation Sans"/>
                <w:sz w:val="20"/>
                <w:szCs w:val="20"/>
                <w:lang w:val="fr-FR" w:eastAsia="fr-FR"/>
              </w:rPr>
              <w:t>NOAA_SSWC_ERA5</w:t>
            </w:r>
          </w:p>
        </w:tc>
      </w:tr>
      <w:tr w:rsidR="001A3D9E" w14:paraId="32A42444" w14:textId="77777777" w:rsidTr="009C7B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07F9DDAD" w14:textId="2124E22E" w:rsidR="001A3D9E" w:rsidRPr="009C7B09" w:rsidRDefault="001A3D9E" w:rsidP="009C7B09">
            <w:pPr>
              <w:spacing w:before="40" w:after="40"/>
              <w:jc w:val="center"/>
              <w:rPr>
                <w:rFonts w:cstheme="majorHAnsi"/>
                <w:b w:val="0"/>
                <w:bCs w:val="0"/>
                <w:sz w:val="20"/>
              </w:rPr>
            </w:pPr>
            <w:r w:rsidRPr="00C850FC">
              <w:rPr>
                <w:rFonts w:ascii="Liberation Sans" w:hAnsi="Liberation Sans" w:cs="Liberation Sans"/>
                <w:sz w:val="20"/>
                <w:szCs w:val="20"/>
              </w:rPr>
              <w:t>35</w:t>
            </w:r>
          </w:p>
        </w:tc>
        <w:tc>
          <w:tcPr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17B9F2C4" w14:textId="2262EE63" w:rsidR="001A3D9E" w:rsidRPr="001A3D9E" w:rsidRDefault="001A3D9E" w:rsidP="009C7B09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iberation Sans" w:eastAsia="Times New Roman" w:hAnsi="Liberation Sans" w:cs="Liberation Sans"/>
                <w:sz w:val="20"/>
                <w:szCs w:val="20"/>
                <w:lang w:val="fr-FR" w:eastAsia="fr-FR"/>
              </w:rPr>
            </w:pPr>
            <w:r w:rsidRPr="001A3D9E">
              <w:rPr>
                <w:rFonts w:ascii="Liberation Sans" w:eastAsia="Times New Roman" w:hAnsi="Liberation Sans" w:cs="Liberation Sans"/>
                <w:sz w:val="20"/>
                <w:szCs w:val="20"/>
                <w:lang w:val="fr-FR" w:eastAsia="fr-FR"/>
              </w:rPr>
              <w:t>2002-02-17</w:t>
            </w:r>
          </w:p>
        </w:tc>
        <w:tc>
          <w:tcPr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53A31687" w14:textId="62ACFE1D" w:rsidR="001A3D9E" w:rsidRPr="00C408A9" w:rsidRDefault="001A3D9E" w:rsidP="009C7B09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</w:rPr>
            </w:pPr>
            <w:r w:rsidRPr="001A3D9E">
              <w:rPr>
                <w:rFonts w:ascii="Liberation Sans" w:eastAsia="Times New Roman" w:hAnsi="Liberation Sans" w:cs="Liberation Sans"/>
                <w:sz w:val="20"/>
                <w:szCs w:val="20"/>
                <w:lang w:val="fr-FR" w:eastAsia="fr-FR"/>
              </w:rPr>
              <w:t>NOAA_SSWC_ERA5</w:t>
            </w:r>
          </w:p>
        </w:tc>
      </w:tr>
      <w:tr w:rsidR="001A3D9E" w14:paraId="16786970" w14:textId="77777777" w:rsidTr="009C7B0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11680A87" w14:textId="1F05CFEF" w:rsidR="001A3D9E" w:rsidRPr="009C7B09" w:rsidRDefault="001A3D9E" w:rsidP="009C7B09">
            <w:pPr>
              <w:spacing w:before="40" w:after="40"/>
              <w:jc w:val="center"/>
              <w:rPr>
                <w:rFonts w:cstheme="majorHAnsi"/>
                <w:b w:val="0"/>
                <w:bCs w:val="0"/>
                <w:sz w:val="20"/>
              </w:rPr>
            </w:pPr>
            <w:r w:rsidRPr="00C850FC">
              <w:rPr>
                <w:rFonts w:ascii="Liberation Sans" w:hAnsi="Liberation Sans" w:cs="Liberation Sans"/>
                <w:sz w:val="20"/>
                <w:szCs w:val="20"/>
              </w:rPr>
              <w:t>36</w:t>
            </w:r>
          </w:p>
        </w:tc>
        <w:tc>
          <w:tcPr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5F68A44C" w14:textId="48602162" w:rsidR="001A3D9E" w:rsidRPr="001A3D9E" w:rsidRDefault="001A3D9E" w:rsidP="009C7B09">
            <w:pPr>
              <w:spacing w:before="40" w:after="4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Liberation Sans" w:eastAsia="Times New Roman" w:hAnsi="Liberation Sans" w:cs="Liberation Sans"/>
                <w:sz w:val="20"/>
                <w:szCs w:val="20"/>
                <w:lang w:val="fr-FR" w:eastAsia="fr-FR"/>
              </w:rPr>
            </w:pPr>
            <w:r w:rsidRPr="001A3D9E">
              <w:rPr>
                <w:rFonts w:ascii="Liberation Sans" w:eastAsia="Times New Roman" w:hAnsi="Liberation Sans" w:cs="Liberation Sans"/>
                <w:sz w:val="20"/>
                <w:szCs w:val="20"/>
                <w:lang w:val="fr-FR" w:eastAsia="fr-FR"/>
              </w:rPr>
              <w:t>2003-01-18</w:t>
            </w:r>
          </w:p>
        </w:tc>
        <w:tc>
          <w:tcPr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4C73EDD9" w14:textId="219D8EC8" w:rsidR="001A3D9E" w:rsidRPr="00C408A9" w:rsidRDefault="001A3D9E" w:rsidP="009C7B09">
            <w:pPr>
              <w:spacing w:before="40" w:after="4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 w:cstheme="majorHAnsi"/>
                <w:sz w:val="20"/>
              </w:rPr>
            </w:pPr>
            <w:r w:rsidRPr="001A3D9E">
              <w:rPr>
                <w:rFonts w:ascii="Liberation Sans" w:eastAsia="Times New Roman" w:hAnsi="Liberation Sans" w:cs="Liberation Sans"/>
                <w:sz w:val="20"/>
                <w:szCs w:val="20"/>
                <w:lang w:val="fr-FR" w:eastAsia="fr-FR"/>
              </w:rPr>
              <w:t>NOAA_SSWC_ERA5</w:t>
            </w:r>
          </w:p>
        </w:tc>
      </w:tr>
      <w:tr w:rsidR="001A3D9E" w14:paraId="0EA09A03" w14:textId="77777777" w:rsidTr="009C7B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69C76703" w14:textId="3D06D9C4" w:rsidR="001A3D9E" w:rsidRPr="009C7B09" w:rsidRDefault="001A3D9E" w:rsidP="009C7B09">
            <w:pPr>
              <w:spacing w:before="40" w:after="40"/>
              <w:jc w:val="center"/>
              <w:rPr>
                <w:rFonts w:cstheme="majorHAnsi"/>
                <w:b w:val="0"/>
                <w:bCs w:val="0"/>
                <w:sz w:val="20"/>
              </w:rPr>
            </w:pPr>
            <w:r w:rsidRPr="00C850FC">
              <w:rPr>
                <w:rFonts w:ascii="Liberation Sans" w:hAnsi="Liberation Sans" w:cs="Liberation Sans"/>
                <w:sz w:val="20"/>
                <w:szCs w:val="20"/>
              </w:rPr>
              <w:t>37</w:t>
            </w:r>
          </w:p>
        </w:tc>
        <w:tc>
          <w:tcPr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21C7DAB3" w14:textId="2AED8924" w:rsidR="001A3D9E" w:rsidRPr="001A3D9E" w:rsidRDefault="001A3D9E" w:rsidP="009C7B09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iberation Sans" w:eastAsia="Times New Roman" w:hAnsi="Liberation Sans" w:cs="Liberation Sans"/>
                <w:sz w:val="20"/>
                <w:szCs w:val="20"/>
                <w:lang w:val="fr-FR" w:eastAsia="fr-FR"/>
              </w:rPr>
            </w:pPr>
            <w:r w:rsidRPr="001A3D9E">
              <w:rPr>
                <w:rFonts w:ascii="Liberation Sans" w:eastAsia="Times New Roman" w:hAnsi="Liberation Sans" w:cs="Liberation Sans"/>
                <w:sz w:val="20"/>
                <w:szCs w:val="20"/>
                <w:lang w:val="fr-FR" w:eastAsia="fr-FR"/>
              </w:rPr>
              <w:t>2004-01-05</w:t>
            </w:r>
          </w:p>
        </w:tc>
        <w:tc>
          <w:tcPr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0B1DBB21" w14:textId="347B45E1" w:rsidR="001A3D9E" w:rsidRPr="00C408A9" w:rsidRDefault="001A3D9E" w:rsidP="009C7B09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</w:rPr>
            </w:pPr>
            <w:r w:rsidRPr="001A3D9E">
              <w:rPr>
                <w:rFonts w:ascii="Liberation Sans" w:eastAsia="Times New Roman" w:hAnsi="Liberation Sans" w:cs="Liberation Sans"/>
                <w:sz w:val="20"/>
                <w:szCs w:val="20"/>
                <w:lang w:val="fr-FR" w:eastAsia="fr-FR"/>
              </w:rPr>
              <w:t>NOAA_SSWC_ERA5</w:t>
            </w:r>
          </w:p>
        </w:tc>
      </w:tr>
      <w:tr w:rsidR="001A3D9E" w14:paraId="32D24882" w14:textId="77777777" w:rsidTr="009C7B0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627E2253" w14:textId="4ADD1B27" w:rsidR="001A3D9E" w:rsidRPr="009C7B09" w:rsidRDefault="001A3D9E" w:rsidP="009C7B09">
            <w:pPr>
              <w:spacing w:before="40" w:after="40"/>
              <w:jc w:val="center"/>
              <w:rPr>
                <w:rFonts w:cstheme="majorHAnsi"/>
                <w:b w:val="0"/>
                <w:bCs w:val="0"/>
                <w:sz w:val="20"/>
              </w:rPr>
            </w:pPr>
            <w:r w:rsidRPr="00C850FC">
              <w:rPr>
                <w:rFonts w:ascii="Liberation Sans" w:hAnsi="Liberation Sans" w:cs="Liberation Sans"/>
                <w:sz w:val="20"/>
                <w:szCs w:val="20"/>
              </w:rPr>
              <w:t>38</w:t>
            </w:r>
          </w:p>
        </w:tc>
        <w:tc>
          <w:tcPr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1BF7A32B" w14:textId="75B2EA10" w:rsidR="001A3D9E" w:rsidRPr="001A3D9E" w:rsidRDefault="001A3D9E" w:rsidP="009C7B09">
            <w:pPr>
              <w:spacing w:before="40" w:after="4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Liberation Sans" w:eastAsia="Times New Roman" w:hAnsi="Liberation Sans" w:cs="Liberation Sans"/>
                <w:sz w:val="20"/>
                <w:szCs w:val="20"/>
                <w:lang w:val="fr-FR" w:eastAsia="fr-FR"/>
              </w:rPr>
            </w:pPr>
            <w:r w:rsidRPr="001A3D9E">
              <w:rPr>
                <w:rFonts w:ascii="Liberation Sans" w:eastAsia="Times New Roman" w:hAnsi="Liberation Sans" w:cs="Liberation Sans"/>
                <w:sz w:val="20"/>
                <w:szCs w:val="20"/>
                <w:lang w:val="fr-FR" w:eastAsia="fr-FR"/>
              </w:rPr>
              <w:t>2006-01-21</w:t>
            </w:r>
          </w:p>
        </w:tc>
        <w:tc>
          <w:tcPr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063B7A5F" w14:textId="78349D8E" w:rsidR="001A3D9E" w:rsidRPr="00C408A9" w:rsidRDefault="001A3D9E" w:rsidP="009C7B09">
            <w:pPr>
              <w:spacing w:before="40" w:after="4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 w:cstheme="majorHAnsi"/>
                <w:sz w:val="20"/>
              </w:rPr>
            </w:pPr>
            <w:r w:rsidRPr="001A3D9E">
              <w:rPr>
                <w:rFonts w:ascii="Liberation Sans" w:eastAsia="Times New Roman" w:hAnsi="Liberation Sans" w:cs="Liberation Sans"/>
                <w:sz w:val="20"/>
                <w:szCs w:val="20"/>
                <w:lang w:val="fr-FR" w:eastAsia="fr-FR"/>
              </w:rPr>
              <w:t>NOAA_SSWC_ERA5</w:t>
            </w:r>
          </w:p>
        </w:tc>
      </w:tr>
      <w:tr w:rsidR="001A3D9E" w14:paraId="1C59DF3F" w14:textId="77777777" w:rsidTr="009C7B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042F953E" w14:textId="1F67970A" w:rsidR="001A3D9E" w:rsidRPr="009C7B09" w:rsidRDefault="001A3D9E" w:rsidP="009C7B09">
            <w:pPr>
              <w:spacing w:before="40" w:after="40"/>
              <w:jc w:val="center"/>
              <w:rPr>
                <w:rFonts w:cstheme="majorHAnsi"/>
                <w:b w:val="0"/>
                <w:bCs w:val="0"/>
                <w:sz w:val="20"/>
              </w:rPr>
            </w:pPr>
            <w:r w:rsidRPr="00C850FC">
              <w:rPr>
                <w:rFonts w:ascii="Liberation Sans" w:hAnsi="Liberation Sans" w:cs="Liberation Sans"/>
                <w:sz w:val="20"/>
                <w:szCs w:val="20"/>
              </w:rPr>
              <w:t>39</w:t>
            </w:r>
          </w:p>
        </w:tc>
        <w:tc>
          <w:tcPr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307D1735" w14:textId="6BCA6CA8" w:rsidR="001A3D9E" w:rsidRPr="001A3D9E" w:rsidRDefault="001A3D9E" w:rsidP="009C7B09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iberation Sans" w:eastAsia="Times New Roman" w:hAnsi="Liberation Sans" w:cs="Liberation Sans"/>
                <w:sz w:val="20"/>
                <w:szCs w:val="20"/>
                <w:lang w:val="fr-FR" w:eastAsia="fr-FR"/>
              </w:rPr>
            </w:pPr>
            <w:r w:rsidRPr="001A3D9E">
              <w:rPr>
                <w:rFonts w:ascii="Liberation Sans" w:eastAsia="Times New Roman" w:hAnsi="Liberation Sans" w:cs="Liberation Sans"/>
                <w:sz w:val="20"/>
                <w:szCs w:val="20"/>
                <w:lang w:val="fr-FR" w:eastAsia="fr-FR"/>
              </w:rPr>
              <w:t>2007-02-24</w:t>
            </w:r>
          </w:p>
        </w:tc>
        <w:tc>
          <w:tcPr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49F0221F" w14:textId="158D421B" w:rsidR="001A3D9E" w:rsidRPr="00C408A9" w:rsidRDefault="001A3D9E" w:rsidP="009C7B09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</w:rPr>
            </w:pPr>
            <w:r w:rsidRPr="001A3D9E">
              <w:rPr>
                <w:rFonts w:ascii="Liberation Sans" w:eastAsia="Times New Roman" w:hAnsi="Liberation Sans" w:cs="Liberation Sans"/>
                <w:sz w:val="20"/>
                <w:szCs w:val="20"/>
                <w:lang w:val="fr-FR" w:eastAsia="fr-FR"/>
              </w:rPr>
              <w:t>NOAA_SSWC_ERA5</w:t>
            </w:r>
          </w:p>
        </w:tc>
      </w:tr>
      <w:tr w:rsidR="001A3D9E" w14:paraId="7F88B911" w14:textId="77777777" w:rsidTr="009C7B0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72667866" w14:textId="641A1560" w:rsidR="001A3D9E" w:rsidRPr="009C7B09" w:rsidRDefault="001A3D9E" w:rsidP="009C7B09">
            <w:pPr>
              <w:spacing w:before="40" w:after="40"/>
              <w:jc w:val="center"/>
              <w:rPr>
                <w:rFonts w:cstheme="majorHAnsi"/>
                <w:b w:val="0"/>
                <w:bCs w:val="0"/>
                <w:sz w:val="20"/>
              </w:rPr>
            </w:pPr>
            <w:r w:rsidRPr="00C850FC">
              <w:rPr>
                <w:rFonts w:ascii="Liberation Sans" w:hAnsi="Liberation Sans" w:cs="Liberation Sans"/>
                <w:sz w:val="20"/>
                <w:szCs w:val="20"/>
              </w:rPr>
              <w:t>40</w:t>
            </w:r>
          </w:p>
        </w:tc>
        <w:tc>
          <w:tcPr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6025E873" w14:textId="4FB76B2E" w:rsidR="001A3D9E" w:rsidRPr="001A3D9E" w:rsidRDefault="001A3D9E" w:rsidP="009C7B09">
            <w:pPr>
              <w:spacing w:before="40" w:after="4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Liberation Sans" w:eastAsia="Times New Roman" w:hAnsi="Liberation Sans" w:cs="Liberation Sans"/>
                <w:sz w:val="20"/>
                <w:szCs w:val="20"/>
                <w:lang w:val="fr-FR" w:eastAsia="fr-FR"/>
              </w:rPr>
            </w:pPr>
            <w:r w:rsidRPr="001A3D9E">
              <w:rPr>
                <w:rFonts w:ascii="Liberation Sans" w:eastAsia="Times New Roman" w:hAnsi="Liberation Sans" w:cs="Liberation Sans"/>
                <w:sz w:val="20"/>
                <w:szCs w:val="20"/>
                <w:lang w:val="fr-FR" w:eastAsia="fr-FR"/>
              </w:rPr>
              <w:t>2008-02-22</w:t>
            </w:r>
          </w:p>
        </w:tc>
        <w:tc>
          <w:tcPr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2953664F" w14:textId="672DC07A" w:rsidR="001A3D9E" w:rsidRPr="00C408A9" w:rsidRDefault="001A3D9E" w:rsidP="009C7B09">
            <w:pPr>
              <w:spacing w:before="40" w:after="4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 w:cstheme="majorHAnsi"/>
                <w:sz w:val="20"/>
              </w:rPr>
            </w:pPr>
            <w:r w:rsidRPr="001A3D9E">
              <w:rPr>
                <w:rFonts w:ascii="Liberation Sans" w:eastAsia="Times New Roman" w:hAnsi="Liberation Sans" w:cs="Liberation Sans"/>
                <w:sz w:val="20"/>
                <w:szCs w:val="20"/>
                <w:lang w:val="fr-FR" w:eastAsia="fr-FR"/>
              </w:rPr>
              <w:t>NOAA_SSWC_ERA5</w:t>
            </w:r>
          </w:p>
        </w:tc>
      </w:tr>
      <w:tr w:rsidR="001A3D9E" w14:paraId="00604221" w14:textId="77777777" w:rsidTr="009C7B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44D0EECC" w14:textId="57B2ED4C" w:rsidR="001A3D9E" w:rsidRPr="009C7B09" w:rsidRDefault="001A3D9E" w:rsidP="009C7B09">
            <w:pPr>
              <w:spacing w:before="40" w:after="40"/>
              <w:jc w:val="center"/>
              <w:rPr>
                <w:rFonts w:cstheme="majorHAnsi"/>
                <w:b w:val="0"/>
                <w:bCs w:val="0"/>
                <w:sz w:val="20"/>
              </w:rPr>
            </w:pPr>
            <w:r w:rsidRPr="00C850FC">
              <w:rPr>
                <w:rFonts w:ascii="Liberation Sans" w:hAnsi="Liberation Sans" w:cs="Liberation Sans"/>
                <w:sz w:val="20"/>
                <w:szCs w:val="20"/>
              </w:rPr>
              <w:t>41</w:t>
            </w:r>
          </w:p>
        </w:tc>
        <w:tc>
          <w:tcPr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1E65CFD1" w14:textId="4A97B12E" w:rsidR="001A3D9E" w:rsidRPr="001A3D9E" w:rsidRDefault="001A3D9E" w:rsidP="009C7B09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iberation Sans" w:eastAsia="Times New Roman" w:hAnsi="Liberation Sans" w:cs="Liberation Sans"/>
                <w:sz w:val="20"/>
                <w:szCs w:val="20"/>
                <w:lang w:val="fr-FR" w:eastAsia="fr-FR"/>
              </w:rPr>
            </w:pPr>
            <w:r w:rsidRPr="001A3D9E">
              <w:rPr>
                <w:rFonts w:ascii="Liberation Sans" w:eastAsia="Times New Roman" w:hAnsi="Liberation Sans" w:cs="Liberation Sans"/>
                <w:sz w:val="20"/>
                <w:szCs w:val="20"/>
                <w:lang w:val="fr-FR" w:eastAsia="fr-FR"/>
              </w:rPr>
              <w:t>2009-01-24</w:t>
            </w:r>
          </w:p>
        </w:tc>
        <w:tc>
          <w:tcPr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42E2583F" w14:textId="613DEAC6" w:rsidR="001A3D9E" w:rsidRPr="00C408A9" w:rsidRDefault="001A3D9E" w:rsidP="009C7B09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</w:rPr>
            </w:pPr>
            <w:r w:rsidRPr="001A3D9E">
              <w:rPr>
                <w:rFonts w:ascii="Liberation Sans" w:eastAsia="Times New Roman" w:hAnsi="Liberation Sans" w:cs="Liberation Sans"/>
                <w:sz w:val="20"/>
                <w:szCs w:val="20"/>
                <w:lang w:val="fr-FR" w:eastAsia="fr-FR"/>
              </w:rPr>
              <w:t>NOAA_SSWC_ERA5</w:t>
            </w:r>
          </w:p>
        </w:tc>
      </w:tr>
      <w:tr w:rsidR="001A3D9E" w14:paraId="5D1C8DAD" w14:textId="77777777" w:rsidTr="009C7B0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5FBB35B4" w14:textId="06466C42" w:rsidR="001A3D9E" w:rsidRPr="009C7B09" w:rsidRDefault="001A3D9E" w:rsidP="009C7B09">
            <w:pPr>
              <w:spacing w:before="40" w:after="40"/>
              <w:jc w:val="center"/>
              <w:rPr>
                <w:rFonts w:cstheme="majorHAnsi"/>
                <w:b w:val="0"/>
                <w:bCs w:val="0"/>
                <w:sz w:val="20"/>
              </w:rPr>
            </w:pPr>
            <w:r w:rsidRPr="00C850FC">
              <w:rPr>
                <w:rFonts w:ascii="Liberation Sans" w:hAnsi="Liberation Sans" w:cs="Liberation Sans"/>
                <w:sz w:val="20"/>
                <w:szCs w:val="20"/>
              </w:rPr>
              <w:t>42</w:t>
            </w:r>
          </w:p>
        </w:tc>
        <w:tc>
          <w:tcPr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2C081551" w14:textId="38751A03" w:rsidR="001A3D9E" w:rsidRPr="001A3D9E" w:rsidRDefault="001A3D9E" w:rsidP="009C7B09">
            <w:pPr>
              <w:spacing w:before="40" w:after="4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Liberation Sans" w:eastAsia="Times New Roman" w:hAnsi="Liberation Sans" w:cs="Liberation Sans"/>
                <w:sz w:val="20"/>
                <w:szCs w:val="20"/>
                <w:lang w:val="fr-FR" w:eastAsia="fr-FR"/>
              </w:rPr>
            </w:pPr>
            <w:r w:rsidRPr="001A3D9E">
              <w:rPr>
                <w:rFonts w:ascii="Liberation Sans" w:eastAsia="Times New Roman" w:hAnsi="Liberation Sans" w:cs="Liberation Sans"/>
                <w:sz w:val="20"/>
                <w:szCs w:val="20"/>
                <w:lang w:val="fr-FR" w:eastAsia="fr-FR"/>
              </w:rPr>
              <w:t>2010-02-09</w:t>
            </w:r>
          </w:p>
        </w:tc>
        <w:tc>
          <w:tcPr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4D269B31" w14:textId="1F64A1B2" w:rsidR="001A3D9E" w:rsidRPr="00C408A9" w:rsidRDefault="001A3D9E" w:rsidP="009C7B09">
            <w:pPr>
              <w:spacing w:before="40" w:after="4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 w:cstheme="majorHAnsi"/>
                <w:sz w:val="20"/>
              </w:rPr>
            </w:pPr>
            <w:r w:rsidRPr="001A3D9E">
              <w:rPr>
                <w:rFonts w:ascii="Liberation Sans" w:eastAsia="Times New Roman" w:hAnsi="Liberation Sans" w:cs="Liberation Sans"/>
                <w:sz w:val="20"/>
                <w:szCs w:val="20"/>
                <w:lang w:val="fr-FR" w:eastAsia="fr-FR"/>
              </w:rPr>
              <w:t>NOAA_SSWC_ERA5</w:t>
            </w:r>
          </w:p>
        </w:tc>
      </w:tr>
      <w:tr w:rsidR="001A3D9E" w14:paraId="2DAA3C63" w14:textId="77777777" w:rsidTr="009C7B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4830F68E" w14:textId="56B3C5D0" w:rsidR="001A3D9E" w:rsidRPr="009C7B09" w:rsidRDefault="001A3D9E" w:rsidP="009C7B09">
            <w:pPr>
              <w:spacing w:before="40" w:after="40"/>
              <w:jc w:val="center"/>
              <w:rPr>
                <w:rFonts w:cstheme="majorHAnsi"/>
                <w:b w:val="0"/>
                <w:bCs w:val="0"/>
                <w:sz w:val="20"/>
              </w:rPr>
            </w:pPr>
            <w:r w:rsidRPr="00C850FC">
              <w:rPr>
                <w:rFonts w:ascii="Liberation Sans" w:hAnsi="Liberation Sans" w:cs="Liberation Sans"/>
                <w:sz w:val="20"/>
                <w:szCs w:val="20"/>
              </w:rPr>
              <w:t>43</w:t>
            </w:r>
          </w:p>
        </w:tc>
        <w:tc>
          <w:tcPr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196F7324" w14:textId="7F73B8EE" w:rsidR="001A3D9E" w:rsidRPr="001A3D9E" w:rsidRDefault="001A3D9E" w:rsidP="009C7B09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iberation Sans" w:eastAsia="Times New Roman" w:hAnsi="Liberation Sans" w:cs="Liberation Sans"/>
                <w:sz w:val="20"/>
                <w:szCs w:val="20"/>
                <w:lang w:val="fr-FR" w:eastAsia="fr-FR"/>
              </w:rPr>
            </w:pPr>
            <w:r w:rsidRPr="001A3D9E">
              <w:rPr>
                <w:rFonts w:ascii="Liberation Sans" w:eastAsia="Times New Roman" w:hAnsi="Liberation Sans" w:cs="Liberation Sans"/>
                <w:sz w:val="20"/>
                <w:szCs w:val="20"/>
                <w:lang w:val="fr-FR" w:eastAsia="fr-FR"/>
              </w:rPr>
              <w:t>2010-03-24</w:t>
            </w:r>
          </w:p>
        </w:tc>
        <w:tc>
          <w:tcPr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63A0DF7A" w14:textId="729BF57D" w:rsidR="001A3D9E" w:rsidRPr="00C408A9" w:rsidRDefault="001A3D9E" w:rsidP="009C7B09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</w:rPr>
            </w:pPr>
            <w:r w:rsidRPr="001A3D9E">
              <w:rPr>
                <w:rFonts w:ascii="Liberation Sans" w:eastAsia="Times New Roman" w:hAnsi="Liberation Sans" w:cs="Liberation Sans"/>
                <w:sz w:val="20"/>
                <w:szCs w:val="20"/>
                <w:lang w:val="fr-FR" w:eastAsia="fr-FR"/>
              </w:rPr>
              <w:t>NOAA_SSWC_ERA5</w:t>
            </w:r>
          </w:p>
        </w:tc>
      </w:tr>
      <w:tr w:rsidR="001A3D9E" w14:paraId="4ED2AD55" w14:textId="77777777" w:rsidTr="009C7B0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5C23E6D9" w14:textId="49B8B259" w:rsidR="001A3D9E" w:rsidRPr="009C7B09" w:rsidRDefault="001A3D9E" w:rsidP="009C7B09">
            <w:pPr>
              <w:spacing w:before="40" w:after="40"/>
              <w:jc w:val="center"/>
              <w:rPr>
                <w:rFonts w:cstheme="majorHAnsi"/>
                <w:b w:val="0"/>
                <w:bCs w:val="0"/>
                <w:sz w:val="20"/>
              </w:rPr>
            </w:pPr>
            <w:r w:rsidRPr="00C850FC">
              <w:rPr>
                <w:rFonts w:ascii="Liberation Sans" w:hAnsi="Liberation Sans" w:cs="Liberation Sans"/>
                <w:sz w:val="20"/>
                <w:szCs w:val="20"/>
              </w:rPr>
              <w:t>44</w:t>
            </w:r>
          </w:p>
        </w:tc>
        <w:tc>
          <w:tcPr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685BF968" w14:textId="158A8C7B" w:rsidR="001A3D9E" w:rsidRPr="001A3D9E" w:rsidRDefault="001A3D9E" w:rsidP="009C7B09">
            <w:pPr>
              <w:spacing w:before="40" w:after="4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Liberation Sans" w:eastAsia="Times New Roman" w:hAnsi="Liberation Sans" w:cs="Liberation Sans"/>
                <w:sz w:val="20"/>
                <w:szCs w:val="20"/>
                <w:lang w:val="fr-FR" w:eastAsia="fr-FR"/>
              </w:rPr>
            </w:pPr>
            <w:r w:rsidRPr="001A3D9E">
              <w:rPr>
                <w:rFonts w:ascii="Liberation Sans" w:eastAsia="Times New Roman" w:hAnsi="Liberation Sans" w:cs="Liberation Sans"/>
                <w:sz w:val="20"/>
                <w:szCs w:val="20"/>
                <w:lang w:val="fr-FR" w:eastAsia="fr-FR"/>
              </w:rPr>
              <w:t>2013-01-06</w:t>
            </w:r>
          </w:p>
        </w:tc>
        <w:tc>
          <w:tcPr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2B7BFE2C" w14:textId="6425B5B8" w:rsidR="001A3D9E" w:rsidRPr="00C408A9" w:rsidRDefault="001A3D9E" w:rsidP="009C7B09">
            <w:pPr>
              <w:spacing w:before="40" w:after="4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 w:cstheme="majorHAnsi"/>
                <w:sz w:val="20"/>
              </w:rPr>
            </w:pPr>
            <w:r w:rsidRPr="001A3D9E">
              <w:rPr>
                <w:rFonts w:ascii="Liberation Sans" w:eastAsia="Times New Roman" w:hAnsi="Liberation Sans" w:cs="Liberation Sans"/>
                <w:sz w:val="20"/>
                <w:szCs w:val="20"/>
                <w:lang w:val="fr-FR" w:eastAsia="fr-FR"/>
              </w:rPr>
              <w:t>NOAA_SSWC_ERA5</w:t>
            </w:r>
          </w:p>
        </w:tc>
      </w:tr>
      <w:tr w:rsidR="001A3D9E" w14:paraId="611A02B5" w14:textId="77777777" w:rsidTr="009C7B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055EF8BE" w14:textId="4D9EEEDA" w:rsidR="001A3D9E" w:rsidRPr="009C7B09" w:rsidRDefault="001A3D9E" w:rsidP="009C7B09">
            <w:pPr>
              <w:spacing w:before="40" w:after="40"/>
              <w:jc w:val="center"/>
              <w:rPr>
                <w:rFonts w:cstheme="majorHAnsi"/>
                <w:b w:val="0"/>
                <w:bCs w:val="0"/>
                <w:sz w:val="20"/>
              </w:rPr>
            </w:pPr>
            <w:r w:rsidRPr="00C850FC">
              <w:rPr>
                <w:rFonts w:ascii="Liberation Sans" w:hAnsi="Liberation Sans" w:cs="Liberation Sans"/>
                <w:sz w:val="20"/>
                <w:szCs w:val="20"/>
              </w:rPr>
              <w:t>45</w:t>
            </w:r>
          </w:p>
        </w:tc>
        <w:tc>
          <w:tcPr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277952AA" w14:textId="7F3C14A2" w:rsidR="001A3D9E" w:rsidRPr="001A3D9E" w:rsidRDefault="001A3D9E" w:rsidP="009C7B09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iberation Sans" w:eastAsia="Times New Roman" w:hAnsi="Liberation Sans" w:cs="Liberation Sans"/>
                <w:sz w:val="20"/>
                <w:szCs w:val="20"/>
                <w:lang w:val="fr-FR" w:eastAsia="fr-FR"/>
              </w:rPr>
            </w:pPr>
            <w:r w:rsidRPr="001A3D9E">
              <w:rPr>
                <w:rFonts w:ascii="Liberation Sans" w:eastAsia="Times New Roman" w:hAnsi="Liberation Sans" w:cs="Liberation Sans"/>
                <w:sz w:val="20"/>
                <w:szCs w:val="20"/>
                <w:lang w:val="fr-FR" w:eastAsia="fr-FR"/>
              </w:rPr>
              <w:t>2018-02-12</w:t>
            </w:r>
          </w:p>
        </w:tc>
        <w:tc>
          <w:tcPr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7464FBBA" w14:textId="15B930AF" w:rsidR="001A3D9E" w:rsidRPr="00C408A9" w:rsidRDefault="001A3D9E" w:rsidP="009C7B09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</w:rPr>
            </w:pPr>
            <w:r w:rsidRPr="001A3D9E">
              <w:rPr>
                <w:rFonts w:ascii="Liberation Sans" w:eastAsia="Times New Roman" w:hAnsi="Liberation Sans" w:cs="Liberation Sans"/>
                <w:sz w:val="20"/>
                <w:szCs w:val="20"/>
                <w:lang w:val="fr-FR" w:eastAsia="fr-FR"/>
              </w:rPr>
              <w:t>NOAA_SSWC_ERA5</w:t>
            </w:r>
          </w:p>
        </w:tc>
      </w:tr>
      <w:tr w:rsidR="001A3D9E" w14:paraId="5C6DF36B" w14:textId="77777777" w:rsidTr="009C7B0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3ADAA51C" w14:textId="653DF7F6" w:rsidR="001A3D9E" w:rsidRPr="009C7B09" w:rsidRDefault="001A3D9E" w:rsidP="009C7B09">
            <w:pPr>
              <w:spacing w:before="40" w:after="40"/>
              <w:jc w:val="center"/>
              <w:rPr>
                <w:rFonts w:cstheme="majorHAnsi"/>
                <w:b w:val="0"/>
                <w:bCs w:val="0"/>
                <w:sz w:val="20"/>
              </w:rPr>
            </w:pPr>
            <w:r w:rsidRPr="00C850FC">
              <w:rPr>
                <w:rFonts w:ascii="Liberation Sans" w:hAnsi="Liberation Sans" w:cs="Liberation Sans"/>
                <w:sz w:val="20"/>
                <w:szCs w:val="20"/>
              </w:rPr>
              <w:t>46</w:t>
            </w:r>
          </w:p>
        </w:tc>
        <w:tc>
          <w:tcPr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70FD0686" w14:textId="3EF095C5" w:rsidR="001A3D9E" w:rsidRPr="001A3D9E" w:rsidRDefault="001A3D9E" w:rsidP="009C7B09">
            <w:pPr>
              <w:spacing w:before="40" w:after="4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Liberation Sans" w:eastAsia="Times New Roman" w:hAnsi="Liberation Sans" w:cs="Liberation Sans"/>
                <w:sz w:val="20"/>
                <w:szCs w:val="20"/>
                <w:lang w:val="fr-FR" w:eastAsia="fr-FR"/>
              </w:rPr>
            </w:pPr>
            <w:r w:rsidRPr="001A3D9E">
              <w:rPr>
                <w:rFonts w:ascii="Liberation Sans" w:eastAsia="Times New Roman" w:hAnsi="Liberation Sans" w:cs="Liberation Sans"/>
                <w:sz w:val="20"/>
                <w:szCs w:val="20"/>
                <w:lang w:val="fr-FR" w:eastAsia="fr-FR"/>
              </w:rPr>
              <w:t>2019-01-01</w:t>
            </w:r>
          </w:p>
        </w:tc>
        <w:tc>
          <w:tcPr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35F03D57" w14:textId="7C8D5F12" w:rsidR="001A3D9E" w:rsidRPr="00C408A9" w:rsidRDefault="001A3D9E" w:rsidP="009C7B09">
            <w:pPr>
              <w:spacing w:before="40" w:after="4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 w:cstheme="majorHAnsi"/>
                <w:sz w:val="20"/>
              </w:rPr>
            </w:pPr>
            <w:r w:rsidRPr="001A3D9E">
              <w:rPr>
                <w:rFonts w:ascii="Liberation Sans" w:eastAsia="Times New Roman" w:hAnsi="Liberation Sans" w:cs="Liberation Sans"/>
                <w:sz w:val="20"/>
                <w:szCs w:val="20"/>
                <w:lang w:val="fr-FR" w:eastAsia="fr-FR"/>
              </w:rPr>
              <w:t>NOAA_SSWC_ERA5</w:t>
            </w:r>
          </w:p>
        </w:tc>
      </w:tr>
      <w:tr w:rsidR="001A3D9E" w14:paraId="384FAF1A" w14:textId="77777777" w:rsidTr="009C7B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3429B402" w14:textId="155E7F3F" w:rsidR="001A3D9E" w:rsidRPr="009C7B09" w:rsidRDefault="001A3D9E" w:rsidP="009C7B09">
            <w:pPr>
              <w:spacing w:before="40" w:after="40"/>
              <w:jc w:val="center"/>
              <w:rPr>
                <w:rFonts w:cstheme="majorHAnsi"/>
                <w:b w:val="0"/>
                <w:bCs w:val="0"/>
                <w:sz w:val="20"/>
              </w:rPr>
            </w:pPr>
            <w:r w:rsidRPr="00C850FC">
              <w:rPr>
                <w:rFonts w:ascii="Liberation Sans" w:hAnsi="Liberation Sans" w:cs="Liberation Sans"/>
                <w:sz w:val="20"/>
                <w:szCs w:val="20"/>
              </w:rPr>
              <w:t>47</w:t>
            </w:r>
          </w:p>
        </w:tc>
        <w:tc>
          <w:tcPr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3EEB7510" w14:textId="2EAE776A" w:rsidR="001A3D9E" w:rsidRPr="001A3D9E" w:rsidRDefault="001A3D9E" w:rsidP="009C7B09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iberation Sans" w:eastAsia="Times New Roman" w:hAnsi="Liberation Sans" w:cs="Liberation Sans"/>
                <w:sz w:val="20"/>
                <w:szCs w:val="20"/>
                <w:lang w:val="fr-FR" w:eastAsia="fr-FR"/>
              </w:rPr>
            </w:pPr>
            <w:r w:rsidRPr="001A3D9E">
              <w:rPr>
                <w:rFonts w:ascii="Liberation Sans" w:eastAsia="Times New Roman" w:hAnsi="Liberation Sans" w:cs="Liberation Sans"/>
                <w:sz w:val="20"/>
                <w:szCs w:val="20"/>
                <w:lang w:val="fr-FR" w:eastAsia="fr-FR"/>
              </w:rPr>
              <w:t>2021-01-05</w:t>
            </w:r>
          </w:p>
        </w:tc>
        <w:tc>
          <w:tcPr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69F6B376" w14:textId="568529E7" w:rsidR="001A3D9E" w:rsidRPr="00C408A9" w:rsidRDefault="001A3D9E" w:rsidP="009C7B09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</w:rPr>
            </w:pPr>
            <w:r w:rsidRPr="001A3D9E">
              <w:rPr>
                <w:rFonts w:ascii="Liberation Sans" w:eastAsia="Times New Roman" w:hAnsi="Liberation Sans" w:cs="Liberation Sans"/>
                <w:sz w:val="20"/>
                <w:szCs w:val="20"/>
                <w:lang w:val="fr-FR" w:eastAsia="fr-FR"/>
              </w:rPr>
              <w:t>NOAA_SSWC_ERA5</w:t>
            </w:r>
          </w:p>
        </w:tc>
      </w:tr>
      <w:tr w:rsidR="001A3D9E" w14:paraId="40E69AF4" w14:textId="77777777" w:rsidTr="009C7B0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0DF26D86" w14:textId="6544566C" w:rsidR="001A3D9E" w:rsidRPr="009C7B09" w:rsidRDefault="001A3D9E" w:rsidP="009C7B09">
            <w:pPr>
              <w:spacing w:before="40" w:after="40"/>
              <w:jc w:val="center"/>
              <w:rPr>
                <w:rFonts w:cstheme="majorHAnsi"/>
                <w:b w:val="0"/>
                <w:bCs w:val="0"/>
                <w:sz w:val="20"/>
              </w:rPr>
            </w:pPr>
            <w:r w:rsidRPr="00C850FC">
              <w:rPr>
                <w:rFonts w:ascii="Liberation Sans" w:hAnsi="Liberation Sans" w:cs="Liberation Sans"/>
                <w:sz w:val="20"/>
                <w:szCs w:val="20"/>
              </w:rPr>
              <w:t>48</w:t>
            </w:r>
          </w:p>
        </w:tc>
        <w:tc>
          <w:tcPr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28606162" w14:textId="7627F6F8" w:rsidR="001A3D9E" w:rsidRPr="001A3D9E" w:rsidRDefault="001A3D9E" w:rsidP="009C7B09">
            <w:pPr>
              <w:spacing w:before="40" w:after="4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Liberation Sans" w:eastAsia="Times New Roman" w:hAnsi="Liberation Sans" w:cs="Liberation Sans"/>
                <w:sz w:val="20"/>
                <w:szCs w:val="20"/>
                <w:lang w:val="fr-FR" w:eastAsia="fr-FR"/>
              </w:rPr>
            </w:pPr>
            <w:r w:rsidRPr="001A3D9E">
              <w:rPr>
                <w:rFonts w:ascii="Liberation Sans" w:eastAsia="Times New Roman" w:hAnsi="Liberation Sans" w:cs="Liberation Sans"/>
                <w:sz w:val="20"/>
                <w:szCs w:val="20"/>
                <w:lang w:val="fr-FR" w:eastAsia="fr-FR"/>
              </w:rPr>
              <w:t>2023-02-16</w:t>
            </w:r>
          </w:p>
        </w:tc>
        <w:tc>
          <w:tcPr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1484ACD1" w14:textId="4DA56034" w:rsidR="001A3D9E" w:rsidRPr="00C408A9" w:rsidRDefault="001A3D9E" w:rsidP="009C7B09">
            <w:pPr>
              <w:spacing w:before="40" w:after="4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 w:cstheme="majorHAnsi"/>
                <w:sz w:val="20"/>
              </w:rPr>
            </w:pPr>
            <w:r w:rsidRPr="001A3D9E">
              <w:rPr>
                <w:rFonts w:ascii="Liberation Sans" w:eastAsia="Times New Roman" w:hAnsi="Liberation Sans" w:cs="Liberation Sans"/>
                <w:sz w:val="20"/>
                <w:szCs w:val="20"/>
                <w:lang w:val="fr-FR" w:eastAsia="fr-FR"/>
              </w:rPr>
              <w:t>NOAA_SSWC_ERA5</w:t>
            </w:r>
          </w:p>
        </w:tc>
      </w:tr>
      <w:tr w:rsidR="001A3D9E" w14:paraId="2C5EFEC8" w14:textId="77777777" w:rsidTr="009C7B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45056454" w14:textId="09B45277" w:rsidR="001A3D9E" w:rsidRPr="009C7B09" w:rsidRDefault="001A3D9E" w:rsidP="009C7B09">
            <w:pPr>
              <w:spacing w:before="40" w:after="40"/>
              <w:jc w:val="center"/>
              <w:rPr>
                <w:rFonts w:cstheme="majorHAnsi"/>
                <w:b w:val="0"/>
                <w:bCs w:val="0"/>
                <w:sz w:val="20"/>
              </w:rPr>
            </w:pPr>
            <w:r w:rsidRPr="00C850FC">
              <w:rPr>
                <w:rFonts w:ascii="Liberation Sans" w:hAnsi="Liberation Sans" w:cs="Liberation Sans"/>
                <w:sz w:val="20"/>
                <w:szCs w:val="20"/>
              </w:rPr>
              <w:t>49</w:t>
            </w:r>
          </w:p>
        </w:tc>
        <w:tc>
          <w:tcPr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7AE6B9DD" w14:textId="763A83A6" w:rsidR="001A3D9E" w:rsidRPr="001A3D9E" w:rsidRDefault="001A3D9E" w:rsidP="009C7B09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iberation Sans" w:eastAsia="Times New Roman" w:hAnsi="Liberation Sans" w:cs="Liberation Sans"/>
                <w:sz w:val="20"/>
                <w:szCs w:val="20"/>
                <w:lang w:val="fr-FR" w:eastAsia="fr-FR"/>
              </w:rPr>
            </w:pPr>
            <w:r w:rsidRPr="001A3D9E">
              <w:rPr>
                <w:rFonts w:ascii="Liberation Sans" w:eastAsia="Times New Roman" w:hAnsi="Liberation Sans" w:cs="Liberation Sans"/>
                <w:sz w:val="20"/>
                <w:szCs w:val="20"/>
                <w:lang w:val="fr-FR" w:eastAsia="fr-FR"/>
              </w:rPr>
              <w:t>2024-03-04</w:t>
            </w:r>
          </w:p>
        </w:tc>
        <w:tc>
          <w:tcPr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00753AD7" w14:textId="5C688A33" w:rsidR="001A3D9E" w:rsidRPr="00C408A9" w:rsidRDefault="001A3D9E" w:rsidP="009C7B09">
            <w:pPr>
              <w:spacing w:before="4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</w:rPr>
            </w:pPr>
            <w:r w:rsidRPr="001A3D9E">
              <w:rPr>
                <w:rFonts w:ascii="Liberation Sans" w:eastAsia="Times New Roman" w:hAnsi="Liberation Sans" w:cs="Liberation Sans"/>
                <w:sz w:val="20"/>
                <w:szCs w:val="20"/>
                <w:lang w:val="fr-FR" w:eastAsia="fr-FR"/>
              </w:rPr>
              <w:t>CP07_ERA5_post2023</w:t>
            </w:r>
          </w:p>
        </w:tc>
      </w:tr>
      <w:tr w:rsidR="001A3D9E" w14:paraId="267DAD10" w14:textId="77777777" w:rsidTr="009C7B0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5B959E85" w14:textId="65CC61EA" w:rsidR="001A3D9E" w:rsidRPr="009C7B09" w:rsidRDefault="001A3D9E" w:rsidP="009C7B09">
            <w:pPr>
              <w:spacing w:before="40" w:after="40"/>
              <w:jc w:val="center"/>
              <w:rPr>
                <w:rFonts w:cstheme="majorHAnsi"/>
                <w:b w:val="0"/>
                <w:bCs w:val="0"/>
                <w:sz w:val="20"/>
              </w:rPr>
            </w:pPr>
            <w:r w:rsidRPr="00C850FC">
              <w:rPr>
                <w:rFonts w:ascii="Liberation Sans" w:hAnsi="Liberation Sans" w:cs="Liberation Sans"/>
                <w:sz w:val="20"/>
                <w:szCs w:val="20"/>
              </w:rPr>
              <w:t>50</w:t>
            </w:r>
          </w:p>
        </w:tc>
        <w:tc>
          <w:tcPr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15EF2983" w14:textId="3DD96560" w:rsidR="001A3D9E" w:rsidRPr="001A3D9E" w:rsidRDefault="001A3D9E" w:rsidP="009C7B09">
            <w:pPr>
              <w:spacing w:before="40" w:after="4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Liberation Sans" w:eastAsia="Times New Roman" w:hAnsi="Liberation Sans" w:cs="Liberation Sans"/>
                <w:sz w:val="20"/>
                <w:szCs w:val="20"/>
                <w:lang w:val="fr-FR" w:eastAsia="fr-FR"/>
              </w:rPr>
            </w:pPr>
            <w:r w:rsidRPr="001A3D9E">
              <w:rPr>
                <w:rFonts w:ascii="Liberation Sans" w:eastAsia="Times New Roman" w:hAnsi="Liberation Sans" w:cs="Liberation Sans"/>
                <w:sz w:val="20"/>
                <w:szCs w:val="20"/>
                <w:lang w:val="fr-FR" w:eastAsia="fr-FR"/>
              </w:rPr>
              <w:t>2025-03-09</w:t>
            </w:r>
          </w:p>
        </w:tc>
        <w:tc>
          <w:tcPr>
            <w:tcW w:w="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13184E39" w14:textId="318AA22A" w:rsidR="001A3D9E" w:rsidRPr="00C408A9" w:rsidRDefault="001A3D9E" w:rsidP="009C7B09">
            <w:pPr>
              <w:spacing w:before="40" w:after="4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 w:cstheme="majorHAnsi"/>
                <w:sz w:val="20"/>
              </w:rPr>
            </w:pPr>
            <w:r w:rsidRPr="001A3D9E">
              <w:rPr>
                <w:rFonts w:ascii="Liberation Sans" w:eastAsia="Times New Roman" w:hAnsi="Liberation Sans" w:cs="Liberation Sans"/>
                <w:sz w:val="20"/>
                <w:szCs w:val="20"/>
                <w:lang w:val="fr-FR" w:eastAsia="fr-FR"/>
              </w:rPr>
              <w:t>CP07_ERA5_post2023</w:t>
            </w:r>
          </w:p>
        </w:tc>
      </w:tr>
    </w:tbl>
    <w:tbl>
      <w:tblPr>
        <w:tblW w:w="0" w:type="auto"/>
        <w:tblCellSpacing w:w="0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</w:tblGrid>
      <w:tr w:rsidR="001A3D9E" w:rsidRPr="001A3D9E" w14:paraId="0E193919" w14:textId="77777777" w:rsidTr="001A3D9E">
        <w:trPr>
          <w:trHeight w:val="252"/>
          <w:tblCellSpacing w:w="0" w:type="dxa"/>
        </w:trPr>
        <w:tc>
          <w:tcPr>
            <w:tcW w:w="0" w:type="auto"/>
            <w:vAlign w:val="center"/>
          </w:tcPr>
          <w:p w14:paraId="726454E1" w14:textId="6C741AA2" w:rsidR="001A3D9E" w:rsidRPr="001A3D9E" w:rsidRDefault="001A3D9E" w:rsidP="00C850FC">
            <w:pPr>
              <w:spacing w:after="0" w:line="240" w:lineRule="auto"/>
              <w:jc w:val="center"/>
              <w:rPr>
                <w:rFonts w:ascii="Liberation Sans" w:eastAsia="Times New Roman" w:hAnsi="Liberation Sans" w:cs="Liberation Sans"/>
                <w:sz w:val="20"/>
                <w:szCs w:val="20"/>
                <w:lang w:val="fr-FR" w:eastAsia="fr-FR"/>
              </w:rPr>
            </w:pPr>
          </w:p>
        </w:tc>
      </w:tr>
    </w:tbl>
    <w:p w14:paraId="4EC7DCBB" w14:textId="77777777" w:rsidR="00E55780" w:rsidRDefault="00E55780" w:rsidP="001A3D9E">
      <w:pPr>
        <w:jc w:val="center"/>
      </w:pPr>
    </w:p>
    <w:sectPr w:rsidR="00E55780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75928"/>
    <w:rsid w:val="001A3D9E"/>
    <w:rsid w:val="001D528E"/>
    <w:rsid w:val="00203671"/>
    <w:rsid w:val="0029639D"/>
    <w:rsid w:val="002B5FCC"/>
    <w:rsid w:val="003153AD"/>
    <w:rsid w:val="00326F90"/>
    <w:rsid w:val="00347944"/>
    <w:rsid w:val="003D1CE4"/>
    <w:rsid w:val="005847D6"/>
    <w:rsid w:val="00675B0C"/>
    <w:rsid w:val="006A7DFA"/>
    <w:rsid w:val="006B1977"/>
    <w:rsid w:val="00997780"/>
    <w:rsid w:val="009C7B09"/>
    <w:rsid w:val="00AA1D8D"/>
    <w:rsid w:val="00B47730"/>
    <w:rsid w:val="00C408A9"/>
    <w:rsid w:val="00C850FC"/>
    <w:rsid w:val="00CB0664"/>
    <w:rsid w:val="00CE7591"/>
    <w:rsid w:val="00D01B01"/>
    <w:rsid w:val="00D55B62"/>
    <w:rsid w:val="00E25FF9"/>
    <w:rsid w:val="00E40999"/>
    <w:rsid w:val="00E55780"/>
    <w:rsid w:val="00E71A3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340663"/>
  <w14:defaultImageDpi w14:val="300"/>
  <w15:docId w15:val="{444C8FD7-D79A-4AA7-910D-BD6AB9C61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Rvision">
    <w:name w:val="Revision"/>
    <w:hidden/>
    <w:uiPriority w:val="99"/>
    <w:semiHidden/>
    <w:rsid w:val="00E25FF9"/>
    <w:pPr>
      <w:spacing w:after="0" w:line="240" w:lineRule="auto"/>
    </w:pPr>
  </w:style>
  <w:style w:type="character" w:styleId="Marquedecommentaire">
    <w:name w:val="annotation reference"/>
    <w:basedOn w:val="Policepardfaut"/>
    <w:uiPriority w:val="99"/>
    <w:semiHidden/>
    <w:unhideWhenUsed/>
    <w:rsid w:val="00CE7591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CE7591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CE7591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CE7591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CE7591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408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408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540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ACA835B-A79D-4713-9F70-78F3BDA4F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304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Lacroix Matthieu</cp:lastModifiedBy>
  <cp:revision>18</cp:revision>
  <dcterms:created xsi:type="dcterms:W3CDTF">2013-12-23T23:15:00Z</dcterms:created>
  <dcterms:modified xsi:type="dcterms:W3CDTF">2026-07-04T23:33:00Z</dcterms:modified>
  <cp:category/>
</cp:coreProperties>
</file>