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B11AF" w14:textId="77777777" w:rsidR="008B5324" w:rsidRPr="00D70064" w:rsidRDefault="004351F6">
      <w:pPr>
        <w:pStyle w:val="1"/>
        <w:rPr>
          <w:color w:val="auto"/>
        </w:rPr>
      </w:pPr>
      <w:r w:rsidRPr="00D70064">
        <w:rPr>
          <w:color w:val="auto"/>
        </w:rPr>
        <w:t>Supplementary Tables</w:t>
      </w:r>
    </w:p>
    <w:p w14:paraId="0DA26488" w14:textId="77777777" w:rsidR="008B5324" w:rsidRPr="00D70064" w:rsidRDefault="004351F6">
      <w:pPr>
        <w:spacing w:before="160" w:after="80"/>
      </w:pPr>
      <w:r w:rsidRPr="00D70064">
        <w:rPr>
          <w:b/>
        </w:rPr>
        <w:t>Supplementary Table 1. Subgroup performance across cohorts.</w:t>
      </w:r>
    </w:p>
    <w:tbl>
      <w:tblPr>
        <w:tblW w:w="0" w:type="auto"/>
        <w:jc w:val="center"/>
        <w:tblLook w:val="04A0" w:firstRow="1" w:lastRow="0" w:firstColumn="1" w:lastColumn="0" w:noHBand="0" w:noVBand="1"/>
      </w:tblPr>
      <w:tblGrid>
        <w:gridCol w:w="1337"/>
        <w:gridCol w:w="1337"/>
        <w:gridCol w:w="1337"/>
        <w:gridCol w:w="1337"/>
        <w:gridCol w:w="1337"/>
        <w:gridCol w:w="1337"/>
        <w:gridCol w:w="1337"/>
      </w:tblGrid>
      <w:tr w:rsidR="008B5324" w:rsidRPr="00D70064" w14:paraId="4C410E90" w14:textId="77777777">
        <w:trPr>
          <w:jc w:val="center"/>
        </w:trPr>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29F775EC" w14:textId="77777777" w:rsidR="008B5324" w:rsidRPr="00D70064" w:rsidRDefault="004351F6">
            <w:pPr>
              <w:spacing w:after="0"/>
            </w:pPr>
            <w:r w:rsidRPr="00D70064">
              <w:rPr>
                <w:b/>
                <w:sz w:val="14"/>
              </w:rPr>
              <w:t>Cohort</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1573A146" w14:textId="77777777" w:rsidR="008B5324" w:rsidRPr="00D70064" w:rsidRDefault="004351F6">
            <w:pPr>
              <w:spacing w:after="0"/>
            </w:pPr>
            <w:r w:rsidRPr="00D70064">
              <w:rPr>
                <w:b/>
                <w:sz w:val="14"/>
              </w:rPr>
              <w:t>Subgroup</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0FFEB94C" w14:textId="77777777" w:rsidR="008B5324" w:rsidRPr="00D70064" w:rsidRDefault="004351F6">
            <w:pPr>
              <w:spacing w:after="0"/>
            </w:pPr>
            <w:r w:rsidRPr="00D70064">
              <w:rPr>
                <w:b/>
                <w:sz w:val="14"/>
              </w:rPr>
              <w:t>N</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3A175B4C" w14:textId="77777777" w:rsidR="008B5324" w:rsidRPr="00D70064" w:rsidRDefault="004351F6">
            <w:pPr>
              <w:spacing w:after="0"/>
            </w:pPr>
            <w:r w:rsidRPr="00D70064">
              <w:rPr>
                <w:b/>
                <w:sz w:val="14"/>
              </w:rPr>
              <w:t>Events</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2D163F6A" w14:textId="77777777" w:rsidR="008B5324" w:rsidRPr="00D70064" w:rsidRDefault="004351F6">
            <w:pPr>
              <w:spacing w:after="0"/>
            </w:pPr>
            <w:r w:rsidRPr="00D70064">
              <w:rPr>
                <w:b/>
                <w:sz w:val="14"/>
              </w:rPr>
              <w:t>Event rate</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498B7FF4" w14:textId="77777777" w:rsidR="008B5324" w:rsidRPr="00D70064" w:rsidRDefault="004351F6">
            <w:pPr>
              <w:spacing w:after="0"/>
            </w:pPr>
            <w:r w:rsidRPr="00D70064">
              <w:rPr>
                <w:b/>
                <w:sz w:val="14"/>
              </w:rPr>
              <w:t>AUROC (95% CI)</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07B88132" w14:textId="77777777" w:rsidR="008B5324" w:rsidRPr="00D70064" w:rsidRDefault="004351F6">
            <w:pPr>
              <w:spacing w:after="0"/>
            </w:pPr>
            <w:r w:rsidRPr="00D70064">
              <w:rPr>
                <w:b/>
                <w:sz w:val="14"/>
              </w:rPr>
              <w:t>AUPRC</w:t>
            </w:r>
          </w:p>
        </w:tc>
      </w:tr>
      <w:tr w:rsidR="008B5324" w:rsidRPr="00D70064" w14:paraId="28974B23"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6D89B60"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6ECDB5BF" w14:textId="77777777" w:rsidR="008B5324" w:rsidRPr="00D70064" w:rsidRDefault="004351F6">
            <w:pPr>
              <w:spacing w:after="0"/>
            </w:pPr>
            <w:r w:rsidRPr="00D70064">
              <w:rPr>
                <w:sz w:val="14"/>
              </w:rPr>
              <w:t>Age &lt;65 years</w:t>
            </w:r>
          </w:p>
        </w:tc>
        <w:tc>
          <w:tcPr>
            <w:tcW w:w="1337" w:type="dxa"/>
            <w:tcBorders>
              <w:top w:val="nil"/>
              <w:left w:val="nil"/>
              <w:bottom w:val="nil"/>
              <w:right w:val="nil"/>
            </w:tcBorders>
            <w:tcMar>
              <w:top w:w="80" w:type="dxa"/>
              <w:left w:w="120" w:type="dxa"/>
              <w:bottom w:w="80" w:type="dxa"/>
              <w:right w:w="120" w:type="dxa"/>
            </w:tcMar>
            <w:vAlign w:val="center"/>
          </w:tcPr>
          <w:p w14:paraId="64C25499" w14:textId="77777777" w:rsidR="008B5324" w:rsidRPr="00D70064" w:rsidRDefault="004351F6">
            <w:pPr>
              <w:spacing w:after="0"/>
            </w:pPr>
            <w:r w:rsidRPr="00D70064">
              <w:rPr>
                <w:sz w:val="14"/>
              </w:rPr>
              <w:t>1353</w:t>
            </w:r>
          </w:p>
        </w:tc>
        <w:tc>
          <w:tcPr>
            <w:tcW w:w="1337" w:type="dxa"/>
            <w:tcBorders>
              <w:top w:val="nil"/>
              <w:left w:val="nil"/>
              <w:bottom w:val="nil"/>
              <w:right w:val="nil"/>
            </w:tcBorders>
            <w:tcMar>
              <w:top w:w="80" w:type="dxa"/>
              <w:left w:w="120" w:type="dxa"/>
              <w:bottom w:w="80" w:type="dxa"/>
              <w:right w:w="120" w:type="dxa"/>
            </w:tcMar>
            <w:vAlign w:val="center"/>
          </w:tcPr>
          <w:p w14:paraId="0E34674C" w14:textId="77777777" w:rsidR="008B5324" w:rsidRPr="00D70064" w:rsidRDefault="004351F6">
            <w:pPr>
              <w:spacing w:after="0"/>
            </w:pPr>
            <w:r w:rsidRPr="00D70064">
              <w:rPr>
                <w:sz w:val="14"/>
              </w:rPr>
              <w:t>477</w:t>
            </w:r>
          </w:p>
        </w:tc>
        <w:tc>
          <w:tcPr>
            <w:tcW w:w="1337" w:type="dxa"/>
            <w:tcBorders>
              <w:top w:val="nil"/>
              <w:left w:val="nil"/>
              <w:bottom w:val="nil"/>
              <w:right w:val="nil"/>
            </w:tcBorders>
            <w:tcMar>
              <w:top w:w="80" w:type="dxa"/>
              <w:left w:w="120" w:type="dxa"/>
              <w:bottom w:w="80" w:type="dxa"/>
              <w:right w:w="120" w:type="dxa"/>
            </w:tcMar>
            <w:vAlign w:val="center"/>
          </w:tcPr>
          <w:p w14:paraId="0B6B8FCD" w14:textId="77777777" w:rsidR="008B5324" w:rsidRPr="00D70064" w:rsidRDefault="004351F6">
            <w:pPr>
              <w:spacing w:after="0"/>
            </w:pPr>
            <w:r w:rsidRPr="00D70064">
              <w:rPr>
                <w:sz w:val="14"/>
              </w:rPr>
              <w:t>0.353</w:t>
            </w:r>
          </w:p>
        </w:tc>
        <w:tc>
          <w:tcPr>
            <w:tcW w:w="1337" w:type="dxa"/>
            <w:tcBorders>
              <w:top w:val="nil"/>
              <w:left w:val="nil"/>
              <w:bottom w:val="nil"/>
              <w:right w:val="nil"/>
            </w:tcBorders>
            <w:tcMar>
              <w:top w:w="80" w:type="dxa"/>
              <w:left w:w="120" w:type="dxa"/>
              <w:bottom w:w="80" w:type="dxa"/>
              <w:right w:w="120" w:type="dxa"/>
            </w:tcMar>
            <w:vAlign w:val="center"/>
          </w:tcPr>
          <w:p w14:paraId="38786000" w14:textId="77777777" w:rsidR="008B5324" w:rsidRPr="00D70064" w:rsidRDefault="004351F6">
            <w:pPr>
              <w:spacing w:after="0"/>
            </w:pPr>
            <w:r w:rsidRPr="00D70064">
              <w:rPr>
                <w:sz w:val="14"/>
              </w:rPr>
              <w:t>0.765 (0.738-0.790)</w:t>
            </w:r>
          </w:p>
        </w:tc>
        <w:tc>
          <w:tcPr>
            <w:tcW w:w="1337" w:type="dxa"/>
            <w:tcBorders>
              <w:top w:val="nil"/>
              <w:left w:val="nil"/>
              <w:bottom w:val="nil"/>
              <w:right w:val="nil"/>
            </w:tcBorders>
            <w:tcMar>
              <w:top w:w="80" w:type="dxa"/>
              <w:left w:w="120" w:type="dxa"/>
              <w:bottom w:w="80" w:type="dxa"/>
              <w:right w:w="120" w:type="dxa"/>
            </w:tcMar>
            <w:vAlign w:val="center"/>
          </w:tcPr>
          <w:p w14:paraId="7D07A023" w14:textId="77777777" w:rsidR="008B5324" w:rsidRPr="00D70064" w:rsidRDefault="004351F6">
            <w:pPr>
              <w:spacing w:after="0"/>
            </w:pPr>
            <w:r w:rsidRPr="00D70064">
              <w:rPr>
                <w:sz w:val="14"/>
              </w:rPr>
              <w:t>0.643</w:t>
            </w:r>
          </w:p>
        </w:tc>
      </w:tr>
      <w:tr w:rsidR="008B5324" w:rsidRPr="00D70064" w14:paraId="4D497083"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4F2A5142"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257C3F20" w14:textId="77777777" w:rsidR="008B5324" w:rsidRPr="00D70064" w:rsidRDefault="004351F6">
            <w:pPr>
              <w:spacing w:after="0"/>
            </w:pPr>
            <w:r w:rsidRPr="00D70064">
              <w:rPr>
                <w:sz w:val="14"/>
              </w:rPr>
              <w:t>Age &gt;=65 years</w:t>
            </w:r>
          </w:p>
        </w:tc>
        <w:tc>
          <w:tcPr>
            <w:tcW w:w="1337" w:type="dxa"/>
            <w:tcBorders>
              <w:top w:val="nil"/>
              <w:left w:val="nil"/>
              <w:bottom w:val="nil"/>
              <w:right w:val="nil"/>
            </w:tcBorders>
            <w:tcMar>
              <w:top w:w="80" w:type="dxa"/>
              <w:left w:w="120" w:type="dxa"/>
              <w:bottom w:w="80" w:type="dxa"/>
              <w:right w:w="120" w:type="dxa"/>
            </w:tcMar>
            <w:vAlign w:val="center"/>
          </w:tcPr>
          <w:p w14:paraId="2A8E628D" w14:textId="77777777" w:rsidR="008B5324" w:rsidRPr="00D70064" w:rsidRDefault="004351F6">
            <w:pPr>
              <w:spacing w:after="0"/>
            </w:pPr>
            <w:r w:rsidRPr="00D70064">
              <w:rPr>
                <w:sz w:val="14"/>
              </w:rPr>
              <w:t>1532</w:t>
            </w:r>
          </w:p>
        </w:tc>
        <w:tc>
          <w:tcPr>
            <w:tcW w:w="1337" w:type="dxa"/>
            <w:tcBorders>
              <w:top w:val="nil"/>
              <w:left w:val="nil"/>
              <w:bottom w:val="nil"/>
              <w:right w:val="nil"/>
            </w:tcBorders>
            <w:tcMar>
              <w:top w:w="80" w:type="dxa"/>
              <w:left w:w="120" w:type="dxa"/>
              <w:bottom w:w="80" w:type="dxa"/>
              <w:right w:w="120" w:type="dxa"/>
            </w:tcMar>
            <w:vAlign w:val="center"/>
          </w:tcPr>
          <w:p w14:paraId="33679058" w14:textId="77777777" w:rsidR="008B5324" w:rsidRPr="00D70064" w:rsidRDefault="004351F6">
            <w:pPr>
              <w:spacing w:after="0"/>
            </w:pPr>
            <w:r w:rsidRPr="00D70064">
              <w:rPr>
                <w:sz w:val="14"/>
              </w:rPr>
              <w:t>561</w:t>
            </w:r>
          </w:p>
        </w:tc>
        <w:tc>
          <w:tcPr>
            <w:tcW w:w="1337" w:type="dxa"/>
            <w:tcBorders>
              <w:top w:val="nil"/>
              <w:left w:val="nil"/>
              <w:bottom w:val="nil"/>
              <w:right w:val="nil"/>
            </w:tcBorders>
            <w:tcMar>
              <w:top w:w="80" w:type="dxa"/>
              <w:left w:w="120" w:type="dxa"/>
              <w:bottom w:w="80" w:type="dxa"/>
              <w:right w:w="120" w:type="dxa"/>
            </w:tcMar>
            <w:vAlign w:val="center"/>
          </w:tcPr>
          <w:p w14:paraId="271940A2" w14:textId="77777777" w:rsidR="008B5324" w:rsidRPr="00D70064" w:rsidRDefault="004351F6">
            <w:pPr>
              <w:spacing w:after="0"/>
            </w:pPr>
            <w:r w:rsidRPr="00D70064">
              <w:rPr>
                <w:sz w:val="14"/>
              </w:rPr>
              <w:t>0.366</w:t>
            </w:r>
          </w:p>
        </w:tc>
        <w:tc>
          <w:tcPr>
            <w:tcW w:w="1337" w:type="dxa"/>
            <w:tcBorders>
              <w:top w:val="nil"/>
              <w:left w:val="nil"/>
              <w:bottom w:val="nil"/>
              <w:right w:val="nil"/>
            </w:tcBorders>
            <w:tcMar>
              <w:top w:w="80" w:type="dxa"/>
              <w:left w:w="120" w:type="dxa"/>
              <w:bottom w:w="80" w:type="dxa"/>
              <w:right w:w="120" w:type="dxa"/>
            </w:tcMar>
            <w:vAlign w:val="center"/>
          </w:tcPr>
          <w:p w14:paraId="0ED15754" w14:textId="77777777" w:rsidR="008B5324" w:rsidRPr="00D70064" w:rsidRDefault="004351F6">
            <w:pPr>
              <w:spacing w:after="0"/>
            </w:pPr>
            <w:r w:rsidRPr="00D70064">
              <w:rPr>
                <w:sz w:val="14"/>
              </w:rPr>
              <w:t>0.728 (0.702-0.753)</w:t>
            </w:r>
          </w:p>
        </w:tc>
        <w:tc>
          <w:tcPr>
            <w:tcW w:w="1337" w:type="dxa"/>
            <w:tcBorders>
              <w:top w:val="nil"/>
              <w:left w:val="nil"/>
              <w:bottom w:val="nil"/>
              <w:right w:val="nil"/>
            </w:tcBorders>
            <w:tcMar>
              <w:top w:w="80" w:type="dxa"/>
              <w:left w:w="120" w:type="dxa"/>
              <w:bottom w:w="80" w:type="dxa"/>
              <w:right w:w="120" w:type="dxa"/>
            </w:tcMar>
            <w:vAlign w:val="center"/>
          </w:tcPr>
          <w:p w14:paraId="100FE824" w14:textId="77777777" w:rsidR="008B5324" w:rsidRPr="00D70064" w:rsidRDefault="004351F6">
            <w:pPr>
              <w:spacing w:after="0"/>
            </w:pPr>
            <w:r w:rsidRPr="00D70064">
              <w:rPr>
                <w:sz w:val="14"/>
              </w:rPr>
              <w:t>0.618</w:t>
            </w:r>
          </w:p>
        </w:tc>
      </w:tr>
      <w:tr w:rsidR="008B5324" w:rsidRPr="00D70064" w14:paraId="6997EA8E"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56E3DB7"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41424D14" w14:textId="77777777" w:rsidR="008B5324" w:rsidRPr="00D70064" w:rsidRDefault="004351F6">
            <w:pPr>
              <w:spacing w:after="0"/>
            </w:pPr>
            <w:r w:rsidRPr="00D70064">
              <w:rPr>
                <w:sz w:val="14"/>
              </w:rPr>
              <w:t>Male</w:t>
            </w:r>
          </w:p>
        </w:tc>
        <w:tc>
          <w:tcPr>
            <w:tcW w:w="1337" w:type="dxa"/>
            <w:tcBorders>
              <w:top w:val="nil"/>
              <w:left w:val="nil"/>
              <w:bottom w:val="nil"/>
              <w:right w:val="nil"/>
            </w:tcBorders>
            <w:tcMar>
              <w:top w:w="80" w:type="dxa"/>
              <w:left w:w="120" w:type="dxa"/>
              <w:bottom w:w="80" w:type="dxa"/>
              <w:right w:w="120" w:type="dxa"/>
            </w:tcMar>
            <w:vAlign w:val="center"/>
          </w:tcPr>
          <w:p w14:paraId="2793C991" w14:textId="77777777" w:rsidR="008B5324" w:rsidRPr="00D70064" w:rsidRDefault="004351F6">
            <w:pPr>
              <w:spacing w:after="0"/>
            </w:pPr>
            <w:r w:rsidRPr="00D70064">
              <w:rPr>
                <w:sz w:val="14"/>
              </w:rPr>
              <w:t>1709</w:t>
            </w:r>
          </w:p>
        </w:tc>
        <w:tc>
          <w:tcPr>
            <w:tcW w:w="1337" w:type="dxa"/>
            <w:tcBorders>
              <w:top w:val="nil"/>
              <w:left w:val="nil"/>
              <w:bottom w:val="nil"/>
              <w:right w:val="nil"/>
            </w:tcBorders>
            <w:tcMar>
              <w:top w:w="80" w:type="dxa"/>
              <w:left w:w="120" w:type="dxa"/>
              <w:bottom w:w="80" w:type="dxa"/>
              <w:right w:w="120" w:type="dxa"/>
            </w:tcMar>
            <w:vAlign w:val="center"/>
          </w:tcPr>
          <w:p w14:paraId="6BA87639" w14:textId="77777777" w:rsidR="008B5324" w:rsidRPr="00D70064" w:rsidRDefault="004351F6">
            <w:pPr>
              <w:spacing w:after="0"/>
            </w:pPr>
            <w:r w:rsidRPr="00D70064">
              <w:rPr>
                <w:sz w:val="14"/>
              </w:rPr>
              <w:t>623</w:t>
            </w:r>
          </w:p>
        </w:tc>
        <w:tc>
          <w:tcPr>
            <w:tcW w:w="1337" w:type="dxa"/>
            <w:tcBorders>
              <w:top w:val="nil"/>
              <w:left w:val="nil"/>
              <w:bottom w:val="nil"/>
              <w:right w:val="nil"/>
            </w:tcBorders>
            <w:tcMar>
              <w:top w:w="80" w:type="dxa"/>
              <w:left w:w="120" w:type="dxa"/>
              <w:bottom w:w="80" w:type="dxa"/>
              <w:right w:w="120" w:type="dxa"/>
            </w:tcMar>
            <w:vAlign w:val="center"/>
          </w:tcPr>
          <w:p w14:paraId="38CC4B8A" w14:textId="77777777" w:rsidR="008B5324" w:rsidRPr="00D70064" w:rsidRDefault="004351F6">
            <w:pPr>
              <w:spacing w:after="0"/>
            </w:pPr>
            <w:r w:rsidRPr="00D70064">
              <w:rPr>
                <w:sz w:val="14"/>
              </w:rPr>
              <w:t>0.365</w:t>
            </w:r>
          </w:p>
        </w:tc>
        <w:tc>
          <w:tcPr>
            <w:tcW w:w="1337" w:type="dxa"/>
            <w:tcBorders>
              <w:top w:val="nil"/>
              <w:left w:val="nil"/>
              <w:bottom w:val="nil"/>
              <w:right w:val="nil"/>
            </w:tcBorders>
            <w:tcMar>
              <w:top w:w="80" w:type="dxa"/>
              <w:left w:w="120" w:type="dxa"/>
              <w:bottom w:w="80" w:type="dxa"/>
              <w:right w:w="120" w:type="dxa"/>
            </w:tcMar>
            <w:vAlign w:val="center"/>
          </w:tcPr>
          <w:p w14:paraId="107AB717" w14:textId="77777777" w:rsidR="008B5324" w:rsidRPr="00D70064" w:rsidRDefault="004351F6">
            <w:pPr>
              <w:spacing w:after="0"/>
            </w:pPr>
            <w:r w:rsidRPr="00D70064">
              <w:rPr>
                <w:sz w:val="14"/>
              </w:rPr>
              <w:t>0.759 (0.735-0.781)</w:t>
            </w:r>
          </w:p>
        </w:tc>
        <w:tc>
          <w:tcPr>
            <w:tcW w:w="1337" w:type="dxa"/>
            <w:tcBorders>
              <w:top w:val="nil"/>
              <w:left w:val="nil"/>
              <w:bottom w:val="nil"/>
              <w:right w:val="nil"/>
            </w:tcBorders>
            <w:tcMar>
              <w:top w:w="80" w:type="dxa"/>
              <w:left w:w="120" w:type="dxa"/>
              <w:bottom w:w="80" w:type="dxa"/>
              <w:right w:w="120" w:type="dxa"/>
            </w:tcMar>
            <w:vAlign w:val="center"/>
          </w:tcPr>
          <w:p w14:paraId="4ECEAB8C" w14:textId="77777777" w:rsidR="008B5324" w:rsidRPr="00D70064" w:rsidRDefault="004351F6">
            <w:pPr>
              <w:spacing w:after="0"/>
            </w:pPr>
            <w:r w:rsidRPr="00D70064">
              <w:rPr>
                <w:sz w:val="14"/>
              </w:rPr>
              <w:t>0.642</w:t>
            </w:r>
          </w:p>
        </w:tc>
      </w:tr>
      <w:tr w:rsidR="008B5324" w:rsidRPr="00D70064" w14:paraId="562F8CAA"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040E3B7B"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310C94C2" w14:textId="77777777" w:rsidR="008B5324" w:rsidRPr="00D70064" w:rsidRDefault="004351F6">
            <w:pPr>
              <w:spacing w:after="0"/>
            </w:pPr>
            <w:r w:rsidRPr="00D70064">
              <w:rPr>
                <w:sz w:val="14"/>
              </w:rPr>
              <w:t>Female</w:t>
            </w:r>
          </w:p>
        </w:tc>
        <w:tc>
          <w:tcPr>
            <w:tcW w:w="1337" w:type="dxa"/>
            <w:tcBorders>
              <w:top w:val="nil"/>
              <w:left w:val="nil"/>
              <w:bottom w:val="nil"/>
              <w:right w:val="nil"/>
            </w:tcBorders>
            <w:tcMar>
              <w:top w:w="80" w:type="dxa"/>
              <w:left w:w="120" w:type="dxa"/>
              <w:bottom w:w="80" w:type="dxa"/>
              <w:right w:w="120" w:type="dxa"/>
            </w:tcMar>
            <w:vAlign w:val="center"/>
          </w:tcPr>
          <w:p w14:paraId="4AB39D5C" w14:textId="77777777" w:rsidR="008B5324" w:rsidRPr="00D70064" w:rsidRDefault="004351F6">
            <w:pPr>
              <w:spacing w:after="0"/>
            </w:pPr>
            <w:r w:rsidRPr="00D70064">
              <w:rPr>
                <w:sz w:val="14"/>
              </w:rPr>
              <w:t>1176</w:t>
            </w:r>
          </w:p>
        </w:tc>
        <w:tc>
          <w:tcPr>
            <w:tcW w:w="1337" w:type="dxa"/>
            <w:tcBorders>
              <w:top w:val="nil"/>
              <w:left w:val="nil"/>
              <w:bottom w:val="nil"/>
              <w:right w:val="nil"/>
            </w:tcBorders>
            <w:tcMar>
              <w:top w:w="80" w:type="dxa"/>
              <w:left w:w="120" w:type="dxa"/>
              <w:bottom w:w="80" w:type="dxa"/>
              <w:right w:w="120" w:type="dxa"/>
            </w:tcMar>
            <w:vAlign w:val="center"/>
          </w:tcPr>
          <w:p w14:paraId="67A8A5D1" w14:textId="77777777" w:rsidR="008B5324" w:rsidRPr="00D70064" w:rsidRDefault="004351F6">
            <w:pPr>
              <w:spacing w:after="0"/>
            </w:pPr>
            <w:r w:rsidRPr="00D70064">
              <w:rPr>
                <w:sz w:val="14"/>
              </w:rPr>
              <w:t>415</w:t>
            </w:r>
          </w:p>
        </w:tc>
        <w:tc>
          <w:tcPr>
            <w:tcW w:w="1337" w:type="dxa"/>
            <w:tcBorders>
              <w:top w:val="nil"/>
              <w:left w:val="nil"/>
              <w:bottom w:val="nil"/>
              <w:right w:val="nil"/>
            </w:tcBorders>
            <w:tcMar>
              <w:top w:w="80" w:type="dxa"/>
              <w:left w:w="120" w:type="dxa"/>
              <w:bottom w:w="80" w:type="dxa"/>
              <w:right w:w="120" w:type="dxa"/>
            </w:tcMar>
            <w:vAlign w:val="center"/>
          </w:tcPr>
          <w:p w14:paraId="4BEE2322" w14:textId="77777777" w:rsidR="008B5324" w:rsidRPr="00D70064" w:rsidRDefault="004351F6">
            <w:pPr>
              <w:spacing w:after="0"/>
            </w:pPr>
            <w:r w:rsidRPr="00D70064">
              <w:rPr>
                <w:sz w:val="14"/>
              </w:rPr>
              <w:t>0.353</w:t>
            </w:r>
          </w:p>
        </w:tc>
        <w:tc>
          <w:tcPr>
            <w:tcW w:w="1337" w:type="dxa"/>
            <w:tcBorders>
              <w:top w:val="nil"/>
              <w:left w:val="nil"/>
              <w:bottom w:val="nil"/>
              <w:right w:val="nil"/>
            </w:tcBorders>
            <w:tcMar>
              <w:top w:w="80" w:type="dxa"/>
              <w:left w:w="120" w:type="dxa"/>
              <w:bottom w:w="80" w:type="dxa"/>
              <w:right w:w="120" w:type="dxa"/>
            </w:tcMar>
            <w:vAlign w:val="center"/>
          </w:tcPr>
          <w:p w14:paraId="09C6B1E3" w14:textId="77777777" w:rsidR="008B5324" w:rsidRPr="00D70064" w:rsidRDefault="004351F6">
            <w:pPr>
              <w:spacing w:after="0"/>
            </w:pPr>
            <w:r w:rsidRPr="00D70064">
              <w:rPr>
                <w:sz w:val="14"/>
              </w:rPr>
              <w:t>0.724 (0.693-0.753)</w:t>
            </w:r>
          </w:p>
        </w:tc>
        <w:tc>
          <w:tcPr>
            <w:tcW w:w="1337" w:type="dxa"/>
            <w:tcBorders>
              <w:top w:val="nil"/>
              <w:left w:val="nil"/>
              <w:bottom w:val="nil"/>
              <w:right w:val="nil"/>
            </w:tcBorders>
            <w:tcMar>
              <w:top w:w="80" w:type="dxa"/>
              <w:left w:w="120" w:type="dxa"/>
              <w:bottom w:w="80" w:type="dxa"/>
              <w:right w:w="120" w:type="dxa"/>
            </w:tcMar>
            <w:vAlign w:val="center"/>
          </w:tcPr>
          <w:p w14:paraId="26A2FF79" w14:textId="77777777" w:rsidR="008B5324" w:rsidRPr="00D70064" w:rsidRDefault="004351F6">
            <w:pPr>
              <w:spacing w:after="0"/>
            </w:pPr>
            <w:r w:rsidRPr="00D70064">
              <w:rPr>
                <w:sz w:val="14"/>
              </w:rPr>
              <w:t>0.607</w:t>
            </w:r>
          </w:p>
        </w:tc>
      </w:tr>
      <w:tr w:rsidR="008B5324" w:rsidRPr="00D70064" w14:paraId="797ACA8D"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9342913"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6118BD81" w14:textId="77777777" w:rsidR="008B5324" w:rsidRPr="00D70064" w:rsidRDefault="004351F6">
            <w:pPr>
              <w:spacing w:after="0"/>
            </w:pPr>
            <w:r w:rsidRPr="00D70064">
              <w:rPr>
                <w:sz w:val="14"/>
              </w:rPr>
              <w:t>COPD</w:t>
            </w:r>
          </w:p>
        </w:tc>
        <w:tc>
          <w:tcPr>
            <w:tcW w:w="1337" w:type="dxa"/>
            <w:tcBorders>
              <w:top w:val="nil"/>
              <w:left w:val="nil"/>
              <w:bottom w:val="nil"/>
              <w:right w:val="nil"/>
            </w:tcBorders>
            <w:tcMar>
              <w:top w:w="80" w:type="dxa"/>
              <w:left w:w="120" w:type="dxa"/>
              <w:bottom w:w="80" w:type="dxa"/>
              <w:right w:w="120" w:type="dxa"/>
            </w:tcMar>
            <w:vAlign w:val="center"/>
          </w:tcPr>
          <w:p w14:paraId="0D2AE498" w14:textId="77777777" w:rsidR="008B5324" w:rsidRPr="00D70064" w:rsidRDefault="004351F6">
            <w:pPr>
              <w:spacing w:after="0"/>
            </w:pPr>
            <w:r w:rsidRPr="00D70064">
              <w:rPr>
                <w:sz w:val="14"/>
              </w:rPr>
              <w:t>888</w:t>
            </w:r>
          </w:p>
        </w:tc>
        <w:tc>
          <w:tcPr>
            <w:tcW w:w="1337" w:type="dxa"/>
            <w:tcBorders>
              <w:top w:val="nil"/>
              <w:left w:val="nil"/>
              <w:bottom w:val="nil"/>
              <w:right w:val="nil"/>
            </w:tcBorders>
            <w:tcMar>
              <w:top w:w="80" w:type="dxa"/>
              <w:left w:w="120" w:type="dxa"/>
              <w:bottom w:w="80" w:type="dxa"/>
              <w:right w:w="120" w:type="dxa"/>
            </w:tcMar>
            <w:vAlign w:val="center"/>
          </w:tcPr>
          <w:p w14:paraId="41904FD2" w14:textId="77777777" w:rsidR="008B5324" w:rsidRPr="00D70064" w:rsidRDefault="004351F6">
            <w:pPr>
              <w:spacing w:after="0"/>
            </w:pPr>
            <w:r w:rsidRPr="00D70064">
              <w:rPr>
                <w:sz w:val="14"/>
              </w:rPr>
              <w:t>316</w:t>
            </w:r>
          </w:p>
        </w:tc>
        <w:tc>
          <w:tcPr>
            <w:tcW w:w="1337" w:type="dxa"/>
            <w:tcBorders>
              <w:top w:val="nil"/>
              <w:left w:val="nil"/>
              <w:bottom w:val="nil"/>
              <w:right w:val="nil"/>
            </w:tcBorders>
            <w:tcMar>
              <w:top w:w="80" w:type="dxa"/>
              <w:left w:w="120" w:type="dxa"/>
              <w:bottom w:w="80" w:type="dxa"/>
              <w:right w:w="120" w:type="dxa"/>
            </w:tcMar>
            <w:vAlign w:val="center"/>
          </w:tcPr>
          <w:p w14:paraId="5852F265" w14:textId="77777777" w:rsidR="008B5324" w:rsidRPr="00D70064" w:rsidRDefault="004351F6">
            <w:pPr>
              <w:spacing w:after="0"/>
            </w:pPr>
            <w:r w:rsidRPr="00D70064">
              <w:rPr>
                <w:sz w:val="14"/>
              </w:rPr>
              <w:t>0.356</w:t>
            </w:r>
          </w:p>
        </w:tc>
        <w:tc>
          <w:tcPr>
            <w:tcW w:w="1337" w:type="dxa"/>
            <w:tcBorders>
              <w:top w:val="nil"/>
              <w:left w:val="nil"/>
              <w:bottom w:val="nil"/>
              <w:right w:val="nil"/>
            </w:tcBorders>
            <w:tcMar>
              <w:top w:w="80" w:type="dxa"/>
              <w:left w:w="120" w:type="dxa"/>
              <w:bottom w:w="80" w:type="dxa"/>
              <w:right w:w="120" w:type="dxa"/>
            </w:tcMar>
            <w:vAlign w:val="center"/>
          </w:tcPr>
          <w:p w14:paraId="0129F4FF" w14:textId="77777777" w:rsidR="008B5324" w:rsidRPr="00D70064" w:rsidRDefault="004351F6">
            <w:pPr>
              <w:spacing w:after="0"/>
            </w:pPr>
            <w:r w:rsidRPr="00D70064">
              <w:rPr>
                <w:sz w:val="14"/>
              </w:rPr>
              <w:t>0.767 (0.736-0.799)</w:t>
            </w:r>
          </w:p>
        </w:tc>
        <w:tc>
          <w:tcPr>
            <w:tcW w:w="1337" w:type="dxa"/>
            <w:tcBorders>
              <w:top w:val="nil"/>
              <w:left w:val="nil"/>
              <w:bottom w:val="nil"/>
              <w:right w:val="nil"/>
            </w:tcBorders>
            <w:tcMar>
              <w:top w:w="80" w:type="dxa"/>
              <w:left w:w="120" w:type="dxa"/>
              <w:bottom w:w="80" w:type="dxa"/>
              <w:right w:w="120" w:type="dxa"/>
            </w:tcMar>
            <w:vAlign w:val="center"/>
          </w:tcPr>
          <w:p w14:paraId="41A8881E" w14:textId="77777777" w:rsidR="008B5324" w:rsidRPr="00D70064" w:rsidRDefault="004351F6">
            <w:pPr>
              <w:spacing w:after="0"/>
            </w:pPr>
            <w:r w:rsidRPr="00D70064">
              <w:rPr>
                <w:sz w:val="14"/>
              </w:rPr>
              <w:t>0.654</w:t>
            </w:r>
          </w:p>
        </w:tc>
      </w:tr>
      <w:tr w:rsidR="008B5324" w:rsidRPr="00D70064" w14:paraId="64A88766"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6B97EDA"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4544664F" w14:textId="77777777" w:rsidR="008B5324" w:rsidRPr="00D70064" w:rsidRDefault="004351F6">
            <w:pPr>
              <w:spacing w:after="0"/>
            </w:pPr>
            <w:r w:rsidRPr="00D70064">
              <w:rPr>
                <w:sz w:val="14"/>
              </w:rPr>
              <w:t>No COPD</w:t>
            </w:r>
          </w:p>
        </w:tc>
        <w:tc>
          <w:tcPr>
            <w:tcW w:w="1337" w:type="dxa"/>
            <w:tcBorders>
              <w:top w:val="nil"/>
              <w:left w:val="nil"/>
              <w:bottom w:val="nil"/>
              <w:right w:val="nil"/>
            </w:tcBorders>
            <w:tcMar>
              <w:top w:w="80" w:type="dxa"/>
              <w:left w:w="120" w:type="dxa"/>
              <w:bottom w:w="80" w:type="dxa"/>
              <w:right w:w="120" w:type="dxa"/>
            </w:tcMar>
            <w:vAlign w:val="center"/>
          </w:tcPr>
          <w:p w14:paraId="6C15BAF0" w14:textId="77777777" w:rsidR="008B5324" w:rsidRPr="00D70064" w:rsidRDefault="004351F6">
            <w:pPr>
              <w:spacing w:after="0"/>
            </w:pPr>
            <w:r w:rsidRPr="00D70064">
              <w:rPr>
                <w:sz w:val="14"/>
              </w:rPr>
              <w:t>1997</w:t>
            </w:r>
          </w:p>
        </w:tc>
        <w:tc>
          <w:tcPr>
            <w:tcW w:w="1337" w:type="dxa"/>
            <w:tcBorders>
              <w:top w:val="nil"/>
              <w:left w:val="nil"/>
              <w:bottom w:val="nil"/>
              <w:right w:val="nil"/>
            </w:tcBorders>
            <w:tcMar>
              <w:top w:w="80" w:type="dxa"/>
              <w:left w:w="120" w:type="dxa"/>
              <w:bottom w:w="80" w:type="dxa"/>
              <w:right w:w="120" w:type="dxa"/>
            </w:tcMar>
            <w:vAlign w:val="center"/>
          </w:tcPr>
          <w:p w14:paraId="18B18C04" w14:textId="77777777" w:rsidR="008B5324" w:rsidRPr="00D70064" w:rsidRDefault="004351F6">
            <w:pPr>
              <w:spacing w:after="0"/>
            </w:pPr>
            <w:r w:rsidRPr="00D70064">
              <w:rPr>
                <w:sz w:val="14"/>
              </w:rPr>
              <w:t>722</w:t>
            </w:r>
          </w:p>
        </w:tc>
        <w:tc>
          <w:tcPr>
            <w:tcW w:w="1337" w:type="dxa"/>
            <w:tcBorders>
              <w:top w:val="nil"/>
              <w:left w:val="nil"/>
              <w:bottom w:val="nil"/>
              <w:right w:val="nil"/>
            </w:tcBorders>
            <w:tcMar>
              <w:top w:w="80" w:type="dxa"/>
              <w:left w:w="120" w:type="dxa"/>
              <w:bottom w:w="80" w:type="dxa"/>
              <w:right w:w="120" w:type="dxa"/>
            </w:tcMar>
            <w:vAlign w:val="center"/>
          </w:tcPr>
          <w:p w14:paraId="6E552E9F" w14:textId="77777777" w:rsidR="008B5324" w:rsidRPr="00D70064" w:rsidRDefault="004351F6">
            <w:pPr>
              <w:spacing w:after="0"/>
            </w:pPr>
            <w:r w:rsidRPr="00D70064">
              <w:rPr>
                <w:sz w:val="14"/>
              </w:rPr>
              <w:t>0.362</w:t>
            </w:r>
          </w:p>
        </w:tc>
        <w:tc>
          <w:tcPr>
            <w:tcW w:w="1337" w:type="dxa"/>
            <w:tcBorders>
              <w:top w:val="nil"/>
              <w:left w:val="nil"/>
              <w:bottom w:val="nil"/>
              <w:right w:val="nil"/>
            </w:tcBorders>
            <w:tcMar>
              <w:top w:w="80" w:type="dxa"/>
              <w:left w:w="120" w:type="dxa"/>
              <w:bottom w:w="80" w:type="dxa"/>
              <w:right w:w="120" w:type="dxa"/>
            </w:tcMar>
            <w:vAlign w:val="center"/>
          </w:tcPr>
          <w:p w14:paraId="54EA7A4E" w14:textId="77777777" w:rsidR="008B5324" w:rsidRPr="00D70064" w:rsidRDefault="004351F6">
            <w:pPr>
              <w:spacing w:after="0"/>
            </w:pPr>
            <w:r w:rsidRPr="00D70064">
              <w:rPr>
                <w:sz w:val="14"/>
              </w:rPr>
              <w:t>0.737 (0.715-0.759)</w:t>
            </w:r>
          </w:p>
        </w:tc>
        <w:tc>
          <w:tcPr>
            <w:tcW w:w="1337" w:type="dxa"/>
            <w:tcBorders>
              <w:top w:val="nil"/>
              <w:left w:val="nil"/>
              <w:bottom w:val="nil"/>
              <w:right w:val="nil"/>
            </w:tcBorders>
            <w:tcMar>
              <w:top w:w="80" w:type="dxa"/>
              <w:left w:w="120" w:type="dxa"/>
              <w:bottom w:w="80" w:type="dxa"/>
              <w:right w:w="120" w:type="dxa"/>
            </w:tcMar>
            <w:vAlign w:val="center"/>
          </w:tcPr>
          <w:p w14:paraId="4262D595" w14:textId="77777777" w:rsidR="008B5324" w:rsidRPr="00D70064" w:rsidRDefault="004351F6">
            <w:pPr>
              <w:spacing w:after="0"/>
            </w:pPr>
            <w:r w:rsidRPr="00D70064">
              <w:rPr>
                <w:sz w:val="14"/>
              </w:rPr>
              <w:t>0.621</w:t>
            </w:r>
          </w:p>
        </w:tc>
      </w:tr>
      <w:tr w:rsidR="008B5324" w:rsidRPr="00D70064" w14:paraId="143F44D1"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305F3ED4"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50FA1EA3" w14:textId="77777777" w:rsidR="008B5324" w:rsidRPr="00D70064" w:rsidRDefault="004351F6">
            <w:pPr>
              <w:spacing w:after="0"/>
            </w:pPr>
            <w:r w:rsidRPr="00D70064">
              <w:rPr>
                <w:sz w:val="14"/>
              </w:rPr>
              <w:t>Sepsis</w:t>
            </w:r>
          </w:p>
        </w:tc>
        <w:tc>
          <w:tcPr>
            <w:tcW w:w="1337" w:type="dxa"/>
            <w:tcBorders>
              <w:top w:val="nil"/>
              <w:left w:val="nil"/>
              <w:bottom w:val="nil"/>
              <w:right w:val="nil"/>
            </w:tcBorders>
            <w:tcMar>
              <w:top w:w="80" w:type="dxa"/>
              <w:left w:w="120" w:type="dxa"/>
              <w:bottom w:w="80" w:type="dxa"/>
              <w:right w:w="120" w:type="dxa"/>
            </w:tcMar>
            <w:vAlign w:val="center"/>
          </w:tcPr>
          <w:p w14:paraId="267621F7" w14:textId="77777777" w:rsidR="008B5324" w:rsidRPr="00D70064" w:rsidRDefault="004351F6">
            <w:pPr>
              <w:spacing w:after="0"/>
            </w:pPr>
            <w:r w:rsidRPr="00D70064">
              <w:rPr>
                <w:sz w:val="14"/>
              </w:rPr>
              <w:t>2408</w:t>
            </w:r>
          </w:p>
        </w:tc>
        <w:tc>
          <w:tcPr>
            <w:tcW w:w="1337" w:type="dxa"/>
            <w:tcBorders>
              <w:top w:val="nil"/>
              <w:left w:val="nil"/>
              <w:bottom w:val="nil"/>
              <w:right w:val="nil"/>
            </w:tcBorders>
            <w:tcMar>
              <w:top w:w="80" w:type="dxa"/>
              <w:left w:w="120" w:type="dxa"/>
              <w:bottom w:w="80" w:type="dxa"/>
              <w:right w:w="120" w:type="dxa"/>
            </w:tcMar>
            <w:vAlign w:val="center"/>
          </w:tcPr>
          <w:p w14:paraId="1D01D6E7" w14:textId="77777777" w:rsidR="008B5324" w:rsidRPr="00D70064" w:rsidRDefault="004351F6">
            <w:pPr>
              <w:spacing w:after="0"/>
            </w:pPr>
            <w:r w:rsidRPr="00D70064">
              <w:rPr>
                <w:sz w:val="14"/>
              </w:rPr>
              <w:t>937</w:t>
            </w:r>
          </w:p>
        </w:tc>
        <w:tc>
          <w:tcPr>
            <w:tcW w:w="1337" w:type="dxa"/>
            <w:tcBorders>
              <w:top w:val="nil"/>
              <w:left w:val="nil"/>
              <w:bottom w:val="nil"/>
              <w:right w:val="nil"/>
            </w:tcBorders>
            <w:tcMar>
              <w:top w:w="80" w:type="dxa"/>
              <w:left w:w="120" w:type="dxa"/>
              <w:bottom w:w="80" w:type="dxa"/>
              <w:right w:w="120" w:type="dxa"/>
            </w:tcMar>
            <w:vAlign w:val="center"/>
          </w:tcPr>
          <w:p w14:paraId="6A9E0B0C" w14:textId="77777777" w:rsidR="008B5324" w:rsidRPr="00D70064" w:rsidRDefault="004351F6">
            <w:pPr>
              <w:spacing w:after="0"/>
            </w:pPr>
            <w:r w:rsidRPr="00D70064">
              <w:rPr>
                <w:sz w:val="14"/>
              </w:rPr>
              <w:t>0.389</w:t>
            </w:r>
          </w:p>
        </w:tc>
        <w:tc>
          <w:tcPr>
            <w:tcW w:w="1337" w:type="dxa"/>
            <w:tcBorders>
              <w:top w:val="nil"/>
              <w:left w:val="nil"/>
              <w:bottom w:val="nil"/>
              <w:right w:val="nil"/>
            </w:tcBorders>
            <w:tcMar>
              <w:top w:w="80" w:type="dxa"/>
              <w:left w:w="120" w:type="dxa"/>
              <w:bottom w:w="80" w:type="dxa"/>
              <w:right w:w="120" w:type="dxa"/>
            </w:tcMar>
            <w:vAlign w:val="center"/>
          </w:tcPr>
          <w:p w14:paraId="4C1AAEDD" w14:textId="77777777" w:rsidR="008B5324" w:rsidRPr="00D70064" w:rsidRDefault="004351F6">
            <w:pPr>
              <w:spacing w:after="0"/>
            </w:pPr>
            <w:r w:rsidRPr="00D70064">
              <w:rPr>
                <w:sz w:val="14"/>
              </w:rPr>
              <w:t>0.724 (0.704-0.743)</w:t>
            </w:r>
          </w:p>
        </w:tc>
        <w:tc>
          <w:tcPr>
            <w:tcW w:w="1337" w:type="dxa"/>
            <w:tcBorders>
              <w:top w:val="nil"/>
              <w:left w:val="nil"/>
              <w:bottom w:val="nil"/>
              <w:right w:val="nil"/>
            </w:tcBorders>
            <w:tcMar>
              <w:top w:w="80" w:type="dxa"/>
              <w:left w:w="120" w:type="dxa"/>
              <w:bottom w:w="80" w:type="dxa"/>
              <w:right w:w="120" w:type="dxa"/>
            </w:tcMar>
            <w:vAlign w:val="center"/>
          </w:tcPr>
          <w:p w14:paraId="36B33684" w14:textId="77777777" w:rsidR="008B5324" w:rsidRPr="00D70064" w:rsidRDefault="004351F6">
            <w:pPr>
              <w:spacing w:after="0"/>
            </w:pPr>
            <w:r w:rsidRPr="00D70064">
              <w:rPr>
                <w:sz w:val="14"/>
              </w:rPr>
              <w:t>0.635</w:t>
            </w:r>
          </w:p>
        </w:tc>
      </w:tr>
      <w:tr w:rsidR="008B5324" w:rsidRPr="00D70064" w14:paraId="2A884F8C"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A3FB7C0"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597938EF" w14:textId="77777777" w:rsidR="008B5324" w:rsidRPr="00D70064" w:rsidRDefault="004351F6">
            <w:pPr>
              <w:spacing w:after="0"/>
            </w:pPr>
            <w:r w:rsidRPr="00D70064">
              <w:rPr>
                <w:sz w:val="14"/>
              </w:rPr>
              <w:t>No sepsis</w:t>
            </w:r>
          </w:p>
        </w:tc>
        <w:tc>
          <w:tcPr>
            <w:tcW w:w="1337" w:type="dxa"/>
            <w:tcBorders>
              <w:top w:val="nil"/>
              <w:left w:val="nil"/>
              <w:bottom w:val="nil"/>
              <w:right w:val="nil"/>
            </w:tcBorders>
            <w:tcMar>
              <w:top w:w="80" w:type="dxa"/>
              <w:left w:w="120" w:type="dxa"/>
              <w:bottom w:w="80" w:type="dxa"/>
              <w:right w:w="120" w:type="dxa"/>
            </w:tcMar>
            <w:vAlign w:val="center"/>
          </w:tcPr>
          <w:p w14:paraId="1A8A1027" w14:textId="77777777" w:rsidR="008B5324" w:rsidRPr="00D70064" w:rsidRDefault="004351F6">
            <w:pPr>
              <w:spacing w:after="0"/>
            </w:pPr>
            <w:r w:rsidRPr="00D70064">
              <w:rPr>
                <w:sz w:val="14"/>
              </w:rPr>
              <w:t>477</w:t>
            </w:r>
          </w:p>
        </w:tc>
        <w:tc>
          <w:tcPr>
            <w:tcW w:w="1337" w:type="dxa"/>
            <w:tcBorders>
              <w:top w:val="nil"/>
              <w:left w:val="nil"/>
              <w:bottom w:val="nil"/>
              <w:right w:val="nil"/>
            </w:tcBorders>
            <w:tcMar>
              <w:top w:w="80" w:type="dxa"/>
              <w:left w:w="120" w:type="dxa"/>
              <w:bottom w:w="80" w:type="dxa"/>
              <w:right w:w="120" w:type="dxa"/>
            </w:tcMar>
            <w:vAlign w:val="center"/>
          </w:tcPr>
          <w:p w14:paraId="3D9A6E27" w14:textId="77777777" w:rsidR="008B5324" w:rsidRPr="00D70064" w:rsidRDefault="004351F6">
            <w:pPr>
              <w:spacing w:after="0"/>
            </w:pPr>
            <w:r w:rsidRPr="00D70064">
              <w:rPr>
                <w:sz w:val="14"/>
              </w:rPr>
              <w:t>101</w:t>
            </w:r>
          </w:p>
        </w:tc>
        <w:tc>
          <w:tcPr>
            <w:tcW w:w="1337" w:type="dxa"/>
            <w:tcBorders>
              <w:top w:val="nil"/>
              <w:left w:val="nil"/>
              <w:bottom w:val="nil"/>
              <w:right w:val="nil"/>
            </w:tcBorders>
            <w:tcMar>
              <w:top w:w="80" w:type="dxa"/>
              <w:left w:w="120" w:type="dxa"/>
              <w:bottom w:w="80" w:type="dxa"/>
              <w:right w:w="120" w:type="dxa"/>
            </w:tcMar>
            <w:vAlign w:val="center"/>
          </w:tcPr>
          <w:p w14:paraId="68809AAB" w14:textId="77777777" w:rsidR="008B5324" w:rsidRPr="00D70064" w:rsidRDefault="004351F6">
            <w:pPr>
              <w:spacing w:after="0"/>
            </w:pPr>
            <w:r w:rsidRPr="00D70064">
              <w:rPr>
                <w:sz w:val="14"/>
              </w:rPr>
              <w:t>0.212</w:t>
            </w:r>
          </w:p>
        </w:tc>
        <w:tc>
          <w:tcPr>
            <w:tcW w:w="1337" w:type="dxa"/>
            <w:tcBorders>
              <w:top w:val="nil"/>
              <w:left w:val="nil"/>
              <w:bottom w:val="nil"/>
              <w:right w:val="nil"/>
            </w:tcBorders>
            <w:tcMar>
              <w:top w:w="80" w:type="dxa"/>
              <w:left w:w="120" w:type="dxa"/>
              <w:bottom w:w="80" w:type="dxa"/>
              <w:right w:w="120" w:type="dxa"/>
            </w:tcMar>
            <w:vAlign w:val="center"/>
          </w:tcPr>
          <w:p w14:paraId="28BA7D6C" w14:textId="77777777" w:rsidR="008B5324" w:rsidRPr="00D70064" w:rsidRDefault="004351F6">
            <w:pPr>
              <w:spacing w:after="0"/>
            </w:pPr>
            <w:r w:rsidRPr="00D70064">
              <w:rPr>
                <w:sz w:val="14"/>
              </w:rPr>
              <w:t>0.797 (0.750-0.845)</w:t>
            </w:r>
          </w:p>
        </w:tc>
        <w:tc>
          <w:tcPr>
            <w:tcW w:w="1337" w:type="dxa"/>
            <w:tcBorders>
              <w:top w:val="nil"/>
              <w:left w:val="nil"/>
              <w:bottom w:val="nil"/>
              <w:right w:val="nil"/>
            </w:tcBorders>
            <w:tcMar>
              <w:top w:w="80" w:type="dxa"/>
              <w:left w:w="120" w:type="dxa"/>
              <w:bottom w:w="80" w:type="dxa"/>
              <w:right w:w="120" w:type="dxa"/>
            </w:tcMar>
            <w:vAlign w:val="center"/>
          </w:tcPr>
          <w:p w14:paraId="156A4FE9" w14:textId="77777777" w:rsidR="008B5324" w:rsidRPr="00D70064" w:rsidRDefault="004351F6">
            <w:pPr>
              <w:spacing w:after="0"/>
            </w:pPr>
            <w:r w:rsidRPr="00D70064">
              <w:rPr>
                <w:sz w:val="14"/>
              </w:rPr>
              <w:t>0.566</w:t>
            </w:r>
          </w:p>
        </w:tc>
      </w:tr>
      <w:tr w:rsidR="008B5324" w:rsidRPr="00D70064" w14:paraId="2E03CE68"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4A6086A6"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741A7182" w14:textId="77777777" w:rsidR="008B5324" w:rsidRPr="00D70064" w:rsidRDefault="004351F6">
            <w:pPr>
              <w:spacing w:after="0"/>
            </w:pPr>
            <w:r w:rsidRPr="00D70064">
              <w:rPr>
                <w:sz w:val="14"/>
              </w:rPr>
              <w:t>Vasoactive drug use</w:t>
            </w:r>
          </w:p>
        </w:tc>
        <w:tc>
          <w:tcPr>
            <w:tcW w:w="1337" w:type="dxa"/>
            <w:tcBorders>
              <w:top w:val="nil"/>
              <w:left w:val="nil"/>
              <w:bottom w:val="nil"/>
              <w:right w:val="nil"/>
            </w:tcBorders>
            <w:tcMar>
              <w:top w:w="80" w:type="dxa"/>
              <w:left w:w="120" w:type="dxa"/>
              <w:bottom w:w="80" w:type="dxa"/>
              <w:right w:w="120" w:type="dxa"/>
            </w:tcMar>
            <w:vAlign w:val="center"/>
          </w:tcPr>
          <w:p w14:paraId="358174F3" w14:textId="77777777" w:rsidR="008B5324" w:rsidRPr="00D70064" w:rsidRDefault="004351F6">
            <w:pPr>
              <w:spacing w:after="0"/>
            </w:pPr>
            <w:r w:rsidRPr="00D70064">
              <w:rPr>
                <w:sz w:val="14"/>
              </w:rPr>
              <w:t>1565</w:t>
            </w:r>
          </w:p>
        </w:tc>
        <w:tc>
          <w:tcPr>
            <w:tcW w:w="1337" w:type="dxa"/>
            <w:tcBorders>
              <w:top w:val="nil"/>
              <w:left w:val="nil"/>
              <w:bottom w:val="nil"/>
              <w:right w:val="nil"/>
            </w:tcBorders>
            <w:tcMar>
              <w:top w:w="80" w:type="dxa"/>
              <w:left w:w="120" w:type="dxa"/>
              <w:bottom w:w="80" w:type="dxa"/>
              <w:right w:w="120" w:type="dxa"/>
            </w:tcMar>
            <w:vAlign w:val="center"/>
          </w:tcPr>
          <w:p w14:paraId="42705755" w14:textId="77777777" w:rsidR="008B5324" w:rsidRPr="00D70064" w:rsidRDefault="004351F6">
            <w:pPr>
              <w:spacing w:after="0"/>
            </w:pPr>
            <w:r w:rsidRPr="00D70064">
              <w:rPr>
                <w:sz w:val="14"/>
              </w:rPr>
              <w:t>625</w:t>
            </w:r>
          </w:p>
        </w:tc>
        <w:tc>
          <w:tcPr>
            <w:tcW w:w="1337" w:type="dxa"/>
            <w:tcBorders>
              <w:top w:val="nil"/>
              <w:left w:val="nil"/>
              <w:bottom w:val="nil"/>
              <w:right w:val="nil"/>
            </w:tcBorders>
            <w:tcMar>
              <w:top w:w="80" w:type="dxa"/>
              <w:left w:w="120" w:type="dxa"/>
              <w:bottom w:w="80" w:type="dxa"/>
              <w:right w:w="120" w:type="dxa"/>
            </w:tcMar>
            <w:vAlign w:val="center"/>
          </w:tcPr>
          <w:p w14:paraId="6AD33589" w14:textId="77777777" w:rsidR="008B5324" w:rsidRPr="00D70064" w:rsidRDefault="004351F6">
            <w:pPr>
              <w:spacing w:after="0"/>
            </w:pPr>
            <w:r w:rsidRPr="00D70064">
              <w:rPr>
                <w:sz w:val="14"/>
              </w:rPr>
              <w:t>0.399</w:t>
            </w:r>
          </w:p>
        </w:tc>
        <w:tc>
          <w:tcPr>
            <w:tcW w:w="1337" w:type="dxa"/>
            <w:tcBorders>
              <w:top w:val="nil"/>
              <w:left w:val="nil"/>
              <w:bottom w:val="nil"/>
              <w:right w:val="nil"/>
            </w:tcBorders>
            <w:tcMar>
              <w:top w:w="80" w:type="dxa"/>
              <w:left w:w="120" w:type="dxa"/>
              <w:bottom w:w="80" w:type="dxa"/>
              <w:right w:w="120" w:type="dxa"/>
            </w:tcMar>
            <w:vAlign w:val="center"/>
          </w:tcPr>
          <w:p w14:paraId="43B9CAEC" w14:textId="77777777" w:rsidR="008B5324" w:rsidRPr="00D70064" w:rsidRDefault="004351F6">
            <w:pPr>
              <w:spacing w:after="0"/>
            </w:pPr>
            <w:r w:rsidRPr="00D70064">
              <w:rPr>
                <w:sz w:val="14"/>
              </w:rPr>
              <w:t>0.758 (0.733-0.782)</w:t>
            </w:r>
          </w:p>
        </w:tc>
        <w:tc>
          <w:tcPr>
            <w:tcW w:w="1337" w:type="dxa"/>
            <w:tcBorders>
              <w:top w:val="nil"/>
              <w:left w:val="nil"/>
              <w:bottom w:val="nil"/>
              <w:right w:val="nil"/>
            </w:tcBorders>
            <w:tcMar>
              <w:top w:w="80" w:type="dxa"/>
              <w:left w:w="120" w:type="dxa"/>
              <w:bottom w:w="80" w:type="dxa"/>
              <w:right w:w="120" w:type="dxa"/>
            </w:tcMar>
            <w:vAlign w:val="center"/>
          </w:tcPr>
          <w:p w14:paraId="49AA86D7" w14:textId="77777777" w:rsidR="008B5324" w:rsidRPr="00D70064" w:rsidRDefault="004351F6">
            <w:pPr>
              <w:spacing w:after="0"/>
            </w:pPr>
            <w:r w:rsidRPr="00D70064">
              <w:rPr>
                <w:sz w:val="14"/>
              </w:rPr>
              <w:t>0.676</w:t>
            </w:r>
          </w:p>
        </w:tc>
      </w:tr>
      <w:tr w:rsidR="008B5324" w:rsidRPr="00D70064" w14:paraId="6F85EA99"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63123FA0"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4E1FC0C7" w14:textId="77777777" w:rsidR="008B5324" w:rsidRPr="00D70064" w:rsidRDefault="004351F6">
            <w:pPr>
              <w:spacing w:after="0"/>
            </w:pPr>
            <w:r w:rsidRPr="00D70064">
              <w:rPr>
                <w:sz w:val="14"/>
              </w:rPr>
              <w:t>No vasoactive drug use</w:t>
            </w:r>
          </w:p>
        </w:tc>
        <w:tc>
          <w:tcPr>
            <w:tcW w:w="1337" w:type="dxa"/>
            <w:tcBorders>
              <w:top w:val="nil"/>
              <w:left w:val="nil"/>
              <w:bottom w:val="nil"/>
              <w:right w:val="nil"/>
            </w:tcBorders>
            <w:tcMar>
              <w:top w:w="80" w:type="dxa"/>
              <w:left w:w="120" w:type="dxa"/>
              <w:bottom w:w="80" w:type="dxa"/>
              <w:right w:w="120" w:type="dxa"/>
            </w:tcMar>
            <w:vAlign w:val="center"/>
          </w:tcPr>
          <w:p w14:paraId="33338276" w14:textId="77777777" w:rsidR="008B5324" w:rsidRPr="00D70064" w:rsidRDefault="004351F6">
            <w:pPr>
              <w:spacing w:after="0"/>
            </w:pPr>
            <w:r w:rsidRPr="00D70064">
              <w:rPr>
                <w:sz w:val="14"/>
              </w:rPr>
              <w:t>1320</w:t>
            </w:r>
          </w:p>
        </w:tc>
        <w:tc>
          <w:tcPr>
            <w:tcW w:w="1337" w:type="dxa"/>
            <w:tcBorders>
              <w:top w:val="nil"/>
              <w:left w:val="nil"/>
              <w:bottom w:val="nil"/>
              <w:right w:val="nil"/>
            </w:tcBorders>
            <w:tcMar>
              <w:top w:w="80" w:type="dxa"/>
              <w:left w:w="120" w:type="dxa"/>
              <w:bottom w:w="80" w:type="dxa"/>
              <w:right w:w="120" w:type="dxa"/>
            </w:tcMar>
            <w:vAlign w:val="center"/>
          </w:tcPr>
          <w:p w14:paraId="5A20BF7C" w14:textId="77777777" w:rsidR="008B5324" w:rsidRPr="00D70064" w:rsidRDefault="004351F6">
            <w:pPr>
              <w:spacing w:after="0"/>
            </w:pPr>
            <w:r w:rsidRPr="00D70064">
              <w:rPr>
                <w:sz w:val="14"/>
              </w:rPr>
              <w:t>413</w:t>
            </w:r>
          </w:p>
        </w:tc>
        <w:tc>
          <w:tcPr>
            <w:tcW w:w="1337" w:type="dxa"/>
            <w:tcBorders>
              <w:top w:val="nil"/>
              <w:left w:val="nil"/>
              <w:bottom w:val="nil"/>
              <w:right w:val="nil"/>
            </w:tcBorders>
            <w:tcMar>
              <w:top w:w="80" w:type="dxa"/>
              <w:left w:w="120" w:type="dxa"/>
              <w:bottom w:w="80" w:type="dxa"/>
              <w:right w:w="120" w:type="dxa"/>
            </w:tcMar>
            <w:vAlign w:val="center"/>
          </w:tcPr>
          <w:p w14:paraId="355ED0FD" w14:textId="77777777" w:rsidR="008B5324" w:rsidRPr="00D70064" w:rsidRDefault="004351F6">
            <w:pPr>
              <w:spacing w:after="0"/>
            </w:pPr>
            <w:r w:rsidRPr="00D70064">
              <w:rPr>
                <w:sz w:val="14"/>
              </w:rPr>
              <w:t>0.313</w:t>
            </w:r>
          </w:p>
        </w:tc>
        <w:tc>
          <w:tcPr>
            <w:tcW w:w="1337" w:type="dxa"/>
            <w:tcBorders>
              <w:top w:val="nil"/>
              <w:left w:val="nil"/>
              <w:bottom w:val="nil"/>
              <w:right w:val="nil"/>
            </w:tcBorders>
            <w:tcMar>
              <w:top w:w="80" w:type="dxa"/>
              <w:left w:w="120" w:type="dxa"/>
              <w:bottom w:w="80" w:type="dxa"/>
              <w:right w:w="120" w:type="dxa"/>
            </w:tcMar>
            <w:vAlign w:val="center"/>
          </w:tcPr>
          <w:p w14:paraId="118444B1" w14:textId="77777777" w:rsidR="008B5324" w:rsidRPr="00D70064" w:rsidRDefault="004351F6">
            <w:pPr>
              <w:spacing w:after="0"/>
            </w:pPr>
            <w:r w:rsidRPr="00D70064">
              <w:rPr>
                <w:sz w:val="14"/>
              </w:rPr>
              <w:t>0.719 (0.691-0.747)</w:t>
            </w:r>
          </w:p>
        </w:tc>
        <w:tc>
          <w:tcPr>
            <w:tcW w:w="1337" w:type="dxa"/>
            <w:tcBorders>
              <w:top w:val="nil"/>
              <w:left w:val="nil"/>
              <w:bottom w:val="nil"/>
              <w:right w:val="nil"/>
            </w:tcBorders>
            <w:tcMar>
              <w:top w:w="80" w:type="dxa"/>
              <w:left w:w="120" w:type="dxa"/>
              <w:bottom w:w="80" w:type="dxa"/>
              <w:right w:w="120" w:type="dxa"/>
            </w:tcMar>
            <w:vAlign w:val="center"/>
          </w:tcPr>
          <w:p w14:paraId="1A4BF86B" w14:textId="77777777" w:rsidR="008B5324" w:rsidRPr="00D70064" w:rsidRDefault="004351F6">
            <w:pPr>
              <w:spacing w:after="0"/>
            </w:pPr>
            <w:r w:rsidRPr="00D70064">
              <w:rPr>
                <w:sz w:val="14"/>
              </w:rPr>
              <w:t>0.544</w:t>
            </w:r>
          </w:p>
        </w:tc>
      </w:tr>
      <w:tr w:rsidR="008B5324" w:rsidRPr="00D70064" w14:paraId="1D93056A"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F85E597"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4EC5D55B" w14:textId="77777777" w:rsidR="008B5324" w:rsidRPr="00D70064" w:rsidRDefault="004351F6">
            <w:pPr>
              <w:spacing w:after="0"/>
            </w:pPr>
            <w:r w:rsidRPr="00D70064">
              <w:rPr>
                <w:sz w:val="14"/>
              </w:rPr>
              <w:t>PaO2/FiO2 &lt;200</w:t>
            </w:r>
          </w:p>
        </w:tc>
        <w:tc>
          <w:tcPr>
            <w:tcW w:w="1337" w:type="dxa"/>
            <w:tcBorders>
              <w:top w:val="nil"/>
              <w:left w:val="nil"/>
              <w:bottom w:val="nil"/>
              <w:right w:val="nil"/>
            </w:tcBorders>
            <w:tcMar>
              <w:top w:w="80" w:type="dxa"/>
              <w:left w:w="120" w:type="dxa"/>
              <w:bottom w:w="80" w:type="dxa"/>
              <w:right w:w="120" w:type="dxa"/>
            </w:tcMar>
            <w:vAlign w:val="center"/>
          </w:tcPr>
          <w:p w14:paraId="1696D582" w14:textId="77777777" w:rsidR="008B5324" w:rsidRPr="00D70064" w:rsidRDefault="004351F6">
            <w:pPr>
              <w:spacing w:after="0"/>
            </w:pPr>
            <w:r w:rsidRPr="00D70064">
              <w:rPr>
                <w:sz w:val="14"/>
              </w:rPr>
              <w:t>1788</w:t>
            </w:r>
          </w:p>
        </w:tc>
        <w:tc>
          <w:tcPr>
            <w:tcW w:w="1337" w:type="dxa"/>
            <w:tcBorders>
              <w:top w:val="nil"/>
              <w:left w:val="nil"/>
              <w:bottom w:val="nil"/>
              <w:right w:val="nil"/>
            </w:tcBorders>
            <w:tcMar>
              <w:top w:w="80" w:type="dxa"/>
              <w:left w:w="120" w:type="dxa"/>
              <w:bottom w:w="80" w:type="dxa"/>
              <w:right w:w="120" w:type="dxa"/>
            </w:tcMar>
            <w:vAlign w:val="center"/>
          </w:tcPr>
          <w:p w14:paraId="3389A0B6" w14:textId="77777777" w:rsidR="008B5324" w:rsidRPr="00D70064" w:rsidRDefault="004351F6">
            <w:pPr>
              <w:spacing w:after="0"/>
            </w:pPr>
            <w:r w:rsidRPr="00D70064">
              <w:rPr>
                <w:sz w:val="14"/>
              </w:rPr>
              <w:t>703</w:t>
            </w:r>
          </w:p>
        </w:tc>
        <w:tc>
          <w:tcPr>
            <w:tcW w:w="1337" w:type="dxa"/>
            <w:tcBorders>
              <w:top w:val="nil"/>
              <w:left w:val="nil"/>
              <w:bottom w:val="nil"/>
              <w:right w:val="nil"/>
            </w:tcBorders>
            <w:tcMar>
              <w:top w:w="80" w:type="dxa"/>
              <w:left w:w="120" w:type="dxa"/>
              <w:bottom w:w="80" w:type="dxa"/>
              <w:right w:w="120" w:type="dxa"/>
            </w:tcMar>
            <w:vAlign w:val="center"/>
          </w:tcPr>
          <w:p w14:paraId="41E740B5" w14:textId="77777777" w:rsidR="008B5324" w:rsidRPr="00D70064" w:rsidRDefault="004351F6">
            <w:pPr>
              <w:spacing w:after="0"/>
            </w:pPr>
            <w:r w:rsidRPr="00D70064">
              <w:rPr>
                <w:sz w:val="14"/>
              </w:rPr>
              <w:t>0.393</w:t>
            </w:r>
          </w:p>
        </w:tc>
        <w:tc>
          <w:tcPr>
            <w:tcW w:w="1337" w:type="dxa"/>
            <w:tcBorders>
              <w:top w:val="nil"/>
              <w:left w:val="nil"/>
              <w:bottom w:val="nil"/>
              <w:right w:val="nil"/>
            </w:tcBorders>
            <w:tcMar>
              <w:top w:w="80" w:type="dxa"/>
              <w:left w:w="120" w:type="dxa"/>
              <w:bottom w:w="80" w:type="dxa"/>
              <w:right w:w="120" w:type="dxa"/>
            </w:tcMar>
            <w:vAlign w:val="center"/>
          </w:tcPr>
          <w:p w14:paraId="5FAA2A62" w14:textId="77777777" w:rsidR="008B5324" w:rsidRPr="00D70064" w:rsidRDefault="004351F6">
            <w:pPr>
              <w:spacing w:after="0"/>
            </w:pPr>
            <w:r w:rsidRPr="00D70064">
              <w:rPr>
                <w:sz w:val="14"/>
              </w:rPr>
              <w:t>0.756 (0.733-0.778)</w:t>
            </w:r>
          </w:p>
        </w:tc>
        <w:tc>
          <w:tcPr>
            <w:tcW w:w="1337" w:type="dxa"/>
            <w:tcBorders>
              <w:top w:val="nil"/>
              <w:left w:val="nil"/>
              <w:bottom w:val="nil"/>
              <w:right w:val="nil"/>
            </w:tcBorders>
            <w:tcMar>
              <w:top w:w="80" w:type="dxa"/>
              <w:left w:w="120" w:type="dxa"/>
              <w:bottom w:w="80" w:type="dxa"/>
              <w:right w:w="120" w:type="dxa"/>
            </w:tcMar>
            <w:vAlign w:val="center"/>
          </w:tcPr>
          <w:p w14:paraId="1E28C825" w14:textId="77777777" w:rsidR="008B5324" w:rsidRPr="00D70064" w:rsidRDefault="004351F6">
            <w:pPr>
              <w:spacing w:after="0"/>
            </w:pPr>
            <w:r w:rsidRPr="00D70064">
              <w:rPr>
                <w:sz w:val="14"/>
              </w:rPr>
              <w:t>0.679</w:t>
            </w:r>
          </w:p>
        </w:tc>
      </w:tr>
      <w:tr w:rsidR="008B5324" w:rsidRPr="00D70064" w14:paraId="72A89DEE"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2C438269"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34EEB3E3" w14:textId="77777777" w:rsidR="008B5324" w:rsidRPr="00D70064" w:rsidRDefault="004351F6">
            <w:pPr>
              <w:spacing w:after="0"/>
            </w:pPr>
            <w:r w:rsidRPr="00D70064">
              <w:rPr>
                <w:sz w:val="14"/>
              </w:rPr>
              <w:t>PaO2/FiO2 &gt;=200</w:t>
            </w:r>
          </w:p>
        </w:tc>
        <w:tc>
          <w:tcPr>
            <w:tcW w:w="1337" w:type="dxa"/>
            <w:tcBorders>
              <w:top w:val="nil"/>
              <w:left w:val="nil"/>
              <w:bottom w:val="nil"/>
              <w:right w:val="nil"/>
            </w:tcBorders>
            <w:tcMar>
              <w:top w:w="80" w:type="dxa"/>
              <w:left w:w="120" w:type="dxa"/>
              <w:bottom w:w="80" w:type="dxa"/>
              <w:right w:w="120" w:type="dxa"/>
            </w:tcMar>
            <w:vAlign w:val="center"/>
          </w:tcPr>
          <w:p w14:paraId="4477D8B7" w14:textId="77777777" w:rsidR="008B5324" w:rsidRPr="00D70064" w:rsidRDefault="004351F6">
            <w:pPr>
              <w:spacing w:after="0"/>
            </w:pPr>
            <w:r w:rsidRPr="00D70064">
              <w:rPr>
                <w:sz w:val="14"/>
              </w:rPr>
              <w:t>878</w:t>
            </w:r>
          </w:p>
        </w:tc>
        <w:tc>
          <w:tcPr>
            <w:tcW w:w="1337" w:type="dxa"/>
            <w:tcBorders>
              <w:top w:val="nil"/>
              <w:left w:val="nil"/>
              <w:bottom w:val="nil"/>
              <w:right w:val="nil"/>
            </w:tcBorders>
            <w:tcMar>
              <w:top w:w="80" w:type="dxa"/>
              <w:left w:w="120" w:type="dxa"/>
              <w:bottom w:w="80" w:type="dxa"/>
              <w:right w:w="120" w:type="dxa"/>
            </w:tcMar>
            <w:vAlign w:val="center"/>
          </w:tcPr>
          <w:p w14:paraId="44C1C8BC" w14:textId="77777777" w:rsidR="008B5324" w:rsidRPr="00D70064" w:rsidRDefault="004351F6">
            <w:pPr>
              <w:spacing w:after="0"/>
            </w:pPr>
            <w:r w:rsidRPr="00D70064">
              <w:rPr>
                <w:sz w:val="14"/>
              </w:rPr>
              <w:t>269</w:t>
            </w:r>
          </w:p>
        </w:tc>
        <w:tc>
          <w:tcPr>
            <w:tcW w:w="1337" w:type="dxa"/>
            <w:tcBorders>
              <w:top w:val="nil"/>
              <w:left w:val="nil"/>
              <w:bottom w:val="nil"/>
              <w:right w:val="nil"/>
            </w:tcBorders>
            <w:tcMar>
              <w:top w:w="80" w:type="dxa"/>
              <w:left w:w="120" w:type="dxa"/>
              <w:bottom w:w="80" w:type="dxa"/>
              <w:right w:w="120" w:type="dxa"/>
            </w:tcMar>
            <w:vAlign w:val="center"/>
          </w:tcPr>
          <w:p w14:paraId="593EAF7C" w14:textId="77777777" w:rsidR="008B5324" w:rsidRPr="00D70064" w:rsidRDefault="004351F6">
            <w:pPr>
              <w:spacing w:after="0"/>
            </w:pPr>
            <w:r w:rsidRPr="00D70064">
              <w:rPr>
                <w:sz w:val="14"/>
              </w:rPr>
              <w:t>0.306</w:t>
            </w:r>
          </w:p>
        </w:tc>
        <w:tc>
          <w:tcPr>
            <w:tcW w:w="1337" w:type="dxa"/>
            <w:tcBorders>
              <w:top w:val="nil"/>
              <w:left w:val="nil"/>
              <w:bottom w:val="nil"/>
              <w:right w:val="nil"/>
            </w:tcBorders>
            <w:tcMar>
              <w:top w:w="80" w:type="dxa"/>
              <w:left w:w="120" w:type="dxa"/>
              <w:bottom w:w="80" w:type="dxa"/>
              <w:right w:w="120" w:type="dxa"/>
            </w:tcMar>
            <w:vAlign w:val="center"/>
          </w:tcPr>
          <w:p w14:paraId="54DF040F" w14:textId="77777777" w:rsidR="008B5324" w:rsidRPr="00D70064" w:rsidRDefault="004351F6">
            <w:pPr>
              <w:spacing w:after="0"/>
            </w:pPr>
            <w:r w:rsidRPr="00D70064">
              <w:rPr>
                <w:sz w:val="14"/>
              </w:rPr>
              <w:t>0.735 (0.703-0.768)</w:t>
            </w:r>
          </w:p>
        </w:tc>
        <w:tc>
          <w:tcPr>
            <w:tcW w:w="1337" w:type="dxa"/>
            <w:tcBorders>
              <w:top w:val="nil"/>
              <w:left w:val="nil"/>
              <w:bottom w:val="nil"/>
              <w:right w:val="nil"/>
            </w:tcBorders>
            <w:tcMar>
              <w:top w:w="80" w:type="dxa"/>
              <w:left w:w="120" w:type="dxa"/>
              <w:bottom w:w="80" w:type="dxa"/>
              <w:right w:w="120" w:type="dxa"/>
            </w:tcMar>
            <w:vAlign w:val="center"/>
          </w:tcPr>
          <w:p w14:paraId="0AAB8F64" w14:textId="77777777" w:rsidR="008B5324" w:rsidRPr="00D70064" w:rsidRDefault="004351F6">
            <w:pPr>
              <w:spacing w:after="0"/>
            </w:pPr>
            <w:r w:rsidRPr="00D70064">
              <w:rPr>
                <w:sz w:val="14"/>
              </w:rPr>
              <w:t>0.514</w:t>
            </w:r>
          </w:p>
        </w:tc>
      </w:tr>
      <w:tr w:rsidR="008B5324" w:rsidRPr="00D70064" w14:paraId="2A963F26"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49BFB2EA"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5A3F93CC" w14:textId="77777777" w:rsidR="008B5324" w:rsidRPr="00D70064" w:rsidRDefault="004351F6">
            <w:pPr>
              <w:spacing w:after="0"/>
            </w:pPr>
            <w:r w:rsidRPr="00D70064">
              <w:rPr>
                <w:sz w:val="14"/>
              </w:rPr>
              <w:t>Age &lt;65 years</w:t>
            </w:r>
          </w:p>
        </w:tc>
        <w:tc>
          <w:tcPr>
            <w:tcW w:w="1337" w:type="dxa"/>
            <w:tcBorders>
              <w:top w:val="nil"/>
              <w:left w:val="nil"/>
              <w:bottom w:val="nil"/>
              <w:right w:val="nil"/>
            </w:tcBorders>
            <w:tcMar>
              <w:top w:w="80" w:type="dxa"/>
              <w:left w:w="120" w:type="dxa"/>
              <w:bottom w:w="80" w:type="dxa"/>
              <w:right w:w="120" w:type="dxa"/>
            </w:tcMar>
            <w:vAlign w:val="center"/>
          </w:tcPr>
          <w:p w14:paraId="5415DC50" w14:textId="77777777" w:rsidR="008B5324" w:rsidRPr="00D70064" w:rsidRDefault="004351F6">
            <w:pPr>
              <w:spacing w:after="0"/>
            </w:pPr>
            <w:r w:rsidRPr="00D70064">
              <w:rPr>
                <w:sz w:val="14"/>
              </w:rPr>
              <w:t>6152</w:t>
            </w:r>
          </w:p>
        </w:tc>
        <w:tc>
          <w:tcPr>
            <w:tcW w:w="1337" w:type="dxa"/>
            <w:tcBorders>
              <w:top w:val="nil"/>
              <w:left w:val="nil"/>
              <w:bottom w:val="nil"/>
              <w:right w:val="nil"/>
            </w:tcBorders>
            <w:tcMar>
              <w:top w:w="80" w:type="dxa"/>
              <w:left w:w="120" w:type="dxa"/>
              <w:bottom w:w="80" w:type="dxa"/>
              <w:right w:w="120" w:type="dxa"/>
            </w:tcMar>
            <w:vAlign w:val="center"/>
          </w:tcPr>
          <w:p w14:paraId="65B1D5C8" w14:textId="77777777" w:rsidR="008B5324" w:rsidRPr="00D70064" w:rsidRDefault="004351F6">
            <w:pPr>
              <w:spacing w:after="0"/>
            </w:pPr>
            <w:r w:rsidRPr="00D70064">
              <w:rPr>
                <w:sz w:val="14"/>
              </w:rPr>
              <w:t>1775</w:t>
            </w:r>
          </w:p>
        </w:tc>
        <w:tc>
          <w:tcPr>
            <w:tcW w:w="1337" w:type="dxa"/>
            <w:tcBorders>
              <w:top w:val="nil"/>
              <w:left w:val="nil"/>
              <w:bottom w:val="nil"/>
              <w:right w:val="nil"/>
            </w:tcBorders>
            <w:tcMar>
              <w:top w:w="80" w:type="dxa"/>
              <w:left w:w="120" w:type="dxa"/>
              <w:bottom w:w="80" w:type="dxa"/>
              <w:right w:w="120" w:type="dxa"/>
            </w:tcMar>
            <w:vAlign w:val="center"/>
          </w:tcPr>
          <w:p w14:paraId="726348FF" w14:textId="77777777" w:rsidR="008B5324" w:rsidRPr="00D70064" w:rsidRDefault="004351F6">
            <w:pPr>
              <w:spacing w:after="0"/>
            </w:pPr>
            <w:r w:rsidRPr="00D70064">
              <w:rPr>
                <w:sz w:val="14"/>
              </w:rPr>
              <w:t>0.289</w:t>
            </w:r>
          </w:p>
        </w:tc>
        <w:tc>
          <w:tcPr>
            <w:tcW w:w="1337" w:type="dxa"/>
            <w:tcBorders>
              <w:top w:val="nil"/>
              <w:left w:val="nil"/>
              <w:bottom w:val="nil"/>
              <w:right w:val="nil"/>
            </w:tcBorders>
            <w:tcMar>
              <w:top w:w="80" w:type="dxa"/>
              <w:left w:w="120" w:type="dxa"/>
              <w:bottom w:w="80" w:type="dxa"/>
              <w:right w:w="120" w:type="dxa"/>
            </w:tcMar>
            <w:vAlign w:val="center"/>
          </w:tcPr>
          <w:p w14:paraId="65F45BB1" w14:textId="77777777" w:rsidR="008B5324" w:rsidRPr="00D70064" w:rsidRDefault="004351F6">
            <w:pPr>
              <w:spacing w:after="0"/>
            </w:pPr>
            <w:r w:rsidRPr="00D70064">
              <w:rPr>
                <w:sz w:val="14"/>
              </w:rPr>
              <w:t>0.755 (0.741-0.767)</w:t>
            </w:r>
          </w:p>
        </w:tc>
        <w:tc>
          <w:tcPr>
            <w:tcW w:w="1337" w:type="dxa"/>
            <w:tcBorders>
              <w:top w:val="nil"/>
              <w:left w:val="nil"/>
              <w:bottom w:val="nil"/>
              <w:right w:val="nil"/>
            </w:tcBorders>
            <w:tcMar>
              <w:top w:w="80" w:type="dxa"/>
              <w:left w:w="120" w:type="dxa"/>
              <w:bottom w:w="80" w:type="dxa"/>
              <w:right w:w="120" w:type="dxa"/>
            </w:tcMar>
            <w:vAlign w:val="center"/>
          </w:tcPr>
          <w:p w14:paraId="6A6E7548" w14:textId="77777777" w:rsidR="008B5324" w:rsidRPr="00D70064" w:rsidRDefault="004351F6">
            <w:pPr>
              <w:spacing w:after="0"/>
            </w:pPr>
            <w:r w:rsidRPr="00D70064">
              <w:rPr>
                <w:sz w:val="14"/>
              </w:rPr>
              <w:t>0.592</w:t>
            </w:r>
          </w:p>
        </w:tc>
      </w:tr>
      <w:tr w:rsidR="008B5324" w:rsidRPr="00D70064" w14:paraId="59FB783D"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61014F2C"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0A4737EF" w14:textId="77777777" w:rsidR="008B5324" w:rsidRPr="00D70064" w:rsidRDefault="004351F6">
            <w:pPr>
              <w:spacing w:after="0"/>
            </w:pPr>
            <w:r w:rsidRPr="00D70064">
              <w:rPr>
                <w:sz w:val="14"/>
              </w:rPr>
              <w:t>Age &gt;=65 years</w:t>
            </w:r>
          </w:p>
        </w:tc>
        <w:tc>
          <w:tcPr>
            <w:tcW w:w="1337" w:type="dxa"/>
            <w:tcBorders>
              <w:top w:val="nil"/>
              <w:left w:val="nil"/>
              <w:bottom w:val="nil"/>
              <w:right w:val="nil"/>
            </w:tcBorders>
            <w:tcMar>
              <w:top w:w="80" w:type="dxa"/>
              <w:left w:w="120" w:type="dxa"/>
              <w:bottom w:w="80" w:type="dxa"/>
              <w:right w:w="120" w:type="dxa"/>
            </w:tcMar>
            <w:vAlign w:val="center"/>
          </w:tcPr>
          <w:p w14:paraId="69398358" w14:textId="77777777" w:rsidR="008B5324" w:rsidRPr="00D70064" w:rsidRDefault="004351F6">
            <w:pPr>
              <w:spacing w:after="0"/>
            </w:pPr>
            <w:r w:rsidRPr="00D70064">
              <w:rPr>
                <w:sz w:val="14"/>
              </w:rPr>
              <w:t>6355</w:t>
            </w:r>
          </w:p>
        </w:tc>
        <w:tc>
          <w:tcPr>
            <w:tcW w:w="1337" w:type="dxa"/>
            <w:tcBorders>
              <w:top w:val="nil"/>
              <w:left w:val="nil"/>
              <w:bottom w:val="nil"/>
              <w:right w:val="nil"/>
            </w:tcBorders>
            <w:tcMar>
              <w:top w:w="80" w:type="dxa"/>
              <w:left w:w="120" w:type="dxa"/>
              <w:bottom w:w="80" w:type="dxa"/>
              <w:right w:w="120" w:type="dxa"/>
            </w:tcMar>
            <w:vAlign w:val="center"/>
          </w:tcPr>
          <w:p w14:paraId="5E70B7A9" w14:textId="77777777" w:rsidR="008B5324" w:rsidRPr="00D70064" w:rsidRDefault="004351F6">
            <w:pPr>
              <w:spacing w:after="0"/>
            </w:pPr>
            <w:r w:rsidRPr="00D70064">
              <w:rPr>
                <w:sz w:val="14"/>
              </w:rPr>
              <w:t>2009</w:t>
            </w:r>
          </w:p>
        </w:tc>
        <w:tc>
          <w:tcPr>
            <w:tcW w:w="1337" w:type="dxa"/>
            <w:tcBorders>
              <w:top w:val="nil"/>
              <w:left w:val="nil"/>
              <w:bottom w:val="nil"/>
              <w:right w:val="nil"/>
            </w:tcBorders>
            <w:tcMar>
              <w:top w:w="80" w:type="dxa"/>
              <w:left w:w="120" w:type="dxa"/>
              <w:bottom w:w="80" w:type="dxa"/>
              <w:right w:w="120" w:type="dxa"/>
            </w:tcMar>
            <w:vAlign w:val="center"/>
          </w:tcPr>
          <w:p w14:paraId="2542AF6E" w14:textId="77777777" w:rsidR="008B5324" w:rsidRPr="00D70064" w:rsidRDefault="004351F6">
            <w:pPr>
              <w:spacing w:after="0"/>
            </w:pPr>
            <w:r w:rsidRPr="00D70064">
              <w:rPr>
                <w:sz w:val="14"/>
              </w:rPr>
              <w:t>0.316</w:t>
            </w:r>
          </w:p>
        </w:tc>
        <w:tc>
          <w:tcPr>
            <w:tcW w:w="1337" w:type="dxa"/>
            <w:tcBorders>
              <w:top w:val="nil"/>
              <w:left w:val="nil"/>
              <w:bottom w:val="nil"/>
              <w:right w:val="nil"/>
            </w:tcBorders>
            <w:tcMar>
              <w:top w:w="80" w:type="dxa"/>
              <w:left w:w="120" w:type="dxa"/>
              <w:bottom w:w="80" w:type="dxa"/>
              <w:right w:w="120" w:type="dxa"/>
            </w:tcMar>
            <w:vAlign w:val="center"/>
          </w:tcPr>
          <w:p w14:paraId="0A50CB0F" w14:textId="77777777" w:rsidR="008B5324" w:rsidRPr="00D70064" w:rsidRDefault="004351F6">
            <w:pPr>
              <w:spacing w:after="0"/>
            </w:pPr>
            <w:r w:rsidRPr="00D70064">
              <w:rPr>
                <w:sz w:val="14"/>
              </w:rPr>
              <w:t>0.733 (0.719-0.746)</w:t>
            </w:r>
          </w:p>
        </w:tc>
        <w:tc>
          <w:tcPr>
            <w:tcW w:w="1337" w:type="dxa"/>
            <w:tcBorders>
              <w:top w:val="nil"/>
              <w:left w:val="nil"/>
              <w:bottom w:val="nil"/>
              <w:right w:val="nil"/>
            </w:tcBorders>
            <w:tcMar>
              <w:top w:w="80" w:type="dxa"/>
              <w:left w:w="120" w:type="dxa"/>
              <w:bottom w:w="80" w:type="dxa"/>
              <w:right w:w="120" w:type="dxa"/>
            </w:tcMar>
            <w:vAlign w:val="center"/>
          </w:tcPr>
          <w:p w14:paraId="588AA57C" w14:textId="77777777" w:rsidR="008B5324" w:rsidRPr="00D70064" w:rsidRDefault="004351F6">
            <w:pPr>
              <w:spacing w:after="0"/>
            </w:pPr>
            <w:r w:rsidRPr="00D70064">
              <w:rPr>
                <w:sz w:val="14"/>
              </w:rPr>
              <w:t>0.590</w:t>
            </w:r>
          </w:p>
        </w:tc>
      </w:tr>
      <w:tr w:rsidR="008B5324" w:rsidRPr="00D70064" w14:paraId="5EEA1638"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F408F1C"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0ABEDB93" w14:textId="77777777" w:rsidR="008B5324" w:rsidRPr="00D70064" w:rsidRDefault="004351F6">
            <w:pPr>
              <w:spacing w:after="0"/>
            </w:pPr>
            <w:r w:rsidRPr="00D70064">
              <w:rPr>
                <w:sz w:val="14"/>
              </w:rPr>
              <w:t>Male</w:t>
            </w:r>
          </w:p>
        </w:tc>
        <w:tc>
          <w:tcPr>
            <w:tcW w:w="1337" w:type="dxa"/>
            <w:tcBorders>
              <w:top w:val="nil"/>
              <w:left w:val="nil"/>
              <w:bottom w:val="nil"/>
              <w:right w:val="nil"/>
            </w:tcBorders>
            <w:tcMar>
              <w:top w:w="80" w:type="dxa"/>
              <w:left w:w="120" w:type="dxa"/>
              <w:bottom w:w="80" w:type="dxa"/>
              <w:right w:w="120" w:type="dxa"/>
            </w:tcMar>
            <w:vAlign w:val="center"/>
          </w:tcPr>
          <w:p w14:paraId="56FA44EF" w14:textId="77777777" w:rsidR="008B5324" w:rsidRPr="00D70064" w:rsidRDefault="004351F6">
            <w:pPr>
              <w:spacing w:after="0"/>
            </w:pPr>
            <w:r w:rsidRPr="00D70064">
              <w:rPr>
                <w:sz w:val="14"/>
              </w:rPr>
              <w:t>6727</w:t>
            </w:r>
          </w:p>
        </w:tc>
        <w:tc>
          <w:tcPr>
            <w:tcW w:w="1337" w:type="dxa"/>
            <w:tcBorders>
              <w:top w:val="nil"/>
              <w:left w:val="nil"/>
              <w:bottom w:val="nil"/>
              <w:right w:val="nil"/>
            </w:tcBorders>
            <w:tcMar>
              <w:top w:w="80" w:type="dxa"/>
              <w:left w:w="120" w:type="dxa"/>
              <w:bottom w:w="80" w:type="dxa"/>
              <w:right w:w="120" w:type="dxa"/>
            </w:tcMar>
            <w:vAlign w:val="center"/>
          </w:tcPr>
          <w:p w14:paraId="5A3356F2" w14:textId="77777777" w:rsidR="008B5324" w:rsidRPr="00D70064" w:rsidRDefault="004351F6">
            <w:pPr>
              <w:spacing w:after="0"/>
            </w:pPr>
            <w:r w:rsidRPr="00D70064">
              <w:rPr>
                <w:sz w:val="14"/>
              </w:rPr>
              <w:t>2075</w:t>
            </w:r>
          </w:p>
        </w:tc>
        <w:tc>
          <w:tcPr>
            <w:tcW w:w="1337" w:type="dxa"/>
            <w:tcBorders>
              <w:top w:val="nil"/>
              <w:left w:val="nil"/>
              <w:bottom w:val="nil"/>
              <w:right w:val="nil"/>
            </w:tcBorders>
            <w:tcMar>
              <w:top w:w="80" w:type="dxa"/>
              <w:left w:w="120" w:type="dxa"/>
              <w:bottom w:w="80" w:type="dxa"/>
              <w:right w:w="120" w:type="dxa"/>
            </w:tcMar>
            <w:vAlign w:val="center"/>
          </w:tcPr>
          <w:p w14:paraId="7E9B5EBF" w14:textId="77777777" w:rsidR="008B5324" w:rsidRPr="00D70064" w:rsidRDefault="004351F6">
            <w:pPr>
              <w:spacing w:after="0"/>
            </w:pPr>
            <w:r w:rsidRPr="00D70064">
              <w:rPr>
                <w:sz w:val="14"/>
              </w:rPr>
              <w:t>0.308</w:t>
            </w:r>
          </w:p>
        </w:tc>
        <w:tc>
          <w:tcPr>
            <w:tcW w:w="1337" w:type="dxa"/>
            <w:tcBorders>
              <w:top w:val="nil"/>
              <w:left w:val="nil"/>
              <w:bottom w:val="nil"/>
              <w:right w:val="nil"/>
            </w:tcBorders>
            <w:tcMar>
              <w:top w:w="80" w:type="dxa"/>
              <w:left w:w="120" w:type="dxa"/>
              <w:bottom w:w="80" w:type="dxa"/>
              <w:right w:w="120" w:type="dxa"/>
            </w:tcMar>
            <w:vAlign w:val="center"/>
          </w:tcPr>
          <w:p w14:paraId="298EC79D" w14:textId="77777777" w:rsidR="008B5324" w:rsidRPr="00D70064" w:rsidRDefault="004351F6">
            <w:pPr>
              <w:spacing w:after="0"/>
            </w:pPr>
            <w:r w:rsidRPr="00D70064">
              <w:rPr>
                <w:sz w:val="14"/>
              </w:rPr>
              <w:t>0.735 (0.723-0.748)</w:t>
            </w:r>
          </w:p>
        </w:tc>
        <w:tc>
          <w:tcPr>
            <w:tcW w:w="1337" w:type="dxa"/>
            <w:tcBorders>
              <w:top w:val="nil"/>
              <w:left w:val="nil"/>
              <w:bottom w:val="nil"/>
              <w:right w:val="nil"/>
            </w:tcBorders>
            <w:tcMar>
              <w:top w:w="80" w:type="dxa"/>
              <w:left w:w="120" w:type="dxa"/>
              <w:bottom w:w="80" w:type="dxa"/>
              <w:right w:w="120" w:type="dxa"/>
            </w:tcMar>
            <w:vAlign w:val="center"/>
          </w:tcPr>
          <w:p w14:paraId="658CA02F" w14:textId="77777777" w:rsidR="008B5324" w:rsidRPr="00D70064" w:rsidRDefault="004351F6">
            <w:pPr>
              <w:spacing w:after="0"/>
            </w:pPr>
            <w:r w:rsidRPr="00D70064">
              <w:rPr>
                <w:sz w:val="14"/>
              </w:rPr>
              <w:t>0.585</w:t>
            </w:r>
          </w:p>
        </w:tc>
      </w:tr>
      <w:tr w:rsidR="008B5324" w:rsidRPr="00D70064" w14:paraId="58FBA352"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56358CE"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5F52B758" w14:textId="77777777" w:rsidR="008B5324" w:rsidRPr="00D70064" w:rsidRDefault="004351F6">
            <w:pPr>
              <w:spacing w:after="0"/>
            </w:pPr>
            <w:r w:rsidRPr="00D70064">
              <w:rPr>
                <w:sz w:val="14"/>
              </w:rPr>
              <w:t>Female</w:t>
            </w:r>
          </w:p>
        </w:tc>
        <w:tc>
          <w:tcPr>
            <w:tcW w:w="1337" w:type="dxa"/>
            <w:tcBorders>
              <w:top w:val="nil"/>
              <w:left w:val="nil"/>
              <w:bottom w:val="nil"/>
              <w:right w:val="nil"/>
            </w:tcBorders>
            <w:tcMar>
              <w:top w:w="80" w:type="dxa"/>
              <w:left w:w="120" w:type="dxa"/>
              <w:bottom w:w="80" w:type="dxa"/>
              <w:right w:w="120" w:type="dxa"/>
            </w:tcMar>
            <w:vAlign w:val="center"/>
          </w:tcPr>
          <w:p w14:paraId="03508303" w14:textId="77777777" w:rsidR="008B5324" w:rsidRPr="00D70064" w:rsidRDefault="004351F6">
            <w:pPr>
              <w:spacing w:after="0"/>
            </w:pPr>
            <w:r w:rsidRPr="00D70064">
              <w:rPr>
                <w:sz w:val="14"/>
              </w:rPr>
              <w:t>5777</w:t>
            </w:r>
          </w:p>
        </w:tc>
        <w:tc>
          <w:tcPr>
            <w:tcW w:w="1337" w:type="dxa"/>
            <w:tcBorders>
              <w:top w:val="nil"/>
              <w:left w:val="nil"/>
              <w:bottom w:val="nil"/>
              <w:right w:val="nil"/>
            </w:tcBorders>
            <w:tcMar>
              <w:top w:w="80" w:type="dxa"/>
              <w:left w:w="120" w:type="dxa"/>
              <w:bottom w:w="80" w:type="dxa"/>
              <w:right w:w="120" w:type="dxa"/>
            </w:tcMar>
            <w:vAlign w:val="center"/>
          </w:tcPr>
          <w:p w14:paraId="42BECDFA" w14:textId="77777777" w:rsidR="008B5324" w:rsidRPr="00D70064" w:rsidRDefault="004351F6">
            <w:pPr>
              <w:spacing w:after="0"/>
            </w:pPr>
            <w:r w:rsidRPr="00D70064">
              <w:rPr>
                <w:sz w:val="14"/>
              </w:rPr>
              <w:t>1708</w:t>
            </w:r>
          </w:p>
        </w:tc>
        <w:tc>
          <w:tcPr>
            <w:tcW w:w="1337" w:type="dxa"/>
            <w:tcBorders>
              <w:top w:val="nil"/>
              <w:left w:val="nil"/>
              <w:bottom w:val="nil"/>
              <w:right w:val="nil"/>
            </w:tcBorders>
            <w:tcMar>
              <w:top w:w="80" w:type="dxa"/>
              <w:left w:w="120" w:type="dxa"/>
              <w:bottom w:w="80" w:type="dxa"/>
              <w:right w:w="120" w:type="dxa"/>
            </w:tcMar>
            <w:vAlign w:val="center"/>
          </w:tcPr>
          <w:p w14:paraId="2CF0B907" w14:textId="77777777" w:rsidR="008B5324" w:rsidRPr="00D70064" w:rsidRDefault="004351F6">
            <w:pPr>
              <w:spacing w:after="0"/>
            </w:pPr>
            <w:r w:rsidRPr="00D70064">
              <w:rPr>
                <w:sz w:val="14"/>
              </w:rPr>
              <w:t>0.296</w:t>
            </w:r>
          </w:p>
        </w:tc>
        <w:tc>
          <w:tcPr>
            <w:tcW w:w="1337" w:type="dxa"/>
            <w:tcBorders>
              <w:top w:val="nil"/>
              <w:left w:val="nil"/>
              <w:bottom w:val="nil"/>
              <w:right w:val="nil"/>
            </w:tcBorders>
            <w:tcMar>
              <w:top w:w="80" w:type="dxa"/>
              <w:left w:w="120" w:type="dxa"/>
              <w:bottom w:w="80" w:type="dxa"/>
              <w:right w:w="120" w:type="dxa"/>
            </w:tcMar>
            <w:vAlign w:val="center"/>
          </w:tcPr>
          <w:p w14:paraId="29F71DC8" w14:textId="77777777" w:rsidR="008B5324" w:rsidRPr="00D70064" w:rsidRDefault="004351F6">
            <w:pPr>
              <w:spacing w:after="0"/>
            </w:pPr>
            <w:r w:rsidRPr="00D70064">
              <w:rPr>
                <w:sz w:val="14"/>
              </w:rPr>
              <w:t>0.755 (0.741-0.769)</w:t>
            </w:r>
          </w:p>
        </w:tc>
        <w:tc>
          <w:tcPr>
            <w:tcW w:w="1337" w:type="dxa"/>
            <w:tcBorders>
              <w:top w:val="nil"/>
              <w:left w:val="nil"/>
              <w:bottom w:val="nil"/>
              <w:right w:val="nil"/>
            </w:tcBorders>
            <w:tcMar>
              <w:top w:w="80" w:type="dxa"/>
              <w:left w:w="120" w:type="dxa"/>
              <w:bottom w:w="80" w:type="dxa"/>
              <w:right w:w="120" w:type="dxa"/>
            </w:tcMar>
            <w:vAlign w:val="center"/>
          </w:tcPr>
          <w:p w14:paraId="083E4C24" w14:textId="77777777" w:rsidR="008B5324" w:rsidRPr="00D70064" w:rsidRDefault="004351F6">
            <w:pPr>
              <w:spacing w:after="0"/>
            </w:pPr>
            <w:r w:rsidRPr="00D70064">
              <w:rPr>
                <w:sz w:val="14"/>
              </w:rPr>
              <w:t>0.595</w:t>
            </w:r>
          </w:p>
        </w:tc>
      </w:tr>
      <w:tr w:rsidR="008B5324" w:rsidRPr="00D70064" w14:paraId="65D85AF7"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48B55B01"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70710383" w14:textId="77777777" w:rsidR="008B5324" w:rsidRPr="00D70064" w:rsidRDefault="004351F6">
            <w:pPr>
              <w:spacing w:after="0"/>
            </w:pPr>
            <w:r w:rsidRPr="00D70064">
              <w:rPr>
                <w:sz w:val="14"/>
              </w:rPr>
              <w:t>COPD</w:t>
            </w:r>
          </w:p>
        </w:tc>
        <w:tc>
          <w:tcPr>
            <w:tcW w:w="1337" w:type="dxa"/>
            <w:tcBorders>
              <w:top w:val="nil"/>
              <w:left w:val="nil"/>
              <w:bottom w:val="nil"/>
              <w:right w:val="nil"/>
            </w:tcBorders>
            <w:tcMar>
              <w:top w:w="80" w:type="dxa"/>
              <w:left w:w="120" w:type="dxa"/>
              <w:bottom w:w="80" w:type="dxa"/>
              <w:right w:w="120" w:type="dxa"/>
            </w:tcMar>
            <w:vAlign w:val="center"/>
          </w:tcPr>
          <w:p w14:paraId="3AA0A3BD" w14:textId="77777777" w:rsidR="008B5324" w:rsidRPr="00D70064" w:rsidRDefault="004351F6">
            <w:pPr>
              <w:spacing w:after="0"/>
            </w:pPr>
            <w:r w:rsidRPr="00D70064">
              <w:rPr>
                <w:sz w:val="14"/>
              </w:rPr>
              <w:t>1294</w:t>
            </w:r>
          </w:p>
        </w:tc>
        <w:tc>
          <w:tcPr>
            <w:tcW w:w="1337" w:type="dxa"/>
            <w:tcBorders>
              <w:top w:val="nil"/>
              <w:left w:val="nil"/>
              <w:bottom w:val="nil"/>
              <w:right w:val="nil"/>
            </w:tcBorders>
            <w:tcMar>
              <w:top w:w="80" w:type="dxa"/>
              <w:left w:w="120" w:type="dxa"/>
              <w:bottom w:w="80" w:type="dxa"/>
              <w:right w:w="120" w:type="dxa"/>
            </w:tcMar>
            <w:vAlign w:val="center"/>
          </w:tcPr>
          <w:p w14:paraId="3FB659E9" w14:textId="77777777" w:rsidR="008B5324" w:rsidRPr="00D70064" w:rsidRDefault="004351F6">
            <w:pPr>
              <w:spacing w:after="0"/>
            </w:pPr>
            <w:r w:rsidRPr="00D70064">
              <w:rPr>
                <w:sz w:val="14"/>
              </w:rPr>
              <w:t>387</w:t>
            </w:r>
          </w:p>
        </w:tc>
        <w:tc>
          <w:tcPr>
            <w:tcW w:w="1337" w:type="dxa"/>
            <w:tcBorders>
              <w:top w:val="nil"/>
              <w:left w:val="nil"/>
              <w:bottom w:val="nil"/>
              <w:right w:val="nil"/>
            </w:tcBorders>
            <w:tcMar>
              <w:top w:w="80" w:type="dxa"/>
              <w:left w:w="120" w:type="dxa"/>
              <w:bottom w:w="80" w:type="dxa"/>
              <w:right w:w="120" w:type="dxa"/>
            </w:tcMar>
            <w:vAlign w:val="center"/>
          </w:tcPr>
          <w:p w14:paraId="51A407BA" w14:textId="77777777" w:rsidR="008B5324" w:rsidRPr="00D70064" w:rsidRDefault="004351F6">
            <w:pPr>
              <w:spacing w:after="0"/>
            </w:pPr>
            <w:r w:rsidRPr="00D70064">
              <w:rPr>
                <w:sz w:val="14"/>
              </w:rPr>
              <w:t>0.299</w:t>
            </w:r>
          </w:p>
        </w:tc>
        <w:tc>
          <w:tcPr>
            <w:tcW w:w="1337" w:type="dxa"/>
            <w:tcBorders>
              <w:top w:val="nil"/>
              <w:left w:val="nil"/>
              <w:bottom w:val="nil"/>
              <w:right w:val="nil"/>
            </w:tcBorders>
            <w:tcMar>
              <w:top w:w="80" w:type="dxa"/>
              <w:left w:w="120" w:type="dxa"/>
              <w:bottom w:w="80" w:type="dxa"/>
              <w:right w:w="120" w:type="dxa"/>
            </w:tcMar>
            <w:vAlign w:val="center"/>
          </w:tcPr>
          <w:p w14:paraId="1CC93A5F" w14:textId="77777777" w:rsidR="008B5324" w:rsidRPr="00D70064" w:rsidRDefault="004351F6">
            <w:pPr>
              <w:spacing w:after="0"/>
            </w:pPr>
            <w:r w:rsidRPr="00D70064">
              <w:rPr>
                <w:sz w:val="14"/>
              </w:rPr>
              <w:t>0.687 (0.658-0.717)</w:t>
            </w:r>
          </w:p>
        </w:tc>
        <w:tc>
          <w:tcPr>
            <w:tcW w:w="1337" w:type="dxa"/>
            <w:tcBorders>
              <w:top w:val="nil"/>
              <w:left w:val="nil"/>
              <w:bottom w:val="nil"/>
              <w:right w:val="nil"/>
            </w:tcBorders>
            <w:tcMar>
              <w:top w:w="80" w:type="dxa"/>
              <w:left w:w="120" w:type="dxa"/>
              <w:bottom w:w="80" w:type="dxa"/>
              <w:right w:w="120" w:type="dxa"/>
            </w:tcMar>
            <w:vAlign w:val="center"/>
          </w:tcPr>
          <w:p w14:paraId="6ED11325" w14:textId="77777777" w:rsidR="008B5324" w:rsidRPr="00D70064" w:rsidRDefault="004351F6">
            <w:pPr>
              <w:spacing w:after="0"/>
            </w:pPr>
            <w:r w:rsidRPr="00D70064">
              <w:rPr>
                <w:sz w:val="14"/>
              </w:rPr>
              <w:t>0.513</w:t>
            </w:r>
          </w:p>
        </w:tc>
      </w:tr>
      <w:tr w:rsidR="008B5324" w:rsidRPr="00D70064" w14:paraId="6918176F"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38269E8E"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3C9D8BD9" w14:textId="77777777" w:rsidR="008B5324" w:rsidRPr="00D70064" w:rsidRDefault="004351F6">
            <w:pPr>
              <w:spacing w:after="0"/>
            </w:pPr>
            <w:r w:rsidRPr="00D70064">
              <w:rPr>
                <w:sz w:val="14"/>
              </w:rPr>
              <w:t>No COPD</w:t>
            </w:r>
          </w:p>
        </w:tc>
        <w:tc>
          <w:tcPr>
            <w:tcW w:w="1337" w:type="dxa"/>
            <w:tcBorders>
              <w:top w:val="nil"/>
              <w:left w:val="nil"/>
              <w:bottom w:val="nil"/>
              <w:right w:val="nil"/>
            </w:tcBorders>
            <w:tcMar>
              <w:top w:w="80" w:type="dxa"/>
              <w:left w:w="120" w:type="dxa"/>
              <w:bottom w:w="80" w:type="dxa"/>
              <w:right w:w="120" w:type="dxa"/>
            </w:tcMar>
            <w:vAlign w:val="center"/>
          </w:tcPr>
          <w:p w14:paraId="030ACAA5" w14:textId="77777777" w:rsidR="008B5324" w:rsidRPr="00D70064" w:rsidRDefault="004351F6">
            <w:pPr>
              <w:spacing w:after="0"/>
            </w:pPr>
            <w:r w:rsidRPr="00D70064">
              <w:rPr>
                <w:sz w:val="14"/>
              </w:rPr>
              <w:t>11213</w:t>
            </w:r>
          </w:p>
        </w:tc>
        <w:tc>
          <w:tcPr>
            <w:tcW w:w="1337" w:type="dxa"/>
            <w:tcBorders>
              <w:top w:val="nil"/>
              <w:left w:val="nil"/>
              <w:bottom w:val="nil"/>
              <w:right w:val="nil"/>
            </w:tcBorders>
            <w:tcMar>
              <w:top w:w="80" w:type="dxa"/>
              <w:left w:w="120" w:type="dxa"/>
              <w:bottom w:w="80" w:type="dxa"/>
              <w:right w:w="120" w:type="dxa"/>
            </w:tcMar>
            <w:vAlign w:val="center"/>
          </w:tcPr>
          <w:p w14:paraId="500CC201" w14:textId="77777777" w:rsidR="008B5324" w:rsidRPr="00D70064" w:rsidRDefault="004351F6">
            <w:pPr>
              <w:spacing w:after="0"/>
            </w:pPr>
            <w:r w:rsidRPr="00D70064">
              <w:rPr>
                <w:sz w:val="14"/>
              </w:rPr>
              <w:t>3397</w:t>
            </w:r>
          </w:p>
        </w:tc>
        <w:tc>
          <w:tcPr>
            <w:tcW w:w="1337" w:type="dxa"/>
            <w:tcBorders>
              <w:top w:val="nil"/>
              <w:left w:val="nil"/>
              <w:bottom w:val="nil"/>
              <w:right w:val="nil"/>
            </w:tcBorders>
            <w:tcMar>
              <w:top w:w="80" w:type="dxa"/>
              <w:left w:w="120" w:type="dxa"/>
              <w:bottom w:w="80" w:type="dxa"/>
              <w:right w:w="120" w:type="dxa"/>
            </w:tcMar>
            <w:vAlign w:val="center"/>
          </w:tcPr>
          <w:p w14:paraId="147B84B3" w14:textId="77777777" w:rsidR="008B5324" w:rsidRPr="00D70064" w:rsidRDefault="004351F6">
            <w:pPr>
              <w:spacing w:after="0"/>
            </w:pPr>
            <w:r w:rsidRPr="00D70064">
              <w:rPr>
                <w:sz w:val="14"/>
              </w:rPr>
              <w:t>0.303</w:t>
            </w:r>
          </w:p>
        </w:tc>
        <w:tc>
          <w:tcPr>
            <w:tcW w:w="1337" w:type="dxa"/>
            <w:tcBorders>
              <w:top w:val="nil"/>
              <w:left w:val="nil"/>
              <w:bottom w:val="nil"/>
              <w:right w:val="nil"/>
            </w:tcBorders>
            <w:tcMar>
              <w:top w:w="80" w:type="dxa"/>
              <w:left w:w="120" w:type="dxa"/>
              <w:bottom w:w="80" w:type="dxa"/>
              <w:right w:w="120" w:type="dxa"/>
            </w:tcMar>
            <w:vAlign w:val="center"/>
          </w:tcPr>
          <w:p w14:paraId="619E7375" w14:textId="77777777" w:rsidR="008B5324" w:rsidRPr="00D70064" w:rsidRDefault="004351F6">
            <w:pPr>
              <w:spacing w:after="0"/>
            </w:pPr>
            <w:r w:rsidRPr="00D70064">
              <w:rPr>
                <w:sz w:val="14"/>
              </w:rPr>
              <w:t>0.750 (0.739-0.759)</w:t>
            </w:r>
          </w:p>
        </w:tc>
        <w:tc>
          <w:tcPr>
            <w:tcW w:w="1337" w:type="dxa"/>
            <w:tcBorders>
              <w:top w:val="nil"/>
              <w:left w:val="nil"/>
              <w:bottom w:val="nil"/>
              <w:right w:val="nil"/>
            </w:tcBorders>
            <w:tcMar>
              <w:top w:w="80" w:type="dxa"/>
              <w:left w:w="120" w:type="dxa"/>
              <w:bottom w:w="80" w:type="dxa"/>
              <w:right w:w="120" w:type="dxa"/>
            </w:tcMar>
            <w:vAlign w:val="center"/>
          </w:tcPr>
          <w:p w14:paraId="16C044B2" w14:textId="77777777" w:rsidR="008B5324" w:rsidRPr="00D70064" w:rsidRDefault="004351F6">
            <w:pPr>
              <w:spacing w:after="0"/>
            </w:pPr>
            <w:r w:rsidRPr="00D70064">
              <w:rPr>
                <w:sz w:val="14"/>
              </w:rPr>
              <w:t>0.598</w:t>
            </w:r>
          </w:p>
        </w:tc>
      </w:tr>
      <w:tr w:rsidR="008B5324" w:rsidRPr="00D70064" w14:paraId="63A94E2B"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C47F50F"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4F912454" w14:textId="77777777" w:rsidR="008B5324" w:rsidRPr="00D70064" w:rsidRDefault="004351F6">
            <w:pPr>
              <w:spacing w:after="0"/>
            </w:pPr>
            <w:r w:rsidRPr="00D70064">
              <w:rPr>
                <w:sz w:val="14"/>
              </w:rPr>
              <w:t>Sepsis</w:t>
            </w:r>
          </w:p>
        </w:tc>
        <w:tc>
          <w:tcPr>
            <w:tcW w:w="1337" w:type="dxa"/>
            <w:tcBorders>
              <w:top w:val="nil"/>
              <w:left w:val="nil"/>
              <w:bottom w:val="nil"/>
              <w:right w:val="nil"/>
            </w:tcBorders>
            <w:tcMar>
              <w:top w:w="80" w:type="dxa"/>
              <w:left w:w="120" w:type="dxa"/>
              <w:bottom w:w="80" w:type="dxa"/>
              <w:right w:w="120" w:type="dxa"/>
            </w:tcMar>
            <w:vAlign w:val="center"/>
          </w:tcPr>
          <w:p w14:paraId="0E2B893A" w14:textId="77777777" w:rsidR="008B5324" w:rsidRPr="00D70064" w:rsidRDefault="004351F6">
            <w:pPr>
              <w:spacing w:after="0"/>
            </w:pPr>
            <w:r w:rsidRPr="00D70064">
              <w:rPr>
                <w:sz w:val="14"/>
              </w:rPr>
              <w:t>3114</w:t>
            </w:r>
          </w:p>
        </w:tc>
        <w:tc>
          <w:tcPr>
            <w:tcW w:w="1337" w:type="dxa"/>
            <w:tcBorders>
              <w:top w:val="nil"/>
              <w:left w:val="nil"/>
              <w:bottom w:val="nil"/>
              <w:right w:val="nil"/>
            </w:tcBorders>
            <w:tcMar>
              <w:top w:w="80" w:type="dxa"/>
              <w:left w:w="120" w:type="dxa"/>
              <w:bottom w:w="80" w:type="dxa"/>
              <w:right w:w="120" w:type="dxa"/>
            </w:tcMar>
            <w:vAlign w:val="center"/>
          </w:tcPr>
          <w:p w14:paraId="373C4053" w14:textId="77777777" w:rsidR="008B5324" w:rsidRPr="00D70064" w:rsidRDefault="004351F6">
            <w:pPr>
              <w:spacing w:after="0"/>
            </w:pPr>
            <w:r w:rsidRPr="00D70064">
              <w:rPr>
                <w:sz w:val="14"/>
              </w:rPr>
              <w:t>1355</w:t>
            </w:r>
          </w:p>
        </w:tc>
        <w:tc>
          <w:tcPr>
            <w:tcW w:w="1337" w:type="dxa"/>
            <w:tcBorders>
              <w:top w:val="nil"/>
              <w:left w:val="nil"/>
              <w:bottom w:val="nil"/>
              <w:right w:val="nil"/>
            </w:tcBorders>
            <w:tcMar>
              <w:top w:w="80" w:type="dxa"/>
              <w:left w:w="120" w:type="dxa"/>
              <w:bottom w:w="80" w:type="dxa"/>
              <w:right w:w="120" w:type="dxa"/>
            </w:tcMar>
            <w:vAlign w:val="center"/>
          </w:tcPr>
          <w:p w14:paraId="1D7C8A38" w14:textId="77777777" w:rsidR="008B5324" w:rsidRPr="00D70064" w:rsidRDefault="004351F6">
            <w:pPr>
              <w:spacing w:after="0"/>
            </w:pPr>
            <w:r w:rsidRPr="00D70064">
              <w:rPr>
                <w:sz w:val="14"/>
              </w:rPr>
              <w:t>0.435</w:t>
            </w:r>
          </w:p>
        </w:tc>
        <w:tc>
          <w:tcPr>
            <w:tcW w:w="1337" w:type="dxa"/>
            <w:tcBorders>
              <w:top w:val="nil"/>
              <w:left w:val="nil"/>
              <w:bottom w:val="nil"/>
              <w:right w:val="nil"/>
            </w:tcBorders>
            <w:tcMar>
              <w:top w:w="80" w:type="dxa"/>
              <w:left w:w="120" w:type="dxa"/>
              <w:bottom w:w="80" w:type="dxa"/>
              <w:right w:w="120" w:type="dxa"/>
            </w:tcMar>
            <w:vAlign w:val="center"/>
          </w:tcPr>
          <w:p w14:paraId="4DCF468F" w14:textId="77777777" w:rsidR="008B5324" w:rsidRPr="00D70064" w:rsidRDefault="004351F6">
            <w:pPr>
              <w:spacing w:after="0"/>
            </w:pPr>
            <w:r w:rsidRPr="00D70064">
              <w:rPr>
                <w:sz w:val="14"/>
              </w:rPr>
              <w:t>0.734 (0.716-0.751)</w:t>
            </w:r>
          </w:p>
        </w:tc>
        <w:tc>
          <w:tcPr>
            <w:tcW w:w="1337" w:type="dxa"/>
            <w:tcBorders>
              <w:top w:val="nil"/>
              <w:left w:val="nil"/>
              <w:bottom w:val="nil"/>
              <w:right w:val="nil"/>
            </w:tcBorders>
            <w:tcMar>
              <w:top w:w="80" w:type="dxa"/>
              <w:left w:w="120" w:type="dxa"/>
              <w:bottom w:w="80" w:type="dxa"/>
              <w:right w:w="120" w:type="dxa"/>
            </w:tcMar>
            <w:vAlign w:val="center"/>
          </w:tcPr>
          <w:p w14:paraId="23D2A8FA" w14:textId="77777777" w:rsidR="008B5324" w:rsidRPr="00D70064" w:rsidRDefault="004351F6">
            <w:pPr>
              <w:spacing w:after="0"/>
            </w:pPr>
            <w:r w:rsidRPr="00D70064">
              <w:rPr>
                <w:sz w:val="14"/>
              </w:rPr>
              <w:t>0.688</w:t>
            </w:r>
          </w:p>
        </w:tc>
      </w:tr>
      <w:tr w:rsidR="008B5324" w:rsidRPr="00D70064" w14:paraId="3DB3C189"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128AF2B"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40D505DF" w14:textId="77777777" w:rsidR="008B5324" w:rsidRPr="00D70064" w:rsidRDefault="004351F6">
            <w:pPr>
              <w:spacing w:after="0"/>
            </w:pPr>
            <w:r w:rsidRPr="00D70064">
              <w:rPr>
                <w:sz w:val="14"/>
              </w:rPr>
              <w:t>No sepsis</w:t>
            </w:r>
          </w:p>
        </w:tc>
        <w:tc>
          <w:tcPr>
            <w:tcW w:w="1337" w:type="dxa"/>
            <w:tcBorders>
              <w:top w:val="nil"/>
              <w:left w:val="nil"/>
              <w:bottom w:val="nil"/>
              <w:right w:val="nil"/>
            </w:tcBorders>
            <w:tcMar>
              <w:top w:w="80" w:type="dxa"/>
              <w:left w:w="120" w:type="dxa"/>
              <w:bottom w:w="80" w:type="dxa"/>
              <w:right w:w="120" w:type="dxa"/>
            </w:tcMar>
            <w:vAlign w:val="center"/>
          </w:tcPr>
          <w:p w14:paraId="474F2297" w14:textId="77777777" w:rsidR="008B5324" w:rsidRPr="00D70064" w:rsidRDefault="004351F6">
            <w:pPr>
              <w:spacing w:after="0"/>
            </w:pPr>
            <w:r w:rsidRPr="00D70064">
              <w:rPr>
                <w:sz w:val="14"/>
              </w:rPr>
              <w:t>9393</w:t>
            </w:r>
          </w:p>
        </w:tc>
        <w:tc>
          <w:tcPr>
            <w:tcW w:w="1337" w:type="dxa"/>
            <w:tcBorders>
              <w:top w:val="nil"/>
              <w:left w:val="nil"/>
              <w:bottom w:val="nil"/>
              <w:right w:val="nil"/>
            </w:tcBorders>
            <w:tcMar>
              <w:top w:w="80" w:type="dxa"/>
              <w:left w:w="120" w:type="dxa"/>
              <w:bottom w:w="80" w:type="dxa"/>
              <w:right w:w="120" w:type="dxa"/>
            </w:tcMar>
            <w:vAlign w:val="center"/>
          </w:tcPr>
          <w:p w14:paraId="41EEC7E2" w14:textId="77777777" w:rsidR="008B5324" w:rsidRPr="00D70064" w:rsidRDefault="004351F6">
            <w:pPr>
              <w:spacing w:after="0"/>
            </w:pPr>
            <w:r w:rsidRPr="00D70064">
              <w:rPr>
                <w:sz w:val="14"/>
              </w:rPr>
              <w:t>2429</w:t>
            </w:r>
          </w:p>
        </w:tc>
        <w:tc>
          <w:tcPr>
            <w:tcW w:w="1337" w:type="dxa"/>
            <w:tcBorders>
              <w:top w:val="nil"/>
              <w:left w:val="nil"/>
              <w:bottom w:val="nil"/>
              <w:right w:val="nil"/>
            </w:tcBorders>
            <w:tcMar>
              <w:top w:w="80" w:type="dxa"/>
              <w:left w:w="120" w:type="dxa"/>
              <w:bottom w:w="80" w:type="dxa"/>
              <w:right w:w="120" w:type="dxa"/>
            </w:tcMar>
            <w:vAlign w:val="center"/>
          </w:tcPr>
          <w:p w14:paraId="0076F874" w14:textId="77777777" w:rsidR="008B5324" w:rsidRPr="00D70064" w:rsidRDefault="004351F6">
            <w:pPr>
              <w:spacing w:after="0"/>
            </w:pPr>
            <w:r w:rsidRPr="00D70064">
              <w:rPr>
                <w:sz w:val="14"/>
              </w:rPr>
              <w:t>0.259</w:t>
            </w:r>
          </w:p>
        </w:tc>
        <w:tc>
          <w:tcPr>
            <w:tcW w:w="1337" w:type="dxa"/>
            <w:tcBorders>
              <w:top w:val="nil"/>
              <w:left w:val="nil"/>
              <w:bottom w:val="nil"/>
              <w:right w:val="nil"/>
            </w:tcBorders>
            <w:tcMar>
              <w:top w:w="80" w:type="dxa"/>
              <w:left w:w="120" w:type="dxa"/>
              <w:bottom w:w="80" w:type="dxa"/>
              <w:right w:w="120" w:type="dxa"/>
            </w:tcMar>
            <w:vAlign w:val="center"/>
          </w:tcPr>
          <w:p w14:paraId="6F263B53" w14:textId="77777777" w:rsidR="008B5324" w:rsidRPr="00D70064" w:rsidRDefault="004351F6">
            <w:pPr>
              <w:spacing w:after="0"/>
            </w:pPr>
            <w:r w:rsidRPr="00D70064">
              <w:rPr>
                <w:sz w:val="14"/>
              </w:rPr>
              <w:t>0.727 (0.716-0.740)</w:t>
            </w:r>
          </w:p>
        </w:tc>
        <w:tc>
          <w:tcPr>
            <w:tcW w:w="1337" w:type="dxa"/>
            <w:tcBorders>
              <w:top w:val="nil"/>
              <w:left w:val="nil"/>
              <w:bottom w:val="nil"/>
              <w:right w:val="nil"/>
            </w:tcBorders>
            <w:tcMar>
              <w:top w:w="80" w:type="dxa"/>
              <w:left w:w="120" w:type="dxa"/>
              <w:bottom w:w="80" w:type="dxa"/>
              <w:right w:w="120" w:type="dxa"/>
            </w:tcMar>
            <w:vAlign w:val="center"/>
          </w:tcPr>
          <w:p w14:paraId="28BEE068" w14:textId="77777777" w:rsidR="008B5324" w:rsidRPr="00D70064" w:rsidRDefault="004351F6">
            <w:pPr>
              <w:spacing w:after="0"/>
            </w:pPr>
            <w:r w:rsidRPr="00D70064">
              <w:rPr>
                <w:sz w:val="14"/>
              </w:rPr>
              <w:t>0.525</w:t>
            </w:r>
          </w:p>
        </w:tc>
      </w:tr>
      <w:tr w:rsidR="008B5324" w:rsidRPr="00D70064" w14:paraId="7E5CBD6D"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341470BF" w14:textId="77777777" w:rsidR="008B5324" w:rsidRPr="00D70064" w:rsidRDefault="004351F6">
            <w:pPr>
              <w:spacing w:after="0"/>
            </w:pPr>
            <w:r w:rsidRPr="00D70064">
              <w:rPr>
                <w:sz w:val="14"/>
              </w:rPr>
              <w:t xml:space="preserve">eICU external </w:t>
            </w:r>
            <w:r w:rsidRPr="00D70064">
              <w:rPr>
                <w:sz w:val="14"/>
              </w:rPr>
              <w:lastRenderedPageBreak/>
              <w:t>validation</w:t>
            </w:r>
          </w:p>
        </w:tc>
        <w:tc>
          <w:tcPr>
            <w:tcW w:w="1337" w:type="dxa"/>
            <w:tcBorders>
              <w:top w:val="nil"/>
              <w:left w:val="nil"/>
              <w:bottom w:val="nil"/>
              <w:right w:val="nil"/>
            </w:tcBorders>
            <w:tcMar>
              <w:top w:w="80" w:type="dxa"/>
              <w:left w:w="120" w:type="dxa"/>
              <w:bottom w:w="80" w:type="dxa"/>
              <w:right w:w="120" w:type="dxa"/>
            </w:tcMar>
            <w:vAlign w:val="center"/>
          </w:tcPr>
          <w:p w14:paraId="0F363046" w14:textId="77777777" w:rsidR="008B5324" w:rsidRPr="00D70064" w:rsidRDefault="004351F6">
            <w:pPr>
              <w:spacing w:after="0"/>
            </w:pPr>
            <w:r w:rsidRPr="00D70064">
              <w:rPr>
                <w:sz w:val="14"/>
              </w:rPr>
              <w:lastRenderedPageBreak/>
              <w:t xml:space="preserve">Vasoactive drug </w:t>
            </w:r>
            <w:r w:rsidRPr="00D70064">
              <w:rPr>
                <w:sz w:val="14"/>
              </w:rPr>
              <w:lastRenderedPageBreak/>
              <w:t>use</w:t>
            </w:r>
          </w:p>
        </w:tc>
        <w:tc>
          <w:tcPr>
            <w:tcW w:w="1337" w:type="dxa"/>
            <w:tcBorders>
              <w:top w:val="nil"/>
              <w:left w:val="nil"/>
              <w:bottom w:val="nil"/>
              <w:right w:val="nil"/>
            </w:tcBorders>
            <w:tcMar>
              <w:top w:w="80" w:type="dxa"/>
              <w:left w:w="120" w:type="dxa"/>
              <w:bottom w:w="80" w:type="dxa"/>
              <w:right w:w="120" w:type="dxa"/>
            </w:tcMar>
            <w:vAlign w:val="center"/>
          </w:tcPr>
          <w:p w14:paraId="2CE69B96" w14:textId="77777777" w:rsidR="008B5324" w:rsidRPr="00D70064" w:rsidRDefault="004351F6">
            <w:pPr>
              <w:spacing w:after="0"/>
            </w:pPr>
            <w:r w:rsidRPr="00D70064">
              <w:rPr>
                <w:sz w:val="14"/>
              </w:rPr>
              <w:lastRenderedPageBreak/>
              <w:t>3673</w:t>
            </w:r>
          </w:p>
        </w:tc>
        <w:tc>
          <w:tcPr>
            <w:tcW w:w="1337" w:type="dxa"/>
            <w:tcBorders>
              <w:top w:val="nil"/>
              <w:left w:val="nil"/>
              <w:bottom w:val="nil"/>
              <w:right w:val="nil"/>
            </w:tcBorders>
            <w:tcMar>
              <w:top w:w="80" w:type="dxa"/>
              <w:left w:w="120" w:type="dxa"/>
              <w:bottom w:w="80" w:type="dxa"/>
              <w:right w:w="120" w:type="dxa"/>
            </w:tcMar>
            <w:vAlign w:val="center"/>
          </w:tcPr>
          <w:p w14:paraId="25EB9F23" w14:textId="77777777" w:rsidR="008B5324" w:rsidRPr="00D70064" w:rsidRDefault="004351F6">
            <w:pPr>
              <w:spacing w:after="0"/>
            </w:pPr>
            <w:r w:rsidRPr="00D70064">
              <w:rPr>
                <w:sz w:val="14"/>
              </w:rPr>
              <w:t>1655</w:t>
            </w:r>
          </w:p>
        </w:tc>
        <w:tc>
          <w:tcPr>
            <w:tcW w:w="1337" w:type="dxa"/>
            <w:tcBorders>
              <w:top w:val="nil"/>
              <w:left w:val="nil"/>
              <w:bottom w:val="nil"/>
              <w:right w:val="nil"/>
            </w:tcBorders>
            <w:tcMar>
              <w:top w:w="80" w:type="dxa"/>
              <w:left w:w="120" w:type="dxa"/>
              <w:bottom w:w="80" w:type="dxa"/>
              <w:right w:w="120" w:type="dxa"/>
            </w:tcMar>
            <w:vAlign w:val="center"/>
          </w:tcPr>
          <w:p w14:paraId="5B44CCCB" w14:textId="77777777" w:rsidR="008B5324" w:rsidRPr="00D70064" w:rsidRDefault="004351F6">
            <w:pPr>
              <w:spacing w:after="0"/>
            </w:pPr>
            <w:r w:rsidRPr="00D70064">
              <w:rPr>
                <w:sz w:val="14"/>
              </w:rPr>
              <w:t>0.451</w:t>
            </w:r>
          </w:p>
        </w:tc>
        <w:tc>
          <w:tcPr>
            <w:tcW w:w="1337" w:type="dxa"/>
            <w:tcBorders>
              <w:top w:val="nil"/>
              <w:left w:val="nil"/>
              <w:bottom w:val="nil"/>
              <w:right w:val="nil"/>
            </w:tcBorders>
            <w:tcMar>
              <w:top w:w="80" w:type="dxa"/>
              <w:left w:w="120" w:type="dxa"/>
              <w:bottom w:w="80" w:type="dxa"/>
              <w:right w:w="120" w:type="dxa"/>
            </w:tcMar>
            <w:vAlign w:val="center"/>
          </w:tcPr>
          <w:p w14:paraId="797161BB" w14:textId="77777777" w:rsidR="008B5324" w:rsidRPr="00D70064" w:rsidRDefault="004351F6">
            <w:pPr>
              <w:spacing w:after="0"/>
            </w:pPr>
            <w:r w:rsidRPr="00D70064">
              <w:rPr>
                <w:sz w:val="14"/>
              </w:rPr>
              <w:t>0.755 (0.738-</w:t>
            </w:r>
            <w:r w:rsidRPr="00D70064">
              <w:rPr>
                <w:sz w:val="14"/>
              </w:rPr>
              <w:lastRenderedPageBreak/>
              <w:t>0.770)</w:t>
            </w:r>
          </w:p>
        </w:tc>
        <w:tc>
          <w:tcPr>
            <w:tcW w:w="1337" w:type="dxa"/>
            <w:tcBorders>
              <w:top w:val="nil"/>
              <w:left w:val="nil"/>
              <w:bottom w:val="nil"/>
              <w:right w:val="nil"/>
            </w:tcBorders>
            <w:tcMar>
              <w:top w:w="80" w:type="dxa"/>
              <w:left w:w="120" w:type="dxa"/>
              <w:bottom w:w="80" w:type="dxa"/>
              <w:right w:w="120" w:type="dxa"/>
            </w:tcMar>
            <w:vAlign w:val="center"/>
          </w:tcPr>
          <w:p w14:paraId="0DBF48E9" w14:textId="77777777" w:rsidR="008B5324" w:rsidRPr="00D70064" w:rsidRDefault="004351F6">
            <w:pPr>
              <w:spacing w:after="0"/>
            </w:pPr>
            <w:r w:rsidRPr="00D70064">
              <w:rPr>
                <w:sz w:val="14"/>
              </w:rPr>
              <w:lastRenderedPageBreak/>
              <w:t>0.719</w:t>
            </w:r>
          </w:p>
        </w:tc>
      </w:tr>
      <w:tr w:rsidR="008B5324" w:rsidRPr="00D70064" w14:paraId="48A7946B"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46DBF3EF"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7F2A030B" w14:textId="77777777" w:rsidR="008B5324" w:rsidRPr="00D70064" w:rsidRDefault="004351F6">
            <w:pPr>
              <w:spacing w:after="0"/>
            </w:pPr>
            <w:r w:rsidRPr="00D70064">
              <w:rPr>
                <w:sz w:val="14"/>
              </w:rPr>
              <w:t>No vasoactive drug use</w:t>
            </w:r>
          </w:p>
        </w:tc>
        <w:tc>
          <w:tcPr>
            <w:tcW w:w="1337" w:type="dxa"/>
            <w:tcBorders>
              <w:top w:val="nil"/>
              <w:left w:val="nil"/>
              <w:bottom w:val="nil"/>
              <w:right w:val="nil"/>
            </w:tcBorders>
            <w:tcMar>
              <w:top w:w="80" w:type="dxa"/>
              <w:left w:w="120" w:type="dxa"/>
              <w:bottom w:w="80" w:type="dxa"/>
              <w:right w:w="120" w:type="dxa"/>
            </w:tcMar>
            <w:vAlign w:val="center"/>
          </w:tcPr>
          <w:p w14:paraId="09C3BA6E" w14:textId="77777777" w:rsidR="008B5324" w:rsidRPr="00D70064" w:rsidRDefault="004351F6">
            <w:pPr>
              <w:spacing w:after="0"/>
            </w:pPr>
            <w:r w:rsidRPr="00D70064">
              <w:rPr>
                <w:sz w:val="14"/>
              </w:rPr>
              <w:t>8834</w:t>
            </w:r>
          </w:p>
        </w:tc>
        <w:tc>
          <w:tcPr>
            <w:tcW w:w="1337" w:type="dxa"/>
            <w:tcBorders>
              <w:top w:val="nil"/>
              <w:left w:val="nil"/>
              <w:bottom w:val="nil"/>
              <w:right w:val="nil"/>
            </w:tcBorders>
            <w:tcMar>
              <w:top w:w="80" w:type="dxa"/>
              <w:left w:w="120" w:type="dxa"/>
              <w:bottom w:w="80" w:type="dxa"/>
              <w:right w:w="120" w:type="dxa"/>
            </w:tcMar>
            <w:vAlign w:val="center"/>
          </w:tcPr>
          <w:p w14:paraId="34D3C423" w14:textId="77777777" w:rsidR="008B5324" w:rsidRPr="00D70064" w:rsidRDefault="004351F6">
            <w:pPr>
              <w:spacing w:after="0"/>
            </w:pPr>
            <w:r w:rsidRPr="00D70064">
              <w:rPr>
                <w:sz w:val="14"/>
              </w:rPr>
              <w:t>2129</w:t>
            </w:r>
          </w:p>
        </w:tc>
        <w:tc>
          <w:tcPr>
            <w:tcW w:w="1337" w:type="dxa"/>
            <w:tcBorders>
              <w:top w:val="nil"/>
              <w:left w:val="nil"/>
              <w:bottom w:val="nil"/>
              <w:right w:val="nil"/>
            </w:tcBorders>
            <w:tcMar>
              <w:top w:w="80" w:type="dxa"/>
              <w:left w:w="120" w:type="dxa"/>
              <w:bottom w:w="80" w:type="dxa"/>
              <w:right w:w="120" w:type="dxa"/>
            </w:tcMar>
            <w:vAlign w:val="center"/>
          </w:tcPr>
          <w:p w14:paraId="3B1832B4" w14:textId="77777777" w:rsidR="008B5324" w:rsidRPr="00D70064" w:rsidRDefault="004351F6">
            <w:pPr>
              <w:spacing w:after="0"/>
            </w:pPr>
            <w:r w:rsidRPr="00D70064">
              <w:rPr>
                <w:sz w:val="14"/>
              </w:rPr>
              <w:t>0.241</w:t>
            </w:r>
          </w:p>
        </w:tc>
        <w:tc>
          <w:tcPr>
            <w:tcW w:w="1337" w:type="dxa"/>
            <w:tcBorders>
              <w:top w:val="nil"/>
              <w:left w:val="nil"/>
              <w:bottom w:val="nil"/>
              <w:right w:val="nil"/>
            </w:tcBorders>
            <w:tcMar>
              <w:top w:w="80" w:type="dxa"/>
              <w:left w:w="120" w:type="dxa"/>
              <w:bottom w:w="80" w:type="dxa"/>
              <w:right w:w="120" w:type="dxa"/>
            </w:tcMar>
            <w:vAlign w:val="center"/>
          </w:tcPr>
          <w:p w14:paraId="2A5E01E0" w14:textId="77777777" w:rsidR="008B5324" w:rsidRPr="00D70064" w:rsidRDefault="004351F6">
            <w:pPr>
              <w:spacing w:after="0"/>
            </w:pPr>
            <w:r w:rsidRPr="00D70064">
              <w:rPr>
                <w:sz w:val="14"/>
              </w:rPr>
              <w:t>0.706 (0.694-0.719)</w:t>
            </w:r>
          </w:p>
        </w:tc>
        <w:tc>
          <w:tcPr>
            <w:tcW w:w="1337" w:type="dxa"/>
            <w:tcBorders>
              <w:top w:val="nil"/>
              <w:left w:val="nil"/>
              <w:bottom w:val="nil"/>
              <w:right w:val="nil"/>
            </w:tcBorders>
            <w:tcMar>
              <w:top w:w="80" w:type="dxa"/>
              <w:left w:w="120" w:type="dxa"/>
              <w:bottom w:w="80" w:type="dxa"/>
              <w:right w:w="120" w:type="dxa"/>
            </w:tcMar>
            <w:vAlign w:val="center"/>
          </w:tcPr>
          <w:p w14:paraId="737ACA16" w14:textId="77777777" w:rsidR="008B5324" w:rsidRPr="00D70064" w:rsidRDefault="004351F6">
            <w:pPr>
              <w:spacing w:after="0"/>
            </w:pPr>
            <w:r w:rsidRPr="00D70064">
              <w:rPr>
                <w:sz w:val="14"/>
              </w:rPr>
              <w:t>0.460</w:t>
            </w:r>
          </w:p>
        </w:tc>
      </w:tr>
      <w:tr w:rsidR="008B5324" w:rsidRPr="00D70064" w14:paraId="4CB73BB5"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FF5B266"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6FC9D19D" w14:textId="77777777" w:rsidR="008B5324" w:rsidRPr="00D70064" w:rsidRDefault="004351F6">
            <w:pPr>
              <w:spacing w:after="0"/>
            </w:pPr>
            <w:r w:rsidRPr="00D70064">
              <w:rPr>
                <w:sz w:val="14"/>
              </w:rPr>
              <w:t>PaO2/FiO2 &lt;200</w:t>
            </w:r>
          </w:p>
        </w:tc>
        <w:tc>
          <w:tcPr>
            <w:tcW w:w="1337" w:type="dxa"/>
            <w:tcBorders>
              <w:top w:val="nil"/>
              <w:left w:val="nil"/>
              <w:bottom w:val="nil"/>
              <w:right w:val="nil"/>
            </w:tcBorders>
            <w:tcMar>
              <w:top w:w="80" w:type="dxa"/>
              <w:left w:w="120" w:type="dxa"/>
              <w:bottom w:w="80" w:type="dxa"/>
              <w:right w:w="120" w:type="dxa"/>
            </w:tcMar>
            <w:vAlign w:val="center"/>
          </w:tcPr>
          <w:p w14:paraId="2C7B56B8" w14:textId="77777777" w:rsidR="008B5324" w:rsidRPr="00D70064" w:rsidRDefault="004351F6">
            <w:pPr>
              <w:spacing w:after="0"/>
            </w:pPr>
            <w:r w:rsidRPr="00D70064">
              <w:rPr>
                <w:sz w:val="14"/>
              </w:rPr>
              <w:t>5098</w:t>
            </w:r>
          </w:p>
        </w:tc>
        <w:tc>
          <w:tcPr>
            <w:tcW w:w="1337" w:type="dxa"/>
            <w:tcBorders>
              <w:top w:val="nil"/>
              <w:left w:val="nil"/>
              <w:bottom w:val="nil"/>
              <w:right w:val="nil"/>
            </w:tcBorders>
            <w:tcMar>
              <w:top w:w="80" w:type="dxa"/>
              <w:left w:w="120" w:type="dxa"/>
              <w:bottom w:w="80" w:type="dxa"/>
              <w:right w:w="120" w:type="dxa"/>
            </w:tcMar>
            <w:vAlign w:val="center"/>
          </w:tcPr>
          <w:p w14:paraId="12BA8CDD" w14:textId="77777777" w:rsidR="008B5324" w:rsidRPr="00D70064" w:rsidRDefault="004351F6">
            <w:pPr>
              <w:spacing w:after="0"/>
            </w:pPr>
            <w:r w:rsidRPr="00D70064">
              <w:rPr>
                <w:sz w:val="14"/>
              </w:rPr>
              <w:t>2091</w:t>
            </w:r>
          </w:p>
        </w:tc>
        <w:tc>
          <w:tcPr>
            <w:tcW w:w="1337" w:type="dxa"/>
            <w:tcBorders>
              <w:top w:val="nil"/>
              <w:left w:val="nil"/>
              <w:bottom w:val="nil"/>
              <w:right w:val="nil"/>
            </w:tcBorders>
            <w:tcMar>
              <w:top w:w="80" w:type="dxa"/>
              <w:left w:w="120" w:type="dxa"/>
              <w:bottom w:w="80" w:type="dxa"/>
              <w:right w:w="120" w:type="dxa"/>
            </w:tcMar>
            <w:vAlign w:val="center"/>
          </w:tcPr>
          <w:p w14:paraId="19BAC0B8" w14:textId="77777777" w:rsidR="008B5324" w:rsidRPr="00D70064" w:rsidRDefault="004351F6">
            <w:pPr>
              <w:spacing w:after="0"/>
            </w:pPr>
            <w:r w:rsidRPr="00D70064">
              <w:rPr>
                <w:sz w:val="14"/>
              </w:rPr>
              <w:t>0.410</w:t>
            </w:r>
          </w:p>
        </w:tc>
        <w:tc>
          <w:tcPr>
            <w:tcW w:w="1337" w:type="dxa"/>
            <w:tcBorders>
              <w:top w:val="nil"/>
              <w:left w:val="nil"/>
              <w:bottom w:val="nil"/>
              <w:right w:val="nil"/>
            </w:tcBorders>
            <w:tcMar>
              <w:top w:w="80" w:type="dxa"/>
              <w:left w:w="120" w:type="dxa"/>
              <w:bottom w:w="80" w:type="dxa"/>
              <w:right w:w="120" w:type="dxa"/>
            </w:tcMar>
            <w:vAlign w:val="center"/>
          </w:tcPr>
          <w:p w14:paraId="2C8022CB" w14:textId="77777777" w:rsidR="008B5324" w:rsidRPr="00D70064" w:rsidRDefault="004351F6">
            <w:pPr>
              <w:spacing w:after="0"/>
            </w:pPr>
            <w:r w:rsidRPr="00D70064">
              <w:rPr>
                <w:sz w:val="14"/>
              </w:rPr>
              <w:t>0.728 (0.715-0.742)</w:t>
            </w:r>
          </w:p>
        </w:tc>
        <w:tc>
          <w:tcPr>
            <w:tcW w:w="1337" w:type="dxa"/>
            <w:tcBorders>
              <w:top w:val="nil"/>
              <w:left w:val="nil"/>
              <w:bottom w:val="nil"/>
              <w:right w:val="nil"/>
            </w:tcBorders>
            <w:tcMar>
              <w:top w:w="80" w:type="dxa"/>
              <w:left w:w="120" w:type="dxa"/>
              <w:bottom w:w="80" w:type="dxa"/>
              <w:right w:w="120" w:type="dxa"/>
            </w:tcMar>
            <w:vAlign w:val="center"/>
          </w:tcPr>
          <w:p w14:paraId="4AC39851" w14:textId="77777777" w:rsidR="008B5324" w:rsidRPr="00D70064" w:rsidRDefault="004351F6">
            <w:pPr>
              <w:spacing w:after="0"/>
            </w:pPr>
            <w:r w:rsidRPr="00D70064">
              <w:rPr>
                <w:sz w:val="14"/>
              </w:rPr>
              <w:t>0.664</w:t>
            </w:r>
          </w:p>
        </w:tc>
      </w:tr>
      <w:tr w:rsidR="008B5324" w:rsidRPr="00D70064" w14:paraId="3F4F858B"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2C7A7841"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716425DC" w14:textId="77777777" w:rsidR="008B5324" w:rsidRPr="00D70064" w:rsidRDefault="004351F6">
            <w:pPr>
              <w:spacing w:after="0"/>
            </w:pPr>
            <w:r w:rsidRPr="00D70064">
              <w:rPr>
                <w:sz w:val="14"/>
              </w:rPr>
              <w:t>PaO2/FiO2 &gt;=200</w:t>
            </w:r>
          </w:p>
        </w:tc>
        <w:tc>
          <w:tcPr>
            <w:tcW w:w="1337" w:type="dxa"/>
            <w:tcBorders>
              <w:top w:val="nil"/>
              <w:left w:val="nil"/>
              <w:bottom w:val="nil"/>
              <w:right w:val="nil"/>
            </w:tcBorders>
            <w:tcMar>
              <w:top w:w="80" w:type="dxa"/>
              <w:left w:w="120" w:type="dxa"/>
              <w:bottom w:w="80" w:type="dxa"/>
              <w:right w:w="120" w:type="dxa"/>
            </w:tcMar>
            <w:vAlign w:val="center"/>
          </w:tcPr>
          <w:p w14:paraId="2A0D575E" w14:textId="77777777" w:rsidR="008B5324" w:rsidRPr="00D70064" w:rsidRDefault="004351F6">
            <w:pPr>
              <w:spacing w:after="0"/>
            </w:pPr>
            <w:r w:rsidRPr="00D70064">
              <w:rPr>
                <w:sz w:val="14"/>
              </w:rPr>
              <w:t>2479</w:t>
            </w:r>
          </w:p>
        </w:tc>
        <w:tc>
          <w:tcPr>
            <w:tcW w:w="1337" w:type="dxa"/>
            <w:tcBorders>
              <w:top w:val="nil"/>
              <w:left w:val="nil"/>
              <w:bottom w:val="nil"/>
              <w:right w:val="nil"/>
            </w:tcBorders>
            <w:tcMar>
              <w:top w:w="80" w:type="dxa"/>
              <w:left w:w="120" w:type="dxa"/>
              <w:bottom w:w="80" w:type="dxa"/>
              <w:right w:w="120" w:type="dxa"/>
            </w:tcMar>
            <w:vAlign w:val="center"/>
          </w:tcPr>
          <w:p w14:paraId="5CDD8118" w14:textId="77777777" w:rsidR="008B5324" w:rsidRPr="00D70064" w:rsidRDefault="004351F6">
            <w:pPr>
              <w:spacing w:after="0"/>
            </w:pPr>
            <w:r w:rsidRPr="00D70064">
              <w:rPr>
                <w:sz w:val="14"/>
              </w:rPr>
              <w:t>712</w:t>
            </w:r>
          </w:p>
        </w:tc>
        <w:tc>
          <w:tcPr>
            <w:tcW w:w="1337" w:type="dxa"/>
            <w:tcBorders>
              <w:top w:val="nil"/>
              <w:left w:val="nil"/>
              <w:bottom w:val="nil"/>
              <w:right w:val="nil"/>
            </w:tcBorders>
            <w:tcMar>
              <w:top w:w="80" w:type="dxa"/>
              <w:left w:w="120" w:type="dxa"/>
              <w:bottom w:w="80" w:type="dxa"/>
              <w:right w:w="120" w:type="dxa"/>
            </w:tcMar>
            <w:vAlign w:val="center"/>
          </w:tcPr>
          <w:p w14:paraId="38AE6EA7" w14:textId="77777777" w:rsidR="008B5324" w:rsidRPr="00D70064" w:rsidRDefault="004351F6">
            <w:pPr>
              <w:spacing w:after="0"/>
            </w:pPr>
            <w:r w:rsidRPr="00D70064">
              <w:rPr>
                <w:sz w:val="14"/>
              </w:rPr>
              <w:t>0.287</w:t>
            </w:r>
          </w:p>
        </w:tc>
        <w:tc>
          <w:tcPr>
            <w:tcW w:w="1337" w:type="dxa"/>
            <w:tcBorders>
              <w:top w:val="nil"/>
              <w:left w:val="nil"/>
              <w:bottom w:val="nil"/>
              <w:right w:val="nil"/>
            </w:tcBorders>
            <w:tcMar>
              <w:top w:w="80" w:type="dxa"/>
              <w:left w:w="120" w:type="dxa"/>
              <w:bottom w:w="80" w:type="dxa"/>
              <w:right w:w="120" w:type="dxa"/>
            </w:tcMar>
            <w:vAlign w:val="center"/>
          </w:tcPr>
          <w:p w14:paraId="16D7DCF4" w14:textId="77777777" w:rsidR="008B5324" w:rsidRPr="00D70064" w:rsidRDefault="004351F6">
            <w:pPr>
              <w:spacing w:after="0"/>
            </w:pPr>
            <w:r w:rsidRPr="00D70064">
              <w:rPr>
                <w:sz w:val="14"/>
              </w:rPr>
              <w:t>0.666 (0.643-0.692)</w:t>
            </w:r>
          </w:p>
        </w:tc>
        <w:tc>
          <w:tcPr>
            <w:tcW w:w="1337" w:type="dxa"/>
            <w:tcBorders>
              <w:top w:val="nil"/>
              <w:left w:val="nil"/>
              <w:bottom w:val="nil"/>
              <w:right w:val="nil"/>
            </w:tcBorders>
            <w:tcMar>
              <w:top w:w="80" w:type="dxa"/>
              <w:left w:w="120" w:type="dxa"/>
              <w:bottom w:w="80" w:type="dxa"/>
              <w:right w:w="120" w:type="dxa"/>
            </w:tcMar>
            <w:vAlign w:val="center"/>
          </w:tcPr>
          <w:p w14:paraId="72443FC6" w14:textId="77777777" w:rsidR="008B5324" w:rsidRPr="00D70064" w:rsidRDefault="004351F6">
            <w:pPr>
              <w:spacing w:after="0"/>
            </w:pPr>
            <w:r w:rsidRPr="00D70064">
              <w:rPr>
                <w:sz w:val="14"/>
              </w:rPr>
              <w:t>0.484</w:t>
            </w:r>
          </w:p>
        </w:tc>
      </w:tr>
      <w:tr w:rsidR="008B5324" w:rsidRPr="00D70064" w14:paraId="5D473F9B"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68C2EDA6"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1923F670" w14:textId="77777777" w:rsidR="008B5324" w:rsidRPr="00D70064" w:rsidRDefault="004351F6">
            <w:pPr>
              <w:spacing w:after="0"/>
            </w:pPr>
            <w:r w:rsidRPr="00D70064">
              <w:rPr>
                <w:sz w:val="14"/>
              </w:rPr>
              <w:t>Age &lt;65 years</w:t>
            </w:r>
          </w:p>
        </w:tc>
        <w:tc>
          <w:tcPr>
            <w:tcW w:w="1337" w:type="dxa"/>
            <w:tcBorders>
              <w:top w:val="nil"/>
              <w:left w:val="nil"/>
              <w:bottom w:val="nil"/>
              <w:right w:val="nil"/>
            </w:tcBorders>
            <w:tcMar>
              <w:top w:w="80" w:type="dxa"/>
              <w:left w:w="120" w:type="dxa"/>
              <w:bottom w:w="80" w:type="dxa"/>
              <w:right w:w="120" w:type="dxa"/>
            </w:tcMar>
            <w:vAlign w:val="center"/>
          </w:tcPr>
          <w:p w14:paraId="13B1E734" w14:textId="77777777" w:rsidR="008B5324" w:rsidRPr="00D70064" w:rsidRDefault="004351F6">
            <w:pPr>
              <w:spacing w:after="0"/>
            </w:pPr>
            <w:r w:rsidRPr="00D70064">
              <w:rPr>
                <w:sz w:val="14"/>
              </w:rPr>
              <w:t>170</w:t>
            </w:r>
          </w:p>
        </w:tc>
        <w:tc>
          <w:tcPr>
            <w:tcW w:w="1337" w:type="dxa"/>
            <w:tcBorders>
              <w:top w:val="nil"/>
              <w:left w:val="nil"/>
              <w:bottom w:val="nil"/>
              <w:right w:val="nil"/>
            </w:tcBorders>
            <w:tcMar>
              <w:top w:w="80" w:type="dxa"/>
              <w:left w:w="120" w:type="dxa"/>
              <w:bottom w:w="80" w:type="dxa"/>
              <w:right w:w="120" w:type="dxa"/>
            </w:tcMar>
            <w:vAlign w:val="center"/>
          </w:tcPr>
          <w:p w14:paraId="2AFF786E" w14:textId="77777777" w:rsidR="008B5324" w:rsidRPr="00D70064" w:rsidRDefault="004351F6">
            <w:pPr>
              <w:spacing w:after="0"/>
            </w:pPr>
            <w:r w:rsidRPr="00D70064">
              <w:rPr>
                <w:sz w:val="14"/>
              </w:rPr>
              <w:t>48</w:t>
            </w:r>
          </w:p>
        </w:tc>
        <w:tc>
          <w:tcPr>
            <w:tcW w:w="1337" w:type="dxa"/>
            <w:tcBorders>
              <w:top w:val="nil"/>
              <w:left w:val="nil"/>
              <w:bottom w:val="nil"/>
              <w:right w:val="nil"/>
            </w:tcBorders>
            <w:tcMar>
              <w:top w:w="80" w:type="dxa"/>
              <w:left w:w="120" w:type="dxa"/>
              <w:bottom w:w="80" w:type="dxa"/>
              <w:right w:w="120" w:type="dxa"/>
            </w:tcMar>
            <w:vAlign w:val="center"/>
          </w:tcPr>
          <w:p w14:paraId="25BBD2D4" w14:textId="77777777" w:rsidR="008B5324" w:rsidRPr="00D70064" w:rsidRDefault="004351F6">
            <w:pPr>
              <w:spacing w:after="0"/>
            </w:pPr>
            <w:r w:rsidRPr="00D70064">
              <w:rPr>
                <w:sz w:val="14"/>
              </w:rPr>
              <w:t>0.282</w:t>
            </w:r>
          </w:p>
        </w:tc>
        <w:tc>
          <w:tcPr>
            <w:tcW w:w="1337" w:type="dxa"/>
            <w:tcBorders>
              <w:top w:val="nil"/>
              <w:left w:val="nil"/>
              <w:bottom w:val="nil"/>
              <w:right w:val="nil"/>
            </w:tcBorders>
            <w:tcMar>
              <w:top w:w="80" w:type="dxa"/>
              <w:left w:w="120" w:type="dxa"/>
              <w:bottom w:w="80" w:type="dxa"/>
              <w:right w:w="120" w:type="dxa"/>
            </w:tcMar>
            <w:vAlign w:val="center"/>
          </w:tcPr>
          <w:p w14:paraId="3193D1B4" w14:textId="77777777" w:rsidR="008B5324" w:rsidRPr="00D70064" w:rsidRDefault="004351F6">
            <w:pPr>
              <w:spacing w:after="0"/>
            </w:pPr>
            <w:r w:rsidRPr="00D70064">
              <w:rPr>
                <w:sz w:val="14"/>
              </w:rPr>
              <w:t>0.697 (0.611-0.781)</w:t>
            </w:r>
          </w:p>
        </w:tc>
        <w:tc>
          <w:tcPr>
            <w:tcW w:w="1337" w:type="dxa"/>
            <w:tcBorders>
              <w:top w:val="nil"/>
              <w:left w:val="nil"/>
              <w:bottom w:val="nil"/>
              <w:right w:val="nil"/>
            </w:tcBorders>
            <w:tcMar>
              <w:top w:w="80" w:type="dxa"/>
              <w:left w:w="120" w:type="dxa"/>
              <w:bottom w:w="80" w:type="dxa"/>
              <w:right w:w="120" w:type="dxa"/>
            </w:tcMar>
            <w:vAlign w:val="center"/>
          </w:tcPr>
          <w:p w14:paraId="0EE0B332" w14:textId="77777777" w:rsidR="008B5324" w:rsidRPr="00D70064" w:rsidRDefault="004351F6">
            <w:pPr>
              <w:spacing w:after="0"/>
            </w:pPr>
            <w:r w:rsidRPr="00D70064">
              <w:rPr>
                <w:sz w:val="14"/>
              </w:rPr>
              <w:t>0.426</w:t>
            </w:r>
          </w:p>
        </w:tc>
      </w:tr>
      <w:tr w:rsidR="008B5324" w:rsidRPr="00D70064" w14:paraId="1668FE95"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160113A"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2D819179" w14:textId="77777777" w:rsidR="008B5324" w:rsidRPr="00D70064" w:rsidRDefault="004351F6">
            <w:pPr>
              <w:spacing w:after="0"/>
            </w:pPr>
            <w:r w:rsidRPr="00D70064">
              <w:rPr>
                <w:sz w:val="14"/>
              </w:rPr>
              <w:t>Age &gt;=65 years</w:t>
            </w:r>
          </w:p>
        </w:tc>
        <w:tc>
          <w:tcPr>
            <w:tcW w:w="1337" w:type="dxa"/>
            <w:tcBorders>
              <w:top w:val="nil"/>
              <w:left w:val="nil"/>
              <w:bottom w:val="nil"/>
              <w:right w:val="nil"/>
            </w:tcBorders>
            <w:tcMar>
              <w:top w:w="80" w:type="dxa"/>
              <w:left w:w="120" w:type="dxa"/>
              <w:bottom w:w="80" w:type="dxa"/>
              <w:right w:w="120" w:type="dxa"/>
            </w:tcMar>
            <w:vAlign w:val="center"/>
          </w:tcPr>
          <w:p w14:paraId="5EB699A9" w14:textId="77777777" w:rsidR="008B5324" w:rsidRPr="00D70064" w:rsidRDefault="004351F6">
            <w:pPr>
              <w:spacing w:after="0"/>
            </w:pPr>
            <w:r w:rsidRPr="00D70064">
              <w:rPr>
                <w:sz w:val="14"/>
              </w:rPr>
              <w:t>177</w:t>
            </w:r>
          </w:p>
        </w:tc>
        <w:tc>
          <w:tcPr>
            <w:tcW w:w="1337" w:type="dxa"/>
            <w:tcBorders>
              <w:top w:val="nil"/>
              <w:left w:val="nil"/>
              <w:bottom w:val="nil"/>
              <w:right w:val="nil"/>
            </w:tcBorders>
            <w:tcMar>
              <w:top w:w="80" w:type="dxa"/>
              <w:left w:w="120" w:type="dxa"/>
              <w:bottom w:w="80" w:type="dxa"/>
              <w:right w:w="120" w:type="dxa"/>
            </w:tcMar>
            <w:vAlign w:val="center"/>
          </w:tcPr>
          <w:p w14:paraId="1E31C5E8" w14:textId="77777777" w:rsidR="008B5324" w:rsidRPr="00D70064" w:rsidRDefault="004351F6">
            <w:pPr>
              <w:spacing w:after="0"/>
            </w:pPr>
            <w:r w:rsidRPr="00D70064">
              <w:rPr>
                <w:sz w:val="14"/>
              </w:rPr>
              <w:t>65</w:t>
            </w:r>
          </w:p>
        </w:tc>
        <w:tc>
          <w:tcPr>
            <w:tcW w:w="1337" w:type="dxa"/>
            <w:tcBorders>
              <w:top w:val="nil"/>
              <w:left w:val="nil"/>
              <w:bottom w:val="nil"/>
              <w:right w:val="nil"/>
            </w:tcBorders>
            <w:tcMar>
              <w:top w:w="80" w:type="dxa"/>
              <w:left w:w="120" w:type="dxa"/>
              <w:bottom w:w="80" w:type="dxa"/>
              <w:right w:w="120" w:type="dxa"/>
            </w:tcMar>
            <w:vAlign w:val="center"/>
          </w:tcPr>
          <w:p w14:paraId="76822321" w14:textId="77777777" w:rsidR="008B5324" w:rsidRPr="00D70064" w:rsidRDefault="004351F6">
            <w:pPr>
              <w:spacing w:after="0"/>
            </w:pPr>
            <w:r w:rsidRPr="00D70064">
              <w:rPr>
                <w:sz w:val="14"/>
              </w:rPr>
              <w:t>0.367</w:t>
            </w:r>
          </w:p>
        </w:tc>
        <w:tc>
          <w:tcPr>
            <w:tcW w:w="1337" w:type="dxa"/>
            <w:tcBorders>
              <w:top w:val="nil"/>
              <w:left w:val="nil"/>
              <w:bottom w:val="nil"/>
              <w:right w:val="nil"/>
            </w:tcBorders>
            <w:tcMar>
              <w:top w:w="80" w:type="dxa"/>
              <w:left w:w="120" w:type="dxa"/>
              <w:bottom w:w="80" w:type="dxa"/>
              <w:right w:w="120" w:type="dxa"/>
            </w:tcMar>
            <w:vAlign w:val="center"/>
          </w:tcPr>
          <w:p w14:paraId="798A9E9F" w14:textId="77777777" w:rsidR="008B5324" w:rsidRPr="00D70064" w:rsidRDefault="004351F6">
            <w:pPr>
              <w:spacing w:after="0"/>
            </w:pPr>
            <w:r w:rsidRPr="00D70064">
              <w:rPr>
                <w:sz w:val="14"/>
              </w:rPr>
              <w:t>0.788 (0.723-0.852)</w:t>
            </w:r>
          </w:p>
        </w:tc>
        <w:tc>
          <w:tcPr>
            <w:tcW w:w="1337" w:type="dxa"/>
            <w:tcBorders>
              <w:top w:val="nil"/>
              <w:left w:val="nil"/>
              <w:bottom w:val="nil"/>
              <w:right w:val="nil"/>
            </w:tcBorders>
            <w:tcMar>
              <w:top w:w="80" w:type="dxa"/>
              <w:left w:w="120" w:type="dxa"/>
              <w:bottom w:w="80" w:type="dxa"/>
              <w:right w:w="120" w:type="dxa"/>
            </w:tcMar>
            <w:vAlign w:val="center"/>
          </w:tcPr>
          <w:p w14:paraId="55F440DB" w14:textId="77777777" w:rsidR="008B5324" w:rsidRPr="00D70064" w:rsidRDefault="004351F6">
            <w:pPr>
              <w:spacing w:after="0"/>
            </w:pPr>
            <w:r w:rsidRPr="00D70064">
              <w:rPr>
                <w:sz w:val="14"/>
              </w:rPr>
              <w:t>0.694</w:t>
            </w:r>
          </w:p>
        </w:tc>
      </w:tr>
      <w:tr w:rsidR="008B5324" w:rsidRPr="00D70064" w14:paraId="76905F77"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4FB589E"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498391F8" w14:textId="77777777" w:rsidR="008B5324" w:rsidRPr="00D70064" w:rsidRDefault="004351F6">
            <w:pPr>
              <w:spacing w:after="0"/>
            </w:pPr>
            <w:r w:rsidRPr="00D70064">
              <w:rPr>
                <w:sz w:val="14"/>
              </w:rPr>
              <w:t>Male</w:t>
            </w:r>
          </w:p>
        </w:tc>
        <w:tc>
          <w:tcPr>
            <w:tcW w:w="1337" w:type="dxa"/>
            <w:tcBorders>
              <w:top w:val="nil"/>
              <w:left w:val="nil"/>
              <w:bottom w:val="nil"/>
              <w:right w:val="nil"/>
            </w:tcBorders>
            <w:tcMar>
              <w:top w:w="80" w:type="dxa"/>
              <w:left w:w="120" w:type="dxa"/>
              <w:bottom w:w="80" w:type="dxa"/>
              <w:right w:w="120" w:type="dxa"/>
            </w:tcMar>
            <w:vAlign w:val="center"/>
          </w:tcPr>
          <w:p w14:paraId="5783B880" w14:textId="77777777" w:rsidR="008B5324" w:rsidRPr="00D70064" w:rsidRDefault="004351F6">
            <w:pPr>
              <w:spacing w:after="0"/>
            </w:pPr>
            <w:r w:rsidRPr="00D70064">
              <w:rPr>
                <w:sz w:val="14"/>
              </w:rPr>
              <w:t>203</w:t>
            </w:r>
          </w:p>
        </w:tc>
        <w:tc>
          <w:tcPr>
            <w:tcW w:w="1337" w:type="dxa"/>
            <w:tcBorders>
              <w:top w:val="nil"/>
              <w:left w:val="nil"/>
              <w:bottom w:val="nil"/>
              <w:right w:val="nil"/>
            </w:tcBorders>
            <w:tcMar>
              <w:top w:w="80" w:type="dxa"/>
              <w:left w:w="120" w:type="dxa"/>
              <w:bottom w:w="80" w:type="dxa"/>
              <w:right w:w="120" w:type="dxa"/>
            </w:tcMar>
            <w:vAlign w:val="center"/>
          </w:tcPr>
          <w:p w14:paraId="7349E56E" w14:textId="77777777" w:rsidR="008B5324" w:rsidRPr="00D70064" w:rsidRDefault="004351F6">
            <w:pPr>
              <w:spacing w:after="0"/>
            </w:pPr>
            <w:r w:rsidRPr="00D70064">
              <w:rPr>
                <w:sz w:val="14"/>
              </w:rPr>
              <w:t>65</w:t>
            </w:r>
          </w:p>
        </w:tc>
        <w:tc>
          <w:tcPr>
            <w:tcW w:w="1337" w:type="dxa"/>
            <w:tcBorders>
              <w:top w:val="nil"/>
              <w:left w:val="nil"/>
              <w:bottom w:val="nil"/>
              <w:right w:val="nil"/>
            </w:tcBorders>
            <w:tcMar>
              <w:top w:w="80" w:type="dxa"/>
              <w:left w:w="120" w:type="dxa"/>
              <w:bottom w:w="80" w:type="dxa"/>
              <w:right w:w="120" w:type="dxa"/>
            </w:tcMar>
            <w:vAlign w:val="center"/>
          </w:tcPr>
          <w:p w14:paraId="74F3B27B" w14:textId="77777777" w:rsidR="008B5324" w:rsidRPr="00D70064" w:rsidRDefault="004351F6">
            <w:pPr>
              <w:spacing w:after="0"/>
            </w:pPr>
            <w:r w:rsidRPr="00D70064">
              <w:rPr>
                <w:sz w:val="14"/>
              </w:rPr>
              <w:t>0.320</w:t>
            </w:r>
          </w:p>
        </w:tc>
        <w:tc>
          <w:tcPr>
            <w:tcW w:w="1337" w:type="dxa"/>
            <w:tcBorders>
              <w:top w:val="nil"/>
              <w:left w:val="nil"/>
              <w:bottom w:val="nil"/>
              <w:right w:val="nil"/>
            </w:tcBorders>
            <w:tcMar>
              <w:top w:w="80" w:type="dxa"/>
              <w:left w:w="120" w:type="dxa"/>
              <w:bottom w:w="80" w:type="dxa"/>
              <w:right w:w="120" w:type="dxa"/>
            </w:tcMar>
            <w:vAlign w:val="center"/>
          </w:tcPr>
          <w:p w14:paraId="44130CE6" w14:textId="77777777" w:rsidR="008B5324" w:rsidRPr="00D70064" w:rsidRDefault="004351F6">
            <w:pPr>
              <w:spacing w:after="0"/>
            </w:pPr>
            <w:r w:rsidRPr="00D70064">
              <w:rPr>
                <w:sz w:val="14"/>
              </w:rPr>
              <w:t>0.747 (0.676-0.814)</w:t>
            </w:r>
          </w:p>
        </w:tc>
        <w:tc>
          <w:tcPr>
            <w:tcW w:w="1337" w:type="dxa"/>
            <w:tcBorders>
              <w:top w:val="nil"/>
              <w:left w:val="nil"/>
              <w:bottom w:val="nil"/>
              <w:right w:val="nil"/>
            </w:tcBorders>
            <w:tcMar>
              <w:top w:w="80" w:type="dxa"/>
              <w:left w:w="120" w:type="dxa"/>
              <w:bottom w:w="80" w:type="dxa"/>
              <w:right w:w="120" w:type="dxa"/>
            </w:tcMar>
            <w:vAlign w:val="center"/>
          </w:tcPr>
          <w:p w14:paraId="29E2A2E8" w14:textId="77777777" w:rsidR="008B5324" w:rsidRPr="00D70064" w:rsidRDefault="004351F6">
            <w:pPr>
              <w:spacing w:after="0"/>
            </w:pPr>
            <w:r w:rsidRPr="00D70064">
              <w:rPr>
                <w:sz w:val="14"/>
              </w:rPr>
              <w:t>0.625</w:t>
            </w:r>
          </w:p>
        </w:tc>
      </w:tr>
      <w:tr w:rsidR="008B5324" w:rsidRPr="00D70064" w14:paraId="7045B85E"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BAB597C"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1794AA43" w14:textId="77777777" w:rsidR="008B5324" w:rsidRPr="00D70064" w:rsidRDefault="004351F6">
            <w:pPr>
              <w:spacing w:after="0"/>
            </w:pPr>
            <w:r w:rsidRPr="00D70064">
              <w:rPr>
                <w:sz w:val="14"/>
              </w:rPr>
              <w:t>Female</w:t>
            </w:r>
          </w:p>
        </w:tc>
        <w:tc>
          <w:tcPr>
            <w:tcW w:w="1337" w:type="dxa"/>
            <w:tcBorders>
              <w:top w:val="nil"/>
              <w:left w:val="nil"/>
              <w:bottom w:val="nil"/>
              <w:right w:val="nil"/>
            </w:tcBorders>
            <w:tcMar>
              <w:top w:w="80" w:type="dxa"/>
              <w:left w:w="120" w:type="dxa"/>
              <w:bottom w:w="80" w:type="dxa"/>
              <w:right w:w="120" w:type="dxa"/>
            </w:tcMar>
            <w:vAlign w:val="center"/>
          </w:tcPr>
          <w:p w14:paraId="3D54995E" w14:textId="77777777" w:rsidR="008B5324" w:rsidRPr="00D70064" w:rsidRDefault="004351F6">
            <w:pPr>
              <w:spacing w:after="0"/>
            </w:pPr>
            <w:r w:rsidRPr="00D70064">
              <w:rPr>
                <w:sz w:val="14"/>
              </w:rPr>
              <w:t>144</w:t>
            </w:r>
          </w:p>
        </w:tc>
        <w:tc>
          <w:tcPr>
            <w:tcW w:w="1337" w:type="dxa"/>
            <w:tcBorders>
              <w:top w:val="nil"/>
              <w:left w:val="nil"/>
              <w:bottom w:val="nil"/>
              <w:right w:val="nil"/>
            </w:tcBorders>
            <w:tcMar>
              <w:top w:w="80" w:type="dxa"/>
              <w:left w:w="120" w:type="dxa"/>
              <w:bottom w:w="80" w:type="dxa"/>
              <w:right w:w="120" w:type="dxa"/>
            </w:tcMar>
            <w:vAlign w:val="center"/>
          </w:tcPr>
          <w:p w14:paraId="718C7A7F" w14:textId="77777777" w:rsidR="008B5324" w:rsidRPr="00D70064" w:rsidRDefault="004351F6">
            <w:pPr>
              <w:spacing w:after="0"/>
            </w:pPr>
            <w:r w:rsidRPr="00D70064">
              <w:rPr>
                <w:sz w:val="14"/>
              </w:rPr>
              <w:t>48</w:t>
            </w:r>
          </w:p>
        </w:tc>
        <w:tc>
          <w:tcPr>
            <w:tcW w:w="1337" w:type="dxa"/>
            <w:tcBorders>
              <w:top w:val="nil"/>
              <w:left w:val="nil"/>
              <w:bottom w:val="nil"/>
              <w:right w:val="nil"/>
            </w:tcBorders>
            <w:tcMar>
              <w:top w:w="80" w:type="dxa"/>
              <w:left w:w="120" w:type="dxa"/>
              <w:bottom w:w="80" w:type="dxa"/>
              <w:right w:w="120" w:type="dxa"/>
            </w:tcMar>
            <w:vAlign w:val="center"/>
          </w:tcPr>
          <w:p w14:paraId="354441B0" w14:textId="77777777" w:rsidR="008B5324" w:rsidRPr="00D70064" w:rsidRDefault="004351F6">
            <w:pPr>
              <w:spacing w:after="0"/>
            </w:pPr>
            <w:r w:rsidRPr="00D70064">
              <w:rPr>
                <w:sz w:val="14"/>
              </w:rPr>
              <w:t>0.333</w:t>
            </w:r>
          </w:p>
        </w:tc>
        <w:tc>
          <w:tcPr>
            <w:tcW w:w="1337" w:type="dxa"/>
            <w:tcBorders>
              <w:top w:val="nil"/>
              <w:left w:val="nil"/>
              <w:bottom w:val="nil"/>
              <w:right w:val="nil"/>
            </w:tcBorders>
            <w:tcMar>
              <w:top w:w="80" w:type="dxa"/>
              <w:left w:w="120" w:type="dxa"/>
              <w:bottom w:w="80" w:type="dxa"/>
              <w:right w:w="120" w:type="dxa"/>
            </w:tcMar>
            <w:vAlign w:val="center"/>
          </w:tcPr>
          <w:p w14:paraId="1698D7FA" w14:textId="77777777" w:rsidR="008B5324" w:rsidRPr="00D70064" w:rsidRDefault="004351F6">
            <w:pPr>
              <w:spacing w:after="0"/>
            </w:pPr>
            <w:r w:rsidRPr="00D70064">
              <w:rPr>
                <w:sz w:val="14"/>
              </w:rPr>
              <w:t>0.746 (0.662-0.827)</w:t>
            </w:r>
          </w:p>
        </w:tc>
        <w:tc>
          <w:tcPr>
            <w:tcW w:w="1337" w:type="dxa"/>
            <w:tcBorders>
              <w:top w:val="nil"/>
              <w:left w:val="nil"/>
              <w:bottom w:val="nil"/>
              <w:right w:val="nil"/>
            </w:tcBorders>
            <w:tcMar>
              <w:top w:w="80" w:type="dxa"/>
              <w:left w:w="120" w:type="dxa"/>
              <w:bottom w:w="80" w:type="dxa"/>
              <w:right w:w="120" w:type="dxa"/>
            </w:tcMar>
            <w:vAlign w:val="center"/>
          </w:tcPr>
          <w:p w14:paraId="00A25FE6" w14:textId="77777777" w:rsidR="008B5324" w:rsidRPr="00D70064" w:rsidRDefault="004351F6">
            <w:pPr>
              <w:spacing w:after="0"/>
            </w:pPr>
            <w:r w:rsidRPr="00D70064">
              <w:rPr>
                <w:sz w:val="14"/>
              </w:rPr>
              <w:t>0.529</w:t>
            </w:r>
          </w:p>
        </w:tc>
      </w:tr>
      <w:tr w:rsidR="008B5324" w:rsidRPr="00D70064" w14:paraId="7A0B6F57"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3DBEE8BC"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5FF3399B" w14:textId="77777777" w:rsidR="008B5324" w:rsidRPr="00D70064" w:rsidRDefault="004351F6">
            <w:pPr>
              <w:spacing w:after="0"/>
            </w:pPr>
            <w:r w:rsidRPr="00D70064">
              <w:rPr>
                <w:sz w:val="14"/>
              </w:rPr>
              <w:t>COPD</w:t>
            </w:r>
          </w:p>
        </w:tc>
        <w:tc>
          <w:tcPr>
            <w:tcW w:w="1337" w:type="dxa"/>
            <w:tcBorders>
              <w:top w:val="nil"/>
              <w:left w:val="nil"/>
              <w:bottom w:val="nil"/>
              <w:right w:val="nil"/>
            </w:tcBorders>
            <w:tcMar>
              <w:top w:w="80" w:type="dxa"/>
              <w:left w:w="120" w:type="dxa"/>
              <w:bottom w:w="80" w:type="dxa"/>
              <w:right w:w="120" w:type="dxa"/>
            </w:tcMar>
            <w:vAlign w:val="center"/>
          </w:tcPr>
          <w:p w14:paraId="10F5C9D3" w14:textId="77777777" w:rsidR="008B5324" w:rsidRPr="00D70064" w:rsidRDefault="004351F6">
            <w:pPr>
              <w:spacing w:after="0"/>
            </w:pPr>
            <w:r w:rsidRPr="00D70064">
              <w:rPr>
                <w:sz w:val="14"/>
              </w:rPr>
              <w:t>41</w:t>
            </w:r>
          </w:p>
        </w:tc>
        <w:tc>
          <w:tcPr>
            <w:tcW w:w="1337" w:type="dxa"/>
            <w:tcBorders>
              <w:top w:val="nil"/>
              <w:left w:val="nil"/>
              <w:bottom w:val="nil"/>
              <w:right w:val="nil"/>
            </w:tcBorders>
            <w:tcMar>
              <w:top w:w="80" w:type="dxa"/>
              <w:left w:w="120" w:type="dxa"/>
              <w:bottom w:w="80" w:type="dxa"/>
              <w:right w:w="120" w:type="dxa"/>
            </w:tcMar>
            <w:vAlign w:val="center"/>
          </w:tcPr>
          <w:p w14:paraId="404C6750" w14:textId="77777777" w:rsidR="008B5324" w:rsidRPr="00D70064" w:rsidRDefault="004351F6">
            <w:pPr>
              <w:spacing w:after="0"/>
            </w:pPr>
            <w:r w:rsidRPr="00D70064">
              <w:rPr>
                <w:sz w:val="14"/>
              </w:rPr>
              <w:t>16</w:t>
            </w:r>
          </w:p>
        </w:tc>
        <w:tc>
          <w:tcPr>
            <w:tcW w:w="1337" w:type="dxa"/>
            <w:tcBorders>
              <w:top w:val="nil"/>
              <w:left w:val="nil"/>
              <w:bottom w:val="nil"/>
              <w:right w:val="nil"/>
            </w:tcBorders>
            <w:tcMar>
              <w:top w:w="80" w:type="dxa"/>
              <w:left w:w="120" w:type="dxa"/>
              <w:bottom w:w="80" w:type="dxa"/>
              <w:right w:w="120" w:type="dxa"/>
            </w:tcMar>
            <w:vAlign w:val="center"/>
          </w:tcPr>
          <w:p w14:paraId="4E2442BA" w14:textId="77777777" w:rsidR="008B5324" w:rsidRPr="00D70064" w:rsidRDefault="004351F6">
            <w:pPr>
              <w:spacing w:after="0"/>
            </w:pPr>
            <w:r w:rsidRPr="00D70064">
              <w:rPr>
                <w:sz w:val="14"/>
              </w:rPr>
              <w:t>0.390</w:t>
            </w:r>
          </w:p>
        </w:tc>
        <w:tc>
          <w:tcPr>
            <w:tcW w:w="1337" w:type="dxa"/>
            <w:tcBorders>
              <w:top w:val="nil"/>
              <w:left w:val="nil"/>
              <w:bottom w:val="nil"/>
              <w:right w:val="nil"/>
            </w:tcBorders>
            <w:tcMar>
              <w:top w:w="80" w:type="dxa"/>
              <w:left w:w="120" w:type="dxa"/>
              <w:bottom w:w="80" w:type="dxa"/>
              <w:right w:w="120" w:type="dxa"/>
            </w:tcMar>
            <w:vAlign w:val="center"/>
          </w:tcPr>
          <w:p w14:paraId="6020AB2A" w14:textId="77777777" w:rsidR="008B5324" w:rsidRPr="00D70064" w:rsidRDefault="004351F6">
            <w:pPr>
              <w:spacing w:after="0"/>
            </w:pPr>
            <w:r w:rsidRPr="00D70064">
              <w:rPr>
                <w:sz w:val="14"/>
              </w:rPr>
              <w:t>0.760 (0.579-0.906)</w:t>
            </w:r>
          </w:p>
        </w:tc>
        <w:tc>
          <w:tcPr>
            <w:tcW w:w="1337" w:type="dxa"/>
            <w:tcBorders>
              <w:top w:val="nil"/>
              <w:left w:val="nil"/>
              <w:bottom w:val="nil"/>
              <w:right w:val="nil"/>
            </w:tcBorders>
            <w:tcMar>
              <w:top w:w="80" w:type="dxa"/>
              <w:left w:w="120" w:type="dxa"/>
              <w:bottom w:w="80" w:type="dxa"/>
              <w:right w:w="120" w:type="dxa"/>
            </w:tcMar>
            <w:vAlign w:val="center"/>
          </w:tcPr>
          <w:p w14:paraId="6053630A" w14:textId="77777777" w:rsidR="008B5324" w:rsidRPr="00D70064" w:rsidRDefault="004351F6">
            <w:pPr>
              <w:spacing w:after="0"/>
            </w:pPr>
            <w:r w:rsidRPr="00D70064">
              <w:rPr>
                <w:sz w:val="14"/>
              </w:rPr>
              <w:t>0.721</w:t>
            </w:r>
          </w:p>
        </w:tc>
      </w:tr>
      <w:tr w:rsidR="008B5324" w:rsidRPr="00D70064" w14:paraId="07CACD8A"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23BB4E59"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63B97BFB" w14:textId="77777777" w:rsidR="008B5324" w:rsidRPr="00D70064" w:rsidRDefault="004351F6">
            <w:pPr>
              <w:spacing w:after="0"/>
            </w:pPr>
            <w:r w:rsidRPr="00D70064">
              <w:rPr>
                <w:sz w:val="14"/>
              </w:rPr>
              <w:t>No COPD</w:t>
            </w:r>
          </w:p>
        </w:tc>
        <w:tc>
          <w:tcPr>
            <w:tcW w:w="1337" w:type="dxa"/>
            <w:tcBorders>
              <w:top w:val="nil"/>
              <w:left w:val="nil"/>
              <w:bottom w:val="nil"/>
              <w:right w:val="nil"/>
            </w:tcBorders>
            <w:tcMar>
              <w:top w:w="80" w:type="dxa"/>
              <w:left w:w="120" w:type="dxa"/>
              <w:bottom w:w="80" w:type="dxa"/>
              <w:right w:w="120" w:type="dxa"/>
            </w:tcMar>
            <w:vAlign w:val="center"/>
          </w:tcPr>
          <w:p w14:paraId="5DD6293E" w14:textId="77777777" w:rsidR="008B5324" w:rsidRPr="00D70064" w:rsidRDefault="004351F6">
            <w:pPr>
              <w:spacing w:after="0"/>
            </w:pPr>
            <w:r w:rsidRPr="00D70064">
              <w:rPr>
                <w:sz w:val="14"/>
              </w:rPr>
              <w:t>306</w:t>
            </w:r>
          </w:p>
        </w:tc>
        <w:tc>
          <w:tcPr>
            <w:tcW w:w="1337" w:type="dxa"/>
            <w:tcBorders>
              <w:top w:val="nil"/>
              <w:left w:val="nil"/>
              <w:bottom w:val="nil"/>
              <w:right w:val="nil"/>
            </w:tcBorders>
            <w:tcMar>
              <w:top w:w="80" w:type="dxa"/>
              <w:left w:w="120" w:type="dxa"/>
              <w:bottom w:w="80" w:type="dxa"/>
              <w:right w:w="120" w:type="dxa"/>
            </w:tcMar>
            <w:vAlign w:val="center"/>
          </w:tcPr>
          <w:p w14:paraId="7BF9204A" w14:textId="77777777" w:rsidR="008B5324" w:rsidRPr="00D70064" w:rsidRDefault="004351F6">
            <w:pPr>
              <w:spacing w:after="0"/>
            </w:pPr>
            <w:r w:rsidRPr="00D70064">
              <w:rPr>
                <w:sz w:val="14"/>
              </w:rPr>
              <w:t>97</w:t>
            </w:r>
          </w:p>
        </w:tc>
        <w:tc>
          <w:tcPr>
            <w:tcW w:w="1337" w:type="dxa"/>
            <w:tcBorders>
              <w:top w:val="nil"/>
              <w:left w:val="nil"/>
              <w:bottom w:val="nil"/>
              <w:right w:val="nil"/>
            </w:tcBorders>
            <w:tcMar>
              <w:top w:w="80" w:type="dxa"/>
              <w:left w:w="120" w:type="dxa"/>
              <w:bottom w:w="80" w:type="dxa"/>
              <w:right w:w="120" w:type="dxa"/>
            </w:tcMar>
            <w:vAlign w:val="center"/>
          </w:tcPr>
          <w:p w14:paraId="1F589EE3" w14:textId="77777777" w:rsidR="008B5324" w:rsidRPr="00D70064" w:rsidRDefault="004351F6">
            <w:pPr>
              <w:spacing w:after="0"/>
            </w:pPr>
            <w:r w:rsidRPr="00D70064">
              <w:rPr>
                <w:sz w:val="14"/>
              </w:rPr>
              <w:t>0.317</w:t>
            </w:r>
          </w:p>
        </w:tc>
        <w:tc>
          <w:tcPr>
            <w:tcW w:w="1337" w:type="dxa"/>
            <w:tcBorders>
              <w:top w:val="nil"/>
              <w:left w:val="nil"/>
              <w:bottom w:val="nil"/>
              <w:right w:val="nil"/>
            </w:tcBorders>
            <w:tcMar>
              <w:top w:w="80" w:type="dxa"/>
              <w:left w:w="120" w:type="dxa"/>
              <w:bottom w:w="80" w:type="dxa"/>
              <w:right w:w="120" w:type="dxa"/>
            </w:tcMar>
            <w:vAlign w:val="center"/>
          </w:tcPr>
          <w:p w14:paraId="25D42270" w14:textId="77777777" w:rsidR="008B5324" w:rsidRPr="00D70064" w:rsidRDefault="004351F6">
            <w:pPr>
              <w:spacing w:after="0"/>
            </w:pPr>
            <w:r w:rsidRPr="00D70064">
              <w:rPr>
                <w:sz w:val="14"/>
              </w:rPr>
              <w:t>0.749 (0.692-0.806)</w:t>
            </w:r>
          </w:p>
        </w:tc>
        <w:tc>
          <w:tcPr>
            <w:tcW w:w="1337" w:type="dxa"/>
            <w:tcBorders>
              <w:top w:val="nil"/>
              <w:left w:val="nil"/>
              <w:bottom w:val="nil"/>
              <w:right w:val="nil"/>
            </w:tcBorders>
            <w:tcMar>
              <w:top w:w="80" w:type="dxa"/>
              <w:left w:w="120" w:type="dxa"/>
              <w:bottom w:w="80" w:type="dxa"/>
              <w:right w:w="120" w:type="dxa"/>
            </w:tcMar>
            <w:vAlign w:val="center"/>
          </w:tcPr>
          <w:p w14:paraId="5639F076" w14:textId="77777777" w:rsidR="008B5324" w:rsidRPr="00D70064" w:rsidRDefault="004351F6">
            <w:pPr>
              <w:spacing w:after="0"/>
            </w:pPr>
            <w:r w:rsidRPr="00D70064">
              <w:rPr>
                <w:sz w:val="14"/>
              </w:rPr>
              <w:t>0.576</w:t>
            </w:r>
          </w:p>
        </w:tc>
      </w:tr>
      <w:tr w:rsidR="008B5324" w:rsidRPr="00D70064" w14:paraId="77303233"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0A3BE57A"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36DF3198" w14:textId="77777777" w:rsidR="008B5324" w:rsidRPr="00D70064" w:rsidRDefault="004351F6">
            <w:pPr>
              <w:spacing w:after="0"/>
            </w:pPr>
            <w:r w:rsidRPr="00D70064">
              <w:rPr>
                <w:sz w:val="14"/>
              </w:rPr>
              <w:t>Sepsis</w:t>
            </w:r>
          </w:p>
        </w:tc>
        <w:tc>
          <w:tcPr>
            <w:tcW w:w="1337" w:type="dxa"/>
            <w:tcBorders>
              <w:top w:val="nil"/>
              <w:left w:val="nil"/>
              <w:bottom w:val="nil"/>
              <w:right w:val="nil"/>
            </w:tcBorders>
            <w:tcMar>
              <w:top w:w="80" w:type="dxa"/>
              <w:left w:w="120" w:type="dxa"/>
              <w:bottom w:w="80" w:type="dxa"/>
              <w:right w:w="120" w:type="dxa"/>
            </w:tcMar>
            <w:vAlign w:val="center"/>
          </w:tcPr>
          <w:p w14:paraId="2B7E5782" w14:textId="77777777" w:rsidR="008B5324" w:rsidRPr="00D70064" w:rsidRDefault="004351F6">
            <w:pPr>
              <w:spacing w:after="0"/>
            </w:pPr>
            <w:r w:rsidRPr="00D70064">
              <w:rPr>
                <w:sz w:val="14"/>
              </w:rPr>
              <w:t>165</w:t>
            </w:r>
          </w:p>
        </w:tc>
        <w:tc>
          <w:tcPr>
            <w:tcW w:w="1337" w:type="dxa"/>
            <w:tcBorders>
              <w:top w:val="nil"/>
              <w:left w:val="nil"/>
              <w:bottom w:val="nil"/>
              <w:right w:val="nil"/>
            </w:tcBorders>
            <w:tcMar>
              <w:top w:w="80" w:type="dxa"/>
              <w:left w:w="120" w:type="dxa"/>
              <w:bottom w:w="80" w:type="dxa"/>
              <w:right w:w="120" w:type="dxa"/>
            </w:tcMar>
            <w:vAlign w:val="center"/>
          </w:tcPr>
          <w:p w14:paraId="28EFCE0D" w14:textId="77777777" w:rsidR="008B5324" w:rsidRPr="00D70064" w:rsidRDefault="004351F6">
            <w:pPr>
              <w:spacing w:after="0"/>
            </w:pPr>
            <w:r w:rsidRPr="00D70064">
              <w:rPr>
                <w:sz w:val="14"/>
              </w:rPr>
              <w:t>62</w:t>
            </w:r>
          </w:p>
        </w:tc>
        <w:tc>
          <w:tcPr>
            <w:tcW w:w="1337" w:type="dxa"/>
            <w:tcBorders>
              <w:top w:val="nil"/>
              <w:left w:val="nil"/>
              <w:bottom w:val="nil"/>
              <w:right w:val="nil"/>
            </w:tcBorders>
            <w:tcMar>
              <w:top w:w="80" w:type="dxa"/>
              <w:left w:w="120" w:type="dxa"/>
              <w:bottom w:w="80" w:type="dxa"/>
              <w:right w:w="120" w:type="dxa"/>
            </w:tcMar>
            <w:vAlign w:val="center"/>
          </w:tcPr>
          <w:p w14:paraId="12C08891" w14:textId="77777777" w:rsidR="008B5324" w:rsidRPr="00D70064" w:rsidRDefault="004351F6">
            <w:pPr>
              <w:spacing w:after="0"/>
            </w:pPr>
            <w:r w:rsidRPr="00D70064">
              <w:rPr>
                <w:sz w:val="14"/>
              </w:rPr>
              <w:t>0.376</w:t>
            </w:r>
          </w:p>
        </w:tc>
        <w:tc>
          <w:tcPr>
            <w:tcW w:w="1337" w:type="dxa"/>
            <w:tcBorders>
              <w:top w:val="nil"/>
              <w:left w:val="nil"/>
              <w:bottom w:val="nil"/>
              <w:right w:val="nil"/>
            </w:tcBorders>
            <w:tcMar>
              <w:top w:w="80" w:type="dxa"/>
              <w:left w:w="120" w:type="dxa"/>
              <w:bottom w:w="80" w:type="dxa"/>
              <w:right w:w="120" w:type="dxa"/>
            </w:tcMar>
            <w:vAlign w:val="center"/>
          </w:tcPr>
          <w:p w14:paraId="7F43CCDB" w14:textId="77777777" w:rsidR="008B5324" w:rsidRPr="00D70064" w:rsidRDefault="004351F6">
            <w:pPr>
              <w:spacing w:after="0"/>
            </w:pPr>
            <w:r w:rsidRPr="00D70064">
              <w:rPr>
                <w:sz w:val="14"/>
              </w:rPr>
              <w:t>0.716 (0.633-0.798)</w:t>
            </w:r>
          </w:p>
        </w:tc>
        <w:tc>
          <w:tcPr>
            <w:tcW w:w="1337" w:type="dxa"/>
            <w:tcBorders>
              <w:top w:val="nil"/>
              <w:left w:val="nil"/>
              <w:bottom w:val="nil"/>
              <w:right w:val="nil"/>
            </w:tcBorders>
            <w:tcMar>
              <w:top w:w="80" w:type="dxa"/>
              <w:left w:w="120" w:type="dxa"/>
              <w:bottom w:w="80" w:type="dxa"/>
              <w:right w:w="120" w:type="dxa"/>
            </w:tcMar>
            <w:vAlign w:val="center"/>
          </w:tcPr>
          <w:p w14:paraId="6716F7E0" w14:textId="77777777" w:rsidR="008B5324" w:rsidRPr="00D70064" w:rsidRDefault="004351F6">
            <w:pPr>
              <w:spacing w:after="0"/>
            </w:pPr>
            <w:r w:rsidRPr="00D70064">
              <w:rPr>
                <w:sz w:val="14"/>
              </w:rPr>
              <w:t>0.605</w:t>
            </w:r>
          </w:p>
        </w:tc>
      </w:tr>
      <w:tr w:rsidR="008B5324" w:rsidRPr="00D70064" w14:paraId="367753FE"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0F02C8F7"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78E457B6" w14:textId="77777777" w:rsidR="008B5324" w:rsidRPr="00D70064" w:rsidRDefault="004351F6">
            <w:pPr>
              <w:spacing w:after="0"/>
            </w:pPr>
            <w:r w:rsidRPr="00D70064">
              <w:rPr>
                <w:sz w:val="14"/>
              </w:rPr>
              <w:t>No sepsis</w:t>
            </w:r>
          </w:p>
        </w:tc>
        <w:tc>
          <w:tcPr>
            <w:tcW w:w="1337" w:type="dxa"/>
            <w:tcBorders>
              <w:top w:val="nil"/>
              <w:left w:val="nil"/>
              <w:bottom w:val="nil"/>
              <w:right w:val="nil"/>
            </w:tcBorders>
            <w:tcMar>
              <w:top w:w="80" w:type="dxa"/>
              <w:left w:w="120" w:type="dxa"/>
              <w:bottom w:w="80" w:type="dxa"/>
              <w:right w:w="120" w:type="dxa"/>
            </w:tcMar>
            <w:vAlign w:val="center"/>
          </w:tcPr>
          <w:p w14:paraId="6B05D2DB" w14:textId="77777777" w:rsidR="008B5324" w:rsidRPr="00D70064" w:rsidRDefault="004351F6">
            <w:pPr>
              <w:spacing w:after="0"/>
            </w:pPr>
            <w:r w:rsidRPr="00D70064">
              <w:rPr>
                <w:sz w:val="14"/>
              </w:rPr>
              <w:t>182</w:t>
            </w:r>
          </w:p>
        </w:tc>
        <w:tc>
          <w:tcPr>
            <w:tcW w:w="1337" w:type="dxa"/>
            <w:tcBorders>
              <w:top w:val="nil"/>
              <w:left w:val="nil"/>
              <w:bottom w:val="nil"/>
              <w:right w:val="nil"/>
            </w:tcBorders>
            <w:tcMar>
              <w:top w:w="80" w:type="dxa"/>
              <w:left w:w="120" w:type="dxa"/>
              <w:bottom w:w="80" w:type="dxa"/>
              <w:right w:w="120" w:type="dxa"/>
            </w:tcMar>
            <w:vAlign w:val="center"/>
          </w:tcPr>
          <w:p w14:paraId="59771192" w14:textId="77777777" w:rsidR="008B5324" w:rsidRPr="00D70064" w:rsidRDefault="004351F6">
            <w:pPr>
              <w:spacing w:after="0"/>
            </w:pPr>
            <w:r w:rsidRPr="00D70064">
              <w:rPr>
                <w:sz w:val="14"/>
              </w:rPr>
              <w:t>51</w:t>
            </w:r>
          </w:p>
        </w:tc>
        <w:tc>
          <w:tcPr>
            <w:tcW w:w="1337" w:type="dxa"/>
            <w:tcBorders>
              <w:top w:val="nil"/>
              <w:left w:val="nil"/>
              <w:bottom w:val="nil"/>
              <w:right w:val="nil"/>
            </w:tcBorders>
            <w:tcMar>
              <w:top w:w="80" w:type="dxa"/>
              <w:left w:w="120" w:type="dxa"/>
              <w:bottom w:w="80" w:type="dxa"/>
              <w:right w:w="120" w:type="dxa"/>
            </w:tcMar>
            <w:vAlign w:val="center"/>
          </w:tcPr>
          <w:p w14:paraId="47E9EB2D" w14:textId="77777777" w:rsidR="008B5324" w:rsidRPr="00D70064" w:rsidRDefault="004351F6">
            <w:pPr>
              <w:spacing w:after="0"/>
            </w:pPr>
            <w:r w:rsidRPr="00D70064">
              <w:rPr>
                <w:sz w:val="14"/>
              </w:rPr>
              <w:t>0.280</w:t>
            </w:r>
          </w:p>
        </w:tc>
        <w:tc>
          <w:tcPr>
            <w:tcW w:w="1337" w:type="dxa"/>
            <w:tcBorders>
              <w:top w:val="nil"/>
              <w:left w:val="nil"/>
              <w:bottom w:val="nil"/>
              <w:right w:val="nil"/>
            </w:tcBorders>
            <w:tcMar>
              <w:top w:w="80" w:type="dxa"/>
              <w:left w:w="120" w:type="dxa"/>
              <w:bottom w:w="80" w:type="dxa"/>
              <w:right w:w="120" w:type="dxa"/>
            </w:tcMar>
            <w:vAlign w:val="center"/>
          </w:tcPr>
          <w:p w14:paraId="73EFEEB8" w14:textId="77777777" w:rsidR="008B5324" w:rsidRPr="00D70064" w:rsidRDefault="004351F6">
            <w:pPr>
              <w:spacing w:after="0"/>
            </w:pPr>
            <w:r w:rsidRPr="00D70064">
              <w:rPr>
                <w:sz w:val="14"/>
              </w:rPr>
              <w:t>0.767 (0.694-0.841)</w:t>
            </w:r>
          </w:p>
        </w:tc>
        <w:tc>
          <w:tcPr>
            <w:tcW w:w="1337" w:type="dxa"/>
            <w:tcBorders>
              <w:top w:val="nil"/>
              <w:left w:val="nil"/>
              <w:bottom w:val="nil"/>
              <w:right w:val="nil"/>
            </w:tcBorders>
            <w:tcMar>
              <w:top w:w="80" w:type="dxa"/>
              <w:left w:w="120" w:type="dxa"/>
              <w:bottom w:w="80" w:type="dxa"/>
              <w:right w:w="120" w:type="dxa"/>
            </w:tcMar>
            <w:vAlign w:val="center"/>
          </w:tcPr>
          <w:p w14:paraId="56A5ECB9" w14:textId="77777777" w:rsidR="008B5324" w:rsidRPr="00D70064" w:rsidRDefault="004351F6">
            <w:pPr>
              <w:spacing w:after="0"/>
            </w:pPr>
            <w:r w:rsidRPr="00D70064">
              <w:rPr>
                <w:sz w:val="14"/>
              </w:rPr>
              <w:t>0.590</w:t>
            </w:r>
          </w:p>
        </w:tc>
      </w:tr>
      <w:tr w:rsidR="008B5324" w:rsidRPr="00D70064" w14:paraId="10E4D9A2"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ADE0880"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52F8C614" w14:textId="77777777" w:rsidR="008B5324" w:rsidRPr="00D70064" w:rsidRDefault="004351F6">
            <w:pPr>
              <w:spacing w:after="0"/>
            </w:pPr>
            <w:r w:rsidRPr="00D70064">
              <w:rPr>
                <w:sz w:val="14"/>
              </w:rPr>
              <w:t>Vasoactive drug use</w:t>
            </w:r>
          </w:p>
        </w:tc>
        <w:tc>
          <w:tcPr>
            <w:tcW w:w="1337" w:type="dxa"/>
            <w:tcBorders>
              <w:top w:val="nil"/>
              <w:left w:val="nil"/>
              <w:bottom w:val="nil"/>
              <w:right w:val="nil"/>
            </w:tcBorders>
            <w:tcMar>
              <w:top w:w="80" w:type="dxa"/>
              <w:left w:w="120" w:type="dxa"/>
              <w:bottom w:w="80" w:type="dxa"/>
              <w:right w:w="120" w:type="dxa"/>
            </w:tcMar>
            <w:vAlign w:val="center"/>
          </w:tcPr>
          <w:p w14:paraId="2CD3D438" w14:textId="77777777" w:rsidR="008B5324" w:rsidRPr="00D70064" w:rsidRDefault="004351F6">
            <w:pPr>
              <w:spacing w:after="0"/>
            </w:pPr>
            <w:r w:rsidRPr="00D70064">
              <w:rPr>
                <w:sz w:val="14"/>
              </w:rPr>
              <w:t>181</w:t>
            </w:r>
          </w:p>
        </w:tc>
        <w:tc>
          <w:tcPr>
            <w:tcW w:w="1337" w:type="dxa"/>
            <w:tcBorders>
              <w:top w:val="nil"/>
              <w:left w:val="nil"/>
              <w:bottom w:val="nil"/>
              <w:right w:val="nil"/>
            </w:tcBorders>
            <w:tcMar>
              <w:top w:w="80" w:type="dxa"/>
              <w:left w:w="120" w:type="dxa"/>
              <w:bottom w:w="80" w:type="dxa"/>
              <w:right w:w="120" w:type="dxa"/>
            </w:tcMar>
            <w:vAlign w:val="center"/>
          </w:tcPr>
          <w:p w14:paraId="558131D9" w14:textId="77777777" w:rsidR="008B5324" w:rsidRPr="00D70064" w:rsidRDefault="004351F6">
            <w:pPr>
              <w:spacing w:after="0"/>
            </w:pPr>
            <w:r w:rsidRPr="00D70064">
              <w:rPr>
                <w:sz w:val="14"/>
              </w:rPr>
              <w:t>64</w:t>
            </w:r>
          </w:p>
        </w:tc>
        <w:tc>
          <w:tcPr>
            <w:tcW w:w="1337" w:type="dxa"/>
            <w:tcBorders>
              <w:top w:val="nil"/>
              <w:left w:val="nil"/>
              <w:bottom w:val="nil"/>
              <w:right w:val="nil"/>
            </w:tcBorders>
            <w:tcMar>
              <w:top w:w="80" w:type="dxa"/>
              <w:left w:w="120" w:type="dxa"/>
              <w:bottom w:w="80" w:type="dxa"/>
              <w:right w:w="120" w:type="dxa"/>
            </w:tcMar>
            <w:vAlign w:val="center"/>
          </w:tcPr>
          <w:p w14:paraId="586232F0" w14:textId="77777777" w:rsidR="008B5324" w:rsidRPr="00D70064" w:rsidRDefault="004351F6">
            <w:pPr>
              <w:spacing w:after="0"/>
            </w:pPr>
            <w:r w:rsidRPr="00D70064">
              <w:rPr>
                <w:sz w:val="14"/>
              </w:rPr>
              <w:t>0.354</w:t>
            </w:r>
          </w:p>
        </w:tc>
        <w:tc>
          <w:tcPr>
            <w:tcW w:w="1337" w:type="dxa"/>
            <w:tcBorders>
              <w:top w:val="nil"/>
              <w:left w:val="nil"/>
              <w:bottom w:val="nil"/>
              <w:right w:val="nil"/>
            </w:tcBorders>
            <w:tcMar>
              <w:top w:w="80" w:type="dxa"/>
              <w:left w:w="120" w:type="dxa"/>
              <w:bottom w:w="80" w:type="dxa"/>
              <w:right w:w="120" w:type="dxa"/>
            </w:tcMar>
            <w:vAlign w:val="center"/>
          </w:tcPr>
          <w:p w14:paraId="4A490A9C" w14:textId="77777777" w:rsidR="008B5324" w:rsidRPr="00D70064" w:rsidRDefault="004351F6">
            <w:pPr>
              <w:spacing w:after="0"/>
            </w:pPr>
            <w:r w:rsidRPr="00D70064">
              <w:rPr>
                <w:sz w:val="14"/>
              </w:rPr>
              <w:t>0.741 (0.663-0.816)</w:t>
            </w:r>
          </w:p>
        </w:tc>
        <w:tc>
          <w:tcPr>
            <w:tcW w:w="1337" w:type="dxa"/>
            <w:tcBorders>
              <w:top w:val="nil"/>
              <w:left w:val="nil"/>
              <w:bottom w:val="nil"/>
              <w:right w:val="nil"/>
            </w:tcBorders>
            <w:tcMar>
              <w:top w:w="80" w:type="dxa"/>
              <w:left w:w="120" w:type="dxa"/>
              <w:bottom w:w="80" w:type="dxa"/>
              <w:right w:w="120" w:type="dxa"/>
            </w:tcMar>
            <w:vAlign w:val="center"/>
          </w:tcPr>
          <w:p w14:paraId="6F28F250" w14:textId="77777777" w:rsidR="008B5324" w:rsidRPr="00D70064" w:rsidRDefault="004351F6">
            <w:pPr>
              <w:spacing w:after="0"/>
            </w:pPr>
            <w:r w:rsidRPr="00D70064">
              <w:rPr>
                <w:sz w:val="14"/>
              </w:rPr>
              <w:t>0.599</w:t>
            </w:r>
          </w:p>
        </w:tc>
      </w:tr>
      <w:tr w:rsidR="008B5324" w:rsidRPr="00D70064" w14:paraId="4CC9E3FC"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367DC4FD"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11FAED0A" w14:textId="77777777" w:rsidR="008B5324" w:rsidRPr="00D70064" w:rsidRDefault="004351F6">
            <w:pPr>
              <w:spacing w:after="0"/>
            </w:pPr>
            <w:r w:rsidRPr="00D70064">
              <w:rPr>
                <w:sz w:val="14"/>
              </w:rPr>
              <w:t>No vasoactive drug use</w:t>
            </w:r>
          </w:p>
        </w:tc>
        <w:tc>
          <w:tcPr>
            <w:tcW w:w="1337" w:type="dxa"/>
            <w:tcBorders>
              <w:top w:val="nil"/>
              <w:left w:val="nil"/>
              <w:bottom w:val="nil"/>
              <w:right w:val="nil"/>
            </w:tcBorders>
            <w:tcMar>
              <w:top w:w="80" w:type="dxa"/>
              <w:left w:w="120" w:type="dxa"/>
              <w:bottom w:w="80" w:type="dxa"/>
              <w:right w:w="120" w:type="dxa"/>
            </w:tcMar>
            <w:vAlign w:val="center"/>
          </w:tcPr>
          <w:p w14:paraId="626444EA" w14:textId="77777777" w:rsidR="008B5324" w:rsidRPr="00D70064" w:rsidRDefault="004351F6">
            <w:pPr>
              <w:spacing w:after="0"/>
            </w:pPr>
            <w:r w:rsidRPr="00D70064">
              <w:rPr>
                <w:sz w:val="14"/>
              </w:rPr>
              <w:t>166</w:t>
            </w:r>
          </w:p>
        </w:tc>
        <w:tc>
          <w:tcPr>
            <w:tcW w:w="1337" w:type="dxa"/>
            <w:tcBorders>
              <w:top w:val="nil"/>
              <w:left w:val="nil"/>
              <w:bottom w:val="nil"/>
              <w:right w:val="nil"/>
            </w:tcBorders>
            <w:tcMar>
              <w:top w:w="80" w:type="dxa"/>
              <w:left w:w="120" w:type="dxa"/>
              <w:bottom w:w="80" w:type="dxa"/>
              <w:right w:w="120" w:type="dxa"/>
            </w:tcMar>
            <w:vAlign w:val="center"/>
          </w:tcPr>
          <w:p w14:paraId="3BB4AC42" w14:textId="77777777" w:rsidR="008B5324" w:rsidRPr="00D70064" w:rsidRDefault="004351F6">
            <w:pPr>
              <w:spacing w:after="0"/>
            </w:pPr>
            <w:r w:rsidRPr="00D70064">
              <w:rPr>
                <w:sz w:val="14"/>
              </w:rPr>
              <w:t>49</w:t>
            </w:r>
          </w:p>
        </w:tc>
        <w:tc>
          <w:tcPr>
            <w:tcW w:w="1337" w:type="dxa"/>
            <w:tcBorders>
              <w:top w:val="nil"/>
              <w:left w:val="nil"/>
              <w:bottom w:val="nil"/>
              <w:right w:val="nil"/>
            </w:tcBorders>
            <w:tcMar>
              <w:top w:w="80" w:type="dxa"/>
              <w:left w:w="120" w:type="dxa"/>
              <w:bottom w:w="80" w:type="dxa"/>
              <w:right w:w="120" w:type="dxa"/>
            </w:tcMar>
            <w:vAlign w:val="center"/>
          </w:tcPr>
          <w:p w14:paraId="1D41455B" w14:textId="77777777" w:rsidR="008B5324" w:rsidRPr="00D70064" w:rsidRDefault="004351F6">
            <w:pPr>
              <w:spacing w:after="0"/>
            </w:pPr>
            <w:r w:rsidRPr="00D70064">
              <w:rPr>
                <w:sz w:val="14"/>
              </w:rPr>
              <w:t>0.295</w:t>
            </w:r>
          </w:p>
        </w:tc>
        <w:tc>
          <w:tcPr>
            <w:tcW w:w="1337" w:type="dxa"/>
            <w:tcBorders>
              <w:top w:val="nil"/>
              <w:left w:val="nil"/>
              <w:bottom w:val="nil"/>
              <w:right w:val="nil"/>
            </w:tcBorders>
            <w:tcMar>
              <w:top w:w="80" w:type="dxa"/>
              <w:left w:w="120" w:type="dxa"/>
              <w:bottom w:w="80" w:type="dxa"/>
              <w:right w:w="120" w:type="dxa"/>
            </w:tcMar>
            <w:vAlign w:val="center"/>
          </w:tcPr>
          <w:p w14:paraId="6C0E84AE" w14:textId="77777777" w:rsidR="008B5324" w:rsidRPr="00D70064" w:rsidRDefault="004351F6">
            <w:pPr>
              <w:spacing w:after="0"/>
            </w:pPr>
            <w:r w:rsidRPr="00D70064">
              <w:rPr>
                <w:sz w:val="14"/>
              </w:rPr>
              <w:t>0.753 (0.666-0.830)</w:t>
            </w:r>
          </w:p>
        </w:tc>
        <w:tc>
          <w:tcPr>
            <w:tcW w:w="1337" w:type="dxa"/>
            <w:tcBorders>
              <w:top w:val="nil"/>
              <w:left w:val="nil"/>
              <w:bottom w:val="nil"/>
              <w:right w:val="nil"/>
            </w:tcBorders>
            <w:tcMar>
              <w:top w:w="80" w:type="dxa"/>
              <w:left w:w="120" w:type="dxa"/>
              <w:bottom w:w="80" w:type="dxa"/>
              <w:right w:w="120" w:type="dxa"/>
            </w:tcMar>
            <w:vAlign w:val="center"/>
          </w:tcPr>
          <w:p w14:paraId="0404F223" w14:textId="77777777" w:rsidR="008B5324" w:rsidRPr="00D70064" w:rsidRDefault="004351F6">
            <w:pPr>
              <w:spacing w:after="0"/>
            </w:pPr>
            <w:r w:rsidRPr="00D70064">
              <w:rPr>
                <w:sz w:val="14"/>
              </w:rPr>
              <w:t>0.616</w:t>
            </w:r>
          </w:p>
        </w:tc>
      </w:tr>
      <w:tr w:rsidR="008B5324" w:rsidRPr="00D70064" w14:paraId="233A9F04"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83C0805"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320CA0FA" w14:textId="77777777" w:rsidR="008B5324" w:rsidRPr="00D70064" w:rsidRDefault="004351F6">
            <w:pPr>
              <w:spacing w:after="0"/>
            </w:pPr>
            <w:r w:rsidRPr="00D70064">
              <w:rPr>
                <w:sz w:val="14"/>
              </w:rPr>
              <w:t>PaO2/FiO2 &lt;200</w:t>
            </w:r>
          </w:p>
        </w:tc>
        <w:tc>
          <w:tcPr>
            <w:tcW w:w="1337" w:type="dxa"/>
            <w:tcBorders>
              <w:top w:val="nil"/>
              <w:left w:val="nil"/>
              <w:bottom w:val="nil"/>
              <w:right w:val="nil"/>
            </w:tcBorders>
            <w:tcMar>
              <w:top w:w="80" w:type="dxa"/>
              <w:left w:w="120" w:type="dxa"/>
              <w:bottom w:w="80" w:type="dxa"/>
              <w:right w:w="120" w:type="dxa"/>
            </w:tcMar>
            <w:vAlign w:val="center"/>
          </w:tcPr>
          <w:p w14:paraId="298865B9" w14:textId="77777777" w:rsidR="008B5324" w:rsidRPr="00D70064" w:rsidRDefault="004351F6">
            <w:pPr>
              <w:spacing w:after="0"/>
            </w:pPr>
            <w:r w:rsidRPr="00D70064">
              <w:rPr>
                <w:sz w:val="14"/>
              </w:rPr>
              <w:t>138</w:t>
            </w:r>
          </w:p>
        </w:tc>
        <w:tc>
          <w:tcPr>
            <w:tcW w:w="1337" w:type="dxa"/>
            <w:tcBorders>
              <w:top w:val="nil"/>
              <w:left w:val="nil"/>
              <w:bottom w:val="nil"/>
              <w:right w:val="nil"/>
            </w:tcBorders>
            <w:tcMar>
              <w:top w:w="80" w:type="dxa"/>
              <w:left w:w="120" w:type="dxa"/>
              <w:bottom w:w="80" w:type="dxa"/>
              <w:right w:w="120" w:type="dxa"/>
            </w:tcMar>
            <w:vAlign w:val="center"/>
          </w:tcPr>
          <w:p w14:paraId="70B327F2" w14:textId="77777777" w:rsidR="008B5324" w:rsidRPr="00D70064" w:rsidRDefault="004351F6">
            <w:pPr>
              <w:spacing w:after="0"/>
            </w:pPr>
            <w:r w:rsidRPr="00D70064">
              <w:rPr>
                <w:sz w:val="14"/>
              </w:rPr>
              <w:t>61</w:t>
            </w:r>
          </w:p>
        </w:tc>
        <w:tc>
          <w:tcPr>
            <w:tcW w:w="1337" w:type="dxa"/>
            <w:tcBorders>
              <w:top w:val="nil"/>
              <w:left w:val="nil"/>
              <w:bottom w:val="nil"/>
              <w:right w:val="nil"/>
            </w:tcBorders>
            <w:tcMar>
              <w:top w:w="80" w:type="dxa"/>
              <w:left w:w="120" w:type="dxa"/>
              <w:bottom w:w="80" w:type="dxa"/>
              <w:right w:w="120" w:type="dxa"/>
            </w:tcMar>
            <w:vAlign w:val="center"/>
          </w:tcPr>
          <w:p w14:paraId="24106288" w14:textId="77777777" w:rsidR="008B5324" w:rsidRPr="00D70064" w:rsidRDefault="004351F6">
            <w:pPr>
              <w:spacing w:after="0"/>
            </w:pPr>
            <w:r w:rsidRPr="00D70064">
              <w:rPr>
                <w:sz w:val="14"/>
              </w:rPr>
              <w:t>0.442</w:t>
            </w:r>
          </w:p>
        </w:tc>
        <w:tc>
          <w:tcPr>
            <w:tcW w:w="1337" w:type="dxa"/>
            <w:tcBorders>
              <w:top w:val="nil"/>
              <w:left w:val="nil"/>
              <w:bottom w:val="nil"/>
              <w:right w:val="nil"/>
            </w:tcBorders>
            <w:tcMar>
              <w:top w:w="80" w:type="dxa"/>
              <w:left w:w="120" w:type="dxa"/>
              <w:bottom w:w="80" w:type="dxa"/>
              <w:right w:w="120" w:type="dxa"/>
            </w:tcMar>
            <w:vAlign w:val="center"/>
          </w:tcPr>
          <w:p w14:paraId="23A0B960" w14:textId="77777777" w:rsidR="008B5324" w:rsidRPr="00D70064" w:rsidRDefault="004351F6">
            <w:pPr>
              <w:spacing w:after="0"/>
            </w:pPr>
            <w:r w:rsidRPr="00D70064">
              <w:rPr>
                <w:sz w:val="14"/>
              </w:rPr>
              <w:t>0.641 (0.549-0.728)</w:t>
            </w:r>
          </w:p>
        </w:tc>
        <w:tc>
          <w:tcPr>
            <w:tcW w:w="1337" w:type="dxa"/>
            <w:tcBorders>
              <w:top w:val="nil"/>
              <w:left w:val="nil"/>
              <w:bottom w:val="nil"/>
              <w:right w:val="nil"/>
            </w:tcBorders>
            <w:tcMar>
              <w:top w:w="80" w:type="dxa"/>
              <w:left w:w="120" w:type="dxa"/>
              <w:bottom w:w="80" w:type="dxa"/>
              <w:right w:w="120" w:type="dxa"/>
            </w:tcMar>
            <w:vAlign w:val="center"/>
          </w:tcPr>
          <w:p w14:paraId="67F453AA" w14:textId="77777777" w:rsidR="008B5324" w:rsidRPr="00D70064" w:rsidRDefault="004351F6">
            <w:pPr>
              <w:spacing w:after="0"/>
            </w:pPr>
            <w:r w:rsidRPr="00D70064">
              <w:rPr>
                <w:sz w:val="14"/>
              </w:rPr>
              <w:t>0.617</w:t>
            </w:r>
          </w:p>
        </w:tc>
      </w:tr>
      <w:tr w:rsidR="008B5324" w:rsidRPr="00D70064" w14:paraId="3D9EBAE9" w14:textId="77777777">
        <w:trPr>
          <w:jc w:val="center"/>
        </w:trPr>
        <w:tc>
          <w:tcPr>
            <w:tcW w:w="1337" w:type="dxa"/>
            <w:tcBorders>
              <w:top w:val="nil"/>
              <w:left w:val="nil"/>
              <w:bottom w:val="single" w:sz="12" w:space="0" w:color="000000"/>
              <w:right w:val="nil"/>
            </w:tcBorders>
            <w:tcMar>
              <w:top w:w="80" w:type="dxa"/>
              <w:left w:w="120" w:type="dxa"/>
              <w:bottom w:w="80" w:type="dxa"/>
              <w:right w:w="120" w:type="dxa"/>
            </w:tcMar>
            <w:vAlign w:val="center"/>
          </w:tcPr>
          <w:p w14:paraId="1AF31267" w14:textId="77777777" w:rsidR="008B5324" w:rsidRPr="00D70064" w:rsidRDefault="004351F6">
            <w:pPr>
              <w:spacing w:after="0"/>
            </w:pPr>
            <w:r w:rsidRPr="00D70064">
              <w:rPr>
                <w:sz w:val="14"/>
              </w:rPr>
              <w:t>Local clinical validation</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7A15CADD" w14:textId="77777777" w:rsidR="008B5324" w:rsidRPr="00D70064" w:rsidRDefault="004351F6">
            <w:pPr>
              <w:spacing w:after="0"/>
            </w:pPr>
            <w:r w:rsidRPr="00D70064">
              <w:rPr>
                <w:sz w:val="14"/>
              </w:rPr>
              <w:t>PaO2/FiO2 &gt;=200</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31146B22" w14:textId="77777777" w:rsidR="008B5324" w:rsidRPr="00D70064" w:rsidRDefault="004351F6">
            <w:pPr>
              <w:spacing w:after="0"/>
            </w:pPr>
            <w:r w:rsidRPr="00D70064">
              <w:rPr>
                <w:sz w:val="14"/>
              </w:rPr>
              <w:t>180</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775ED216" w14:textId="77777777" w:rsidR="008B5324" w:rsidRPr="00D70064" w:rsidRDefault="004351F6">
            <w:pPr>
              <w:spacing w:after="0"/>
            </w:pPr>
            <w:r w:rsidRPr="00D70064">
              <w:rPr>
                <w:sz w:val="14"/>
              </w:rPr>
              <w:t>43</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0BAE94ED" w14:textId="77777777" w:rsidR="008B5324" w:rsidRPr="00D70064" w:rsidRDefault="004351F6">
            <w:pPr>
              <w:spacing w:after="0"/>
            </w:pPr>
            <w:r w:rsidRPr="00D70064">
              <w:rPr>
                <w:sz w:val="14"/>
              </w:rPr>
              <w:t>0.239</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4393F02F" w14:textId="77777777" w:rsidR="008B5324" w:rsidRPr="00D70064" w:rsidRDefault="004351F6">
            <w:pPr>
              <w:spacing w:after="0"/>
            </w:pPr>
            <w:r w:rsidRPr="00D70064">
              <w:rPr>
                <w:sz w:val="14"/>
              </w:rPr>
              <w:t>0.808 (0.731-0.876)</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1D721BBC" w14:textId="77777777" w:rsidR="008B5324" w:rsidRPr="00D70064" w:rsidRDefault="004351F6">
            <w:pPr>
              <w:spacing w:after="0"/>
            </w:pPr>
            <w:r w:rsidRPr="00D70064">
              <w:rPr>
                <w:sz w:val="14"/>
              </w:rPr>
              <w:t>0.563</w:t>
            </w:r>
          </w:p>
        </w:tc>
      </w:tr>
    </w:tbl>
    <w:p w14:paraId="0D755EA7" w14:textId="77777777" w:rsidR="008B5324" w:rsidRPr="00D70064" w:rsidRDefault="004351F6">
      <w:pPr>
        <w:spacing w:after="160"/>
      </w:pPr>
      <w:r>
        <w:t>Note: AUROC is shown with bootstrap 95% confidence intervals. Event rate and AUPRC are rounded to three decimal places. Sex subgroup analyses are restricted to male and female categories; three eICU patients recorded as unknown or other sex were not displayed as separate subgroups. PaO2/FiO2 subgroup analyses are restricted to patients with available PaO2/FiO2 measurements.</w:t>
      </w:r>
    </w:p>
    <w:p w14:paraId="6ABCF69F" w14:textId="77777777" w:rsidR="008B5324" w:rsidRPr="00D70064" w:rsidRDefault="004351F6">
      <w:r w:rsidRPr="00D70064">
        <w:br w:type="page"/>
      </w:r>
    </w:p>
    <w:p w14:paraId="6E4E1650" w14:textId="77777777" w:rsidR="008B5324" w:rsidRPr="00D70064" w:rsidRDefault="004351F6">
      <w:pPr>
        <w:spacing w:before="160" w:after="80"/>
      </w:pPr>
      <w:r w:rsidRPr="00D70064">
        <w:rPr>
          <w:b/>
        </w:rPr>
        <w:lastRenderedPageBreak/>
        <w:t>Supplementary Table 2. Calibration by decile of predicted risk.</w:t>
      </w:r>
    </w:p>
    <w:tbl>
      <w:tblPr>
        <w:tblW w:w="0" w:type="auto"/>
        <w:jc w:val="center"/>
        <w:tblLook w:val="04A0" w:firstRow="1" w:lastRow="0" w:firstColumn="1" w:lastColumn="0" w:noHBand="0" w:noVBand="1"/>
      </w:tblPr>
      <w:tblGrid>
        <w:gridCol w:w="1560"/>
        <w:gridCol w:w="1560"/>
        <w:gridCol w:w="1560"/>
        <w:gridCol w:w="1560"/>
        <w:gridCol w:w="1560"/>
        <w:gridCol w:w="1560"/>
      </w:tblGrid>
      <w:tr w:rsidR="008B5324" w:rsidRPr="00D70064" w14:paraId="291381F3" w14:textId="77777777">
        <w:trPr>
          <w:jc w:val="center"/>
        </w:trPr>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44BAF220" w14:textId="77777777" w:rsidR="008B5324" w:rsidRPr="00D70064" w:rsidRDefault="004351F6">
            <w:pPr>
              <w:spacing w:after="0"/>
            </w:pPr>
            <w:r w:rsidRPr="00D70064">
              <w:rPr>
                <w:b/>
                <w:sz w:val="14"/>
              </w:rPr>
              <w:t>Cohort</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2E7813A" w14:textId="77777777" w:rsidR="008B5324" w:rsidRPr="00D70064" w:rsidRDefault="004351F6">
            <w:pPr>
              <w:spacing w:after="0"/>
            </w:pPr>
            <w:r w:rsidRPr="00D70064">
              <w:rPr>
                <w:b/>
                <w:sz w:val="14"/>
              </w:rPr>
              <w:t>Risk decile</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1655727A" w14:textId="77777777" w:rsidR="008B5324" w:rsidRPr="00D70064" w:rsidRDefault="004351F6">
            <w:pPr>
              <w:spacing w:after="0"/>
            </w:pPr>
            <w:r w:rsidRPr="00D70064">
              <w:rPr>
                <w:b/>
                <w:sz w:val="14"/>
              </w:rPr>
              <w:t>N</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67157514" w14:textId="77777777" w:rsidR="008B5324" w:rsidRPr="00D70064" w:rsidRDefault="004351F6">
            <w:pPr>
              <w:spacing w:after="0"/>
            </w:pPr>
            <w:r w:rsidRPr="00D70064">
              <w:rPr>
                <w:b/>
                <w:sz w:val="14"/>
              </w:rPr>
              <w:t>Events</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3D397A66" w14:textId="77777777" w:rsidR="008B5324" w:rsidRPr="00D70064" w:rsidRDefault="004351F6">
            <w:pPr>
              <w:spacing w:after="0"/>
            </w:pPr>
            <w:r w:rsidRPr="00D70064">
              <w:rPr>
                <w:b/>
                <w:sz w:val="14"/>
              </w:rPr>
              <w:t>Mean predicted risk</w:t>
            </w:r>
          </w:p>
        </w:tc>
        <w:tc>
          <w:tcPr>
            <w:tcW w:w="156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611977BD" w14:textId="77777777" w:rsidR="008B5324" w:rsidRPr="00D70064" w:rsidRDefault="004351F6">
            <w:pPr>
              <w:spacing w:after="0"/>
            </w:pPr>
            <w:r w:rsidRPr="00D70064">
              <w:rPr>
                <w:b/>
                <w:sz w:val="14"/>
              </w:rPr>
              <w:t>Observed event rate (95% CI)</w:t>
            </w:r>
          </w:p>
        </w:tc>
      </w:tr>
      <w:tr w:rsidR="008B5324" w:rsidRPr="00D70064" w14:paraId="03574B81"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6C6D1D84"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311253C7" w14:textId="77777777" w:rsidR="008B5324" w:rsidRPr="00D70064" w:rsidRDefault="004351F6">
            <w:pPr>
              <w:spacing w:after="0"/>
            </w:pPr>
            <w:r w:rsidRPr="00D70064">
              <w:rPr>
                <w:sz w:val="14"/>
              </w:rPr>
              <w:t>1</w:t>
            </w:r>
          </w:p>
        </w:tc>
        <w:tc>
          <w:tcPr>
            <w:tcW w:w="1560" w:type="dxa"/>
            <w:tcBorders>
              <w:top w:val="nil"/>
              <w:left w:val="nil"/>
              <w:bottom w:val="nil"/>
              <w:right w:val="nil"/>
            </w:tcBorders>
            <w:tcMar>
              <w:top w:w="80" w:type="dxa"/>
              <w:left w:w="120" w:type="dxa"/>
              <w:bottom w:w="80" w:type="dxa"/>
              <w:right w:w="120" w:type="dxa"/>
            </w:tcMar>
            <w:vAlign w:val="center"/>
          </w:tcPr>
          <w:p w14:paraId="2724D8D4" w14:textId="77777777" w:rsidR="008B5324" w:rsidRPr="00D70064" w:rsidRDefault="004351F6">
            <w:pPr>
              <w:spacing w:after="0"/>
            </w:pPr>
            <w:r w:rsidRPr="00D70064">
              <w:rPr>
                <w:sz w:val="14"/>
              </w:rPr>
              <w:t>289</w:t>
            </w:r>
          </w:p>
        </w:tc>
        <w:tc>
          <w:tcPr>
            <w:tcW w:w="1560" w:type="dxa"/>
            <w:tcBorders>
              <w:top w:val="nil"/>
              <w:left w:val="nil"/>
              <w:bottom w:val="nil"/>
              <w:right w:val="nil"/>
            </w:tcBorders>
            <w:tcMar>
              <w:top w:w="80" w:type="dxa"/>
              <w:left w:w="120" w:type="dxa"/>
              <w:bottom w:w="80" w:type="dxa"/>
              <w:right w:w="120" w:type="dxa"/>
            </w:tcMar>
            <w:vAlign w:val="center"/>
          </w:tcPr>
          <w:p w14:paraId="4B9F0732" w14:textId="77777777" w:rsidR="008B5324" w:rsidRPr="00D70064" w:rsidRDefault="004351F6">
            <w:pPr>
              <w:spacing w:after="0"/>
            </w:pPr>
            <w:r w:rsidRPr="00D70064">
              <w:rPr>
                <w:sz w:val="14"/>
              </w:rPr>
              <w:t>22</w:t>
            </w:r>
          </w:p>
        </w:tc>
        <w:tc>
          <w:tcPr>
            <w:tcW w:w="1560" w:type="dxa"/>
            <w:tcBorders>
              <w:top w:val="nil"/>
              <w:left w:val="nil"/>
              <w:bottom w:val="nil"/>
              <w:right w:val="nil"/>
            </w:tcBorders>
            <w:tcMar>
              <w:top w:w="80" w:type="dxa"/>
              <w:left w:w="120" w:type="dxa"/>
              <w:bottom w:w="80" w:type="dxa"/>
              <w:right w:w="120" w:type="dxa"/>
            </w:tcMar>
            <w:vAlign w:val="center"/>
          </w:tcPr>
          <w:p w14:paraId="2EE3DC43" w14:textId="77777777" w:rsidR="008B5324" w:rsidRPr="00D70064" w:rsidRDefault="004351F6">
            <w:pPr>
              <w:spacing w:after="0"/>
            </w:pPr>
            <w:r w:rsidRPr="00D70064">
              <w:rPr>
                <w:sz w:val="14"/>
              </w:rPr>
              <w:t>0.113</w:t>
            </w:r>
          </w:p>
        </w:tc>
        <w:tc>
          <w:tcPr>
            <w:tcW w:w="1560" w:type="dxa"/>
            <w:tcBorders>
              <w:top w:val="nil"/>
              <w:left w:val="nil"/>
              <w:bottom w:val="nil"/>
              <w:right w:val="nil"/>
            </w:tcBorders>
            <w:tcMar>
              <w:top w:w="80" w:type="dxa"/>
              <w:left w:w="120" w:type="dxa"/>
              <w:bottom w:w="80" w:type="dxa"/>
              <w:right w:w="120" w:type="dxa"/>
            </w:tcMar>
            <w:vAlign w:val="center"/>
          </w:tcPr>
          <w:p w14:paraId="7685BAAC" w14:textId="77777777" w:rsidR="008B5324" w:rsidRPr="00D70064" w:rsidRDefault="004351F6">
            <w:pPr>
              <w:spacing w:after="0"/>
            </w:pPr>
            <w:r w:rsidRPr="00D70064">
              <w:rPr>
                <w:sz w:val="14"/>
              </w:rPr>
              <w:t>0.076 (0.051-0.113)</w:t>
            </w:r>
          </w:p>
        </w:tc>
      </w:tr>
      <w:tr w:rsidR="008B5324" w:rsidRPr="00D70064" w14:paraId="7CC6A187"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6F84072"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3CCD322D" w14:textId="77777777" w:rsidR="008B5324" w:rsidRPr="00D70064" w:rsidRDefault="004351F6">
            <w:pPr>
              <w:spacing w:after="0"/>
            </w:pPr>
            <w:r w:rsidRPr="00D70064">
              <w:rPr>
                <w:sz w:val="14"/>
              </w:rPr>
              <w:t>2</w:t>
            </w:r>
          </w:p>
        </w:tc>
        <w:tc>
          <w:tcPr>
            <w:tcW w:w="1560" w:type="dxa"/>
            <w:tcBorders>
              <w:top w:val="nil"/>
              <w:left w:val="nil"/>
              <w:bottom w:val="nil"/>
              <w:right w:val="nil"/>
            </w:tcBorders>
            <w:tcMar>
              <w:top w:w="80" w:type="dxa"/>
              <w:left w:w="120" w:type="dxa"/>
              <w:bottom w:w="80" w:type="dxa"/>
              <w:right w:w="120" w:type="dxa"/>
            </w:tcMar>
            <w:vAlign w:val="center"/>
          </w:tcPr>
          <w:p w14:paraId="270ABD3E" w14:textId="77777777" w:rsidR="008B5324" w:rsidRPr="00D70064" w:rsidRDefault="004351F6">
            <w:pPr>
              <w:spacing w:after="0"/>
            </w:pPr>
            <w:r w:rsidRPr="00D70064">
              <w:rPr>
                <w:sz w:val="14"/>
              </w:rPr>
              <w:t>288</w:t>
            </w:r>
          </w:p>
        </w:tc>
        <w:tc>
          <w:tcPr>
            <w:tcW w:w="1560" w:type="dxa"/>
            <w:tcBorders>
              <w:top w:val="nil"/>
              <w:left w:val="nil"/>
              <w:bottom w:val="nil"/>
              <w:right w:val="nil"/>
            </w:tcBorders>
            <w:tcMar>
              <w:top w:w="80" w:type="dxa"/>
              <w:left w:w="120" w:type="dxa"/>
              <w:bottom w:w="80" w:type="dxa"/>
              <w:right w:w="120" w:type="dxa"/>
            </w:tcMar>
            <w:vAlign w:val="center"/>
          </w:tcPr>
          <w:p w14:paraId="620AC5A5" w14:textId="77777777" w:rsidR="008B5324" w:rsidRPr="00D70064" w:rsidRDefault="004351F6">
            <w:pPr>
              <w:spacing w:after="0"/>
            </w:pPr>
            <w:r w:rsidRPr="00D70064">
              <w:rPr>
                <w:sz w:val="14"/>
              </w:rPr>
              <w:t>41</w:t>
            </w:r>
          </w:p>
        </w:tc>
        <w:tc>
          <w:tcPr>
            <w:tcW w:w="1560" w:type="dxa"/>
            <w:tcBorders>
              <w:top w:val="nil"/>
              <w:left w:val="nil"/>
              <w:bottom w:val="nil"/>
              <w:right w:val="nil"/>
            </w:tcBorders>
            <w:tcMar>
              <w:top w:w="80" w:type="dxa"/>
              <w:left w:w="120" w:type="dxa"/>
              <w:bottom w:w="80" w:type="dxa"/>
              <w:right w:w="120" w:type="dxa"/>
            </w:tcMar>
            <w:vAlign w:val="center"/>
          </w:tcPr>
          <w:p w14:paraId="524D27C7" w14:textId="77777777" w:rsidR="008B5324" w:rsidRPr="00D70064" w:rsidRDefault="004351F6">
            <w:pPr>
              <w:spacing w:after="0"/>
            </w:pPr>
            <w:r w:rsidRPr="00D70064">
              <w:rPr>
                <w:sz w:val="14"/>
              </w:rPr>
              <w:t>0.169</w:t>
            </w:r>
          </w:p>
        </w:tc>
        <w:tc>
          <w:tcPr>
            <w:tcW w:w="1560" w:type="dxa"/>
            <w:tcBorders>
              <w:top w:val="nil"/>
              <w:left w:val="nil"/>
              <w:bottom w:val="nil"/>
              <w:right w:val="nil"/>
            </w:tcBorders>
            <w:tcMar>
              <w:top w:w="80" w:type="dxa"/>
              <w:left w:w="120" w:type="dxa"/>
              <w:bottom w:w="80" w:type="dxa"/>
              <w:right w:w="120" w:type="dxa"/>
            </w:tcMar>
            <w:vAlign w:val="center"/>
          </w:tcPr>
          <w:p w14:paraId="74FBD927" w14:textId="77777777" w:rsidR="008B5324" w:rsidRPr="00D70064" w:rsidRDefault="004351F6">
            <w:pPr>
              <w:spacing w:after="0"/>
            </w:pPr>
            <w:r w:rsidRPr="00D70064">
              <w:rPr>
                <w:sz w:val="14"/>
              </w:rPr>
              <w:t>0.142 (0.107-0.187)</w:t>
            </w:r>
          </w:p>
        </w:tc>
      </w:tr>
      <w:tr w:rsidR="008B5324" w:rsidRPr="00D70064" w14:paraId="42ABD7C7"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6B2FBBB1"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214054B0" w14:textId="77777777" w:rsidR="008B5324" w:rsidRPr="00D70064" w:rsidRDefault="004351F6">
            <w:pPr>
              <w:spacing w:after="0"/>
            </w:pPr>
            <w:r w:rsidRPr="00D70064">
              <w:rPr>
                <w:sz w:val="14"/>
              </w:rPr>
              <w:t>3</w:t>
            </w:r>
          </w:p>
        </w:tc>
        <w:tc>
          <w:tcPr>
            <w:tcW w:w="1560" w:type="dxa"/>
            <w:tcBorders>
              <w:top w:val="nil"/>
              <w:left w:val="nil"/>
              <w:bottom w:val="nil"/>
              <w:right w:val="nil"/>
            </w:tcBorders>
            <w:tcMar>
              <w:top w:w="80" w:type="dxa"/>
              <w:left w:w="120" w:type="dxa"/>
              <w:bottom w:w="80" w:type="dxa"/>
              <w:right w:w="120" w:type="dxa"/>
            </w:tcMar>
            <w:vAlign w:val="center"/>
          </w:tcPr>
          <w:p w14:paraId="3BFDA041" w14:textId="77777777" w:rsidR="008B5324" w:rsidRPr="00D70064" w:rsidRDefault="004351F6">
            <w:pPr>
              <w:spacing w:after="0"/>
            </w:pPr>
            <w:r w:rsidRPr="00D70064">
              <w:rPr>
                <w:sz w:val="14"/>
              </w:rPr>
              <w:t>289</w:t>
            </w:r>
          </w:p>
        </w:tc>
        <w:tc>
          <w:tcPr>
            <w:tcW w:w="1560" w:type="dxa"/>
            <w:tcBorders>
              <w:top w:val="nil"/>
              <w:left w:val="nil"/>
              <w:bottom w:val="nil"/>
              <w:right w:val="nil"/>
            </w:tcBorders>
            <w:tcMar>
              <w:top w:w="80" w:type="dxa"/>
              <w:left w:w="120" w:type="dxa"/>
              <w:bottom w:w="80" w:type="dxa"/>
              <w:right w:w="120" w:type="dxa"/>
            </w:tcMar>
            <w:vAlign w:val="center"/>
          </w:tcPr>
          <w:p w14:paraId="0BF9BFEC" w14:textId="77777777" w:rsidR="008B5324" w:rsidRPr="00D70064" w:rsidRDefault="004351F6">
            <w:pPr>
              <w:spacing w:after="0"/>
            </w:pPr>
            <w:r w:rsidRPr="00D70064">
              <w:rPr>
                <w:sz w:val="14"/>
              </w:rPr>
              <w:t>55</w:t>
            </w:r>
          </w:p>
        </w:tc>
        <w:tc>
          <w:tcPr>
            <w:tcW w:w="1560" w:type="dxa"/>
            <w:tcBorders>
              <w:top w:val="nil"/>
              <w:left w:val="nil"/>
              <w:bottom w:val="nil"/>
              <w:right w:val="nil"/>
            </w:tcBorders>
            <w:tcMar>
              <w:top w:w="80" w:type="dxa"/>
              <w:left w:w="120" w:type="dxa"/>
              <w:bottom w:w="80" w:type="dxa"/>
              <w:right w:w="120" w:type="dxa"/>
            </w:tcMar>
            <w:vAlign w:val="center"/>
          </w:tcPr>
          <w:p w14:paraId="07448034" w14:textId="77777777" w:rsidR="008B5324" w:rsidRPr="00D70064" w:rsidRDefault="004351F6">
            <w:pPr>
              <w:spacing w:after="0"/>
            </w:pPr>
            <w:r w:rsidRPr="00D70064">
              <w:rPr>
                <w:sz w:val="14"/>
              </w:rPr>
              <w:t>0.207</w:t>
            </w:r>
          </w:p>
        </w:tc>
        <w:tc>
          <w:tcPr>
            <w:tcW w:w="1560" w:type="dxa"/>
            <w:tcBorders>
              <w:top w:val="nil"/>
              <w:left w:val="nil"/>
              <w:bottom w:val="nil"/>
              <w:right w:val="nil"/>
            </w:tcBorders>
            <w:tcMar>
              <w:top w:w="80" w:type="dxa"/>
              <w:left w:w="120" w:type="dxa"/>
              <w:bottom w:w="80" w:type="dxa"/>
              <w:right w:w="120" w:type="dxa"/>
            </w:tcMar>
            <w:vAlign w:val="center"/>
          </w:tcPr>
          <w:p w14:paraId="69F6F898" w14:textId="77777777" w:rsidR="008B5324" w:rsidRPr="00D70064" w:rsidRDefault="004351F6">
            <w:pPr>
              <w:spacing w:after="0"/>
            </w:pPr>
            <w:r w:rsidRPr="00D70064">
              <w:rPr>
                <w:sz w:val="14"/>
              </w:rPr>
              <w:t>0.190 (0.149-0.240)</w:t>
            </w:r>
          </w:p>
        </w:tc>
      </w:tr>
      <w:tr w:rsidR="008B5324" w:rsidRPr="00D70064" w14:paraId="7C558F83"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5581D119"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703F83D2" w14:textId="77777777" w:rsidR="008B5324" w:rsidRPr="00D70064" w:rsidRDefault="004351F6">
            <w:pPr>
              <w:spacing w:after="0"/>
            </w:pPr>
            <w:r w:rsidRPr="00D70064">
              <w:rPr>
                <w:sz w:val="14"/>
              </w:rPr>
              <w:t>4</w:t>
            </w:r>
          </w:p>
        </w:tc>
        <w:tc>
          <w:tcPr>
            <w:tcW w:w="1560" w:type="dxa"/>
            <w:tcBorders>
              <w:top w:val="nil"/>
              <w:left w:val="nil"/>
              <w:bottom w:val="nil"/>
              <w:right w:val="nil"/>
            </w:tcBorders>
            <w:tcMar>
              <w:top w:w="80" w:type="dxa"/>
              <w:left w:w="120" w:type="dxa"/>
              <w:bottom w:w="80" w:type="dxa"/>
              <w:right w:w="120" w:type="dxa"/>
            </w:tcMar>
            <w:vAlign w:val="center"/>
          </w:tcPr>
          <w:p w14:paraId="4FB10407" w14:textId="77777777" w:rsidR="008B5324" w:rsidRPr="00D70064" w:rsidRDefault="004351F6">
            <w:pPr>
              <w:spacing w:after="0"/>
            </w:pPr>
            <w:r w:rsidRPr="00D70064">
              <w:rPr>
                <w:sz w:val="14"/>
              </w:rPr>
              <w:t>288</w:t>
            </w:r>
          </w:p>
        </w:tc>
        <w:tc>
          <w:tcPr>
            <w:tcW w:w="1560" w:type="dxa"/>
            <w:tcBorders>
              <w:top w:val="nil"/>
              <w:left w:val="nil"/>
              <w:bottom w:val="nil"/>
              <w:right w:val="nil"/>
            </w:tcBorders>
            <w:tcMar>
              <w:top w:w="80" w:type="dxa"/>
              <w:left w:w="120" w:type="dxa"/>
              <w:bottom w:w="80" w:type="dxa"/>
              <w:right w:w="120" w:type="dxa"/>
            </w:tcMar>
            <w:vAlign w:val="center"/>
          </w:tcPr>
          <w:p w14:paraId="54F45A62" w14:textId="77777777" w:rsidR="008B5324" w:rsidRPr="00D70064" w:rsidRDefault="004351F6">
            <w:pPr>
              <w:spacing w:after="0"/>
            </w:pPr>
            <w:r w:rsidRPr="00D70064">
              <w:rPr>
                <w:sz w:val="14"/>
              </w:rPr>
              <w:t>72</w:t>
            </w:r>
          </w:p>
        </w:tc>
        <w:tc>
          <w:tcPr>
            <w:tcW w:w="1560" w:type="dxa"/>
            <w:tcBorders>
              <w:top w:val="nil"/>
              <w:left w:val="nil"/>
              <w:bottom w:val="nil"/>
              <w:right w:val="nil"/>
            </w:tcBorders>
            <w:tcMar>
              <w:top w:w="80" w:type="dxa"/>
              <w:left w:w="120" w:type="dxa"/>
              <w:bottom w:w="80" w:type="dxa"/>
              <w:right w:w="120" w:type="dxa"/>
            </w:tcMar>
            <w:vAlign w:val="center"/>
          </w:tcPr>
          <w:p w14:paraId="3D3C3346" w14:textId="77777777" w:rsidR="008B5324" w:rsidRPr="00D70064" w:rsidRDefault="004351F6">
            <w:pPr>
              <w:spacing w:after="0"/>
            </w:pPr>
            <w:r w:rsidRPr="00D70064">
              <w:rPr>
                <w:sz w:val="14"/>
              </w:rPr>
              <w:t>0.235</w:t>
            </w:r>
          </w:p>
        </w:tc>
        <w:tc>
          <w:tcPr>
            <w:tcW w:w="1560" w:type="dxa"/>
            <w:tcBorders>
              <w:top w:val="nil"/>
              <w:left w:val="nil"/>
              <w:bottom w:val="nil"/>
              <w:right w:val="nil"/>
            </w:tcBorders>
            <w:tcMar>
              <w:top w:w="80" w:type="dxa"/>
              <w:left w:w="120" w:type="dxa"/>
              <w:bottom w:w="80" w:type="dxa"/>
              <w:right w:w="120" w:type="dxa"/>
            </w:tcMar>
            <w:vAlign w:val="center"/>
          </w:tcPr>
          <w:p w14:paraId="4987DDD2" w14:textId="77777777" w:rsidR="008B5324" w:rsidRPr="00D70064" w:rsidRDefault="004351F6">
            <w:pPr>
              <w:spacing w:after="0"/>
            </w:pPr>
            <w:r w:rsidRPr="00D70064">
              <w:rPr>
                <w:sz w:val="14"/>
              </w:rPr>
              <w:t>0.250 (0.204-0.303)</w:t>
            </w:r>
          </w:p>
        </w:tc>
      </w:tr>
      <w:tr w:rsidR="008B5324" w:rsidRPr="00D70064" w14:paraId="2DDE7D4F"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796F86B4"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468F99CE" w14:textId="77777777" w:rsidR="008B5324" w:rsidRPr="00D70064" w:rsidRDefault="004351F6">
            <w:pPr>
              <w:spacing w:after="0"/>
            </w:pPr>
            <w:r w:rsidRPr="00D70064">
              <w:rPr>
                <w:sz w:val="14"/>
              </w:rPr>
              <w:t>5</w:t>
            </w:r>
          </w:p>
        </w:tc>
        <w:tc>
          <w:tcPr>
            <w:tcW w:w="1560" w:type="dxa"/>
            <w:tcBorders>
              <w:top w:val="nil"/>
              <w:left w:val="nil"/>
              <w:bottom w:val="nil"/>
              <w:right w:val="nil"/>
            </w:tcBorders>
            <w:tcMar>
              <w:top w:w="80" w:type="dxa"/>
              <w:left w:w="120" w:type="dxa"/>
              <w:bottom w:w="80" w:type="dxa"/>
              <w:right w:w="120" w:type="dxa"/>
            </w:tcMar>
            <w:vAlign w:val="center"/>
          </w:tcPr>
          <w:p w14:paraId="0E0C5BC4" w14:textId="77777777" w:rsidR="008B5324" w:rsidRPr="00D70064" w:rsidRDefault="004351F6">
            <w:pPr>
              <w:spacing w:after="0"/>
            </w:pPr>
            <w:r w:rsidRPr="00D70064">
              <w:rPr>
                <w:sz w:val="14"/>
              </w:rPr>
              <w:t>289</w:t>
            </w:r>
          </w:p>
        </w:tc>
        <w:tc>
          <w:tcPr>
            <w:tcW w:w="1560" w:type="dxa"/>
            <w:tcBorders>
              <w:top w:val="nil"/>
              <w:left w:val="nil"/>
              <w:bottom w:val="nil"/>
              <w:right w:val="nil"/>
            </w:tcBorders>
            <w:tcMar>
              <w:top w:w="80" w:type="dxa"/>
              <w:left w:w="120" w:type="dxa"/>
              <w:bottom w:w="80" w:type="dxa"/>
              <w:right w:w="120" w:type="dxa"/>
            </w:tcMar>
            <w:vAlign w:val="center"/>
          </w:tcPr>
          <w:p w14:paraId="0B291F36" w14:textId="77777777" w:rsidR="008B5324" w:rsidRPr="00D70064" w:rsidRDefault="004351F6">
            <w:pPr>
              <w:spacing w:after="0"/>
            </w:pPr>
            <w:r w:rsidRPr="00D70064">
              <w:rPr>
                <w:sz w:val="14"/>
              </w:rPr>
              <w:t>94</w:t>
            </w:r>
          </w:p>
        </w:tc>
        <w:tc>
          <w:tcPr>
            <w:tcW w:w="1560" w:type="dxa"/>
            <w:tcBorders>
              <w:top w:val="nil"/>
              <w:left w:val="nil"/>
              <w:bottom w:val="nil"/>
              <w:right w:val="nil"/>
            </w:tcBorders>
            <w:tcMar>
              <w:top w:w="80" w:type="dxa"/>
              <w:left w:w="120" w:type="dxa"/>
              <w:bottom w:w="80" w:type="dxa"/>
              <w:right w:w="120" w:type="dxa"/>
            </w:tcMar>
            <w:vAlign w:val="center"/>
          </w:tcPr>
          <w:p w14:paraId="439F0627" w14:textId="77777777" w:rsidR="008B5324" w:rsidRPr="00D70064" w:rsidRDefault="004351F6">
            <w:pPr>
              <w:spacing w:after="0"/>
            </w:pPr>
            <w:r w:rsidRPr="00D70064">
              <w:rPr>
                <w:sz w:val="14"/>
              </w:rPr>
              <w:t>0.268</w:t>
            </w:r>
          </w:p>
        </w:tc>
        <w:tc>
          <w:tcPr>
            <w:tcW w:w="1560" w:type="dxa"/>
            <w:tcBorders>
              <w:top w:val="nil"/>
              <w:left w:val="nil"/>
              <w:bottom w:val="nil"/>
              <w:right w:val="nil"/>
            </w:tcBorders>
            <w:tcMar>
              <w:top w:w="80" w:type="dxa"/>
              <w:left w:w="120" w:type="dxa"/>
              <w:bottom w:w="80" w:type="dxa"/>
              <w:right w:w="120" w:type="dxa"/>
            </w:tcMar>
            <w:vAlign w:val="center"/>
          </w:tcPr>
          <w:p w14:paraId="46BBCE19" w14:textId="77777777" w:rsidR="008B5324" w:rsidRPr="00D70064" w:rsidRDefault="004351F6">
            <w:pPr>
              <w:spacing w:after="0"/>
            </w:pPr>
            <w:r w:rsidRPr="00D70064">
              <w:rPr>
                <w:sz w:val="14"/>
              </w:rPr>
              <w:t>0.325 (0.274-0.381)</w:t>
            </w:r>
          </w:p>
        </w:tc>
      </w:tr>
      <w:tr w:rsidR="008B5324" w:rsidRPr="00D70064" w14:paraId="3D7515C3"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B7A0C93"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24414B2E" w14:textId="77777777" w:rsidR="008B5324" w:rsidRPr="00D70064" w:rsidRDefault="004351F6">
            <w:pPr>
              <w:spacing w:after="0"/>
            </w:pPr>
            <w:r w:rsidRPr="00D70064">
              <w:rPr>
                <w:sz w:val="14"/>
              </w:rPr>
              <w:t>6</w:t>
            </w:r>
          </w:p>
        </w:tc>
        <w:tc>
          <w:tcPr>
            <w:tcW w:w="1560" w:type="dxa"/>
            <w:tcBorders>
              <w:top w:val="nil"/>
              <w:left w:val="nil"/>
              <w:bottom w:val="nil"/>
              <w:right w:val="nil"/>
            </w:tcBorders>
            <w:tcMar>
              <w:top w:w="80" w:type="dxa"/>
              <w:left w:w="120" w:type="dxa"/>
              <w:bottom w:w="80" w:type="dxa"/>
              <w:right w:w="120" w:type="dxa"/>
            </w:tcMar>
            <w:vAlign w:val="center"/>
          </w:tcPr>
          <w:p w14:paraId="77EDED23" w14:textId="77777777" w:rsidR="008B5324" w:rsidRPr="00D70064" w:rsidRDefault="004351F6">
            <w:pPr>
              <w:spacing w:after="0"/>
            </w:pPr>
            <w:r w:rsidRPr="00D70064">
              <w:rPr>
                <w:sz w:val="14"/>
              </w:rPr>
              <w:t>288</w:t>
            </w:r>
          </w:p>
        </w:tc>
        <w:tc>
          <w:tcPr>
            <w:tcW w:w="1560" w:type="dxa"/>
            <w:tcBorders>
              <w:top w:val="nil"/>
              <w:left w:val="nil"/>
              <w:bottom w:val="nil"/>
              <w:right w:val="nil"/>
            </w:tcBorders>
            <w:tcMar>
              <w:top w:w="80" w:type="dxa"/>
              <w:left w:w="120" w:type="dxa"/>
              <w:bottom w:w="80" w:type="dxa"/>
              <w:right w:w="120" w:type="dxa"/>
            </w:tcMar>
            <w:vAlign w:val="center"/>
          </w:tcPr>
          <w:p w14:paraId="7DAF5837" w14:textId="77777777" w:rsidR="008B5324" w:rsidRPr="00D70064" w:rsidRDefault="004351F6">
            <w:pPr>
              <w:spacing w:after="0"/>
            </w:pPr>
            <w:r w:rsidRPr="00D70064">
              <w:rPr>
                <w:sz w:val="14"/>
              </w:rPr>
              <w:t>113</w:t>
            </w:r>
          </w:p>
        </w:tc>
        <w:tc>
          <w:tcPr>
            <w:tcW w:w="1560" w:type="dxa"/>
            <w:tcBorders>
              <w:top w:val="nil"/>
              <w:left w:val="nil"/>
              <w:bottom w:val="nil"/>
              <w:right w:val="nil"/>
            </w:tcBorders>
            <w:tcMar>
              <w:top w:w="80" w:type="dxa"/>
              <w:left w:w="120" w:type="dxa"/>
              <w:bottom w:w="80" w:type="dxa"/>
              <w:right w:w="120" w:type="dxa"/>
            </w:tcMar>
            <w:vAlign w:val="center"/>
          </w:tcPr>
          <w:p w14:paraId="4AD8239A" w14:textId="77777777" w:rsidR="008B5324" w:rsidRPr="00D70064" w:rsidRDefault="004351F6">
            <w:pPr>
              <w:spacing w:after="0"/>
            </w:pPr>
            <w:r w:rsidRPr="00D70064">
              <w:rPr>
                <w:sz w:val="14"/>
              </w:rPr>
              <w:t>0.315</w:t>
            </w:r>
          </w:p>
        </w:tc>
        <w:tc>
          <w:tcPr>
            <w:tcW w:w="1560" w:type="dxa"/>
            <w:tcBorders>
              <w:top w:val="nil"/>
              <w:left w:val="nil"/>
              <w:bottom w:val="nil"/>
              <w:right w:val="nil"/>
            </w:tcBorders>
            <w:tcMar>
              <w:top w:w="80" w:type="dxa"/>
              <w:left w:w="120" w:type="dxa"/>
              <w:bottom w:w="80" w:type="dxa"/>
              <w:right w:w="120" w:type="dxa"/>
            </w:tcMar>
            <w:vAlign w:val="center"/>
          </w:tcPr>
          <w:p w14:paraId="60DA9AE4" w14:textId="77777777" w:rsidR="008B5324" w:rsidRPr="00D70064" w:rsidRDefault="004351F6">
            <w:pPr>
              <w:spacing w:after="0"/>
            </w:pPr>
            <w:r w:rsidRPr="00D70064">
              <w:rPr>
                <w:sz w:val="14"/>
              </w:rPr>
              <w:t>0.392 (0.338-0.450)</w:t>
            </w:r>
          </w:p>
        </w:tc>
      </w:tr>
      <w:tr w:rsidR="008B5324" w:rsidRPr="00D70064" w14:paraId="63908185"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FD0BA1F"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158120C3" w14:textId="77777777" w:rsidR="008B5324" w:rsidRPr="00D70064" w:rsidRDefault="004351F6">
            <w:pPr>
              <w:spacing w:after="0"/>
            </w:pPr>
            <w:r w:rsidRPr="00D70064">
              <w:rPr>
                <w:sz w:val="14"/>
              </w:rPr>
              <w:t>7</w:t>
            </w:r>
          </w:p>
        </w:tc>
        <w:tc>
          <w:tcPr>
            <w:tcW w:w="1560" w:type="dxa"/>
            <w:tcBorders>
              <w:top w:val="nil"/>
              <w:left w:val="nil"/>
              <w:bottom w:val="nil"/>
              <w:right w:val="nil"/>
            </w:tcBorders>
            <w:tcMar>
              <w:top w:w="80" w:type="dxa"/>
              <w:left w:w="120" w:type="dxa"/>
              <w:bottom w:w="80" w:type="dxa"/>
              <w:right w:w="120" w:type="dxa"/>
            </w:tcMar>
            <w:vAlign w:val="center"/>
          </w:tcPr>
          <w:p w14:paraId="15D2A917" w14:textId="77777777" w:rsidR="008B5324" w:rsidRPr="00D70064" w:rsidRDefault="004351F6">
            <w:pPr>
              <w:spacing w:after="0"/>
            </w:pPr>
            <w:r w:rsidRPr="00D70064">
              <w:rPr>
                <w:sz w:val="14"/>
              </w:rPr>
              <w:t>288</w:t>
            </w:r>
          </w:p>
        </w:tc>
        <w:tc>
          <w:tcPr>
            <w:tcW w:w="1560" w:type="dxa"/>
            <w:tcBorders>
              <w:top w:val="nil"/>
              <w:left w:val="nil"/>
              <w:bottom w:val="nil"/>
              <w:right w:val="nil"/>
            </w:tcBorders>
            <w:tcMar>
              <w:top w:w="80" w:type="dxa"/>
              <w:left w:w="120" w:type="dxa"/>
              <w:bottom w:w="80" w:type="dxa"/>
              <w:right w:w="120" w:type="dxa"/>
            </w:tcMar>
            <w:vAlign w:val="center"/>
          </w:tcPr>
          <w:p w14:paraId="4DAD9F70" w14:textId="77777777" w:rsidR="008B5324" w:rsidRPr="00D70064" w:rsidRDefault="004351F6">
            <w:pPr>
              <w:spacing w:after="0"/>
            </w:pPr>
            <w:r w:rsidRPr="00D70064">
              <w:rPr>
                <w:sz w:val="14"/>
              </w:rPr>
              <w:t>124</w:t>
            </w:r>
          </w:p>
        </w:tc>
        <w:tc>
          <w:tcPr>
            <w:tcW w:w="1560" w:type="dxa"/>
            <w:tcBorders>
              <w:top w:val="nil"/>
              <w:left w:val="nil"/>
              <w:bottom w:val="nil"/>
              <w:right w:val="nil"/>
            </w:tcBorders>
            <w:tcMar>
              <w:top w:w="80" w:type="dxa"/>
              <w:left w:w="120" w:type="dxa"/>
              <w:bottom w:w="80" w:type="dxa"/>
              <w:right w:w="120" w:type="dxa"/>
            </w:tcMar>
            <w:vAlign w:val="center"/>
          </w:tcPr>
          <w:p w14:paraId="18CA5B7D" w14:textId="77777777" w:rsidR="008B5324" w:rsidRPr="00D70064" w:rsidRDefault="004351F6">
            <w:pPr>
              <w:spacing w:after="0"/>
            </w:pPr>
            <w:r w:rsidRPr="00D70064">
              <w:rPr>
                <w:sz w:val="14"/>
              </w:rPr>
              <w:t>0.377</w:t>
            </w:r>
          </w:p>
        </w:tc>
        <w:tc>
          <w:tcPr>
            <w:tcW w:w="1560" w:type="dxa"/>
            <w:tcBorders>
              <w:top w:val="nil"/>
              <w:left w:val="nil"/>
              <w:bottom w:val="nil"/>
              <w:right w:val="nil"/>
            </w:tcBorders>
            <w:tcMar>
              <w:top w:w="80" w:type="dxa"/>
              <w:left w:w="120" w:type="dxa"/>
              <w:bottom w:w="80" w:type="dxa"/>
              <w:right w:w="120" w:type="dxa"/>
            </w:tcMar>
            <w:vAlign w:val="center"/>
          </w:tcPr>
          <w:p w14:paraId="26248F0C" w14:textId="77777777" w:rsidR="008B5324" w:rsidRPr="00D70064" w:rsidRDefault="004351F6">
            <w:pPr>
              <w:spacing w:after="0"/>
            </w:pPr>
            <w:r w:rsidRPr="00D70064">
              <w:rPr>
                <w:sz w:val="14"/>
              </w:rPr>
              <w:t>0.431 (0.375-0.488)</w:t>
            </w:r>
          </w:p>
        </w:tc>
      </w:tr>
      <w:tr w:rsidR="008B5324" w:rsidRPr="00D70064" w14:paraId="413FC7B5"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39C5B411"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7099C777" w14:textId="77777777" w:rsidR="008B5324" w:rsidRPr="00D70064" w:rsidRDefault="004351F6">
            <w:pPr>
              <w:spacing w:after="0"/>
            </w:pPr>
            <w:r w:rsidRPr="00D70064">
              <w:rPr>
                <w:sz w:val="14"/>
              </w:rPr>
              <w:t>8</w:t>
            </w:r>
          </w:p>
        </w:tc>
        <w:tc>
          <w:tcPr>
            <w:tcW w:w="1560" w:type="dxa"/>
            <w:tcBorders>
              <w:top w:val="nil"/>
              <w:left w:val="nil"/>
              <w:bottom w:val="nil"/>
              <w:right w:val="nil"/>
            </w:tcBorders>
            <w:tcMar>
              <w:top w:w="80" w:type="dxa"/>
              <w:left w:w="120" w:type="dxa"/>
              <w:bottom w:w="80" w:type="dxa"/>
              <w:right w:w="120" w:type="dxa"/>
            </w:tcMar>
            <w:vAlign w:val="center"/>
          </w:tcPr>
          <w:p w14:paraId="56861185" w14:textId="77777777" w:rsidR="008B5324" w:rsidRPr="00D70064" w:rsidRDefault="004351F6">
            <w:pPr>
              <w:spacing w:after="0"/>
            </w:pPr>
            <w:r w:rsidRPr="00D70064">
              <w:rPr>
                <w:sz w:val="14"/>
              </w:rPr>
              <w:t>289</w:t>
            </w:r>
          </w:p>
        </w:tc>
        <w:tc>
          <w:tcPr>
            <w:tcW w:w="1560" w:type="dxa"/>
            <w:tcBorders>
              <w:top w:val="nil"/>
              <w:left w:val="nil"/>
              <w:bottom w:val="nil"/>
              <w:right w:val="nil"/>
            </w:tcBorders>
            <w:tcMar>
              <w:top w:w="80" w:type="dxa"/>
              <w:left w:w="120" w:type="dxa"/>
              <w:bottom w:w="80" w:type="dxa"/>
              <w:right w:w="120" w:type="dxa"/>
            </w:tcMar>
            <w:vAlign w:val="center"/>
          </w:tcPr>
          <w:p w14:paraId="705B0DBB" w14:textId="77777777" w:rsidR="008B5324" w:rsidRPr="00D70064" w:rsidRDefault="004351F6">
            <w:pPr>
              <w:spacing w:after="0"/>
            </w:pPr>
            <w:r w:rsidRPr="00D70064">
              <w:rPr>
                <w:sz w:val="14"/>
              </w:rPr>
              <w:t>128</w:t>
            </w:r>
          </w:p>
        </w:tc>
        <w:tc>
          <w:tcPr>
            <w:tcW w:w="1560" w:type="dxa"/>
            <w:tcBorders>
              <w:top w:val="nil"/>
              <w:left w:val="nil"/>
              <w:bottom w:val="nil"/>
              <w:right w:val="nil"/>
            </w:tcBorders>
            <w:tcMar>
              <w:top w:w="80" w:type="dxa"/>
              <w:left w:w="120" w:type="dxa"/>
              <w:bottom w:w="80" w:type="dxa"/>
              <w:right w:w="120" w:type="dxa"/>
            </w:tcMar>
            <w:vAlign w:val="center"/>
          </w:tcPr>
          <w:p w14:paraId="702AA6C8" w14:textId="77777777" w:rsidR="008B5324" w:rsidRPr="00D70064" w:rsidRDefault="004351F6">
            <w:pPr>
              <w:spacing w:after="0"/>
            </w:pPr>
            <w:r w:rsidRPr="00D70064">
              <w:rPr>
                <w:sz w:val="14"/>
              </w:rPr>
              <w:t>0.459</w:t>
            </w:r>
          </w:p>
        </w:tc>
        <w:tc>
          <w:tcPr>
            <w:tcW w:w="1560" w:type="dxa"/>
            <w:tcBorders>
              <w:top w:val="nil"/>
              <w:left w:val="nil"/>
              <w:bottom w:val="nil"/>
              <w:right w:val="nil"/>
            </w:tcBorders>
            <w:tcMar>
              <w:top w:w="80" w:type="dxa"/>
              <w:left w:w="120" w:type="dxa"/>
              <w:bottom w:w="80" w:type="dxa"/>
              <w:right w:w="120" w:type="dxa"/>
            </w:tcMar>
            <w:vAlign w:val="center"/>
          </w:tcPr>
          <w:p w14:paraId="2F4D3D92" w14:textId="77777777" w:rsidR="008B5324" w:rsidRPr="00D70064" w:rsidRDefault="004351F6">
            <w:pPr>
              <w:spacing w:after="0"/>
            </w:pPr>
            <w:r w:rsidRPr="00D70064">
              <w:rPr>
                <w:sz w:val="14"/>
              </w:rPr>
              <w:t>0.443 (0.387-0.501)</w:t>
            </w:r>
          </w:p>
        </w:tc>
      </w:tr>
      <w:tr w:rsidR="008B5324" w:rsidRPr="00D70064" w14:paraId="25FA52C7"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6DD3109"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2EAF0EA5" w14:textId="77777777" w:rsidR="008B5324" w:rsidRPr="00D70064" w:rsidRDefault="004351F6">
            <w:pPr>
              <w:spacing w:after="0"/>
            </w:pPr>
            <w:r w:rsidRPr="00D70064">
              <w:rPr>
                <w:sz w:val="14"/>
              </w:rPr>
              <w:t>9</w:t>
            </w:r>
          </w:p>
        </w:tc>
        <w:tc>
          <w:tcPr>
            <w:tcW w:w="1560" w:type="dxa"/>
            <w:tcBorders>
              <w:top w:val="nil"/>
              <w:left w:val="nil"/>
              <w:bottom w:val="nil"/>
              <w:right w:val="nil"/>
            </w:tcBorders>
            <w:tcMar>
              <w:top w:w="80" w:type="dxa"/>
              <w:left w:w="120" w:type="dxa"/>
              <w:bottom w:w="80" w:type="dxa"/>
              <w:right w:w="120" w:type="dxa"/>
            </w:tcMar>
            <w:vAlign w:val="center"/>
          </w:tcPr>
          <w:p w14:paraId="0CD1AAC2" w14:textId="77777777" w:rsidR="008B5324" w:rsidRPr="00D70064" w:rsidRDefault="004351F6">
            <w:pPr>
              <w:spacing w:after="0"/>
            </w:pPr>
            <w:r w:rsidRPr="00D70064">
              <w:rPr>
                <w:sz w:val="14"/>
              </w:rPr>
              <w:t>288</w:t>
            </w:r>
          </w:p>
        </w:tc>
        <w:tc>
          <w:tcPr>
            <w:tcW w:w="1560" w:type="dxa"/>
            <w:tcBorders>
              <w:top w:val="nil"/>
              <w:left w:val="nil"/>
              <w:bottom w:val="nil"/>
              <w:right w:val="nil"/>
            </w:tcBorders>
            <w:tcMar>
              <w:top w:w="80" w:type="dxa"/>
              <w:left w:w="120" w:type="dxa"/>
              <w:bottom w:w="80" w:type="dxa"/>
              <w:right w:w="120" w:type="dxa"/>
            </w:tcMar>
            <w:vAlign w:val="center"/>
          </w:tcPr>
          <w:p w14:paraId="62908DA5" w14:textId="77777777" w:rsidR="008B5324" w:rsidRPr="00D70064" w:rsidRDefault="004351F6">
            <w:pPr>
              <w:spacing w:after="0"/>
            </w:pPr>
            <w:r w:rsidRPr="00D70064">
              <w:rPr>
                <w:sz w:val="14"/>
              </w:rPr>
              <w:t>171</w:t>
            </w:r>
          </w:p>
        </w:tc>
        <w:tc>
          <w:tcPr>
            <w:tcW w:w="1560" w:type="dxa"/>
            <w:tcBorders>
              <w:top w:val="nil"/>
              <w:left w:val="nil"/>
              <w:bottom w:val="nil"/>
              <w:right w:val="nil"/>
            </w:tcBorders>
            <w:tcMar>
              <w:top w:w="80" w:type="dxa"/>
              <w:left w:w="120" w:type="dxa"/>
              <w:bottom w:w="80" w:type="dxa"/>
              <w:right w:w="120" w:type="dxa"/>
            </w:tcMar>
            <w:vAlign w:val="center"/>
          </w:tcPr>
          <w:p w14:paraId="5E96E37B" w14:textId="77777777" w:rsidR="008B5324" w:rsidRPr="00D70064" w:rsidRDefault="004351F6">
            <w:pPr>
              <w:spacing w:after="0"/>
            </w:pPr>
            <w:r w:rsidRPr="00D70064">
              <w:rPr>
                <w:sz w:val="14"/>
              </w:rPr>
              <w:t>0.601</w:t>
            </w:r>
          </w:p>
        </w:tc>
        <w:tc>
          <w:tcPr>
            <w:tcW w:w="1560" w:type="dxa"/>
            <w:tcBorders>
              <w:top w:val="nil"/>
              <w:left w:val="nil"/>
              <w:bottom w:val="nil"/>
              <w:right w:val="nil"/>
            </w:tcBorders>
            <w:tcMar>
              <w:top w:w="80" w:type="dxa"/>
              <w:left w:w="120" w:type="dxa"/>
              <w:bottom w:w="80" w:type="dxa"/>
              <w:right w:w="120" w:type="dxa"/>
            </w:tcMar>
            <w:vAlign w:val="center"/>
          </w:tcPr>
          <w:p w14:paraId="5DA1DF24" w14:textId="77777777" w:rsidR="008B5324" w:rsidRPr="00D70064" w:rsidRDefault="004351F6">
            <w:pPr>
              <w:spacing w:after="0"/>
            </w:pPr>
            <w:r w:rsidRPr="00D70064">
              <w:rPr>
                <w:sz w:val="14"/>
              </w:rPr>
              <w:t>0.594 (0.536-0.649)</w:t>
            </w:r>
          </w:p>
        </w:tc>
      </w:tr>
      <w:tr w:rsidR="008B5324" w:rsidRPr="00D70064" w14:paraId="43161662"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0F4668F3" w14:textId="77777777" w:rsidR="008B5324" w:rsidRPr="00D70064" w:rsidRDefault="004351F6">
            <w:pPr>
              <w:spacing w:after="0"/>
            </w:pPr>
            <w:r w:rsidRPr="00D70064">
              <w:rPr>
                <w:sz w:val="14"/>
              </w:rPr>
              <w:t>MIMIC-IV test</w:t>
            </w:r>
          </w:p>
        </w:tc>
        <w:tc>
          <w:tcPr>
            <w:tcW w:w="1560" w:type="dxa"/>
            <w:tcBorders>
              <w:top w:val="nil"/>
              <w:left w:val="nil"/>
              <w:bottom w:val="nil"/>
              <w:right w:val="nil"/>
            </w:tcBorders>
            <w:tcMar>
              <w:top w:w="80" w:type="dxa"/>
              <w:left w:w="120" w:type="dxa"/>
              <w:bottom w:w="80" w:type="dxa"/>
              <w:right w:w="120" w:type="dxa"/>
            </w:tcMar>
            <w:vAlign w:val="center"/>
          </w:tcPr>
          <w:p w14:paraId="1B34DECA" w14:textId="77777777" w:rsidR="008B5324" w:rsidRPr="00D70064" w:rsidRDefault="004351F6">
            <w:pPr>
              <w:spacing w:after="0"/>
            </w:pPr>
            <w:r w:rsidRPr="00D70064">
              <w:rPr>
                <w:sz w:val="14"/>
              </w:rPr>
              <w:t>10</w:t>
            </w:r>
          </w:p>
        </w:tc>
        <w:tc>
          <w:tcPr>
            <w:tcW w:w="1560" w:type="dxa"/>
            <w:tcBorders>
              <w:top w:val="nil"/>
              <w:left w:val="nil"/>
              <w:bottom w:val="nil"/>
              <w:right w:val="nil"/>
            </w:tcBorders>
            <w:tcMar>
              <w:top w:w="80" w:type="dxa"/>
              <w:left w:w="120" w:type="dxa"/>
              <w:bottom w:w="80" w:type="dxa"/>
              <w:right w:w="120" w:type="dxa"/>
            </w:tcMar>
            <w:vAlign w:val="center"/>
          </w:tcPr>
          <w:p w14:paraId="56539AD0" w14:textId="77777777" w:rsidR="008B5324" w:rsidRPr="00D70064" w:rsidRDefault="004351F6">
            <w:pPr>
              <w:spacing w:after="0"/>
            </w:pPr>
            <w:r w:rsidRPr="00D70064">
              <w:rPr>
                <w:sz w:val="14"/>
              </w:rPr>
              <w:t>289</w:t>
            </w:r>
          </w:p>
        </w:tc>
        <w:tc>
          <w:tcPr>
            <w:tcW w:w="1560" w:type="dxa"/>
            <w:tcBorders>
              <w:top w:val="nil"/>
              <w:left w:val="nil"/>
              <w:bottom w:val="nil"/>
              <w:right w:val="nil"/>
            </w:tcBorders>
            <w:tcMar>
              <w:top w:w="80" w:type="dxa"/>
              <w:left w:w="120" w:type="dxa"/>
              <w:bottom w:w="80" w:type="dxa"/>
              <w:right w:w="120" w:type="dxa"/>
            </w:tcMar>
            <w:vAlign w:val="center"/>
          </w:tcPr>
          <w:p w14:paraId="6066F693" w14:textId="77777777" w:rsidR="008B5324" w:rsidRPr="00D70064" w:rsidRDefault="004351F6">
            <w:pPr>
              <w:spacing w:after="0"/>
            </w:pPr>
            <w:r w:rsidRPr="00D70064">
              <w:rPr>
                <w:sz w:val="14"/>
              </w:rPr>
              <w:t>218</w:t>
            </w:r>
          </w:p>
        </w:tc>
        <w:tc>
          <w:tcPr>
            <w:tcW w:w="1560" w:type="dxa"/>
            <w:tcBorders>
              <w:top w:val="nil"/>
              <w:left w:val="nil"/>
              <w:bottom w:val="nil"/>
              <w:right w:val="nil"/>
            </w:tcBorders>
            <w:tcMar>
              <w:top w:w="80" w:type="dxa"/>
              <w:left w:w="120" w:type="dxa"/>
              <w:bottom w:w="80" w:type="dxa"/>
              <w:right w:w="120" w:type="dxa"/>
            </w:tcMar>
            <w:vAlign w:val="center"/>
          </w:tcPr>
          <w:p w14:paraId="690E5D83" w14:textId="77777777" w:rsidR="008B5324" w:rsidRPr="00D70064" w:rsidRDefault="004351F6">
            <w:pPr>
              <w:spacing w:after="0"/>
            </w:pPr>
            <w:r w:rsidRPr="00D70064">
              <w:rPr>
                <w:sz w:val="14"/>
              </w:rPr>
              <w:t>0.824</w:t>
            </w:r>
          </w:p>
        </w:tc>
        <w:tc>
          <w:tcPr>
            <w:tcW w:w="1560" w:type="dxa"/>
            <w:tcBorders>
              <w:top w:val="nil"/>
              <w:left w:val="nil"/>
              <w:bottom w:val="nil"/>
              <w:right w:val="nil"/>
            </w:tcBorders>
            <w:tcMar>
              <w:top w:w="80" w:type="dxa"/>
              <w:left w:w="120" w:type="dxa"/>
              <w:bottom w:w="80" w:type="dxa"/>
              <w:right w:w="120" w:type="dxa"/>
            </w:tcMar>
            <w:vAlign w:val="center"/>
          </w:tcPr>
          <w:p w14:paraId="67264AF2" w14:textId="77777777" w:rsidR="008B5324" w:rsidRPr="00D70064" w:rsidRDefault="004351F6">
            <w:pPr>
              <w:spacing w:after="0"/>
            </w:pPr>
            <w:r w:rsidRPr="00D70064">
              <w:rPr>
                <w:sz w:val="14"/>
              </w:rPr>
              <w:t>0.754 (0.702-0.800)</w:t>
            </w:r>
          </w:p>
        </w:tc>
      </w:tr>
      <w:tr w:rsidR="008B5324" w:rsidRPr="00D70064" w14:paraId="014161E4"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16579BB"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6CFBC363" w14:textId="77777777" w:rsidR="008B5324" w:rsidRPr="00D70064" w:rsidRDefault="004351F6">
            <w:pPr>
              <w:spacing w:after="0"/>
            </w:pPr>
            <w:r w:rsidRPr="00D70064">
              <w:rPr>
                <w:sz w:val="14"/>
              </w:rPr>
              <w:t>1</w:t>
            </w:r>
          </w:p>
        </w:tc>
        <w:tc>
          <w:tcPr>
            <w:tcW w:w="1560" w:type="dxa"/>
            <w:tcBorders>
              <w:top w:val="nil"/>
              <w:left w:val="nil"/>
              <w:bottom w:val="nil"/>
              <w:right w:val="nil"/>
            </w:tcBorders>
            <w:tcMar>
              <w:top w:w="80" w:type="dxa"/>
              <w:left w:w="120" w:type="dxa"/>
              <w:bottom w:w="80" w:type="dxa"/>
              <w:right w:w="120" w:type="dxa"/>
            </w:tcMar>
            <w:vAlign w:val="center"/>
          </w:tcPr>
          <w:p w14:paraId="11839F9C" w14:textId="77777777" w:rsidR="008B5324" w:rsidRPr="00D70064" w:rsidRDefault="004351F6">
            <w:pPr>
              <w:spacing w:after="0"/>
            </w:pPr>
            <w:r w:rsidRPr="00D70064">
              <w:rPr>
                <w:sz w:val="14"/>
              </w:rPr>
              <w:t>1251</w:t>
            </w:r>
          </w:p>
        </w:tc>
        <w:tc>
          <w:tcPr>
            <w:tcW w:w="1560" w:type="dxa"/>
            <w:tcBorders>
              <w:top w:val="nil"/>
              <w:left w:val="nil"/>
              <w:bottom w:val="nil"/>
              <w:right w:val="nil"/>
            </w:tcBorders>
            <w:tcMar>
              <w:top w:w="80" w:type="dxa"/>
              <w:left w:w="120" w:type="dxa"/>
              <w:bottom w:w="80" w:type="dxa"/>
              <w:right w:w="120" w:type="dxa"/>
            </w:tcMar>
            <w:vAlign w:val="center"/>
          </w:tcPr>
          <w:p w14:paraId="018ED3DB" w14:textId="77777777" w:rsidR="008B5324" w:rsidRPr="00D70064" w:rsidRDefault="004351F6">
            <w:pPr>
              <w:spacing w:after="0"/>
            </w:pPr>
            <w:r w:rsidRPr="00D70064">
              <w:rPr>
                <w:sz w:val="14"/>
              </w:rPr>
              <w:t>129</w:t>
            </w:r>
          </w:p>
        </w:tc>
        <w:tc>
          <w:tcPr>
            <w:tcW w:w="1560" w:type="dxa"/>
            <w:tcBorders>
              <w:top w:val="nil"/>
              <w:left w:val="nil"/>
              <w:bottom w:val="nil"/>
              <w:right w:val="nil"/>
            </w:tcBorders>
            <w:tcMar>
              <w:top w:w="80" w:type="dxa"/>
              <w:left w:w="120" w:type="dxa"/>
              <w:bottom w:w="80" w:type="dxa"/>
              <w:right w:w="120" w:type="dxa"/>
            </w:tcMar>
            <w:vAlign w:val="center"/>
          </w:tcPr>
          <w:p w14:paraId="5F62242A" w14:textId="77777777" w:rsidR="008B5324" w:rsidRPr="00D70064" w:rsidRDefault="004351F6">
            <w:pPr>
              <w:spacing w:after="0"/>
            </w:pPr>
            <w:r w:rsidRPr="00D70064">
              <w:rPr>
                <w:sz w:val="14"/>
              </w:rPr>
              <w:t>0.173</w:t>
            </w:r>
          </w:p>
        </w:tc>
        <w:tc>
          <w:tcPr>
            <w:tcW w:w="1560" w:type="dxa"/>
            <w:tcBorders>
              <w:top w:val="nil"/>
              <w:left w:val="nil"/>
              <w:bottom w:val="nil"/>
              <w:right w:val="nil"/>
            </w:tcBorders>
            <w:tcMar>
              <w:top w:w="80" w:type="dxa"/>
              <w:left w:w="120" w:type="dxa"/>
              <w:bottom w:w="80" w:type="dxa"/>
              <w:right w:w="120" w:type="dxa"/>
            </w:tcMar>
            <w:vAlign w:val="center"/>
          </w:tcPr>
          <w:p w14:paraId="53125485" w14:textId="77777777" w:rsidR="008B5324" w:rsidRPr="00D70064" w:rsidRDefault="004351F6">
            <w:pPr>
              <w:spacing w:after="0"/>
            </w:pPr>
            <w:r w:rsidRPr="00D70064">
              <w:rPr>
                <w:sz w:val="14"/>
              </w:rPr>
              <w:t>0.103 (0.087-0.121)</w:t>
            </w:r>
          </w:p>
        </w:tc>
      </w:tr>
      <w:tr w:rsidR="008B5324" w:rsidRPr="00D70064" w14:paraId="14AE5FD9"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45506B3"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0CEED494" w14:textId="77777777" w:rsidR="008B5324" w:rsidRPr="00D70064" w:rsidRDefault="004351F6">
            <w:pPr>
              <w:spacing w:after="0"/>
            </w:pPr>
            <w:r w:rsidRPr="00D70064">
              <w:rPr>
                <w:sz w:val="14"/>
              </w:rPr>
              <w:t>2</w:t>
            </w:r>
          </w:p>
        </w:tc>
        <w:tc>
          <w:tcPr>
            <w:tcW w:w="1560" w:type="dxa"/>
            <w:tcBorders>
              <w:top w:val="nil"/>
              <w:left w:val="nil"/>
              <w:bottom w:val="nil"/>
              <w:right w:val="nil"/>
            </w:tcBorders>
            <w:tcMar>
              <w:top w:w="80" w:type="dxa"/>
              <w:left w:w="120" w:type="dxa"/>
              <w:bottom w:w="80" w:type="dxa"/>
              <w:right w:w="120" w:type="dxa"/>
            </w:tcMar>
            <w:vAlign w:val="center"/>
          </w:tcPr>
          <w:p w14:paraId="415DDEA6" w14:textId="77777777" w:rsidR="008B5324" w:rsidRPr="00D70064" w:rsidRDefault="004351F6">
            <w:pPr>
              <w:spacing w:after="0"/>
            </w:pPr>
            <w:r w:rsidRPr="00D70064">
              <w:rPr>
                <w:sz w:val="14"/>
              </w:rPr>
              <w:t>1251</w:t>
            </w:r>
          </w:p>
        </w:tc>
        <w:tc>
          <w:tcPr>
            <w:tcW w:w="1560" w:type="dxa"/>
            <w:tcBorders>
              <w:top w:val="nil"/>
              <w:left w:val="nil"/>
              <w:bottom w:val="nil"/>
              <w:right w:val="nil"/>
            </w:tcBorders>
            <w:tcMar>
              <w:top w:w="80" w:type="dxa"/>
              <w:left w:w="120" w:type="dxa"/>
              <w:bottom w:w="80" w:type="dxa"/>
              <w:right w:w="120" w:type="dxa"/>
            </w:tcMar>
            <w:vAlign w:val="center"/>
          </w:tcPr>
          <w:p w14:paraId="49335893" w14:textId="77777777" w:rsidR="008B5324" w:rsidRPr="00D70064" w:rsidRDefault="004351F6">
            <w:pPr>
              <w:spacing w:after="0"/>
            </w:pPr>
            <w:r w:rsidRPr="00D70064">
              <w:rPr>
                <w:sz w:val="14"/>
              </w:rPr>
              <w:t>159</w:t>
            </w:r>
          </w:p>
        </w:tc>
        <w:tc>
          <w:tcPr>
            <w:tcW w:w="1560" w:type="dxa"/>
            <w:tcBorders>
              <w:top w:val="nil"/>
              <w:left w:val="nil"/>
              <w:bottom w:val="nil"/>
              <w:right w:val="nil"/>
            </w:tcBorders>
            <w:tcMar>
              <w:top w:w="80" w:type="dxa"/>
              <w:left w:w="120" w:type="dxa"/>
              <w:bottom w:w="80" w:type="dxa"/>
              <w:right w:w="120" w:type="dxa"/>
            </w:tcMar>
            <w:vAlign w:val="center"/>
          </w:tcPr>
          <w:p w14:paraId="51D9EA2D" w14:textId="77777777" w:rsidR="008B5324" w:rsidRPr="00D70064" w:rsidRDefault="004351F6">
            <w:pPr>
              <w:spacing w:after="0"/>
            </w:pPr>
            <w:r w:rsidRPr="00D70064">
              <w:rPr>
                <w:sz w:val="14"/>
              </w:rPr>
              <w:t>0.205</w:t>
            </w:r>
          </w:p>
        </w:tc>
        <w:tc>
          <w:tcPr>
            <w:tcW w:w="1560" w:type="dxa"/>
            <w:tcBorders>
              <w:top w:val="nil"/>
              <w:left w:val="nil"/>
              <w:bottom w:val="nil"/>
              <w:right w:val="nil"/>
            </w:tcBorders>
            <w:tcMar>
              <w:top w:w="80" w:type="dxa"/>
              <w:left w:w="120" w:type="dxa"/>
              <w:bottom w:w="80" w:type="dxa"/>
              <w:right w:w="120" w:type="dxa"/>
            </w:tcMar>
            <w:vAlign w:val="center"/>
          </w:tcPr>
          <w:p w14:paraId="2FF993F8" w14:textId="77777777" w:rsidR="008B5324" w:rsidRPr="00D70064" w:rsidRDefault="004351F6">
            <w:pPr>
              <w:spacing w:after="0"/>
            </w:pPr>
            <w:r w:rsidRPr="00D70064">
              <w:rPr>
                <w:sz w:val="14"/>
              </w:rPr>
              <w:t>0.127 (0.110-0.147)</w:t>
            </w:r>
          </w:p>
        </w:tc>
      </w:tr>
      <w:tr w:rsidR="008B5324" w:rsidRPr="00D70064" w14:paraId="185A715B"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009FB7A4"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0A54BDB6" w14:textId="77777777" w:rsidR="008B5324" w:rsidRPr="00D70064" w:rsidRDefault="004351F6">
            <w:pPr>
              <w:spacing w:after="0"/>
            </w:pPr>
            <w:r w:rsidRPr="00D70064">
              <w:rPr>
                <w:sz w:val="14"/>
              </w:rPr>
              <w:t>3</w:t>
            </w:r>
          </w:p>
        </w:tc>
        <w:tc>
          <w:tcPr>
            <w:tcW w:w="1560" w:type="dxa"/>
            <w:tcBorders>
              <w:top w:val="nil"/>
              <w:left w:val="nil"/>
              <w:bottom w:val="nil"/>
              <w:right w:val="nil"/>
            </w:tcBorders>
            <w:tcMar>
              <w:top w:w="80" w:type="dxa"/>
              <w:left w:w="120" w:type="dxa"/>
              <w:bottom w:w="80" w:type="dxa"/>
              <w:right w:w="120" w:type="dxa"/>
            </w:tcMar>
            <w:vAlign w:val="center"/>
          </w:tcPr>
          <w:p w14:paraId="6FFEAC42" w14:textId="77777777" w:rsidR="008B5324" w:rsidRPr="00D70064" w:rsidRDefault="004351F6">
            <w:pPr>
              <w:spacing w:after="0"/>
            </w:pPr>
            <w:r w:rsidRPr="00D70064">
              <w:rPr>
                <w:sz w:val="14"/>
              </w:rPr>
              <w:t>1250</w:t>
            </w:r>
          </w:p>
        </w:tc>
        <w:tc>
          <w:tcPr>
            <w:tcW w:w="1560" w:type="dxa"/>
            <w:tcBorders>
              <w:top w:val="nil"/>
              <w:left w:val="nil"/>
              <w:bottom w:val="nil"/>
              <w:right w:val="nil"/>
            </w:tcBorders>
            <w:tcMar>
              <w:top w:w="80" w:type="dxa"/>
              <w:left w:w="120" w:type="dxa"/>
              <w:bottom w:w="80" w:type="dxa"/>
              <w:right w:w="120" w:type="dxa"/>
            </w:tcMar>
            <w:vAlign w:val="center"/>
          </w:tcPr>
          <w:p w14:paraId="18234DB6" w14:textId="77777777" w:rsidR="008B5324" w:rsidRPr="00D70064" w:rsidRDefault="004351F6">
            <w:pPr>
              <w:spacing w:after="0"/>
            </w:pPr>
            <w:r w:rsidRPr="00D70064">
              <w:rPr>
                <w:sz w:val="14"/>
              </w:rPr>
              <w:t>183</w:t>
            </w:r>
          </w:p>
        </w:tc>
        <w:tc>
          <w:tcPr>
            <w:tcW w:w="1560" w:type="dxa"/>
            <w:tcBorders>
              <w:top w:val="nil"/>
              <w:left w:val="nil"/>
              <w:bottom w:val="nil"/>
              <w:right w:val="nil"/>
            </w:tcBorders>
            <w:tcMar>
              <w:top w:w="80" w:type="dxa"/>
              <w:left w:w="120" w:type="dxa"/>
              <w:bottom w:w="80" w:type="dxa"/>
              <w:right w:w="120" w:type="dxa"/>
            </w:tcMar>
            <w:vAlign w:val="center"/>
          </w:tcPr>
          <w:p w14:paraId="1D690660" w14:textId="77777777" w:rsidR="008B5324" w:rsidRPr="00D70064" w:rsidRDefault="004351F6">
            <w:pPr>
              <w:spacing w:after="0"/>
            </w:pPr>
            <w:r w:rsidRPr="00D70064">
              <w:rPr>
                <w:sz w:val="14"/>
              </w:rPr>
              <w:t>0.227</w:t>
            </w:r>
          </w:p>
        </w:tc>
        <w:tc>
          <w:tcPr>
            <w:tcW w:w="1560" w:type="dxa"/>
            <w:tcBorders>
              <w:top w:val="nil"/>
              <w:left w:val="nil"/>
              <w:bottom w:val="nil"/>
              <w:right w:val="nil"/>
            </w:tcBorders>
            <w:tcMar>
              <w:top w:w="80" w:type="dxa"/>
              <w:left w:w="120" w:type="dxa"/>
              <w:bottom w:w="80" w:type="dxa"/>
              <w:right w:w="120" w:type="dxa"/>
            </w:tcMar>
            <w:vAlign w:val="center"/>
          </w:tcPr>
          <w:p w14:paraId="612660BF" w14:textId="77777777" w:rsidR="008B5324" w:rsidRPr="00D70064" w:rsidRDefault="004351F6">
            <w:pPr>
              <w:spacing w:after="0"/>
            </w:pPr>
            <w:r w:rsidRPr="00D70064">
              <w:rPr>
                <w:sz w:val="14"/>
              </w:rPr>
              <w:t>0.146 (0.128-0.167)</w:t>
            </w:r>
          </w:p>
        </w:tc>
      </w:tr>
      <w:tr w:rsidR="008B5324" w:rsidRPr="00D70064" w14:paraId="0B99E668"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60BB6E19"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117B9E36" w14:textId="77777777" w:rsidR="008B5324" w:rsidRPr="00D70064" w:rsidRDefault="004351F6">
            <w:pPr>
              <w:spacing w:after="0"/>
            </w:pPr>
            <w:r w:rsidRPr="00D70064">
              <w:rPr>
                <w:sz w:val="14"/>
              </w:rPr>
              <w:t>4</w:t>
            </w:r>
          </w:p>
        </w:tc>
        <w:tc>
          <w:tcPr>
            <w:tcW w:w="1560" w:type="dxa"/>
            <w:tcBorders>
              <w:top w:val="nil"/>
              <w:left w:val="nil"/>
              <w:bottom w:val="nil"/>
              <w:right w:val="nil"/>
            </w:tcBorders>
            <w:tcMar>
              <w:top w:w="80" w:type="dxa"/>
              <w:left w:w="120" w:type="dxa"/>
              <w:bottom w:w="80" w:type="dxa"/>
              <w:right w:w="120" w:type="dxa"/>
            </w:tcMar>
            <w:vAlign w:val="center"/>
          </w:tcPr>
          <w:p w14:paraId="4E712B06" w14:textId="77777777" w:rsidR="008B5324" w:rsidRPr="00D70064" w:rsidRDefault="004351F6">
            <w:pPr>
              <w:spacing w:after="0"/>
            </w:pPr>
            <w:r w:rsidRPr="00D70064">
              <w:rPr>
                <w:sz w:val="14"/>
              </w:rPr>
              <w:t>1251</w:t>
            </w:r>
          </w:p>
        </w:tc>
        <w:tc>
          <w:tcPr>
            <w:tcW w:w="1560" w:type="dxa"/>
            <w:tcBorders>
              <w:top w:val="nil"/>
              <w:left w:val="nil"/>
              <w:bottom w:val="nil"/>
              <w:right w:val="nil"/>
            </w:tcBorders>
            <w:tcMar>
              <w:top w:w="80" w:type="dxa"/>
              <w:left w:w="120" w:type="dxa"/>
              <w:bottom w:w="80" w:type="dxa"/>
              <w:right w:w="120" w:type="dxa"/>
            </w:tcMar>
            <w:vAlign w:val="center"/>
          </w:tcPr>
          <w:p w14:paraId="668C61DD" w14:textId="77777777" w:rsidR="008B5324" w:rsidRPr="00D70064" w:rsidRDefault="004351F6">
            <w:pPr>
              <w:spacing w:after="0"/>
            </w:pPr>
            <w:r w:rsidRPr="00D70064">
              <w:rPr>
                <w:sz w:val="14"/>
              </w:rPr>
              <w:t>232</w:t>
            </w:r>
          </w:p>
        </w:tc>
        <w:tc>
          <w:tcPr>
            <w:tcW w:w="1560" w:type="dxa"/>
            <w:tcBorders>
              <w:top w:val="nil"/>
              <w:left w:val="nil"/>
              <w:bottom w:val="nil"/>
              <w:right w:val="nil"/>
            </w:tcBorders>
            <w:tcMar>
              <w:top w:w="80" w:type="dxa"/>
              <w:left w:w="120" w:type="dxa"/>
              <w:bottom w:w="80" w:type="dxa"/>
              <w:right w:w="120" w:type="dxa"/>
            </w:tcMar>
            <w:vAlign w:val="center"/>
          </w:tcPr>
          <w:p w14:paraId="32934F93" w14:textId="77777777" w:rsidR="008B5324" w:rsidRPr="00D70064" w:rsidRDefault="004351F6">
            <w:pPr>
              <w:spacing w:after="0"/>
            </w:pPr>
            <w:r w:rsidRPr="00D70064">
              <w:rPr>
                <w:sz w:val="14"/>
              </w:rPr>
              <w:t>0.248</w:t>
            </w:r>
          </w:p>
        </w:tc>
        <w:tc>
          <w:tcPr>
            <w:tcW w:w="1560" w:type="dxa"/>
            <w:tcBorders>
              <w:top w:val="nil"/>
              <w:left w:val="nil"/>
              <w:bottom w:val="nil"/>
              <w:right w:val="nil"/>
            </w:tcBorders>
            <w:tcMar>
              <w:top w:w="80" w:type="dxa"/>
              <w:left w:w="120" w:type="dxa"/>
              <w:bottom w:w="80" w:type="dxa"/>
              <w:right w:w="120" w:type="dxa"/>
            </w:tcMar>
            <w:vAlign w:val="center"/>
          </w:tcPr>
          <w:p w14:paraId="586090A5" w14:textId="77777777" w:rsidR="008B5324" w:rsidRPr="00D70064" w:rsidRDefault="004351F6">
            <w:pPr>
              <w:spacing w:after="0"/>
            </w:pPr>
            <w:r w:rsidRPr="00D70064">
              <w:rPr>
                <w:sz w:val="14"/>
              </w:rPr>
              <w:t>0.185 (0.165-0.208)</w:t>
            </w:r>
          </w:p>
        </w:tc>
      </w:tr>
      <w:tr w:rsidR="008B5324" w:rsidRPr="00D70064" w14:paraId="7D4B8952"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2A28DCCE"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7CAB8713" w14:textId="77777777" w:rsidR="008B5324" w:rsidRPr="00D70064" w:rsidRDefault="004351F6">
            <w:pPr>
              <w:spacing w:after="0"/>
            </w:pPr>
            <w:r w:rsidRPr="00D70064">
              <w:rPr>
                <w:sz w:val="14"/>
              </w:rPr>
              <w:t>5</w:t>
            </w:r>
          </w:p>
        </w:tc>
        <w:tc>
          <w:tcPr>
            <w:tcW w:w="1560" w:type="dxa"/>
            <w:tcBorders>
              <w:top w:val="nil"/>
              <w:left w:val="nil"/>
              <w:bottom w:val="nil"/>
              <w:right w:val="nil"/>
            </w:tcBorders>
            <w:tcMar>
              <w:top w:w="80" w:type="dxa"/>
              <w:left w:w="120" w:type="dxa"/>
              <w:bottom w:w="80" w:type="dxa"/>
              <w:right w:w="120" w:type="dxa"/>
            </w:tcMar>
            <w:vAlign w:val="center"/>
          </w:tcPr>
          <w:p w14:paraId="5B69E59A" w14:textId="77777777" w:rsidR="008B5324" w:rsidRPr="00D70064" w:rsidRDefault="004351F6">
            <w:pPr>
              <w:spacing w:after="0"/>
            </w:pPr>
            <w:r w:rsidRPr="00D70064">
              <w:rPr>
                <w:sz w:val="14"/>
              </w:rPr>
              <w:t>1251</w:t>
            </w:r>
          </w:p>
        </w:tc>
        <w:tc>
          <w:tcPr>
            <w:tcW w:w="1560" w:type="dxa"/>
            <w:tcBorders>
              <w:top w:val="nil"/>
              <w:left w:val="nil"/>
              <w:bottom w:val="nil"/>
              <w:right w:val="nil"/>
            </w:tcBorders>
            <w:tcMar>
              <w:top w:w="80" w:type="dxa"/>
              <w:left w:w="120" w:type="dxa"/>
              <w:bottom w:w="80" w:type="dxa"/>
              <w:right w:w="120" w:type="dxa"/>
            </w:tcMar>
            <w:vAlign w:val="center"/>
          </w:tcPr>
          <w:p w14:paraId="089A2EF9" w14:textId="77777777" w:rsidR="008B5324" w:rsidRPr="00D70064" w:rsidRDefault="004351F6">
            <w:pPr>
              <w:spacing w:after="0"/>
            </w:pPr>
            <w:r w:rsidRPr="00D70064">
              <w:rPr>
                <w:sz w:val="14"/>
              </w:rPr>
              <w:t>272</w:t>
            </w:r>
          </w:p>
        </w:tc>
        <w:tc>
          <w:tcPr>
            <w:tcW w:w="1560" w:type="dxa"/>
            <w:tcBorders>
              <w:top w:val="nil"/>
              <w:left w:val="nil"/>
              <w:bottom w:val="nil"/>
              <w:right w:val="nil"/>
            </w:tcBorders>
            <w:tcMar>
              <w:top w:w="80" w:type="dxa"/>
              <w:left w:w="120" w:type="dxa"/>
              <w:bottom w:w="80" w:type="dxa"/>
              <w:right w:w="120" w:type="dxa"/>
            </w:tcMar>
            <w:vAlign w:val="center"/>
          </w:tcPr>
          <w:p w14:paraId="1E08BAC2" w14:textId="77777777" w:rsidR="008B5324" w:rsidRPr="00D70064" w:rsidRDefault="004351F6">
            <w:pPr>
              <w:spacing w:after="0"/>
            </w:pPr>
            <w:r w:rsidRPr="00D70064">
              <w:rPr>
                <w:sz w:val="14"/>
              </w:rPr>
              <w:t>0.270</w:t>
            </w:r>
          </w:p>
        </w:tc>
        <w:tc>
          <w:tcPr>
            <w:tcW w:w="1560" w:type="dxa"/>
            <w:tcBorders>
              <w:top w:val="nil"/>
              <w:left w:val="nil"/>
              <w:bottom w:val="nil"/>
              <w:right w:val="nil"/>
            </w:tcBorders>
            <w:tcMar>
              <w:top w:w="80" w:type="dxa"/>
              <w:left w:w="120" w:type="dxa"/>
              <w:bottom w:w="80" w:type="dxa"/>
              <w:right w:w="120" w:type="dxa"/>
            </w:tcMar>
            <w:vAlign w:val="center"/>
          </w:tcPr>
          <w:p w14:paraId="4FF17613" w14:textId="77777777" w:rsidR="008B5324" w:rsidRPr="00D70064" w:rsidRDefault="004351F6">
            <w:pPr>
              <w:spacing w:after="0"/>
            </w:pPr>
            <w:r w:rsidRPr="00D70064">
              <w:rPr>
                <w:sz w:val="14"/>
              </w:rPr>
              <w:t>0.217 (0.195-0.241)</w:t>
            </w:r>
          </w:p>
        </w:tc>
      </w:tr>
      <w:tr w:rsidR="008B5324" w:rsidRPr="00D70064" w14:paraId="01241297"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55E0077F"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0E8C84F5" w14:textId="77777777" w:rsidR="008B5324" w:rsidRPr="00D70064" w:rsidRDefault="004351F6">
            <w:pPr>
              <w:spacing w:after="0"/>
            </w:pPr>
            <w:r w:rsidRPr="00D70064">
              <w:rPr>
                <w:sz w:val="14"/>
              </w:rPr>
              <w:t>6</w:t>
            </w:r>
          </w:p>
        </w:tc>
        <w:tc>
          <w:tcPr>
            <w:tcW w:w="1560" w:type="dxa"/>
            <w:tcBorders>
              <w:top w:val="nil"/>
              <w:left w:val="nil"/>
              <w:bottom w:val="nil"/>
              <w:right w:val="nil"/>
            </w:tcBorders>
            <w:tcMar>
              <w:top w:w="80" w:type="dxa"/>
              <w:left w:w="120" w:type="dxa"/>
              <w:bottom w:w="80" w:type="dxa"/>
              <w:right w:w="120" w:type="dxa"/>
            </w:tcMar>
            <w:vAlign w:val="center"/>
          </w:tcPr>
          <w:p w14:paraId="3FD55B1C" w14:textId="77777777" w:rsidR="008B5324" w:rsidRPr="00D70064" w:rsidRDefault="004351F6">
            <w:pPr>
              <w:spacing w:after="0"/>
            </w:pPr>
            <w:r w:rsidRPr="00D70064">
              <w:rPr>
                <w:sz w:val="14"/>
              </w:rPr>
              <w:t>1250</w:t>
            </w:r>
          </w:p>
        </w:tc>
        <w:tc>
          <w:tcPr>
            <w:tcW w:w="1560" w:type="dxa"/>
            <w:tcBorders>
              <w:top w:val="nil"/>
              <w:left w:val="nil"/>
              <w:bottom w:val="nil"/>
              <w:right w:val="nil"/>
            </w:tcBorders>
            <w:tcMar>
              <w:top w:w="80" w:type="dxa"/>
              <w:left w:w="120" w:type="dxa"/>
              <w:bottom w:w="80" w:type="dxa"/>
              <w:right w:w="120" w:type="dxa"/>
            </w:tcMar>
            <w:vAlign w:val="center"/>
          </w:tcPr>
          <w:p w14:paraId="77150C2C" w14:textId="77777777" w:rsidR="008B5324" w:rsidRPr="00D70064" w:rsidRDefault="004351F6">
            <w:pPr>
              <w:spacing w:after="0"/>
            </w:pPr>
            <w:r w:rsidRPr="00D70064">
              <w:rPr>
                <w:sz w:val="14"/>
              </w:rPr>
              <w:t>340</w:t>
            </w:r>
          </w:p>
        </w:tc>
        <w:tc>
          <w:tcPr>
            <w:tcW w:w="1560" w:type="dxa"/>
            <w:tcBorders>
              <w:top w:val="nil"/>
              <w:left w:val="nil"/>
              <w:bottom w:val="nil"/>
              <w:right w:val="nil"/>
            </w:tcBorders>
            <w:tcMar>
              <w:top w:w="80" w:type="dxa"/>
              <w:left w:w="120" w:type="dxa"/>
              <w:bottom w:w="80" w:type="dxa"/>
              <w:right w:w="120" w:type="dxa"/>
            </w:tcMar>
            <w:vAlign w:val="center"/>
          </w:tcPr>
          <w:p w14:paraId="7D80ED5D" w14:textId="77777777" w:rsidR="008B5324" w:rsidRPr="00D70064" w:rsidRDefault="004351F6">
            <w:pPr>
              <w:spacing w:after="0"/>
            </w:pPr>
            <w:r w:rsidRPr="00D70064">
              <w:rPr>
                <w:sz w:val="14"/>
              </w:rPr>
              <w:t>0.296</w:t>
            </w:r>
          </w:p>
        </w:tc>
        <w:tc>
          <w:tcPr>
            <w:tcW w:w="1560" w:type="dxa"/>
            <w:tcBorders>
              <w:top w:val="nil"/>
              <w:left w:val="nil"/>
              <w:bottom w:val="nil"/>
              <w:right w:val="nil"/>
            </w:tcBorders>
            <w:tcMar>
              <w:top w:w="80" w:type="dxa"/>
              <w:left w:w="120" w:type="dxa"/>
              <w:bottom w:w="80" w:type="dxa"/>
              <w:right w:w="120" w:type="dxa"/>
            </w:tcMar>
            <w:vAlign w:val="center"/>
          </w:tcPr>
          <w:p w14:paraId="561F12E1" w14:textId="77777777" w:rsidR="008B5324" w:rsidRPr="00D70064" w:rsidRDefault="004351F6">
            <w:pPr>
              <w:spacing w:after="0"/>
            </w:pPr>
            <w:r w:rsidRPr="00D70064">
              <w:rPr>
                <w:sz w:val="14"/>
              </w:rPr>
              <w:t>0.272 (0.248-0.297)</w:t>
            </w:r>
          </w:p>
        </w:tc>
      </w:tr>
      <w:tr w:rsidR="008B5324" w:rsidRPr="00D70064" w14:paraId="5B30C53B"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5FE9DDF4"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29F4D533" w14:textId="77777777" w:rsidR="008B5324" w:rsidRPr="00D70064" w:rsidRDefault="004351F6">
            <w:pPr>
              <w:spacing w:after="0"/>
            </w:pPr>
            <w:r w:rsidRPr="00D70064">
              <w:rPr>
                <w:sz w:val="14"/>
              </w:rPr>
              <w:t>7</w:t>
            </w:r>
          </w:p>
        </w:tc>
        <w:tc>
          <w:tcPr>
            <w:tcW w:w="1560" w:type="dxa"/>
            <w:tcBorders>
              <w:top w:val="nil"/>
              <w:left w:val="nil"/>
              <w:bottom w:val="nil"/>
              <w:right w:val="nil"/>
            </w:tcBorders>
            <w:tcMar>
              <w:top w:w="80" w:type="dxa"/>
              <w:left w:w="120" w:type="dxa"/>
              <w:bottom w:w="80" w:type="dxa"/>
              <w:right w:w="120" w:type="dxa"/>
            </w:tcMar>
            <w:vAlign w:val="center"/>
          </w:tcPr>
          <w:p w14:paraId="30A3D8A0" w14:textId="77777777" w:rsidR="008B5324" w:rsidRPr="00D70064" w:rsidRDefault="004351F6">
            <w:pPr>
              <w:spacing w:after="0"/>
            </w:pPr>
            <w:r w:rsidRPr="00D70064">
              <w:rPr>
                <w:sz w:val="14"/>
              </w:rPr>
              <w:t>1251</w:t>
            </w:r>
          </w:p>
        </w:tc>
        <w:tc>
          <w:tcPr>
            <w:tcW w:w="1560" w:type="dxa"/>
            <w:tcBorders>
              <w:top w:val="nil"/>
              <w:left w:val="nil"/>
              <w:bottom w:val="nil"/>
              <w:right w:val="nil"/>
            </w:tcBorders>
            <w:tcMar>
              <w:top w:w="80" w:type="dxa"/>
              <w:left w:w="120" w:type="dxa"/>
              <w:bottom w:w="80" w:type="dxa"/>
              <w:right w:w="120" w:type="dxa"/>
            </w:tcMar>
            <w:vAlign w:val="center"/>
          </w:tcPr>
          <w:p w14:paraId="18BA3676" w14:textId="77777777" w:rsidR="008B5324" w:rsidRPr="00D70064" w:rsidRDefault="004351F6">
            <w:pPr>
              <w:spacing w:after="0"/>
            </w:pPr>
            <w:r w:rsidRPr="00D70064">
              <w:rPr>
                <w:sz w:val="14"/>
              </w:rPr>
              <w:t>404</w:t>
            </w:r>
          </w:p>
        </w:tc>
        <w:tc>
          <w:tcPr>
            <w:tcW w:w="1560" w:type="dxa"/>
            <w:tcBorders>
              <w:top w:val="nil"/>
              <w:left w:val="nil"/>
              <w:bottom w:val="nil"/>
              <w:right w:val="nil"/>
            </w:tcBorders>
            <w:tcMar>
              <w:top w:w="80" w:type="dxa"/>
              <w:left w:w="120" w:type="dxa"/>
              <w:bottom w:w="80" w:type="dxa"/>
              <w:right w:w="120" w:type="dxa"/>
            </w:tcMar>
            <w:vAlign w:val="center"/>
          </w:tcPr>
          <w:p w14:paraId="3AC81985" w14:textId="77777777" w:rsidR="008B5324" w:rsidRPr="00D70064" w:rsidRDefault="004351F6">
            <w:pPr>
              <w:spacing w:after="0"/>
            </w:pPr>
            <w:r w:rsidRPr="00D70064">
              <w:rPr>
                <w:sz w:val="14"/>
              </w:rPr>
              <w:t>0.333</w:t>
            </w:r>
          </w:p>
        </w:tc>
        <w:tc>
          <w:tcPr>
            <w:tcW w:w="1560" w:type="dxa"/>
            <w:tcBorders>
              <w:top w:val="nil"/>
              <w:left w:val="nil"/>
              <w:bottom w:val="nil"/>
              <w:right w:val="nil"/>
            </w:tcBorders>
            <w:tcMar>
              <w:top w:w="80" w:type="dxa"/>
              <w:left w:w="120" w:type="dxa"/>
              <w:bottom w:w="80" w:type="dxa"/>
              <w:right w:w="120" w:type="dxa"/>
            </w:tcMar>
            <w:vAlign w:val="center"/>
          </w:tcPr>
          <w:p w14:paraId="2987D630" w14:textId="77777777" w:rsidR="008B5324" w:rsidRPr="00D70064" w:rsidRDefault="004351F6">
            <w:pPr>
              <w:spacing w:after="0"/>
            </w:pPr>
            <w:r w:rsidRPr="00D70064">
              <w:rPr>
                <w:sz w:val="14"/>
              </w:rPr>
              <w:t>0.323 (0.298-0.349)</w:t>
            </w:r>
          </w:p>
        </w:tc>
      </w:tr>
      <w:tr w:rsidR="008B5324" w:rsidRPr="00D70064" w14:paraId="16DFF6C1"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790B4172"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3FDAAA86" w14:textId="77777777" w:rsidR="008B5324" w:rsidRPr="00D70064" w:rsidRDefault="004351F6">
            <w:pPr>
              <w:spacing w:after="0"/>
            </w:pPr>
            <w:r w:rsidRPr="00D70064">
              <w:rPr>
                <w:sz w:val="14"/>
              </w:rPr>
              <w:t>8</w:t>
            </w:r>
          </w:p>
        </w:tc>
        <w:tc>
          <w:tcPr>
            <w:tcW w:w="1560" w:type="dxa"/>
            <w:tcBorders>
              <w:top w:val="nil"/>
              <w:left w:val="nil"/>
              <w:bottom w:val="nil"/>
              <w:right w:val="nil"/>
            </w:tcBorders>
            <w:tcMar>
              <w:top w:w="80" w:type="dxa"/>
              <w:left w:w="120" w:type="dxa"/>
              <w:bottom w:w="80" w:type="dxa"/>
              <w:right w:w="120" w:type="dxa"/>
            </w:tcMar>
            <w:vAlign w:val="center"/>
          </w:tcPr>
          <w:p w14:paraId="42CCB71D" w14:textId="77777777" w:rsidR="008B5324" w:rsidRPr="00D70064" w:rsidRDefault="004351F6">
            <w:pPr>
              <w:spacing w:after="0"/>
            </w:pPr>
            <w:r w:rsidRPr="00D70064">
              <w:rPr>
                <w:sz w:val="14"/>
              </w:rPr>
              <w:t>1250</w:t>
            </w:r>
          </w:p>
        </w:tc>
        <w:tc>
          <w:tcPr>
            <w:tcW w:w="1560" w:type="dxa"/>
            <w:tcBorders>
              <w:top w:val="nil"/>
              <w:left w:val="nil"/>
              <w:bottom w:val="nil"/>
              <w:right w:val="nil"/>
            </w:tcBorders>
            <w:tcMar>
              <w:top w:w="80" w:type="dxa"/>
              <w:left w:w="120" w:type="dxa"/>
              <w:bottom w:w="80" w:type="dxa"/>
              <w:right w:w="120" w:type="dxa"/>
            </w:tcMar>
            <w:vAlign w:val="center"/>
          </w:tcPr>
          <w:p w14:paraId="4299A49C" w14:textId="77777777" w:rsidR="008B5324" w:rsidRPr="00D70064" w:rsidRDefault="004351F6">
            <w:pPr>
              <w:spacing w:after="0"/>
            </w:pPr>
            <w:r w:rsidRPr="00D70064">
              <w:rPr>
                <w:sz w:val="14"/>
              </w:rPr>
              <w:t>490</w:t>
            </w:r>
          </w:p>
        </w:tc>
        <w:tc>
          <w:tcPr>
            <w:tcW w:w="1560" w:type="dxa"/>
            <w:tcBorders>
              <w:top w:val="nil"/>
              <w:left w:val="nil"/>
              <w:bottom w:val="nil"/>
              <w:right w:val="nil"/>
            </w:tcBorders>
            <w:tcMar>
              <w:top w:w="80" w:type="dxa"/>
              <w:left w:w="120" w:type="dxa"/>
              <w:bottom w:w="80" w:type="dxa"/>
              <w:right w:w="120" w:type="dxa"/>
            </w:tcMar>
            <w:vAlign w:val="center"/>
          </w:tcPr>
          <w:p w14:paraId="1B4CBCAE" w14:textId="77777777" w:rsidR="008B5324" w:rsidRPr="00D70064" w:rsidRDefault="004351F6">
            <w:pPr>
              <w:spacing w:after="0"/>
            </w:pPr>
            <w:r w:rsidRPr="00D70064">
              <w:rPr>
                <w:sz w:val="14"/>
              </w:rPr>
              <w:t>0.387</w:t>
            </w:r>
          </w:p>
        </w:tc>
        <w:tc>
          <w:tcPr>
            <w:tcW w:w="1560" w:type="dxa"/>
            <w:tcBorders>
              <w:top w:val="nil"/>
              <w:left w:val="nil"/>
              <w:bottom w:val="nil"/>
              <w:right w:val="nil"/>
            </w:tcBorders>
            <w:tcMar>
              <w:top w:w="80" w:type="dxa"/>
              <w:left w:w="120" w:type="dxa"/>
              <w:bottom w:w="80" w:type="dxa"/>
              <w:right w:w="120" w:type="dxa"/>
            </w:tcMar>
            <w:vAlign w:val="center"/>
          </w:tcPr>
          <w:p w14:paraId="69EF280A" w14:textId="77777777" w:rsidR="008B5324" w:rsidRPr="00D70064" w:rsidRDefault="004351F6">
            <w:pPr>
              <w:spacing w:after="0"/>
            </w:pPr>
            <w:r w:rsidRPr="00D70064">
              <w:rPr>
                <w:sz w:val="14"/>
              </w:rPr>
              <w:t>0.392 (0.365-0.419)</w:t>
            </w:r>
          </w:p>
        </w:tc>
      </w:tr>
      <w:tr w:rsidR="008B5324" w:rsidRPr="00D70064" w14:paraId="1BDE02A3"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290A0BE7"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017762D5" w14:textId="77777777" w:rsidR="008B5324" w:rsidRPr="00D70064" w:rsidRDefault="004351F6">
            <w:pPr>
              <w:spacing w:after="0"/>
            </w:pPr>
            <w:r w:rsidRPr="00D70064">
              <w:rPr>
                <w:sz w:val="14"/>
              </w:rPr>
              <w:t>9</w:t>
            </w:r>
          </w:p>
        </w:tc>
        <w:tc>
          <w:tcPr>
            <w:tcW w:w="1560" w:type="dxa"/>
            <w:tcBorders>
              <w:top w:val="nil"/>
              <w:left w:val="nil"/>
              <w:bottom w:val="nil"/>
              <w:right w:val="nil"/>
            </w:tcBorders>
            <w:tcMar>
              <w:top w:w="80" w:type="dxa"/>
              <w:left w:w="120" w:type="dxa"/>
              <w:bottom w:w="80" w:type="dxa"/>
              <w:right w:w="120" w:type="dxa"/>
            </w:tcMar>
            <w:vAlign w:val="center"/>
          </w:tcPr>
          <w:p w14:paraId="5C17248C" w14:textId="77777777" w:rsidR="008B5324" w:rsidRPr="00D70064" w:rsidRDefault="004351F6">
            <w:pPr>
              <w:spacing w:after="0"/>
            </w:pPr>
            <w:r w:rsidRPr="00D70064">
              <w:rPr>
                <w:sz w:val="14"/>
              </w:rPr>
              <w:t>1251</w:t>
            </w:r>
          </w:p>
        </w:tc>
        <w:tc>
          <w:tcPr>
            <w:tcW w:w="1560" w:type="dxa"/>
            <w:tcBorders>
              <w:top w:val="nil"/>
              <w:left w:val="nil"/>
              <w:bottom w:val="nil"/>
              <w:right w:val="nil"/>
            </w:tcBorders>
            <w:tcMar>
              <w:top w:w="80" w:type="dxa"/>
              <w:left w:w="120" w:type="dxa"/>
              <w:bottom w:w="80" w:type="dxa"/>
              <w:right w:w="120" w:type="dxa"/>
            </w:tcMar>
            <w:vAlign w:val="center"/>
          </w:tcPr>
          <w:p w14:paraId="7EE1FE47" w14:textId="77777777" w:rsidR="008B5324" w:rsidRPr="00D70064" w:rsidRDefault="004351F6">
            <w:pPr>
              <w:spacing w:after="0"/>
            </w:pPr>
            <w:r w:rsidRPr="00D70064">
              <w:rPr>
                <w:sz w:val="14"/>
              </w:rPr>
              <w:t>656</w:t>
            </w:r>
          </w:p>
        </w:tc>
        <w:tc>
          <w:tcPr>
            <w:tcW w:w="1560" w:type="dxa"/>
            <w:tcBorders>
              <w:top w:val="nil"/>
              <w:left w:val="nil"/>
              <w:bottom w:val="nil"/>
              <w:right w:val="nil"/>
            </w:tcBorders>
            <w:tcMar>
              <w:top w:w="80" w:type="dxa"/>
              <w:left w:w="120" w:type="dxa"/>
              <w:bottom w:w="80" w:type="dxa"/>
              <w:right w:w="120" w:type="dxa"/>
            </w:tcMar>
            <w:vAlign w:val="center"/>
          </w:tcPr>
          <w:p w14:paraId="3EE4D2EB" w14:textId="77777777" w:rsidR="008B5324" w:rsidRPr="00D70064" w:rsidRDefault="004351F6">
            <w:pPr>
              <w:spacing w:after="0"/>
            </w:pPr>
            <w:r w:rsidRPr="00D70064">
              <w:rPr>
                <w:sz w:val="14"/>
              </w:rPr>
              <w:t>0.473</w:t>
            </w:r>
          </w:p>
        </w:tc>
        <w:tc>
          <w:tcPr>
            <w:tcW w:w="1560" w:type="dxa"/>
            <w:tcBorders>
              <w:top w:val="nil"/>
              <w:left w:val="nil"/>
              <w:bottom w:val="nil"/>
              <w:right w:val="nil"/>
            </w:tcBorders>
            <w:tcMar>
              <w:top w:w="80" w:type="dxa"/>
              <w:left w:w="120" w:type="dxa"/>
              <w:bottom w:w="80" w:type="dxa"/>
              <w:right w:w="120" w:type="dxa"/>
            </w:tcMar>
            <w:vAlign w:val="center"/>
          </w:tcPr>
          <w:p w14:paraId="6B7C5537" w14:textId="77777777" w:rsidR="008B5324" w:rsidRPr="00D70064" w:rsidRDefault="004351F6">
            <w:pPr>
              <w:spacing w:after="0"/>
            </w:pPr>
            <w:r w:rsidRPr="00D70064">
              <w:rPr>
                <w:sz w:val="14"/>
              </w:rPr>
              <w:t>0.524 (0.497-0.552)</w:t>
            </w:r>
          </w:p>
        </w:tc>
      </w:tr>
      <w:tr w:rsidR="008B5324" w:rsidRPr="00D70064" w14:paraId="0D1D61DF"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2F17F12C" w14:textId="77777777" w:rsidR="008B5324" w:rsidRPr="00D70064" w:rsidRDefault="004351F6">
            <w:pPr>
              <w:spacing w:after="0"/>
            </w:pPr>
            <w:r w:rsidRPr="00D70064">
              <w:rPr>
                <w:sz w:val="14"/>
              </w:rPr>
              <w:t>eICU external validation</w:t>
            </w:r>
          </w:p>
        </w:tc>
        <w:tc>
          <w:tcPr>
            <w:tcW w:w="1560" w:type="dxa"/>
            <w:tcBorders>
              <w:top w:val="nil"/>
              <w:left w:val="nil"/>
              <w:bottom w:val="nil"/>
              <w:right w:val="nil"/>
            </w:tcBorders>
            <w:tcMar>
              <w:top w:w="80" w:type="dxa"/>
              <w:left w:w="120" w:type="dxa"/>
              <w:bottom w:w="80" w:type="dxa"/>
              <w:right w:w="120" w:type="dxa"/>
            </w:tcMar>
            <w:vAlign w:val="center"/>
          </w:tcPr>
          <w:p w14:paraId="448BE32D" w14:textId="77777777" w:rsidR="008B5324" w:rsidRPr="00D70064" w:rsidRDefault="004351F6">
            <w:pPr>
              <w:spacing w:after="0"/>
            </w:pPr>
            <w:r w:rsidRPr="00D70064">
              <w:rPr>
                <w:sz w:val="14"/>
              </w:rPr>
              <w:t>10</w:t>
            </w:r>
          </w:p>
        </w:tc>
        <w:tc>
          <w:tcPr>
            <w:tcW w:w="1560" w:type="dxa"/>
            <w:tcBorders>
              <w:top w:val="nil"/>
              <w:left w:val="nil"/>
              <w:bottom w:val="nil"/>
              <w:right w:val="nil"/>
            </w:tcBorders>
            <w:tcMar>
              <w:top w:w="80" w:type="dxa"/>
              <w:left w:w="120" w:type="dxa"/>
              <w:bottom w:w="80" w:type="dxa"/>
              <w:right w:w="120" w:type="dxa"/>
            </w:tcMar>
            <w:vAlign w:val="center"/>
          </w:tcPr>
          <w:p w14:paraId="4597060C" w14:textId="77777777" w:rsidR="008B5324" w:rsidRPr="00D70064" w:rsidRDefault="004351F6">
            <w:pPr>
              <w:spacing w:after="0"/>
            </w:pPr>
            <w:r w:rsidRPr="00D70064">
              <w:rPr>
                <w:sz w:val="14"/>
              </w:rPr>
              <w:t>1251</w:t>
            </w:r>
          </w:p>
        </w:tc>
        <w:tc>
          <w:tcPr>
            <w:tcW w:w="1560" w:type="dxa"/>
            <w:tcBorders>
              <w:top w:val="nil"/>
              <w:left w:val="nil"/>
              <w:bottom w:val="nil"/>
              <w:right w:val="nil"/>
            </w:tcBorders>
            <w:tcMar>
              <w:top w:w="80" w:type="dxa"/>
              <w:left w:w="120" w:type="dxa"/>
              <w:bottom w:w="80" w:type="dxa"/>
              <w:right w:w="120" w:type="dxa"/>
            </w:tcMar>
            <w:vAlign w:val="center"/>
          </w:tcPr>
          <w:p w14:paraId="4DCFC5E3" w14:textId="77777777" w:rsidR="008B5324" w:rsidRPr="00D70064" w:rsidRDefault="004351F6">
            <w:pPr>
              <w:spacing w:after="0"/>
            </w:pPr>
            <w:r w:rsidRPr="00D70064">
              <w:rPr>
                <w:sz w:val="14"/>
              </w:rPr>
              <w:t>919</w:t>
            </w:r>
          </w:p>
        </w:tc>
        <w:tc>
          <w:tcPr>
            <w:tcW w:w="1560" w:type="dxa"/>
            <w:tcBorders>
              <w:top w:val="nil"/>
              <w:left w:val="nil"/>
              <w:bottom w:val="nil"/>
              <w:right w:val="nil"/>
            </w:tcBorders>
            <w:tcMar>
              <w:top w:w="80" w:type="dxa"/>
              <w:left w:w="120" w:type="dxa"/>
              <w:bottom w:w="80" w:type="dxa"/>
              <w:right w:w="120" w:type="dxa"/>
            </w:tcMar>
            <w:vAlign w:val="center"/>
          </w:tcPr>
          <w:p w14:paraId="36E772E7" w14:textId="77777777" w:rsidR="008B5324" w:rsidRPr="00D70064" w:rsidRDefault="004351F6">
            <w:pPr>
              <w:spacing w:after="0"/>
            </w:pPr>
            <w:r w:rsidRPr="00D70064">
              <w:rPr>
                <w:sz w:val="14"/>
              </w:rPr>
              <w:t>0.690</w:t>
            </w:r>
          </w:p>
        </w:tc>
        <w:tc>
          <w:tcPr>
            <w:tcW w:w="1560" w:type="dxa"/>
            <w:tcBorders>
              <w:top w:val="nil"/>
              <w:left w:val="nil"/>
              <w:bottom w:val="nil"/>
              <w:right w:val="nil"/>
            </w:tcBorders>
            <w:tcMar>
              <w:top w:w="80" w:type="dxa"/>
              <w:left w:w="120" w:type="dxa"/>
              <w:bottom w:w="80" w:type="dxa"/>
              <w:right w:w="120" w:type="dxa"/>
            </w:tcMar>
            <w:vAlign w:val="center"/>
          </w:tcPr>
          <w:p w14:paraId="682FCECC" w14:textId="77777777" w:rsidR="008B5324" w:rsidRPr="00D70064" w:rsidRDefault="004351F6">
            <w:pPr>
              <w:spacing w:after="0"/>
            </w:pPr>
            <w:r w:rsidRPr="00D70064">
              <w:rPr>
                <w:sz w:val="14"/>
              </w:rPr>
              <w:t>0.735 (0.709-0.758)</w:t>
            </w:r>
          </w:p>
        </w:tc>
      </w:tr>
      <w:tr w:rsidR="008B5324" w:rsidRPr="00D70064" w14:paraId="414654A8"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3B4061DB" w14:textId="77777777" w:rsidR="008B5324" w:rsidRPr="00D70064" w:rsidRDefault="004351F6">
            <w:pPr>
              <w:spacing w:after="0"/>
            </w:pPr>
            <w:r w:rsidRPr="00D70064">
              <w:rPr>
                <w:sz w:val="14"/>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2FF6F117" w14:textId="77777777" w:rsidR="008B5324" w:rsidRPr="00D70064" w:rsidRDefault="004351F6">
            <w:pPr>
              <w:spacing w:after="0"/>
            </w:pPr>
            <w:r w:rsidRPr="00D70064">
              <w:rPr>
                <w:sz w:val="14"/>
              </w:rPr>
              <w:t>1</w:t>
            </w:r>
          </w:p>
        </w:tc>
        <w:tc>
          <w:tcPr>
            <w:tcW w:w="1560" w:type="dxa"/>
            <w:tcBorders>
              <w:top w:val="nil"/>
              <w:left w:val="nil"/>
              <w:bottom w:val="nil"/>
              <w:right w:val="nil"/>
            </w:tcBorders>
            <w:tcMar>
              <w:top w:w="80" w:type="dxa"/>
              <w:left w:w="120" w:type="dxa"/>
              <w:bottom w:w="80" w:type="dxa"/>
              <w:right w:w="120" w:type="dxa"/>
            </w:tcMar>
            <w:vAlign w:val="center"/>
          </w:tcPr>
          <w:p w14:paraId="2F8BD3BA" w14:textId="77777777" w:rsidR="008B5324" w:rsidRPr="00D70064" w:rsidRDefault="004351F6">
            <w:pPr>
              <w:spacing w:after="0"/>
            </w:pPr>
            <w:r w:rsidRPr="00D70064">
              <w:rPr>
                <w:sz w:val="14"/>
              </w:rPr>
              <w:t>35</w:t>
            </w:r>
          </w:p>
        </w:tc>
        <w:tc>
          <w:tcPr>
            <w:tcW w:w="1560" w:type="dxa"/>
            <w:tcBorders>
              <w:top w:val="nil"/>
              <w:left w:val="nil"/>
              <w:bottom w:val="nil"/>
              <w:right w:val="nil"/>
            </w:tcBorders>
            <w:tcMar>
              <w:top w:w="80" w:type="dxa"/>
              <w:left w:w="120" w:type="dxa"/>
              <w:bottom w:w="80" w:type="dxa"/>
              <w:right w:w="120" w:type="dxa"/>
            </w:tcMar>
            <w:vAlign w:val="center"/>
          </w:tcPr>
          <w:p w14:paraId="22464E47" w14:textId="77777777" w:rsidR="008B5324" w:rsidRPr="00D70064" w:rsidRDefault="004351F6">
            <w:pPr>
              <w:spacing w:after="0"/>
            </w:pPr>
            <w:r w:rsidRPr="00D70064">
              <w:rPr>
                <w:sz w:val="14"/>
              </w:rPr>
              <w:t>2</w:t>
            </w:r>
          </w:p>
        </w:tc>
        <w:tc>
          <w:tcPr>
            <w:tcW w:w="1560" w:type="dxa"/>
            <w:tcBorders>
              <w:top w:val="nil"/>
              <w:left w:val="nil"/>
              <w:bottom w:val="nil"/>
              <w:right w:val="nil"/>
            </w:tcBorders>
            <w:tcMar>
              <w:top w:w="80" w:type="dxa"/>
              <w:left w:w="120" w:type="dxa"/>
              <w:bottom w:w="80" w:type="dxa"/>
              <w:right w:w="120" w:type="dxa"/>
            </w:tcMar>
            <w:vAlign w:val="center"/>
          </w:tcPr>
          <w:p w14:paraId="7E35CD1C" w14:textId="77777777" w:rsidR="008B5324" w:rsidRPr="00D70064" w:rsidRDefault="004351F6">
            <w:pPr>
              <w:spacing w:after="0"/>
            </w:pPr>
            <w:r w:rsidRPr="00D70064">
              <w:rPr>
                <w:sz w:val="14"/>
              </w:rPr>
              <w:t>0.103</w:t>
            </w:r>
          </w:p>
        </w:tc>
        <w:tc>
          <w:tcPr>
            <w:tcW w:w="1560" w:type="dxa"/>
            <w:tcBorders>
              <w:top w:val="nil"/>
              <w:left w:val="nil"/>
              <w:bottom w:val="nil"/>
              <w:right w:val="nil"/>
            </w:tcBorders>
            <w:tcMar>
              <w:top w:w="80" w:type="dxa"/>
              <w:left w:w="120" w:type="dxa"/>
              <w:bottom w:w="80" w:type="dxa"/>
              <w:right w:w="120" w:type="dxa"/>
            </w:tcMar>
            <w:vAlign w:val="center"/>
          </w:tcPr>
          <w:p w14:paraId="710AAAC6" w14:textId="77777777" w:rsidR="008B5324" w:rsidRPr="00D70064" w:rsidRDefault="004351F6">
            <w:pPr>
              <w:spacing w:after="0"/>
            </w:pPr>
            <w:r w:rsidRPr="00D70064">
              <w:rPr>
                <w:sz w:val="14"/>
              </w:rPr>
              <w:t>0.057 (0.016-0.186)</w:t>
            </w:r>
          </w:p>
        </w:tc>
      </w:tr>
      <w:tr w:rsidR="008B5324" w:rsidRPr="00D70064" w14:paraId="41431AB2"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22A8C12" w14:textId="77777777" w:rsidR="008B5324" w:rsidRPr="00D70064" w:rsidRDefault="004351F6">
            <w:pPr>
              <w:spacing w:after="0"/>
            </w:pPr>
            <w:r w:rsidRPr="00D70064">
              <w:rPr>
                <w:sz w:val="14"/>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754C5C9D" w14:textId="77777777" w:rsidR="008B5324" w:rsidRPr="00D70064" w:rsidRDefault="004351F6">
            <w:pPr>
              <w:spacing w:after="0"/>
            </w:pPr>
            <w:r w:rsidRPr="00D70064">
              <w:rPr>
                <w:sz w:val="14"/>
              </w:rPr>
              <w:t>2</w:t>
            </w:r>
          </w:p>
        </w:tc>
        <w:tc>
          <w:tcPr>
            <w:tcW w:w="1560" w:type="dxa"/>
            <w:tcBorders>
              <w:top w:val="nil"/>
              <w:left w:val="nil"/>
              <w:bottom w:val="nil"/>
              <w:right w:val="nil"/>
            </w:tcBorders>
            <w:tcMar>
              <w:top w:w="80" w:type="dxa"/>
              <w:left w:w="120" w:type="dxa"/>
              <w:bottom w:w="80" w:type="dxa"/>
              <w:right w:w="120" w:type="dxa"/>
            </w:tcMar>
            <w:vAlign w:val="center"/>
          </w:tcPr>
          <w:p w14:paraId="0D89D738" w14:textId="77777777" w:rsidR="008B5324" w:rsidRPr="00D70064" w:rsidRDefault="004351F6">
            <w:pPr>
              <w:spacing w:after="0"/>
            </w:pPr>
            <w:r w:rsidRPr="00D70064">
              <w:rPr>
                <w:sz w:val="14"/>
              </w:rPr>
              <w:t>35</w:t>
            </w:r>
          </w:p>
        </w:tc>
        <w:tc>
          <w:tcPr>
            <w:tcW w:w="1560" w:type="dxa"/>
            <w:tcBorders>
              <w:top w:val="nil"/>
              <w:left w:val="nil"/>
              <w:bottom w:val="nil"/>
              <w:right w:val="nil"/>
            </w:tcBorders>
            <w:tcMar>
              <w:top w:w="80" w:type="dxa"/>
              <w:left w:w="120" w:type="dxa"/>
              <w:bottom w:w="80" w:type="dxa"/>
              <w:right w:w="120" w:type="dxa"/>
            </w:tcMar>
            <w:vAlign w:val="center"/>
          </w:tcPr>
          <w:p w14:paraId="7C122D45" w14:textId="77777777" w:rsidR="008B5324" w:rsidRPr="00D70064" w:rsidRDefault="004351F6">
            <w:pPr>
              <w:spacing w:after="0"/>
            </w:pPr>
            <w:r w:rsidRPr="00D70064">
              <w:rPr>
                <w:sz w:val="14"/>
              </w:rPr>
              <w:t>5</w:t>
            </w:r>
          </w:p>
        </w:tc>
        <w:tc>
          <w:tcPr>
            <w:tcW w:w="1560" w:type="dxa"/>
            <w:tcBorders>
              <w:top w:val="nil"/>
              <w:left w:val="nil"/>
              <w:bottom w:val="nil"/>
              <w:right w:val="nil"/>
            </w:tcBorders>
            <w:tcMar>
              <w:top w:w="80" w:type="dxa"/>
              <w:left w:w="120" w:type="dxa"/>
              <w:bottom w:w="80" w:type="dxa"/>
              <w:right w:w="120" w:type="dxa"/>
            </w:tcMar>
            <w:vAlign w:val="center"/>
          </w:tcPr>
          <w:p w14:paraId="605FBD88" w14:textId="77777777" w:rsidR="008B5324" w:rsidRPr="00D70064" w:rsidRDefault="004351F6">
            <w:pPr>
              <w:spacing w:after="0"/>
            </w:pPr>
            <w:r w:rsidRPr="00D70064">
              <w:rPr>
                <w:sz w:val="14"/>
              </w:rPr>
              <w:t>0.154</w:t>
            </w:r>
          </w:p>
        </w:tc>
        <w:tc>
          <w:tcPr>
            <w:tcW w:w="1560" w:type="dxa"/>
            <w:tcBorders>
              <w:top w:val="nil"/>
              <w:left w:val="nil"/>
              <w:bottom w:val="nil"/>
              <w:right w:val="nil"/>
            </w:tcBorders>
            <w:tcMar>
              <w:top w:w="80" w:type="dxa"/>
              <w:left w:w="120" w:type="dxa"/>
              <w:bottom w:w="80" w:type="dxa"/>
              <w:right w:w="120" w:type="dxa"/>
            </w:tcMar>
            <w:vAlign w:val="center"/>
          </w:tcPr>
          <w:p w14:paraId="53F6E1D9" w14:textId="77777777" w:rsidR="008B5324" w:rsidRPr="00D70064" w:rsidRDefault="004351F6">
            <w:pPr>
              <w:spacing w:after="0"/>
            </w:pPr>
            <w:r w:rsidRPr="00D70064">
              <w:rPr>
                <w:sz w:val="14"/>
              </w:rPr>
              <w:t>0.143 (0.063-0.294)</w:t>
            </w:r>
          </w:p>
        </w:tc>
      </w:tr>
      <w:tr w:rsidR="008B5324" w:rsidRPr="00D70064" w14:paraId="7C329E62"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466408D6" w14:textId="77777777" w:rsidR="008B5324" w:rsidRPr="00D70064" w:rsidRDefault="004351F6">
            <w:pPr>
              <w:spacing w:after="0"/>
            </w:pPr>
            <w:r w:rsidRPr="00D70064">
              <w:rPr>
                <w:sz w:val="14"/>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06B3E259" w14:textId="77777777" w:rsidR="008B5324" w:rsidRPr="00D70064" w:rsidRDefault="004351F6">
            <w:pPr>
              <w:spacing w:after="0"/>
            </w:pPr>
            <w:r w:rsidRPr="00D70064">
              <w:rPr>
                <w:sz w:val="14"/>
              </w:rPr>
              <w:t>3</w:t>
            </w:r>
          </w:p>
        </w:tc>
        <w:tc>
          <w:tcPr>
            <w:tcW w:w="1560" w:type="dxa"/>
            <w:tcBorders>
              <w:top w:val="nil"/>
              <w:left w:val="nil"/>
              <w:bottom w:val="nil"/>
              <w:right w:val="nil"/>
            </w:tcBorders>
            <w:tcMar>
              <w:top w:w="80" w:type="dxa"/>
              <w:left w:w="120" w:type="dxa"/>
              <w:bottom w:w="80" w:type="dxa"/>
              <w:right w:w="120" w:type="dxa"/>
            </w:tcMar>
            <w:vAlign w:val="center"/>
          </w:tcPr>
          <w:p w14:paraId="3DFF1353" w14:textId="77777777" w:rsidR="008B5324" w:rsidRPr="00D70064" w:rsidRDefault="004351F6">
            <w:pPr>
              <w:spacing w:after="0"/>
            </w:pPr>
            <w:r w:rsidRPr="00D70064">
              <w:rPr>
                <w:sz w:val="14"/>
              </w:rPr>
              <w:t>34</w:t>
            </w:r>
          </w:p>
        </w:tc>
        <w:tc>
          <w:tcPr>
            <w:tcW w:w="1560" w:type="dxa"/>
            <w:tcBorders>
              <w:top w:val="nil"/>
              <w:left w:val="nil"/>
              <w:bottom w:val="nil"/>
              <w:right w:val="nil"/>
            </w:tcBorders>
            <w:tcMar>
              <w:top w:w="80" w:type="dxa"/>
              <w:left w:w="120" w:type="dxa"/>
              <w:bottom w:w="80" w:type="dxa"/>
              <w:right w:w="120" w:type="dxa"/>
            </w:tcMar>
            <w:vAlign w:val="center"/>
          </w:tcPr>
          <w:p w14:paraId="7D952A52" w14:textId="77777777" w:rsidR="008B5324" w:rsidRPr="00D70064" w:rsidRDefault="004351F6">
            <w:pPr>
              <w:spacing w:after="0"/>
            </w:pPr>
            <w:r w:rsidRPr="00D70064">
              <w:rPr>
                <w:sz w:val="14"/>
              </w:rPr>
              <w:t>2</w:t>
            </w:r>
          </w:p>
        </w:tc>
        <w:tc>
          <w:tcPr>
            <w:tcW w:w="1560" w:type="dxa"/>
            <w:tcBorders>
              <w:top w:val="nil"/>
              <w:left w:val="nil"/>
              <w:bottom w:val="nil"/>
              <w:right w:val="nil"/>
            </w:tcBorders>
            <w:tcMar>
              <w:top w:w="80" w:type="dxa"/>
              <w:left w:w="120" w:type="dxa"/>
              <w:bottom w:w="80" w:type="dxa"/>
              <w:right w:w="120" w:type="dxa"/>
            </w:tcMar>
            <w:vAlign w:val="center"/>
          </w:tcPr>
          <w:p w14:paraId="5E857D74" w14:textId="77777777" w:rsidR="008B5324" w:rsidRPr="00D70064" w:rsidRDefault="004351F6">
            <w:pPr>
              <w:spacing w:after="0"/>
            </w:pPr>
            <w:r w:rsidRPr="00D70064">
              <w:rPr>
                <w:sz w:val="14"/>
              </w:rPr>
              <w:t>0.188</w:t>
            </w:r>
          </w:p>
        </w:tc>
        <w:tc>
          <w:tcPr>
            <w:tcW w:w="1560" w:type="dxa"/>
            <w:tcBorders>
              <w:top w:val="nil"/>
              <w:left w:val="nil"/>
              <w:bottom w:val="nil"/>
              <w:right w:val="nil"/>
            </w:tcBorders>
            <w:tcMar>
              <w:top w:w="80" w:type="dxa"/>
              <w:left w:w="120" w:type="dxa"/>
              <w:bottom w:w="80" w:type="dxa"/>
              <w:right w:w="120" w:type="dxa"/>
            </w:tcMar>
            <w:vAlign w:val="center"/>
          </w:tcPr>
          <w:p w14:paraId="422ABA1C" w14:textId="77777777" w:rsidR="008B5324" w:rsidRPr="00D70064" w:rsidRDefault="004351F6">
            <w:pPr>
              <w:spacing w:after="0"/>
            </w:pPr>
            <w:r w:rsidRPr="00D70064">
              <w:rPr>
                <w:sz w:val="14"/>
              </w:rPr>
              <w:t>0.059 (0.016-0.191)</w:t>
            </w:r>
          </w:p>
        </w:tc>
      </w:tr>
      <w:tr w:rsidR="008B5324" w:rsidRPr="00D70064" w14:paraId="650EB42C"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3CF30A1E" w14:textId="77777777" w:rsidR="008B5324" w:rsidRPr="00D70064" w:rsidRDefault="004351F6">
            <w:pPr>
              <w:spacing w:after="0"/>
            </w:pPr>
            <w:r w:rsidRPr="00D70064">
              <w:rPr>
                <w:sz w:val="14"/>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52D7E5C2" w14:textId="77777777" w:rsidR="008B5324" w:rsidRPr="00D70064" w:rsidRDefault="004351F6">
            <w:pPr>
              <w:spacing w:after="0"/>
            </w:pPr>
            <w:r w:rsidRPr="00D70064">
              <w:rPr>
                <w:sz w:val="14"/>
              </w:rPr>
              <w:t>4</w:t>
            </w:r>
          </w:p>
        </w:tc>
        <w:tc>
          <w:tcPr>
            <w:tcW w:w="1560" w:type="dxa"/>
            <w:tcBorders>
              <w:top w:val="nil"/>
              <w:left w:val="nil"/>
              <w:bottom w:val="nil"/>
              <w:right w:val="nil"/>
            </w:tcBorders>
            <w:tcMar>
              <w:top w:w="80" w:type="dxa"/>
              <w:left w:w="120" w:type="dxa"/>
              <w:bottom w:w="80" w:type="dxa"/>
              <w:right w:w="120" w:type="dxa"/>
            </w:tcMar>
            <w:vAlign w:val="center"/>
          </w:tcPr>
          <w:p w14:paraId="3F961A8B" w14:textId="77777777" w:rsidR="008B5324" w:rsidRPr="00D70064" w:rsidRDefault="004351F6">
            <w:pPr>
              <w:spacing w:after="0"/>
            </w:pPr>
            <w:r w:rsidRPr="00D70064">
              <w:rPr>
                <w:sz w:val="14"/>
              </w:rPr>
              <w:t>35</w:t>
            </w:r>
          </w:p>
        </w:tc>
        <w:tc>
          <w:tcPr>
            <w:tcW w:w="1560" w:type="dxa"/>
            <w:tcBorders>
              <w:top w:val="nil"/>
              <w:left w:val="nil"/>
              <w:bottom w:val="nil"/>
              <w:right w:val="nil"/>
            </w:tcBorders>
            <w:tcMar>
              <w:top w:w="80" w:type="dxa"/>
              <w:left w:w="120" w:type="dxa"/>
              <w:bottom w:w="80" w:type="dxa"/>
              <w:right w:w="120" w:type="dxa"/>
            </w:tcMar>
            <w:vAlign w:val="center"/>
          </w:tcPr>
          <w:p w14:paraId="7C8522E1" w14:textId="77777777" w:rsidR="008B5324" w:rsidRPr="00D70064" w:rsidRDefault="004351F6">
            <w:pPr>
              <w:spacing w:after="0"/>
            </w:pPr>
            <w:r w:rsidRPr="00D70064">
              <w:rPr>
                <w:sz w:val="14"/>
              </w:rPr>
              <w:t>9</w:t>
            </w:r>
          </w:p>
        </w:tc>
        <w:tc>
          <w:tcPr>
            <w:tcW w:w="1560" w:type="dxa"/>
            <w:tcBorders>
              <w:top w:val="nil"/>
              <w:left w:val="nil"/>
              <w:bottom w:val="nil"/>
              <w:right w:val="nil"/>
            </w:tcBorders>
            <w:tcMar>
              <w:top w:w="80" w:type="dxa"/>
              <w:left w:w="120" w:type="dxa"/>
              <w:bottom w:w="80" w:type="dxa"/>
              <w:right w:w="120" w:type="dxa"/>
            </w:tcMar>
            <w:vAlign w:val="center"/>
          </w:tcPr>
          <w:p w14:paraId="1A981085" w14:textId="77777777" w:rsidR="008B5324" w:rsidRPr="00D70064" w:rsidRDefault="004351F6">
            <w:pPr>
              <w:spacing w:after="0"/>
            </w:pPr>
            <w:r w:rsidRPr="00D70064">
              <w:rPr>
                <w:sz w:val="14"/>
              </w:rPr>
              <w:t>0.222</w:t>
            </w:r>
          </w:p>
        </w:tc>
        <w:tc>
          <w:tcPr>
            <w:tcW w:w="1560" w:type="dxa"/>
            <w:tcBorders>
              <w:top w:val="nil"/>
              <w:left w:val="nil"/>
              <w:bottom w:val="nil"/>
              <w:right w:val="nil"/>
            </w:tcBorders>
            <w:tcMar>
              <w:top w:w="80" w:type="dxa"/>
              <w:left w:w="120" w:type="dxa"/>
              <w:bottom w:w="80" w:type="dxa"/>
              <w:right w:w="120" w:type="dxa"/>
            </w:tcMar>
            <w:vAlign w:val="center"/>
          </w:tcPr>
          <w:p w14:paraId="56BE7EAE" w14:textId="77777777" w:rsidR="008B5324" w:rsidRPr="00D70064" w:rsidRDefault="004351F6">
            <w:pPr>
              <w:spacing w:after="0"/>
            </w:pPr>
            <w:r w:rsidRPr="00D70064">
              <w:rPr>
                <w:sz w:val="14"/>
              </w:rPr>
              <w:t>0.257 (0.142-0.421)</w:t>
            </w:r>
          </w:p>
        </w:tc>
      </w:tr>
      <w:tr w:rsidR="008B5324" w:rsidRPr="00D70064" w14:paraId="280D2940"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0022E975" w14:textId="77777777" w:rsidR="008B5324" w:rsidRPr="00D70064" w:rsidRDefault="004351F6">
            <w:pPr>
              <w:spacing w:after="0"/>
            </w:pPr>
            <w:r w:rsidRPr="00D70064">
              <w:rPr>
                <w:sz w:val="14"/>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5662EF71" w14:textId="77777777" w:rsidR="008B5324" w:rsidRPr="00D70064" w:rsidRDefault="004351F6">
            <w:pPr>
              <w:spacing w:after="0"/>
            </w:pPr>
            <w:r w:rsidRPr="00D70064">
              <w:rPr>
                <w:sz w:val="14"/>
              </w:rPr>
              <w:t>5</w:t>
            </w:r>
          </w:p>
        </w:tc>
        <w:tc>
          <w:tcPr>
            <w:tcW w:w="1560" w:type="dxa"/>
            <w:tcBorders>
              <w:top w:val="nil"/>
              <w:left w:val="nil"/>
              <w:bottom w:val="nil"/>
              <w:right w:val="nil"/>
            </w:tcBorders>
            <w:tcMar>
              <w:top w:w="80" w:type="dxa"/>
              <w:left w:w="120" w:type="dxa"/>
              <w:bottom w:w="80" w:type="dxa"/>
              <w:right w:w="120" w:type="dxa"/>
            </w:tcMar>
            <w:vAlign w:val="center"/>
          </w:tcPr>
          <w:p w14:paraId="2C8895E6" w14:textId="77777777" w:rsidR="008B5324" w:rsidRPr="00D70064" w:rsidRDefault="004351F6">
            <w:pPr>
              <w:spacing w:after="0"/>
            </w:pPr>
            <w:r w:rsidRPr="00D70064">
              <w:rPr>
                <w:sz w:val="14"/>
              </w:rPr>
              <w:t>35</w:t>
            </w:r>
          </w:p>
        </w:tc>
        <w:tc>
          <w:tcPr>
            <w:tcW w:w="1560" w:type="dxa"/>
            <w:tcBorders>
              <w:top w:val="nil"/>
              <w:left w:val="nil"/>
              <w:bottom w:val="nil"/>
              <w:right w:val="nil"/>
            </w:tcBorders>
            <w:tcMar>
              <w:top w:w="80" w:type="dxa"/>
              <w:left w:w="120" w:type="dxa"/>
              <w:bottom w:w="80" w:type="dxa"/>
              <w:right w:w="120" w:type="dxa"/>
            </w:tcMar>
            <w:vAlign w:val="center"/>
          </w:tcPr>
          <w:p w14:paraId="0EEB643C" w14:textId="77777777" w:rsidR="008B5324" w:rsidRPr="00D70064" w:rsidRDefault="004351F6">
            <w:pPr>
              <w:spacing w:after="0"/>
            </w:pPr>
            <w:r w:rsidRPr="00D70064">
              <w:rPr>
                <w:sz w:val="14"/>
              </w:rPr>
              <w:t>8</w:t>
            </w:r>
          </w:p>
        </w:tc>
        <w:tc>
          <w:tcPr>
            <w:tcW w:w="1560" w:type="dxa"/>
            <w:tcBorders>
              <w:top w:val="nil"/>
              <w:left w:val="nil"/>
              <w:bottom w:val="nil"/>
              <w:right w:val="nil"/>
            </w:tcBorders>
            <w:tcMar>
              <w:top w:w="80" w:type="dxa"/>
              <w:left w:w="120" w:type="dxa"/>
              <w:bottom w:w="80" w:type="dxa"/>
              <w:right w:w="120" w:type="dxa"/>
            </w:tcMar>
            <w:vAlign w:val="center"/>
          </w:tcPr>
          <w:p w14:paraId="777116CE" w14:textId="77777777" w:rsidR="008B5324" w:rsidRPr="00D70064" w:rsidRDefault="004351F6">
            <w:pPr>
              <w:spacing w:after="0"/>
            </w:pPr>
            <w:r w:rsidRPr="00D70064">
              <w:rPr>
                <w:sz w:val="14"/>
              </w:rPr>
              <w:t>0.265</w:t>
            </w:r>
          </w:p>
        </w:tc>
        <w:tc>
          <w:tcPr>
            <w:tcW w:w="1560" w:type="dxa"/>
            <w:tcBorders>
              <w:top w:val="nil"/>
              <w:left w:val="nil"/>
              <w:bottom w:val="nil"/>
              <w:right w:val="nil"/>
            </w:tcBorders>
            <w:tcMar>
              <w:top w:w="80" w:type="dxa"/>
              <w:left w:w="120" w:type="dxa"/>
              <w:bottom w:w="80" w:type="dxa"/>
              <w:right w:w="120" w:type="dxa"/>
            </w:tcMar>
            <w:vAlign w:val="center"/>
          </w:tcPr>
          <w:p w14:paraId="4884C1D7" w14:textId="77777777" w:rsidR="008B5324" w:rsidRPr="00D70064" w:rsidRDefault="004351F6">
            <w:pPr>
              <w:spacing w:after="0"/>
            </w:pPr>
            <w:r w:rsidRPr="00D70064">
              <w:rPr>
                <w:sz w:val="14"/>
              </w:rPr>
              <w:t>0.229 (0.121-0.390)</w:t>
            </w:r>
          </w:p>
        </w:tc>
      </w:tr>
      <w:tr w:rsidR="008B5324" w:rsidRPr="00D70064" w14:paraId="1520C925"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1BF4556B" w14:textId="77777777" w:rsidR="008B5324" w:rsidRPr="00D70064" w:rsidRDefault="004351F6">
            <w:pPr>
              <w:spacing w:after="0"/>
            </w:pPr>
            <w:r w:rsidRPr="00D70064">
              <w:rPr>
                <w:sz w:val="14"/>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077DA332" w14:textId="77777777" w:rsidR="008B5324" w:rsidRPr="00D70064" w:rsidRDefault="004351F6">
            <w:pPr>
              <w:spacing w:after="0"/>
            </w:pPr>
            <w:r w:rsidRPr="00D70064">
              <w:rPr>
                <w:sz w:val="14"/>
              </w:rPr>
              <w:t>6</w:t>
            </w:r>
          </w:p>
        </w:tc>
        <w:tc>
          <w:tcPr>
            <w:tcW w:w="1560" w:type="dxa"/>
            <w:tcBorders>
              <w:top w:val="nil"/>
              <w:left w:val="nil"/>
              <w:bottom w:val="nil"/>
              <w:right w:val="nil"/>
            </w:tcBorders>
            <w:tcMar>
              <w:top w:w="80" w:type="dxa"/>
              <w:left w:w="120" w:type="dxa"/>
              <w:bottom w:w="80" w:type="dxa"/>
              <w:right w:w="120" w:type="dxa"/>
            </w:tcMar>
            <w:vAlign w:val="center"/>
          </w:tcPr>
          <w:p w14:paraId="79EA66EA" w14:textId="77777777" w:rsidR="008B5324" w:rsidRPr="00D70064" w:rsidRDefault="004351F6">
            <w:pPr>
              <w:spacing w:after="0"/>
            </w:pPr>
            <w:r w:rsidRPr="00D70064">
              <w:rPr>
                <w:sz w:val="14"/>
              </w:rPr>
              <w:t>34</w:t>
            </w:r>
          </w:p>
        </w:tc>
        <w:tc>
          <w:tcPr>
            <w:tcW w:w="1560" w:type="dxa"/>
            <w:tcBorders>
              <w:top w:val="nil"/>
              <w:left w:val="nil"/>
              <w:bottom w:val="nil"/>
              <w:right w:val="nil"/>
            </w:tcBorders>
            <w:tcMar>
              <w:top w:w="80" w:type="dxa"/>
              <w:left w:w="120" w:type="dxa"/>
              <w:bottom w:w="80" w:type="dxa"/>
              <w:right w:w="120" w:type="dxa"/>
            </w:tcMar>
            <w:vAlign w:val="center"/>
          </w:tcPr>
          <w:p w14:paraId="307B103A" w14:textId="77777777" w:rsidR="008B5324" w:rsidRPr="00D70064" w:rsidRDefault="004351F6">
            <w:pPr>
              <w:spacing w:after="0"/>
            </w:pPr>
            <w:r w:rsidRPr="00D70064">
              <w:rPr>
                <w:sz w:val="14"/>
              </w:rPr>
              <w:t>16</w:t>
            </w:r>
          </w:p>
        </w:tc>
        <w:tc>
          <w:tcPr>
            <w:tcW w:w="1560" w:type="dxa"/>
            <w:tcBorders>
              <w:top w:val="nil"/>
              <w:left w:val="nil"/>
              <w:bottom w:val="nil"/>
              <w:right w:val="nil"/>
            </w:tcBorders>
            <w:tcMar>
              <w:top w:w="80" w:type="dxa"/>
              <w:left w:w="120" w:type="dxa"/>
              <w:bottom w:w="80" w:type="dxa"/>
              <w:right w:w="120" w:type="dxa"/>
            </w:tcMar>
            <w:vAlign w:val="center"/>
          </w:tcPr>
          <w:p w14:paraId="7C2A463A" w14:textId="77777777" w:rsidR="008B5324" w:rsidRPr="00D70064" w:rsidRDefault="004351F6">
            <w:pPr>
              <w:spacing w:after="0"/>
            </w:pPr>
            <w:r w:rsidRPr="00D70064">
              <w:rPr>
                <w:sz w:val="14"/>
              </w:rPr>
              <w:t>0.302</w:t>
            </w:r>
          </w:p>
        </w:tc>
        <w:tc>
          <w:tcPr>
            <w:tcW w:w="1560" w:type="dxa"/>
            <w:tcBorders>
              <w:top w:val="nil"/>
              <w:left w:val="nil"/>
              <w:bottom w:val="nil"/>
              <w:right w:val="nil"/>
            </w:tcBorders>
            <w:tcMar>
              <w:top w:w="80" w:type="dxa"/>
              <w:left w:w="120" w:type="dxa"/>
              <w:bottom w:w="80" w:type="dxa"/>
              <w:right w:w="120" w:type="dxa"/>
            </w:tcMar>
            <w:vAlign w:val="center"/>
          </w:tcPr>
          <w:p w14:paraId="7CD51202" w14:textId="77777777" w:rsidR="008B5324" w:rsidRPr="00D70064" w:rsidRDefault="004351F6">
            <w:pPr>
              <w:spacing w:after="0"/>
            </w:pPr>
            <w:r w:rsidRPr="00D70064">
              <w:rPr>
                <w:sz w:val="14"/>
              </w:rPr>
              <w:t>0.471 (0.315-0.633)</w:t>
            </w:r>
          </w:p>
        </w:tc>
      </w:tr>
      <w:tr w:rsidR="008B5324" w:rsidRPr="00D70064" w14:paraId="54C8971A"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25D15201" w14:textId="77777777" w:rsidR="008B5324" w:rsidRPr="00D70064" w:rsidRDefault="004351F6">
            <w:pPr>
              <w:spacing w:after="0"/>
            </w:pPr>
            <w:r w:rsidRPr="00D70064">
              <w:rPr>
                <w:sz w:val="14"/>
              </w:rPr>
              <w:lastRenderedPageBreak/>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6A43C7BA" w14:textId="77777777" w:rsidR="008B5324" w:rsidRPr="00D70064" w:rsidRDefault="004351F6">
            <w:pPr>
              <w:spacing w:after="0"/>
            </w:pPr>
            <w:r w:rsidRPr="00D70064">
              <w:rPr>
                <w:sz w:val="14"/>
              </w:rPr>
              <w:t>7</w:t>
            </w:r>
          </w:p>
        </w:tc>
        <w:tc>
          <w:tcPr>
            <w:tcW w:w="1560" w:type="dxa"/>
            <w:tcBorders>
              <w:top w:val="nil"/>
              <w:left w:val="nil"/>
              <w:bottom w:val="nil"/>
              <w:right w:val="nil"/>
            </w:tcBorders>
            <w:tcMar>
              <w:top w:w="80" w:type="dxa"/>
              <w:left w:w="120" w:type="dxa"/>
              <w:bottom w:w="80" w:type="dxa"/>
              <w:right w:w="120" w:type="dxa"/>
            </w:tcMar>
            <w:vAlign w:val="center"/>
          </w:tcPr>
          <w:p w14:paraId="455222D5" w14:textId="77777777" w:rsidR="008B5324" w:rsidRPr="00D70064" w:rsidRDefault="004351F6">
            <w:pPr>
              <w:spacing w:after="0"/>
            </w:pPr>
            <w:r w:rsidRPr="00D70064">
              <w:rPr>
                <w:sz w:val="14"/>
              </w:rPr>
              <w:t>35</w:t>
            </w:r>
          </w:p>
        </w:tc>
        <w:tc>
          <w:tcPr>
            <w:tcW w:w="1560" w:type="dxa"/>
            <w:tcBorders>
              <w:top w:val="nil"/>
              <w:left w:val="nil"/>
              <w:bottom w:val="nil"/>
              <w:right w:val="nil"/>
            </w:tcBorders>
            <w:tcMar>
              <w:top w:w="80" w:type="dxa"/>
              <w:left w:w="120" w:type="dxa"/>
              <w:bottom w:w="80" w:type="dxa"/>
              <w:right w:w="120" w:type="dxa"/>
            </w:tcMar>
            <w:vAlign w:val="center"/>
          </w:tcPr>
          <w:p w14:paraId="7B0F0D4F" w14:textId="77777777" w:rsidR="008B5324" w:rsidRPr="00D70064" w:rsidRDefault="004351F6">
            <w:pPr>
              <w:spacing w:after="0"/>
            </w:pPr>
            <w:r w:rsidRPr="00D70064">
              <w:rPr>
                <w:sz w:val="14"/>
              </w:rPr>
              <w:t>13</w:t>
            </w:r>
          </w:p>
        </w:tc>
        <w:tc>
          <w:tcPr>
            <w:tcW w:w="1560" w:type="dxa"/>
            <w:tcBorders>
              <w:top w:val="nil"/>
              <w:left w:val="nil"/>
              <w:bottom w:val="nil"/>
              <w:right w:val="nil"/>
            </w:tcBorders>
            <w:tcMar>
              <w:top w:w="80" w:type="dxa"/>
              <w:left w:w="120" w:type="dxa"/>
              <w:bottom w:w="80" w:type="dxa"/>
              <w:right w:w="120" w:type="dxa"/>
            </w:tcMar>
            <w:vAlign w:val="center"/>
          </w:tcPr>
          <w:p w14:paraId="0B7E77EE" w14:textId="77777777" w:rsidR="008B5324" w:rsidRPr="00D70064" w:rsidRDefault="004351F6">
            <w:pPr>
              <w:spacing w:after="0"/>
            </w:pPr>
            <w:r w:rsidRPr="00D70064">
              <w:rPr>
                <w:sz w:val="14"/>
              </w:rPr>
              <w:t>0.343</w:t>
            </w:r>
          </w:p>
        </w:tc>
        <w:tc>
          <w:tcPr>
            <w:tcW w:w="1560" w:type="dxa"/>
            <w:tcBorders>
              <w:top w:val="nil"/>
              <w:left w:val="nil"/>
              <w:bottom w:val="nil"/>
              <w:right w:val="nil"/>
            </w:tcBorders>
            <w:tcMar>
              <w:top w:w="80" w:type="dxa"/>
              <w:left w:w="120" w:type="dxa"/>
              <w:bottom w:w="80" w:type="dxa"/>
              <w:right w:w="120" w:type="dxa"/>
            </w:tcMar>
            <w:vAlign w:val="center"/>
          </w:tcPr>
          <w:p w14:paraId="0DCB8C0D" w14:textId="77777777" w:rsidR="008B5324" w:rsidRPr="00D70064" w:rsidRDefault="004351F6">
            <w:pPr>
              <w:spacing w:after="0"/>
            </w:pPr>
            <w:r w:rsidRPr="00D70064">
              <w:rPr>
                <w:sz w:val="14"/>
              </w:rPr>
              <w:t>0.371 (0.232-0.537)</w:t>
            </w:r>
          </w:p>
        </w:tc>
      </w:tr>
      <w:tr w:rsidR="008B5324" w:rsidRPr="00D70064" w14:paraId="1DB2E212"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2E59AC1E" w14:textId="77777777" w:rsidR="008B5324" w:rsidRPr="00D70064" w:rsidRDefault="004351F6">
            <w:pPr>
              <w:spacing w:after="0"/>
            </w:pPr>
            <w:r w:rsidRPr="00D70064">
              <w:rPr>
                <w:sz w:val="14"/>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412CD569" w14:textId="77777777" w:rsidR="008B5324" w:rsidRPr="00D70064" w:rsidRDefault="004351F6">
            <w:pPr>
              <w:spacing w:after="0"/>
            </w:pPr>
            <w:r w:rsidRPr="00D70064">
              <w:rPr>
                <w:sz w:val="14"/>
              </w:rPr>
              <w:t>8</w:t>
            </w:r>
          </w:p>
        </w:tc>
        <w:tc>
          <w:tcPr>
            <w:tcW w:w="1560" w:type="dxa"/>
            <w:tcBorders>
              <w:top w:val="nil"/>
              <w:left w:val="nil"/>
              <w:bottom w:val="nil"/>
              <w:right w:val="nil"/>
            </w:tcBorders>
            <w:tcMar>
              <w:top w:w="80" w:type="dxa"/>
              <w:left w:w="120" w:type="dxa"/>
              <w:bottom w:w="80" w:type="dxa"/>
              <w:right w:w="120" w:type="dxa"/>
            </w:tcMar>
            <w:vAlign w:val="center"/>
          </w:tcPr>
          <w:p w14:paraId="7004072A" w14:textId="77777777" w:rsidR="008B5324" w:rsidRPr="00D70064" w:rsidRDefault="004351F6">
            <w:pPr>
              <w:spacing w:after="0"/>
            </w:pPr>
            <w:r w:rsidRPr="00D70064">
              <w:rPr>
                <w:sz w:val="14"/>
              </w:rPr>
              <w:t>34</w:t>
            </w:r>
          </w:p>
        </w:tc>
        <w:tc>
          <w:tcPr>
            <w:tcW w:w="1560" w:type="dxa"/>
            <w:tcBorders>
              <w:top w:val="nil"/>
              <w:left w:val="nil"/>
              <w:bottom w:val="nil"/>
              <w:right w:val="nil"/>
            </w:tcBorders>
            <w:tcMar>
              <w:top w:w="80" w:type="dxa"/>
              <w:left w:w="120" w:type="dxa"/>
              <w:bottom w:w="80" w:type="dxa"/>
              <w:right w:w="120" w:type="dxa"/>
            </w:tcMar>
            <w:vAlign w:val="center"/>
          </w:tcPr>
          <w:p w14:paraId="6593D748" w14:textId="77777777" w:rsidR="008B5324" w:rsidRPr="00D70064" w:rsidRDefault="004351F6">
            <w:pPr>
              <w:spacing w:after="0"/>
            </w:pPr>
            <w:r w:rsidRPr="00D70064">
              <w:rPr>
                <w:sz w:val="14"/>
              </w:rPr>
              <w:t>17</w:t>
            </w:r>
          </w:p>
        </w:tc>
        <w:tc>
          <w:tcPr>
            <w:tcW w:w="1560" w:type="dxa"/>
            <w:tcBorders>
              <w:top w:val="nil"/>
              <w:left w:val="nil"/>
              <w:bottom w:val="nil"/>
              <w:right w:val="nil"/>
            </w:tcBorders>
            <w:tcMar>
              <w:top w:w="80" w:type="dxa"/>
              <w:left w:w="120" w:type="dxa"/>
              <w:bottom w:w="80" w:type="dxa"/>
              <w:right w:w="120" w:type="dxa"/>
            </w:tcMar>
            <w:vAlign w:val="center"/>
          </w:tcPr>
          <w:p w14:paraId="73B6DD43" w14:textId="77777777" w:rsidR="008B5324" w:rsidRPr="00D70064" w:rsidRDefault="004351F6">
            <w:pPr>
              <w:spacing w:after="0"/>
            </w:pPr>
            <w:r w:rsidRPr="00D70064">
              <w:rPr>
                <w:sz w:val="14"/>
              </w:rPr>
              <w:t>0.401</w:t>
            </w:r>
          </w:p>
        </w:tc>
        <w:tc>
          <w:tcPr>
            <w:tcW w:w="1560" w:type="dxa"/>
            <w:tcBorders>
              <w:top w:val="nil"/>
              <w:left w:val="nil"/>
              <w:bottom w:val="nil"/>
              <w:right w:val="nil"/>
            </w:tcBorders>
            <w:tcMar>
              <w:top w:w="80" w:type="dxa"/>
              <w:left w:w="120" w:type="dxa"/>
              <w:bottom w:w="80" w:type="dxa"/>
              <w:right w:w="120" w:type="dxa"/>
            </w:tcMar>
            <w:vAlign w:val="center"/>
          </w:tcPr>
          <w:p w14:paraId="49535A10" w14:textId="77777777" w:rsidR="008B5324" w:rsidRPr="00D70064" w:rsidRDefault="004351F6">
            <w:pPr>
              <w:spacing w:after="0"/>
            </w:pPr>
            <w:r w:rsidRPr="00D70064">
              <w:rPr>
                <w:sz w:val="14"/>
              </w:rPr>
              <w:t>0.500 (0.341-0.659)</w:t>
            </w:r>
          </w:p>
        </w:tc>
      </w:tr>
      <w:tr w:rsidR="008B5324" w:rsidRPr="00D70064" w14:paraId="1E94E079" w14:textId="77777777">
        <w:trPr>
          <w:jc w:val="center"/>
        </w:trPr>
        <w:tc>
          <w:tcPr>
            <w:tcW w:w="1560" w:type="dxa"/>
            <w:tcBorders>
              <w:top w:val="nil"/>
              <w:left w:val="nil"/>
              <w:bottom w:val="nil"/>
              <w:right w:val="nil"/>
            </w:tcBorders>
            <w:tcMar>
              <w:top w:w="80" w:type="dxa"/>
              <w:left w:w="120" w:type="dxa"/>
              <w:bottom w:w="80" w:type="dxa"/>
              <w:right w:w="120" w:type="dxa"/>
            </w:tcMar>
            <w:vAlign w:val="center"/>
          </w:tcPr>
          <w:p w14:paraId="7297803D" w14:textId="77777777" w:rsidR="008B5324" w:rsidRPr="00D70064" w:rsidRDefault="004351F6">
            <w:pPr>
              <w:spacing w:after="0"/>
            </w:pPr>
            <w:r w:rsidRPr="00D70064">
              <w:rPr>
                <w:sz w:val="14"/>
              </w:rPr>
              <w:t>Local clinical validation</w:t>
            </w:r>
          </w:p>
        </w:tc>
        <w:tc>
          <w:tcPr>
            <w:tcW w:w="1560" w:type="dxa"/>
            <w:tcBorders>
              <w:top w:val="nil"/>
              <w:left w:val="nil"/>
              <w:bottom w:val="nil"/>
              <w:right w:val="nil"/>
            </w:tcBorders>
            <w:tcMar>
              <w:top w:w="80" w:type="dxa"/>
              <w:left w:w="120" w:type="dxa"/>
              <w:bottom w:w="80" w:type="dxa"/>
              <w:right w:w="120" w:type="dxa"/>
            </w:tcMar>
            <w:vAlign w:val="center"/>
          </w:tcPr>
          <w:p w14:paraId="391F8ABD" w14:textId="77777777" w:rsidR="008B5324" w:rsidRPr="00D70064" w:rsidRDefault="004351F6">
            <w:pPr>
              <w:spacing w:after="0"/>
            </w:pPr>
            <w:r w:rsidRPr="00D70064">
              <w:rPr>
                <w:sz w:val="14"/>
              </w:rPr>
              <w:t>9</w:t>
            </w:r>
          </w:p>
        </w:tc>
        <w:tc>
          <w:tcPr>
            <w:tcW w:w="1560" w:type="dxa"/>
            <w:tcBorders>
              <w:top w:val="nil"/>
              <w:left w:val="nil"/>
              <w:bottom w:val="nil"/>
              <w:right w:val="nil"/>
            </w:tcBorders>
            <w:tcMar>
              <w:top w:w="80" w:type="dxa"/>
              <w:left w:w="120" w:type="dxa"/>
              <w:bottom w:w="80" w:type="dxa"/>
              <w:right w:w="120" w:type="dxa"/>
            </w:tcMar>
            <w:vAlign w:val="center"/>
          </w:tcPr>
          <w:p w14:paraId="0A1A41C4" w14:textId="77777777" w:rsidR="008B5324" w:rsidRPr="00D70064" w:rsidRDefault="004351F6">
            <w:pPr>
              <w:spacing w:after="0"/>
            </w:pPr>
            <w:r w:rsidRPr="00D70064">
              <w:rPr>
                <w:sz w:val="14"/>
              </w:rPr>
              <w:t>35</w:t>
            </w:r>
          </w:p>
        </w:tc>
        <w:tc>
          <w:tcPr>
            <w:tcW w:w="1560" w:type="dxa"/>
            <w:tcBorders>
              <w:top w:val="nil"/>
              <w:left w:val="nil"/>
              <w:bottom w:val="nil"/>
              <w:right w:val="nil"/>
            </w:tcBorders>
            <w:tcMar>
              <w:top w:w="80" w:type="dxa"/>
              <w:left w:w="120" w:type="dxa"/>
              <w:bottom w:w="80" w:type="dxa"/>
              <w:right w:w="120" w:type="dxa"/>
            </w:tcMar>
            <w:vAlign w:val="center"/>
          </w:tcPr>
          <w:p w14:paraId="2C59AC29" w14:textId="77777777" w:rsidR="008B5324" w:rsidRPr="00D70064" w:rsidRDefault="004351F6">
            <w:pPr>
              <w:spacing w:after="0"/>
            </w:pPr>
            <w:r w:rsidRPr="00D70064">
              <w:rPr>
                <w:sz w:val="14"/>
              </w:rPr>
              <w:t>16</w:t>
            </w:r>
          </w:p>
        </w:tc>
        <w:tc>
          <w:tcPr>
            <w:tcW w:w="1560" w:type="dxa"/>
            <w:tcBorders>
              <w:top w:val="nil"/>
              <w:left w:val="nil"/>
              <w:bottom w:val="nil"/>
              <w:right w:val="nil"/>
            </w:tcBorders>
            <w:tcMar>
              <w:top w:w="80" w:type="dxa"/>
              <w:left w:w="120" w:type="dxa"/>
              <w:bottom w:w="80" w:type="dxa"/>
              <w:right w:w="120" w:type="dxa"/>
            </w:tcMar>
            <w:vAlign w:val="center"/>
          </w:tcPr>
          <w:p w14:paraId="072E5DF7" w14:textId="77777777" w:rsidR="008B5324" w:rsidRPr="00D70064" w:rsidRDefault="004351F6">
            <w:pPr>
              <w:spacing w:after="0"/>
            </w:pPr>
            <w:r w:rsidRPr="00D70064">
              <w:rPr>
                <w:sz w:val="14"/>
              </w:rPr>
              <w:t>0.519</w:t>
            </w:r>
          </w:p>
        </w:tc>
        <w:tc>
          <w:tcPr>
            <w:tcW w:w="1560" w:type="dxa"/>
            <w:tcBorders>
              <w:top w:val="nil"/>
              <w:left w:val="nil"/>
              <w:bottom w:val="nil"/>
              <w:right w:val="nil"/>
            </w:tcBorders>
            <w:tcMar>
              <w:top w:w="80" w:type="dxa"/>
              <w:left w:w="120" w:type="dxa"/>
              <w:bottom w:w="80" w:type="dxa"/>
              <w:right w:w="120" w:type="dxa"/>
            </w:tcMar>
            <w:vAlign w:val="center"/>
          </w:tcPr>
          <w:p w14:paraId="18D781A2" w14:textId="77777777" w:rsidR="008B5324" w:rsidRPr="00D70064" w:rsidRDefault="004351F6">
            <w:pPr>
              <w:spacing w:after="0"/>
            </w:pPr>
            <w:r w:rsidRPr="00D70064">
              <w:rPr>
                <w:sz w:val="14"/>
              </w:rPr>
              <w:t>0.457 (0.305-0.618)</w:t>
            </w:r>
          </w:p>
        </w:tc>
      </w:tr>
      <w:tr w:rsidR="008B5324" w:rsidRPr="00D70064" w14:paraId="2E112BEB" w14:textId="77777777">
        <w:trPr>
          <w:jc w:val="center"/>
        </w:trPr>
        <w:tc>
          <w:tcPr>
            <w:tcW w:w="1560" w:type="dxa"/>
            <w:tcBorders>
              <w:top w:val="nil"/>
              <w:left w:val="nil"/>
              <w:bottom w:val="single" w:sz="12" w:space="0" w:color="000000"/>
              <w:right w:val="nil"/>
            </w:tcBorders>
            <w:tcMar>
              <w:top w:w="80" w:type="dxa"/>
              <w:left w:w="120" w:type="dxa"/>
              <w:bottom w:w="80" w:type="dxa"/>
              <w:right w:w="120" w:type="dxa"/>
            </w:tcMar>
            <w:vAlign w:val="center"/>
          </w:tcPr>
          <w:p w14:paraId="50743369" w14:textId="77777777" w:rsidR="008B5324" w:rsidRPr="00D70064" w:rsidRDefault="004351F6">
            <w:pPr>
              <w:spacing w:after="0"/>
            </w:pPr>
            <w:r w:rsidRPr="00D70064">
              <w:rPr>
                <w:sz w:val="14"/>
              </w:rPr>
              <w:t>Local clinical validation</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14E5187E" w14:textId="77777777" w:rsidR="008B5324" w:rsidRPr="00D70064" w:rsidRDefault="004351F6">
            <w:pPr>
              <w:spacing w:after="0"/>
            </w:pPr>
            <w:r w:rsidRPr="00D70064">
              <w:rPr>
                <w:sz w:val="14"/>
              </w:rPr>
              <w:t>10</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33E948FB" w14:textId="77777777" w:rsidR="008B5324" w:rsidRPr="00D70064" w:rsidRDefault="004351F6">
            <w:pPr>
              <w:spacing w:after="0"/>
            </w:pPr>
            <w:r w:rsidRPr="00D70064">
              <w:rPr>
                <w:sz w:val="14"/>
              </w:rPr>
              <w:t>35</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17A1894C" w14:textId="77777777" w:rsidR="008B5324" w:rsidRPr="00D70064" w:rsidRDefault="004351F6">
            <w:pPr>
              <w:spacing w:after="0"/>
            </w:pPr>
            <w:r w:rsidRPr="00D70064">
              <w:rPr>
                <w:sz w:val="14"/>
              </w:rPr>
              <w:t>25</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2B1CE05C" w14:textId="77777777" w:rsidR="008B5324" w:rsidRPr="00D70064" w:rsidRDefault="004351F6">
            <w:pPr>
              <w:spacing w:after="0"/>
            </w:pPr>
            <w:r w:rsidRPr="00D70064">
              <w:rPr>
                <w:sz w:val="14"/>
              </w:rPr>
              <w:t>0.756</w:t>
            </w:r>
          </w:p>
        </w:tc>
        <w:tc>
          <w:tcPr>
            <w:tcW w:w="1560" w:type="dxa"/>
            <w:tcBorders>
              <w:top w:val="nil"/>
              <w:left w:val="nil"/>
              <w:bottom w:val="single" w:sz="12" w:space="0" w:color="000000"/>
              <w:right w:val="nil"/>
            </w:tcBorders>
            <w:tcMar>
              <w:top w:w="80" w:type="dxa"/>
              <w:left w:w="120" w:type="dxa"/>
              <w:bottom w:w="80" w:type="dxa"/>
              <w:right w:w="120" w:type="dxa"/>
            </w:tcMar>
            <w:vAlign w:val="center"/>
          </w:tcPr>
          <w:p w14:paraId="0DD7E24C" w14:textId="77777777" w:rsidR="008B5324" w:rsidRPr="00D70064" w:rsidRDefault="004351F6">
            <w:pPr>
              <w:spacing w:after="0"/>
            </w:pPr>
            <w:r w:rsidRPr="00D70064">
              <w:rPr>
                <w:sz w:val="14"/>
              </w:rPr>
              <w:t>0.714 (0.549-0.837)</w:t>
            </w:r>
          </w:p>
        </w:tc>
      </w:tr>
    </w:tbl>
    <w:p w14:paraId="63CE9396" w14:textId="77777777" w:rsidR="008B5324" w:rsidRPr="00D70064" w:rsidRDefault="004351F6">
      <w:pPr>
        <w:spacing w:after="160"/>
      </w:pPr>
      <w:r w:rsidRPr="00D70064">
        <w:rPr>
          <w:sz w:val="18"/>
        </w:rPr>
        <w:t>Note: Predicted and observed risks are shown by decile. Observed event rate is shown with Wilson 95% confidence intervals.</w:t>
      </w:r>
    </w:p>
    <w:p w14:paraId="0700CAB2" w14:textId="77777777" w:rsidR="008B5324" w:rsidRPr="00D70064" w:rsidRDefault="004351F6">
      <w:r w:rsidRPr="00D70064">
        <w:br w:type="page"/>
      </w:r>
    </w:p>
    <w:p w14:paraId="446CC30A" w14:textId="77777777" w:rsidR="008B5324" w:rsidRPr="00D70064" w:rsidRDefault="004351F6">
      <w:pPr>
        <w:spacing w:before="160" w:after="80"/>
      </w:pPr>
      <w:r w:rsidRPr="00D70064">
        <w:rPr>
          <w:b/>
        </w:rPr>
        <w:lastRenderedPageBreak/>
        <w:t>Supplementary Table 3. Missingness of key predictors across cohorts.</w:t>
      </w:r>
    </w:p>
    <w:tbl>
      <w:tblPr>
        <w:tblW w:w="0" w:type="auto"/>
        <w:jc w:val="center"/>
        <w:tblLook w:val="04A0" w:firstRow="1" w:lastRow="0" w:firstColumn="1" w:lastColumn="0" w:noHBand="0" w:noVBand="1"/>
      </w:tblPr>
      <w:tblGrid>
        <w:gridCol w:w="2340"/>
        <w:gridCol w:w="2340"/>
        <w:gridCol w:w="2340"/>
        <w:gridCol w:w="2340"/>
      </w:tblGrid>
      <w:tr w:rsidR="008B5324" w:rsidRPr="00D70064" w14:paraId="11E1434A" w14:textId="77777777">
        <w:trPr>
          <w:jc w:val="center"/>
        </w:trPr>
        <w:tc>
          <w:tcPr>
            <w:tcW w:w="23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1B832F33" w14:textId="77777777" w:rsidR="008B5324" w:rsidRPr="00D70064" w:rsidRDefault="004351F6">
            <w:pPr>
              <w:spacing w:after="0"/>
            </w:pPr>
            <w:r w:rsidRPr="00D70064">
              <w:rPr>
                <w:b/>
                <w:sz w:val="14"/>
              </w:rPr>
              <w:t>Predictor</w:t>
            </w:r>
          </w:p>
        </w:tc>
        <w:tc>
          <w:tcPr>
            <w:tcW w:w="23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12B685D5" w14:textId="77777777" w:rsidR="008B5324" w:rsidRPr="00D70064" w:rsidRDefault="004351F6">
            <w:pPr>
              <w:spacing w:after="0"/>
            </w:pPr>
            <w:r w:rsidRPr="00D70064">
              <w:rPr>
                <w:b/>
                <w:sz w:val="14"/>
              </w:rPr>
              <w:t>MIMIC-IV missing, n (%)</w:t>
            </w:r>
          </w:p>
        </w:tc>
        <w:tc>
          <w:tcPr>
            <w:tcW w:w="23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7F38E8BC" w14:textId="77777777" w:rsidR="008B5324" w:rsidRPr="00D70064" w:rsidRDefault="004351F6">
            <w:pPr>
              <w:spacing w:after="0"/>
            </w:pPr>
            <w:r w:rsidRPr="00D70064">
              <w:rPr>
                <w:b/>
                <w:sz w:val="14"/>
              </w:rPr>
              <w:t>eICU missing, n (%)</w:t>
            </w:r>
          </w:p>
        </w:tc>
        <w:tc>
          <w:tcPr>
            <w:tcW w:w="2340"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45456284" w14:textId="77777777" w:rsidR="008B5324" w:rsidRPr="00D70064" w:rsidRDefault="004351F6">
            <w:pPr>
              <w:spacing w:after="0"/>
            </w:pPr>
            <w:r w:rsidRPr="00D70064">
              <w:rPr>
                <w:b/>
                <w:sz w:val="14"/>
              </w:rPr>
              <w:t>Local clinical validation missing, n (%)</w:t>
            </w:r>
          </w:p>
        </w:tc>
      </w:tr>
      <w:tr w:rsidR="008B5324" w:rsidRPr="00D70064" w14:paraId="49B58695"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09DF1F7D" w14:textId="77777777" w:rsidR="008B5324" w:rsidRPr="00D70064" w:rsidRDefault="004351F6">
            <w:pPr>
              <w:spacing w:after="0"/>
            </w:pPr>
            <w:r w:rsidRPr="00D70064">
              <w:rPr>
                <w:sz w:val="14"/>
              </w:rPr>
              <w:t>Age</w:t>
            </w:r>
          </w:p>
        </w:tc>
        <w:tc>
          <w:tcPr>
            <w:tcW w:w="2340" w:type="dxa"/>
            <w:tcBorders>
              <w:top w:val="nil"/>
              <w:left w:val="nil"/>
              <w:bottom w:val="nil"/>
              <w:right w:val="nil"/>
            </w:tcBorders>
            <w:tcMar>
              <w:top w:w="80" w:type="dxa"/>
              <w:left w:w="120" w:type="dxa"/>
              <w:bottom w:w="80" w:type="dxa"/>
              <w:right w:w="120" w:type="dxa"/>
            </w:tcMar>
            <w:vAlign w:val="center"/>
          </w:tcPr>
          <w:p w14:paraId="4FC7BB54"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3C6A52D8"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55F8ED54" w14:textId="77777777" w:rsidR="008B5324" w:rsidRPr="00D70064" w:rsidRDefault="004351F6">
            <w:pPr>
              <w:spacing w:after="0"/>
            </w:pPr>
            <w:r w:rsidRPr="00D70064">
              <w:rPr>
                <w:sz w:val="14"/>
              </w:rPr>
              <w:t>0 (0.0)</w:t>
            </w:r>
          </w:p>
        </w:tc>
      </w:tr>
      <w:tr w:rsidR="008B5324" w:rsidRPr="00D70064" w14:paraId="6B5D46B6"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53F8DE84" w14:textId="77777777" w:rsidR="008B5324" w:rsidRPr="00D70064" w:rsidRDefault="004351F6">
            <w:pPr>
              <w:spacing w:after="0"/>
            </w:pPr>
            <w:r w:rsidRPr="00D70064">
              <w:rPr>
                <w:sz w:val="14"/>
              </w:rPr>
              <w:t>Sex</w:t>
            </w:r>
          </w:p>
        </w:tc>
        <w:tc>
          <w:tcPr>
            <w:tcW w:w="2340" w:type="dxa"/>
            <w:tcBorders>
              <w:top w:val="nil"/>
              <w:left w:val="nil"/>
              <w:bottom w:val="nil"/>
              <w:right w:val="nil"/>
            </w:tcBorders>
            <w:tcMar>
              <w:top w:w="80" w:type="dxa"/>
              <w:left w:w="120" w:type="dxa"/>
              <w:bottom w:w="80" w:type="dxa"/>
              <w:right w:w="120" w:type="dxa"/>
            </w:tcMar>
            <w:vAlign w:val="center"/>
          </w:tcPr>
          <w:p w14:paraId="0D7D465F"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1A016AE1"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436DEE57" w14:textId="77777777" w:rsidR="008B5324" w:rsidRPr="00D70064" w:rsidRDefault="004351F6">
            <w:pPr>
              <w:spacing w:after="0"/>
            </w:pPr>
            <w:r w:rsidRPr="00D70064">
              <w:rPr>
                <w:sz w:val="14"/>
              </w:rPr>
              <w:t>0 (0.0)</w:t>
            </w:r>
          </w:p>
        </w:tc>
      </w:tr>
      <w:tr w:rsidR="008B5324" w:rsidRPr="00D70064" w14:paraId="485C8ED3"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746E9C6A" w14:textId="77777777" w:rsidR="008B5324" w:rsidRPr="00D70064" w:rsidRDefault="004351F6">
            <w:pPr>
              <w:spacing w:after="0"/>
            </w:pPr>
            <w:r w:rsidRPr="00D70064">
              <w:rPr>
                <w:sz w:val="14"/>
              </w:rPr>
              <w:t>Body mass index</w:t>
            </w:r>
          </w:p>
        </w:tc>
        <w:tc>
          <w:tcPr>
            <w:tcW w:w="2340" w:type="dxa"/>
            <w:tcBorders>
              <w:top w:val="nil"/>
              <w:left w:val="nil"/>
              <w:bottom w:val="nil"/>
              <w:right w:val="nil"/>
            </w:tcBorders>
            <w:tcMar>
              <w:top w:w="80" w:type="dxa"/>
              <w:left w:w="120" w:type="dxa"/>
              <w:bottom w:w="80" w:type="dxa"/>
              <w:right w:w="120" w:type="dxa"/>
            </w:tcMar>
            <w:vAlign w:val="center"/>
          </w:tcPr>
          <w:p w14:paraId="527388B7" w14:textId="77777777" w:rsidR="008B5324" w:rsidRPr="00D70064" w:rsidRDefault="004351F6">
            <w:pPr>
              <w:spacing w:after="0"/>
            </w:pPr>
            <w:r w:rsidRPr="00D70064">
              <w:rPr>
                <w:sz w:val="14"/>
              </w:rPr>
              <w:t>2026 (21.1)</w:t>
            </w:r>
          </w:p>
        </w:tc>
        <w:tc>
          <w:tcPr>
            <w:tcW w:w="2340" w:type="dxa"/>
            <w:tcBorders>
              <w:top w:val="nil"/>
              <w:left w:val="nil"/>
              <w:bottom w:val="nil"/>
              <w:right w:val="nil"/>
            </w:tcBorders>
            <w:tcMar>
              <w:top w:w="80" w:type="dxa"/>
              <w:left w:w="120" w:type="dxa"/>
              <w:bottom w:w="80" w:type="dxa"/>
              <w:right w:w="120" w:type="dxa"/>
            </w:tcMar>
            <w:vAlign w:val="center"/>
          </w:tcPr>
          <w:p w14:paraId="3550B836" w14:textId="77777777" w:rsidR="008B5324" w:rsidRPr="00D70064" w:rsidRDefault="004351F6">
            <w:pPr>
              <w:spacing w:after="0"/>
            </w:pPr>
            <w:r w:rsidRPr="00D70064">
              <w:rPr>
                <w:sz w:val="14"/>
              </w:rPr>
              <w:t>179 (1.4)</w:t>
            </w:r>
          </w:p>
        </w:tc>
        <w:tc>
          <w:tcPr>
            <w:tcW w:w="2340" w:type="dxa"/>
            <w:tcBorders>
              <w:top w:val="nil"/>
              <w:left w:val="nil"/>
              <w:bottom w:val="nil"/>
              <w:right w:val="nil"/>
            </w:tcBorders>
            <w:tcMar>
              <w:top w:w="80" w:type="dxa"/>
              <w:left w:w="120" w:type="dxa"/>
              <w:bottom w:w="80" w:type="dxa"/>
              <w:right w:w="120" w:type="dxa"/>
            </w:tcMar>
            <w:vAlign w:val="center"/>
          </w:tcPr>
          <w:p w14:paraId="74B7C063" w14:textId="77777777" w:rsidR="008B5324" w:rsidRPr="00D70064" w:rsidRDefault="004351F6">
            <w:pPr>
              <w:spacing w:after="0"/>
            </w:pPr>
            <w:r w:rsidRPr="00D70064">
              <w:rPr>
                <w:sz w:val="14"/>
              </w:rPr>
              <w:t>19 (5.5)</w:t>
            </w:r>
          </w:p>
        </w:tc>
      </w:tr>
      <w:tr w:rsidR="008B5324" w:rsidRPr="00D70064" w14:paraId="250FC95A"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21E00E0B" w14:textId="77777777" w:rsidR="008B5324" w:rsidRPr="00D70064" w:rsidRDefault="004351F6">
            <w:pPr>
              <w:spacing w:after="0"/>
            </w:pPr>
            <w:r w:rsidRPr="00D70064">
              <w:rPr>
                <w:sz w:val="14"/>
              </w:rPr>
              <w:t>COPD</w:t>
            </w:r>
          </w:p>
        </w:tc>
        <w:tc>
          <w:tcPr>
            <w:tcW w:w="2340" w:type="dxa"/>
            <w:tcBorders>
              <w:top w:val="nil"/>
              <w:left w:val="nil"/>
              <w:bottom w:val="nil"/>
              <w:right w:val="nil"/>
            </w:tcBorders>
            <w:tcMar>
              <w:top w:w="80" w:type="dxa"/>
              <w:left w:w="120" w:type="dxa"/>
              <w:bottom w:w="80" w:type="dxa"/>
              <w:right w:w="120" w:type="dxa"/>
            </w:tcMar>
            <w:vAlign w:val="center"/>
          </w:tcPr>
          <w:p w14:paraId="2B878A39"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09CE7877"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50F012D8" w14:textId="77777777" w:rsidR="008B5324" w:rsidRPr="00D70064" w:rsidRDefault="004351F6">
            <w:pPr>
              <w:spacing w:after="0"/>
            </w:pPr>
            <w:r w:rsidRPr="00D70064">
              <w:rPr>
                <w:sz w:val="14"/>
              </w:rPr>
              <w:t>0 (0.0)</w:t>
            </w:r>
          </w:p>
        </w:tc>
      </w:tr>
      <w:tr w:rsidR="008B5324" w:rsidRPr="00D70064" w14:paraId="75E36D6B"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69AC5636" w14:textId="77777777" w:rsidR="008B5324" w:rsidRPr="00D70064" w:rsidRDefault="004351F6">
            <w:pPr>
              <w:spacing w:after="0"/>
            </w:pPr>
            <w:r w:rsidRPr="00D70064">
              <w:rPr>
                <w:sz w:val="14"/>
              </w:rPr>
              <w:t>Heart failure</w:t>
            </w:r>
          </w:p>
        </w:tc>
        <w:tc>
          <w:tcPr>
            <w:tcW w:w="2340" w:type="dxa"/>
            <w:tcBorders>
              <w:top w:val="nil"/>
              <w:left w:val="nil"/>
              <w:bottom w:val="nil"/>
              <w:right w:val="nil"/>
            </w:tcBorders>
            <w:tcMar>
              <w:top w:w="80" w:type="dxa"/>
              <w:left w:w="120" w:type="dxa"/>
              <w:bottom w:w="80" w:type="dxa"/>
              <w:right w:w="120" w:type="dxa"/>
            </w:tcMar>
            <w:vAlign w:val="center"/>
          </w:tcPr>
          <w:p w14:paraId="137451A0"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706C3233"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01CECEE2" w14:textId="77777777" w:rsidR="008B5324" w:rsidRPr="00D70064" w:rsidRDefault="004351F6">
            <w:pPr>
              <w:spacing w:after="0"/>
            </w:pPr>
            <w:r w:rsidRPr="00D70064">
              <w:rPr>
                <w:sz w:val="14"/>
              </w:rPr>
              <w:t>0 (0.0)</w:t>
            </w:r>
          </w:p>
        </w:tc>
      </w:tr>
      <w:tr w:rsidR="008B5324" w:rsidRPr="00D70064" w14:paraId="02846A2E"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30E9A05B" w14:textId="77777777" w:rsidR="008B5324" w:rsidRPr="00D70064" w:rsidRDefault="004351F6">
            <w:pPr>
              <w:spacing w:after="0"/>
            </w:pPr>
            <w:r w:rsidRPr="00D70064">
              <w:rPr>
                <w:sz w:val="14"/>
              </w:rPr>
              <w:t>Kidney disease</w:t>
            </w:r>
          </w:p>
        </w:tc>
        <w:tc>
          <w:tcPr>
            <w:tcW w:w="2340" w:type="dxa"/>
            <w:tcBorders>
              <w:top w:val="nil"/>
              <w:left w:val="nil"/>
              <w:bottom w:val="nil"/>
              <w:right w:val="nil"/>
            </w:tcBorders>
            <w:tcMar>
              <w:top w:w="80" w:type="dxa"/>
              <w:left w:w="120" w:type="dxa"/>
              <w:bottom w:w="80" w:type="dxa"/>
              <w:right w:w="120" w:type="dxa"/>
            </w:tcMar>
            <w:vAlign w:val="center"/>
          </w:tcPr>
          <w:p w14:paraId="0DB97EA1"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203BA97A"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2BE16FA2" w14:textId="77777777" w:rsidR="008B5324" w:rsidRPr="00D70064" w:rsidRDefault="004351F6">
            <w:pPr>
              <w:spacing w:after="0"/>
            </w:pPr>
            <w:r w:rsidRPr="00D70064">
              <w:rPr>
                <w:sz w:val="14"/>
              </w:rPr>
              <w:t>0 (0.0)</w:t>
            </w:r>
          </w:p>
        </w:tc>
      </w:tr>
      <w:tr w:rsidR="008B5324" w:rsidRPr="00D70064" w14:paraId="5DF4D72F"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2CEA0F66" w14:textId="77777777" w:rsidR="008B5324" w:rsidRPr="00D70064" w:rsidRDefault="004351F6">
            <w:pPr>
              <w:spacing w:after="0"/>
            </w:pPr>
            <w:r w:rsidRPr="00D70064">
              <w:rPr>
                <w:sz w:val="14"/>
              </w:rPr>
              <w:t>Sepsis-3</w:t>
            </w:r>
          </w:p>
        </w:tc>
        <w:tc>
          <w:tcPr>
            <w:tcW w:w="2340" w:type="dxa"/>
            <w:tcBorders>
              <w:top w:val="nil"/>
              <w:left w:val="nil"/>
              <w:bottom w:val="nil"/>
              <w:right w:val="nil"/>
            </w:tcBorders>
            <w:tcMar>
              <w:top w:w="80" w:type="dxa"/>
              <w:left w:w="120" w:type="dxa"/>
              <w:bottom w:w="80" w:type="dxa"/>
              <w:right w:w="120" w:type="dxa"/>
            </w:tcMar>
            <w:vAlign w:val="center"/>
          </w:tcPr>
          <w:p w14:paraId="2A5D87BC" w14:textId="77777777" w:rsidR="008B5324" w:rsidRPr="00D70064" w:rsidRDefault="004351F6">
            <w:pPr>
              <w:spacing w:after="0"/>
            </w:pPr>
            <w:r w:rsidRPr="00D70064">
              <w:rPr>
                <w:sz w:val="14"/>
              </w:rPr>
              <w:t>1659 (17.3)</w:t>
            </w:r>
          </w:p>
        </w:tc>
        <w:tc>
          <w:tcPr>
            <w:tcW w:w="2340" w:type="dxa"/>
            <w:tcBorders>
              <w:top w:val="nil"/>
              <w:left w:val="nil"/>
              <w:bottom w:val="nil"/>
              <w:right w:val="nil"/>
            </w:tcBorders>
            <w:tcMar>
              <w:top w:w="80" w:type="dxa"/>
              <w:left w:w="120" w:type="dxa"/>
              <w:bottom w:w="80" w:type="dxa"/>
              <w:right w:w="120" w:type="dxa"/>
            </w:tcMar>
            <w:vAlign w:val="center"/>
          </w:tcPr>
          <w:p w14:paraId="612D134F"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194A99A4" w14:textId="77777777" w:rsidR="008B5324" w:rsidRPr="00D70064" w:rsidRDefault="004351F6">
            <w:pPr>
              <w:spacing w:after="0"/>
            </w:pPr>
            <w:r w:rsidRPr="00D70064">
              <w:rPr>
                <w:sz w:val="14"/>
              </w:rPr>
              <w:t>0 (0.0)</w:t>
            </w:r>
          </w:p>
        </w:tc>
      </w:tr>
      <w:tr w:rsidR="008B5324" w:rsidRPr="00D70064" w14:paraId="6832F90B"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14EFFF2B" w14:textId="77777777" w:rsidR="008B5324" w:rsidRPr="00D70064" w:rsidRDefault="004351F6">
            <w:pPr>
              <w:spacing w:after="0"/>
            </w:pPr>
            <w:r w:rsidRPr="00D70064">
              <w:rPr>
                <w:sz w:val="14"/>
              </w:rPr>
              <w:t>Mean FiO2 in first 24 h</w:t>
            </w:r>
          </w:p>
        </w:tc>
        <w:tc>
          <w:tcPr>
            <w:tcW w:w="2340" w:type="dxa"/>
            <w:tcBorders>
              <w:top w:val="nil"/>
              <w:left w:val="nil"/>
              <w:bottom w:val="nil"/>
              <w:right w:val="nil"/>
            </w:tcBorders>
            <w:tcMar>
              <w:top w:w="80" w:type="dxa"/>
              <w:left w:w="120" w:type="dxa"/>
              <w:bottom w:w="80" w:type="dxa"/>
              <w:right w:w="120" w:type="dxa"/>
            </w:tcMar>
            <w:vAlign w:val="center"/>
          </w:tcPr>
          <w:p w14:paraId="561CC6F9" w14:textId="77777777" w:rsidR="008B5324" w:rsidRPr="00D70064" w:rsidRDefault="004351F6">
            <w:pPr>
              <w:spacing w:after="0"/>
            </w:pPr>
            <w:r w:rsidRPr="00D70064">
              <w:rPr>
                <w:sz w:val="14"/>
              </w:rPr>
              <w:t>1 (0.0)</w:t>
            </w:r>
          </w:p>
        </w:tc>
        <w:tc>
          <w:tcPr>
            <w:tcW w:w="2340" w:type="dxa"/>
            <w:tcBorders>
              <w:top w:val="nil"/>
              <w:left w:val="nil"/>
              <w:bottom w:val="nil"/>
              <w:right w:val="nil"/>
            </w:tcBorders>
            <w:tcMar>
              <w:top w:w="80" w:type="dxa"/>
              <w:left w:w="120" w:type="dxa"/>
              <w:bottom w:w="80" w:type="dxa"/>
              <w:right w:w="120" w:type="dxa"/>
            </w:tcMar>
            <w:vAlign w:val="center"/>
          </w:tcPr>
          <w:p w14:paraId="290A1AB2" w14:textId="77777777" w:rsidR="008B5324" w:rsidRPr="00D70064" w:rsidRDefault="004351F6">
            <w:pPr>
              <w:spacing w:after="0"/>
            </w:pPr>
            <w:r w:rsidRPr="00D70064">
              <w:rPr>
                <w:sz w:val="14"/>
              </w:rPr>
              <w:t>208 (1.7)</w:t>
            </w:r>
          </w:p>
        </w:tc>
        <w:tc>
          <w:tcPr>
            <w:tcW w:w="2340" w:type="dxa"/>
            <w:tcBorders>
              <w:top w:val="nil"/>
              <w:left w:val="nil"/>
              <w:bottom w:val="nil"/>
              <w:right w:val="nil"/>
            </w:tcBorders>
            <w:tcMar>
              <w:top w:w="80" w:type="dxa"/>
              <w:left w:w="120" w:type="dxa"/>
              <w:bottom w:w="80" w:type="dxa"/>
              <w:right w:w="120" w:type="dxa"/>
            </w:tcMar>
            <w:vAlign w:val="center"/>
          </w:tcPr>
          <w:p w14:paraId="03AEE926" w14:textId="77777777" w:rsidR="008B5324" w:rsidRPr="00D70064" w:rsidRDefault="004351F6">
            <w:pPr>
              <w:spacing w:after="0"/>
            </w:pPr>
            <w:r w:rsidRPr="00D70064">
              <w:rPr>
                <w:sz w:val="14"/>
              </w:rPr>
              <w:t>0 (0.0)</w:t>
            </w:r>
          </w:p>
        </w:tc>
      </w:tr>
      <w:tr w:rsidR="008B5324" w:rsidRPr="00D70064" w14:paraId="09393D2F"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06891B94" w14:textId="77777777" w:rsidR="008B5324" w:rsidRPr="00D70064" w:rsidRDefault="004351F6">
            <w:pPr>
              <w:spacing w:after="0"/>
            </w:pPr>
            <w:r w:rsidRPr="00D70064">
              <w:rPr>
                <w:sz w:val="14"/>
              </w:rPr>
              <w:t>Mean PEEP in first 24 h</w:t>
            </w:r>
          </w:p>
        </w:tc>
        <w:tc>
          <w:tcPr>
            <w:tcW w:w="2340" w:type="dxa"/>
            <w:tcBorders>
              <w:top w:val="nil"/>
              <w:left w:val="nil"/>
              <w:bottom w:val="nil"/>
              <w:right w:val="nil"/>
            </w:tcBorders>
            <w:tcMar>
              <w:top w:w="80" w:type="dxa"/>
              <w:left w:w="120" w:type="dxa"/>
              <w:bottom w:w="80" w:type="dxa"/>
              <w:right w:w="120" w:type="dxa"/>
            </w:tcMar>
            <w:vAlign w:val="center"/>
          </w:tcPr>
          <w:p w14:paraId="54F3A48D"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21FCA05F" w14:textId="77777777" w:rsidR="008B5324" w:rsidRPr="00D70064" w:rsidRDefault="004351F6">
            <w:pPr>
              <w:spacing w:after="0"/>
            </w:pPr>
            <w:r w:rsidRPr="00D70064">
              <w:rPr>
                <w:sz w:val="14"/>
              </w:rPr>
              <w:t>4093 (32.7)</w:t>
            </w:r>
          </w:p>
        </w:tc>
        <w:tc>
          <w:tcPr>
            <w:tcW w:w="2340" w:type="dxa"/>
            <w:tcBorders>
              <w:top w:val="nil"/>
              <w:left w:val="nil"/>
              <w:bottom w:val="nil"/>
              <w:right w:val="nil"/>
            </w:tcBorders>
            <w:tcMar>
              <w:top w:w="80" w:type="dxa"/>
              <w:left w:w="120" w:type="dxa"/>
              <w:bottom w:w="80" w:type="dxa"/>
              <w:right w:w="120" w:type="dxa"/>
            </w:tcMar>
            <w:vAlign w:val="center"/>
          </w:tcPr>
          <w:p w14:paraId="73A12C9B" w14:textId="77777777" w:rsidR="008B5324" w:rsidRPr="00D70064" w:rsidRDefault="004351F6">
            <w:pPr>
              <w:spacing w:after="0"/>
            </w:pPr>
            <w:r w:rsidRPr="00D70064">
              <w:rPr>
                <w:sz w:val="14"/>
              </w:rPr>
              <w:t>0 (0.0)</w:t>
            </w:r>
          </w:p>
        </w:tc>
      </w:tr>
      <w:tr w:rsidR="008B5324" w:rsidRPr="00D70064" w14:paraId="437FB6E3"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73ECE5C0" w14:textId="77777777" w:rsidR="008B5324" w:rsidRPr="00D70064" w:rsidRDefault="004351F6">
            <w:pPr>
              <w:spacing w:after="0"/>
            </w:pPr>
            <w:r w:rsidRPr="00D70064">
              <w:rPr>
                <w:sz w:val="14"/>
              </w:rPr>
              <w:t>Minimum PaO2/FiO2 ratio in first 24 h</w:t>
            </w:r>
          </w:p>
        </w:tc>
        <w:tc>
          <w:tcPr>
            <w:tcW w:w="2340" w:type="dxa"/>
            <w:tcBorders>
              <w:top w:val="nil"/>
              <w:left w:val="nil"/>
              <w:bottom w:val="nil"/>
              <w:right w:val="nil"/>
            </w:tcBorders>
            <w:tcMar>
              <w:top w:w="80" w:type="dxa"/>
              <w:left w:w="120" w:type="dxa"/>
              <w:bottom w:w="80" w:type="dxa"/>
              <w:right w:w="120" w:type="dxa"/>
            </w:tcMar>
            <w:vAlign w:val="center"/>
          </w:tcPr>
          <w:p w14:paraId="6236E0FF" w14:textId="77777777" w:rsidR="008B5324" w:rsidRPr="00D70064" w:rsidRDefault="004351F6">
            <w:pPr>
              <w:spacing w:after="0"/>
            </w:pPr>
            <w:r w:rsidRPr="00D70064">
              <w:rPr>
                <w:sz w:val="14"/>
              </w:rPr>
              <w:t>771 (8.0)</w:t>
            </w:r>
          </w:p>
        </w:tc>
        <w:tc>
          <w:tcPr>
            <w:tcW w:w="2340" w:type="dxa"/>
            <w:tcBorders>
              <w:top w:val="nil"/>
              <w:left w:val="nil"/>
              <w:bottom w:val="nil"/>
              <w:right w:val="nil"/>
            </w:tcBorders>
            <w:tcMar>
              <w:top w:w="80" w:type="dxa"/>
              <w:left w:w="120" w:type="dxa"/>
              <w:bottom w:w="80" w:type="dxa"/>
              <w:right w:w="120" w:type="dxa"/>
            </w:tcMar>
            <w:vAlign w:val="center"/>
          </w:tcPr>
          <w:p w14:paraId="6E62865A" w14:textId="77777777" w:rsidR="008B5324" w:rsidRPr="00D70064" w:rsidRDefault="004351F6">
            <w:pPr>
              <w:spacing w:after="0"/>
            </w:pPr>
            <w:r w:rsidRPr="00D70064">
              <w:rPr>
                <w:sz w:val="14"/>
              </w:rPr>
              <w:t>4930 (39.4)</w:t>
            </w:r>
          </w:p>
        </w:tc>
        <w:tc>
          <w:tcPr>
            <w:tcW w:w="2340" w:type="dxa"/>
            <w:tcBorders>
              <w:top w:val="nil"/>
              <w:left w:val="nil"/>
              <w:bottom w:val="nil"/>
              <w:right w:val="nil"/>
            </w:tcBorders>
            <w:tcMar>
              <w:top w:w="80" w:type="dxa"/>
              <w:left w:w="120" w:type="dxa"/>
              <w:bottom w:w="80" w:type="dxa"/>
              <w:right w:w="120" w:type="dxa"/>
            </w:tcMar>
            <w:vAlign w:val="center"/>
          </w:tcPr>
          <w:p w14:paraId="54C9243A" w14:textId="77777777" w:rsidR="008B5324" w:rsidRPr="00D70064" w:rsidRDefault="004351F6">
            <w:pPr>
              <w:spacing w:after="0"/>
            </w:pPr>
            <w:r w:rsidRPr="00D70064">
              <w:rPr>
                <w:sz w:val="14"/>
              </w:rPr>
              <w:t>29 (8.4)</w:t>
            </w:r>
          </w:p>
        </w:tc>
      </w:tr>
      <w:tr w:rsidR="008B5324" w:rsidRPr="00D70064" w14:paraId="3E66E7C7"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1597F8EF" w14:textId="77777777" w:rsidR="008B5324" w:rsidRPr="00D70064" w:rsidRDefault="004351F6">
            <w:pPr>
              <w:spacing w:after="0"/>
            </w:pPr>
            <w:r w:rsidRPr="00D70064">
              <w:rPr>
                <w:sz w:val="14"/>
              </w:rPr>
              <w:t>Mean MAP in first 24 h</w:t>
            </w:r>
          </w:p>
        </w:tc>
        <w:tc>
          <w:tcPr>
            <w:tcW w:w="2340" w:type="dxa"/>
            <w:tcBorders>
              <w:top w:val="nil"/>
              <w:left w:val="nil"/>
              <w:bottom w:val="nil"/>
              <w:right w:val="nil"/>
            </w:tcBorders>
            <w:tcMar>
              <w:top w:w="80" w:type="dxa"/>
              <w:left w:w="120" w:type="dxa"/>
              <w:bottom w:w="80" w:type="dxa"/>
              <w:right w:w="120" w:type="dxa"/>
            </w:tcMar>
            <w:vAlign w:val="center"/>
          </w:tcPr>
          <w:p w14:paraId="0235B3D5"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61409F09" w14:textId="77777777" w:rsidR="008B5324" w:rsidRPr="00D70064" w:rsidRDefault="004351F6">
            <w:pPr>
              <w:spacing w:after="0"/>
            </w:pPr>
            <w:r w:rsidRPr="00D70064">
              <w:rPr>
                <w:sz w:val="14"/>
              </w:rPr>
              <w:t>7701 (61.6)</w:t>
            </w:r>
          </w:p>
        </w:tc>
        <w:tc>
          <w:tcPr>
            <w:tcW w:w="2340" w:type="dxa"/>
            <w:tcBorders>
              <w:top w:val="nil"/>
              <w:left w:val="nil"/>
              <w:bottom w:val="nil"/>
              <w:right w:val="nil"/>
            </w:tcBorders>
            <w:tcMar>
              <w:top w:w="80" w:type="dxa"/>
              <w:left w:w="120" w:type="dxa"/>
              <w:bottom w:w="80" w:type="dxa"/>
              <w:right w:w="120" w:type="dxa"/>
            </w:tcMar>
            <w:vAlign w:val="center"/>
          </w:tcPr>
          <w:p w14:paraId="07220001" w14:textId="77777777" w:rsidR="008B5324" w:rsidRPr="00D70064" w:rsidRDefault="004351F6">
            <w:pPr>
              <w:spacing w:after="0"/>
            </w:pPr>
            <w:r w:rsidRPr="00D70064">
              <w:rPr>
                <w:sz w:val="14"/>
              </w:rPr>
              <w:t>0 (0.0)</w:t>
            </w:r>
          </w:p>
        </w:tc>
      </w:tr>
      <w:tr w:rsidR="008B5324" w:rsidRPr="00D70064" w14:paraId="6BFC21B8"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0CD686BA" w14:textId="77777777" w:rsidR="008B5324" w:rsidRPr="00D70064" w:rsidRDefault="004351F6">
            <w:pPr>
              <w:spacing w:after="0"/>
            </w:pPr>
            <w:r w:rsidRPr="00D70064">
              <w:rPr>
                <w:sz w:val="14"/>
              </w:rPr>
              <w:t>Vasoactive drug use in first 24 h</w:t>
            </w:r>
          </w:p>
        </w:tc>
        <w:tc>
          <w:tcPr>
            <w:tcW w:w="2340" w:type="dxa"/>
            <w:tcBorders>
              <w:top w:val="nil"/>
              <w:left w:val="nil"/>
              <w:bottom w:val="nil"/>
              <w:right w:val="nil"/>
            </w:tcBorders>
            <w:tcMar>
              <w:top w:w="80" w:type="dxa"/>
              <w:left w:w="120" w:type="dxa"/>
              <w:bottom w:w="80" w:type="dxa"/>
              <w:right w:w="120" w:type="dxa"/>
            </w:tcMar>
            <w:vAlign w:val="center"/>
          </w:tcPr>
          <w:p w14:paraId="1CFB4159"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6E06BA83"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132E22DD" w14:textId="77777777" w:rsidR="008B5324" w:rsidRPr="00D70064" w:rsidRDefault="004351F6">
            <w:pPr>
              <w:spacing w:after="0"/>
            </w:pPr>
            <w:r w:rsidRPr="00D70064">
              <w:rPr>
                <w:sz w:val="14"/>
              </w:rPr>
              <w:t>0 (0.0)</w:t>
            </w:r>
          </w:p>
        </w:tc>
      </w:tr>
      <w:tr w:rsidR="008B5324" w:rsidRPr="00D70064" w14:paraId="61F6A724"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42A67AD7" w14:textId="77777777" w:rsidR="008B5324" w:rsidRPr="00D70064" w:rsidRDefault="004351F6">
            <w:pPr>
              <w:spacing w:after="0"/>
            </w:pPr>
            <w:r w:rsidRPr="00D70064">
              <w:rPr>
                <w:sz w:val="14"/>
              </w:rPr>
              <w:t>Minimum GCS in first 24 h</w:t>
            </w:r>
          </w:p>
        </w:tc>
        <w:tc>
          <w:tcPr>
            <w:tcW w:w="2340" w:type="dxa"/>
            <w:tcBorders>
              <w:top w:val="nil"/>
              <w:left w:val="nil"/>
              <w:bottom w:val="nil"/>
              <w:right w:val="nil"/>
            </w:tcBorders>
            <w:tcMar>
              <w:top w:w="80" w:type="dxa"/>
              <w:left w:w="120" w:type="dxa"/>
              <w:bottom w:w="80" w:type="dxa"/>
              <w:right w:w="120" w:type="dxa"/>
            </w:tcMar>
            <w:vAlign w:val="center"/>
          </w:tcPr>
          <w:p w14:paraId="07C372A2" w14:textId="77777777" w:rsidR="008B5324" w:rsidRPr="00D70064" w:rsidRDefault="004351F6">
            <w:pPr>
              <w:spacing w:after="0"/>
            </w:pPr>
            <w:r w:rsidRPr="00D70064">
              <w:rPr>
                <w:sz w:val="14"/>
              </w:rPr>
              <w:t>1 (0.0)</w:t>
            </w:r>
          </w:p>
        </w:tc>
        <w:tc>
          <w:tcPr>
            <w:tcW w:w="2340" w:type="dxa"/>
            <w:tcBorders>
              <w:top w:val="nil"/>
              <w:left w:val="nil"/>
              <w:bottom w:val="nil"/>
              <w:right w:val="nil"/>
            </w:tcBorders>
            <w:tcMar>
              <w:top w:w="80" w:type="dxa"/>
              <w:left w:w="120" w:type="dxa"/>
              <w:bottom w:w="80" w:type="dxa"/>
              <w:right w:w="120" w:type="dxa"/>
            </w:tcMar>
            <w:vAlign w:val="center"/>
          </w:tcPr>
          <w:p w14:paraId="7011733C" w14:textId="77777777" w:rsidR="008B5324" w:rsidRPr="00D70064" w:rsidRDefault="004351F6">
            <w:pPr>
              <w:spacing w:after="0"/>
            </w:pPr>
            <w:r w:rsidRPr="00D70064">
              <w:rPr>
                <w:sz w:val="14"/>
              </w:rPr>
              <w:t>4865 (38.9)</w:t>
            </w:r>
          </w:p>
        </w:tc>
        <w:tc>
          <w:tcPr>
            <w:tcW w:w="2340" w:type="dxa"/>
            <w:tcBorders>
              <w:top w:val="nil"/>
              <w:left w:val="nil"/>
              <w:bottom w:val="nil"/>
              <w:right w:val="nil"/>
            </w:tcBorders>
            <w:tcMar>
              <w:top w:w="80" w:type="dxa"/>
              <w:left w:w="120" w:type="dxa"/>
              <w:bottom w:w="80" w:type="dxa"/>
              <w:right w:w="120" w:type="dxa"/>
            </w:tcMar>
            <w:vAlign w:val="center"/>
          </w:tcPr>
          <w:p w14:paraId="687EC273" w14:textId="77777777" w:rsidR="008B5324" w:rsidRPr="00D70064" w:rsidRDefault="004351F6">
            <w:pPr>
              <w:spacing w:after="0"/>
            </w:pPr>
            <w:r w:rsidRPr="00D70064">
              <w:rPr>
                <w:sz w:val="14"/>
              </w:rPr>
              <w:t>0 (0.0)</w:t>
            </w:r>
          </w:p>
        </w:tc>
      </w:tr>
      <w:tr w:rsidR="008B5324" w:rsidRPr="00D70064" w14:paraId="28E902E7"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4E770976" w14:textId="77777777" w:rsidR="008B5324" w:rsidRPr="00D70064" w:rsidRDefault="004351F6">
            <w:pPr>
              <w:spacing w:after="0"/>
            </w:pPr>
            <w:r w:rsidRPr="00D70064">
              <w:rPr>
                <w:sz w:val="14"/>
              </w:rPr>
              <w:t>Net fluid balance in first 24 h</w:t>
            </w:r>
          </w:p>
        </w:tc>
        <w:tc>
          <w:tcPr>
            <w:tcW w:w="2340" w:type="dxa"/>
            <w:tcBorders>
              <w:top w:val="nil"/>
              <w:left w:val="nil"/>
              <w:bottom w:val="nil"/>
              <w:right w:val="nil"/>
            </w:tcBorders>
            <w:tcMar>
              <w:top w:w="80" w:type="dxa"/>
              <w:left w:w="120" w:type="dxa"/>
              <w:bottom w:w="80" w:type="dxa"/>
              <w:right w:w="120" w:type="dxa"/>
            </w:tcMar>
            <w:vAlign w:val="center"/>
          </w:tcPr>
          <w:p w14:paraId="47B2D799" w14:textId="77777777" w:rsidR="008B5324" w:rsidRPr="00D70064" w:rsidRDefault="004351F6">
            <w:pPr>
              <w:spacing w:after="0"/>
            </w:pPr>
            <w:r w:rsidRPr="00D70064">
              <w:rPr>
                <w:sz w:val="14"/>
              </w:rPr>
              <w:t>238 (2.5)</w:t>
            </w:r>
          </w:p>
        </w:tc>
        <w:tc>
          <w:tcPr>
            <w:tcW w:w="2340" w:type="dxa"/>
            <w:tcBorders>
              <w:top w:val="nil"/>
              <w:left w:val="nil"/>
              <w:bottom w:val="nil"/>
              <w:right w:val="nil"/>
            </w:tcBorders>
            <w:tcMar>
              <w:top w:w="80" w:type="dxa"/>
              <w:left w:w="120" w:type="dxa"/>
              <w:bottom w:w="80" w:type="dxa"/>
              <w:right w:w="120" w:type="dxa"/>
            </w:tcMar>
            <w:vAlign w:val="center"/>
          </w:tcPr>
          <w:p w14:paraId="3305D95B" w14:textId="77777777" w:rsidR="008B5324" w:rsidRPr="00D70064" w:rsidRDefault="004351F6">
            <w:pPr>
              <w:spacing w:after="0"/>
            </w:pPr>
            <w:r w:rsidRPr="00D70064">
              <w:rPr>
                <w:sz w:val="14"/>
              </w:rPr>
              <w:t>821 (6.6)</w:t>
            </w:r>
          </w:p>
        </w:tc>
        <w:tc>
          <w:tcPr>
            <w:tcW w:w="2340" w:type="dxa"/>
            <w:tcBorders>
              <w:top w:val="nil"/>
              <w:left w:val="nil"/>
              <w:bottom w:val="nil"/>
              <w:right w:val="nil"/>
            </w:tcBorders>
            <w:tcMar>
              <w:top w:w="80" w:type="dxa"/>
              <w:left w:w="120" w:type="dxa"/>
              <w:bottom w:w="80" w:type="dxa"/>
              <w:right w:w="120" w:type="dxa"/>
            </w:tcMar>
            <w:vAlign w:val="center"/>
          </w:tcPr>
          <w:p w14:paraId="02704A8F" w14:textId="77777777" w:rsidR="008B5324" w:rsidRPr="00D70064" w:rsidRDefault="004351F6">
            <w:pPr>
              <w:spacing w:after="0"/>
            </w:pPr>
            <w:r w:rsidRPr="00D70064">
              <w:rPr>
                <w:sz w:val="14"/>
              </w:rPr>
              <w:t>0 (0.0)</w:t>
            </w:r>
          </w:p>
        </w:tc>
      </w:tr>
      <w:tr w:rsidR="008B5324" w:rsidRPr="00D70064" w14:paraId="566686D1"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0E211F2E" w14:textId="77777777" w:rsidR="008B5324" w:rsidRPr="00D70064" w:rsidRDefault="004351F6">
            <w:pPr>
              <w:spacing w:after="0"/>
            </w:pPr>
            <w:r w:rsidRPr="00D70064">
              <w:rPr>
                <w:sz w:val="14"/>
              </w:rPr>
              <w:t>Maximum creatinine in first 24 h</w:t>
            </w:r>
          </w:p>
        </w:tc>
        <w:tc>
          <w:tcPr>
            <w:tcW w:w="2340" w:type="dxa"/>
            <w:tcBorders>
              <w:top w:val="nil"/>
              <w:left w:val="nil"/>
              <w:bottom w:val="nil"/>
              <w:right w:val="nil"/>
            </w:tcBorders>
            <w:tcMar>
              <w:top w:w="80" w:type="dxa"/>
              <w:left w:w="120" w:type="dxa"/>
              <w:bottom w:w="80" w:type="dxa"/>
              <w:right w:w="120" w:type="dxa"/>
            </w:tcMar>
            <w:vAlign w:val="center"/>
          </w:tcPr>
          <w:p w14:paraId="27B5E83A" w14:textId="77777777" w:rsidR="008B5324" w:rsidRPr="00D70064" w:rsidRDefault="004351F6">
            <w:pPr>
              <w:spacing w:after="0"/>
            </w:pPr>
            <w:r w:rsidRPr="00D70064">
              <w:rPr>
                <w:sz w:val="14"/>
              </w:rPr>
              <w:t>105 (1.1)</w:t>
            </w:r>
          </w:p>
        </w:tc>
        <w:tc>
          <w:tcPr>
            <w:tcW w:w="2340" w:type="dxa"/>
            <w:tcBorders>
              <w:top w:val="nil"/>
              <w:left w:val="nil"/>
              <w:bottom w:val="nil"/>
              <w:right w:val="nil"/>
            </w:tcBorders>
            <w:tcMar>
              <w:top w:w="80" w:type="dxa"/>
              <w:left w:w="120" w:type="dxa"/>
              <w:bottom w:w="80" w:type="dxa"/>
              <w:right w:w="120" w:type="dxa"/>
            </w:tcMar>
            <w:vAlign w:val="center"/>
          </w:tcPr>
          <w:p w14:paraId="089ABB9C" w14:textId="77777777" w:rsidR="008B5324" w:rsidRPr="00D70064" w:rsidRDefault="004351F6">
            <w:pPr>
              <w:spacing w:after="0"/>
            </w:pPr>
            <w:r w:rsidRPr="00D70064">
              <w:rPr>
                <w:sz w:val="14"/>
              </w:rPr>
              <w:t>722 (5.8)</w:t>
            </w:r>
          </w:p>
        </w:tc>
        <w:tc>
          <w:tcPr>
            <w:tcW w:w="2340" w:type="dxa"/>
            <w:tcBorders>
              <w:top w:val="nil"/>
              <w:left w:val="nil"/>
              <w:bottom w:val="nil"/>
              <w:right w:val="nil"/>
            </w:tcBorders>
            <w:tcMar>
              <w:top w:w="80" w:type="dxa"/>
              <w:left w:w="120" w:type="dxa"/>
              <w:bottom w:w="80" w:type="dxa"/>
              <w:right w:w="120" w:type="dxa"/>
            </w:tcMar>
            <w:vAlign w:val="center"/>
          </w:tcPr>
          <w:p w14:paraId="331C0E8A" w14:textId="77777777" w:rsidR="008B5324" w:rsidRPr="00D70064" w:rsidRDefault="004351F6">
            <w:pPr>
              <w:spacing w:after="0"/>
            </w:pPr>
            <w:r w:rsidRPr="00D70064">
              <w:rPr>
                <w:sz w:val="14"/>
              </w:rPr>
              <w:t>0 (0.0)</w:t>
            </w:r>
          </w:p>
        </w:tc>
      </w:tr>
      <w:tr w:rsidR="008B5324" w:rsidRPr="00D70064" w14:paraId="6B2E4E6F"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364EF317" w14:textId="77777777" w:rsidR="008B5324" w:rsidRPr="00D70064" w:rsidRDefault="004351F6">
            <w:pPr>
              <w:spacing w:after="0"/>
            </w:pPr>
            <w:r w:rsidRPr="00D70064">
              <w:rPr>
                <w:sz w:val="14"/>
              </w:rPr>
              <w:t>Maximum lactate in first 24 h</w:t>
            </w:r>
          </w:p>
        </w:tc>
        <w:tc>
          <w:tcPr>
            <w:tcW w:w="2340" w:type="dxa"/>
            <w:tcBorders>
              <w:top w:val="nil"/>
              <w:left w:val="nil"/>
              <w:bottom w:val="nil"/>
              <w:right w:val="nil"/>
            </w:tcBorders>
            <w:tcMar>
              <w:top w:w="80" w:type="dxa"/>
              <w:left w:w="120" w:type="dxa"/>
              <w:bottom w:w="80" w:type="dxa"/>
              <w:right w:w="120" w:type="dxa"/>
            </w:tcMar>
            <w:vAlign w:val="center"/>
          </w:tcPr>
          <w:p w14:paraId="0DD09A2B" w14:textId="77777777" w:rsidR="008B5324" w:rsidRPr="00D70064" w:rsidRDefault="004351F6">
            <w:pPr>
              <w:spacing w:after="0"/>
            </w:pPr>
            <w:r w:rsidRPr="00D70064">
              <w:rPr>
                <w:sz w:val="14"/>
              </w:rPr>
              <w:t>1857 (19.3)</w:t>
            </w:r>
          </w:p>
        </w:tc>
        <w:tc>
          <w:tcPr>
            <w:tcW w:w="2340" w:type="dxa"/>
            <w:tcBorders>
              <w:top w:val="nil"/>
              <w:left w:val="nil"/>
              <w:bottom w:val="nil"/>
              <w:right w:val="nil"/>
            </w:tcBorders>
            <w:tcMar>
              <w:top w:w="80" w:type="dxa"/>
              <w:left w:w="120" w:type="dxa"/>
              <w:bottom w:w="80" w:type="dxa"/>
              <w:right w:w="120" w:type="dxa"/>
            </w:tcMar>
            <w:vAlign w:val="center"/>
          </w:tcPr>
          <w:p w14:paraId="16B70AD0" w14:textId="77777777" w:rsidR="008B5324" w:rsidRPr="00D70064" w:rsidRDefault="004351F6">
            <w:pPr>
              <w:spacing w:after="0"/>
            </w:pPr>
            <w:r w:rsidRPr="00D70064">
              <w:rPr>
                <w:sz w:val="14"/>
              </w:rPr>
              <w:t>7704 (61.6)</w:t>
            </w:r>
          </w:p>
        </w:tc>
        <w:tc>
          <w:tcPr>
            <w:tcW w:w="2340" w:type="dxa"/>
            <w:tcBorders>
              <w:top w:val="nil"/>
              <w:left w:val="nil"/>
              <w:bottom w:val="nil"/>
              <w:right w:val="nil"/>
            </w:tcBorders>
            <w:tcMar>
              <w:top w:w="80" w:type="dxa"/>
              <w:left w:w="120" w:type="dxa"/>
              <w:bottom w:w="80" w:type="dxa"/>
              <w:right w:w="120" w:type="dxa"/>
            </w:tcMar>
            <w:vAlign w:val="center"/>
          </w:tcPr>
          <w:p w14:paraId="072680F8" w14:textId="77777777" w:rsidR="008B5324" w:rsidRPr="00D70064" w:rsidRDefault="004351F6">
            <w:pPr>
              <w:spacing w:after="0"/>
            </w:pPr>
            <w:r w:rsidRPr="00D70064">
              <w:rPr>
                <w:sz w:val="14"/>
              </w:rPr>
              <w:t>60 (17.3)</w:t>
            </w:r>
          </w:p>
        </w:tc>
      </w:tr>
      <w:tr w:rsidR="008B5324" w:rsidRPr="00D70064" w14:paraId="2E8B0212"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6A83D5D5" w14:textId="77777777" w:rsidR="008B5324" w:rsidRPr="00D70064" w:rsidRDefault="004351F6">
            <w:pPr>
              <w:spacing w:after="0"/>
            </w:pPr>
            <w:r w:rsidRPr="00D70064">
              <w:rPr>
                <w:sz w:val="14"/>
              </w:rPr>
              <w:t>Total urine output in first 24 h</w:t>
            </w:r>
          </w:p>
        </w:tc>
        <w:tc>
          <w:tcPr>
            <w:tcW w:w="2340" w:type="dxa"/>
            <w:tcBorders>
              <w:top w:val="nil"/>
              <w:left w:val="nil"/>
              <w:bottom w:val="nil"/>
              <w:right w:val="nil"/>
            </w:tcBorders>
            <w:tcMar>
              <w:top w:w="80" w:type="dxa"/>
              <w:left w:w="120" w:type="dxa"/>
              <w:bottom w:w="80" w:type="dxa"/>
              <w:right w:w="120" w:type="dxa"/>
            </w:tcMar>
            <w:vAlign w:val="center"/>
          </w:tcPr>
          <w:p w14:paraId="5EAF4097" w14:textId="77777777" w:rsidR="008B5324" w:rsidRPr="00D70064" w:rsidRDefault="004351F6">
            <w:pPr>
              <w:spacing w:after="0"/>
            </w:pPr>
            <w:r w:rsidRPr="00D70064">
              <w:rPr>
                <w:sz w:val="14"/>
              </w:rPr>
              <w:t>238 (2.5)</w:t>
            </w:r>
          </w:p>
        </w:tc>
        <w:tc>
          <w:tcPr>
            <w:tcW w:w="2340" w:type="dxa"/>
            <w:tcBorders>
              <w:top w:val="nil"/>
              <w:left w:val="nil"/>
              <w:bottom w:val="nil"/>
              <w:right w:val="nil"/>
            </w:tcBorders>
            <w:tcMar>
              <w:top w:w="80" w:type="dxa"/>
              <w:left w:w="120" w:type="dxa"/>
              <w:bottom w:w="80" w:type="dxa"/>
              <w:right w:w="120" w:type="dxa"/>
            </w:tcMar>
            <w:vAlign w:val="center"/>
          </w:tcPr>
          <w:p w14:paraId="044DD67F" w14:textId="77777777" w:rsidR="008B5324" w:rsidRPr="00D70064" w:rsidRDefault="004351F6">
            <w:pPr>
              <w:spacing w:after="0"/>
            </w:pPr>
            <w:r w:rsidRPr="00D70064">
              <w:rPr>
                <w:sz w:val="14"/>
              </w:rPr>
              <w:t>821 (6.6)</w:t>
            </w:r>
          </w:p>
        </w:tc>
        <w:tc>
          <w:tcPr>
            <w:tcW w:w="2340" w:type="dxa"/>
            <w:tcBorders>
              <w:top w:val="nil"/>
              <w:left w:val="nil"/>
              <w:bottom w:val="nil"/>
              <w:right w:val="nil"/>
            </w:tcBorders>
            <w:tcMar>
              <w:top w:w="80" w:type="dxa"/>
              <w:left w:w="120" w:type="dxa"/>
              <w:bottom w:w="80" w:type="dxa"/>
              <w:right w:w="120" w:type="dxa"/>
            </w:tcMar>
            <w:vAlign w:val="center"/>
          </w:tcPr>
          <w:p w14:paraId="392A805B" w14:textId="77777777" w:rsidR="008B5324" w:rsidRPr="00D70064" w:rsidRDefault="004351F6">
            <w:pPr>
              <w:spacing w:after="0"/>
            </w:pPr>
            <w:r w:rsidRPr="00D70064">
              <w:rPr>
                <w:sz w:val="14"/>
              </w:rPr>
              <w:t>0 (0.0)</w:t>
            </w:r>
          </w:p>
        </w:tc>
      </w:tr>
      <w:tr w:rsidR="008B5324" w:rsidRPr="00D70064" w14:paraId="53A5067A"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25DB2C4E" w14:textId="77777777" w:rsidR="008B5324" w:rsidRPr="00D70064" w:rsidRDefault="004351F6">
            <w:pPr>
              <w:spacing w:after="0"/>
            </w:pPr>
            <w:r w:rsidRPr="00D70064">
              <w:rPr>
                <w:sz w:val="14"/>
              </w:rPr>
              <w:t>Mean respiratory rate in first 24 h</w:t>
            </w:r>
          </w:p>
        </w:tc>
        <w:tc>
          <w:tcPr>
            <w:tcW w:w="2340" w:type="dxa"/>
            <w:tcBorders>
              <w:top w:val="nil"/>
              <w:left w:val="nil"/>
              <w:bottom w:val="nil"/>
              <w:right w:val="nil"/>
            </w:tcBorders>
            <w:tcMar>
              <w:top w:w="80" w:type="dxa"/>
              <w:left w:w="120" w:type="dxa"/>
              <w:bottom w:w="80" w:type="dxa"/>
              <w:right w:w="120" w:type="dxa"/>
            </w:tcMar>
            <w:vAlign w:val="center"/>
          </w:tcPr>
          <w:p w14:paraId="643F75EA" w14:textId="77777777" w:rsidR="008B5324" w:rsidRPr="00D70064" w:rsidRDefault="004351F6">
            <w:pPr>
              <w:spacing w:after="0"/>
            </w:pPr>
            <w:r w:rsidRPr="00D70064">
              <w:rPr>
                <w:sz w:val="14"/>
              </w:rPr>
              <w:t>0 (0.0)</w:t>
            </w:r>
          </w:p>
        </w:tc>
        <w:tc>
          <w:tcPr>
            <w:tcW w:w="2340" w:type="dxa"/>
            <w:tcBorders>
              <w:top w:val="nil"/>
              <w:left w:val="nil"/>
              <w:bottom w:val="nil"/>
              <w:right w:val="nil"/>
            </w:tcBorders>
            <w:tcMar>
              <w:top w:w="80" w:type="dxa"/>
              <w:left w:w="120" w:type="dxa"/>
              <w:bottom w:w="80" w:type="dxa"/>
              <w:right w:w="120" w:type="dxa"/>
            </w:tcMar>
            <w:vAlign w:val="center"/>
          </w:tcPr>
          <w:p w14:paraId="719B7A15" w14:textId="77777777" w:rsidR="008B5324" w:rsidRPr="00D70064" w:rsidRDefault="004351F6">
            <w:pPr>
              <w:spacing w:after="0"/>
            </w:pPr>
            <w:r w:rsidRPr="00D70064">
              <w:rPr>
                <w:sz w:val="14"/>
              </w:rPr>
              <w:t>1215 (9.7)</w:t>
            </w:r>
          </w:p>
        </w:tc>
        <w:tc>
          <w:tcPr>
            <w:tcW w:w="2340" w:type="dxa"/>
            <w:tcBorders>
              <w:top w:val="nil"/>
              <w:left w:val="nil"/>
              <w:bottom w:val="nil"/>
              <w:right w:val="nil"/>
            </w:tcBorders>
            <w:tcMar>
              <w:top w:w="80" w:type="dxa"/>
              <w:left w:w="120" w:type="dxa"/>
              <w:bottom w:w="80" w:type="dxa"/>
              <w:right w:w="120" w:type="dxa"/>
            </w:tcMar>
            <w:vAlign w:val="center"/>
          </w:tcPr>
          <w:p w14:paraId="74A75CEE" w14:textId="77777777" w:rsidR="008B5324" w:rsidRPr="00D70064" w:rsidRDefault="004351F6">
            <w:pPr>
              <w:spacing w:after="0"/>
            </w:pPr>
            <w:r w:rsidRPr="00D70064">
              <w:rPr>
                <w:sz w:val="14"/>
              </w:rPr>
              <w:t>0 (0.0)</w:t>
            </w:r>
          </w:p>
        </w:tc>
      </w:tr>
      <w:tr w:rsidR="008B5324" w:rsidRPr="00D70064" w14:paraId="6847FFBF"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7CF66570" w14:textId="77777777" w:rsidR="008B5324" w:rsidRPr="00D70064" w:rsidRDefault="004351F6">
            <w:pPr>
              <w:spacing w:after="0"/>
            </w:pPr>
            <w:r w:rsidRPr="00D70064">
              <w:rPr>
                <w:sz w:val="14"/>
              </w:rPr>
              <w:t>Last arterial pH in first 24 h</w:t>
            </w:r>
          </w:p>
        </w:tc>
        <w:tc>
          <w:tcPr>
            <w:tcW w:w="2340" w:type="dxa"/>
            <w:tcBorders>
              <w:top w:val="nil"/>
              <w:left w:val="nil"/>
              <w:bottom w:val="nil"/>
              <w:right w:val="nil"/>
            </w:tcBorders>
            <w:tcMar>
              <w:top w:w="80" w:type="dxa"/>
              <w:left w:w="120" w:type="dxa"/>
              <w:bottom w:w="80" w:type="dxa"/>
              <w:right w:w="120" w:type="dxa"/>
            </w:tcMar>
            <w:vAlign w:val="center"/>
          </w:tcPr>
          <w:p w14:paraId="139E61D7" w14:textId="77777777" w:rsidR="008B5324" w:rsidRPr="00D70064" w:rsidRDefault="004351F6">
            <w:pPr>
              <w:spacing w:after="0"/>
            </w:pPr>
            <w:r w:rsidRPr="00D70064">
              <w:rPr>
                <w:sz w:val="14"/>
              </w:rPr>
              <w:t>717 (7.5)</w:t>
            </w:r>
          </w:p>
        </w:tc>
        <w:tc>
          <w:tcPr>
            <w:tcW w:w="2340" w:type="dxa"/>
            <w:tcBorders>
              <w:top w:val="nil"/>
              <w:left w:val="nil"/>
              <w:bottom w:val="nil"/>
              <w:right w:val="nil"/>
            </w:tcBorders>
            <w:tcMar>
              <w:top w:w="80" w:type="dxa"/>
              <w:left w:w="120" w:type="dxa"/>
              <w:bottom w:w="80" w:type="dxa"/>
              <w:right w:w="120" w:type="dxa"/>
            </w:tcMar>
            <w:vAlign w:val="center"/>
          </w:tcPr>
          <w:p w14:paraId="3E1C3B2A" w14:textId="77777777" w:rsidR="008B5324" w:rsidRPr="00D70064" w:rsidRDefault="004351F6">
            <w:pPr>
              <w:spacing w:after="0"/>
            </w:pPr>
            <w:r w:rsidRPr="00D70064">
              <w:rPr>
                <w:sz w:val="14"/>
              </w:rPr>
              <w:t>4341 (34.7)</w:t>
            </w:r>
          </w:p>
        </w:tc>
        <w:tc>
          <w:tcPr>
            <w:tcW w:w="2340" w:type="dxa"/>
            <w:tcBorders>
              <w:top w:val="nil"/>
              <w:left w:val="nil"/>
              <w:bottom w:val="nil"/>
              <w:right w:val="nil"/>
            </w:tcBorders>
            <w:tcMar>
              <w:top w:w="80" w:type="dxa"/>
              <w:left w:w="120" w:type="dxa"/>
              <w:bottom w:w="80" w:type="dxa"/>
              <w:right w:w="120" w:type="dxa"/>
            </w:tcMar>
            <w:vAlign w:val="center"/>
          </w:tcPr>
          <w:p w14:paraId="5C168DBA" w14:textId="77777777" w:rsidR="008B5324" w:rsidRPr="00D70064" w:rsidRDefault="004351F6">
            <w:pPr>
              <w:spacing w:after="0"/>
            </w:pPr>
            <w:r w:rsidRPr="00D70064">
              <w:rPr>
                <w:sz w:val="14"/>
              </w:rPr>
              <w:t>34 (9.8)</w:t>
            </w:r>
          </w:p>
        </w:tc>
      </w:tr>
      <w:tr w:rsidR="008B5324" w:rsidRPr="00D70064" w14:paraId="01750190" w14:textId="77777777">
        <w:trPr>
          <w:jc w:val="center"/>
        </w:trPr>
        <w:tc>
          <w:tcPr>
            <w:tcW w:w="2340" w:type="dxa"/>
            <w:tcBorders>
              <w:top w:val="nil"/>
              <w:left w:val="nil"/>
              <w:bottom w:val="nil"/>
              <w:right w:val="nil"/>
            </w:tcBorders>
            <w:tcMar>
              <w:top w:w="80" w:type="dxa"/>
              <w:left w:w="120" w:type="dxa"/>
              <w:bottom w:w="80" w:type="dxa"/>
              <w:right w:w="120" w:type="dxa"/>
            </w:tcMar>
            <w:vAlign w:val="center"/>
          </w:tcPr>
          <w:p w14:paraId="2D2B20CC" w14:textId="77777777" w:rsidR="008B5324" w:rsidRPr="00D70064" w:rsidRDefault="004351F6">
            <w:pPr>
              <w:spacing w:after="0"/>
            </w:pPr>
            <w:r w:rsidRPr="00D70064">
              <w:rPr>
                <w:sz w:val="14"/>
              </w:rPr>
              <w:t>Maximum glucose in first 24 h</w:t>
            </w:r>
          </w:p>
        </w:tc>
        <w:tc>
          <w:tcPr>
            <w:tcW w:w="2340" w:type="dxa"/>
            <w:tcBorders>
              <w:top w:val="nil"/>
              <w:left w:val="nil"/>
              <w:bottom w:val="nil"/>
              <w:right w:val="nil"/>
            </w:tcBorders>
            <w:tcMar>
              <w:top w:w="80" w:type="dxa"/>
              <w:left w:w="120" w:type="dxa"/>
              <w:bottom w:w="80" w:type="dxa"/>
              <w:right w:w="120" w:type="dxa"/>
            </w:tcMar>
            <w:vAlign w:val="center"/>
          </w:tcPr>
          <w:p w14:paraId="6A9606DA" w14:textId="77777777" w:rsidR="008B5324" w:rsidRPr="00D70064" w:rsidRDefault="004351F6">
            <w:pPr>
              <w:spacing w:after="0"/>
            </w:pPr>
            <w:r w:rsidRPr="00D70064">
              <w:rPr>
                <w:sz w:val="14"/>
              </w:rPr>
              <w:t>122 (1.3)</w:t>
            </w:r>
          </w:p>
        </w:tc>
        <w:tc>
          <w:tcPr>
            <w:tcW w:w="2340" w:type="dxa"/>
            <w:tcBorders>
              <w:top w:val="nil"/>
              <w:left w:val="nil"/>
              <w:bottom w:val="nil"/>
              <w:right w:val="nil"/>
            </w:tcBorders>
            <w:tcMar>
              <w:top w:w="80" w:type="dxa"/>
              <w:left w:w="120" w:type="dxa"/>
              <w:bottom w:w="80" w:type="dxa"/>
              <w:right w:w="120" w:type="dxa"/>
            </w:tcMar>
            <w:vAlign w:val="center"/>
          </w:tcPr>
          <w:p w14:paraId="1891C3BF" w14:textId="77777777" w:rsidR="008B5324" w:rsidRPr="00D70064" w:rsidRDefault="004351F6">
            <w:pPr>
              <w:spacing w:after="0"/>
            </w:pPr>
            <w:r w:rsidRPr="00D70064">
              <w:rPr>
                <w:sz w:val="14"/>
              </w:rPr>
              <w:t>726 (5.8)</w:t>
            </w:r>
          </w:p>
        </w:tc>
        <w:tc>
          <w:tcPr>
            <w:tcW w:w="2340" w:type="dxa"/>
            <w:tcBorders>
              <w:top w:val="nil"/>
              <w:left w:val="nil"/>
              <w:bottom w:val="nil"/>
              <w:right w:val="nil"/>
            </w:tcBorders>
            <w:tcMar>
              <w:top w:w="80" w:type="dxa"/>
              <w:left w:w="120" w:type="dxa"/>
              <w:bottom w:w="80" w:type="dxa"/>
              <w:right w:w="120" w:type="dxa"/>
            </w:tcMar>
            <w:vAlign w:val="center"/>
          </w:tcPr>
          <w:p w14:paraId="2B0F351A" w14:textId="77777777" w:rsidR="008B5324" w:rsidRPr="00D70064" w:rsidRDefault="004351F6">
            <w:pPr>
              <w:spacing w:after="0"/>
            </w:pPr>
            <w:r w:rsidRPr="00D70064">
              <w:rPr>
                <w:sz w:val="14"/>
              </w:rPr>
              <w:t>0 (0.0)</w:t>
            </w:r>
          </w:p>
        </w:tc>
      </w:tr>
      <w:tr w:rsidR="008B5324" w:rsidRPr="00D70064" w14:paraId="4812BBDA" w14:textId="77777777">
        <w:trPr>
          <w:jc w:val="center"/>
        </w:trPr>
        <w:tc>
          <w:tcPr>
            <w:tcW w:w="2340" w:type="dxa"/>
            <w:tcBorders>
              <w:top w:val="nil"/>
              <w:left w:val="nil"/>
              <w:bottom w:val="single" w:sz="12" w:space="0" w:color="000000"/>
              <w:right w:val="nil"/>
            </w:tcBorders>
            <w:tcMar>
              <w:top w:w="80" w:type="dxa"/>
              <w:left w:w="120" w:type="dxa"/>
              <w:bottom w:w="80" w:type="dxa"/>
              <w:right w:w="120" w:type="dxa"/>
            </w:tcMar>
            <w:vAlign w:val="center"/>
          </w:tcPr>
          <w:p w14:paraId="00C99FFF" w14:textId="77777777" w:rsidR="008B5324" w:rsidRPr="00D70064" w:rsidRDefault="004351F6">
            <w:pPr>
              <w:spacing w:after="0"/>
            </w:pPr>
            <w:r w:rsidRPr="00D70064">
              <w:rPr>
                <w:sz w:val="14"/>
              </w:rPr>
              <w:t>Maximum sodium in first 24 h</w:t>
            </w:r>
          </w:p>
        </w:tc>
        <w:tc>
          <w:tcPr>
            <w:tcW w:w="2340" w:type="dxa"/>
            <w:tcBorders>
              <w:top w:val="nil"/>
              <w:left w:val="nil"/>
              <w:bottom w:val="single" w:sz="12" w:space="0" w:color="000000"/>
              <w:right w:val="nil"/>
            </w:tcBorders>
            <w:tcMar>
              <w:top w:w="80" w:type="dxa"/>
              <w:left w:w="120" w:type="dxa"/>
              <w:bottom w:w="80" w:type="dxa"/>
              <w:right w:w="120" w:type="dxa"/>
            </w:tcMar>
            <w:vAlign w:val="center"/>
          </w:tcPr>
          <w:p w14:paraId="520BB355" w14:textId="77777777" w:rsidR="008B5324" w:rsidRPr="00D70064" w:rsidRDefault="004351F6">
            <w:pPr>
              <w:spacing w:after="0"/>
            </w:pPr>
            <w:r w:rsidRPr="00D70064">
              <w:rPr>
                <w:sz w:val="14"/>
              </w:rPr>
              <w:t>95 (1.0)</w:t>
            </w:r>
          </w:p>
        </w:tc>
        <w:tc>
          <w:tcPr>
            <w:tcW w:w="2340" w:type="dxa"/>
            <w:tcBorders>
              <w:top w:val="nil"/>
              <w:left w:val="nil"/>
              <w:bottom w:val="single" w:sz="12" w:space="0" w:color="000000"/>
              <w:right w:val="nil"/>
            </w:tcBorders>
            <w:tcMar>
              <w:top w:w="80" w:type="dxa"/>
              <w:left w:w="120" w:type="dxa"/>
              <w:bottom w:w="80" w:type="dxa"/>
              <w:right w:w="120" w:type="dxa"/>
            </w:tcMar>
            <w:vAlign w:val="center"/>
          </w:tcPr>
          <w:p w14:paraId="25EBA3F9" w14:textId="77777777" w:rsidR="008B5324" w:rsidRPr="00D70064" w:rsidRDefault="004351F6">
            <w:pPr>
              <w:spacing w:after="0"/>
            </w:pPr>
            <w:r w:rsidRPr="00D70064">
              <w:rPr>
                <w:sz w:val="14"/>
              </w:rPr>
              <w:t>700 (5.6)</w:t>
            </w:r>
          </w:p>
        </w:tc>
        <w:tc>
          <w:tcPr>
            <w:tcW w:w="2340" w:type="dxa"/>
            <w:tcBorders>
              <w:top w:val="nil"/>
              <w:left w:val="nil"/>
              <w:bottom w:val="single" w:sz="12" w:space="0" w:color="000000"/>
              <w:right w:val="nil"/>
            </w:tcBorders>
            <w:tcMar>
              <w:top w:w="80" w:type="dxa"/>
              <w:left w:w="120" w:type="dxa"/>
              <w:bottom w:w="80" w:type="dxa"/>
              <w:right w:w="120" w:type="dxa"/>
            </w:tcMar>
            <w:vAlign w:val="center"/>
          </w:tcPr>
          <w:p w14:paraId="5BFE5BC0" w14:textId="77777777" w:rsidR="008B5324" w:rsidRPr="00D70064" w:rsidRDefault="004351F6">
            <w:pPr>
              <w:spacing w:after="0"/>
            </w:pPr>
            <w:r w:rsidRPr="00D70064">
              <w:rPr>
                <w:sz w:val="14"/>
              </w:rPr>
              <w:t>0 (0.0)</w:t>
            </w:r>
          </w:p>
        </w:tc>
      </w:tr>
    </w:tbl>
    <w:p w14:paraId="11BD71A4" w14:textId="77777777" w:rsidR="008B5324" w:rsidRPr="00D70064" w:rsidRDefault="004351F6">
      <w:pPr>
        <w:spacing w:after="160"/>
      </w:pPr>
      <w:r w:rsidRPr="00D70064">
        <w:rPr>
          <w:sz w:val="18"/>
        </w:rPr>
        <w:t>Note: Missingness is shown for clinically important predictors used in the model or aligned with the local validation dataset. Missingness was calculated in the full MIMIC-IV eligible cohort before model splitting (n=9,614), the full eICU external validation cohort (n=12,507), and the full local validation cohort (n=347), rather than only within the MIMIC-IV test subset.</w:t>
      </w:r>
    </w:p>
    <w:p w14:paraId="2BBD5315" w14:textId="77777777" w:rsidR="008B5324" w:rsidRPr="00D70064" w:rsidRDefault="004351F6">
      <w:r w:rsidRPr="00D70064">
        <w:br w:type="page"/>
      </w:r>
    </w:p>
    <w:p w14:paraId="19291071" w14:textId="77777777" w:rsidR="008B5324" w:rsidRPr="00D70064" w:rsidRDefault="004351F6">
      <w:pPr>
        <w:spacing w:before="160" w:after="80"/>
      </w:pPr>
      <w:r w:rsidRPr="00D70064">
        <w:rPr>
          <w:b/>
        </w:rPr>
        <w:lastRenderedPageBreak/>
        <w:t>Supplementary Table 4. Decision curve analysis net benefit at selected threshold probabilities.</w:t>
      </w:r>
    </w:p>
    <w:tbl>
      <w:tblPr>
        <w:tblW w:w="0" w:type="auto"/>
        <w:jc w:val="center"/>
        <w:tblLook w:val="04A0" w:firstRow="1" w:lastRow="0" w:firstColumn="1" w:lastColumn="0" w:noHBand="0" w:noVBand="1"/>
      </w:tblPr>
      <w:tblGrid>
        <w:gridCol w:w="1337"/>
        <w:gridCol w:w="1337"/>
        <w:gridCol w:w="1337"/>
        <w:gridCol w:w="1337"/>
        <w:gridCol w:w="1337"/>
        <w:gridCol w:w="1337"/>
        <w:gridCol w:w="1337"/>
      </w:tblGrid>
      <w:tr w:rsidR="008B5324" w:rsidRPr="00D70064" w14:paraId="66694D54" w14:textId="77777777">
        <w:trPr>
          <w:jc w:val="center"/>
        </w:trPr>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7688149" w14:textId="77777777" w:rsidR="008B5324" w:rsidRPr="00D70064" w:rsidRDefault="004351F6">
            <w:pPr>
              <w:spacing w:after="0"/>
            </w:pPr>
            <w:r w:rsidRPr="00D70064">
              <w:rPr>
                <w:b/>
                <w:sz w:val="14"/>
              </w:rPr>
              <w:t>Cohort</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F34BD3C" w14:textId="77777777" w:rsidR="008B5324" w:rsidRPr="00D70064" w:rsidRDefault="004351F6">
            <w:pPr>
              <w:spacing w:after="0"/>
            </w:pPr>
            <w:r w:rsidRPr="00D70064">
              <w:rPr>
                <w:b/>
                <w:sz w:val="14"/>
              </w:rPr>
              <w:t>Threshold probability</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054CA056" w14:textId="77777777" w:rsidR="008B5324" w:rsidRPr="00D70064" w:rsidRDefault="004351F6">
            <w:pPr>
              <w:spacing w:after="0"/>
            </w:pPr>
            <w:r w:rsidRPr="00D70064">
              <w:rPr>
                <w:b/>
                <w:sz w:val="14"/>
              </w:rPr>
              <w:t>Model net benefit</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67AFA82E" w14:textId="77777777" w:rsidR="008B5324" w:rsidRPr="00D70064" w:rsidRDefault="004351F6">
            <w:pPr>
              <w:spacing w:after="0"/>
            </w:pPr>
            <w:r w:rsidRPr="00D70064">
              <w:rPr>
                <w:b/>
                <w:sz w:val="14"/>
              </w:rPr>
              <w:t>Treat-all net benefit</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8D3DB9B" w14:textId="77777777" w:rsidR="008B5324" w:rsidRPr="00D70064" w:rsidRDefault="004351F6">
            <w:pPr>
              <w:spacing w:after="0"/>
            </w:pPr>
            <w:r w:rsidRPr="00D70064">
              <w:rPr>
                <w:b/>
                <w:sz w:val="14"/>
              </w:rPr>
              <w:t>Treat-none net benefit</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29C9C8E" w14:textId="77777777" w:rsidR="008B5324" w:rsidRPr="00D70064" w:rsidRDefault="004351F6">
            <w:pPr>
              <w:spacing w:after="0"/>
            </w:pPr>
            <w:r w:rsidRPr="00D70064">
              <w:rPr>
                <w:b/>
                <w:sz w:val="14"/>
              </w:rPr>
              <w:t>Net benefit vs treat-all</w:t>
            </w:r>
          </w:p>
        </w:tc>
        <w:tc>
          <w:tcPr>
            <w:tcW w:w="1337" w:type="dxa"/>
            <w:tcBorders>
              <w:top w:val="single" w:sz="12" w:space="0" w:color="000000"/>
              <w:left w:val="nil"/>
              <w:bottom w:val="single" w:sz="8" w:space="0" w:color="000000"/>
              <w:right w:val="nil"/>
            </w:tcBorders>
            <w:tcMar>
              <w:top w:w="80" w:type="dxa"/>
              <w:left w:w="120" w:type="dxa"/>
              <w:bottom w:w="80" w:type="dxa"/>
              <w:right w:w="120" w:type="dxa"/>
            </w:tcMar>
            <w:vAlign w:val="center"/>
          </w:tcPr>
          <w:p w14:paraId="5D2EC5DB" w14:textId="77777777" w:rsidR="008B5324" w:rsidRPr="00D70064" w:rsidRDefault="004351F6">
            <w:pPr>
              <w:spacing w:after="0"/>
            </w:pPr>
            <w:r w:rsidRPr="00D70064">
              <w:rPr>
                <w:b/>
                <w:sz w:val="14"/>
              </w:rPr>
              <w:t>Net benefit vs treat-none</w:t>
            </w:r>
          </w:p>
        </w:tc>
      </w:tr>
      <w:tr w:rsidR="008B5324" w:rsidRPr="00D70064" w14:paraId="450EF1CA"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0C8897F"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584FC240" w14:textId="77777777" w:rsidR="008B5324" w:rsidRPr="00D70064" w:rsidRDefault="004351F6">
            <w:pPr>
              <w:spacing w:after="0"/>
            </w:pPr>
            <w:r w:rsidRPr="00D70064">
              <w:rPr>
                <w:sz w:val="14"/>
              </w:rPr>
              <w:t>0.05</w:t>
            </w:r>
          </w:p>
        </w:tc>
        <w:tc>
          <w:tcPr>
            <w:tcW w:w="1337" w:type="dxa"/>
            <w:tcBorders>
              <w:top w:val="nil"/>
              <w:left w:val="nil"/>
              <w:bottom w:val="nil"/>
              <w:right w:val="nil"/>
            </w:tcBorders>
            <w:tcMar>
              <w:top w:w="80" w:type="dxa"/>
              <w:left w:w="120" w:type="dxa"/>
              <w:bottom w:w="80" w:type="dxa"/>
              <w:right w:w="120" w:type="dxa"/>
            </w:tcMar>
            <w:vAlign w:val="center"/>
          </w:tcPr>
          <w:p w14:paraId="06DBE77F" w14:textId="77777777" w:rsidR="008B5324" w:rsidRPr="00D70064" w:rsidRDefault="004351F6">
            <w:pPr>
              <w:spacing w:after="0"/>
            </w:pPr>
            <w:r w:rsidRPr="00D70064">
              <w:rPr>
                <w:sz w:val="14"/>
              </w:rPr>
              <w:t>0.326</w:t>
            </w:r>
          </w:p>
        </w:tc>
        <w:tc>
          <w:tcPr>
            <w:tcW w:w="1337" w:type="dxa"/>
            <w:tcBorders>
              <w:top w:val="nil"/>
              <w:left w:val="nil"/>
              <w:bottom w:val="nil"/>
              <w:right w:val="nil"/>
            </w:tcBorders>
            <w:tcMar>
              <w:top w:w="80" w:type="dxa"/>
              <w:left w:w="120" w:type="dxa"/>
              <w:bottom w:w="80" w:type="dxa"/>
              <w:right w:w="120" w:type="dxa"/>
            </w:tcMar>
            <w:vAlign w:val="center"/>
          </w:tcPr>
          <w:p w14:paraId="3D4CA93C" w14:textId="77777777" w:rsidR="008B5324" w:rsidRPr="00D70064" w:rsidRDefault="004351F6">
            <w:pPr>
              <w:spacing w:after="0"/>
            </w:pPr>
            <w:r w:rsidRPr="00D70064">
              <w:rPr>
                <w:sz w:val="14"/>
              </w:rPr>
              <w:t>0.326</w:t>
            </w:r>
          </w:p>
        </w:tc>
        <w:tc>
          <w:tcPr>
            <w:tcW w:w="1337" w:type="dxa"/>
            <w:tcBorders>
              <w:top w:val="nil"/>
              <w:left w:val="nil"/>
              <w:bottom w:val="nil"/>
              <w:right w:val="nil"/>
            </w:tcBorders>
            <w:tcMar>
              <w:top w:w="80" w:type="dxa"/>
              <w:left w:w="120" w:type="dxa"/>
              <w:bottom w:w="80" w:type="dxa"/>
              <w:right w:w="120" w:type="dxa"/>
            </w:tcMar>
            <w:vAlign w:val="center"/>
          </w:tcPr>
          <w:p w14:paraId="4105422E"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01C8C152"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0DAD1BC4" w14:textId="77777777" w:rsidR="008B5324" w:rsidRPr="00D70064" w:rsidRDefault="004351F6">
            <w:pPr>
              <w:spacing w:after="0"/>
            </w:pPr>
            <w:r w:rsidRPr="00D70064">
              <w:rPr>
                <w:sz w:val="14"/>
              </w:rPr>
              <w:t>0.326</w:t>
            </w:r>
          </w:p>
        </w:tc>
      </w:tr>
      <w:tr w:rsidR="008B5324" w:rsidRPr="00D70064" w14:paraId="7CAEDFCB"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695EBD14"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72889B47" w14:textId="77777777" w:rsidR="008B5324" w:rsidRPr="00D70064" w:rsidRDefault="004351F6">
            <w:pPr>
              <w:spacing w:after="0"/>
            </w:pPr>
            <w:r w:rsidRPr="00D70064">
              <w:rPr>
                <w:sz w:val="14"/>
              </w:rPr>
              <w:t>0.10</w:t>
            </w:r>
          </w:p>
        </w:tc>
        <w:tc>
          <w:tcPr>
            <w:tcW w:w="1337" w:type="dxa"/>
            <w:tcBorders>
              <w:top w:val="nil"/>
              <w:left w:val="nil"/>
              <w:bottom w:val="nil"/>
              <w:right w:val="nil"/>
            </w:tcBorders>
            <w:tcMar>
              <w:top w:w="80" w:type="dxa"/>
              <w:left w:w="120" w:type="dxa"/>
              <w:bottom w:w="80" w:type="dxa"/>
              <w:right w:w="120" w:type="dxa"/>
            </w:tcMar>
            <w:vAlign w:val="center"/>
          </w:tcPr>
          <w:p w14:paraId="7DB9EC06" w14:textId="77777777" w:rsidR="008B5324" w:rsidRPr="00D70064" w:rsidRDefault="004351F6">
            <w:pPr>
              <w:spacing w:after="0"/>
            </w:pPr>
            <w:r w:rsidRPr="00D70064">
              <w:rPr>
                <w:sz w:val="14"/>
              </w:rPr>
              <w:t>0.292</w:t>
            </w:r>
          </w:p>
        </w:tc>
        <w:tc>
          <w:tcPr>
            <w:tcW w:w="1337" w:type="dxa"/>
            <w:tcBorders>
              <w:top w:val="nil"/>
              <w:left w:val="nil"/>
              <w:bottom w:val="nil"/>
              <w:right w:val="nil"/>
            </w:tcBorders>
            <w:tcMar>
              <w:top w:w="80" w:type="dxa"/>
              <w:left w:w="120" w:type="dxa"/>
              <w:bottom w:w="80" w:type="dxa"/>
              <w:right w:w="120" w:type="dxa"/>
            </w:tcMar>
            <w:vAlign w:val="center"/>
          </w:tcPr>
          <w:p w14:paraId="60A09E7C" w14:textId="77777777" w:rsidR="008B5324" w:rsidRPr="00D70064" w:rsidRDefault="004351F6">
            <w:pPr>
              <w:spacing w:after="0"/>
            </w:pPr>
            <w:r w:rsidRPr="00D70064">
              <w:rPr>
                <w:sz w:val="14"/>
              </w:rPr>
              <w:t>0.289</w:t>
            </w:r>
          </w:p>
        </w:tc>
        <w:tc>
          <w:tcPr>
            <w:tcW w:w="1337" w:type="dxa"/>
            <w:tcBorders>
              <w:top w:val="nil"/>
              <w:left w:val="nil"/>
              <w:bottom w:val="nil"/>
              <w:right w:val="nil"/>
            </w:tcBorders>
            <w:tcMar>
              <w:top w:w="80" w:type="dxa"/>
              <w:left w:w="120" w:type="dxa"/>
              <w:bottom w:w="80" w:type="dxa"/>
              <w:right w:w="120" w:type="dxa"/>
            </w:tcMar>
            <w:vAlign w:val="center"/>
          </w:tcPr>
          <w:p w14:paraId="0CECE214"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76A9C35F" w14:textId="77777777" w:rsidR="008B5324" w:rsidRPr="00D70064" w:rsidRDefault="004351F6">
            <w:pPr>
              <w:spacing w:after="0"/>
            </w:pPr>
            <w:r w:rsidRPr="00D70064">
              <w:rPr>
                <w:sz w:val="14"/>
              </w:rPr>
              <w:t>0.003</w:t>
            </w:r>
          </w:p>
        </w:tc>
        <w:tc>
          <w:tcPr>
            <w:tcW w:w="1337" w:type="dxa"/>
            <w:tcBorders>
              <w:top w:val="nil"/>
              <w:left w:val="nil"/>
              <w:bottom w:val="nil"/>
              <w:right w:val="nil"/>
            </w:tcBorders>
            <w:tcMar>
              <w:top w:w="80" w:type="dxa"/>
              <w:left w:w="120" w:type="dxa"/>
              <w:bottom w:w="80" w:type="dxa"/>
              <w:right w:w="120" w:type="dxa"/>
            </w:tcMar>
            <w:vAlign w:val="center"/>
          </w:tcPr>
          <w:p w14:paraId="69B916DC" w14:textId="77777777" w:rsidR="008B5324" w:rsidRPr="00D70064" w:rsidRDefault="004351F6">
            <w:pPr>
              <w:spacing w:after="0"/>
            </w:pPr>
            <w:r w:rsidRPr="00D70064">
              <w:rPr>
                <w:sz w:val="14"/>
              </w:rPr>
              <w:t>0.292</w:t>
            </w:r>
          </w:p>
        </w:tc>
      </w:tr>
      <w:tr w:rsidR="008B5324" w:rsidRPr="00D70064" w14:paraId="7E50A8C2"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BCC61D6"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4AD22895" w14:textId="77777777" w:rsidR="008B5324" w:rsidRPr="00D70064" w:rsidRDefault="004351F6">
            <w:pPr>
              <w:spacing w:after="0"/>
            </w:pPr>
            <w:r w:rsidRPr="00D70064">
              <w:rPr>
                <w:sz w:val="14"/>
              </w:rPr>
              <w:t>0.15</w:t>
            </w:r>
          </w:p>
        </w:tc>
        <w:tc>
          <w:tcPr>
            <w:tcW w:w="1337" w:type="dxa"/>
            <w:tcBorders>
              <w:top w:val="nil"/>
              <w:left w:val="nil"/>
              <w:bottom w:val="nil"/>
              <w:right w:val="nil"/>
            </w:tcBorders>
            <w:tcMar>
              <w:top w:w="80" w:type="dxa"/>
              <w:left w:w="120" w:type="dxa"/>
              <w:bottom w:w="80" w:type="dxa"/>
              <w:right w:w="120" w:type="dxa"/>
            </w:tcMar>
            <w:vAlign w:val="center"/>
          </w:tcPr>
          <w:p w14:paraId="7B6BADCC" w14:textId="77777777" w:rsidR="008B5324" w:rsidRPr="00D70064" w:rsidRDefault="004351F6">
            <w:pPr>
              <w:spacing w:after="0"/>
            </w:pPr>
            <w:r w:rsidRPr="00D70064">
              <w:rPr>
                <w:sz w:val="14"/>
              </w:rPr>
              <w:t>0.256</w:t>
            </w:r>
          </w:p>
        </w:tc>
        <w:tc>
          <w:tcPr>
            <w:tcW w:w="1337" w:type="dxa"/>
            <w:tcBorders>
              <w:top w:val="nil"/>
              <w:left w:val="nil"/>
              <w:bottom w:val="nil"/>
              <w:right w:val="nil"/>
            </w:tcBorders>
            <w:tcMar>
              <w:top w:w="80" w:type="dxa"/>
              <w:left w:w="120" w:type="dxa"/>
              <w:bottom w:w="80" w:type="dxa"/>
              <w:right w:w="120" w:type="dxa"/>
            </w:tcMar>
            <w:vAlign w:val="center"/>
          </w:tcPr>
          <w:p w14:paraId="6CF76ADC" w14:textId="77777777" w:rsidR="008B5324" w:rsidRPr="00D70064" w:rsidRDefault="004351F6">
            <w:pPr>
              <w:spacing w:after="0"/>
            </w:pPr>
            <w:r w:rsidRPr="00D70064">
              <w:rPr>
                <w:sz w:val="14"/>
              </w:rPr>
              <w:t>0.247</w:t>
            </w:r>
          </w:p>
        </w:tc>
        <w:tc>
          <w:tcPr>
            <w:tcW w:w="1337" w:type="dxa"/>
            <w:tcBorders>
              <w:top w:val="nil"/>
              <w:left w:val="nil"/>
              <w:bottom w:val="nil"/>
              <w:right w:val="nil"/>
            </w:tcBorders>
            <w:tcMar>
              <w:top w:w="80" w:type="dxa"/>
              <w:left w:w="120" w:type="dxa"/>
              <w:bottom w:w="80" w:type="dxa"/>
              <w:right w:w="120" w:type="dxa"/>
            </w:tcMar>
            <w:vAlign w:val="center"/>
          </w:tcPr>
          <w:p w14:paraId="6ACB6E95"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195E434A" w14:textId="77777777" w:rsidR="008B5324" w:rsidRPr="00D70064" w:rsidRDefault="004351F6">
            <w:pPr>
              <w:spacing w:after="0"/>
            </w:pPr>
            <w:r w:rsidRPr="00D70064">
              <w:rPr>
                <w:sz w:val="14"/>
              </w:rPr>
              <w:t>0.009</w:t>
            </w:r>
          </w:p>
        </w:tc>
        <w:tc>
          <w:tcPr>
            <w:tcW w:w="1337" w:type="dxa"/>
            <w:tcBorders>
              <w:top w:val="nil"/>
              <w:left w:val="nil"/>
              <w:bottom w:val="nil"/>
              <w:right w:val="nil"/>
            </w:tcBorders>
            <w:tcMar>
              <w:top w:w="80" w:type="dxa"/>
              <w:left w:w="120" w:type="dxa"/>
              <w:bottom w:w="80" w:type="dxa"/>
              <w:right w:w="120" w:type="dxa"/>
            </w:tcMar>
            <w:vAlign w:val="center"/>
          </w:tcPr>
          <w:p w14:paraId="50483CC8" w14:textId="77777777" w:rsidR="008B5324" w:rsidRPr="00D70064" w:rsidRDefault="004351F6">
            <w:pPr>
              <w:spacing w:after="0"/>
            </w:pPr>
            <w:r w:rsidRPr="00D70064">
              <w:rPr>
                <w:sz w:val="14"/>
              </w:rPr>
              <w:t>0.256</w:t>
            </w:r>
          </w:p>
        </w:tc>
      </w:tr>
      <w:tr w:rsidR="008B5324" w:rsidRPr="00D70064" w14:paraId="2CD297BC"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7670E16"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47946CAF" w14:textId="77777777" w:rsidR="008B5324" w:rsidRPr="00D70064" w:rsidRDefault="004351F6">
            <w:pPr>
              <w:spacing w:after="0"/>
            </w:pPr>
            <w:r w:rsidRPr="00D70064">
              <w:rPr>
                <w:sz w:val="14"/>
              </w:rPr>
              <w:t>0.20</w:t>
            </w:r>
          </w:p>
        </w:tc>
        <w:tc>
          <w:tcPr>
            <w:tcW w:w="1337" w:type="dxa"/>
            <w:tcBorders>
              <w:top w:val="nil"/>
              <w:left w:val="nil"/>
              <w:bottom w:val="nil"/>
              <w:right w:val="nil"/>
            </w:tcBorders>
            <w:tcMar>
              <w:top w:w="80" w:type="dxa"/>
              <w:left w:w="120" w:type="dxa"/>
              <w:bottom w:w="80" w:type="dxa"/>
              <w:right w:w="120" w:type="dxa"/>
            </w:tcMar>
            <w:vAlign w:val="center"/>
          </w:tcPr>
          <w:p w14:paraId="241A57CF" w14:textId="77777777" w:rsidR="008B5324" w:rsidRPr="00D70064" w:rsidRDefault="004351F6">
            <w:pPr>
              <w:spacing w:after="0"/>
            </w:pPr>
            <w:r w:rsidRPr="00D70064">
              <w:rPr>
                <w:sz w:val="14"/>
              </w:rPr>
              <w:t>0.223</w:t>
            </w:r>
          </w:p>
        </w:tc>
        <w:tc>
          <w:tcPr>
            <w:tcW w:w="1337" w:type="dxa"/>
            <w:tcBorders>
              <w:top w:val="nil"/>
              <w:left w:val="nil"/>
              <w:bottom w:val="nil"/>
              <w:right w:val="nil"/>
            </w:tcBorders>
            <w:tcMar>
              <w:top w:w="80" w:type="dxa"/>
              <w:left w:w="120" w:type="dxa"/>
              <w:bottom w:w="80" w:type="dxa"/>
              <w:right w:w="120" w:type="dxa"/>
            </w:tcMar>
            <w:vAlign w:val="center"/>
          </w:tcPr>
          <w:p w14:paraId="21A758B3" w14:textId="77777777" w:rsidR="008B5324" w:rsidRPr="00D70064" w:rsidRDefault="004351F6">
            <w:pPr>
              <w:spacing w:after="0"/>
            </w:pPr>
            <w:r w:rsidRPr="00D70064">
              <w:rPr>
                <w:sz w:val="14"/>
              </w:rPr>
              <w:t>0.200</w:t>
            </w:r>
          </w:p>
        </w:tc>
        <w:tc>
          <w:tcPr>
            <w:tcW w:w="1337" w:type="dxa"/>
            <w:tcBorders>
              <w:top w:val="nil"/>
              <w:left w:val="nil"/>
              <w:bottom w:val="nil"/>
              <w:right w:val="nil"/>
            </w:tcBorders>
            <w:tcMar>
              <w:top w:w="80" w:type="dxa"/>
              <w:left w:w="120" w:type="dxa"/>
              <w:bottom w:w="80" w:type="dxa"/>
              <w:right w:w="120" w:type="dxa"/>
            </w:tcMar>
            <w:vAlign w:val="center"/>
          </w:tcPr>
          <w:p w14:paraId="2C027CDB"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767CAF61" w14:textId="77777777" w:rsidR="008B5324" w:rsidRPr="00D70064" w:rsidRDefault="004351F6">
            <w:pPr>
              <w:spacing w:after="0"/>
            </w:pPr>
            <w:r w:rsidRPr="00D70064">
              <w:rPr>
                <w:sz w:val="14"/>
              </w:rPr>
              <w:t>0.023</w:t>
            </w:r>
          </w:p>
        </w:tc>
        <w:tc>
          <w:tcPr>
            <w:tcW w:w="1337" w:type="dxa"/>
            <w:tcBorders>
              <w:top w:val="nil"/>
              <w:left w:val="nil"/>
              <w:bottom w:val="nil"/>
              <w:right w:val="nil"/>
            </w:tcBorders>
            <w:tcMar>
              <w:top w:w="80" w:type="dxa"/>
              <w:left w:w="120" w:type="dxa"/>
              <w:bottom w:w="80" w:type="dxa"/>
              <w:right w:w="120" w:type="dxa"/>
            </w:tcMar>
            <w:vAlign w:val="center"/>
          </w:tcPr>
          <w:p w14:paraId="28610391" w14:textId="77777777" w:rsidR="008B5324" w:rsidRPr="00D70064" w:rsidRDefault="004351F6">
            <w:pPr>
              <w:spacing w:after="0"/>
            </w:pPr>
            <w:r w:rsidRPr="00D70064">
              <w:rPr>
                <w:sz w:val="14"/>
              </w:rPr>
              <w:t>0.223</w:t>
            </w:r>
          </w:p>
        </w:tc>
      </w:tr>
      <w:tr w:rsidR="008B5324" w:rsidRPr="00D70064" w14:paraId="5FA36384"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2613DAC5"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62BC7861" w14:textId="77777777" w:rsidR="008B5324" w:rsidRPr="00D70064" w:rsidRDefault="004351F6">
            <w:pPr>
              <w:spacing w:after="0"/>
            </w:pPr>
            <w:r w:rsidRPr="00D70064">
              <w:rPr>
                <w:sz w:val="14"/>
              </w:rPr>
              <w:t>0.25</w:t>
            </w:r>
          </w:p>
        </w:tc>
        <w:tc>
          <w:tcPr>
            <w:tcW w:w="1337" w:type="dxa"/>
            <w:tcBorders>
              <w:top w:val="nil"/>
              <w:left w:val="nil"/>
              <w:bottom w:val="nil"/>
              <w:right w:val="nil"/>
            </w:tcBorders>
            <w:tcMar>
              <w:top w:w="80" w:type="dxa"/>
              <w:left w:w="120" w:type="dxa"/>
              <w:bottom w:w="80" w:type="dxa"/>
              <w:right w:w="120" w:type="dxa"/>
            </w:tcMar>
            <w:vAlign w:val="center"/>
          </w:tcPr>
          <w:p w14:paraId="7362FFA5" w14:textId="77777777" w:rsidR="008B5324" w:rsidRPr="00D70064" w:rsidRDefault="004351F6">
            <w:pPr>
              <w:spacing w:after="0"/>
            </w:pPr>
            <w:r w:rsidRPr="00D70064">
              <w:rPr>
                <w:sz w:val="14"/>
              </w:rPr>
              <w:t>0.192</w:t>
            </w:r>
          </w:p>
        </w:tc>
        <w:tc>
          <w:tcPr>
            <w:tcW w:w="1337" w:type="dxa"/>
            <w:tcBorders>
              <w:top w:val="nil"/>
              <w:left w:val="nil"/>
              <w:bottom w:val="nil"/>
              <w:right w:val="nil"/>
            </w:tcBorders>
            <w:tcMar>
              <w:top w:w="80" w:type="dxa"/>
              <w:left w:w="120" w:type="dxa"/>
              <w:bottom w:w="80" w:type="dxa"/>
              <w:right w:w="120" w:type="dxa"/>
            </w:tcMar>
            <w:vAlign w:val="center"/>
          </w:tcPr>
          <w:p w14:paraId="37F6580D" w14:textId="77777777" w:rsidR="008B5324" w:rsidRPr="00D70064" w:rsidRDefault="004351F6">
            <w:pPr>
              <w:spacing w:after="0"/>
            </w:pPr>
            <w:r w:rsidRPr="00D70064">
              <w:rPr>
                <w:sz w:val="14"/>
              </w:rPr>
              <w:t>0.146</w:t>
            </w:r>
          </w:p>
        </w:tc>
        <w:tc>
          <w:tcPr>
            <w:tcW w:w="1337" w:type="dxa"/>
            <w:tcBorders>
              <w:top w:val="nil"/>
              <w:left w:val="nil"/>
              <w:bottom w:val="nil"/>
              <w:right w:val="nil"/>
            </w:tcBorders>
            <w:tcMar>
              <w:top w:w="80" w:type="dxa"/>
              <w:left w:w="120" w:type="dxa"/>
              <w:bottom w:w="80" w:type="dxa"/>
              <w:right w:w="120" w:type="dxa"/>
            </w:tcMar>
            <w:vAlign w:val="center"/>
          </w:tcPr>
          <w:p w14:paraId="009CAEFD"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15F1BF3C" w14:textId="77777777" w:rsidR="008B5324" w:rsidRPr="00D70064" w:rsidRDefault="004351F6">
            <w:pPr>
              <w:spacing w:after="0"/>
            </w:pPr>
            <w:r w:rsidRPr="00D70064">
              <w:rPr>
                <w:sz w:val="14"/>
              </w:rPr>
              <w:t>0.046</w:t>
            </w:r>
          </w:p>
        </w:tc>
        <w:tc>
          <w:tcPr>
            <w:tcW w:w="1337" w:type="dxa"/>
            <w:tcBorders>
              <w:top w:val="nil"/>
              <w:left w:val="nil"/>
              <w:bottom w:val="nil"/>
              <w:right w:val="nil"/>
            </w:tcBorders>
            <w:tcMar>
              <w:top w:w="80" w:type="dxa"/>
              <w:left w:w="120" w:type="dxa"/>
              <w:bottom w:w="80" w:type="dxa"/>
              <w:right w:w="120" w:type="dxa"/>
            </w:tcMar>
            <w:vAlign w:val="center"/>
          </w:tcPr>
          <w:p w14:paraId="7642116C" w14:textId="77777777" w:rsidR="008B5324" w:rsidRPr="00D70064" w:rsidRDefault="004351F6">
            <w:pPr>
              <w:spacing w:after="0"/>
            </w:pPr>
            <w:r w:rsidRPr="00D70064">
              <w:rPr>
                <w:sz w:val="14"/>
              </w:rPr>
              <w:t>0.192</w:t>
            </w:r>
          </w:p>
        </w:tc>
      </w:tr>
      <w:tr w:rsidR="008B5324" w:rsidRPr="00D70064" w14:paraId="00891139"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A2DAA2E"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64E6576A" w14:textId="77777777" w:rsidR="008B5324" w:rsidRPr="00D70064" w:rsidRDefault="004351F6">
            <w:pPr>
              <w:spacing w:after="0"/>
            </w:pPr>
            <w:r w:rsidRPr="00D70064">
              <w:rPr>
                <w:sz w:val="14"/>
              </w:rPr>
              <w:t>0.30</w:t>
            </w:r>
          </w:p>
        </w:tc>
        <w:tc>
          <w:tcPr>
            <w:tcW w:w="1337" w:type="dxa"/>
            <w:tcBorders>
              <w:top w:val="nil"/>
              <w:left w:val="nil"/>
              <w:bottom w:val="nil"/>
              <w:right w:val="nil"/>
            </w:tcBorders>
            <w:tcMar>
              <w:top w:w="80" w:type="dxa"/>
              <w:left w:w="120" w:type="dxa"/>
              <w:bottom w:w="80" w:type="dxa"/>
              <w:right w:w="120" w:type="dxa"/>
            </w:tcMar>
            <w:vAlign w:val="center"/>
          </w:tcPr>
          <w:p w14:paraId="73B459E4" w14:textId="77777777" w:rsidR="008B5324" w:rsidRPr="00D70064" w:rsidRDefault="004351F6">
            <w:pPr>
              <w:spacing w:after="0"/>
            </w:pPr>
            <w:r w:rsidRPr="00D70064">
              <w:rPr>
                <w:sz w:val="14"/>
              </w:rPr>
              <w:t>0.159</w:t>
            </w:r>
          </w:p>
        </w:tc>
        <w:tc>
          <w:tcPr>
            <w:tcW w:w="1337" w:type="dxa"/>
            <w:tcBorders>
              <w:top w:val="nil"/>
              <w:left w:val="nil"/>
              <w:bottom w:val="nil"/>
              <w:right w:val="nil"/>
            </w:tcBorders>
            <w:tcMar>
              <w:top w:w="80" w:type="dxa"/>
              <w:left w:w="120" w:type="dxa"/>
              <w:bottom w:w="80" w:type="dxa"/>
              <w:right w:w="120" w:type="dxa"/>
            </w:tcMar>
            <w:vAlign w:val="center"/>
          </w:tcPr>
          <w:p w14:paraId="68E97E9B" w14:textId="77777777" w:rsidR="008B5324" w:rsidRPr="00D70064" w:rsidRDefault="004351F6">
            <w:pPr>
              <w:spacing w:after="0"/>
            </w:pPr>
            <w:r w:rsidRPr="00D70064">
              <w:rPr>
                <w:sz w:val="14"/>
              </w:rPr>
              <w:t>0.085</w:t>
            </w:r>
          </w:p>
        </w:tc>
        <w:tc>
          <w:tcPr>
            <w:tcW w:w="1337" w:type="dxa"/>
            <w:tcBorders>
              <w:top w:val="nil"/>
              <w:left w:val="nil"/>
              <w:bottom w:val="nil"/>
              <w:right w:val="nil"/>
            </w:tcBorders>
            <w:tcMar>
              <w:top w:w="80" w:type="dxa"/>
              <w:left w:w="120" w:type="dxa"/>
              <w:bottom w:w="80" w:type="dxa"/>
              <w:right w:w="120" w:type="dxa"/>
            </w:tcMar>
            <w:vAlign w:val="center"/>
          </w:tcPr>
          <w:p w14:paraId="60AAE709"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176E1F3C" w14:textId="77777777" w:rsidR="008B5324" w:rsidRPr="00D70064" w:rsidRDefault="004351F6">
            <w:pPr>
              <w:spacing w:after="0"/>
            </w:pPr>
            <w:r w:rsidRPr="00D70064">
              <w:rPr>
                <w:sz w:val="14"/>
              </w:rPr>
              <w:t>0.074</w:t>
            </w:r>
          </w:p>
        </w:tc>
        <w:tc>
          <w:tcPr>
            <w:tcW w:w="1337" w:type="dxa"/>
            <w:tcBorders>
              <w:top w:val="nil"/>
              <w:left w:val="nil"/>
              <w:bottom w:val="nil"/>
              <w:right w:val="nil"/>
            </w:tcBorders>
            <w:tcMar>
              <w:top w:w="80" w:type="dxa"/>
              <w:left w:w="120" w:type="dxa"/>
              <w:bottom w:w="80" w:type="dxa"/>
              <w:right w:w="120" w:type="dxa"/>
            </w:tcMar>
            <w:vAlign w:val="center"/>
          </w:tcPr>
          <w:p w14:paraId="76B107E7" w14:textId="77777777" w:rsidR="008B5324" w:rsidRPr="00D70064" w:rsidRDefault="004351F6">
            <w:pPr>
              <w:spacing w:after="0"/>
            </w:pPr>
            <w:r w:rsidRPr="00D70064">
              <w:rPr>
                <w:sz w:val="14"/>
              </w:rPr>
              <w:t>0.159</w:t>
            </w:r>
          </w:p>
        </w:tc>
      </w:tr>
      <w:tr w:rsidR="008B5324" w:rsidRPr="00D70064" w14:paraId="1CA5F93D"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25666531"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6444C617" w14:textId="77777777" w:rsidR="008B5324" w:rsidRPr="00D70064" w:rsidRDefault="004351F6">
            <w:pPr>
              <w:spacing w:after="0"/>
            </w:pPr>
            <w:r w:rsidRPr="00D70064">
              <w:rPr>
                <w:sz w:val="14"/>
              </w:rPr>
              <w:t>0.35</w:t>
            </w:r>
          </w:p>
        </w:tc>
        <w:tc>
          <w:tcPr>
            <w:tcW w:w="1337" w:type="dxa"/>
            <w:tcBorders>
              <w:top w:val="nil"/>
              <w:left w:val="nil"/>
              <w:bottom w:val="nil"/>
              <w:right w:val="nil"/>
            </w:tcBorders>
            <w:tcMar>
              <w:top w:w="80" w:type="dxa"/>
              <w:left w:w="120" w:type="dxa"/>
              <w:bottom w:w="80" w:type="dxa"/>
              <w:right w:w="120" w:type="dxa"/>
            </w:tcMar>
            <w:vAlign w:val="center"/>
          </w:tcPr>
          <w:p w14:paraId="3D705C06" w14:textId="77777777" w:rsidR="008B5324" w:rsidRPr="00D70064" w:rsidRDefault="004351F6">
            <w:pPr>
              <w:spacing w:after="0"/>
            </w:pPr>
            <w:r w:rsidRPr="00D70064">
              <w:rPr>
                <w:sz w:val="14"/>
              </w:rPr>
              <w:t>0.122</w:t>
            </w:r>
          </w:p>
        </w:tc>
        <w:tc>
          <w:tcPr>
            <w:tcW w:w="1337" w:type="dxa"/>
            <w:tcBorders>
              <w:top w:val="nil"/>
              <w:left w:val="nil"/>
              <w:bottom w:val="nil"/>
              <w:right w:val="nil"/>
            </w:tcBorders>
            <w:tcMar>
              <w:top w:w="80" w:type="dxa"/>
              <w:left w:w="120" w:type="dxa"/>
              <w:bottom w:w="80" w:type="dxa"/>
              <w:right w:w="120" w:type="dxa"/>
            </w:tcMar>
            <w:vAlign w:val="center"/>
          </w:tcPr>
          <w:p w14:paraId="1A87377C" w14:textId="77777777" w:rsidR="008B5324" w:rsidRPr="00D70064" w:rsidRDefault="004351F6">
            <w:pPr>
              <w:spacing w:after="0"/>
            </w:pPr>
            <w:r w:rsidRPr="00D70064">
              <w:rPr>
                <w:sz w:val="14"/>
              </w:rPr>
              <w:t>0.015</w:t>
            </w:r>
          </w:p>
        </w:tc>
        <w:tc>
          <w:tcPr>
            <w:tcW w:w="1337" w:type="dxa"/>
            <w:tcBorders>
              <w:top w:val="nil"/>
              <w:left w:val="nil"/>
              <w:bottom w:val="nil"/>
              <w:right w:val="nil"/>
            </w:tcBorders>
            <w:tcMar>
              <w:top w:w="80" w:type="dxa"/>
              <w:left w:w="120" w:type="dxa"/>
              <w:bottom w:w="80" w:type="dxa"/>
              <w:right w:w="120" w:type="dxa"/>
            </w:tcMar>
            <w:vAlign w:val="center"/>
          </w:tcPr>
          <w:p w14:paraId="506859B3"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4E461712" w14:textId="77777777" w:rsidR="008B5324" w:rsidRPr="00D70064" w:rsidRDefault="004351F6">
            <w:pPr>
              <w:spacing w:after="0"/>
            </w:pPr>
            <w:r w:rsidRPr="00D70064">
              <w:rPr>
                <w:sz w:val="14"/>
              </w:rPr>
              <w:t>0.107</w:t>
            </w:r>
          </w:p>
        </w:tc>
        <w:tc>
          <w:tcPr>
            <w:tcW w:w="1337" w:type="dxa"/>
            <w:tcBorders>
              <w:top w:val="nil"/>
              <w:left w:val="nil"/>
              <w:bottom w:val="nil"/>
              <w:right w:val="nil"/>
            </w:tcBorders>
            <w:tcMar>
              <w:top w:w="80" w:type="dxa"/>
              <w:left w:w="120" w:type="dxa"/>
              <w:bottom w:w="80" w:type="dxa"/>
              <w:right w:w="120" w:type="dxa"/>
            </w:tcMar>
            <w:vAlign w:val="center"/>
          </w:tcPr>
          <w:p w14:paraId="71EFEEB8" w14:textId="77777777" w:rsidR="008B5324" w:rsidRPr="00D70064" w:rsidRDefault="004351F6">
            <w:pPr>
              <w:spacing w:after="0"/>
            </w:pPr>
            <w:r w:rsidRPr="00D70064">
              <w:rPr>
                <w:sz w:val="14"/>
              </w:rPr>
              <w:t>0.122</w:t>
            </w:r>
          </w:p>
        </w:tc>
      </w:tr>
      <w:tr w:rsidR="008B5324" w:rsidRPr="00D70064" w14:paraId="074F1CA8"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26575E52"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00CA3C5F" w14:textId="77777777" w:rsidR="008B5324" w:rsidRPr="00D70064" w:rsidRDefault="004351F6">
            <w:pPr>
              <w:spacing w:after="0"/>
            </w:pPr>
            <w:r w:rsidRPr="00D70064">
              <w:rPr>
                <w:sz w:val="14"/>
              </w:rPr>
              <w:t>0.40</w:t>
            </w:r>
          </w:p>
        </w:tc>
        <w:tc>
          <w:tcPr>
            <w:tcW w:w="1337" w:type="dxa"/>
            <w:tcBorders>
              <w:top w:val="nil"/>
              <w:left w:val="nil"/>
              <w:bottom w:val="nil"/>
              <w:right w:val="nil"/>
            </w:tcBorders>
            <w:tcMar>
              <w:top w:w="80" w:type="dxa"/>
              <w:left w:w="120" w:type="dxa"/>
              <w:bottom w:w="80" w:type="dxa"/>
              <w:right w:w="120" w:type="dxa"/>
            </w:tcMar>
            <w:vAlign w:val="center"/>
          </w:tcPr>
          <w:p w14:paraId="697AAE0C" w14:textId="77777777" w:rsidR="008B5324" w:rsidRPr="00D70064" w:rsidRDefault="004351F6">
            <w:pPr>
              <w:spacing w:after="0"/>
            </w:pPr>
            <w:r w:rsidRPr="00D70064">
              <w:rPr>
                <w:sz w:val="14"/>
              </w:rPr>
              <w:t>0.098</w:t>
            </w:r>
          </w:p>
        </w:tc>
        <w:tc>
          <w:tcPr>
            <w:tcW w:w="1337" w:type="dxa"/>
            <w:tcBorders>
              <w:top w:val="nil"/>
              <w:left w:val="nil"/>
              <w:bottom w:val="nil"/>
              <w:right w:val="nil"/>
            </w:tcBorders>
            <w:tcMar>
              <w:top w:w="80" w:type="dxa"/>
              <w:left w:w="120" w:type="dxa"/>
              <w:bottom w:w="80" w:type="dxa"/>
              <w:right w:w="120" w:type="dxa"/>
            </w:tcMar>
            <w:vAlign w:val="center"/>
          </w:tcPr>
          <w:p w14:paraId="227402A4" w14:textId="77777777" w:rsidR="008B5324" w:rsidRPr="00D70064" w:rsidRDefault="004351F6">
            <w:pPr>
              <w:spacing w:after="0"/>
            </w:pPr>
            <w:r w:rsidRPr="00D70064">
              <w:rPr>
                <w:sz w:val="14"/>
              </w:rPr>
              <w:t>-0.067</w:t>
            </w:r>
          </w:p>
        </w:tc>
        <w:tc>
          <w:tcPr>
            <w:tcW w:w="1337" w:type="dxa"/>
            <w:tcBorders>
              <w:top w:val="nil"/>
              <w:left w:val="nil"/>
              <w:bottom w:val="nil"/>
              <w:right w:val="nil"/>
            </w:tcBorders>
            <w:tcMar>
              <w:top w:w="80" w:type="dxa"/>
              <w:left w:w="120" w:type="dxa"/>
              <w:bottom w:w="80" w:type="dxa"/>
              <w:right w:w="120" w:type="dxa"/>
            </w:tcMar>
            <w:vAlign w:val="center"/>
          </w:tcPr>
          <w:p w14:paraId="57960B51"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323D160B" w14:textId="77777777" w:rsidR="008B5324" w:rsidRPr="00D70064" w:rsidRDefault="004351F6">
            <w:pPr>
              <w:spacing w:after="0"/>
            </w:pPr>
            <w:r w:rsidRPr="00D70064">
              <w:rPr>
                <w:sz w:val="14"/>
              </w:rPr>
              <w:t>0.165</w:t>
            </w:r>
          </w:p>
        </w:tc>
        <w:tc>
          <w:tcPr>
            <w:tcW w:w="1337" w:type="dxa"/>
            <w:tcBorders>
              <w:top w:val="nil"/>
              <w:left w:val="nil"/>
              <w:bottom w:val="nil"/>
              <w:right w:val="nil"/>
            </w:tcBorders>
            <w:tcMar>
              <w:top w:w="80" w:type="dxa"/>
              <w:left w:w="120" w:type="dxa"/>
              <w:bottom w:w="80" w:type="dxa"/>
              <w:right w:w="120" w:type="dxa"/>
            </w:tcMar>
            <w:vAlign w:val="center"/>
          </w:tcPr>
          <w:p w14:paraId="6C8361E2" w14:textId="77777777" w:rsidR="008B5324" w:rsidRPr="00D70064" w:rsidRDefault="004351F6">
            <w:pPr>
              <w:spacing w:after="0"/>
            </w:pPr>
            <w:r w:rsidRPr="00D70064">
              <w:rPr>
                <w:sz w:val="14"/>
              </w:rPr>
              <w:t>0.098</w:t>
            </w:r>
          </w:p>
        </w:tc>
      </w:tr>
      <w:tr w:rsidR="008B5324" w:rsidRPr="00D70064" w14:paraId="681EEDD9"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010B0EC2"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2041E505" w14:textId="77777777" w:rsidR="008B5324" w:rsidRPr="00D70064" w:rsidRDefault="004351F6">
            <w:pPr>
              <w:spacing w:after="0"/>
            </w:pPr>
            <w:r w:rsidRPr="00D70064">
              <w:rPr>
                <w:sz w:val="14"/>
              </w:rPr>
              <w:t>0.45</w:t>
            </w:r>
          </w:p>
        </w:tc>
        <w:tc>
          <w:tcPr>
            <w:tcW w:w="1337" w:type="dxa"/>
            <w:tcBorders>
              <w:top w:val="nil"/>
              <w:left w:val="nil"/>
              <w:bottom w:val="nil"/>
              <w:right w:val="nil"/>
            </w:tcBorders>
            <w:tcMar>
              <w:top w:w="80" w:type="dxa"/>
              <w:left w:w="120" w:type="dxa"/>
              <w:bottom w:w="80" w:type="dxa"/>
              <w:right w:w="120" w:type="dxa"/>
            </w:tcMar>
            <w:vAlign w:val="center"/>
          </w:tcPr>
          <w:p w14:paraId="1AFBC1AB" w14:textId="77777777" w:rsidR="008B5324" w:rsidRPr="00D70064" w:rsidRDefault="004351F6">
            <w:pPr>
              <w:spacing w:after="0"/>
            </w:pPr>
            <w:r w:rsidRPr="00D70064">
              <w:rPr>
                <w:sz w:val="14"/>
              </w:rPr>
              <w:t>0.075</w:t>
            </w:r>
          </w:p>
        </w:tc>
        <w:tc>
          <w:tcPr>
            <w:tcW w:w="1337" w:type="dxa"/>
            <w:tcBorders>
              <w:top w:val="nil"/>
              <w:left w:val="nil"/>
              <w:bottom w:val="nil"/>
              <w:right w:val="nil"/>
            </w:tcBorders>
            <w:tcMar>
              <w:top w:w="80" w:type="dxa"/>
              <w:left w:w="120" w:type="dxa"/>
              <w:bottom w:w="80" w:type="dxa"/>
              <w:right w:w="120" w:type="dxa"/>
            </w:tcMar>
            <w:vAlign w:val="center"/>
          </w:tcPr>
          <w:p w14:paraId="47417BB9" w14:textId="77777777" w:rsidR="008B5324" w:rsidRPr="00D70064" w:rsidRDefault="004351F6">
            <w:pPr>
              <w:spacing w:after="0"/>
            </w:pPr>
            <w:r w:rsidRPr="00D70064">
              <w:rPr>
                <w:sz w:val="14"/>
              </w:rPr>
              <w:t>-0.164</w:t>
            </w:r>
          </w:p>
        </w:tc>
        <w:tc>
          <w:tcPr>
            <w:tcW w:w="1337" w:type="dxa"/>
            <w:tcBorders>
              <w:top w:val="nil"/>
              <w:left w:val="nil"/>
              <w:bottom w:val="nil"/>
              <w:right w:val="nil"/>
            </w:tcBorders>
            <w:tcMar>
              <w:top w:w="80" w:type="dxa"/>
              <w:left w:w="120" w:type="dxa"/>
              <w:bottom w:w="80" w:type="dxa"/>
              <w:right w:w="120" w:type="dxa"/>
            </w:tcMar>
            <w:vAlign w:val="center"/>
          </w:tcPr>
          <w:p w14:paraId="36344C0D"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0F5656CF" w14:textId="77777777" w:rsidR="008B5324" w:rsidRPr="00D70064" w:rsidRDefault="004351F6">
            <w:pPr>
              <w:spacing w:after="0"/>
            </w:pPr>
            <w:r w:rsidRPr="00D70064">
              <w:rPr>
                <w:sz w:val="14"/>
              </w:rPr>
              <w:t>0.239</w:t>
            </w:r>
          </w:p>
        </w:tc>
        <w:tc>
          <w:tcPr>
            <w:tcW w:w="1337" w:type="dxa"/>
            <w:tcBorders>
              <w:top w:val="nil"/>
              <w:left w:val="nil"/>
              <w:bottom w:val="nil"/>
              <w:right w:val="nil"/>
            </w:tcBorders>
            <w:tcMar>
              <w:top w:w="80" w:type="dxa"/>
              <w:left w:w="120" w:type="dxa"/>
              <w:bottom w:w="80" w:type="dxa"/>
              <w:right w:w="120" w:type="dxa"/>
            </w:tcMar>
            <w:vAlign w:val="center"/>
          </w:tcPr>
          <w:p w14:paraId="7E4CECA2" w14:textId="77777777" w:rsidR="008B5324" w:rsidRPr="00D70064" w:rsidRDefault="004351F6">
            <w:pPr>
              <w:spacing w:after="0"/>
            </w:pPr>
            <w:r w:rsidRPr="00D70064">
              <w:rPr>
                <w:sz w:val="14"/>
              </w:rPr>
              <w:t>0.075</w:t>
            </w:r>
          </w:p>
        </w:tc>
      </w:tr>
      <w:tr w:rsidR="008B5324" w:rsidRPr="00D70064" w14:paraId="6904B3A1"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0597865C"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210A39D0" w14:textId="77777777" w:rsidR="008B5324" w:rsidRPr="00D70064" w:rsidRDefault="004351F6">
            <w:pPr>
              <w:spacing w:after="0"/>
            </w:pPr>
            <w:r w:rsidRPr="00D70064">
              <w:rPr>
                <w:sz w:val="14"/>
              </w:rPr>
              <w:t>0.50</w:t>
            </w:r>
          </w:p>
        </w:tc>
        <w:tc>
          <w:tcPr>
            <w:tcW w:w="1337" w:type="dxa"/>
            <w:tcBorders>
              <w:top w:val="nil"/>
              <w:left w:val="nil"/>
              <w:bottom w:val="nil"/>
              <w:right w:val="nil"/>
            </w:tcBorders>
            <w:tcMar>
              <w:top w:w="80" w:type="dxa"/>
              <w:left w:w="120" w:type="dxa"/>
              <w:bottom w:w="80" w:type="dxa"/>
              <w:right w:w="120" w:type="dxa"/>
            </w:tcMar>
            <w:vAlign w:val="center"/>
          </w:tcPr>
          <w:p w14:paraId="2058917E" w14:textId="77777777" w:rsidR="008B5324" w:rsidRPr="00D70064" w:rsidRDefault="004351F6">
            <w:pPr>
              <w:spacing w:after="0"/>
            </w:pPr>
            <w:r w:rsidRPr="00D70064">
              <w:rPr>
                <w:sz w:val="14"/>
              </w:rPr>
              <w:t>0.065</w:t>
            </w:r>
          </w:p>
        </w:tc>
        <w:tc>
          <w:tcPr>
            <w:tcW w:w="1337" w:type="dxa"/>
            <w:tcBorders>
              <w:top w:val="nil"/>
              <w:left w:val="nil"/>
              <w:bottom w:val="nil"/>
              <w:right w:val="nil"/>
            </w:tcBorders>
            <w:tcMar>
              <w:top w:w="80" w:type="dxa"/>
              <w:left w:w="120" w:type="dxa"/>
              <w:bottom w:w="80" w:type="dxa"/>
              <w:right w:w="120" w:type="dxa"/>
            </w:tcMar>
            <w:vAlign w:val="center"/>
          </w:tcPr>
          <w:p w14:paraId="00D259B5" w14:textId="77777777" w:rsidR="008B5324" w:rsidRPr="00D70064" w:rsidRDefault="004351F6">
            <w:pPr>
              <w:spacing w:after="0"/>
            </w:pPr>
            <w:r w:rsidRPr="00D70064">
              <w:rPr>
                <w:sz w:val="14"/>
              </w:rPr>
              <w:t>-0.280</w:t>
            </w:r>
          </w:p>
        </w:tc>
        <w:tc>
          <w:tcPr>
            <w:tcW w:w="1337" w:type="dxa"/>
            <w:tcBorders>
              <w:top w:val="nil"/>
              <w:left w:val="nil"/>
              <w:bottom w:val="nil"/>
              <w:right w:val="nil"/>
            </w:tcBorders>
            <w:tcMar>
              <w:top w:w="80" w:type="dxa"/>
              <w:left w:w="120" w:type="dxa"/>
              <w:bottom w:w="80" w:type="dxa"/>
              <w:right w:w="120" w:type="dxa"/>
            </w:tcMar>
            <w:vAlign w:val="center"/>
          </w:tcPr>
          <w:p w14:paraId="20C81A72"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37AB48E7" w14:textId="77777777" w:rsidR="008B5324" w:rsidRPr="00D70064" w:rsidRDefault="004351F6">
            <w:pPr>
              <w:spacing w:after="0"/>
            </w:pPr>
            <w:r w:rsidRPr="00D70064">
              <w:rPr>
                <w:sz w:val="14"/>
              </w:rPr>
              <w:t>0.346</w:t>
            </w:r>
          </w:p>
        </w:tc>
        <w:tc>
          <w:tcPr>
            <w:tcW w:w="1337" w:type="dxa"/>
            <w:tcBorders>
              <w:top w:val="nil"/>
              <w:left w:val="nil"/>
              <w:bottom w:val="nil"/>
              <w:right w:val="nil"/>
            </w:tcBorders>
            <w:tcMar>
              <w:top w:w="80" w:type="dxa"/>
              <w:left w:w="120" w:type="dxa"/>
              <w:bottom w:w="80" w:type="dxa"/>
              <w:right w:w="120" w:type="dxa"/>
            </w:tcMar>
            <w:vAlign w:val="center"/>
          </w:tcPr>
          <w:p w14:paraId="4118A1D1" w14:textId="77777777" w:rsidR="008B5324" w:rsidRPr="00D70064" w:rsidRDefault="004351F6">
            <w:pPr>
              <w:spacing w:after="0"/>
            </w:pPr>
            <w:r w:rsidRPr="00D70064">
              <w:rPr>
                <w:sz w:val="14"/>
              </w:rPr>
              <w:t>0.065</w:t>
            </w:r>
          </w:p>
        </w:tc>
      </w:tr>
      <w:tr w:rsidR="008B5324" w:rsidRPr="00D70064" w14:paraId="348DCD8F"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46C061F"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6F33BCE8" w14:textId="77777777" w:rsidR="008B5324" w:rsidRPr="00D70064" w:rsidRDefault="004351F6">
            <w:pPr>
              <w:spacing w:after="0"/>
            </w:pPr>
            <w:r w:rsidRPr="00D70064">
              <w:rPr>
                <w:sz w:val="14"/>
              </w:rPr>
              <w:t>0.55</w:t>
            </w:r>
          </w:p>
        </w:tc>
        <w:tc>
          <w:tcPr>
            <w:tcW w:w="1337" w:type="dxa"/>
            <w:tcBorders>
              <w:top w:val="nil"/>
              <w:left w:val="nil"/>
              <w:bottom w:val="nil"/>
              <w:right w:val="nil"/>
            </w:tcBorders>
            <w:tcMar>
              <w:top w:w="80" w:type="dxa"/>
              <w:left w:w="120" w:type="dxa"/>
              <w:bottom w:w="80" w:type="dxa"/>
              <w:right w:w="120" w:type="dxa"/>
            </w:tcMar>
            <w:vAlign w:val="center"/>
          </w:tcPr>
          <w:p w14:paraId="2EE314FB" w14:textId="77777777" w:rsidR="008B5324" w:rsidRPr="00D70064" w:rsidRDefault="004351F6">
            <w:pPr>
              <w:spacing w:after="0"/>
            </w:pPr>
            <w:r w:rsidRPr="00D70064">
              <w:rPr>
                <w:sz w:val="14"/>
              </w:rPr>
              <w:t>0.053</w:t>
            </w:r>
          </w:p>
        </w:tc>
        <w:tc>
          <w:tcPr>
            <w:tcW w:w="1337" w:type="dxa"/>
            <w:tcBorders>
              <w:top w:val="nil"/>
              <w:left w:val="nil"/>
              <w:bottom w:val="nil"/>
              <w:right w:val="nil"/>
            </w:tcBorders>
            <w:tcMar>
              <w:top w:w="80" w:type="dxa"/>
              <w:left w:w="120" w:type="dxa"/>
              <w:bottom w:w="80" w:type="dxa"/>
              <w:right w:w="120" w:type="dxa"/>
            </w:tcMar>
            <w:vAlign w:val="center"/>
          </w:tcPr>
          <w:p w14:paraId="58A8AF08" w14:textId="77777777" w:rsidR="008B5324" w:rsidRPr="00D70064" w:rsidRDefault="004351F6">
            <w:pPr>
              <w:spacing w:after="0"/>
            </w:pPr>
            <w:r w:rsidRPr="00D70064">
              <w:rPr>
                <w:sz w:val="14"/>
              </w:rPr>
              <w:t>-0.423</w:t>
            </w:r>
          </w:p>
        </w:tc>
        <w:tc>
          <w:tcPr>
            <w:tcW w:w="1337" w:type="dxa"/>
            <w:tcBorders>
              <w:top w:val="nil"/>
              <w:left w:val="nil"/>
              <w:bottom w:val="nil"/>
              <w:right w:val="nil"/>
            </w:tcBorders>
            <w:tcMar>
              <w:top w:w="80" w:type="dxa"/>
              <w:left w:w="120" w:type="dxa"/>
              <w:bottom w:w="80" w:type="dxa"/>
              <w:right w:w="120" w:type="dxa"/>
            </w:tcMar>
            <w:vAlign w:val="center"/>
          </w:tcPr>
          <w:p w14:paraId="5A4FBB8B"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3FDAA414" w14:textId="77777777" w:rsidR="008B5324" w:rsidRPr="00D70064" w:rsidRDefault="004351F6">
            <w:pPr>
              <w:spacing w:after="0"/>
            </w:pPr>
            <w:r w:rsidRPr="00D70064">
              <w:rPr>
                <w:sz w:val="14"/>
              </w:rPr>
              <w:t>0.476</w:t>
            </w:r>
          </w:p>
        </w:tc>
        <w:tc>
          <w:tcPr>
            <w:tcW w:w="1337" w:type="dxa"/>
            <w:tcBorders>
              <w:top w:val="nil"/>
              <w:left w:val="nil"/>
              <w:bottom w:val="nil"/>
              <w:right w:val="nil"/>
            </w:tcBorders>
            <w:tcMar>
              <w:top w:w="80" w:type="dxa"/>
              <w:left w:w="120" w:type="dxa"/>
              <w:bottom w:w="80" w:type="dxa"/>
              <w:right w:w="120" w:type="dxa"/>
            </w:tcMar>
            <w:vAlign w:val="center"/>
          </w:tcPr>
          <w:p w14:paraId="41D57246" w14:textId="77777777" w:rsidR="008B5324" w:rsidRPr="00D70064" w:rsidRDefault="004351F6">
            <w:pPr>
              <w:spacing w:after="0"/>
            </w:pPr>
            <w:r w:rsidRPr="00D70064">
              <w:rPr>
                <w:sz w:val="14"/>
              </w:rPr>
              <w:t>0.053</w:t>
            </w:r>
          </w:p>
        </w:tc>
      </w:tr>
      <w:tr w:rsidR="008B5324" w:rsidRPr="00D70064" w14:paraId="3DC3BFAA"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3F13B087" w14:textId="77777777" w:rsidR="008B5324" w:rsidRPr="00D70064" w:rsidRDefault="004351F6">
            <w:pPr>
              <w:spacing w:after="0"/>
            </w:pPr>
            <w:r w:rsidRPr="00D70064">
              <w:rPr>
                <w:sz w:val="14"/>
              </w:rPr>
              <w:t>MIMIC-IV test</w:t>
            </w:r>
          </w:p>
        </w:tc>
        <w:tc>
          <w:tcPr>
            <w:tcW w:w="1337" w:type="dxa"/>
            <w:tcBorders>
              <w:top w:val="nil"/>
              <w:left w:val="nil"/>
              <w:bottom w:val="nil"/>
              <w:right w:val="nil"/>
            </w:tcBorders>
            <w:tcMar>
              <w:top w:w="80" w:type="dxa"/>
              <w:left w:w="120" w:type="dxa"/>
              <w:bottom w:w="80" w:type="dxa"/>
              <w:right w:w="120" w:type="dxa"/>
            </w:tcMar>
            <w:vAlign w:val="center"/>
          </w:tcPr>
          <w:p w14:paraId="7168131E" w14:textId="77777777" w:rsidR="008B5324" w:rsidRPr="00D70064" w:rsidRDefault="004351F6">
            <w:pPr>
              <w:spacing w:after="0"/>
            </w:pPr>
            <w:r w:rsidRPr="00D70064">
              <w:rPr>
                <w:sz w:val="14"/>
              </w:rPr>
              <w:t>0.60</w:t>
            </w:r>
          </w:p>
        </w:tc>
        <w:tc>
          <w:tcPr>
            <w:tcW w:w="1337" w:type="dxa"/>
            <w:tcBorders>
              <w:top w:val="nil"/>
              <w:left w:val="nil"/>
              <w:bottom w:val="nil"/>
              <w:right w:val="nil"/>
            </w:tcBorders>
            <w:tcMar>
              <w:top w:w="80" w:type="dxa"/>
              <w:left w:w="120" w:type="dxa"/>
              <w:bottom w:w="80" w:type="dxa"/>
              <w:right w:w="120" w:type="dxa"/>
            </w:tcMar>
            <w:vAlign w:val="center"/>
          </w:tcPr>
          <w:p w14:paraId="40B24B34" w14:textId="77777777" w:rsidR="008B5324" w:rsidRPr="00D70064" w:rsidRDefault="004351F6">
            <w:pPr>
              <w:spacing w:after="0"/>
            </w:pPr>
            <w:r w:rsidRPr="00D70064">
              <w:rPr>
                <w:sz w:val="14"/>
              </w:rPr>
              <w:t>0.040</w:t>
            </w:r>
          </w:p>
        </w:tc>
        <w:tc>
          <w:tcPr>
            <w:tcW w:w="1337" w:type="dxa"/>
            <w:tcBorders>
              <w:top w:val="nil"/>
              <w:left w:val="nil"/>
              <w:bottom w:val="nil"/>
              <w:right w:val="nil"/>
            </w:tcBorders>
            <w:tcMar>
              <w:top w:w="80" w:type="dxa"/>
              <w:left w:w="120" w:type="dxa"/>
              <w:bottom w:w="80" w:type="dxa"/>
              <w:right w:w="120" w:type="dxa"/>
            </w:tcMar>
            <w:vAlign w:val="center"/>
          </w:tcPr>
          <w:p w14:paraId="12FBD38C" w14:textId="77777777" w:rsidR="008B5324" w:rsidRPr="00D70064" w:rsidRDefault="004351F6">
            <w:pPr>
              <w:spacing w:after="0"/>
            </w:pPr>
            <w:r w:rsidRPr="00D70064">
              <w:rPr>
                <w:sz w:val="14"/>
              </w:rPr>
              <w:t>-0.601</w:t>
            </w:r>
          </w:p>
        </w:tc>
        <w:tc>
          <w:tcPr>
            <w:tcW w:w="1337" w:type="dxa"/>
            <w:tcBorders>
              <w:top w:val="nil"/>
              <w:left w:val="nil"/>
              <w:bottom w:val="nil"/>
              <w:right w:val="nil"/>
            </w:tcBorders>
            <w:tcMar>
              <w:top w:w="80" w:type="dxa"/>
              <w:left w:w="120" w:type="dxa"/>
              <w:bottom w:w="80" w:type="dxa"/>
              <w:right w:w="120" w:type="dxa"/>
            </w:tcMar>
            <w:vAlign w:val="center"/>
          </w:tcPr>
          <w:p w14:paraId="61EF6A8A"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38D71151" w14:textId="77777777" w:rsidR="008B5324" w:rsidRPr="00D70064" w:rsidRDefault="004351F6">
            <w:pPr>
              <w:spacing w:after="0"/>
            </w:pPr>
            <w:r w:rsidRPr="00D70064">
              <w:rPr>
                <w:sz w:val="14"/>
              </w:rPr>
              <w:t>0.641</w:t>
            </w:r>
          </w:p>
        </w:tc>
        <w:tc>
          <w:tcPr>
            <w:tcW w:w="1337" w:type="dxa"/>
            <w:tcBorders>
              <w:top w:val="nil"/>
              <w:left w:val="nil"/>
              <w:bottom w:val="nil"/>
              <w:right w:val="nil"/>
            </w:tcBorders>
            <w:tcMar>
              <w:top w:w="80" w:type="dxa"/>
              <w:left w:w="120" w:type="dxa"/>
              <w:bottom w:w="80" w:type="dxa"/>
              <w:right w:w="120" w:type="dxa"/>
            </w:tcMar>
            <w:vAlign w:val="center"/>
          </w:tcPr>
          <w:p w14:paraId="2DC01A75" w14:textId="77777777" w:rsidR="008B5324" w:rsidRPr="00D70064" w:rsidRDefault="004351F6">
            <w:pPr>
              <w:spacing w:after="0"/>
            </w:pPr>
            <w:r w:rsidRPr="00D70064">
              <w:rPr>
                <w:sz w:val="14"/>
              </w:rPr>
              <w:t>0.040</w:t>
            </w:r>
          </w:p>
        </w:tc>
      </w:tr>
      <w:tr w:rsidR="008B5324" w:rsidRPr="00D70064" w14:paraId="37D0AF70"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99CA956"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2A191425" w14:textId="77777777" w:rsidR="008B5324" w:rsidRPr="00D70064" w:rsidRDefault="004351F6">
            <w:pPr>
              <w:spacing w:after="0"/>
            </w:pPr>
            <w:r w:rsidRPr="00D70064">
              <w:rPr>
                <w:sz w:val="14"/>
              </w:rPr>
              <w:t>0.05</w:t>
            </w:r>
          </w:p>
        </w:tc>
        <w:tc>
          <w:tcPr>
            <w:tcW w:w="1337" w:type="dxa"/>
            <w:tcBorders>
              <w:top w:val="nil"/>
              <w:left w:val="nil"/>
              <w:bottom w:val="nil"/>
              <w:right w:val="nil"/>
            </w:tcBorders>
            <w:tcMar>
              <w:top w:w="80" w:type="dxa"/>
              <w:left w:w="120" w:type="dxa"/>
              <w:bottom w:w="80" w:type="dxa"/>
              <w:right w:w="120" w:type="dxa"/>
            </w:tcMar>
            <w:vAlign w:val="center"/>
          </w:tcPr>
          <w:p w14:paraId="1F26A95C" w14:textId="77777777" w:rsidR="008B5324" w:rsidRPr="00D70064" w:rsidRDefault="004351F6">
            <w:pPr>
              <w:spacing w:after="0"/>
            </w:pPr>
            <w:r w:rsidRPr="00D70064">
              <w:rPr>
                <w:sz w:val="14"/>
              </w:rPr>
              <w:t>0.266</w:t>
            </w:r>
          </w:p>
        </w:tc>
        <w:tc>
          <w:tcPr>
            <w:tcW w:w="1337" w:type="dxa"/>
            <w:tcBorders>
              <w:top w:val="nil"/>
              <w:left w:val="nil"/>
              <w:bottom w:val="nil"/>
              <w:right w:val="nil"/>
            </w:tcBorders>
            <w:tcMar>
              <w:top w:w="80" w:type="dxa"/>
              <w:left w:w="120" w:type="dxa"/>
              <w:bottom w:w="80" w:type="dxa"/>
              <w:right w:w="120" w:type="dxa"/>
            </w:tcMar>
            <w:vAlign w:val="center"/>
          </w:tcPr>
          <w:p w14:paraId="293BE0B3" w14:textId="77777777" w:rsidR="008B5324" w:rsidRPr="00D70064" w:rsidRDefault="004351F6">
            <w:pPr>
              <w:spacing w:after="0"/>
            </w:pPr>
            <w:r w:rsidRPr="00D70064">
              <w:rPr>
                <w:sz w:val="14"/>
              </w:rPr>
              <w:t>0.266</w:t>
            </w:r>
          </w:p>
        </w:tc>
        <w:tc>
          <w:tcPr>
            <w:tcW w:w="1337" w:type="dxa"/>
            <w:tcBorders>
              <w:top w:val="nil"/>
              <w:left w:val="nil"/>
              <w:bottom w:val="nil"/>
              <w:right w:val="nil"/>
            </w:tcBorders>
            <w:tcMar>
              <w:top w:w="80" w:type="dxa"/>
              <w:left w:w="120" w:type="dxa"/>
              <w:bottom w:w="80" w:type="dxa"/>
              <w:right w:w="120" w:type="dxa"/>
            </w:tcMar>
            <w:vAlign w:val="center"/>
          </w:tcPr>
          <w:p w14:paraId="7928084B"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0FD31A36"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30A151ED" w14:textId="77777777" w:rsidR="008B5324" w:rsidRPr="00D70064" w:rsidRDefault="004351F6">
            <w:pPr>
              <w:spacing w:after="0"/>
            </w:pPr>
            <w:r w:rsidRPr="00D70064">
              <w:rPr>
                <w:sz w:val="14"/>
              </w:rPr>
              <w:t>0.266</w:t>
            </w:r>
          </w:p>
        </w:tc>
      </w:tr>
      <w:tr w:rsidR="008B5324" w:rsidRPr="00D70064" w14:paraId="63DD354D"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BE73A52"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50B54570" w14:textId="77777777" w:rsidR="008B5324" w:rsidRPr="00D70064" w:rsidRDefault="004351F6">
            <w:pPr>
              <w:spacing w:after="0"/>
            </w:pPr>
            <w:r w:rsidRPr="00D70064">
              <w:rPr>
                <w:sz w:val="14"/>
              </w:rPr>
              <w:t>0.10</w:t>
            </w:r>
          </w:p>
        </w:tc>
        <w:tc>
          <w:tcPr>
            <w:tcW w:w="1337" w:type="dxa"/>
            <w:tcBorders>
              <w:top w:val="nil"/>
              <w:left w:val="nil"/>
              <w:bottom w:val="nil"/>
              <w:right w:val="nil"/>
            </w:tcBorders>
            <w:tcMar>
              <w:top w:w="80" w:type="dxa"/>
              <w:left w:w="120" w:type="dxa"/>
              <w:bottom w:w="80" w:type="dxa"/>
              <w:right w:w="120" w:type="dxa"/>
            </w:tcMar>
            <w:vAlign w:val="center"/>
          </w:tcPr>
          <w:p w14:paraId="5535B7DF" w14:textId="77777777" w:rsidR="008B5324" w:rsidRPr="00D70064" w:rsidRDefault="004351F6">
            <w:pPr>
              <w:spacing w:after="0"/>
            </w:pPr>
            <w:r w:rsidRPr="00D70064">
              <w:rPr>
                <w:sz w:val="14"/>
              </w:rPr>
              <w:t>0.225</w:t>
            </w:r>
          </w:p>
        </w:tc>
        <w:tc>
          <w:tcPr>
            <w:tcW w:w="1337" w:type="dxa"/>
            <w:tcBorders>
              <w:top w:val="nil"/>
              <w:left w:val="nil"/>
              <w:bottom w:val="nil"/>
              <w:right w:val="nil"/>
            </w:tcBorders>
            <w:tcMar>
              <w:top w:w="80" w:type="dxa"/>
              <w:left w:w="120" w:type="dxa"/>
              <w:bottom w:w="80" w:type="dxa"/>
              <w:right w:w="120" w:type="dxa"/>
            </w:tcMar>
            <w:vAlign w:val="center"/>
          </w:tcPr>
          <w:p w14:paraId="08DBCC38" w14:textId="77777777" w:rsidR="008B5324" w:rsidRPr="00D70064" w:rsidRDefault="004351F6">
            <w:pPr>
              <w:spacing w:after="0"/>
            </w:pPr>
            <w:r w:rsidRPr="00D70064">
              <w:rPr>
                <w:sz w:val="14"/>
              </w:rPr>
              <w:t>0.225</w:t>
            </w:r>
          </w:p>
        </w:tc>
        <w:tc>
          <w:tcPr>
            <w:tcW w:w="1337" w:type="dxa"/>
            <w:tcBorders>
              <w:top w:val="nil"/>
              <w:left w:val="nil"/>
              <w:bottom w:val="nil"/>
              <w:right w:val="nil"/>
            </w:tcBorders>
            <w:tcMar>
              <w:top w:w="80" w:type="dxa"/>
              <w:left w:w="120" w:type="dxa"/>
              <w:bottom w:w="80" w:type="dxa"/>
              <w:right w:w="120" w:type="dxa"/>
            </w:tcMar>
            <w:vAlign w:val="center"/>
          </w:tcPr>
          <w:p w14:paraId="73362A87"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000A6100"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2937FC77" w14:textId="77777777" w:rsidR="008B5324" w:rsidRPr="00D70064" w:rsidRDefault="004351F6">
            <w:pPr>
              <w:spacing w:after="0"/>
            </w:pPr>
            <w:r w:rsidRPr="00D70064">
              <w:rPr>
                <w:sz w:val="14"/>
              </w:rPr>
              <w:t>0.225</w:t>
            </w:r>
          </w:p>
        </w:tc>
      </w:tr>
      <w:tr w:rsidR="008B5324" w:rsidRPr="00D70064" w14:paraId="267FAC0F"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3852AACF"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566F86E3" w14:textId="77777777" w:rsidR="008B5324" w:rsidRPr="00D70064" w:rsidRDefault="004351F6">
            <w:pPr>
              <w:spacing w:after="0"/>
            </w:pPr>
            <w:r w:rsidRPr="00D70064">
              <w:rPr>
                <w:sz w:val="14"/>
              </w:rPr>
              <w:t>0.15</w:t>
            </w:r>
          </w:p>
        </w:tc>
        <w:tc>
          <w:tcPr>
            <w:tcW w:w="1337" w:type="dxa"/>
            <w:tcBorders>
              <w:top w:val="nil"/>
              <w:left w:val="nil"/>
              <w:bottom w:val="nil"/>
              <w:right w:val="nil"/>
            </w:tcBorders>
            <w:tcMar>
              <w:top w:w="80" w:type="dxa"/>
              <w:left w:w="120" w:type="dxa"/>
              <w:bottom w:w="80" w:type="dxa"/>
              <w:right w:w="120" w:type="dxa"/>
            </w:tcMar>
            <w:vAlign w:val="center"/>
          </w:tcPr>
          <w:p w14:paraId="0F969B71" w14:textId="77777777" w:rsidR="008B5324" w:rsidRPr="00D70064" w:rsidRDefault="004351F6">
            <w:pPr>
              <w:spacing w:after="0"/>
            </w:pPr>
            <w:r w:rsidRPr="00D70064">
              <w:rPr>
                <w:sz w:val="14"/>
              </w:rPr>
              <w:t>0.181</w:t>
            </w:r>
          </w:p>
        </w:tc>
        <w:tc>
          <w:tcPr>
            <w:tcW w:w="1337" w:type="dxa"/>
            <w:tcBorders>
              <w:top w:val="nil"/>
              <w:left w:val="nil"/>
              <w:bottom w:val="nil"/>
              <w:right w:val="nil"/>
            </w:tcBorders>
            <w:tcMar>
              <w:top w:w="80" w:type="dxa"/>
              <w:left w:w="120" w:type="dxa"/>
              <w:bottom w:w="80" w:type="dxa"/>
              <w:right w:w="120" w:type="dxa"/>
            </w:tcMar>
            <w:vAlign w:val="center"/>
          </w:tcPr>
          <w:p w14:paraId="1FD603E3" w14:textId="77777777" w:rsidR="008B5324" w:rsidRPr="00D70064" w:rsidRDefault="004351F6">
            <w:pPr>
              <w:spacing w:after="0"/>
            </w:pPr>
            <w:r w:rsidRPr="00D70064">
              <w:rPr>
                <w:sz w:val="14"/>
              </w:rPr>
              <w:t>0.179</w:t>
            </w:r>
          </w:p>
        </w:tc>
        <w:tc>
          <w:tcPr>
            <w:tcW w:w="1337" w:type="dxa"/>
            <w:tcBorders>
              <w:top w:val="nil"/>
              <w:left w:val="nil"/>
              <w:bottom w:val="nil"/>
              <w:right w:val="nil"/>
            </w:tcBorders>
            <w:tcMar>
              <w:top w:w="80" w:type="dxa"/>
              <w:left w:w="120" w:type="dxa"/>
              <w:bottom w:w="80" w:type="dxa"/>
              <w:right w:w="120" w:type="dxa"/>
            </w:tcMar>
            <w:vAlign w:val="center"/>
          </w:tcPr>
          <w:p w14:paraId="705FDA07"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283C3216" w14:textId="77777777" w:rsidR="008B5324" w:rsidRPr="00D70064" w:rsidRDefault="004351F6">
            <w:pPr>
              <w:spacing w:after="0"/>
            </w:pPr>
            <w:r w:rsidRPr="00D70064">
              <w:rPr>
                <w:sz w:val="14"/>
              </w:rPr>
              <w:t>0.001</w:t>
            </w:r>
          </w:p>
        </w:tc>
        <w:tc>
          <w:tcPr>
            <w:tcW w:w="1337" w:type="dxa"/>
            <w:tcBorders>
              <w:top w:val="nil"/>
              <w:left w:val="nil"/>
              <w:bottom w:val="nil"/>
              <w:right w:val="nil"/>
            </w:tcBorders>
            <w:tcMar>
              <w:top w:w="80" w:type="dxa"/>
              <w:left w:w="120" w:type="dxa"/>
              <w:bottom w:w="80" w:type="dxa"/>
              <w:right w:w="120" w:type="dxa"/>
            </w:tcMar>
            <w:vAlign w:val="center"/>
          </w:tcPr>
          <w:p w14:paraId="285A2D11" w14:textId="77777777" w:rsidR="008B5324" w:rsidRPr="00D70064" w:rsidRDefault="004351F6">
            <w:pPr>
              <w:spacing w:after="0"/>
            </w:pPr>
            <w:r w:rsidRPr="00D70064">
              <w:rPr>
                <w:sz w:val="14"/>
              </w:rPr>
              <w:t>0.181</w:t>
            </w:r>
          </w:p>
        </w:tc>
      </w:tr>
      <w:tr w:rsidR="008B5324" w:rsidRPr="00D70064" w14:paraId="44C30275"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0AF88ED9"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7C8CD4AC" w14:textId="77777777" w:rsidR="008B5324" w:rsidRPr="00D70064" w:rsidRDefault="004351F6">
            <w:pPr>
              <w:spacing w:after="0"/>
            </w:pPr>
            <w:r w:rsidRPr="00D70064">
              <w:rPr>
                <w:sz w:val="14"/>
              </w:rPr>
              <w:t>0.20</w:t>
            </w:r>
          </w:p>
        </w:tc>
        <w:tc>
          <w:tcPr>
            <w:tcW w:w="1337" w:type="dxa"/>
            <w:tcBorders>
              <w:top w:val="nil"/>
              <w:left w:val="nil"/>
              <w:bottom w:val="nil"/>
              <w:right w:val="nil"/>
            </w:tcBorders>
            <w:tcMar>
              <w:top w:w="80" w:type="dxa"/>
              <w:left w:w="120" w:type="dxa"/>
              <w:bottom w:w="80" w:type="dxa"/>
              <w:right w:w="120" w:type="dxa"/>
            </w:tcMar>
            <w:vAlign w:val="center"/>
          </w:tcPr>
          <w:p w14:paraId="41C7D361" w14:textId="77777777" w:rsidR="008B5324" w:rsidRPr="00D70064" w:rsidRDefault="004351F6">
            <w:pPr>
              <w:spacing w:after="0"/>
            </w:pPr>
            <w:r w:rsidRPr="00D70064">
              <w:rPr>
                <w:sz w:val="14"/>
              </w:rPr>
              <w:t>0.143</w:t>
            </w:r>
          </w:p>
        </w:tc>
        <w:tc>
          <w:tcPr>
            <w:tcW w:w="1337" w:type="dxa"/>
            <w:tcBorders>
              <w:top w:val="nil"/>
              <w:left w:val="nil"/>
              <w:bottom w:val="nil"/>
              <w:right w:val="nil"/>
            </w:tcBorders>
            <w:tcMar>
              <w:top w:w="80" w:type="dxa"/>
              <w:left w:w="120" w:type="dxa"/>
              <w:bottom w:w="80" w:type="dxa"/>
              <w:right w:w="120" w:type="dxa"/>
            </w:tcMar>
            <w:vAlign w:val="center"/>
          </w:tcPr>
          <w:p w14:paraId="2A0504AF" w14:textId="77777777" w:rsidR="008B5324" w:rsidRPr="00D70064" w:rsidRDefault="004351F6">
            <w:pPr>
              <w:spacing w:after="0"/>
            </w:pPr>
            <w:r w:rsidRPr="00D70064">
              <w:rPr>
                <w:sz w:val="14"/>
              </w:rPr>
              <w:t>0.128</w:t>
            </w:r>
          </w:p>
        </w:tc>
        <w:tc>
          <w:tcPr>
            <w:tcW w:w="1337" w:type="dxa"/>
            <w:tcBorders>
              <w:top w:val="nil"/>
              <w:left w:val="nil"/>
              <w:bottom w:val="nil"/>
              <w:right w:val="nil"/>
            </w:tcBorders>
            <w:tcMar>
              <w:top w:w="80" w:type="dxa"/>
              <w:left w:w="120" w:type="dxa"/>
              <w:bottom w:w="80" w:type="dxa"/>
              <w:right w:w="120" w:type="dxa"/>
            </w:tcMar>
            <w:vAlign w:val="center"/>
          </w:tcPr>
          <w:p w14:paraId="1D917C40"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71587272" w14:textId="77777777" w:rsidR="008B5324" w:rsidRPr="00D70064" w:rsidRDefault="004351F6">
            <w:pPr>
              <w:spacing w:after="0"/>
            </w:pPr>
            <w:r w:rsidRPr="00D70064">
              <w:rPr>
                <w:sz w:val="14"/>
              </w:rPr>
              <w:t>0.015</w:t>
            </w:r>
          </w:p>
        </w:tc>
        <w:tc>
          <w:tcPr>
            <w:tcW w:w="1337" w:type="dxa"/>
            <w:tcBorders>
              <w:top w:val="nil"/>
              <w:left w:val="nil"/>
              <w:bottom w:val="nil"/>
              <w:right w:val="nil"/>
            </w:tcBorders>
            <w:tcMar>
              <w:top w:w="80" w:type="dxa"/>
              <w:left w:w="120" w:type="dxa"/>
              <w:bottom w:w="80" w:type="dxa"/>
              <w:right w:w="120" w:type="dxa"/>
            </w:tcMar>
            <w:vAlign w:val="center"/>
          </w:tcPr>
          <w:p w14:paraId="692B7F64" w14:textId="77777777" w:rsidR="008B5324" w:rsidRPr="00D70064" w:rsidRDefault="004351F6">
            <w:pPr>
              <w:spacing w:after="0"/>
            </w:pPr>
            <w:r w:rsidRPr="00D70064">
              <w:rPr>
                <w:sz w:val="14"/>
              </w:rPr>
              <w:t>0.143</w:t>
            </w:r>
          </w:p>
        </w:tc>
      </w:tr>
      <w:tr w:rsidR="008B5324" w:rsidRPr="00D70064" w14:paraId="54245F9A"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08422843"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6D0F3913" w14:textId="77777777" w:rsidR="008B5324" w:rsidRPr="00D70064" w:rsidRDefault="004351F6">
            <w:pPr>
              <w:spacing w:after="0"/>
            </w:pPr>
            <w:r w:rsidRPr="00D70064">
              <w:rPr>
                <w:sz w:val="14"/>
              </w:rPr>
              <w:t>0.25</w:t>
            </w:r>
          </w:p>
        </w:tc>
        <w:tc>
          <w:tcPr>
            <w:tcW w:w="1337" w:type="dxa"/>
            <w:tcBorders>
              <w:top w:val="nil"/>
              <w:left w:val="nil"/>
              <w:bottom w:val="nil"/>
              <w:right w:val="nil"/>
            </w:tcBorders>
            <w:tcMar>
              <w:top w:w="80" w:type="dxa"/>
              <w:left w:w="120" w:type="dxa"/>
              <w:bottom w:w="80" w:type="dxa"/>
              <w:right w:w="120" w:type="dxa"/>
            </w:tcMar>
            <w:vAlign w:val="center"/>
          </w:tcPr>
          <w:p w14:paraId="7C0D8A94" w14:textId="77777777" w:rsidR="008B5324" w:rsidRPr="00D70064" w:rsidRDefault="004351F6">
            <w:pPr>
              <w:spacing w:after="0"/>
            </w:pPr>
            <w:r w:rsidRPr="00D70064">
              <w:rPr>
                <w:sz w:val="14"/>
              </w:rPr>
              <w:t>0.125</w:t>
            </w:r>
          </w:p>
        </w:tc>
        <w:tc>
          <w:tcPr>
            <w:tcW w:w="1337" w:type="dxa"/>
            <w:tcBorders>
              <w:top w:val="nil"/>
              <w:left w:val="nil"/>
              <w:bottom w:val="nil"/>
              <w:right w:val="nil"/>
            </w:tcBorders>
            <w:tcMar>
              <w:top w:w="80" w:type="dxa"/>
              <w:left w:w="120" w:type="dxa"/>
              <w:bottom w:w="80" w:type="dxa"/>
              <w:right w:w="120" w:type="dxa"/>
            </w:tcMar>
            <w:vAlign w:val="center"/>
          </w:tcPr>
          <w:p w14:paraId="2E8A598F" w14:textId="77777777" w:rsidR="008B5324" w:rsidRPr="00D70064" w:rsidRDefault="004351F6">
            <w:pPr>
              <w:spacing w:after="0"/>
            </w:pPr>
            <w:r w:rsidRPr="00D70064">
              <w:rPr>
                <w:sz w:val="14"/>
              </w:rPr>
              <w:t>0.070</w:t>
            </w:r>
          </w:p>
        </w:tc>
        <w:tc>
          <w:tcPr>
            <w:tcW w:w="1337" w:type="dxa"/>
            <w:tcBorders>
              <w:top w:val="nil"/>
              <w:left w:val="nil"/>
              <w:bottom w:val="nil"/>
              <w:right w:val="nil"/>
            </w:tcBorders>
            <w:tcMar>
              <w:top w:w="80" w:type="dxa"/>
              <w:left w:w="120" w:type="dxa"/>
              <w:bottom w:w="80" w:type="dxa"/>
              <w:right w:w="120" w:type="dxa"/>
            </w:tcMar>
            <w:vAlign w:val="center"/>
          </w:tcPr>
          <w:p w14:paraId="0C9A9E4A"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22B74078" w14:textId="77777777" w:rsidR="008B5324" w:rsidRPr="00D70064" w:rsidRDefault="004351F6">
            <w:pPr>
              <w:spacing w:after="0"/>
            </w:pPr>
            <w:r w:rsidRPr="00D70064">
              <w:rPr>
                <w:sz w:val="14"/>
              </w:rPr>
              <w:t>0.054</w:t>
            </w:r>
          </w:p>
        </w:tc>
        <w:tc>
          <w:tcPr>
            <w:tcW w:w="1337" w:type="dxa"/>
            <w:tcBorders>
              <w:top w:val="nil"/>
              <w:left w:val="nil"/>
              <w:bottom w:val="nil"/>
              <w:right w:val="nil"/>
            </w:tcBorders>
            <w:tcMar>
              <w:top w:w="80" w:type="dxa"/>
              <w:left w:w="120" w:type="dxa"/>
              <w:bottom w:w="80" w:type="dxa"/>
              <w:right w:w="120" w:type="dxa"/>
            </w:tcMar>
            <w:vAlign w:val="center"/>
          </w:tcPr>
          <w:p w14:paraId="6B310F49" w14:textId="77777777" w:rsidR="008B5324" w:rsidRPr="00D70064" w:rsidRDefault="004351F6">
            <w:pPr>
              <w:spacing w:after="0"/>
            </w:pPr>
            <w:r w:rsidRPr="00D70064">
              <w:rPr>
                <w:sz w:val="14"/>
              </w:rPr>
              <w:t>0.125</w:t>
            </w:r>
          </w:p>
        </w:tc>
      </w:tr>
      <w:tr w:rsidR="008B5324" w:rsidRPr="00D70064" w14:paraId="636D34E4"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27468FF"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16ECAE25" w14:textId="77777777" w:rsidR="008B5324" w:rsidRPr="00D70064" w:rsidRDefault="004351F6">
            <w:pPr>
              <w:spacing w:after="0"/>
            </w:pPr>
            <w:r w:rsidRPr="00D70064">
              <w:rPr>
                <w:sz w:val="14"/>
              </w:rPr>
              <w:t>0.30</w:t>
            </w:r>
          </w:p>
        </w:tc>
        <w:tc>
          <w:tcPr>
            <w:tcW w:w="1337" w:type="dxa"/>
            <w:tcBorders>
              <w:top w:val="nil"/>
              <w:left w:val="nil"/>
              <w:bottom w:val="nil"/>
              <w:right w:val="nil"/>
            </w:tcBorders>
            <w:tcMar>
              <w:top w:w="80" w:type="dxa"/>
              <w:left w:w="120" w:type="dxa"/>
              <w:bottom w:w="80" w:type="dxa"/>
              <w:right w:w="120" w:type="dxa"/>
            </w:tcMar>
            <w:vAlign w:val="center"/>
          </w:tcPr>
          <w:p w14:paraId="10E17B11" w14:textId="77777777" w:rsidR="008B5324" w:rsidRPr="00D70064" w:rsidRDefault="004351F6">
            <w:pPr>
              <w:spacing w:after="0"/>
            </w:pPr>
            <w:r w:rsidRPr="00D70064">
              <w:rPr>
                <w:sz w:val="14"/>
              </w:rPr>
              <w:t>0.111</w:t>
            </w:r>
          </w:p>
        </w:tc>
        <w:tc>
          <w:tcPr>
            <w:tcW w:w="1337" w:type="dxa"/>
            <w:tcBorders>
              <w:top w:val="nil"/>
              <w:left w:val="nil"/>
              <w:bottom w:val="nil"/>
              <w:right w:val="nil"/>
            </w:tcBorders>
            <w:tcMar>
              <w:top w:w="80" w:type="dxa"/>
              <w:left w:w="120" w:type="dxa"/>
              <w:bottom w:w="80" w:type="dxa"/>
              <w:right w:w="120" w:type="dxa"/>
            </w:tcMar>
            <w:vAlign w:val="center"/>
          </w:tcPr>
          <w:p w14:paraId="353AE270" w14:textId="77777777" w:rsidR="008B5324" w:rsidRPr="00D70064" w:rsidRDefault="004351F6">
            <w:pPr>
              <w:spacing w:after="0"/>
            </w:pPr>
            <w:r w:rsidRPr="00D70064">
              <w:rPr>
                <w:sz w:val="14"/>
              </w:rPr>
              <w:t>0.004</w:t>
            </w:r>
          </w:p>
        </w:tc>
        <w:tc>
          <w:tcPr>
            <w:tcW w:w="1337" w:type="dxa"/>
            <w:tcBorders>
              <w:top w:val="nil"/>
              <w:left w:val="nil"/>
              <w:bottom w:val="nil"/>
              <w:right w:val="nil"/>
            </w:tcBorders>
            <w:tcMar>
              <w:top w:w="80" w:type="dxa"/>
              <w:left w:w="120" w:type="dxa"/>
              <w:bottom w:w="80" w:type="dxa"/>
              <w:right w:w="120" w:type="dxa"/>
            </w:tcMar>
            <w:vAlign w:val="center"/>
          </w:tcPr>
          <w:p w14:paraId="2F0DC36C"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3E0ECCD1" w14:textId="77777777" w:rsidR="008B5324" w:rsidRPr="00D70064" w:rsidRDefault="004351F6">
            <w:pPr>
              <w:spacing w:after="0"/>
            </w:pPr>
            <w:r w:rsidRPr="00D70064">
              <w:rPr>
                <w:sz w:val="14"/>
              </w:rPr>
              <w:t>0.108</w:t>
            </w:r>
          </w:p>
        </w:tc>
        <w:tc>
          <w:tcPr>
            <w:tcW w:w="1337" w:type="dxa"/>
            <w:tcBorders>
              <w:top w:val="nil"/>
              <w:left w:val="nil"/>
              <w:bottom w:val="nil"/>
              <w:right w:val="nil"/>
            </w:tcBorders>
            <w:tcMar>
              <w:top w:w="80" w:type="dxa"/>
              <w:left w:w="120" w:type="dxa"/>
              <w:bottom w:w="80" w:type="dxa"/>
              <w:right w:w="120" w:type="dxa"/>
            </w:tcMar>
            <w:vAlign w:val="center"/>
          </w:tcPr>
          <w:p w14:paraId="58D44BCF" w14:textId="77777777" w:rsidR="008B5324" w:rsidRPr="00D70064" w:rsidRDefault="004351F6">
            <w:pPr>
              <w:spacing w:after="0"/>
            </w:pPr>
            <w:r w:rsidRPr="00D70064">
              <w:rPr>
                <w:sz w:val="14"/>
              </w:rPr>
              <w:t>0.111</w:t>
            </w:r>
          </w:p>
        </w:tc>
      </w:tr>
      <w:tr w:rsidR="008B5324" w:rsidRPr="00D70064" w14:paraId="4C983E3C"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6F92EFDC"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7308AD60" w14:textId="77777777" w:rsidR="008B5324" w:rsidRPr="00D70064" w:rsidRDefault="004351F6">
            <w:pPr>
              <w:spacing w:after="0"/>
            </w:pPr>
            <w:r w:rsidRPr="00D70064">
              <w:rPr>
                <w:sz w:val="14"/>
              </w:rPr>
              <w:t>0.35</w:t>
            </w:r>
          </w:p>
        </w:tc>
        <w:tc>
          <w:tcPr>
            <w:tcW w:w="1337" w:type="dxa"/>
            <w:tcBorders>
              <w:top w:val="nil"/>
              <w:left w:val="nil"/>
              <w:bottom w:val="nil"/>
              <w:right w:val="nil"/>
            </w:tcBorders>
            <w:tcMar>
              <w:top w:w="80" w:type="dxa"/>
              <w:left w:w="120" w:type="dxa"/>
              <w:bottom w:w="80" w:type="dxa"/>
              <w:right w:w="120" w:type="dxa"/>
            </w:tcMar>
            <w:vAlign w:val="center"/>
          </w:tcPr>
          <w:p w14:paraId="2EF02FCA" w14:textId="77777777" w:rsidR="008B5324" w:rsidRPr="00D70064" w:rsidRDefault="004351F6">
            <w:pPr>
              <w:spacing w:after="0"/>
            </w:pPr>
            <w:r w:rsidRPr="00D70064">
              <w:rPr>
                <w:sz w:val="14"/>
              </w:rPr>
              <w:t>0.092</w:t>
            </w:r>
          </w:p>
        </w:tc>
        <w:tc>
          <w:tcPr>
            <w:tcW w:w="1337" w:type="dxa"/>
            <w:tcBorders>
              <w:top w:val="nil"/>
              <w:left w:val="nil"/>
              <w:bottom w:val="nil"/>
              <w:right w:val="nil"/>
            </w:tcBorders>
            <w:tcMar>
              <w:top w:w="80" w:type="dxa"/>
              <w:left w:w="120" w:type="dxa"/>
              <w:bottom w:w="80" w:type="dxa"/>
              <w:right w:w="120" w:type="dxa"/>
            </w:tcMar>
            <w:vAlign w:val="center"/>
          </w:tcPr>
          <w:p w14:paraId="4F663239" w14:textId="77777777" w:rsidR="008B5324" w:rsidRPr="00D70064" w:rsidRDefault="004351F6">
            <w:pPr>
              <w:spacing w:after="0"/>
            </w:pPr>
            <w:r w:rsidRPr="00D70064">
              <w:rPr>
                <w:sz w:val="14"/>
              </w:rPr>
              <w:t>-0.073</w:t>
            </w:r>
          </w:p>
        </w:tc>
        <w:tc>
          <w:tcPr>
            <w:tcW w:w="1337" w:type="dxa"/>
            <w:tcBorders>
              <w:top w:val="nil"/>
              <w:left w:val="nil"/>
              <w:bottom w:val="nil"/>
              <w:right w:val="nil"/>
            </w:tcBorders>
            <w:tcMar>
              <w:top w:w="80" w:type="dxa"/>
              <w:left w:w="120" w:type="dxa"/>
              <w:bottom w:w="80" w:type="dxa"/>
              <w:right w:w="120" w:type="dxa"/>
            </w:tcMar>
            <w:vAlign w:val="center"/>
          </w:tcPr>
          <w:p w14:paraId="1EA18662"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35AD10A1" w14:textId="77777777" w:rsidR="008B5324" w:rsidRPr="00D70064" w:rsidRDefault="004351F6">
            <w:pPr>
              <w:spacing w:after="0"/>
            </w:pPr>
            <w:r w:rsidRPr="00D70064">
              <w:rPr>
                <w:sz w:val="14"/>
              </w:rPr>
              <w:t>0.165</w:t>
            </w:r>
          </w:p>
        </w:tc>
        <w:tc>
          <w:tcPr>
            <w:tcW w:w="1337" w:type="dxa"/>
            <w:tcBorders>
              <w:top w:val="nil"/>
              <w:left w:val="nil"/>
              <w:bottom w:val="nil"/>
              <w:right w:val="nil"/>
            </w:tcBorders>
            <w:tcMar>
              <w:top w:w="80" w:type="dxa"/>
              <w:left w:w="120" w:type="dxa"/>
              <w:bottom w:w="80" w:type="dxa"/>
              <w:right w:w="120" w:type="dxa"/>
            </w:tcMar>
            <w:vAlign w:val="center"/>
          </w:tcPr>
          <w:p w14:paraId="4B63BEB7" w14:textId="77777777" w:rsidR="008B5324" w:rsidRPr="00D70064" w:rsidRDefault="004351F6">
            <w:pPr>
              <w:spacing w:after="0"/>
            </w:pPr>
            <w:r w:rsidRPr="00D70064">
              <w:rPr>
                <w:sz w:val="14"/>
              </w:rPr>
              <w:t>0.092</w:t>
            </w:r>
          </w:p>
        </w:tc>
      </w:tr>
      <w:tr w:rsidR="008B5324" w:rsidRPr="00D70064" w14:paraId="090E05CA"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07984FC7"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79393FCF" w14:textId="77777777" w:rsidR="008B5324" w:rsidRPr="00D70064" w:rsidRDefault="004351F6">
            <w:pPr>
              <w:spacing w:after="0"/>
            </w:pPr>
            <w:r w:rsidRPr="00D70064">
              <w:rPr>
                <w:sz w:val="14"/>
              </w:rPr>
              <w:t>0.40</w:t>
            </w:r>
          </w:p>
        </w:tc>
        <w:tc>
          <w:tcPr>
            <w:tcW w:w="1337" w:type="dxa"/>
            <w:tcBorders>
              <w:top w:val="nil"/>
              <w:left w:val="nil"/>
              <w:bottom w:val="nil"/>
              <w:right w:val="nil"/>
            </w:tcBorders>
            <w:tcMar>
              <w:top w:w="80" w:type="dxa"/>
              <w:left w:w="120" w:type="dxa"/>
              <w:bottom w:w="80" w:type="dxa"/>
              <w:right w:w="120" w:type="dxa"/>
            </w:tcMar>
            <w:vAlign w:val="center"/>
          </w:tcPr>
          <w:p w14:paraId="2451E315" w14:textId="77777777" w:rsidR="008B5324" w:rsidRPr="00D70064" w:rsidRDefault="004351F6">
            <w:pPr>
              <w:spacing w:after="0"/>
            </w:pPr>
            <w:r w:rsidRPr="00D70064">
              <w:rPr>
                <w:sz w:val="14"/>
              </w:rPr>
              <w:t>0.078</w:t>
            </w:r>
          </w:p>
        </w:tc>
        <w:tc>
          <w:tcPr>
            <w:tcW w:w="1337" w:type="dxa"/>
            <w:tcBorders>
              <w:top w:val="nil"/>
              <w:left w:val="nil"/>
              <w:bottom w:val="nil"/>
              <w:right w:val="nil"/>
            </w:tcBorders>
            <w:tcMar>
              <w:top w:w="80" w:type="dxa"/>
              <w:left w:w="120" w:type="dxa"/>
              <w:bottom w:w="80" w:type="dxa"/>
              <w:right w:w="120" w:type="dxa"/>
            </w:tcMar>
            <w:vAlign w:val="center"/>
          </w:tcPr>
          <w:p w14:paraId="74817245" w14:textId="77777777" w:rsidR="008B5324" w:rsidRPr="00D70064" w:rsidRDefault="004351F6">
            <w:pPr>
              <w:spacing w:after="0"/>
            </w:pPr>
            <w:r w:rsidRPr="00D70064">
              <w:rPr>
                <w:sz w:val="14"/>
              </w:rPr>
              <w:t>-0.162</w:t>
            </w:r>
          </w:p>
        </w:tc>
        <w:tc>
          <w:tcPr>
            <w:tcW w:w="1337" w:type="dxa"/>
            <w:tcBorders>
              <w:top w:val="nil"/>
              <w:left w:val="nil"/>
              <w:bottom w:val="nil"/>
              <w:right w:val="nil"/>
            </w:tcBorders>
            <w:tcMar>
              <w:top w:w="80" w:type="dxa"/>
              <w:left w:w="120" w:type="dxa"/>
              <w:bottom w:w="80" w:type="dxa"/>
              <w:right w:w="120" w:type="dxa"/>
            </w:tcMar>
            <w:vAlign w:val="center"/>
          </w:tcPr>
          <w:p w14:paraId="2509B283"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0011FF5F" w14:textId="77777777" w:rsidR="008B5324" w:rsidRPr="00D70064" w:rsidRDefault="004351F6">
            <w:pPr>
              <w:spacing w:after="0"/>
            </w:pPr>
            <w:r w:rsidRPr="00D70064">
              <w:rPr>
                <w:sz w:val="14"/>
              </w:rPr>
              <w:t>0.240</w:t>
            </w:r>
          </w:p>
        </w:tc>
        <w:tc>
          <w:tcPr>
            <w:tcW w:w="1337" w:type="dxa"/>
            <w:tcBorders>
              <w:top w:val="nil"/>
              <w:left w:val="nil"/>
              <w:bottom w:val="nil"/>
              <w:right w:val="nil"/>
            </w:tcBorders>
            <w:tcMar>
              <w:top w:w="80" w:type="dxa"/>
              <w:left w:w="120" w:type="dxa"/>
              <w:bottom w:w="80" w:type="dxa"/>
              <w:right w:w="120" w:type="dxa"/>
            </w:tcMar>
            <w:vAlign w:val="center"/>
          </w:tcPr>
          <w:p w14:paraId="4D7E8054" w14:textId="77777777" w:rsidR="008B5324" w:rsidRPr="00D70064" w:rsidRDefault="004351F6">
            <w:pPr>
              <w:spacing w:after="0"/>
            </w:pPr>
            <w:r w:rsidRPr="00D70064">
              <w:rPr>
                <w:sz w:val="14"/>
              </w:rPr>
              <w:t>0.078</w:t>
            </w:r>
          </w:p>
        </w:tc>
      </w:tr>
      <w:tr w:rsidR="008B5324" w:rsidRPr="00D70064" w14:paraId="5498627C"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A00CD61"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0BD3E885" w14:textId="77777777" w:rsidR="008B5324" w:rsidRPr="00D70064" w:rsidRDefault="004351F6">
            <w:pPr>
              <w:spacing w:after="0"/>
            </w:pPr>
            <w:r w:rsidRPr="00D70064">
              <w:rPr>
                <w:sz w:val="14"/>
              </w:rPr>
              <w:t>0.45</w:t>
            </w:r>
          </w:p>
        </w:tc>
        <w:tc>
          <w:tcPr>
            <w:tcW w:w="1337" w:type="dxa"/>
            <w:tcBorders>
              <w:top w:val="nil"/>
              <w:left w:val="nil"/>
              <w:bottom w:val="nil"/>
              <w:right w:val="nil"/>
            </w:tcBorders>
            <w:tcMar>
              <w:top w:w="80" w:type="dxa"/>
              <w:left w:w="120" w:type="dxa"/>
              <w:bottom w:w="80" w:type="dxa"/>
              <w:right w:w="120" w:type="dxa"/>
            </w:tcMar>
            <w:vAlign w:val="center"/>
          </w:tcPr>
          <w:p w14:paraId="5B8BE78B" w14:textId="77777777" w:rsidR="008B5324" w:rsidRPr="00D70064" w:rsidRDefault="004351F6">
            <w:pPr>
              <w:spacing w:after="0"/>
            </w:pPr>
            <w:r w:rsidRPr="00D70064">
              <w:rPr>
                <w:sz w:val="14"/>
              </w:rPr>
              <w:t>0.062</w:t>
            </w:r>
          </w:p>
        </w:tc>
        <w:tc>
          <w:tcPr>
            <w:tcW w:w="1337" w:type="dxa"/>
            <w:tcBorders>
              <w:top w:val="nil"/>
              <w:left w:val="nil"/>
              <w:bottom w:val="nil"/>
              <w:right w:val="nil"/>
            </w:tcBorders>
            <w:tcMar>
              <w:top w:w="80" w:type="dxa"/>
              <w:left w:w="120" w:type="dxa"/>
              <w:bottom w:w="80" w:type="dxa"/>
              <w:right w:w="120" w:type="dxa"/>
            </w:tcMar>
            <w:vAlign w:val="center"/>
          </w:tcPr>
          <w:p w14:paraId="213EA64D" w14:textId="77777777" w:rsidR="008B5324" w:rsidRPr="00D70064" w:rsidRDefault="004351F6">
            <w:pPr>
              <w:spacing w:after="0"/>
            </w:pPr>
            <w:r w:rsidRPr="00D70064">
              <w:rPr>
                <w:sz w:val="14"/>
              </w:rPr>
              <w:t>-0.268</w:t>
            </w:r>
          </w:p>
        </w:tc>
        <w:tc>
          <w:tcPr>
            <w:tcW w:w="1337" w:type="dxa"/>
            <w:tcBorders>
              <w:top w:val="nil"/>
              <w:left w:val="nil"/>
              <w:bottom w:val="nil"/>
              <w:right w:val="nil"/>
            </w:tcBorders>
            <w:tcMar>
              <w:top w:w="80" w:type="dxa"/>
              <w:left w:w="120" w:type="dxa"/>
              <w:bottom w:w="80" w:type="dxa"/>
              <w:right w:w="120" w:type="dxa"/>
            </w:tcMar>
            <w:vAlign w:val="center"/>
          </w:tcPr>
          <w:p w14:paraId="7B7E938A"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41EEFE7B" w14:textId="77777777" w:rsidR="008B5324" w:rsidRPr="00D70064" w:rsidRDefault="004351F6">
            <w:pPr>
              <w:spacing w:after="0"/>
            </w:pPr>
            <w:r w:rsidRPr="00D70064">
              <w:rPr>
                <w:sz w:val="14"/>
              </w:rPr>
              <w:t>0.330</w:t>
            </w:r>
          </w:p>
        </w:tc>
        <w:tc>
          <w:tcPr>
            <w:tcW w:w="1337" w:type="dxa"/>
            <w:tcBorders>
              <w:top w:val="nil"/>
              <w:left w:val="nil"/>
              <w:bottom w:val="nil"/>
              <w:right w:val="nil"/>
            </w:tcBorders>
            <w:tcMar>
              <w:top w:w="80" w:type="dxa"/>
              <w:left w:w="120" w:type="dxa"/>
              <w:bottom w:w="80" w:type="dxa"/>
              <w:right w:w="120" w:type="dxa"/>
            </w:tcMar>
            <w:vAlign w:val="center"/>
          </w:tcPr>
          <w:p w14:paraId="08A59D83" w14:textId="77777777" w:rsidR="008B5324" w:rsidRPr="00D70064" w:rsidRDefault="004351F6">
            <w:pPr>
              <w:spacing w:after="0"/>
            </w:pPr>
            <w:r w:rsidRPr="00D70064">
              <w:rPr>
                <w:sz w:val="14"/>
              </w:rPr>
              <w:t>0.062</w:t>
            </w:r>
          </w:p>
        </w:tc>
      </w:tr>
      <w:tr w:rsidR="008B5324" w:rsidRPr="00D70064" w14:paraId="118E3B31"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5071C37"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2CD25CC6" w14:textId="77777777" w:rsidR="008B5324" w:rsidRPr="00D70064" w:rsidRDefault="004351F6">
            <w:pPr>
              <w:spacing w:after="0"/>
            </w:pPr>
            <w:r w:rsidRPr="00D70064">
              <w:rPr>
                <w:sz w:val="14"/>
              </w:rPr>
              <w:t>0.50</w:t>
            </w:r>
          </w:p>
        </w:tc>
        <w:tc>
          <w:tcPr>
            <w:tcW w:w="1337" w:type="dxa"/>
            <w:tcBorders>
              <w:top w:val="nil"/>
              <w:left w:val="nil"/>
              <w:bottom w:val="nil"/>
              <w:right w:val="nil"/>
            </w:tcBorders>
            <w:tcMar>
              <w:top w:w="80" w:type="dxa"/>
              <w:left w:w="120" w:type="dxa"/>
              <w:bottom w:w="80" w:type="dxa"/>
              <w:right w:w="120" w:type="dxa"/>
            </w:tcMar>
            <w:vAlign w:val="center"/>
          </w:tcPr>
          <w:p w14:paraId="1D3DD5E6" w14:textId="77777777" w:rsidR="008B5324" w:rsidRPr="00D70064" w:rsidRDefault="004351F6">
            <w:pPr>
              <w:spacing w:after="0"/>
            </w:pPr>
            <w:r w:rsidRPr="00D70064">
              <w:rPr>
                <w:sz w:val="14"/>
              </w:rPr>
              <w:t>0.051</w:t>
            </w:r>
          </w:p>
        </w:tc>
        <w:tc>
          <w:tcPr>
            <w:tcW w:w="1337" w:type="dxa"/>
            <w:tcBorders>
              <w:top w:val="nil"/>
              <w:left w:val="nil"/>
              <w:bottom w:val="nil"/>
              <w:right w:val="nil"/>
            </w:tcBorders>
            <w:tcMar>
              <w:top w:w="80" w:type="dxa"/>
              <w:left w:w="120" w:type="dxa"/>
              <w:bottom w:w="80" w:type="dxa"/>
              <w:right w:w="120" w:type="dxa"/>
            </w:tcMar>
            <w:vAlign w:val="center"/>
          </w:tcPr>
          <w:p w14:paraId="68439458" w14:textId="77777777" w:rsidR="008B5324" w:rsidRPr="00D70064" w:rsidRDefault="004351F6">
            <w:pPr>
              <w:spacing w:after="0"/>
            </w:pPr>
            <w:r w:rsidRPr="00D70064">
              <w:rPr>
                <w:sz w:val="14"/>
              </w:rPr>
              <w:t>-0.395</w:t>
            </w:r>
          </w:p>
        </w:tc>
        <w:tc>
          <w:tcPr>
            <w:tcW w:w="1337" w:type="dxa"/>
            <w:tcBorders>
              <w:top w:val="nil"/>
              <w:left w:val="nil"/>
              <w:bottom w:val="nil"/>
              <w:right w:val="nil"/>
            </w:tcBorders>
            <w:tcMar>
              <w:top w:w="80" w:type="dxa"/>
              <w:left w:w="120" w:type="dxa"/>
              <w:bottom w:w="80" w:type="dxa"/>
              <w:right w:w="120" w:type="dxa"/>
            </w:tcMar>
            <w:vAlign w:val="center"/>
          </w:tcPr>
          <w:p w14:paraId="039EF23A"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03BF5106" w14:textId="77777777" w:rsidR="008B5324" w:rsidRPr="00D70064" w:rsidRDefault="004351F6">
            <w:pPr>
              <w:spacing w:after="0"/>
            </w:pPr>
            <w:r w:rsidRPr="00D70064">
              <w:rPr>
                <w:sz w:val="14"/>
              </w:rPr>
              <w:t>0.446</w:t>
            </w:r>
          </w:p>
        </w:tc>
        <w:tc>
          <w:tcPr>
            <w:tcW w:w="1337" w:type="dxa"/>
            <w:tcBorders>
              <w:top w:val="nil"/>
              <w:left w:val="nil"/>
              <w:bottom w:val="nil"/>
              <w:right w:val="nil"/>
            </w:tcBorders>
            <w:tcMar>
              <w:top w:w="80" w:type="dxa"/>
              <w:left w:w="120" w:type="dxa"/>
              <w:bottom w:w="80" w:type="dxa"/>
              <w:right w:w="120" w:type="dxa"/>
            </w:tcMar>
            <w:vAlign w:val="center"/>
          </w:tcPr>
          <w:p w14:paraId="5D93FE43" w14:textId="77777777" w:rsidR="008B5324" w:rsidRPr="00D70064" w:rsidRDefault="004351F6">
            <w:pPr>
              <w:spacing w:after="0"/>
            </w:pPr>
            <w:r w:rsidRPr="00D70064">
              <w:rPr>
                <w:sz w:val="14"/>
              </w:rPr>
              <w:t>0.051</w:t>
            </w:r>
          </w:p>
        </w:tc>
      </w:tr>
      <w:tr w:rsidR="008B5324" w:rsidRPr="00D70064" w14:paraId="4267DF76"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8817B07"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3A59862C" w14:textId="77777777" w:rsidR="008B5324" w:rsidRPr="00D70064" w:rsidRDefault="004351F6">
            <w:pPr>
              <w:spacing w:after="0"/>
            </w:pPr>
            <w:r w:rsidRPr="00D70064">
              <w:rPr>
                <w:sz w:val="14"/>
              </w:rPr>
              <w:t>0.55</w:t>
            </w:r>
          </w:p>
        </w:tc>
        <w:tc>
          <w:tcPr>
            <w:tcW w:w="1337" w:type="dxa"/>
            <w:tcBorders>
              <w:top w:val="nil"/>
              <w:left w:val="nil"/>
              <w:bottom w:val="nil"/>
              <w:right w:val="nil"/>
            </w:tcBorders>
            <w:tcMar>
              <w:top w:w="80" w:type="dxa"/>
              <w:left w:w="120" w:type="dxa"/>
              <w:bottom w:w="80" w:type="dxa"/>
              <w:right w:w="120" w:type="dxa"/>
            </w:tcMar>
            <w:vAlign w:val="center"/>
          </w:tcPr>
          <w:p w14:paraId="177D1C88" w14:textId="77777777" w:rsidR="008B5324" w:rsidRPr="00D70064" w:rsidRDefault="004351F6">
            <w:pPr>
              <w:spacing w:after="0"/>
            </w:pPr>
            <w:r w:rsidRPr="00D70064">
              <w:rPr>
                <w:sz w:val="14"/>
              </w:rPr>
              <w:t>0.041</w:t>
            </w:r>
          </w:p>
        </w:tc>
        <w:tc>
          <w:tcPr>
            <w:tcW w:w="1337" w:type="dxa"/>
            <w:tcBorders>
              <w:top w:val="nil"/>
              <w:left w:val="nil"/>
              <w:bottom w:val="nil"/>
              <w:right w:val="nil"/>
            </w:tcBorders>
            <w:tcMar>
              <w:top w:w="80" w:type="dxa"/>
              <w:left w:w="120" w:type="dxa"/>
              <w:bottom w:w="80" w:type="dxa"/>
              <w:right w:w="120" w:type="dxa"/>
            </w:tcMar>
            <w:vAlign w:val="center"/>
          </w:tcPr>
          <w:p w14:paraId="35BC3904" w14:textId="77777777" w:rsidR="008B5324" w:rsidRPr="00D70064" w:rsidRDefault="004351F6">
            <w:pPr>
              <w:spacing w:after="0"/>
            </w:pPr>
            <w:r w:rsidRPr="00D70064">
              <w:rPr>
                <w:sz w:val="14"/>
              </w:rPr>
              <w:t>-0.550</w:t>
            </w:r>
          </w:p>
        </w:tc>
        <w:tc>
          <w:tcPr>
            <w:tcW w:w="1337" w:type="dxa"/>
            <w:tcBorders>
              <w:top w:val="nil"/>
              <w:left w:val="nil"/>
              <w:bottom w:val="nil"/>
              <w:right w:val="nil"/>
            </w:tcBorders>
            <w:tcMar>
              <w:top w:w="80" w:type="dxa"/>
              <w:left w:w="120" w:type="dxa"/>
              <w:bottom w:w="80" w:type="dxa"/>
              <w:right w:w="120" w:type="dxa"/>
            </w:tcMar>
            <w:vAlign w:val="center"/>
          </w:tcPr>
          <w:p w14:paraId="10E41D5B"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1A46E9CD" w14:textId="77777777" w:rsidR="008B5324" w:rsidRPr="00D70064" w:rsidRDefault="004351F6">
            <w:pPr>
              <w:spacing w:after="0"/>
            </w:pPr>
            <w:r w:rsidRPr="00D70064">
              <w:rPr>
                <w:sz w:val="14"/>
              </w:rPr>
              <w:t>0.591</w:t>
            </w:r>
          </w:p>
        </w:tc>
        <w:tc>
          <w:tcPr>
            <w:tcW w:w="1337" w:type="dxa"/>
            <w:tcBorders>
              <w:top w:val="nil"/>
              <w:left w:val="nil"/>
              <w:bottom w:val="nil"/>
              <w:right w:val="nil"/>
            </w:tcBorders>
            <w:tcMar>
              <w:top w:w="80" w:type="dxa"/>
              <w:left w:w="120" w:type="dxa"/>
              <w:bottom w:w="80" w:type="dxa"/>
              <w:right w:w="120" w:type="dxa"/>
            </w:tcMar>
            <w:vAlign w:val="center"/>
          </w:tcPr>
          <w:p w14:paraId="2D842ABA" w14:textId="77777777" w:rsidR="008B5324" w:rsidRPr="00D70064" w:rsidRDefault="004351F6">
            <w:pPr>
              <w:spacing w:after="0"/>
            </w:pPr>
            <w:r w:rsidRPr="00D70064">
              <w:rPr>
                <w:sz w:val="14"/>
              </w:rPr>
              <w:t>0.041</w:t>
            </w:r>
          </w:p>
        </w:tc>
      </w:tr>
      <w:tr w:rsidR="008B5324" w:rsidRPr="00D70064" w14:paraId="7AFD10C2"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25F48D0F" w14:textId="77777777" w:rsidR="008B5324" w:rsidRPr="00D70064" w:rsidRDefault="004351F6">
            <w:pPr>
              <w:spacing w:after="0"/>
            </w:pPr>
            <w:r w:rsidRPr="00D70064">
              <w:rPr>
                <w:sz w:val="14"/>
              </w:rPr>
              <w:t>eICU external validation</w:t>
            </w:r>
          </w:p>
        </w:tc>
        <w:tc>
          <w:tcPr>
            <w:tcW w:w="1337" w:type="dxa"/>
            <w:tcBorders>
              <w:top w:val="nil"/>
              <w:left w:val="nil"/>
              <w:bottom w:val="nil"/>
              <w:right w:val="nil"/>
            </w:tcBorders>
            <w:tcMar>
              <w:top w:w="80" w:type="dxa"/>
              <w:left w:w="120" w:type="dxa"/>
              <w:bottom w:w="80" w:type="dxa"/>
              <w:right w:w="120" w:type="dxa"/>
            </w:tcMar>
            <w:vAlign w:val="center"/>
          </w:tcPr>
          <w:p w14:paraId="31D42E19" w14:textId="77777777" w:rsidR="008B5324" w:rsidRPr="00D70064" w:rsidRDefault="004351F6">
            <w:pPr>
              <w:spacing w:after="0"/>
            </w:pPr>
            <w:r w:rsidRPr="00D70064">
              <w:rPr>
                <w:sz w:val="14"/>
              </w:rPr>
              <w:t>0.60</w:t>
            </w:r>
          </w:p>
        </w:tc>
        <w:tc>
          <w:tcPr>
            <w:tcW w:w="1337" w:type="dxa"/>
            <w:tcBorders>
              <w:top w:val="nil"/>
              <w:left w:val="nil"/>
              <w:bottom w:val="nil"/>
              <w:right w:val="nil"/>
            </w:tcBorders>
            <w:tcMar>
              <w:top w:w="80" w:type="dxa"/>
              <w:left w:w="120" w:type="dxa"/>
              <w:bottom w:w="80" w:type="dxa"/>
              <w:right w:w="120" w:type="dxa"/>
            </w:tcMar>
            <w:vAlign w:val="center"/>
          </w:tcPr>
          <w:p w14:paraId="33F95105" w14:textId="77777777" w:rsidR="008B5324" w:rsidRPr="00D70064" w:rsidRDefault="004351F6">
            <w:pPr>
              <w:spacing w:after="0"/>
            </w:pPr>
            <w:r w:rsidRPr="00D70064">
              <w:rPr>
                <w:sz w:val="14"/>
              </w:rPr>
              <w:t>0.033</w:t>
            </w:r>
          </w:p>
        </w:tc>
        <w:tc>
          <w:tcPr>
            <w:tcW w:w="1337" w:type="dxa"/>
            <w:tcBorders>
              <w:top w:val="nil"/>
              <w:left w:val="nil"/>
              <w:bottom w:val="nil"/>
              <w:right w:val="nil"/>
            </w:tcBorders>
            <w:tcMar>
              <w:top w:w="80" w:type="dxa"/>
              <w:left w:w="120" w:type="dxa"/>
              <w:bottom w:w="80" w:type="dxa"/>
              <w:right w:w="120" w:type="dxa"/>
            </w:tcMar>
            <w:vAlign w:val="center"/>
          </w:tcPr>
          <w:p w14:paraId="7EA601C8" w14:textId="77777777" w:rsidR="008B5324" w:rsidRPr="00D70064" w:rsidRDefault="004351F6">
            <w:pPr>
              <w:spacing w:after="0"/>
            </w:pPr>
            <w:r w:rsidRPr="00D70064">
              <w:rPr>
                <w:sz w:val="14"/>
              </w:rPr>
              <w:t>-0.744</w:t>
            </w:r>
          </w:p>
        </w:tc>
        <w:tc>
          <w:tcPr>
            <w:tcW w:w="1337" w:type="dxa"/>
            <w:tcBorders>
              <w:top w:val="nil"/>
              <w:left w:val="nil"/>
              <w:bottom w:val="nil"/>
              <w:right w:val="nil"/>
            </w:tcBorders>
            <w:tcMar>
              <w:top w:w="80" w:type="dxa"/>
              <w:left w:w="120" w:type="dxa"/>
              <w:bottom w:w="80" w:type="dxa"/>
              <w:right w:w="120" w:type="dxa"/>
            </w:tcMar>
            <w:vAlign w:val="center"/>
          </w:tcPr>
          <w:p w14:paraId="419F551C"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1890EBF7" w14:textId="77777777" w:rsidR="008B5324" w:rsidRPr="00D70064" w:rsidRDefault="004351F6">
            <w:pPr>
              <w:spacing w:after="0"/>
            </w:pPr>
            <w:r w:rsidRPr="00D70064">
              <w:rPr>
                <w:sz w:val="14"/>
              </w:rPr>
              <w:t>0.776</w:t>
            </w:r>
          </w:p>
        </w:tc>
        <w:tc>
          <w:tcPr>
            <w:tcW w:w="1337" w:type="dxa"/>
            <w:tcBorders>
              <w:top w:val="nil"/>
              <w:left w:val="nil"/>
              <w:bottom w:val="nil"/>
              <w:right w:val="nil"/>
            </w:tcBorders>
            <w:tcMar>
              <w:top w:w="80" w:type="dxa"/>
              <w:left w:w="120" w:type="dxa"/>
              <w:bottom w:w="80" w:type="dxa"/>
              <w:right w:w="120" w:type="dxa"/>
            </w:tcMar>
            <w:vAlign w:val="center"/>
          </w:tcPr>
          <w:p w14:paraId="0AB91F93" w14:textId="77777777" w:rsidR="008B5324" w:rsidRPr="00D70064" w:rsidRDefault="004351F6">
            <w:pPr>
              <w:spacing w:after="0"/>
            </w:pPr>
            <w:r w:rsidRPr="00D70064">
              <w:rPr>
                <w:sz w:val="14"/>
              </w:rPr>
              <w:t>0.033</w:t>
            </w:r>
          </w:p>
        </w:tc>
      </w:tr>
      <w:tr w:rsidR="008B5324" w:rsidRPr="00D70064" w14:paraId="22C69642"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978D1D2"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0B163C22" w14:textId="77777777" w:rsidR="008B5324" w:rsidRPr="00D70064" w:rsidRDefault="004351F6">
            <w:pPr>
              <w:spacing w:after="0"/>
            </w:pPr>
            <w:r w:rsidRPr="00D70064">
              <w:rPr>
                <w:sz w:val="14"/>
              </w:rPr>
              <w:t>0.05</w:t>
            </w:r>
          </w:p>
        </w:tc>
        <w:tc>
          <w:tcPr>
            <w:tcW w:w="1337" w:type="dxa"/>
            <w:tcBorders>
              <w:top w:val="nil"/>
              <w:left w:val="nil"/>
              <w:bottom w:val="nil"/>
              <w:right w:val="nil"/>
            </w:tcBorders>
            <w:tcMar>
              <w:top w:w="80" w:type="dxa"/>
              <w:left w:w="120" w:type="dxa"/>
              <w:bottom w:w="80" w:type="dxa"/>
              <w:right w:w="120" w:type="dxa"/>
            </w:tcMar>
            <w:vAlign w:val="center"/>
          </w:tcPr>
          <w:p w14:paraId="6F0DABD5" w14:textId="77777777" w:rsidR="008B5324" w:rsidRPr="00D70064" w:rsidRDefault="004351F6">
            <w:pPr>
              <w:spacing w:after="0"/>
            </w:pPr>
            <w:r w:rsidRPr="00D70064">
              <w:rPr>
                <w:sz w:val="14"/>
              </w:rPr>
              <w:t>0.290</w:t>
            </w:r>
          </w:p>
        </w:tc>
        <w:tc>
          <w:tcPr>
            <w:tcW w:w="1337" w:type="dxa"/>
            <w:tcBorders>
              <w:top w:val="nil"/>
              <w:left w:val="nil"/>
              <w:bottom w:val="nil"/>
              <w:right w:val="nil"/>
            </w:tcBorders>
            <w:tcMar>
              <w:top w:w="80" w:type="dxa"/>
              <w:left w:w="120" w:type="dxa"/>
              <w:bottom w:w="80" w:type="dxa"/>
              <w:right w:w="120" w:type="dxa"/>
            </w:tcMar>
            <w:vAlign w:val="center"/>
          </w:tcPr>
          <w:p w14:paraId="7A85EF27" w14:textId="77777777" w:rsidR="008B5324" w:rsidRPr="00D70064" w:rsidRDefault="004351F6">
            <w:pPr>
              <w:spacing w:after="0"/>
            </w:pPr>
            <w:r w:rsidRPr="00D70064">
              <w:rPr>
                <w:sz w:val="14"/>
              </w:rPr>
              <w:t>0.290</w:t>
            </w:r>
          </w:p>
        </w:tc>
        <w:tc>
          <w:tcPr>
            <w:tcW w:w="1337" w:type="dxa"/>
            <w:tcBorders>
              <w:top w:val="nil"/>
              <w:left w:val="nil"/>
              <w:bottom w:val="nil"/>
              <w:right w:val="nil"/>
            </w:tcBorders>
            <w:tcMar>
              <w:top w:w="80" w:type="dxa"/>
              <w:left w:w="120" w:type="dxa"/>
              <w:bottom w:w="80" w:type="dxa"/>
              <w:right w:w="120" w:type="dxa"/>
            </w:tcMar>
            <w:vAlign w:val="center"/>
          </w:tcPr>
          <w:p w14:paraId="7F34B735"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246558D4"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5F0D7822" w14:textId="77777777" w:rsidR="008B5324" w:rsidRPr="00D70064" w:rsidRDefault="004351F6">
            <w:pPr>
              <w:spacing w:after="0"/>
            </w:pPr>
            <w:r w:rsidRPr="00D70064">
              <w:rPr>
                <w:sz w:val="14"/>
              </w:rPr>
              <w:t>0.290</w:t>
            </w:r>
          </w:p>
        </w:tc>
      </w:tr>
      <w:tr w:rsidR="008B5324" w:rsidRPr="00D70064" w14:paraId="1DF68AB2"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377F16A7"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2194D2BF" w14:textId="77777777" w:rsidR="008B5324" w:rsidRPr="00D70064" w:rsidRDefault="004351F6">
            <w:pPr>
              <w:spacing w:after="0"/>
            </w:pPr>
            <w:r w:rsidRPr="00D70064">
              <w:rPr>
                <w:sz w:val="14"/>
              </w:rPr>
              <w:t>0.10</w:t>
            </w:r>
          </w:p>
        </w:tc>
        <w:tc>
          <w:tcPr>
            <w:tcW w:w="1337" w:type="dxa"/>
            <w:tcBorders>
              <w:top w:val="nil"/>
              <w:left w:val="nil"/>
              <w:bottom w:val="nil"/>
              <w:right w:val="nil"/>
            </w:tcBorders>
            <w:tcMar>
              <w:top w:w="80" w:type="dxa"/>
              <w:left w:w="120" w:type="dxa"/>
              <w:bottom w:w="80" w:type="dxa"/>
              <w:right w:w="120" w:type="dxa"/>
            </w:tcMar>
            <w:vAlign w:val="center"/>
          </w:tcPr>
          <w:p w14:paraId="6565A733" w14:textId="77777777" w:rsidR="008B5324" w:rsidRPr="00D70064" w:rsidRDefault="004351F6">
            <w:pPr>
              <w:spacing w:after="0"/>
            </w:pPr>
            <w:r w:rsidRPr="00D70064">
              <w:rPr>
                <w:sz w:val="14"/>
              </w:rPr>
              <w:t>0.251</w:t>
            </w:r>
          </w:p>
        </w:tc>
        <w:tc>
          <w:tcPr>
            <w:tcW w:w="1337" w:type="dxa"/>
            <w:tcBorders>
              <w:top w:val="nil"/>
              <w:left w:val="nil"/>
              <w:bottom w:val="nil"/>
              <w:right w:val="nil"/>
            </w:tcBorders>
            <w:tcMar>
              <w:top w:w="80" w:type="dxa"/>
              <w:left w:w="120" w:type="dxa"/>
              <w:bottom w:w="80" w:type="dxa"/>
              <w:right w:w="120" w:type="dxa"/>
            </w:tcMar>
            <w:vAlign w:val="center"/>
          </w:tcPr>
          <w:p w14:paraId="07CC4A1D" w14:textId="77777777" w:rsidR="008B5324" w:rsidRPr="00D70064" w:rsidRDefault="004351F6">
            <w:pPr>
              <w:spacing w:after="0"/>
            </w:pPr>
            <w:r w:rsidRPr="00D70064">
              <w:rPr>
                <w:sz w:val="14"/>
              </w:rPr>
              <w:t>0.251</w:t>
            </w:r>
          </w:p>
        </w:tc>
        <w:tc>
          <w:tcPr>
            <w:tcW w:w="1337" w:type="dxa"/>
            <w:tcBorders>
              <w:top w:val="nil"/>
              <w:left w:val="nil"/>
              <w:bottom w:val="nil"/>
              <w:right w:val="nil"/>
            </w:tcBorders>
            <w:tcMar>
              <w:top w:w="80" w:type="dxa"/>
              <w:left w:w="120" w:type="dxa"/>
              <w:bottom w:w="80" w:type="dxa"/>
              <w:right w:w="120" w:type="dxa"/>
            </w:tcMar>
            <w:vAlign w:val="center"/>
          </w:tcPr>
          <w:p w14:paraId="4343F44E"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21002FE7" w14:textId="77777777" w:rsidR="008B5324" w:rsidRPr="00D70064" w:rsidRDefault="004351F6">
            <w:pPr>
              <w:spacing w:after="0"/>
            </w:pPr>
            <w:r w:rsidRPr="00D70064">
              <w:rPr>
                <w:sz w:val="14"/>
              </w:rPr>
              <w:t>0.001</w:t>
            </w:r>
          </w:p>
        </w:tc>
        <w:tc>
          <w:tcPr>
            <w:tcW w:w="1337" w:type="dxa"/>
            <w:tcBorders>
              <w:top w:val="nil"/>
              <w:left w:val="nil"/>
              <w:bottom w:val="nil"/>
              <w:right w:val="nil"/>
            </w:tcBorders>
            <w:tcMar>
              <w:top w:w="80" w:type="dxa"/>
              <w:left w:w="120" w:type="dxa"/>
              <w:bottom w:w="80" w:type="dxa"/>
              <w:right w:w="120" w:type="dxa"/>
            </w:tcMar>
            <w:vAlign w:val="center"/>
          </w:tcPr>
          <w:p w14:paraId="1F3A630C" w14:textId="77777777" w:rsidR="008B5324" w:rsidRPr="00D70064" w:rsidRDefault="004351F6">
            <w:pPr>
              <w:spacing w:after="0"/>
            </w:pPr>
            <w:r w:rsidRPr="00D70064">
              <w:rPr>
                <w:sz w:val="14"/>
              </w:rPr>
              <w:t>0.251</w:t>
            </w:r>
          </w:p>
        </w:tc>
      </w:tr>
      <w:tr w:rsidR="008B5324" w:rsidRPr="00D70064" w14:paraId="1B265B54"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16337F25" w14:textId="77777777" w:rsidR="008B5324" w:rsidRPr="00D70064" w:rsidRDefault="004351F6">
            <w:pPr>
              <w:spacing w:after="0"/>
            </w:pPr>
            <w:r w:rsidRPr="00D70064">
              <w:rPr>
                <w:sz w:val="14"/>
              </w:rPr>
              <w:t xml:space="preserve">Local clinical </w:t>
            </w:r>
            <w:r w:rsidRPr="00D70064">
              <w:rPr>
                <w:sz w:val="14"/>
              </w:rPr>
              <w:lastRenderedPageBreak/>
              <w:t>validation</w:t>
            </w:r>
          </w:p>
        </w:tc>
        <w:tc>
          <w:tcPr>
            <w:tcW w:w="1337" w:type="dxa"/>
            <w:tcBorders>
              <w:top w:val="nil"/>
              <w:left w:val="nil"/>
              <w:bottom w:val="nil"/>
              <w:right w:val="nil"/>
            </w:tcBorders>
            <w:tcMar>
              <w:top w:w="80" w:type="dxa"/>
              <w:left w:w="120" w:type="dxa"/>
              <w:bottom w:w="80" w:type="dxa"/>
              <w:right w:w="120" w:type="dxa"/>
            </w:tcMar>
            <w:vAlign w:val="center"/>
          </w:tcPr>
          <w:p w14:paraId="50A175EC" w14:textId="77777777" w:rsidR="008B5324" w:rsidRPr="00D70064" w:rsidRDefault="004351F6">
            <w:pPr>
              <w:spacing w:after="0"/>
            </w:pPr>
            <w:r w:rsidRPr="00D70064">
              <w:rPr>
                <w:sz w:val="14"/>
              </w:rPr>
              <w:lastRenderedPageBreak/>
              <w:t>0.15</w:t>
            </w:r>
          </w:p>
        </w:tc>
        <w:tc>
          <w:tcPr>
            <w:tcW w:w="1337" w:type="dxa"/>
            <w:tcBorders>
              <w:top w:val="nil"/>
              <w:left w:val="nil"/>
              <w:bottom w:val="nil"/>
              <w:right w:val="nil"/>
            </w:tcBorders>
            <w:tcMar>
              <w:top w:w="80" w:type="dxa"/>
              <w:left w:w="120" w:type="dxa"/>
              <w:bottom w:w="80" w:type="dxa"/>
              <w:right w:w="120" w:type="dxa"/>
            </w:tcMar>
            <w:vAlign w:val="center"/>
          </w:tcPr>
          <w:p w14:paraId="5D35C383" w14:textId="77777777" w:rsidR="008B5324" w:rsidRPr="00D70064" w:rsidRDefault="004351F6">
            <w:pPr>
              <w:spacing w:after="0"/>
            </w:pPr>
            <w:r w:rsidRPr="00D70064">
              <w:rPr>
                <w:sz w:val="14"/>
              </w:rPr>
              <w:t>0.214</w:t>
            </w:r>
          </w:p>
        </w:tc>
        <w:tc>
          <w:tcPr>
            <w:tcW w:w="1337" w:type="dxa"/>
            <w:tcBorders>
              <w:top w:val="nil"/>
              <w:left w:val="nil"/>
              <w:bottom w:val="nil"/>
              <w:right w:val="nil"/>
            </w:tcBorders>
            <w:tcMar>
              <w:top w:w="80" w:type="dxa"/>
              <w:left w:w="120" w:type="dxa"/>
              <w:bottom w:w="80" w:type="dxa"/>
              <w:right w:w="120" w:type="dxa"/>
            </w:tcMar>
            <w:vAlign w:val="center"/>
          </w:tcPr>
          <w:p w14:paraId="729A5E31" w14:textId="77777777" w:rsidR="008B5324" w:rsidRPr="00D70064" w:rsidRDefault="004351F6">
            <w:pPr>
              <w:spacing w:after="0"/>
            </w:pPr>
            <w:r w:rsidRPr="00D70064">
              <w:rPr>
                <w:sz w:val="14"/>
              </w:rPr>
              <w:t>0.207</w:t>
            </w:r>
          </w:p>
        </w:tc>
        <w:tc>
          <w:tcPr>
            <w:tcW w:w="1337" w:type="dxa"/>
            <w:tcBorders>
              <w:top w:val="nil"/>
              <w:left w:val="nil"/>
              <w:bottom w:val="nil"/>
              <w:right w:val="nil"/>
            </w:tcBorders>
            <w:tcMar>
              <w:top w:w="80" w:type="dxa"/>
              <w:left w:w="120" w:type="dxa"/>
              <w:bottom w:w="80" w:type="dxa"/>
              <w:right w:w="120" w:type="dxa"/>
            </w:tcMar>
            <w:vAlign w:val="center"/>
          </w:tcPr>
          <w:p w14:paraId="271C6355"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071B6C27" w14:textId="77777777" w:rsidR="008B5324" w:rsidRPr="00D70064" w:rsidRDefault="004351F6">
            <w:pPr>
              <w:spacing w:after="0"/>
            </w:pPr>
            <w:r w:rsidRPr="00D70064">
              <w:rPr>
                <w:sz w:val="14"/>
              </w:rPr>
              <w:t>0.007</w:t>
            </w:r>
          </w:p>
        </w:tc>
        <w:tc>
          <w:tcPr>
            <w:tcW w:w="1337" w:type="dxa"/>
            <w:tcBorders>
              <w:top w:val="nil"/>
              <w:left w:val="nil"/>
              <w:bottom w:val="nil"/>
              <w:right w:val="nil"/>
            </w:tcBorders>
            <w:tcMar>
              <w:top w:w="80" w:type="dxa"/>
              <w:left w:w="120" w:type="dxa"/>
              <w:bottom w:w="80" w:type="dxa"/>
              <w:right w:w="120" w:type="dxa"/>
            </w:tcMar>
            <w:vAlign w:val="center"/>
          </w:tcPr>
          <w:p w14:paraId="4210D774" w14:textId="77777777" w:rsidR="008B5324" w:rsidRPr="00D70064" w:rsidRDefault="004351F6">
            <w:pPr>
              <w:spacing w:after="0"/>
            </w:pPr>
            <w:r w:rsidRPr="00D70064">
              <w:rPr>
                <w:sz w:val="14"/>
              </w:rPr>
              <w:t>0.214</w:t>
            </w:r>
          </w:p>
        </w:tc>
      </w:tr>
      <w:tr w:rsidR="008B5324" w:rsidRPr="00D70064" w14:paraId="01DA508F"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298A655B"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3D5F249B" w14:textId="77777777" w:rsidR="008B5324" w:rsidRPr="00D70064" w:rsidRDefault="004351F6">
            <w:pPr>
              <w:spacing w:after="0"/>
            </w:pPr>
            <w:r w:rsidRPr="00D70064">
              <w:rPr>
                <w:sz w:val="14"/>
              </w:rPr>
              <w:t>0.20</w:t>
            </w:r>
          </w:p>
        </w:tc>
        <w:tc>
          <w:tcPr>
            <w:tcW w:w="1337" w:type="dxa"/>
            <w:tcBorders>
              <w:top w:val="nil"/>
              <w:left w:val="nil"/>
              <w:bottom w:val="nil"/>
              <w:right w:val="nil"/>
            </w:tcBorders>
            <w:tcMar>
              <w:top w:w="80" w:type="dxa"/>
              <w:left w:w="120" w:type="dxa"/>
              <w:bottom w:w="80" w:type="dxa"/>
              <w:right w:w="120" w:type="dxa"/>
            </w:tcMar>
            <w:vAlign w:val="center"/>
          </w:tcPr>
          <w:p w14:paraId="060C3244" w14:textId="77777777" w:rsidR="008B5324" w:rsidRPr="00D70064" w:rsidRDefault="004351F6">
            <w:pPr>
              <w:spacing w:after="0"/>
            </w:pPr>
            <w:r w:rsidRPr="00D70064">
              <w:rPr>
                <w:sz w:val="14"/>
              </w:rPr>
              <w:t>0.197</w:t>
            </w:r>
          </w:p>
        </w:tc>
        <w:tc>
          <w:tcPr>
            <w:tcW w:w="1337" w:type="dxa"/>
            <w:tcBorders>
              <w:top w:val="nil"/>
              <w:left w:val="nil"/>
              <w:bottom w:val="nil"/>
              <w:right w:val="nil"/>
            </w:tcBorders>
            <w:tcMar>
              <w:top w:w="80" w:type="dxa"/>
              <w:left w:w="120" w:type="dxa"/>
              <w:bottom w:w="80" w:type="dxa"/>
              <w:right w:w="120" w:type="dxa"/>
            </w:tcMar>
            <w:vAlign w:val="center"/>
          </w:tcPr>
          <w:p w14:paraId="1CF11A05" w14:textId="77777777" w:rsidR="008B5324" w:rsidRPr="00D70064" w:rsidRDefault="004351F6">
            <w:pPr>
              <w:spacing w:after="0"/>
            </w:pPr>
            <w:r w:rsidRPr="00D70064">
              <w:rPr>
                <w:sz w:val="14"/>
              </w:rPr>
              <w:t>0.157</w:t>
            </w:r>
          </w:p>
        </w:tc>
        <w:tc>
          <w:tcPr>
            <w:tcW w:w="1337" w:type="dxa"/>
            <w:tcBorders>
              <w:top w:val="nil"/>
              <w:left w:val="nil"/>
              <w:bottom w:val="nil"/>
              <w:right w:val="nil"/>
            </w:tcBorders>
            <w:tcMar>
              <w:top w:w="80" w:type="dxa"/>
              <w:left w:w="120" w:type="dxa"/>
              <w:bottom w:w="80" w:type="dxa"/>
              <w:right w:w="120" w:type="dxa"/>
            </w:tcMar>
            <w:vAlign w:val="center"/>
          </w:tcPr>
          <w:p w14:paraId="687FF7F2"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1057FFB8" w14:textId="77777777" w:rsidR="008B5324" w:rsidRPr="00D70064" w:rsidRDefault="004351F6">
            <w:pPr>
              <w:spacing w:after="0"/>
            </w:pPr>
            <w:r w:rsidRPr="00D70064">
              <w:rPr>
                <w:sz w:val="14"/>
              </w:rPr>
              <w:t>0.040</w:t>
            </w:r>
          </w:p>
        </w:tc>
        <w:tc>
          <w:tcPr>
            <w:tcW w:w="1337" w:type="dxa"/>
            <w:tcBorders>
              <w:top w:val="nil"/>
              <w:left w:val="nil"/>
              <w:bottom w:val="nil"/>
              <w:right w:val="nil"/>
            </w:tcBorders>
            <w:tcMar>
              <w:top w:w="80" w:type="dxa"/>
              <w:left w:w="120" w:type="dxa"/>
              <w:bottom w:w="80" w:type="dxa"/>
              <w:right w:w="120" w:type="dxa"/>
            </w:tcMar>
            <w:vAlign w:val="center"/>
          </w:tcPr>
          <w:p w14:paraId="1AF9F28A" w14:textId="77777777" w:rsidR="008B5324" w:rsidRPr="00D70064" w:rsidRDefault="004351F6">
            <w:pPr>
              <w:spacing w:after="0"/>
            </w:pPr>
            <w:r w:rsidRPr="00D70064">
              <w:rPr>
                <w:sz w:val="14"/>
              </w:rPr>
              <w:t>0.197</w:t>
            </w:r>
          </w:p>
        </w:tc>
      </w:tr>
      <w:tr w:rsidR="008B5324" w:rsidRPr="00D70064" w14:paraId="0FF16C8C"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2F5128CF"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57976325" w14:textId="77777777" w:rsidR="008B5324" w:rsidRPr="00D70064" w:rsidRDefault="004351F6">
            <w:pPr>
              <w:spacing w:after="0"/>
            </w:pPr>
            <w:r w:rsidRPr="00D70064">
              <w:rPr>
                <w:sz w:val="14"/>
              </w:rPr>
              <w:t>0.25</w:t>
            </w:r>
          </w:p>
        </w:tc>
        <w:tc>
          <w:tcPr>
            <w:tcW w:w="1337" w:type="dxa"/>
            <w:tcBorders>
              <w:top w:val="nil"/>
              <w:left w:val="nil"/>
              <w:bottom w:val="nil"/>
              <w:right w:val="nil"/>
            </w:tcBorders>
            <w:tcMar>
              <w:top w:w="80" w:type="dxa"/>
              <w:left w:w="120" w:type="dxa"/>
              <w:bottom w:w="80" w:type="dxa"/>
              <w:right w:w="120" w:type="dxa"/>
            </w:tcMar>
            <w:vAlign w:val="center"/>
          </w:tcPr>
          <w:p w14:paraId="65C35A08" w14:textId="77777777" w:rsidR="008B5324" w:rsidRPr="00D70064" w:rsidRDefault="004351F6">
            <w:pPr>
              <w:spacing w:after="0"/>
            </w:pPr>
            <w:r w:rsidRPr="00D70064">
              <w:rPr>
                <w:sz w:val="14"/>
              </w:rPr>
              <w:t>0.171</w:t>
            </w:r>
          </w:p>
        </w:tc>
        <w:tc>
          <w:tcPr>
            <w:tcW w:w="1337" w:type="dxa"/>
            <w:tcBorders>
              <w:top w:val="nil"/>
              <w:left w:val="nil"/>
              <w:bottom w:val="nil"/>
              <w:right w:val="nil"/>
            </w:tcBorders>
            <w:tcMar>
              <w:top w:w="80" w:type="dxa"/>
              <w:left w:w="120" w:type="dxa"/>
              <w:bottom w:w="80" w:type="dxa"/>
              <w:right w:w="120" w:type="dxa"/>
            </w:tcMar>
            <w:vAlign w:val="center"/>
          </w:tcPr>
          <w:p w14:paraId="1261CBB6" w14:textId="77777777" w:rsidR="008B5324" w:rsidRPr="00D70064" w:rsidRDefault="004351F6">
            <w:pPr>
              <w:spacing w:after="0"/>
            </w:pPr>
            <w:r w:rsidRPr="00D70064">
              <w:rPr>
                <w:sz w:val="14"/>
              </w:rPr>
              <w:t>0.101</w:t>
            </w:r>
          </w:p>
        </w:tc>
        <w:tc>
          <w:tcPr>
            <w:tcW w:w="1337" w:type="dxa"/>
            <w:tcBorders>
              <w:top w:val="nil"/>
              <w:left w:val="nil"/>
              <w:bottom w:val="nil"/>
              <w:right w:val="nil"/>
            </w:tcBorders>
            <w:tcMar>
              <w:top w:w="80" w:type="dxa"/>
              <w:left w:w="120" w:type="dxa"/>
              <w:bottom w:w="80" w:type="dxa"/>
              <w:right w:w="120" w:type="dxa"/>
            </w:tcMar>
            <w:vAlign w:val="center"/>
          </w:tcPr>
          <w:p w14:paraId="4CD0C0AF"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7F7CE2EB" w14:textId="77777777" w:rsidR="008B5324" w:rsidRPr="00D70064" w:rsidRDefault="004351F6">
            <w:pPr>
              <w:spacing w:after="0"/>
            </w:pPr>
            <w:r w:rsidRPr="00D70064">
              <w:rPr>
                <w:sz w:val="14"/>
              </w:rPr>
              <w:t>0.070</w:t>
            </w:r>
          </w:p>
        </w:tc>
        <w:tc>
          <w:tcPr>
            <w:tcW w:w="1337" w:type="dxa"/>
            <w:tcBorders>
              <w:top w:val="nil"/>
              <w:left w:val="nil"/>
              <w:bottom w:val="nil"/>
              <w:right w:val="nil"/>
            </w:tcBorders>
            <w:tcMar>
              <w:top w:w="80" w:type="dxa"/>
              <w:left w:w="120" w:type="dxa"/>
              <w:bottom w:w="80" w:type="dxa"/>
              <w:right w:w="120" w:type="dxa"/>
            </w:tcMar>
            <w:vAlign w:val="center"/>
          </w:tcPr>
          <w:p w14:paraId="751A6068" w14:textId="77777777" w:rsidR="008B5324" w:rsidRPr="00D70064" w:rsidRDefault="004351F6">
            <w:pPr>
              <w:spacing w:after="0"/>
            </w:pPr>
            <w:r w:rsidRPr="00D70064">
              <w:rPr>
                <w:sz w:val="14"/>
              </w:rPr>
              <w:t>0.171</w:t>
            </w:r>
          </w:p>
        </w:tc>
      </w:tr>
      <w:tr w:rsidR="008B5324" w:rsidRPr="00D70064" w14:paraId="06652A4F"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3BDDE697"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4AE3FD61" w14:textId="77777777" w:rsidR="008B5324" w:rsidRPr="00D70064" w:rsidRDefault="004351F6">
            <w:pPr>
              <w:spacing w:after="0"/>
            </w:pPr>
            <w:r w:rsidRPr="00D70064">
              <w:rPr>
                <w:sz w:val="14"/>
              </w:rPr>
              <w:t>0.30</w:t>
            </w:r>
          </w:p>
        </w:tc>
        <w:tc>
          <w:tcPr>
            <w:tcW w:w="1337" w:type="dxa"/>
            <w:tcBorders>
              <w:top w:val="nil"/>
              <w:left w:val="nil"/>
              <w:bottom w:val="nil"/>
              <w:right w:val="nil"/>
            </w:tcBorders>
            <w:tcMar>
              <w:top w:w="80" w:type="dxa"/>
              <w:left w:w="120" w:type="dxa"/>
              <w:bottom w:w="80" w:type="dxa"/>
              <w:right w:w="120" w:type="dxa"/>
            </w:tcMar>
            <w:vAlign w:val="center"/>
          </w:tcPr>
          <w:p w14:paraId="277C59DE" w14:textId="77777777" w:rsidR="008B5324" w:rsidRPr="00D70064" w:rsidRDefault="004351F6">
            <w:pPr>
              <w:spacing w:after="0"/>
            </w:pPr>
            <w:r w:rsidRPr="00D70064">
              <w:rPr>
                <w:sz w:val="14"/>
              </w:rPr>
              <w:t>0.136</w:t>
            </w:r>
          </w:p>
        </w:tc>
        <w:tc>
          <w:tcPr>
            <w:tcW w:w="1337" w:type="dxa"/>
            <w:tcBorders>
              <w:top w:val="nil"/>
              <w:left w:val="nil"/>
              <w:bottom w:val="nil"/>
              <w:right w:val="nil"/>
            </w:tcBorders>
            <w:tcMar>
              <w:top w:w="80" w:type="dxa"/>
              <w:left w:w="120" w:type="dxa"/>
              <w:bottom w:w="80" w:type="dxa"/>
              <w:right w:w="120" w:type="dxa"/>
            </w:tcMar>
            <w:vAlign w:val="center"/>
          </w:tcPr>
          <w:p w14:paraId="68905524" w14:textId="77777777" w:rsidR="008B5324" w:rsidRPr="00D70064" w:rsidRDefault="004351F6">
            <w:pPr>
              <w:spacing w:after="0"/>
            </w:pPr>
            <w:r w:rsidRPr="00D70064">
              <w:rPr>
                <w:sz w:val="14"/>
              </w:rPr>
              <w:t>0.037</w:t>
            </w:r>
          </w:p>
        </w:tc>
        <w:tc>
          <w:tcPr>
            <w:tcW w:w="1337" w:type="dxa"/>
            <w:tcBorders>
              <w:top w:val="nil"/>
              <w:left w:val="nil"/>
              <w:bottom w:val="nil"/>
              <w:right w:val="nil"/>
            </w:tcBorders>
            <w:tcMar>
              <w:top w:w="80" w:type="dxa"/>
              <w:left w:w="120" w:type="dxa"/>
              <w:bottom w:w="80" w:type="dxa"/>
              <w:right w:w="120" w:type="dxa"/>
            </w:tcMar>
            <w:vAlign w:val="center"/>
          </w:tcPr>
          <w:p w14:paraId="041F2877"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3A5FFD4D" w14:textId="77777777" w:rsidR="008B5324" w:rsidRPr="00D70064" w:rsidRDefault="004351F6">
            <w:pPr>
              <w:spacing w:after="0"/>
            </w:pPr>
            <w:r w:rsidRPr="00D70064">
              <w:rPr>
                <w:sz w:val="14"/>
              </w:rPr>
              <w:t>0.099</w:t>
            </w:r>
          </w:p>
        </w:tc>
        <w:tc>
          <w:tcPr>
            <w:tcW w:w="1337" w:type="dxa"/>
            <w:tcBorders>
              <w:top w:val="nil"/>
              <w:left w:val="nil"/>
              <w:bottom w:val="nil"/>
              <w:right w:val="nil"/>
            </w:tcBorders>
            <w:tcMar>
              <w:top w:w="80" w:type="dxa"/>
              <w:left w:w="120" w:type="dxa"/>
              <w:bottom w:w="80" w:type="dxa"/>
              <w:right w:w="120" w:type="dxa"/>
            </w:tcMar>
            <w:vAlign w:val="center"/>
          </w:tcPr>
          <w:p w14:paraId="0F8542ED" w14:textId="77777777" w:rsidR="008B5324" w:rsidRPr="00D70064" w:rsidRDefault="004351F6">
            <w:pPr>
              <w:spacing w:after="0"/>
            </w:pPr>
            <w:r w:rsidRPr="00D70064">
              <w:rPr>
                <w:sz w:val="14"/>
              </w:rPr>
              <w:t>0.136</w:t>
            </w:r>
          </w:p>
        </w:tc>
      </w:tr>
      <w:tr w:rsidR="008B5324" w:rsidRPr="00D70064" w14:paraId="236AE77C"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214D29E"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23E0E0E6" w14:textId="77777777" w:rsidR="008B5324" w:rsidRPr="00D70064" w:rsidRDefault="004351F6">
            <w:pPr>
              <w:spacing w:after="0"/>
            </w:pPr>
            <w:r w:rsidRPr="00D70064">
              <w:rPr>
                <w:sz w:val="14"/>
              </w:rPr>
              <w:t>0.35</w:t>
            </w:r>
          </w:p>
        </w:tc>
        <w:tc>
          <w:tcPr>
            <w:tcW w:w="1337" w:type="dxa"/>
            <w:tcBorders>
              <w:top w:val="nil"/>
              <w:left w:val="nil"/>
              <w:bottom w:val="nil"/>
              <w:right w:val="nil"/>
            </w:tcBorders>
            <w:tcMar>
              <w:top w:w="80" w:type="dxa"/>
              <w:left w:w="120" w:type="dxa"/>
              <w:bottom w:w="80" w:type="dxa"/>
              <w:right w:w="120" w:type="dxa"/>
            </w:tcMar>
            <w:vAlign w:val="center"/>
          </w:tcPr>
          <w:p w14:paraId="0520A7CF" w14:textId="77777777" w:rsidR="008B5324" w:rsidRPr="00D70064" w:rsidRDefault="004351F6">
            <w:pPr>
              <w:spacing w:after="0"/>
            </w:pPr>
            <w:r w:rsidRPr="00D70064">
              <w:rPr>
                <w:sz w:val="14"/>
              </w:rPr>
              <w:t>0.093</w:t>
            </w:r>
          </w:p>
        </w:tc>
        <w:tc>
          <w:tcPr>
            <w:tcW w:w="1337" w:type="dxa"/>
            <w:tcBorders>
              <w:top w:val="nil"/>
              <w:left w:val="nil"/>
              <w:bottom w:val="nil"/>
              <w:right w:val="nil"/>
            </w:tcBorders>
            <w:tcMar>
              <w:top w:w="80" w:type="dxa"/>
              <w:left w:w="120" w:type="dxa"/>
              <w:bottom w:w="80" w:type="dxa"/>
              <w:right w:w="120" w:type="dxa"/>
            </w:tcMar>
            <w:vAlign w:val="center"/>
          </w:tcPr>
          <w:p w14:paraId="50D251EB" w14:textId="77777777" w:rsidR="008B5324" w:rsidRPr="00D70064" w:rsidRDefault="004351F6">
            <w:pPr>
              <w:spacing w:after="0"/>
            </w:pPr>
            <w:r w:rsidRPr="00D70064">
              <w:rPr>
                <w:sz w:val="14"/>
              </w:rPr>
              <w:t>-0.037</w:t>
            </w:r>
          </w:p>
        </w:tc>
        <w:tc>
          <w:tcPr>
            <w:tcW w:w="1337" w:type="dxa"/>
            <w:tcBorders>
              <w:top w:val="nil"/>
              <w:left w:val="nil"/>
              <w:bottom w:val="nil"/>
              <w:right w:val="nil"/>
            </w:tcBorders>
            <w:tcMar>
              <w:top w:w="80" w:type="dxa"/>
              <w:left w:w="120" w:type="dxa"/>
              <w:bottom w:w="80" w:type="dxa"/>
              <w:right w:w="120" w:type="dxa"/>
            </w:tcMar>
            <w:vAlign w:val="center"/>
          </w:tcPr>
          <w:p w14:paraId="2F9D742C"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467E809E" w14:textId="77777777" w:rsidR="008B5324" w:rsidRPr="00D70064" w:rsidRDefault="004351F6">
            <w:pPr>
              <w:spacing w:after="0"/>
            </w:pPr>
            <w:r w:rsidRPr="00D70064">
              <w:rPr>
                <w:sz w:val="14"/>
              </w:rPr>
              <w:t>0.131</w:t>
            </w:r>
          </w:p>
        </w:tc>
        <w:tc>
          <w:tcPr>
            <w:tcW w:w="1337" w:type="dxa"/>
            <w:tcBorders>
              <w:top w:val="nil"/>
              <w:left w:val="nil"/>
              <w:bottom w:val="nil"/>
              <w:right w:val="nil"/>
            </w:tcBorders>
            <w:tcMar>
              <w:top w:w="80" w:type="dxa"/>
              <w:left w:w="120" w:type="dxa"/>
              <w:bottom w:w="80" w:type="dxa"/>
              <w:right w:w="120" w:type="dxa"/>
            </w:tcMar>
            <w:vAlign w:val="center"/>
          </w:tcPr>
          <w:p w14:paraId="7E1915EC" w14:textId="77777777" w:rsidR="008B5324" w:rsidRPr="00D70064" w:rsidRDefault="004351F6">
            <w:pPr>
              <w:spacing w:after="0"/>
            </w:pPr>
            <w:r w:rsidRPr="00D70064">
              <w:rPr>
                <w:sz w:val="14"/>
              </w:rPr>
              <w:t>0.093</w:t>
            </w:r>
          </w:p>
        </w:tc>
      </w:tr>
      <w:tr w:rsidR="008B5324" w:rsidRPr="00D70064" w14:paraId="796FBC3A"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73F577D"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340C2F47" w14:textId="77777777" w:rsidR="008B5324" w:rsidRPr="00D70064" w:rsidRDefault="004351F6">
            <w:pPr>
              <w:spacing w:after="0"/>
            </w:pPr>
            <w:r w:rsidRPr="00D70064">
              <w:rPr>
                <w:sz w:val="14"/>
              </w:rPr>
              <w:t>0.40</w:t>
            </w:r>
          </w:p>
        </w:tc>
        <w:tc>
          <w:tcPr>
            <w:tcW w:w="1337" w:type="dxa"/>
            <w:tcBorders>
              <w:top w:val="nil"/>
              <w:left w:val="nil"/>
              <w:bottom w:val="nil"/>
              <w:right w:val="nil"/>
            </w:tcBorders>
            <w:tcMar>
              <w:top w:w="80" w:type="dxa"/>
              <w:left w:w="120" w:type="dxa"/>
              <w:bottom w:w="80" w:type="dxa"/>
              <w:right w:w="120" w:type="dxa"/>
            </w:tcMar>
            <w:vAlign w:val="center"/>
          </w:tcPr>
          <w:p w14:paraId="527E7A9A" w14:textId="77777777" w:rsidR="008B5324" w:rsidRPr="00D70064" w:rsidRDefault="004351F6">
            <w:pPr>
              <w:spacing w:after="0"/>
            </w:pPr>
            <w:r w:rsidRPr="00D70064">
              <w:rPr>
                <w:sz w:val="14"/>
              </w:rPr>
              <w:t>0.061</w:t>
            </w:r>
          </w:p>
        </w:tc>
        <w:tc>
          <w:tcPr>
            <w:tcW w:w="1337" w:type="dxa"/>
            <w:tcBorders>
              <w:top w:val="nil"/>
              <w:left w:val="nil"/>
              <w:bottom w:val="nil"/>
              <w:right w:val="nil"/>
            </w:tcBorders>
            <w:tcMar>
              <w:top w:w="80" w:type="dxa"/>
              <w:left w:w="120" w:type="dxa"/>
              <w:bottom w:w="80" w:type="dxa"/>
              <w:right w:w="120" w:type="dxa"/>
            </w:tcMar>
            <w:vAlign w:val="center"/>
          </w:tcPr>
          <w:p w14:paraId="59324E8B" w14:textId="77777777" w:rsidR="008B5324" w:rsidRPr="00D70064" w:rsidRDefault="004351F6">
            <w:pPr>
              <w:spacing w:after="0"/>
            </w:pPr>
            <w:r w:rsidRPr="00D70064">
              <w:rPr>
                <w:sz w:val="14"/>
              </w:rPr>
              <w:t>-0.124</w:t>
            </w:r>
          </w:p>
        </w:tc>
        <w:tc>
          <w:tcPr>
            <w:tcW w:w="1337" w:type="dxa"/>
            <w:tcBorders>
              <w:top w:val="nil"/>
              <w:left w:val="nil"/>
              <w:bottom w:val="nil"/>
              <w:right w:val="nil"/>
            </w:tcBorders>
            <w:tcMar>
              <w:top w:w="80" w:type="dxa"/>
              <w:left w:w="120" w:type="dxa"/>
              <w:bottom w:w="80" w:type="dxa"/>
              <w:right w:w="120" w:type="dxa"/>
            </w:tcMar>
            <w:vAlign w:val="center"/>
          </w:tcPr>
          <w:p w14:paraId="79FC1A36"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57868326" w14:textId="77777777" w:rsidR="008B5324" w:rsidRPr="00D70064" w:rsidRDefault="004351F6">
            <w:pPr>
              <w:spacing w:after="0"/>
            </w:pPr>
            <w:r w:rsidRPr="00D70064">
              <w:rPr>
                <w:sz w:val="14"/>
              </w:rPr>
              <w:t>0.185</w:t>
            </w:r>
          </w:p>
        </w:tc>
        <w:tc>
          <w:tcPr>
            <w:tcW w:w="1337" w:type="dxa"/>
            <w:tcBorders>
              <w:top w:val="nil"/>
              <w:left w:val="nil"/>
              <w:bottom w:val="nil"/>
              <w:right w:val="nil"/>
            </w:tcBorders>
            <w:tcMar>
              <w:top w:w="80" w:type="dxa"/>
              <w:left w:w="120" w:type="dxa"/>
              <w:bottom w:w="80" w:type="dxa"/>
              <w:right w:w="120" w:type="dxa"/>
            </w:tcMar>
            <w:vAlign w:val="center"/>
          </w:tcPr>
          <w:p w14:paraId="5E623A9F" w14:textId="77777777" w:rsidR="008B5324" w:rsidRPr="00D70064" w:rsidRDefault="004351F6">
            <w:pPr>
              <w:spacing w:after="0"/>
            </w:pPr>
            <w:r w:rsidRPr="00D70064">
              <w:rPr>
                <w:sz w:val="14"/>
              </w:rPr>
              <w:t>0.061</w:t>
            </w:r>
          </w:p>
        </w:tc>
      </w:tr>
      <w:tr w:rsidR="008B5324" w:rsidRPr="00D70064" w14:paraId="0C496F7A"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4E94EE70"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428C11C8" w14:textId="77777777" w:rsidR="008B5324" w:rsidRPr="00D70064" w:rsidRDefault="004351F6">
            <w:pPr>
              <w:spacing w:after="0"/>
            </w:pPr>
            <w:r w:rsidRPr="00D70064">
              <w:rPr>
                <w:sz w:val="14"/>
              </w:rPr>
              <w:t>0.45</w:t>
            </w:r>
          </w:p>
        </w:tc>
        <w:tc>
          <w:tcPr>
            <w:tcW w:w="1337" w:type="dxa"/>
            <w:tcBorders>
              <w:top w:val="nil"/>
              <w:left w:val="nil"/>
              <w:bottom w:val="nil"/>
              <w:right w:val="nil"/>
            </w:tcBorders>
            <w:tcMar>
              <w:top w:w="80" w:type="dxa"/>
              <w:left w:w="120" w:type="dxa"/>
              <w:bottom w:w="80" w:type="dxa"/>
              <w:right w:w="120" w:type="dxa"/>
            </w:tcMar>
            <w:vAlign w:val="center"/>
          </w:tcPr>
          <w:p w14:paraId="1293105B" w14:textId="77777777" w:rsidR="008B5324" w:rsidRPr="00D70064" w:rsidRDefault="004351F6">
            <w:pPr>
              <w:spacing w:after="0"/>
            </w:pPr>
            <w:r w:rsidRPr="00D70064">
              <w:rPr>
                <w:sz w:val="14"/>
              </w:rPr>
              <w:t>0.047</w:t>
            </w:r>
          </w:p>
        </w:tc>
        <w:tc>
          <w:tcPr>
            <w:tcW w:w="1337" w:type="dxa"/>
            <w:tcBorders>
              <w:top w:val="nil"/>
              <w:left w:val="nil"/>
              <w:bottom w:val="nil"/>
              <w:right w:val="nil"/>
            </w:tcBorders>
            <w:tcMar>
              <w:top w:w="80" w:type="dxa"/>
              <w:left w:w="120" w:type="dxa"/>
              <w:bottom w:w="80" w:type="dxa"/>
              <w:right w:w="120" w:type="dxa"/>
            </w:tcMar>
            <w:vAlign w:val="center"/>
          </w:tcPr>
          <w:p w14:paraId="2EE73FB6" w14:textId="77777777" w:rsidR="008B5324" w:rsidRPr="00D70064" w:rsidRDefault="004351F6">
            <w:pPr>
              <w:spacing w:after="0"/>
            </w:pPr>
            <w:r w:rsidRPr="00D70064">
              <w:rPr>
                <w:sz w:val="14"/>
              </w:rPr>
              <w:t>-0.226</w:t>
            </w:r>
          </w:p>
        </w:tc>
        <w:tc>
          <w:tcPr>
            <w:tcW w:w="1337" w:type="dxa"/>
            <w:tcBorders>
              <w:top w:val="nil"/>
              <w:left w:val="nil"/>
              <w:bottom w:val="nil"/>
              <w:right w:val="nil"/>
            </w:tcBorders>
            <w:tcMar>
              <w:top w:w="80" w:type="dxa"/>
              <w:left w:w="120" w:type="dxa"/>
              <w:bottom w:w="80" w:type="dxa"/>
              <w:right w:w="120" w:type="dxa"/>
            </w:tcMar>
            <w:vAlign w:val="center"/>
          </w:tcPr>
          <w:p w14:paraId="7883FBFC"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7A66EEB3" w14:textId="77777777" w:rsidR="008B5324" w:rsidRPr="00D70064" w:rsidRDefault="004351F6">
            <w:pPr>
              <w:spacing w:after="0"/>
            </w:pPr>
            <w:r w:rsidRPr="00D70064">
              <w:rPr>
                <w:sz w:val="14"/>
              </w:rPr>
              <w:t>0.273</w:t>
            </w:r>
          </w:p>
        </w:tc>
        <w:tc>
          <w:tcPr>
            <w:tcW w:w="1337" w:type="dxa"/>
            <w:tcBorders>
              <w:top w:val="nil"/>
              <w:left w:val="nil"/>
              <w:bottom w:val="nil"/>
              <w:right w:val="nil"/>
            </w:tcBorders>
            <w:tcMar>
              <w:top w:w="80" w:type="dxa"/>
              <w:left w:w="120" w:type="dxa"/>
              <w:bottom w:w="80" w:type="dxa"/>
              <w:right w:w="120" w:type="dxa"/>
            </w:tcMar>
            <w:vAlign w:val="center"/>
          </w:tcPr>
          <w:p w14:paraId="59E0487B" w14:textId="77777777" w:rsidR="008B5324" w:rsidRPr="00D70064" w:rsidRDefault="004351F6">
            <w:pPr>
              <w:spacing w:after="0"/>
            </w:pPr>
            <w:r w:rsidRPr="00D70064">
              <w:rPr>
                <w:sz w:val="14"/>
              </w:rPr>
              <w:t>0.047</w:t>
            </w:r>
          </w:p>
        </w:tc>
      </w:tr>
      <w:tr w:rsidR="008B5324" w:rsidRPr="00D70064" w14:paraId="6B134A6F"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78465829"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3DB1099E" w14:textId="77777777" w:rsidR="008B5324" w:rsidRPr="00D70064" w:rsidRDefault="004351F6">
            <w:pPr>
              <w:spacing w:after="0"/>
            </w:pPr>
            <w:r w:rsidRPr="00D70064">
              <w:rPr>
                <w:sz w:val="14"/>
              </w:rPr>
              <w:t>0.50</w:t>
            </w:r>
          </w:p>
        </w:tc>
        <w:tc>
          <w:tcPr>
            <w:tcW w:w="1337" w:type="dxa"/>
            <w:tcBorders>
              <w:top w:val="nil"/>
              <w:left w:val="nil"/>
              <w:bottom w:val="nil"/>
              <w:right w:val="nil"/>
            </w:tcBorders>
            <w:tcMar>
              <w:top w:w="80" w:type="dxa"/>
              <w:left w:w="120" w:type="dxa"/>
              <w:bottom w:w="80" w:type="dxa"/>
              <w:right w:w="120" w:type="dxa"/>
            </w:tcMar>
            <w:vAlign w:val="center"/>
          </w:tcPr>
          <w:p w14:paraId="4BCABB74" w14:textId="77777777" w:rsidR="008B5324" w:rsidRPr="00D70064" w:rsidRDefault="004351F6">
            <w:pPr>
              <w:spacing w:after="0"/>
            </w:pPr>
            <w:r w:rsidRPr="00D70064">
              <w:rPr>
                <w:sz w:val="14"/>
              </w:rPr>
              <w:t>0.046</w:t>
            </w:r>
          </w:p>
        </w:tc>
        <w:tc>
          <w:tcPr>
            <w:tcW w:w="1337" w:type="dxa"/>
            <w:tcBorders>
              <w:top w:val="nil"/>
              <w:left w:val="nil"/>
              <w:bottom w:val="nil"/>
              <w:right w:val="nil"/>
            </w:tcBorders>
            <w:tcMar>
              <w:top w:w="80" w:type="dxa"/>
              <w:left w:w="120" w:type="dxa"/>
              <w:bottom w:w="80" w:type="dxa"/>
              <w:right w:w="120" w:type="dxa"/>
            </w:tcMar>
            <w:vAlign w:val="center"/>
          </w:tcPr>
          <w:p w14:paraId="3B862ECD" w14:textId="77777777" w:rsidR="008B5324" w:rsidRPr="00D70064" w:rsidRDefault="004351F6">
            <w:pPr>
              <w:spacing w:after="0"/>
            </w:pPr>
            <w:r w:rsidRPr="00D70064">
              <w:rPr>
                <w:sz w:val="14"/>
              </w:rPr>
              <w:t>-0.349</w:t>
            </w:r>
          </w:p>
        </w:tc>
        <w:tc>
          <w:tcPr>
            <w:tcW w:w="1337" w:type="dxa"/>
            <w:tcBorders>
              <w:top w:val="nil"/>
              <w:left w:val="nil"/>
              <w:bottom w:val="nil"/>
              <w:right w:val="nil"/>
            </w:tcBorders>
            <w:tcMar>
              <w:top w:w="80" w:type="dxa"/>
              <w:left w:w="120" w:type="dxa"/>
              <w:bottom w:w="80" w:type="dxa"/>
              <w:right w:w="120" w:type="dxa"/>
            </w:tcMar>
            <w:vAlign w:val="center"/>
          </w:tcPr>
          <w:p w14:paraId="25BE4A43"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1033B360" w14:textId="77777777" w:rsidR="008B5324" w:rsidRPr="00D70064" w:rsidRDefault="004351F6">
            <w:pPr>
              <w:spacing w:after="0"/>
            </w:pPr>
            <w:r w:rsidRPr="00D70064">
              <w:rPr>
                <w:sz w:val="14"/>
              </w:rPr>
              <w:t>0.395</w:t>
            </w:r>
          </w:p>
        </w:tc>
        <w:tc>
          <w:tcPr>
            <w:tcW w:w="1337" w:type="dxa"/>
            <w:tcBorders>
              <w:top w:val="nil"/>
              <w:left w:val="nil"/>
              <w:bottom w:val="nil"/>
              <w:right w:val="nil"/>
            </w:tcBorders>
            <w:tcMar>
              <w:top w:w="80" w:type="dxa"/>
              <w:left w:w="120" w:type="dxa"/>
              <w:bottom w:w="80" w:type="dxa"/>
              <w:right w:w="120" w:type="dxa"/>
            </w:tcMar>
            <w:vAlign w:val="center"/>
          </w:tcPr>
          <w:p w14:paraId="2A7524D8" w14:textId="77777777" w:rsidR="008B5324" w:rsidRPr="00D70064" w:rsidRDefault="004351F6">
            <w:pPr>
              <w:spacing w:after="0"/>
            </w:pPr>
            <w:r w:rsidRPr="00D70064">
              <w:rPr>
                <w:sz w:val="14"/>
              </w:rPr>
              <w:t>0.046</w:t>
            </w:r>
          </w:p>
        </w:tc>
      </w:tr>
      <w:tr w:rsidR="008B5324" w:rsidRPr="00D70064" w14:paraId="4009B951" w14:textId="77777777">
        <w:trPr>
          <w:jc w:val="center"/>
        </w:trPr>
        <w:tc>
          <w:tcPr>
            <w:tcW w:w="1337" w:type="dxa"/>
            <w:tcBorders>
              <w:top w:val="nil"/>
              <w:left w:val="nil"/>
              <w:bottom w:val="nil"/>
              <w:right w:val="nil"/>
            </w:tcBorders>
            <w:tcMar>
              <w:top w:w="80" w:type="dxa"/>
              <w:left w:w="120" w:type="dxa"/>
              <w:bottom w:w="80" w:type="dxa"/>
              <w:right w:w="120" w:type="dxa"/>
            </w:tcMar>
            <w:vAlign w:val="center"/>
          </w:tcPr>
          <w:p w14:paraId="5E1B679A" w14:textId="77777777" w:rsidR="008B5324" w:rsidRPr="00D70064" w:rsidRDefault="004351F6">
            <w:pPr>
              <w:spacing w:after="0"/>
            </w:pPr>
            <w:r w:rsidRPr="00D70064">
              <w:rPr>
                <w:sz w:val="14"/>
              </w:rPr>
              <w:t>Local clinical validation</w:t>
            </w:r>
          </w:p>
        </w:tc>
        <w:tc>
          <w:tcPr>
            <w:tcW w:w="1337" w:type="dxa"/>
            <w:tcBorders>
              <w:top w:val="nil"/>
              <w:left w:val="nil"/>
              <w:bottom w:val="nil"/>
              <w:right w:val="nil"/>
            </w:tcBorders>
            <w:tcMar>
              <w:top w:w="80" w:type="dxa"/>
              <w:left w:w="120" w:type="dxa"/>
              <w:bottom w:w="80" w:type="dxa"/>
              <w:right w:w="120" w:type="dxa"/>
            </w:tcMar>
            <w:vAlign w:val="center"/>
          </w:tcPr>
          <w:p w14:paraId="5C6272B5" w14:textId="77777777" w:rsidR="008B5324" w:rsidRPr="00D70064" w:rsidRDefault="004351F6">
            <w:pPr>
              <w:spacing w:after="0"/>
            </w:pPr>
            <w:r w:rsidRPr="00D70064">
              <w:rPr>
                <w:sz w:val="14"/>
              </w:rPr>
              <w:t>0.55</w:t>
            </w:r>
          </w:p>
        </w:tc>
        <w:tc>
          <w:tcPr>
            <w:tcW w:w="1337" w:type="dxa"/>
            <w:tcBorders>
              <w:top w:val="nil"/>
              <w:left w:val="nil"/>
              <w:bottom w:val="nil"/>
              <w:right w:val="nil"/>
            </w:tcBorders>
            <w:tcMar>
              <w:top w:w="80" w:type="dxa"/>
              <w:left w:w="120" w:type="dxa"/>
              <w:bottom w:w="80" w:type="dxa"/>
              <w:right w:w="120" w:type="dxa"/>
            </w:tcMar>
            <w:vAlign w:val="center"/>
          </w:tcPr>
          <w:p w14:paraId="47D77BF2" w14:textId="77777777" w:rsidR="008B5324" w:rsidRPr="00D70064" w:rsidRDefault="004351F6">
            <w:pPr>
              <w:spacing w:after="0"/>
            </w:pPr>
            <w:r w:rsidRPr="00D70064">
              <w:rPr>
                <w:sz w:val="14"/>
              </w:rPr>
              <w:t>0.040</w:t>
            </w:r>
          </w:p>
        </w:tc>
        <w:tc>
          <w:tcPr>
            <w:tcW w:w="1337" w:type="dxa"/>
            <w:tcBorders>
              <w:top w:val="nil"/>
              <w:left w:val="nil"/>
              <w:bottom w:val="nil"/>
              <w:right w:val="nil"/>
            </w:tcBorders>
            <w:tcMar>
              <w:top w:w="80" w:type="dxa"/>
              <w:left w:w="120" w:type="dxa"/>
              <w:bottom w:w="80" w:type="dxa"/>
              <w:right w:w="120" w:type="dxa"/>
            </w:tcMar>
            <w:vAlign w:val="center"/>
          </w:tcPr>
          <w:p w14:paraId="30BAC5DC" w14:textId="77777777" w:rsidR="008B5324" w:rsidRPr="00D70064" w:rsidRDefault="004351F6">
            <w:pPr>
              <w:spacing w:after="0"/>
            </w:pPr>
            <w:r w:rsidRPr="00D70064">
              <w:rPr>
                <w:sz w:val="14"/>
              </w:rPr>
              <w:t>-0.499</w:t>
            </w:r>
          </w:p>
        </w:tc>
        <w:tc>
          <w:tcPr>
            <w:tcW w:w="1337" w:type="dxa"/>
            <w:tcBorders>
              <w:top w:val="nil"/>
              <w:left w:val="nil"/>
              <w:bottom w:val="nil"/>
              <w:right w:val="nil"/>
            </w:tcBorders>
            <w:tcMar>
              <w:top w:w="80" w:type="dxa"/>
              <w:left w:w="120" w:type="dxa"/>
              <w:bottom w:w="80" w:type="dxa"/>
              <w:right w:w="120" w:type="dxa"/>
            </w:tcMar>
            <w:vAlign w:val="center"/>
          </w:tcPr>
          <w:p w14:paraId="084565B0" w14:textId="77777777" w:rsidR="008B5324" w:rsidRPr="00D70064" w:rsidRDefault="004351F6">
            <w:pPr>
              <w:spacing w:after="0"/>
            </w:pPr>
            <w:r w:rsidRPr="00D70064">
              <w:rPr>
                <w:sz w:val="14"/>
              </w:rPr>
              <w:t>0.000</w:t>
            </w:r>
          </w:p>
        </w:tc>
        <w:tc>
          <w:tcPr>
            <w:tcW w:w="1337" w:type="dxa"/>
            <w:tcBorders>
              <w:top w:val="nil"/>
              <w:left w:val="nil"/>
              <w:bottom w:val="nil"/>
              <w:right w:val="nil"/>
            </w:tcBorders>
            <w:tcMar>
              <w:top w:w="80" w:type="dxa"/>
              <w:left w:w="120" w:type="dxa"/>
              <w:bottom w:w="80" w:type="dxa"/>
              <w:right w:w="120" w:type="dxa"/>
            </w:tcMar>
            <w:vAlign w:val="center"/>
          </w:tcPr>
          <w:p w14:paraId="695ABF77" w14:textId="77777777" w:rsidR="008B5324" w:rsidRPr="00D70064" w:rsidRDefault="004351F6">
            <w:pPr>
              <w:spacing w:after="0"/>
            </w:pPr>
            <w:r w:rsidRPr="00D70064">
              <w:rPr>
                <w:sz w:val="14"/>
              </w:rPr>
              <w:t>0.539</w:t>
            </w:r>
          </w:p>
        </w:tc>
        <w:tc>
          <w:tcPr>
            <w:tcW w:w="1337" w:type="dxa"/>
            <w:tcBorders>
              <w:top w:val="nil"/>
              <w:left w:val="nil"/>
              <w:bottom w:val="nil"/>
              <w:right w:val="nil"/>
            </w:tcBorders>
            <w:tcMar>
              <w:top w:w="80" w:type="dxa"/>
              <w:left w:w="120" w:type="dxa"/>
              <w:bottom w:w="80" w:type="dxa"/>
              <w:right w:w="120" w:type="dxa"/>
            </w:tcMar>
            <w:vAlign w:val="center"/>
          </w:tcPr>
          <w:p w14:paraId="597030B7" w14:textId="77777777" w:rsidR="008B5324" w:rsidRPr="00D70064" w:rsidRDefault="004351F6">
            <w:pPr>
              <w:spacing w:after="0"/>
            </w:pPr>
            <w:r w:rsidRPr="00D70064">
              <w:rPr>
                <w:sz w:val="14"/>
              </w:rPr>
              <w:t>0.040</w:t>
            </w:r>
          </w:p>
        </w:tc>
      </w:tr>
      <w:tr w:rsidR="008B5324" w:rsidRPr="00D70064" w14:paraId="618E59B0" w14:textId="77777777">
        <w:trPr>
          <w:jc w:val="center"/>
        </w:trPr>
        <w:tc>
          <w:tcPr>
            <w:tcW w:w="1337" w:type="dxa"/>
            <w:tcBorders>
              <w:top w:val="nil"/>
              <w:left w:val="nil"/>
              <w:bottom w:val="single" w:sz="12" w:space="0" w:color="000000"/>
              <w:right w:val="nil"/>
            </w:tcBorders>
            <w:tcMar>
              <w:top w:w="80" w:type="dxa"/>
              <w:left w:w="120" w:type="dxa"/>
              <w:bottom w:w="80" w:type="dxa"/>
              <w:right w:w="120" w:type="dxa"/>
            </w:tcMar>
            <w:vAlign w:val="center"/>
          </w:tcPr>
          <w:p w14:paraId="5017344A" w14:textId="77777777" w:rsidR="008B5324" w:rsidRPr="00D70064" w:rsidRDefault="004351F6">
            <w:pPr>
              <w:spacing w:after="0"/>
            </w:pPr>
            <w:r w:rsidRPr="00D70064">
              <w:rPr>
                <w:sz w:val="14"/>
              </w:rPr>
              <w:t>Local clinical validation</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253DC8E3" w14:textId="77777777" w:rsidR="008B5324" w:rsidRPr="00D70064" w:rsidRDefault="004351F6">
            <w:pPr>
              <w:spacing w:after="0"/>
            </w:pPr>
            <w:r w:rsidRPr="00D70064">
              <w:rPr>
                <w:sz w:val="14"/>
              </w:rPr>
              <w:t>0.60</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4E506350" w14:textId="77777777" w:rsidR="008B5324" w:rsidRPr="00D70064" w:rsidRDefault="004351F6">
            <w:pPr>
              <w:spacing w:after="0"/>
            </w:pPr>
            <w:r w:rsidRPr="00D70064">
              <w:rPr>
                <w:sz w:val="14"/>
              </w:rPr>
              <w:t>0.033</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7CFECC66" w14:textId="77777777" w:rsidR="008B5324" w:rsidRPr="00D70064" w:rsidRDefault="004351F6">
            <w:pPr>
              <w:spacing w:after="0"/>
            </w:pPr>
            <w:r w:rsidRPr="00D70064">
              <w:rPr>
                <w:sz w:val="14"/>
              </w:rPr>
              <w:t>-0.686</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55F46B2D" w14:textId="77777777" w:rsidR="008B5324" w:rsidRPr="00D70064" w:rsidRDefault="004351F6">
            <w:pPr>
              <w:spacing w:after="0"/>
            </w:pPr>
            <w:r w:rsidRPr="00D70064">
              <w:rPr>
                <w:sz w:val="14"/>
              </w:rPr>
              <w:t>0.000</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1CC07C96" w14:textId="77777777" w:rsidR="008B5324" w:rsidRPr="00D70064" w:rsidRDefault="004351F6">
            <w:pPr>
              <w:spacing w:after="0"/>
            </w:pPr>
            <w:r w:rsidRPr="00D70064">
              <w:rPr>
                <w:sz w:val="14"/>
              </w:rPr>
              <w:t>0.719</w:t>
            </w:r>
          </w:p>
        </w:tc>
        <w:tc>
          <w:tcPr>
            <w:tcW w:w="1337" w:type="dxa"/>
            <w:tcBorders>
              <w:top w:val="nil"/>
              <w:left w:val="nil"/>
              <w:bottom w:val="single" w:sz="12" w:space="0" w:color="000000"/>
              <w:right w:val="nil"/>
            </w:tcBorders>
            <w:tcMar>
              <w:top w:w="80" w:type="dxa"/>
              <w:left w:w="120" w:type="dxa"/>
              <w:bottom w:w="80" w:type="dxa"/>
              <w:right w:w="120" w:type="dxa"/>
            </w:tcMar>
            <w:vAlign w:val="center"/>
          </w:tcPr>
          <w:p w14:paraId="1F7834CD" w14:textId="77777777" w:rsidR="008B5324" w:rsidRPr="00D70064" w:rsidRDefault="004351F6">
            <w:pPr>
              <w:spacing w:after="0"/>
            </w:pPr>
            <w:r w:rsidRPr="00D70064">
              <w:rPr>
                <w:sz w:val="14"/>
              </w:rPr>
              <w:t>0.033</w:t>
            </w:r>
          </w:p>
        </w:tc>
      </w:tr>
    </w:tbl>
    <w:p w14:paraId="2D139E23" w14:textId="77777777" w:rsidR="008B5324" w:rsidRPr="00D70064" w:rsidRDefault="004351F6">
      <w:pPr>
        <w:spacing w:after="160"/>
      </w:pPr>
      <w:r w:rsidRPr="00D70064">
        <w:rPr>
          <w:sz w:val="18"/>
        </w:rPr>
        <w:t>Note: Net benefit values are shown for the RF + Platt model, treat-all strategy, and treat-none strategy. Values are rounded to three decimal places.</w:t>
      </w:r>
    </w:p>
    <w:p>
      <w:r>
        <w:br w:type="page"/>
      </w:r>
    </w:p>
    <w:p>
      <w:r>
        <w:t>Supplementary Table 5. Endpoint-variant analyses in public database cohorts.</w:t>
      </w:r>
    </w:p>
    <w:p>
      <w:r>
        <w:t>Note: Endpoint-variant analyses were exploratory and were used to examine the composition of the primary composite endpoint in the MIMIC-IV test and eICU external validation cohorts. Nonfatal endpoint variants retained the full analytic cohort denominator. Death before confirmed durable liberation was not counted as an event; the outcome captured nonfatal liberation failure under the corresponding 48-hour or 72-hour durability definition. Local endpoint-variant analyses were not reported because episode-level 48-hour and 72-hour durability components were not independently available in the local validation file.</w:t>
      </w:r>
    </w:p>
    <w:tbl>
      <w:tblPr>
        <w:tblStyle w:val="aff1"/>
        <w:tblW w:type="auto" w:w="0"/>
        <w:jc w:val="center"/>
        <w:tblLook w:firstColumn="1" w:firstRow="1" w:lastColumn="0" w:lastRow="0" w:noHBand="0" w:noVBand="1" w:val="04A0"/>
      </w:tblPr>
      <w:tblGrid>
        <w:gridCol w:w="1170"/>
        <w:gridCol w:w="1170"/>
        <w:gridCol w:w="1170"/>
        <w:gridCol w:w="1170"/>
        <w:gridCol w:w="1170"/>
        <w:gridCol w:w="1170"/>
        <w:gridCol w:w="1170"/>
        <w:gridCol w:w="1170"/>
      </w:tblGrid>
      <w:tr>
        <w:tc>
          <w:tcPr>
            <w:tcW w:type="dxa" w:w="1170"/>
          </w:tcPr>
          <w:p>
            <w:r>
              <w:rPr>
                <w:sz w:val="16"/>
              </w:rPr>
              <w:t>Analysis</w:t>
            </w:r>
          </w:p>
        </w:tc>
        <w:tc>
          <w:tcPr>
            <w:tcW w:type="dxa" w:w="1170"/>
          </w:tcPr>
          <w:p>
            <w:r>
              <w:rPr>
                <w:sz w:val="16"/>
              </w:rPr>
              <w:t>Cohort</w:t>
            </w:r>
          </w:p>
        </w:tc>
        <w:tc>
          <w:tcPr>
            <w:tcW w:type="dxa" w:w="1170"/>
          </w:tcPr>
          <w:p>
            <w:r>
              <w:rPr>
                <w:sz w:val="16"/>
              </w:rPr>
              <w:t>N</w:t>
            </w:r>
          </w:p>
        </w:tc>
        <w:tc>
          <w:tcPr>
            <w:tcW w:type="dxa" w:w="1170"/>
          </w:tcPr>
          <w:p>
            <w:r>
              <w:rPr>
                <w:sz w:val="16"/>
              </w:rPr>
              <w:t>Events</w:t>
            </w:r>
          </w:p>
        </w:tc>
        <w:tc>
          <w:tcPr>
            <w:tcW w:type="dxa" w:w="1170"/>
          </w:tcPr>
          <w:p>
            <w:r>
              <w:rPr>
                <w:sz w:val="16"/>
              </w:rPr>
              <w:t>Event rate</w:t>
            </w:r>
          </w:p>
        </w:tc>
        <w:tc>
          <w:tcPr>
            <w:tcW w:type="dxa" w:w="1170"/>
          </w:tcPr>
          <w:p>
            <w:r>
              <w:rPr>
                <w:sz w:val="16"/>
              </w:rPr>
              <w:t>AUROC</w:t>
            </w:r>
          </w:p>
        </w:tc>
        <w:tc>
          <w:tcPr>
            <w:tcW w:type="dxa" w:w="1170"/>
          </w:tcPr>
          <w:p>
            <w:r>
              <w:rPr>
                <w:sz w:val="16"/>
              </w:rPr>
              <w:t>AUPRC</w:t>
            </w:r>
          </w:p>
        </w:tc>
        <w:tc>
          <w:tcPr>
            <w:tcW w:type="dxa" w:w="1170"/>
          </w:tcPr>
          <w:p>
            <w:r>
              <w:rPr>
                <w:sz w:val="16"/>
              </w:rPr>
              <w:t>Brier score</w:t>
            </w:r>
          </w:p>
        </w:tc>
      </w:tr>
      <w:tr>
        <w:tc>
          <w:tcPr>
            <w:tcW w:type="dxa" w:w="1170"/>
            <w:vAlign w:val="center"/>
          </w:tcPr>
          <w:p>
            <w:r>
              <w:rPr>
                <w:sz w:val="16"/>
              </w:rPr>
              <w:t>Primary 7-day composite failure, 48-h durability</w:t>
            </w:r>
          </w:p>
        </w:tc>
        <w:tc>
          <w:tcPr>
            <w:tcW w:type="dxa" w:w="1170"/>
            <w:vAlign w:val="center"/>
          </w:tcPr>
          <w:p>
            <w:r>
              <w:rPr>
                <w:sz w:val="16"/>
              </w:rPr>
              <w:t>MIMIC-IV test</w:t>
            </w:r>
          </w:p>
        </w:tc>
        <w:tc>
          <w:tcPr>
            <w:tcW w:type="dxa" w:w="1170"/>
            <w:vAlign w:val="center"/>
          </w:tcPr>
          <w:p>
            <w:r>
              <w:rPr>
                <w:sz w:val="16"/>
              </w:rPr>
              <w:t>2885</w:t>
            </w:r>
          </w:p>
        </w:tc>
        <w:tc>
          <w:tcPr>
            <w:tcW w:type="dxa" w:w="1170"/>
            <w:vAlign w:val="center"/>
          </w:tcPr>
          <w:p>
            <w:r>
              <w:rPr>
                <w:sz w:val="16"/>
              </w:rPr>
              <w:t>1038</w:t>
            </w:r>
          </w:p>
        </w:tc>
        <w:tc>
          <w:tcPr>
            <w:tcW w:type="dxa" w:w="1170"/>
            <w:vAlign w:val="center"/>
          </w:tcPr>
          <w:p>
            <w:r>
              <w:rPr>
                <w:sz w:val="16"/>
              </w:rPr>
              <w:t>36.0%</w:t>
            </w:r>
          </w:p>
        </w:tc>
        <w:tc>
          <w:tcPr>
            <w:tcW w:type="dxa" w:w="1170"/>
            <w:vAlign w:val="center"/>
          </w:tcPr>
          <w:p>
            <w:r>
              <w:rPr>
                <w:sz w:val="16"/>
              </w:rPr>
              <w:t>0.745</w:t>
            </w:r>
          </w:p>
        </w:tc>
        <w:tc>
          <w:tcPr>
            <w:tcW w:type="dxa" w:w="1170"/>
            <w:vAlign w:val="center"/>
          </w:tcPr>
          <w:p>
            <w:r>
              <w:rPr>
                <w:sz w:val="16"/>
              </w:rPr>
              <w:t>0.629</w:t>
            </w:r>
          </w:p>
        </w:tc>
        <w:tc>
          <w:tcPr>
            <w:tcW w:type="dxa" w:w="1170"/>
            <w:vAlign w:val="center"/>
          </w:tcPr>
          <w:p>
            <w:r>
              <w:rPr>
                <w:sz w:val="16"/>
              </w:rPr>
              <w:t>0.192</w:t>
            </w:r>
          </w:p>
        </w:tc>
      </w:tr>
      <w:tr>
        <w:tc>
          <w:tcPr>
            <w:tcW w:type="dxa" w:w="1170"/>
            <w:vAlign w:val="center"/>
          </w:tcPr>
          <w:p>
            <w:r>
              <w:rPr>
                <w:sz w:val="16"/>
              </w:rPr>
              <w:t>Primary 7-day composite failure, 48-h durability</w:t>
            </w:r>
          </w:p>
        </w:tc>
        <w:tc>
          <w:tcPr>
            <w:tcW w:type="dxa" w:w="1170"/>
            <w:vAlign w:val="center"/>
          </w:tcPr>
          <w:p>
            <w:r>
              <w:rPr>
                <w:sz w:val="16"/>
              </w:rPr>
              <w:t>eICU external validation</w:t>
            </w:r>
          </w:p>
        </w:tc>
        <w:tc>
          <w:tcPr>
            <w:tcW w:type="dxa" w:w="1170"/>
            <w:vAlign w:val="center"/>
          </w:tcPr>
          <w:p>
            <w:r>
              <w:rPr>
                <w:sz w:val="16"/>
              </w:rPr>
              <w:t>12507</w:t>
            </w:r>
          </w:p>
        </w:tc>
        <w:tc>
          <w:tcPr>
            <w:tcW w:type="dxa" w:w="1170"/>
            <w:vAlign w:val="center"/>
          </w:tcPr>
          <w:p>
            <w:r>
              <w:rPr>
                <w:sz w:val="16"/>
              </w:rPr>
              <w:t>3784</w:t>
            </w:r>
          </w:p>
        </w:tc>
        <w:tc>
          <w:tcPr>
            <w:tcW w:type="dxa" w:w="1170"/>
            <w:vAlign w:val="center"/>
          </w:tcPr>
          <w:p>
            <w:r>
              <w:rPr>
                <w:sz w:val="16"/>
              </w:rPr>
              <w:t>30.3%</w:t>
            </w:r>
          </w:p>
        </w:tc>
        <w:tc>
          <w:tcPr>
            <w:tcW w:type="dxa" w:w="1170"/>
            <w:vAlign w:val="center"/>
          </w:tcPr>
          <w:p>
            <w:r>
              <w:rPr>
                <w:sz w:val="16"/>
              </w:rPr>
              <w:t>0.744</w:t>
            </w:r>
          </w:p>
        </w:tc>
        <w:tc>
          <w:tcPr>
            <w:tcW w:type="dxa" w:w="1170"/>
            <w:vAlign w:val="center"/>
          </w:tcPr>
          <w:p>
            <w:r>
              <w:rPr>
                <w:sz w:val="16"/>
              </w:rPr>
              <w:t>0.590</w:t>
            </w:r>
          </w:p>
        </w:tc>
        <w:tc>
          <w:tcPr>
            <w:tcW w:type="dxa" w:w="1170"/>
            <w:vAlign w:val="center"/>
          </w:tcPr>
          <w:p>
            <w:r>
              <w:rPr>
                <w:sz w:val="16"/>
              </w:rPr>
              <w:t>0.177</w:t>
            </w:r>
          </w:p>
        </w:tc>
      </w:tr>
      <w:tr>
        <w:tc>
          <w:tcPr>
            <w:tcW w:type="dxa" w:w="1170"/>
            <w:vAlign w:val="center"/>
          </w:tcPr>
          <w:p>
            <w:r>
              <w:rPr>
                <w:sz w:val="16"/>
              </w:rPr>
              <w:t>7-day composite failure, 72-h durability</w:t>
            </w:r>
          </w:p>
        </w:tc>
        <w:tc>
          <w:tcPr>
            <w:tcW w:type="dxa" w:w="1170"/>
            <w:vAlign w:val="center"/>
          </w:tcPr>
          <w:p>
            <w:r>
              <w:rPr>
                <w:sz w:val="16"/>
              </w:rPr>
              <w:t>MIMIC-IV test</w:t>
            </w:r>
          </w:p>
        </w:tc>
        <w:tc>
          <w:tcPr>
            <w:tcW w:type="dxa" w:w="1170"/>
            <w:vAlign w:val="center"/>
          </w:tcPr>
          <w:p>
            <w:r>
              <w:rPr>
                <w:sz w:val="16"/>
              </w:rPr>
              <w:t>2885</w:t>
            </w:r>
          </w:p>
        </w:tc>
        <w:tc>
          <w:tcPr>
            <w:tcW w:type="dxa" w:w="1170"/>
            <w:vAlign w:val="center"/>
          </w:tcPr>
          <w:p>
            <w:r>
              <w:rPr>
                <w:sz w:val="16"/>
              </w:rPr>
              <w:t>1112</w:t>
            </w:r>
          </w:p>
        </w:tc>
        <w:tc>
          <w:tcPr>
            <w:tcW w:type="dxa" w:w="1170"/>
            <w:vAlign w:val="center"/>
          </w:tcPr>
          <w:p>
            <w:r>
              <w:rPr>
                <w:sz w:val="16"/>
              </w:rPr>
              <w:t>38.5%</w:t>
            </w:r>
          </w:p>
        </w:tc>
        <w:tc>
          <w:tcPr>
            <w:tcW w:type="dxa" w:w="1170"/>
            <w:vAlign w:val="center"/>
          </w:tcPr>
          <w:p>
            <w:r>
              <w:rPr>
                <w:sz w:val="16"/>
              </w:rPr>
              <w:t>0.761</w:t>
            </w:r>
          </w:p>
        </w:tc>
        <w:tc>
          <w:tcPr>
            <w:tcW w:type="dxa" w:w="1170"/>
            <w:vAlign w:val="center"/>
          </w:tcPr>
          <w:p>
            <w:r>
              <w:rPr>
                <w:sz w:val="16"/>
              </w:rPr>
              <w:t>0.693</w:t>
            </w:r>
          </w:p>
        </w:tc>
        <w:tc>
          <w:tcPr>
            <w:tcW w:type="dxa" w:w="1170"/>
            <w:vAlign w:val="center"/>
          </w:tcPr>
          <w:p>
            <w:r>
              <w:rPr>
                <w:sz w:val="16"/>
              </w:rPr>
              <w:t>0.187</w:t>
            </w:r>
          </w:p>
        </w:tc>
      </w:tr>
      <w:tr>
        <w:tc>
          <w:tcPr>
            <w:tcW w:type="dxa" w:w="1170"/>
            <w:vAlign w:val="center"/>
          </w:tcPr>
          <w:p>
            <w:r>
              <w:rPr>
                <w:sz w:val="16"/>
              </w:rPr>
              <w:t>7-day composite failure, 72-h durability</w:t>
            </w:r>
          </w:p>
        </w:tc>
        <w:tc>
          <w:tcPr>
            <w:tcW w:type="dxa" w:w="1170"/>
            <w:vAlign w:val="center"/>
          </w:tcPr>
          <w:p>
            <w:r>
              <w:rPr>
                <w:sz w:val="16"/>
              </w:rPr>
              <w:t>eICU external validation</w:t>
            </w:r>
          </w:p>
        </w:tc>
        <w:tc>
          <w:tcPr>
            <w:tcW w:type="dxa" w:w="1170"/>
            <w:vAlign w:val="center"/>
          </w:tcPr>
          <w:p>
            <w:r>
              <w:rPr>
                <w:sz w:val="16"/>
              </w:rPr>
              <w:t>12507</w:t>
            </w:r>
          </w:p>
        </w:tc>
        <w:tc>
          <w:tcPr>
            <w:tcW w:type="dxa" w:w="1170"/>
            <w:vAlign w:val="center"/>
          </w:tcPr>
          <w:p>
            <w:r>
              <w:rPr>
                <w:sz w:val="16"/>
              </w:rPr>
              <w:t>3920</w:t>
            </w:r>
          </w:p>
        </w:tc>
        <w:tc>
          <w:tcPr>
            <w:tcW w:type="dxa" w:w="1170"/>
            <w:vAlign w:val="center"/>
          </w:tcPr>
          <w:p>
            <w:r>
              <w:rPr>
                <w:sz w:val="16"/>
              </w:rPr>
              <w:t>31.3%</w:t>
            </w:r>
          </w:p>
        </w:tc>
        <w:tc>
          <w:tcPr>
            <w:tcW w:type="dxa" w:w="1170"/>
            <w:vAlign w:val="center"/>
          </w:tcPr>
          <w:p>
            <w:r>
              <w:rPr>
                <w:sz w:val="16"/>
              </w:rPr>
              <w:t>0.741</w:t>
            </w:r>
          </w:p>
        </w:tc>
        <w:tc>
          <w:tcPr>
            <w:tcW w:type="dxa" w:w="1170"/>
            <w:vAlign w:val="center"/>
          </w:tcPr>
          <w:p>
            <w:r>
              <w:rPr>
                <w:sz w:val="16"/>
              </w:rPr>
              <w:t>0.598</w:t>
            </w:r>
          </w:p>
        </w:tc>
        <w:tc>
          <w:tcPr>
            <w:tcW w:type="dxa" w:w="1170"/>
            <w:vAlign w:val="center"/>
          </w:tcPr>
          <w:p>
            <w:r>
              <w:rPr>
                <w:sz w:val="16"/>
              </w:rPr>
              <w:t>0.181</w:t>
            </w:r>
          </w:p>
        </w:tc>
      </w:tr>
      <w:tr>
        <w:tc>
          <w:tcPr>
            <w:tcW w:type="dxa" w:w="1170"/>
            <w:vAlign w:val="center"/>
          </w:tcPr>
          <w:p>
            <w:r>
              <w:rPr>
                <w:sz w:val="16"/>
              </w:rPr>
              <w:t>Nonfatal component of 48-h composite</w:t>
            </w:r>
          </w:p>
        </w:tc>
        <w:tc>
          <w:tcPr>
            <w:tcW w:type="dxa" w:w="1170"/>
            <w:vAlign w:val="center"/>
          </w:tcPr>
          <w:p>
            <w:r>
              <w:rPr>
                <w:sz w:val="16"/>
              </w:rPr>
              <w:t>MIMIC-IV test</w:t>
            </w:r>
          </w:p>
        </w:tc>
        <w:tc>
          <w:tcPr>
            <w:tcW w:type="dxa" w:w="1170"/>
            <w:vAlign w:val="center"/>
          </w:tcPr>
          <w:p>
            <w:r>
              <w:rPr>
                <w:sz w:val="16"/>
              </w:rPr>
              <w:t>2885</w:t>
            </w:r>
          </w:p>
        </w:tc>
        <w:tc>
          <w:tcPr>
            <w:tcW w:type="dxa" w:w="1170"/>
            <w:vAlign w:val="center"/>
          </w:tcPr>
          <w:p>
            <w:r>
              <w:rPr>
                <w:sz w:val="16"/>
              </w:rPr>
              <w:t>650</w:t>
            </w:r>
          </w:p>
        </w:tc>
        <w:tc>
          <w:tcPr>
            <w:tcW w:type="dxa" w:w="1170"/>
            <w:vAlign w:val="center"/>
          </w:tcPr>
          <w:p>
            <w:r>
              <w:rPr>
                <w:sz w:val="16"/>
              </w:rPr>
              <w:t>22.5%</w:t>
            </w:r>
          </w:p>
        </w:tc>
        <w:tc>
          <w:tcPr>
            <w:tcW w:type="dxa" w:w="1170"/>
            <w:vAlign w:val="center"/>
          </w:tcPr>
          <w:p>
            <w:r>
              <w:rPr>
                <w:sz w:val="16"/>
              </w:rPr>
              <w:t>0.735</w:t>
            </w:r>
          </w:p>
        </w:tc>
        <w:tc>
          <w:tcPr>
            <w:tcW w:type="dxa" w:w="1170"/>
            <w:vAlign w:val="center"/>
          </w:tcPr>
          <w:p>
            <w:r>
              <w:rPr>
                <w:sz w:val="16"/>
              </w:rPr>
              <w:t>0.446</w:t>
            </w:r>
          </w:p>
        </w:tc>
        <w:tc>
          <w:tcPr>
            <w:tcW w:type="dxa" w:w="1170"/>
            <w:vAlign w:val="center"/>
          </w:tcPr>
          <w:p>
            <w:r>
              <w:rPr>
                <w:sz w:val="16"/>
              </w:rPr>
              <w:t>0.153</w:t>
            </w:r>
          </w:p>
        </w:tc>
      </w:tr>
      <w:tr>
        <w:tc>
          <w:tcPr>
            <w:tcW w:type="dxa" w:w="1170"/>
            <w:vAlign w:val="center"/>
          </w:tcPr>
          <w:p>
            <w:r>
              <w:rPr>
                <w:sz w:val="16"/>
              </w:rPr>
              <w:t>Nonfatal component of 48-h composite</w:t>
            </w:r>
          </w:p>
        </w:tc>
        <w:tc>
          <w:tcPr>
            <w:tcW w:type="dxa" w:w="1170"/>
            <w:vAlign w:val="center"/>
          </w:tcPr>
          <w:p>
            <w:r>
              <w:rPr>
                <w:sz w:val="16"/>
              </w:rPr>
              <w:t>eICU external validation</w:t>
            </w:r>
          </w:p>
        </w:tc>
        <w:tc>
          <w:tcPr>
            <w:tcW w:type="dxa" w:w="1170"/>
            <w:vAlign w:val="center"/>
          </w:tcPr>
          <w:p>
            <w:r>
              <w:rPr>
                <w:sz w:val="16"/>
              </w:rPr>
              <w:t>12507</w:t>
            </w:r>
          </w:p>
        </w:tc>
        <w:tc>
          <w:tcPr>
            <w:tcW w:type="dxa" w:w="1170"/>
            <w:vAlign w:val="center"/>
          </w:tcPr>
          <w:p>
            <w:r>
              <w:rPr>
                <w:sz w:val="16"/>
              </w:rPr>
              <w:t>2421</w:t>
            </w:r>
          </w:p>
        </w:tc>
        <w:tc>
          <w:tcPr>
            <w:tcW w:type="dxa" w:w="1170"/>
            <w:vAlign w:val="center"/>
          </w:tcPr>
          <w:p>
            <w:r>
              <w:rPr>
                <w:sz w:val="16"/>
              </w:rPr>
              <w:t>19.4%</w:t>
            </w:r>
          </w:p>
        </w:tc>
        <w:tc>
          <w:tcPr>
            <w:tcW w:type="dxa" w:w="1170"/>
            <w:vAlign w:val="center"/>
          </w:tcPr>
          <w:p>
            <w:r>
              <w:rPr>
                <w:sz w:val="16"/>
              </w:rPr>
              <w:t>0.647</w:t>
            </w:r>
          </w:p>
        </w:tc>
        <w:tc>
          <w:tcPr>
            <w:tcW w:type="dxa" w:w="1170"/>
            <w:vAlign w:val="center"/>
          </w:tcPr>
          <w:p>
            <w:r>
              <w:rPr>
                <w:sz w:val="16"/>
              </w:rPr>
              <w:t>0.320</w:t>
            </w:r>
          </w:p>
        </w:tc>
        <w:tc>
          <w:tcPr>
            <w:tcW w:type="dxa" w:w="1170"/>
            <w:vAlign w:val="center"/>
          </w:tcPr>
          <w:p>
            <w:r>
              <w:rPr>
                <w:sz w:val="16"/>
              </w:rPr>
              <w:t>0.148</w:t>
            </w:r>
          </w:p>
        </w:tc>
      </w:tr>
      <w:tr>
        <w:tc>
          <w:tcPr>
            <w:tcW w:type="dxa" w:w="1170"/>
            <w:vAlign w:val="center"/>
          </w:tcPr>
          <w:p>
            <w:r>
              <w:rPr>
                <w:sz w:val="16"/>
              </w:rPr>
              <w:t>Nonfatal component of 72-h composite</w:t>
            </w:r>
          </w:p>
        </w:tc>
        <w:tc>
          <w:tcPr>
            <w:tcW w:type="dxa" w:w="1170"/>
            <w:vAlign w:val="center"/>
          </w:tcPr>
          <w:p>
            <w:r>
              <w:rPr>
                <w:sz w:val="16"/>
              </w:rPr>
              <w:t>MIMIC-IV test</w:t>
            </w:r>
          </w:p>
        </w:tc>
        <w:tc>
          <w:tcPr>
            <w:tcW w:type="dxa" w:w="1170"/>
            <w:vAlign w:val="center"/>
          </w:tcPr>
          <w:p>
            <w:r>
              <w:rPr>
                <w:sz w:val="16"/>
              </w:rPr>
              <w:t>2885</w:t>
            </w:r>
          </w:p>
        </w:tc>
        <w:tc>
          <w:tcPr>
            <w:tcW w:type="dxa" w:w="1170"/>
            <w:vAlign w:val="center"/>
          </w:tcPr>
          <w:p>
            <w:r>
              <w:rPr>
                <w:sz w:val="16"/>
              </w:rPr>
              <w:t>703</w:t>
            </w:r>
          </w:p>
        </w:tc>
        <w:tc>
          <w:tcPr>
            <w:tcW w:type="dxa" w:w="1170"/>
            <w:vAlign w:val="center"/>
          </w:tcPr>
          <w:p>
            <w:r>
              <w:rPr>
                <w:sz w:val="16"/>
              </w:rPr>
              <w:t>24.4%</w:t>
            </w:r>
          </w:p>
        </w:tc>
        <w:tc>
          <w:tcPr>
            <w:tcW w:type="dxa" w:w="1170"/>
            <w:vAlign w:val="center"/>
          </w:tcPr>
          <w:p>
            <w:r>
              <w:rPr>
                <w:sz w:val="16"/>
              </w:rPr>
              <w:t>0.714</w:t>
            </w:r>
          </w:p>
        </w:tc>
        <w:tc>
          <w:tcPr>
            <w:tcW w:type="dxa" w:w="1170"/>
            <w:vAlign w:val="center"/>
          </w:tcPr>
          <w:p>
            <w:r>
              <w:rPr>
                <w:sz w:val="16"/>
              </w:rPr>
              <w:t>0.451</w:t>
            </w:r>
          </w:p>
        </w:tc>
        <w:tc>
          <w:tcPr>
            <w:tcW w:type="dxa" w:w="1170"/>
            <w:vAlign w:val="center"/>
          </w:tcPr>
          <w:p>
            <w:r>
              <w:rPr>
                <w:sz w:val="16"/>
              </w:rPr>
              <w:t>0.164</w:t>
            </w:r>
          </w:p>
        </w:tc>
      </w:tr>
      <w:tr>
        <w:tc>
          <w:tcPr>
            <w:tcW w:type="dxa" w:w="1170"/>
            <w:vAlign w:val="center"/>
          </w:tcPr>
          <w:p>
            <w:r>
              <w:rPr>
                <w:sz w:val="16"/>
              </w:rPr>
              <w:t>Nonfatal component of 72-h composite</w:t>
            </w:r>
          </w:p>
        </w:tc>
        <w:tc>
          <w:tcPr>
            <w:tcW w:type="dxa" w:w="1170"/>
            <w:vAlign w:val="center"/>
          </w:tcPr>
          <w:p>
            <w:r>
              <w:rPr>
                <w:sz w:val="16"/>
              </w:rPr>
              <w:t>eICU external validation</w:t>
            </w:r>
          </w:p>
        </w:tc>
        <w:tc>
          <w:tcPr>
            <w:tcW w:type="dxa" w:w="1170"/>
            <w:vAlign w:val="center"/>
          </w:tcPr>
          <w:p>
            <w:r>
              <w:rPr>
                <w:sz w:val="16"/>
              </w:rPr>
              <w:t>12507</w:t>
            </w:r>
          </w:p>
        </w:tc>
        <w:tc>
          <w:tcPr>
            <w:tcW w:type="dxa" w:w="1170"/>
            <w:vAlign w:val="center"/>
          </w:tcPr>
          <w:p>
            <w:r>
              <w:rPr>
                <w:sz w:val="16"/>
              </w:rPr>
              <w:t>2513</w:t>
            </w:r>
          </w:p>
        </w:tc>
        <w:tc>
          <w:tcPr>
            <w:tcW w:type="dxa" w:w="1170"/>
            <w:vAlign w:val="center"/>
          </w:tcPr>
          <w:p>
            <w:r>
              <w:rPr>
                <w:sz w:val="16"/>
              </w:rPr>
              <w:t>20.1%</w:t>
            </w:r>
          </w:p>
        </w:tc>
        <w:tc>
          <w:tcPr>
            <w:tcW w:type="dxa" w:w="1170"/>
            <w:vAlign w:val="center"/>
          </w:tcPr>
          <w:p>
            <w:r>
              <w:rPr>
                <w:sz w:val="16"/>
              </w:rPr>
              <w:t>0.658</w:t>
            </w:r>
          </w:p>
        </w:tc>
        <w:tc>
          <w:tcPr>
            <w:tcW w:type="dxa" w:w="1170"/>
            <w:vAlign w:val="center"/>
          </w:tcPr>
          <w:p>
            <w:r>
              <w:rPr>
                <w:sz w:val="16"/>
              </w:rPr>
              <w:t>0.325</w:t>
            </w:r>
          </w:p>
        </w:tc>
        <w:tc>
          <w:tcPr>
            <w:tcW w:type="dxa" w:w="1170"/>
            <w:vAlign w:val="center"/>
          </w:tcPr>
          <w:p>
            <w:r>
              <w:rPr>
                <w:sz w:val="16"/>
              </w:rPr>
              <w:t>0.153</w:t>
            </w:r>
          </w:p>
        </w:tc>
      </w:tr>
    </w:tbl>
    <w:p>
      <w:r>
        <w:br w:type="page"/>
      </w:r>
    </w:p>
    <w:p>
      <w:r>
        <w:t>Supplementary Table 6. Predictor dictionary and cross-database harmonization.</w:t>
      </w:r>
    </w:p>
    <w:p>
      <w:r>
        <w:t>Note: Table 1 contains selected descriptive variables for cohort characterization. This table lists the 80 harmonized clinical predictor concepts used in the final RF model before one-hot encoding and expansion of missingness indicators, after harmonization and prespecified missingness filtering. Numeric predictors were imputed within the modeling pipeline and received missingness indicators when missingness was present in the development data; categorical predictors were imputed using the most frequent category and one-hot encoded.</w:t>
      </w:r>
    </w:p>
    <w:tbl>
      <w:tblPr>
        <w:tblStyle w:val="aff1"/>
        <w:tblW w:type="auto" w:w="0"/>
        <w:jc w:val="center"/>
        <w:tblLook w:firstColumn="1" w:firstRow="1" w:lastColumn="0" w:lastRow="0" w:noHBand="0" w:noVBand="1" w:val="04A0"/>
      </w:tblPr>
      <w:tblGrid>
        <w:gridCol w:w="936"/>
        <w:gridCol w:w="936"/>
        <w:gridCol w:w="936"/>
        <w:gridCol w:w="936"/>
        <w:gridCol w:w="936"/>
        <w:gridCol w:w="936"/>
        <w:gridCol w:w="936"/>
        <w:gridCol w:w="936"/>
        <w:gridCol w:w="936"/>
        <w:gridCol w:w="936"/>
      </w:tblGrid>
      <w:tr>
        <w:tc>
          <w:tcPr>
            <w:tcW w:type="dxa" w:w="936"/>
          </w:tcPr>
          <w:p>
            <w:r>
              <w:rPr>
                <w:sz w:val="14"/>
              </w:rPr>
              <w:t>Clinical label</w:t>
            </w:r>
          </w:p>
        </w:tc>
        <w:tc>
          <w:tcPr>
            <w:tcW w:type="dxa" w:w="936"/>
          </w:tcPr>
          <w:p>
            <w:r>
              <w:rPr>
                <w:sz w:val="14"/>
              </w:rPr>
              <w:t>Model variable</w:t>
            </w:r>
          </w:p>
        </w:tc>
        <w:tc>
          <w:tcPr>
            <w:tcW w:type="dxa" w:w="936"/>
          </w:tcPr>
          <w:p>
            <w:r>
              <w:rPr>
                <w:sz w:val="14"/>
              </w:rPr>
              <w:t>Module</w:t>
            </w:r>
          </w:p>
        </w:tc>
        <w:tc>
          <w:tcPr>
            <w:tcW w:type="dxa" w:w="936"/>
          </w:tcPr>
          <w:p>
            <w:r>
              <w:rPr>
                <w:sz w:val="14"/>
              </w:rPr>
              <w:t>Time window / aggregation</w:t>
            </w:r>
          </w:p>
        </w:tc>
        <w:tc>
          <w:tcPr>
            <w:tcW w:type="dxa" w:w="936"/>
          </w:tcPr>
          <w:p>
            <w:r>
              <w:rPr>
                <w:sz w:val="14"/>
              </w:rPr>
              <w:t>Unit</w:t>
            </w:r>
          </w:p>
        </w:tc>
        <w:tc>
          <w:tcPr>
            <w:tcW w:type="dxa" w:w="936"/>
          </w:tcPr>
          <w:p>
            <w:r>
              <w:rPr>
                <w:sz w:val="14"/>
              </w:rPr>
              <w:t>Source mapping</w:t>
            </w:r>
          </w:p>
        </w:tc>
        <w:tc>
          <w:tcPr>
            <w:tcW w:type="dxa" w:w="936"/>
          </w:tcPr>
          <w:p>
            <w:r>
              <w:rPr>
                <w:sz w:val="14"/>
              </w:rPr>
              <w:t>RF model</w:t>
            </w:r>
          </w:p>
        </w:tc>
        <w:tc>
          <w:tcPr>
            <w:tcW w:type="dxa" w:w="936"/>
          </w:tcPr>
          <w:p>
            <w:r>
              <w:rPr>
                <w:sz w:val="14"/>
              </w:rPr>
              <w:t>Clinical logistic</w:t>
            </w:r>
          </w:p>
        </w:tc>
        <w:tc>
          <w:tcPr>
            <w:tcW w:type="dxa" w:w="936"/>
          </w:tcPr>
          <w:p>
            <w:r>
              <w:rPr>
                <w:sz w:val="14"/>
              </w:rPr>
              <w:t>Baseline logistic</w:t>
            </w:r>
          </w:p>
        </w:tc>
        <w:tc>
          <w:tcPr>
            <w:tcW w:type="dxa" w:w="936"/>
          </w:tcPr>
          <w:p>
            <w:r>
              <w:rPr>
                <w:sz w:val="14"/>
              </w:rPr>
              <w:t>Missingness indicator</w:t>
            </w:r>
          </w:p>
        </w:tc>
      </w:tr>
      <w:tr>
        <w:tc>
          <w:tcPr>
            <w:tcW w:type="dxa" w:w="936"/>
            <w:vAlign w:val="center"/>
          </w:tcPr>
          <w:p>
            <w:r>
              <w:rPr>
                <w:sz w:val="14"/>
              </w:rPr>
              <w:t>Admission source</w:t>
            </w:r>
          </w:p>
        </w:tc>
        <w:tc>
          <w:tcPr>
            <w:tcW w:type="dxa" w:w="936"/>
            <w:vAlign w:val="center"/>
          </w:tcPr>
          <w:p>
            <w:r>
              <w:rPr>
                <w:sz w:val="14"/>
              </w:rPr>
              <w:t>admission_location</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 categorical imputation</w:t>
            </w:r>
          </w:p>
        </w:tc>
      </w:tr>
      <w:tr>
        <w:tc>
          <w:tcPr>
            <w:tcW w:type="dxa" w:w="936"/>
            <w:vAlign w:val="center"/>
          </w:tcPr>
          <w:p>
            <w:r>
              <w:rPr>
                <w:sz w:val="14"/>
              </w:rPr>
              <w:t>Age</w:t>
            </w:r>
          </w:p>
        </w:tc>
        <w:tc>
          <w:tcPr>
            <w:tcW w:type="dxa" w:w="936"/>
            <w:vAlign w:val="center"/>
          </w:tcPr>
          <w:p>
            <w:r>
              <w:rPr>
                <w:sz w:val="14"/>
              </w:rPr>
              <w:t>age</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years</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 if missing in development data</w:t>
            </w:r>
          </w:p>
        </w:tc>
      </w:tr>
      <w:tr>
        <w:tc>
          <w:tcPr>
            <w:tcW w:type="dxa" w:w="936"/>
            <w:vAlign w:val="center"/>
          </w:tcPr>
          <w:p>
            <w:r>
              <w:rPr>
                <w:sz w:val="14"/>
              </w:rPr>
              <w:t>Body mass index</w:t>
            </w:r>
          </w:p>
        </w:tc>
        <w:tc>
          <w:tcPr>
            <w:tcW w:type="dxa" w:w="936"/>
            <w:vAlign w:val="center"/>
          </w:tcPr>
          <w:p>
            <w:r>
              <w:rPr>
                <w:sz w:val="14"/>
              </w:rPr>
              <w:t>bmi</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 if missing in development data</w:t>
            </w:r>
          </w:p>
        </w:tc>
      </w:tr>
      <w:tr>
        <w:tc>
          <w:tcPr>
            <w:tcW w:type="dxa" w:w="936"/>
            <w:vAlign w:val="center"/>
          </w:tcPr>
          <w:p>
            <w:r>
              <w:rPr>
                <w:sz w:val="14"/>
              </w:rPr>
              <w:t>Blood urea nitrogen max</w:t>
            </w:r>
          </w:p>
        </w:tc>
        <w:tc>
          <w:tcPr>
            <w:tcW w:type="dxa" w:w="936"/>
            <w:vAlign w:val="center"/>
          </w:tcPr>
          <w:p>
            <w:r>
              <w:rPr>
                <w:sz w:val="14"/>
              </w:rPr>
              <w:t>bun_max_24h</w:t>
            </w:r>
          </w:p>
        </w:tc>
        <w:tc>
          <w:tcPr>
            <w:tcW w:type="dxa" w:w="936"/>
            <w:vAlign w:val="center"/>
          </w:tcPr>
          <w:p>
            <w:r>
              <w:rPr>
                <w:sz w:val="14"/>
              </w:rPr>
              <w:t>fluid_renal</w:t>
            </w:r>
          </w:p>
        </w:tc>
        <w:tc>
          <w:tcPr>
            <w:tcW w:type="dxa" w:w="936"/>
            <w:vAlign w:val="center"/>
          </w:tcPr>
          <w:p>
            <w:r>
              <w:rPr>
                <w:sz w:val="14"/>
              </w:rPr>
              <w:t>Maximum recorded value during first 24 h</w:t>
            </w:r>
          </w:p>
        </w:tc>
        <w:tc>
          <w:tcPr>
            <w:tcW w:type="dxa" w:w="936"/>
            <w:vAlign w:val="center"/>
          </w:tcPr>
          <w:p>
            <w:r>
              <w:rPr>
                <w:sz w:val="14"/>
              </w:rPr>
              <w:t>laboratory unit as harmonized in source database</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Cancer</w:t>
            </w:r>
          </w:p>
        </w:tc>
        <w:tc>
          <w:tcPr>
            <w:tcW w:type="dxa" w:w="936"/>
            <w:vAlign w:val="center"/>
          </w:tcPr>
          <w:p>
            <w:r>
              <w:rPr>
                <w:sz w:val="14"/>
              </w:rPr>
              <w:t>cancer</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 if missing in development data</w:t>
            </w:r>
          </w:p>
        </w:tc>
      </w:tr>
      <w:tr>
        <w:tc>
          <w:tcPr>
            <w:tcW w:type="dxa" w:w="936"/>
            <w:vAlign w:val="center"/>
          </w:tcPr>
          <w:p>
            <w:r>
              <w:rPr>
                <w:sz w:val="14"/>
              </w:rPr>
              <w:t>Heart failure</w:t>
            </w:r>
          </w:p>
        </w:tc>
        <w:tc>
          <w:tcPr>
            <w:tcW w:type="dxa" w:w="936"/>
            <w:vAlign w:val="center"/>
          </w:tcPr>
          <w:p>
            <w:r>
              <w:rPr>
                <w:sz w:val="14"/>
              </w:rPr>
              <w:t>chf</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 if missing in development data</w:t>
            </w:r>
          </w:p>
        </w:tc>
      </w:tr>
      <w:tr>
        <w:tc>
          <w:tcPr>
            <w:tcW w:type="dxa" w:w="936"/>
            <w:vAlign w:val="center"/>
          </w:tcPr>
          <w:p>
            <w:r>
              <w:rPr>
                <w:sz w:val="14"/>
              </w:rPr>
              <w:t>Chronic obstructive pulmonary disease</w:t>
            </w:r>
          </w:p>
        </w:tc>
        <w:tc>
          <w:tcPr>
            <w:tcW w:type="dxa" w:w="936"/>
            <w:vAlign w:val="center"/>
          </w:tcPr>
          <w:p>
            <w:r>
              <w:rPr>
                <w:sz w:val="14"/>
              </w:rPr>
              <w:t>copd</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 if missing in development data</w:t>
            </w:r>
          </w:p>
        </w:tc>
      </w:tr>
      <w:tr>
        <w:tc>
          <w:tcPr>
            <w:tcW w:type="dxa" w:w="936"/>
            <w:vAlign w:val="center"/>
          </w:tcPr>
          <w:p>
            <w:r>
              <w:rPr>
                <w:sz w:val="14"/>
              </w:rPr>
              <w:t>Creatinine max</w:t>
            </w:r>
          </w:p>
        </w:tc>
        <w:tc>
          <w:tcPr>
            <w:tcW w:type="dxa" w:w="936"/>
            <w:vAlign w:val="center"/>
          </w:tcPr>
          <w:p>
            <w:r>
              <w:rPr>
                <w:sz w:val="14"/>
              </w:rPr>
              <w:t>creatinine_max_24h</w:t>
            </w:r>
          </w:p>
        </w:tc>
        <w:tc>
          <w:tcPr>
            <w:tcW w:type="dxa" w:w="936"/>
            <w:vAlign w:val="center"/>
          </w:tcPr>
          <w:p>
            <w:r>
              <w:rPr>
                <w:sz w:val="14"/>
              </w:rPr>
              <w:t>fluid_renal</w:t>
            </w:r>
          </w:p>
        </w:tc>
        <w:tc>
          <w:tcPr>
            <w:tcW w:type="dxa" w:w="936"/>
            <w:vAlign w:val="center"/>
          </w:tcPr>
          <w:p>
            <w:r>
              <w:rPr>
                <w:sz w:val="14"/>
              </w:rPr>
              <w:t>Maximum recorded value during first 24 h</w:t>
            </w:r>
          </w:p>
        </w:tc>
        <w:tc>
          <w:tcPr>
            <w:tcW w:type="dxa" w:w="936"/>
            <w:vAlign w:val="center"/>
          </w:tcPr>
          <w:p>
            <w:r>
              <w:rPr>
                <w:sz w:val="14"/>
              </w:rPr>
              <w:t>laboratory unit as harmonized in source database</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Dexmedetomidine use</w:t>
            </w:r>
          </w:p>
        </w:tc>
        <w:tc>
          <w:tcPr>
            <w:tcW w:type="dxa" w:w="936"/>
            <w:vAlign w:val="center"/>
          </w:tcPr>
          <w:p>
            <w:r>
              <w:rPr>
                <w:sz w:val="14"/>
              </w:rPr>
              <w:t>dexmedetomidine_use_24h</w:t>
            </w:r>
          </w:p>
        </w:tc>
        <w:tc>
          <w:tcPr>
            <w:tcW w:type="dxa" w:w="936"/>
            <w:vAlign w:val="center"/>
          </w:tcPr>
          <w:p>
            <w:r>
              <w:rPr>
                <w:sz w:val="14"/>
              </w:rPr>
              <w:t>neuro</w:t>
            </w:r>
          </w:p>
        </w:tc>
        <w:tc>
          <w:tcPr>
            <w:tcW w:type="dxa" w:w="936"/>
            <w:vAlign w:val="center"/>
          </w:tcPr>
          <w:p>
            <w:r>
              <w:rPr>
                <w:sz w:val="14"/>
              </w:rPr>
              <w:t>Any documented exposure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FiO2, first value</w:t>
            </w:r>
          </w:p>
        </w:tc>
        <w:tc>
          <w:tcPr>
            <w:tcW w:type="dxa" w:w="936"/>
            <w:vAlign w:val="center"/>
          </w:tcPr>
          <w:p>
            <w:r>
              <w:rPr>
                <w:sz w:val="14"/>
              </w:rPr>
              <w:t>fio2_first_24h</w:t>
            </w:r>
          </w:p>
        </w:tc>
        <w:tc>
          <w:tcPr>
            <w:tcW w:type="dxa" w:w="936"/>
            <w:vAlign w:val="center"/>
          </w:tcPr>
          <w:p>
            <w:r>
              <w:rPr>
                <w:sz w:val="14"/>
              </w:rPr>
              <w:t>respiratory</w:t>
            </w:r>
          </w:p>
        </w:tc>
        <w:tc>
          <w:tcPr>
            <w:tcW w:type="dxa" w:w="936"/>
            <w:vAlign w:val="center"/>
          </w:tcPr>
          <w:p>
            <w:r>
              <w:rPr>
                <w:sz w:val="14"/>
              </w:rPr>
              <w:t>First recorded value during first 24 h</w:t>
            </w:r>
          </w:p>
        </w:tc>
        <w:tc>
          <w:tcPr>
            <w:tcW w:type="dxa" w:w="936"/>
            <w:vAlign w:val="center"/>
          </w:tcPr>
          <w:p>
            <w:r>
              <w:rPr>
                <w:sz w:val="14"/>
              </w:rPr>
              <w:t>%</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FiO2, last value</w:t>
            </w:r>
          </w:p>
        </w:tc>
        <w:tc>
          <w:tcPr>
            <w:tcW w:type="dxa" w:w="936"/>
            <w:vAlign w:val="center"/>
          </w:tcPr>
          <w:p>
            <w:r>
              <w:rPr>
                <w:sz w:val="14"/>
              </w:rPr>
              <w:t>fio2_last_24h</w:t>
            </w:r>
          </w:p>
        </w:tc>
        <w:tc>
          <w:tcPr>
            <w:tcW w:type="dxa" w:w="936"/>
            <w:vAlign w:val="center"/>
          </w:tcPr>
          <w:p>
            <w:r>
              <w:rPr>
                <w:sz w:val="14"/>
              </w:rPr>
              <w:t>respiratory</w:t>
            </w:r>
          </w:p>
        </w:tc>
        <w:tc>
          <w:tcPr>
            <w:tcW w:type="dxa" w:w="936"/>
            <w:vAlign w:val="center"/>
          </w:tcPr>
          <w:p>
            <w:r>
              <w:rPr>
                <w:sz w:val="14"/>
              </w:rPr>
              <w:t>Last recorded value during first 24 h</w:t>
            </w:r>
          </w:p>
        </w:tc>
        <w:tc>
          <w:tcPr>
            <w:tcW w:type="dxa" w:w="936"/>
            <w:vAlign w:val="center"/>
          </w:tcPr>
          <w:p>
            <w:r>
              <w:rPr>
                <w:sz w:val="14"/>
              </w:rPr>
              <w:t>%</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FiO2, maximum</w:t>
            </w:r>
          </w:p>
        </w:tc>
        <w:tc>
          <w:tcPr>
            <w:tcW w:type="dxa" w:w="936"/>
            <w:vAlign w:val="center"/>
          </w:tcPr>
          <w:p>
            <w:r>
              <w:rPr>
                <w:sz w:val="14"/>
              </w:rPr>
              <w:t>fio2_max_24h</w:t>
            </w:r>
          </w:p>
        </w:tc>
        <w:tc>
          <w:tcPr>
            <w:tcW w:type="dxa" w:w="936"/>
            <w:vAlign w:val="center"/>
          </w:tcPr>
          <w:p>
            <w:r>
              <w:rPr>
                <w:sz w:val="14"/>
              </w:rPr>
              <w:t>respiratory</w:t>
            </w:r>
          </w:p>
        </w:tc>
        <w:tc>
          <w:tcPr>
            <w:tcW w:type="dxa" w:w="936"/>
            <w:vAlign w:val="center"/>
          </w:tcPr>
          <w:p>
            <w:r>
              <w:rPr>
                <w:sz w:val="14"/>
              </w:rPr>
              <w:t>Maximum recorded value during first 24 h</w:t>
            </w:r>
          </w:p>
        </w:tc>
        <w:tc>
          <w:tcPr>
            <w:tcW w:type="dxa" w:w="936"/>
            <w:vAlign w:val="center"/>
          </w:tcPr>
          <w:p>
            <w:r>
              <w:rPr>
                <w:sz w:val="14"/>
              </w:rPr>
              <w:t>%</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FiO2, mean</w:t>
            </w:r>
          </w:p>
        </w:tc>
        <w:tc>
          <w:tcPr>
            <w:tcW w:type="dxa" w:w="936"/>
            <w:vAlign w:val="center"/>
          </w:tcPr>
          <w:p>
            <w:r>
              <w:rPr>
                <w:sz w:val="14"/>
              </w:rPr>
              <w:t>fio2_mean_24h</w:t>
            </w:r>
          </w:p>
        </w:tc>
        <w:tc>
          <w:tcPr>
            <w:tcW w:type="dxa" w:w="936"/>
            <w:vAlign w:val="center"/>
          </w:tcPr>
          <w:p>
            <w:r>
              <w:rPr>
                <w:sz w:val="14"/>
              </w:rPr>
              <w:t>respiratory</w:t>
            </w:r>
          </w:p>
        </w:tc>
        <w:tc>
          <w:tcPr>
            <w:tcW w:type="dxa" w:w="936"/>
            <w:vAlign w:val="center"/>
          </w:tcPr>
          <w:p>
            <w:r>
              <w:rPr>
                <w:sz w:val="14"/>
              </w:rPr>
              <w:t>Mean of recorded values during first 24 h</w:t>
            </w:r>
          </w:p>
        </w:tc>
        <w:tc>
          <w:tcPr>
            <w:tcW w:type="dxa" w:w="936"/>
            <w:vAlign w:val="center"/>
          </w:tcPr>
          <w:p>
            <w:r>
              <w:rPr>
                <w:sz w:val="14"/>
              </w:rPr>
              <w:t>%</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First ICU unit</w:t>
            </w:r>
          </w:p>
        </w:tc>
        <w:tc>
          <w:tcPr>
            <w:tcW w:type="dxa" w:w="936"/>
            <w:vAlign w:val="center"/>
          </w:tcPr>
          <w:p>
            <w:r>
              <w:rPr>
                <w:sz w:val="14"/>
              </w:rPr>
              <w:t>first_careunit</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 categorical imputation</w:t>
            </w:r>
          </w:p>
        </w:tc>
      </w:tr>
      <w:tr>
        <w:tc>
          <w:tcPr>
            <w:tcW w:type="dxa" w:w="936"/>
            <w:vAlign w:val="center"/>
          </w:tcPr>
          <w:p>
            <w:r>
              <w:rPr>
                <w:sz w:val="14"/>
              </w:rPr>
              <w:t>GCS eye score, minimum</w:t>
            </w:r>
          </w:p>
        </w:tc>
        <w:tc>
          <w:tcPr>
            <w:tcW w:type="dxa" w:w="936"/>
            <w:vAlign w:val="center"/>
          </w:tcPr>
          <w:p>
            <w:r>
              <w:rPr>
                <w:sz w:val="14"/>
              </w:rPr>
              <w:t>gcs_eyes_min_24h</w:t>
            </w:r>
          </w:p>
        </w:tc>
        <w:tc>
          <w:tcPr>
            <w:tcW w:type="dxa" w:w="936"/>
            <w:vAlign w:val="center"/>
          </w:tcPr>
          <w:p>
            <w:r>
              <w:rPr>
                <w:sz w:val="14"/>
              </w:rPr>
              <w:t>neuro</w:t>
            </w:r>
          </w:p>
        </w:tc>
        <w:tc>
          <w:tcPr>
            <w:tcW w:type="dxa" w:w="936"/>
            <w:vAlign w:val="center"/>
          </w:tcPr>
          <w:p>
            <w:r>
              <w:rPr>
                <w:sz w:val="14"/>
              </w:rPr>
              <w:t>Minimum recorded value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GCS total score, last value</w:t>
            </w:r>
          </w:p>
        </w:tc>
        <w:tc>
          <w:tcPr>
            <w:tcW w:type="dxa" w:w="936"/>
            <w:vAlign w:val="center"/>
          </w:tcPr>
          <w:p>
            <w:r>
              <w:rPr>
                <w:sz w:val="14"/>
              </w:rPr>
              <w:t>gcs_last_24h</w:t>
            </w:r>
          </w:p>
        </w:tc>
        <w:tc>
          <w:tcPr>
            <w:tcW w:type="dxa" w:w="936"/>
            <w:vAlign w:val="center"/>
          </w:tcPr>
          <w:p>
            <w:r>
              <w:rPr>
                <w:sz w:val="14"/>
              </w:rPr>
              <w:t>neuro</w:t>
            </w:r>
          </w:p>
        </w:tc>
        <w:tc>
          <w:tcPr>
            <w:tcW w:type="dxa" w:w="936"/>
            <w:vAlign w:val="center"/>
          </w:tcPr>
          <w:p>
            <w:r>
              <w:rPr>
                <w:sz w:val="14"/>
              </w:rPr>
              <w:t>Last recorded value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GCS total score, minimum</w:t>
            </w:r>
          </w:p>
        </w:tc>
        <w:tc>
          <w:tcPr>
            <w:tcW w:type="dxa" w:w="936"/>
            <w:vAlign w:val="center"/>
          </w:tcPr>
          <w:p>
            <w:r>
              <w:rPr>
                <w:sz w:val="14"/>
              </w:rPr>
              <w:t>gcs_min_24h</w:t>
            </w:r>
          </w:p>
        </w:tc>
        <w:tc>
          <w:tcPr>
            <w:tcW w:type="dxa" w:w="936"/>
            <w:vAlign w:val="center"/>
          </w:tcPr>
          <w:p>
            <w:r>
              <w:rPr>
                <w:sz w:val="14"/>
              </w:rPr>
              <w:t>neuro</w:t>
            </w:r>
          </w:p>
        </w:tc>
        <w:tc>
          <w:tcPr>
            <w:tcW w:type="dxa" w:w="936"/>
            <w:vAlign w:val="center"/>
          </w:tcPr>
          <w:p>
            <w:r>
              <w:rPr>
                <w:sz w:val="14"/>
              </w:rPr>
              <w:t>Minimum recorded value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GCS motor score, minimum</w:t>
            </w:r>
          </w:p>
        </w:tc>
        <w:tc>
          <w:tcPr>
            <w:tcW w:type="dxa" w:w="936"/>
            <w:vAlign w:val="center"/>
          </w:tcPr>
          <w:p>
            <w:r>
              <w:rPr>
                <w:sz w:val="14"/>
              </w:rPr>
              <w:t>gcs_motor_min_24h</w:t>
            </w:r>
          </w:p>
        </w:tc>
        <w:tc>
          <w:tcPr>
            <w:tcW w:type="dxa" w:w="936"/>
            <w:vAlign w:val="center"/>
          </w:tcPr>
          <w:p>
            <w:r>
              <w:rPr>
                <w:sz w:val="14"/>
              </w:rPr>
              <w:t>neuro</w:t>
            </w:r>
          </w:p>
        </w:tc>
        <w:tc>
          <w:tcPr>
            <w:tcW w:type="dxa" w:w="936"/>
            <w:vAlign w:val="center"/>
          </w:tcPr>
          <w:p>
            <w:r>
              <w:rPr>
                <w:sz w:val="14"/>
              </w:rPr>
              <w:t>Minimum recorded value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GCS verbal score, minimum</w:t>
            </w:r>
          </w:p>
        </w:tc>
        <w:tc>
          <w:tcPr>
            <w:tcW w:type="dxa" w:w="936"/>
            <w:vAlign w:val="center"/>
          </w:tcPr>
          <w:p>
            <w:r>
              <w:rPr>
                <w:sz w:val="14"/>
              </w:rPr>
              <w:t>gcs_verbal_min_24h</w:t>
            </w:r>
          </w:p>
        </w:tc>
        <w:tc>
          <w:tcPr>
            <w:tcW w:type="dxa" w:w="936"/>
            <w:vAlign w:val="center"/>
          </w:tcPr>
          <w:p>
            <w:r>
              <w:rPr>
                <w:sz w:val="14"/>
              </w:rPr>
              <w:t>neuro</w:t>
            </w:r>
          </w:p>
        </w:tc>
        <w:tc>
          <w:tcPr>
            <w:tcW w:type="dxa" w:w="936"/>
            <w:vAlign w:val="center"/>
          </w:tcPr>
          <w:p>
            <w:r>
              <w:rPr>
                <w:sz w:val="14"/>
              </w:rPr>
              <w:t>Minimum recorded value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Sex</w:t>
            </w:r>
          </w:p>
        </w:tc>
        <w:tc>
          <w:tcPr>
            <w:tcW w:type="dxa" w:w="936"/>
            <w:vAlign w:val="center"/>
          </w:tcPr>
          <w:p>
            <w:r>
              <w:rPr>
                <w:sz w:val="14"/>
              </w:rPr>
              <w:t>gender</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 categorical imputation</w:t>
            </w:r>
          </w:p>
        </w:tc>
      </w:tr>
      <w:tr>
        <w:tc>
          <w:tcPr>
            <w:tcW w:type="dxa" w:w="936"/>
            <w:vAlign w:val="center"/>
          </w:tcPr>
          <w:p>
            <w:r>
              <w:rPr>
                <w:sz w:val="14"/>
              </w:rPr>
              <w:t>Glucose max</w:t>
            </w:r>
          </w:p>
        </w:tc>
        <w:tc>
          <w:tcPr>
            <w:tcW w:type="dxa" w:w="936"/>
            <w:vAlign w:val="center"/>
          </w:tcPr>
          <w:p>
            <w:r>
              <w:rPr>
                <w:sz w:val="14"/>
              </w:rPr>
              <w:t>glucose_max_24h</w:t>
            </w:r>
          </w:p>
        </w:tc>
        <w:tc>
          <w:tcPr>
            <w:tcW w:type="dxa" w:w="936"/>
            <w:vAlign w:val="center"/>
          </w:tcPr>
          <w:p>
            <w:r>
              <w:rPr>
                <w:sz w:val="14"/>
              </w:rPr>
              <w:t>fluid_renal</w:t>
            </w:r>
          </w:p>
        </w:tc>
        <w:tc>
          <w:tcPr>
            <w:tcW w:type="dxa" w:w="936"/>
            <w:vAlign w:val="center"/>
          </w:tcPr>
          <w:p>
            <w:r>
              <w:rPr>
                <w:sz w:val="14"/>
              </w:rPr>
              <w:t>Maximum recorded value during first 24 h</w:t>
            </w:r>
          </w:p>
        </w:tc>
        <w:tc>
          <w:tcPr>
            <w:tcW w:type="dxa" w:w="936"/>
            <w:vAlign w:val="center"/>
          </w:tcPr>
          <w:p>
            <w:r>
              <w:rPr>
                <w:sz w:val="14"/>
              </w:rPr>
              <w:t>laboratory unit as harmonized in source database</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Heart rate last</w:t>
            </w:r>
          </w:p>
        </w:tc>
        <w:tc>
          <w:tcPr>
            <w:tcW w:type="dxa" w:w="936"/>
            <w:vAlign w:val="center"/>
          </w:tcPr>
          <w:p>
            <w:r>
              <w:rPr>
                <w:sz w:val="14"/>
              </w:rPr>
              <w:t>heart_rate_last_24h</w:t>
            </w:r>
          </w:p>
        </w:tc>
        <w:tc>
          <w:tcPr>
            <w:tcW w:type="dxa" w:w="936"/>
            <w:vAlign w:val="center"/>
          </w:tcPr>
          <w:p>
            <w:r>
              <w:rPr>
                <w:sz w:val="14"/>
              </w:rPr>
              <w:t>circulation</w:t>
            </w:r>
          </w:p>
        </w:tc>
        <w:tc>
          <w:tcPr>
            <w:tcW w:type="dxa" w:w="936"/>
            <w:vAlign w:val="center"/>
          </w:tcPr>
          <w:p>
            <w:r>
              <w:rPr>
                <w:sz w:val="14"/>
              </w:rPr>
              <w:t>Last recorded value during first 24 h</w:t>
            </w:r>
          </w:p>
        </w:tc>
        <w:tc>
          <w:tcPr>
            <w:tcW w:type="dxa" w:w="936"/>
            <w:vAlign w:val="center"/>
          </w:tcPr>
          <w:p>
            <w:r>
              <w:rPr>
                <w:sz w:val="14"/>
              </w:rPr>
              <w:t>breaths or beats per min</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Heart rate max</w:t>
            </w:r>
          </w:p>
        </w:tc>
        <w:tc>
          <w:tcPr>
            <w:tcW w:type="dxa" w:w="936"/>
            <w:vAlign w:val="center"/>
          </w:tcPr>
          <w:p>
            <w:r>
              <w:rPr>
                <w:sz w:val="14"/>
              </w:rPr>
              <w:t>heart_rate_max_24h</w:t>
            </w:r>
          </w:p>
        </w:tc>
        <w:tc>
          <w:tcPr>
            <w:tcW w:type="dxa" w:w="936"/>
            <w:vAlign w:val="center"/>
          </w:tcPr>
          <w:p>
            <w:r>
              <w:rPr>
                <w:sz w:val="14"/>
              </w:rPr>
              <w:t>circulation</w:t>
            </w:r>
          </w:p>
        </w:tc>
        <w:tc>
          <w:tcPr>
            <w:tcW w:type="dxa" w:w="936"/>
            <w:vAlign w:val="center"/>
          </w:tcPr>
          <w:p>
            <w:r>
              <w:rPr>
                <w:sz w:val="14"/>
              </w:rPr>
              <w:t>Maximum recorded value during first 24 h</w:t>
            </w:r>
          </w:p>
        </w:tc>
        <w:tc>
          <w:tcPr>
            <w:tcW w:type="dxa" w:w="936"/>
            <w:vAlign w:val="center"/>
          </w:tcPr>
          <w:p>
            <w:r>
              <w:rPr>
                <w:sz w:val="14"/>
              </w:rPr>
              <w:t>breaths or beats per min</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Heart rate mean</w:t>
            </w:r>
          </w:p>
        </w:tc>
        <w:tc>
          <w:tcPr>
            <w:tcW w:type="dxa" w:w="936"/>
            <w:vAlign w:val="center"/>
          </w:tcPr>
          <w:p>
            <w:r>
              <w:rPr>
                <w:sz w:val="14"/>
              </w:rPr>
              <w:t>heart_rate_mean_24h</w:t>
            </w:r>
          </w:p>
        </w:tc>
        <w:tc>
          <w:tcPr>
            <w:tcW w:type="dxa" w:w="936"/>
            <w:vAlign w:val="center"/>
          </w:tcPr>
          <w:p>
            <w:r>
              <w:rPr>
                <w:sz w:val="14"/>
              </w:rPr>
              <w:t>circulation</w:t>
            </w:r>
          </w:p>
        </w:tc>
        <w:tc>
          <w:tcPr>
            <w:tcW w:type="dxa" w:w="936"/>
            <w:vAlign w:val="center"/>
          </w:tcPr>
          <w:p>
            <w:r>
              <w:rPr>
                <w:sz w:val="14"/>
              </w:rPr>
              <w:t>Mean of recorded values during first 24 h</w:t>
            </w:r>
          </w:p>
        </w:tc>
        <w:tc>
          <w:tcPr>
            <w:tcW w:type="dxa" w:w="936"/>
            <w:vAlign w:val="center"/>
          </w:tcPr>
          <w:p>
            <w:r>
              <w:rPr>
                <w:sz w:val="14"/>
              </w:rPr>
              <w:t>breaths or beats per min</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Height</w:t>
            </w:r>
          </w:p>
        </w:tc>
        <w:tc>
          <w:tcPr>
            <w:tcW w:type="dxa" w:w="936"/>
            <w:vAlign w:val="center"/>
          </w:tcPr>
          <w:p>
            <w:r>
              <w:rPr>
                <w:sz w:val="14"/>
              </w:rPr>
              <w:t>height</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cm</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 if missing in development data</w:t>
            </w:r>
          </w:p>
        </w:tc>
      </w:tr>
      <w:tr>
        <w:tc>
          <w:tcPr>
            <w:tcW w:type="dxa" w:w="936"/>
            <w:vAlign w:val="center"/>
          </w:tcPr>
          <w:p>
            <w:r>
              <w:rPr>
                <w:sz w:val="14"/>
              </w:rPr>
              <w:t>Hemoglobin min</w:t>
            </w:r>
          </w:p>
        </w:tc>
        <w:tc>
          <w:tcPr>
            <w:tcW w:type="dxa" w:w="936"/>
            <w:vAlign w:val="center"/>
          </w:tcPr>
          <w:p>
            <w:r>
              <w:rPr>
                <w:sz w:val="14"/>
              </w:rPr>
              <w:t>hemoglobin_min_24h</w:t>
            </w:r>
          </w:p>
        </w:tc>
        <w:tc>
          <w:tcPr>
            <w:tcW w:type="dxa" w:w="936"/>
            <w:vAlign w:val="center"/>
          </w:tcPr>
          <w:p>
            <w:r>
              <w:rPr>
                <w:sz w:val="14"/>
              </w:rPr>
              <w:t>fluid_renal</w:t>
            </w:r>
          </w:p>
        </w:tc>
        <w:tc>
          <w:tcPr>
            <w:tcW w:type="dxa" w:w="936"/>
            <w:vAlign w:val="center"/>
          </w:tcPr>
          <w:p>
            <w:r>
              <w:rPr>
                <w:sz w:val="14"/>
              </w:rPr>
              <w:t>Minimum recorded value during first 24 h</w:t>
            </w:r>
          </w:p>
        </w:tc>
        <w:tc>
          <w:tcPr>
            <w:tcW w:type="dxa" w:w="936"/>
            <w:vAlign w:val="center"/>
          </w:tcPr>
          <w:p>
            <w:r>
              <w:rPr>
                <w:sz w:val="14"/>
              </w:rPr>
              <w:t>NA</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Hours icu to vent start</w:t>
            </w:r>
          </w:p>
        </w:tc>
        <w:tc>
          <w:tcPr>
            <w:tcW w:type="dxa" w:w="936"/>
            <w:vAlign w:val="center"/>
          </w:tcPr>
          <w:p>
            <w:r>
              <w:rPr>
                <w:sz w:val="14"/>
              </w:rPr>
              <w:t>hours_icu_to_vent_start</w:t>
            </w:r>
          </w:p>
        </w:tc>
        <w:tc>
          <w:tcPr>
            <w:tcW w:type="dxa" w:w="936"/>
            <w:vAlign w:val="center"/>
          </w:tcPr>
          <w:p>
            <w:r>
              <w:rPr>
                <w:sz w:val="14"/>
              </w:rPr>
              <w:t>baseline_other</w:t>
            </w:r>
          </w:p>
        </w:tc>
        <w:tc>
          <w:tcPr>
            <w:tcW w:type="dxa" w:w="936"/>
            <w:vAlign w:val="center"/>
          </w:tcPr>
          <w:p>
            <w:r>
              <w:rPr>
                <w:sz w:val="14"/>
              </w:rPr>
              <w:t>Hours from ICU admission to invasive ventilation initiation</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Input ml total</w:t>
            </w:r>
          </w:p>
        </w:tc>
        <w:tc>
          <w:tcPr>
            <w:tcW w:type="dxa" w:w="936"/>
            <w:vAlign w:val="center"/>
          </w:tcPr>
          <w:p>
            <w:r>
              <w:rPr>
                <w:sz w:val="14"/>
              </w:rPr>
              <w:t>input_ml_total_24h</w:t>
            </w:r>
          </w:p>
        </w:tc>
        <w:tc>
          <w:tcPr>
            <w:tcW w:type="dxa" w:w="936"/>
            <w:vAlign w:val="center"/>
          </w:tcPr>
          <w:p>
            <w:r>
              <w:rPr>
                <w:sz w:val="14"/>
              </w:rPr>
              <w:t>fluid_renal</w:t>
            </w:r>
          </w:p>
        </w:tc>
        <w:tc>
          <w:tcPr>
            <w:tcW w:type="dxa" w:w="936"/>
            <w:vAlign w:val="center"/>
          </w:tcPr>
          <w:p>
            <w:r>
              <w:rPr>
                <w:sz w:val="14"/>
              </w:rPr>
              <w:t>Total during first 24 h</w:t>
            </w:r>
          </w:p>
        </w:tc>
        <w:tc>
          <w:tcPr>
            <w:tcW w:type="dxa" w:w="936"/>
            <w:vAlign w:val="center"/>
          </w:tcPr>
          <w:p>
            <w:r>
              <w:rPr>
                <w:sz w:val="14"/>
              </w:rPr>
              <w:t>mL</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Lactate, last value</w:t>
            </w:r>
          </w:p>
        </w:tc>
        <w:tc>
          <w:tcPr>
            <w:tcW w:type="dxa" w:w="936"/>
            <w:vAlign w:val="center"/>
          </w:tcPr>
          <w:p>
            <w:r>
              <w:rPr>
                <w:sz w:val="14"/>
              </w:rPr>
              <w:t>lactate_last_24h</w:t>
            </w:r>
          </w:p>
        </w:tc>
        <w:tc>
          <w:tcPr>
            <w:tcW w:type="dxa" w:w="936"/>
            <w:vAlign w:val="center"/>
          </w:tcPr>
          <w:p>
            <w:r>
              <w:rPr>
                <w:sz w:val="14"/>
              </w:rPr>
              <w:t>circulation</w:t>
            </w:r>
          </w:p>
        </w:tc>
        <w:tc>
          <w:tcPr>
            <w:tcW w:type="dxa" w:w="936"/>
            <w:vAlign w:val="center"/>
          </w:tcPr>
          <w:p>
            <w:r>
              <w:rPr>
                <w:sz w:val="14"/>
              </w:rPr>
              <w:t>Last recorded value during first 24 h</w:t>
            </w:r>
          </w:p>
        </w:tc>
        <w:tc>
          <w:tcPr>
            <w:tcW w:type="dxa" w:w="936"/>
            <w:vAlign w:val="center"/>
          </w:tcPr>
          <w:p>
            <w:r>
              <w:rPr>
                <w:sz w:val="14"/>
              </w:rPr>
              <w:t>mmol/L</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Lactate, maximum</w:t>
            </w:r>
          </w:p>
        </w:tc>
        <w:tc>
          <w:tcPr>
            <w:tcW w:type="dxa" w:w="936"/>
            <w:vAlign w:val="center"/>
          </w:tcPr>
          <w:p>
            <w:r>
              <w:rPr>
                <w:sz w:val="14"/>
              </w:rPr>
              <w:t>lactate_max_24h</w:t>
            </w:r>
          </w:p>
        </w:tc>
        <w:tc>
          <w:tcPr>
            <w:tcW w:type="dxa" w:w="936"/>
            <w:vAlign w:val="center"/>
          </w:tcPr>
          <w:p>
            <w:r>
              <w:rPr>
                <w:sz w:val="14"/>
              </w:rPr>
              <w:t>circulation</w:t>
            </w:r>
          </w:p>
        </w:tc>
        <w:tc>
          <w:tcPr>
            <w:tcW w:type="dxa" w:w="936"/>
            <w:vAlign w:val="center"/>
          </w:tcPr>
          <w:p>
            <w:r>
              <w:rPr>
                <w:sz w:val="14"/>
              </w:rPr>
              <w:t>Maximum recorded value during first 24 h</w:t>
            </w:r>
          </w:p>
        </w:tc>
        <w:tc>
          <w:tcPr>
            <w:tcW w:type="dxa" w:w="936"/>
            <w:vAlign w:val="center"/>
          </w:tcPr>
          <w:p>
            <w:r>
              <w:rPr>
                <w:sz w:val="14"/>
              </w:rPr>
              <w:t>mmol/L</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Lactate, mean</w:t>
            </w:r>
          </w:p>
        </w:tc>
        <w:tc>
          <w:tcPr>
            <w:tcW w:type="dxa" w:w="936"/>
            <w:vAlign w:val="center"/>
          </w:tcPr>
          <w:p>
            <w:r>
              <w:rPr>
                <w:sz w:val="14"/>
              </w:rPr>
              <w:t>lactate_mean_24h</w:t>
            </w:r>
          </w:p>
        </w:tc>
        <w:tc>
          <w:tcPr>
            <w:tcW w:type="dxa" w:w="936"/>
            <w:vAlign w:val="center"/>
          </w:tcPr>
          <w:p>
            <w:r>
              <w:rPr>
                <w:sz w:val="14"/>
              </w:rPr>
              <w:t>circulation</w:t>
            </w:r>
          </w:p>
        </w:tc>
        <w:tc>
          <w:tcPr>
            <w:tcW w:type="dxa" w:w="936"/>
            <w:vAlign w:val="center"/>
          </w:tcPr>
          <w:p>
            <w:r>
              <w:rPr>
                <w:sz w:val="14"/>
              </w:rPr>
              <w:t>Mean of recorded values during first 24 h</w:t>
            </w:r>
          </w:p>
        </w:tc>
        <w:tc>
          <w:tcPr>
            <w:tcW w:type="dxa" w:w="936"/>
            <w:vAlign w:val="center"/>
          </w:tcPr>
          <w:p>
            <w:r>
              <w:rPr>
                <w:sz w:val="14"/>
              </w:rPr>
              <w:t>mmol/L</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Chronic liver disease</w:t>
            </w:r>
          </w:p>
        </w:tc>
        <w:tc>
          <w:tcPr>
            <w:tcW w:type="dxa" w:w="936"/>
            <w:vAlign w:val="center"/>
          </w:tcPr>
          <w:p>
            <w:r>
              <w:rPr>
                <w:sz w:val="14"/>
              </w:rPr>
              <w:t>liver_disease</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 if missing in development data</w:t>
            </w:r>
          </w:p>
        </w:tc>
      </w:tr>
      <w:tr>
        <w:tc>
          <w:tcPr>
            <w:tcW w:type="dxa" w:w="936"/>
            <w:vAlign w:val="center"/>
          </w:tcPr>
          <w:p>
            <w:r>
              <w:rPr>
                <w:sz w:val="14"/>
              </w:rPr>
              <w:t>Mean arterial pressure, last value</w:t>
            </w:r>
          </w:p>
        </w:tc>
        <w:tc>
          <w:tcPr>
            <w:tcW w:type="dxa" w:w="936"/>
            <w:vAlign w:val="center"/>
          </w:tcPr>
          <w:p>
            <w:r>
              <w:rPr>
                <w:sz w:val="14"/>
              </w:rPr>
              <w:t>map_last_24h</w:t>
            </w:r>
          </w:p>
        </w:tc>
        <w:tc>
          <w:tcPr>
            <w:tcW w:type="dxa" w:w="936"/>
            <w:vAlign w:val="center"/>
          </w:tcPr>
          <w:p>
            <w:r>
              <w:rPr>
                <w:sz w:val="14"/>
              </w:rPr>
              <w:t>circulation</w:t>
            </w:r>
          </w:p>
        </w:tc>
        <w:tc>
          <w:tcPr>
            <w:tcW w:type="dxa" w:w="936"/>
            <w:vAlign w:val="center"/>
          </w:tcPr>
          <w:p>
            <w:r>
              <w:rPr>
                <w:sz w:val="14"/>
              </w:rPr>
              <w:t>Last recorded value during first 24 h</w:t>
            </w:r>
          </w:p>
        </w:tc>
        <w:tc>
          <w:tcPr>
            <w:tcW w:type="dxa" w:w="936"/>
            <w:vAlign w:val="center"/>
          </w:tcPr>
          <w:p>
            <w:r>
              <w:rPr>
                <w:sz w:val="14"/>
              </w:rPr>
              <w:t>mm Hg</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Mean arterial pressure, mean</w:t>
            </w:r>
          </w:p>
        </w:tc>
        <w:tc>
          <w:tcPr>
            <w:tcW w:type="dxa" w:w="936"/>
            <w:vAlign w:val="center"/>
          </w:tcPr>
          <w:p>
            <w:r>
              <w:rPr>
                <w:sz w:val="14"/>
              </w:rPr>
              <w:t>map_mean_24h</w:t>
            </w:r>
          </w:p>
        </w:tc>
        <w:tc>
          <w:tcPr>
            <w:tcW w:type="dxa" w:w="936"/>
            <w:vAlign w:val="center"/>
          </w:tcPr>
          <w:p>
            <w:r>
              <w:rPr>
                <w:sz w:val="14"/>
              </w:rPr>
              <w:t>circulation</w:t>
            </w:r>
          </w:p>
        </w:tc>
        <w:tc>
          <w:tcPr>
            <w:tcW w:type="dxa" w:w="936"/>
            <w:vAlign w:val="center"/>
          </w:tcPr>
          <w:p>
            <w:r>
              <w:rPr>
                <w:sz w:val="14"/>
              </w:rPr>
              <w:t>Mean of recorded values during first 24 h</w:t>
            </w:r>
          </w:p>
        </w:tc>
        <w:tc>
          <w:tcPr>
            <w:tcW w:type="dxa" w:w="936"/>
            <w:vAlign w:val="center"/>
          </w:tcPr>
          <w:p>
            <w:r>
              <w:rPr>
                <w:sz w:val="14"/>
              </w:rPr>
              <w:t>mm Hg</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Mean arterial pressure, minimum</w:t>
            </w:r>
          </w:p>
        </w:tc>
        <w:tc>
          <w:tcPr>
            <w:tcW w:type="dxa" w:w="936"/>
            <w:vAlign w:val="center"/>
          </w:tcPr>
          <w:p>
            <w:r>
              <w:rPr>
                <w:sz w:val="14"/>
              </w:rPr>
              <w:t>map_min_24h</w:t>
            </w:r>
          </w:p>
        </w:tc>
        <w:tc>
          <w:tcPr>
            <w:tcW w:type="dxa" w:w="936"/>
            <w:vAlign w:val="center"/>
          </w:tcPr>
          <w:p>
            <w:r>
              <w:rPr>
                <w:sz w:val="14"/>
              </w:rPr>
              <w:t>circulation</w:t>
            </w:r>
          </w:p>
        </w:tc>
        <w:tc>
          <w:tcPr>
            <w:tcW w:type="dxa" w:w="936"/>
            <w:vAlign w:val="center"/>
          </w:tcPr>
          <w:p>
            <w:r>
              <w:rPr>
                <w:sz w:val="14"/>
              </w:rPr>
              <w:t>Minimum recorded value during first 24 h</w:t>
            </w:r>
          </w:p>
        </w:tc>
        <w:tc>
          <w:tcPr>
            <w:tcW w:type="dxa" w:w="936"/>
            <w:vAlign w:val="center"/>
          </w:tcPr>
          <w:p>
            <w:r>
              <w:rPr>
                <w:sz w:val="14"/>
              </w:rPr>
              <w:t>mm Hg</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Midazolam use</w:t>
            </w:r>
          </w:p>
        </w:tc>
        <w:tc>
          <w:tcPr>
            <w:tcW w:type="dxa" w:w="936"/>
            <w:vAlign w:val="center"/>
          </w:tcPr>
          <w:p>
            <w:r>
              <w:rPr>
                <w:sz w:val="14"/>
              </w:rPr>
              <w:t>midazolam_use_24h</w:t>
            </w:r>
          </w:p>
        </w:tc>
        <w:tc>
          <w:tcPr>
            <w:tcW w:type="dxa" w:w="936"/>
            <w:vAlign w:val="center"/>
          </w:tcPr>
          <w:p>
            <w:r>
              <w:rPr>
                <w:sz w:val="14"/>
              </w:rPr>
              <w:t>neuro</w:t>
            </w:r>
          </w:p>
        </w:tc>
        <w:tc>
          <w:tcPr>
            <w:tcW w:type="dxa" w:w="936"/>
            <w:vAlign w:val="center"/>
          </w:tcPr>
          <w:p>
            <w:r>
              <w:rPr>
                <w:sz w:val="14"/>
              </w:rPr>
              <w:t>Any documented exposure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Net fluid balance</w:t>
            </w:r>
          </w:p>
        </w:tc>
        <w:tc>
          <w:tcPr>
            <w:tcW w:type="dxa" w:w="936"/>
            <w:vAlign w:val="center"/>
          </w:tcPr>
          <w:p>
            <w:r>
              <w:rPr>
                <w:sz w:val="14"/>
              </w:rPr>
              <w:t>net_fluid_balance_24h</w:t>
            </w:r>
          </w:p>
        </w:tc>
        <w:tc>
          <w:tcPr>
            <w:tcW w:type="dxa" w:w="936"/>
            <w:vAlign w:val="center"/>
          </w:tcPr>
          <w:p>
            <w:r>
              <w:rPr>
                <w:sz w:val="14"/>
              </w:rPr>
              <w:t>fluid_renal</w:t>
            </w:r>
          </w:p>
        </w:tc>
        <w:tc>
          <w:tcPr>
            <w:tcW w:type="dxa" w:w="936"/>
            <w:vAlign w:val="center"/>
          </w:tcPr>
          <w:p>
            <w:r>
              <w:rPr>
                <w:sz w:val="14"/>
              </w:rPr>
              <w:t>Baseline or admission-level variable</w:t>
            </w:r>
          </w:p>
        </w:tc>
        <w:tc>
          <w:tcPr>
            <w:tcW w:type="dxa" w:w="936"/>
            <w:vAlign w:val="center"/>
          </w:tcPr>
          <w:p>
            <w:r>
              <w:rPr>
                <w:sz w:val="14"/>
              </w:rPr>
              <w:t>mL</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Neuromuscular blocker use</w:t>
            </w:r>
          </w:p>
        </w:tc>
        <w:tc>
          <w:tcPr>
            <w:tcW w:type="dxa" w:w="936"/>
            <w:vAlign w:val="center"/>
          </w:tcPr>
          <w:p>
            <w:r>
              <w:rPr>
                <w:sz w:val="14"/>
              </w:rPr>
              <w:t>neuromuscular_blocker_use_24h</w:t>
            </w:r>
          </w:p>
        </w:tc>
        <w:tc>
          <w:tcPr>
            <w:tcW w:type="dxa" w:w="936"/>
            <w:vAlign w:val="center"/>
          </w:tcPr>
          <w:p>
            <w:r>
              <w:rPr>
                <w:sz w:val="14"/>
              </w:rPr>
              <w:t>neuro</w:t>
            </w:r>
          </w:p>
        </w:tc>
        <w:tc>
          <w:tcPr>
            <w:tcW w:type="dxa" w:w="936"/>
            <w:vAlign w:val="center"/>
          </w:tcPr>
          <w:p>
            <w:r>
              <w:rPr>
                <w:sz w:val="14"/>
              </w:rPr>
              <w:t>Any documented exposure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Opioid use</w:t>
            </w:r>
          </w:p>
        </w:tc>
        <w:tc>
          <w:tcPr>
            <w:tcW w:type="dxa" w:w="936"/>
            <w:vAlign w:val="center"/>
          </w:tcPr>
          <w:p>
            <w:r>
              <w:rPr>
                <w:sz w:val="14"/>
              </w:rPr>
              <w:t>opioid_use_24h</w:t>
            </w:r>
          </w:p>
        </w:tc>
        <w:tc>
          <w:tcPr>
            <w:tcW w:type="dxa" w:w="936"/>
            <w:vAlign w:val="center"/>
          </w:tcPr>
          <w:p>
            <w:r>
              <w:rPr>
                <w:sz w:val="14"/>
              </w:rPr>
              <w:t>neuro</w:t>
            </w:r>
          </w:p>
        </w:tc>
        <w:tc>
          <w:tcPr>
            <w:tcW w:type="dxa" w:w="936"/>
            <w:vAlign w:val="center"/>
          </w:tcPr>
          <w:p>
            <w:r>
              <w:rPr>
                <w:sz w:val="14"/>
              </w:rPr>
              <w:t>Any documented exposure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PaCO2 last</w:t>
            </w:r>
          </w:p>
        </w:tc>
        <w:tc>
          <w:tcPr>
            <w:tcW w:type="dxa" w:w="936"/>
            <w:vAlign w:val="center"/>
          </w:tcPr>
          <w:p>
            <w:r>
              <w:rPr>
                <w:sz w:val="14"/>
              </w:rPr>
              <w:t>paco2_last_24h</w:t>
            </w:r>
          </w:p>
        </w:tc>
        <w:tc>
          <w:tcPr>
            <w:tcW w:type="dxa" w:w="936"/>
            <w:vAlign w:val="center"/>
          </w:tcPr>
          <w:p>
            <w:r>
              <w:rPr>
                <w:sz w:val="14"/>
              </w:rPr>
              <w:t>respiratory</w:t>
            </w:r>
          </w:p>
        </w:tc>
        <w:tc>
          <w:tcPr>
            <w:tcW w:type="dxa" w:w="936"/>
            <w:vAlign w:val="center"/>
          </w:tcPr>
          <w:p>
            <w:r>
              <w:rPr>
                <w:sz w:val="14"/>
              </w:rPr>
              <w:t>Last recorded value during first 24 h</w:t>
            </w:r>
          </w:p>
        </w:tc>
        <w:tc>
          <w:tcPr>
            <w:tcW w:type="dxa" w:w="936"/>
            <w:vAlign w:val="center"/>
          </w:tcPr>
          <w:p>
            <w:r>
              <w:rPr>
                <w:sz w:val="14"/>
              </w:rPr>
              <w:t>mm Hg</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PaCO2 max</w:t>
            </w:r>
          </w:p>
        </w:tc>
        <w:tc>
          <w:tcPr>
            <w:tcW w:type="dxa" w:w="936"/>
            <w:vAlign w:val="center"/>
          </w:tcPr>
          <w:p>
            <w:r>
              <w:rPr>
                <w:sz w:val="14"/>
              </w:rPr>
              <w:t>paco2_max_24h</w:t>
            </w:r>
          </w:p>
        </w:tc>
        <w:tc>
          <w:tcPr>
            <w:tcW w:type="dxa" w:w="936"/>
            <w:vAlign w:val="center"/>
          </w:tcPr>
          <w:p>
            <w:r>
              <w:rPr>
                <w:sz w:val="14"/>
              </w:rPr>
              <w:t>respiratory</w:t>
            </w:r>
          </w:p>
        </w:tc>
        <w:tc>
          <w:tcPr>
            <w:tcW w:type="dxa" w:w="936"/>
            <w:vAlign w:val="center"/>
          </w:tcPr>
          <w:p>
            <w:r>
              <w:rPr>
                <w:sz w:val="14"/>
              </w:rPr>
              <w:t>Maximum recorded value during first 24 h</w:t>
            </w:r>
          </w:p>
        </w:tc>
        <w:tc>
          <w:tcPr>
            <w:tcW w:type="dxa" w:w="936"/>
            <w:vAlign w:val="center"/>
          </w:tcPr>
          <w:p>
            <w:r>
              <w:rPr>
                <w:sz w:val="14"/>
              </w:rPr>
              <w:t>mm Hg</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PaCO2 mean</w:t>
            </w:r>
          </w:p>
        </w:tc>
        <w:tc>
          <w:tcPr>
            <w:tcW w:type="dxa" w:w="936"/>
            <w:vAlign w:val="center"/>
          </w:tcPr>
          <w:p>
            <w:r>
              <w:rPr>
                <w:sz w:val="14"/>
              </w:rPr>
              <w:t>paco2_mean_24h</w:t>
            </w:r>
          </w:p>
        </w:tc>
        <w:tc>
          <w:tcPr>
            <w:tcW w:type="dxa" w:w="936"/>
            <w:vAlign w:val="center"/>
          </w:tcPr>
          <w:p>
            <w:r>
              <w:rPr>
                <w:sz w:val="14"/>
              </w:rPr>
              <w:t>respiratory</w:t>
            </w:r>
          </w:p>
        </w:tc>
        <w:tc>
          <w:tcPr>
            <w:tcW w:type="dxa" w:w="936"/>
            <w:vAlign w:val="center"/>
          </w:tcPr>
          <w:p>
            <w:r>
              <w:rPr>
                <w:sz w:val="14"/>
              </w:rPr>
              <w:t>Mean of recorded values during first 24 h</w:t>
            </w:r>
          </w:p>
        </w:tc>
        <w:tc>
          <w:tcPr>
            <w:tcW w:type="dxa" w:w="936"/>
            <w:vAlign w:val="center"/>
          </w:tcPr>
          <w:p>
            <w:r>
              <w:rPr>
                <w:sz w:val="14"/>
              </w:rPr>
              <w:t>mm Hg</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PaO2 last</w:t>
            </w:r>
          </w:p>
        </w:tc>
        <w:tc>
          <w:tcPr>
            <w:tcW w:type="dxa" w:w="936"/>
            <w:vAlign w:val="center"/>
          </w:tcPr>
          <w:p>
            <w:r>
              <w:rPr>
                <w:sz w:val="14"/>
              </w:rPr>
              <w:t>pao2_last_24h</w:t>
            </w:r>
          </w:p>
        </w:tc>
        <w:tc>
          <w:tcPr>
            <w:tcW w:type="dxa" w:w="936"/>
            <w:vAlign w:val="center"/>
          </w:tcPr>
          <w:p>
            <w:r>
              <w:rPr>
                <w:sz w:val="14"/>
              </w:rPr>
              <w:t>respiratory</w:t>
            </w:r>
          </w:p>
        </w:tc>
        <w:tc>
          <w:tcPr>
            <w:tcW w:type="dxa" w:w="936"/>
            <w:vAlign w:val="center"/>
          </w:tcPr>
          <w:p>
            <w:r>
              <w:rPr>
                <w:sz w:val="14"/>
              </w:rPr>
              <w:t>Last recorded value during first 24 h</w:t>
            </w:r>
          </w:p>
        </w:tc>
        <w:tc>
          <w:tcPr>
            <w:tcW w:type="dxa" w:w="936"/>
            <w:vAlign w:val="center"/>
          </w:tcPr>
          <w:p>
            <w:r>
              <w:rPr>
                <w:sz w:val="14"/>
              </w:rPr>
              <w:t>mm Hg</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PaO2 mean</w:t>
            </w:r>
          </w:p>
        </w:tc>
        <w:tc>
          <w:tcPr>
            <w:tcW w:type="dxa" w:w="936"/>
            <w:vAlign w:val="center"/>
          </w:tcPr>
          <w:p>
            <w:r>
              <w:rPr>
                <w:sz w:val="14"/>
              </w:rPr>
              <w:t>pao2_mean_24h</w:t>
            </w:r>
          </w:p>
        </w:tc>
        <w:tc>
          <w:tcPr>
            <w:tcW w:type="dxa" w:w="936"/>
            <w:vAlign w:val="center"/>
          </w:tcPr>
          <w:p>
            <w:r>
              <w:rPr>
                <w:sz w:val="14"/>
              </w:rPr>
              <w:t>respiratory</w:t>
            </w:r>
          </w:p>
        </w:tc>
        <w:tc>
          <w:tcPr>
            <w:tcW w:type="dxa" w:w="936"/>
            <w:vAlign w:val="center"/>
          </w:tcPr>
          <w:p>
            <w:r>
              <w:rPr>
                <w:sz w:val="14"/>
              </w:rPr>
              <w:t>Mean of recorded values during first 24 h</w:t>
            </w:r>
          </w:p>
        </w:tc>
        <w:tc>
          <w:tcPr>
            <w:tcW w:type="dxa" w:w="936"/>
            <w:vAlign w:val="center"/>
          </w:tcPr>
          <w:p>
            <w:r>
              <w:rPr>
                <w:sz w:val="14"/>
              </w:rPr>
              <w:t>mm Hg</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PaO2 min</w:t>
            </w:r>
          </w:p>
        </w:tc>
        <w:tc>
          <w:tcPr>
            <w:tcW w:type="dxa" w:w="936"/>
            <w:vAlign w:val="center"/>
          </w:tcPr>
          <w:p>
            <w:r>
              <w:rPr>
                <w:sz w:val="14"/>
              </w:rPr>
              <w:t>pao2_min_24h</w:t>
            </w:r>
          </w:p>
        </w:tc>
        <w:tc>
          <w:tcPr>
            <w:tcW w:type="dxa" w:w="936"/>
            <w:vAlign w:val="center"/>
          </w:tcPr>
          <w:p>
            <w:r>
              <w:rPr>
                <w:sz w:val="14"/>
              </w:rPr>
              <w:t>respiratory</w:t>
            </w:r>
          </w:p>
        </w:tc>
        <w:tc>
          <w:tcPr>
            <w:tcW w:type="dxa" w:w="936"/>
            <w:vAlign w:val="center"/>
          </w:tcPr>
          <w:p>
            <w:r>
              <w:rPr>
                <w:sz w:val="14"/>
              </w:rPr>
              <w:t>Minimum recorded value during first 24 h</w:t>
            </w:r>
          </w:p>
        </w:tc>
        <w:tc>
          <w:tcPr>
            <w:tcW w:type="dxa" w:w="936"/>
            <w:vAlign w:val="center"/>
          </w:tcPr>
          <w:p>
            <w:r>
              <w:rPr>
                <w:sz w:val="14"/>
              </w:rPr>
              <w:t>mm Hg</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PaO2/FiO2, minimum</w:t>
            </w:r>
          </w:p>
        </w:tc>
        <w:tc>
          <w:tcPr>
            <w:tcW w:type="dxa" w:w="936"/>
            <w:vAlign w:val="center"/>
          </w:tcPr>
          <w:p>
            <w:r>
              <w:rPr>
                <w:sz w:val="14"/>
              </w:rPr>
              <w:t>pao2fio2_min_24h</w:t>
            </w:r>
          </w:p>
        </w:tc>
        <w:tc>
          <w:tcPr>
            <w:tcW w:type="dxa" w:w="936"/>
            <w:vAlign w:val="center"/>
          </w:tcPr>
          <w:p>
            <w:r>
              <w:rPr>
                <w:sz w:val="14"/>
              </w:rPr>
              <w:t>respiratory</w:t>
            </w:r>
          </w:p>
        </w:tc>
        <w:tc>
          <w:tcPr>
            <w:tcW w:type="dxa" w:w="936"/>
            <w:vAlign w:val="center"/>
          </w:tcPr>
          <w:p>
            <w:r>
              <w:rPr>
                <w:sz w:val="14"/>
              </w:rPr>
              <w:t>Minimum recorded value during first 24 h</w:t>
            </w:r>
          </w:p>
        </w:tc>
        <w:tc>
          <w:tcPr>
            <w:tcW w:type="dxa" w:w="936"/>
            <w:vAlign w:val="center"/>
          </w:tcPr>
          <w:p>
            <w:r>
              <w:rPr>
                <w:sz w:val="14"/>
              </w:rPr>
              <w:t>%</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PEEP, first value</w:t>
            </w:r>
          </w:p>
        </w:tc>
        <w:tc>
          <w:tcPr>
            <w:tcW w:type="dxa" w:w="936"/>
            <w:vAlign w:val="center"/>
          </w:tcPr>
          <w:p>
            <w:r>
              <w:rPr>
                <w:sz w:val="14"/>
              </w:rPr>
              <w:t>peep_first_24h</w:t>
            </w:r>
          </w:p>
        </w:tc>
        <w:tc>
          <w:tcPr>
            <w:tcW w:type="dxa" w:w="936"/>
            <w:vAlign w:val="center"/>
          </w:tcPr>
          <w:p>
            <w:r>
              <w:rPr>
                <w:sz w:val="14"/>
              </w:rPr>
              <w:t>respiratory</w:t>
            </w:r>
          </w:p>
        </w:tc>
        <w:tc>
          <w:tcPr>
            <w:tcW w:type="dxa" w:w="936"/>
            <w:vAlign w:val="center"/>
          </w:tcPr>
          <w:p>
            <w:r>
              <w:rPr>
                <w:sz w:val="14"/>
              </w:rPr>
              <w:t>First recorded value during first 24 h</w:t>
            </w:r>
          </w:p>
        </w:tc>
        <w:tc>
          <w:tcPr>
            <w:tcW w:type="dxa" w:w="936"/>
            <w:vAlign w:val="center"/>
          </w:tcPr>
          <w:p>
            <w:r>
              <w:rPr>
                <w:sz w:val="14"/>
              </w:rPr>
              <w:t>mm Hg</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PEEP, last value</w:t>
            </w:r>
          </w:p>
        </w:tc>
        <w:tc>
          <w:tcPr>
            <w:tcW w:type="dxa" w:w="936"/>
            <w:vAlign w:val="center"/>
          </w:tcPr>
          <w:p>
            <w:r>
              <w:rPr>
                <w:sz w:val="14"/>
              </w:rPr>
              <w:t>peep_last_24h</w:t>
            </w:r>
          </w:p>
        </w:tc>
        <w:tc>
          <w:tcPr>
            <w:tcW w:type="dxa" w:w="936"/>
            <w:vAlign w:val="center"/>
          </w:tcPr>
          <w:p>
            <w:r>
              <w:rPr>
                <w:sz w:val="14"/>
              </w:rPr>
              <w:t>respiratory</w:t>
            </w:r>
          </w:p>
        </w:tc>
        <w:tc>
          <w:tcPr>
            <w:tcW w:type="dxa" w:w="936"/>
            <w:vAlign w:val="center"/>
          </w:tcPr>
          <w:p>
            <w:r>
              <w:rPr>
                <w:sz w:val="14"/>
              </w:rPr>
              <w:t>Last recorded value during first 24 h</w:t>
            </w:r>
          </w:p>
        </w:tc>
        <w:tc>
          <w:tcPr>
            <w:tcW w:type="dxa" w:w="936"/>
            <w:vAlign w:val="center"/>
          </w:tcPr>
          <w:p>
            <w:r>
              <w:rPr>
                <w:sz w:val="14"/>
              </w:rPr>
              <w:t>mm Hg</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PEEP, maximum</w:t>
            </w:r>
          </w:p>
        </w:tc>
        <w:tc>
          <w:tcPr>
            <w:tcW w:type="dxa" w:w="936"/>
            <w:vAlign w:val="center"/>
          </w:tcPr>
          <w:p>
            <w:r>
              <w:rPr>
                <w:sz w:val="14"/>
              </w:rPr>
              <w:t>peep_max_24h</w:t>
            </w:r>
          </w:p>
        </w:tc>
        <w:tc>
          <w:tcPr>
            <w:tcW w:type="dxa" w:w="936"/>
            <w:vAlign w:val="center"/>
          </w:tcPr>
          <w:p>
            <w:r>
              <w:rPr>
                <w:sz w:val="14"/>
              </w:rPr>
              <w:t>respiratory</w:t>
            </w:r>
          </w:p>
        </w:tc>
        <w:tc>
          <w:tcPr>
            <w:tcW w:type="dxa" w:w="936"/>
            <w:vAlign w:val="center"/>
          </w:tcPr>
          <w:p>
            <w:r>
              <w:rPr>
                <w:sz w:val="14"/>
              </w:rPr>
              <w:t>Maximum recorded value during first 24 h</w:t>
            </w:r>
          </w:p>
        </w:tc>
        <w:tc>
          <w:tcPr>
            <w:tcW w:type="dxa" w:w="936"/>
            <w:vAlign w:val="center"/>
          </w:tcPr>
          <w:p>
            <w:r>
              <w:rPr>
                <w:sz w:val="14"/>
              </w:rPr>
              <w:t>mm Hg</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PEEP, mean</w:t>
            </w:r>
          </w:p>
        </w:tc>
        <w:tc>
          <w:tcPr>
            <w:tcW w:type="dxa" w:w="936"/>
            <w:vAlign w:val="center"/>
          </w:tcPr>
          <w:p>
            <w:r>
              <w:rPr>
                <w:sz w:val="14"/>
              </w:rPr>
              <w:t>peep_mean_24h</w:t>
            </w:r>
          </w:p>
        </w:tc>
        <w:tc>
          <w:tcPr>
            <w:tcW w:type="dxa" w:w="936"/>
            <w:vAlign w:val="center"/>
          </w:tcPr>
          <w:p>
            <w:r>
              <w:rPr>
                <w:sz w:val="14"/>
              </w:rPr>
              <w:t>respiratory</w:t>
            </w:r>
          </w:p>
        </w:tc>
        <w:tc>
          <w:tcPr>
            <w:tcW w:type="dxa" w:w="936"/>
            <w:vAlign w:val="center"/>
          </w:tcPr>
          <w:p>
            <w:r>
              <w:rPr>
                <w:sz w:val="14"/>
              </w:rPr>
              <w:t>Mean of recorded values during first 24 h</w:t>
            </w:r>
          </w:p>
        </w:tc>
        <w:tc>
          <w:tcPr>
            <w:tcW w:type="dxa" w:w="936"/>
            <w:vAlign w:val="center"/>
          </w:tcPr>
          <w:p>
            <w:r>
              <w:rPr>
                <w:sz w:val="14"/>
              </w:rPr>
              <w:t>mm Hg</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Ph last</w:t>
            </w:r>
          </w:p>
        </w:tc>
        <w:tc>
          <w:tcPr>
            <w:tcW w:type="dxa" w:w="936"/>
            <w:vAlign w:val="center"/>
          </w:tcPr>
          <w:p>
            <w:r>
              <w:rPr>
                <w:sz w:val="14"/>
              </w:rPr>
              <w:t>ph_last_24h</w:t>
            </w:r>
          </w:p>
        </w:tc>
        <w:tc>
          <w:tcPr>
            <w:tcW w:type="dxa" w:w="936"/>
            <w:vAlign w:val="center"/>
          </w:tcPr>
          <w:p>
            <w:r>
              <w:rPr>
                <w:sz w:val="14"/>
              </w:rPr>
              <w:t>respiratory</w:t>
            </w:r>
          </w:p>
        </w:tc>
        <w:tc>
          <w:tcPr>
            <w:tcW w:type="dxa" w:w="936"/>
            <w:vAlign w:val="center"/>
          </w:tcPr>
          <w:p>
            <w:r>
              <w:rPr>
                <w:sz w:val="14"/>
              </w:rPr>
              <w:t>Last recorded value during first 24 h</w:t>
            </w:r>
          </w:p>
        </w:tc>
        <w:tc>
          <w:tcPr>
            <w:tcW w:type="dxa" w:w="936"/>
            <w:vAlign w:val="center"/>
          </w:tcPr>
          <w:p>
            <w:r>
              <w:rPr>
                <w:sz w:val="14"/>
              </w:rPr>
              <w:t>NA</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Ph mean</w:t>
            </w:r>
          </w:p>
        </w:tc>
        <w:tc>
          <w:tcPr>
            <w:tcW w:type="dxa" w:w="936"/>
            <w:vAlign w:val="center"/>
          </w:tcPr>
          <w:p>
            <w:r>
              <w:rPr>
                <w:sz w:val="14"/>
              </w:rPr>
              <w:t>ph_mean_24h</w:t>
            </w:r>
          </w:p>
        </w:tc>
        <w:tc>
          <w:tcPr>
            <w:tcW w:type="dxa" w:w="936"/>
            <w:vAlign w:val="center"/>
          </w:tcPr>
          <w:p>
            <w:r>
              <w:rPr>
                <w:sz w:val="14"/>
              </w:rPr>
              <w:t>respiratory</w:t>
            </w:r>
          </w:p>
        </w:tc>
        <w:tc>
          <w:tcPr>
            <w:tcW w:type="dxa" w:w="936"/>
            <w:vAlign w:val="center"/>
          </w:tcPr>
          <w:p>
            <w:r>
              <w:rPr>
                <w:sz w:val="14"/>
              </w:rPr>
              <w:t>Mean of recorded values during first 24 h</w:t>
            </w:r>
          </w:p>
        </w:tc>
        <w:tc>
          <w:tcPr>
            <w:tcW w:type="dxa" w:w="936"/>
            <w:vAlign w:val="center"/>
          </w:tcPr>
          <w:p>
            <w:r>
              <w:rPr>
                <w:sz w:val="14"/>
              </w:rPr>
              <w:t>NA</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Ph min</w:t>
            </w:r>
          </w:p>
        </w:tc>
        <w:tc>
          <w:tcPr>
            <w:tcW w:type="dxa" w:w="936"/>
            <w:vAlign w:val="center"/>
          </w:tcPr>
          <w:p>
            <w:r>
              <w:rPr>
                <w:sz w:val="14"/>
              </w:rPr>
              <w:t>ph_min_24h</w:t>
            </w:r>
          </w:p>
        </w:tc>
        <w:tc>
          <w:tcPr>
            <w:tcW w:type="dxa" w:w="936"/>
            <w:vAlign w:val="center"/>
          </w:tcPr>
          <w:p>
            <w:r>
              <w:rPr>
                <w:sz w:val="14"/>
              </w:rPr>
              <w:t>respiratory</w:t>
            </w:r>
          </w:p>
        </w:tc>
        <w:tc>
          <w:tcPr>
            <w:tcW w:type="dxa" w:w="936"/>
            <w:vAlign w:val="center"/>
          </w:tcPr>
          <w:p>
            <w:r>
              <w:rPr>
                <w:sz w:val="14"/>
              </w:rPr>
              <w:t>Minimum recorded value during first 24 h</w:t>
            </w:r>
          </w:p>
        </w:tc>
        <w:tc>
          <w:tcPr>
            <w:tcW w:type="dxa" w:w="936"/>
            <w:vAlign w:val="center"/>
          </w:tcPr>
          <w:p>
            <w:r>
              <w:rPr>
                <w:sz w:val="14"/>
              </w:rPr>
              <w:t>NA</w:t>
            </w:r>
          </w:p>
        </w:tc>
        <w:tc>
          <w:tcPr>
            <w:tcW w:type="dxa" w:w="936"/>
            <w:vAlign w:val="center"/>
          </w:tcPr>
          <w:p>
            <w:r>
              <w:rPr>
                <w:sz w:val="14"/>
              </w:rPr>
              <w:t>MIMIC-IV/eICU laboratory or blood gas tables; local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Plateau pressure max</w:t>
            </w:r>
          </w:p>
        </w:tc>
        <w:tc>
          <w:tcPr>
            <w:tcW w:type="dxa" w:w="936"/>
            <w:vAlign w:val="center"/>
          </w:tcPr>
          <w:p>
            <w:r>
              <w:rPr>
                <w:sz w:val="14"/>
              </w:rPr>
              <w:t>plateau_pressure_max_24h</w:t>
            </w:r>
          </w:p>
        </w:tc>
        <w:tc>
          <w:tcPr>
            <w:tcW w:type="dxa" w:w="936"/>
            <w:vAlign w:val="center"/>
          </w:tcPr>
          <w:p>
            <w:r>
              <w:rPr>
                <w:sz w:val="14"/>
              </w:rPr>
              <w:t>respiratory</w:t>
            </w:r>
          </w:p>
        </w:tc>
        <w:tc>
          <w:tcPr>
            <w:tcW w:type="dxa" w:w="936"/>
            <w:vAlign w:val="center"/>
          </w:tcPr>
          <w:p>
            <w:r>
              <w:rPr>
                <w:sz w:val="14"/>
              </w:rPr>
              <w:t>Maximum recorded value during first 24 h</w:t>
            </w:r>
          </w:p>
        </w:tc>
        <w:tc>
          <w:tcPr>
            <w:tcW w:type="dxa" w:w="936"/>
            <w:vAlign w:val="center"/>
          </w:tcPr>
          <w:p>
            <w:r>
              <w:rPr>
                <w:sz w:val="14"/>
              </w:rPr>
              <w:t>mm Hg</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Platelet min</w:t>
            </w:r>
          </w:p>
        </w:tc>
        <w:tc>
          <w:tcPr>
            <w:tcW w:type="dxa" w:w="936"/>
            <w:vAlign w:val="center"/>
          </w:tcPr>
          <w:p>
            <w:r>
              <w:rPr>
                <w:sz w:val="14"/>
              </w:rPr>
              <w:t>platelet_min_24h</w:t>
            </w:r>
          </w:p>
        </w:tc>
        <w:tc>
          <w:tcPr>
            <w:tcW w:type="dxa" w:w="936"/>
            <w:vAlign w:val="center"/>
          </w:tcPr>
          <w:p>
            <w:r>
              <w:rPr>
                <w:sz w:val="14"/>
              </w:rPr>
              <w:t>fluid_renal</w:t>
            </w:r>
          </w:p>
        </w:tc>
        <w:tc>
          <w:tcPr>
            <w:tcW w:type="dxa" w:w="936"/>
            <w:vAlign w:val="center"/>
          </w:tcPr>
          <w:p>
            <w:r>
              <w:rPr>
                <w:sz w:val="14"/>
              </w:rPr>
              <w:t>Minimum recorded value during first 24 h</w:t>
            </w:r>
          </w:p>
        </w:tc>
        <w:tc>
          <w:tcPr>
            <w:tcW w:type="dxa" w:w="936"/>
            <w:vAlign w:val="center"/>
          </w:tcPr>
          <w:p>
            <w:r>
              <w:rPr>
                <w:sz w:val="14"/>
              </w:rPr>
              <w:t>NA</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Potassium max</w:t>
            </w:r>
          </w:p>
        </w:tc>
        <w:tc>
          <w:tcPr>
            <w:tcW w:type="dxa" w:w="936"/>
            <w:vAlign w:val="center"/>
          </w:tcPr>
          <w:p>
            <w:r>
              <w:rPr>
                <w:sz w:val="14"/>
              </w:rPr>
              <w:t>potassium_max_24h</w:t>
            </w:r>
          </w:p>
        </w:tc>
        <w:tc>
          <w:tcPr>
            <w:tcW w:type="dxa" w:w="936"/>
            <w:vAlign w:val="center"/>
          </w:tcPr>
          <w:p>
            <w:r>
              <w:rPr>
                <w:sz w:val="14"/>
              </w:rPr>
              <w:t>fluid_renal</w:t>
            </w:r>
          </w:p>
        </w:tc>
        <w:tc>
          <w:tcPr>
            <w:tcW w:type="dxa" w:w="936"/>
            <w:vAlign w:val="center"/>
          </w:tcPr>
          <w:p>
            <w:r>
              <w:rPr>
                <w:sz w:val="14"/>
              </w:rPr>
              <w:t>Maximum recorded value during first 24 h</w:t>
            </w:r>
          </w:p>
        </w:tc>
        <w:tc>
          <w:tcPr>
            <w:tcW w:type="dxa" w:w="936"/>
            <w:vAlign w:val="center"/>
          </w:tcPr>
          <w:p>
            <w:r>
              <w:rPr>
                <w:sz w:val="14"/>
              </w:rPr>
              <w:t>laboratory unit as harmonized in source database</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Potassium min</w:t>
            </w:r>
          </w:p>
        </w:tc>
        <w:tc>
          <w:tcPr>
            <w:tcW w:type="dxa" w:w="936"/>
            <w:vAlign w:val="center"/>
          </w:tcPr>
          <w:p>
            <w:r>
              <w:rPr>
                <w:sz w:val="14"/>
              </w:rPr>
              <w:t>potassium_min_24h</w:t>
            </w:r>
          </w:p>
        </w:tc>
        <w:tc>
          <w:tcPr>
            <w:tcW w:type="dxa" w:w="936"/>
            <w:vAlign w:val="center"/>
          </w:tcPr>
          <w:p>
            <w:r>
              <w:rPr>
                <w:sz w:val="14"/>
              </w:rPr>
              <w:t>fluid_renal</w:t>
            </w:r>
          </w:p>
        </w:tc>
        <w:tc>
          <w:tcPr>
            <w:tcW w:type="dxa" w:w="936"/>
            <w:vAlign w:val="center"/>
          </w:tcPr>
          <w:p>
            <w:r>
              <w:rPr>
                <w:sz w:val="14"/>
              </w:rPr>
              <w:t>Minimum recorded value during first 24 h</w:t>
            </w:r>
          </w:p>
        </w:tc>
        <w:tc>
          <w:tcPr>
            <w:tcW w:type="dxa" w:w="936"/>
            <w:vAlign w:val="center"/>
          </w:tcPr>
          <w:p>
            <w:r>
              <w:rPr>
                <w:sz w:val="14"/>
              </w:rPr>
              <w:t>laboratory unit as harmonized in source database</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Propofol use</w:t>
            </w:r>
          </w:p>
        </w:tc>
        <w:tc>
          <w:tcPr>
            <w:tcW w:type="dxa" w:w="936"/>
            <w:vAlign w:val="center"/>
          </w:tcPr>
          <w:p>
            <w:r>
              <w:rPr>
                <w:sz w:val="14"/>
              </w:rPr>
              <w:t>propofol_use_24h</w:t>
            </w:r>
          </w:p>
        </w:tc>
        <w:tc>
          <w:tcPr>
            <w:tcW w:type="dxa" w:w="936"/>
            <w:vAlign w:val="center"/>
          </w:tcPr>
          <w:p>
            <w:r>
              <w:rPr>
                <w:sz w:val="14"/>
              </w:rPr>
              <w:t>neuro</w:t>
            </w:r>
          </w:p>
        </w:tc>
        <w:tc>
          <w:tcPr>
            <w:tcW w:type="dxa" w:w="936"/>
            <w:vAlign w:val="center"/>
          </w:tcPr>
          <w:p>
            <w:r>
              <w:rPr>
                <w:sz w:val="14"/>
              </w:rPr>
              <w:t>Any documented exposure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Race/ethnicity</w:t>
            </w:r>
          </w:p>
        </w:tc>
        <w:tc>
          <w:tcPr>
            <w:tcW w:type="dxa" w:w="936"/>
            <w:vAlign w:val="center"/>
          </w:tcPr>
          <w:p>
            <w:r>
              <w:rPr>
                <w:sz w:val="14"/>
              </w:rPr>
              <w:t>race</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 categorical imputation</w:t>
            </w:r>
          </w:p>
        </w:tc>
      </w:tr>
      <w:tr>
        <w:tc>
          <w:tcPr>
            <w:tcW w:type="dxa" w:w="936"/>
            <w:vAlign w:val="center"/>
          </w:tcPr>
          <w:p>
            <w:r>
              <w:rPr>
                <w:sz w:val="14"/>
              </w:rPr>
              <w:t>Chronic kidney disease</w:t>
            </w:r>
          </w:p>
        </w:tc>
        <w:tc>
          <w:tcPr>
            <w:tcW w:type="dxa" w:w="936"/>
            <w:vAlign w:val="center"/>
          </w:tcPr>
          <w:p>
            <w:r>
              <w:rPr>
                <w:sz w:val="14"/>
              </w:rPr>
              <w:t>renal_disease</w:t>
            </w:r>
          </w:p>
        </w:tc>
        <w:tc>
          <w:tcPr>
            <w:tcW w:type="dxa" w:w="936"/>
            <w:vAlign w:val="center"/>
          </w:tcPr>
          <w:p>
            <w:r>
              <w:rPr>
                <w:sz w:val="14"/>
              </w:rPr>
              <w:t>fluid_renal</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 if missing in development data</w:t>
            </w:r>
          </w:p>
        </w:tc>
      </w:tr>
      <w:tr>
        <w:tc>
          <w:tcPr>
            <w:tcW w:type="dxa" w:w="936"/>
            <w:vAlign w:val="center"/>
          </w:tcPr>
          <w:p>
            <w:r>
              <w:rPr>
                <w:sz w:val="14"/>
              </w:rPr>
              <w:t>Resp rate max</w:t>
            </w:r>
          </w:p>
        </w:tc>
        <w:tc>
          <w:tcPr>
            <w:tcW w:type="dxa" w:w="936"/>
            <w:vAlign w:val="center"/>
          </w:tcPr>
          <w:p>
            <w:r>
              <w:rPr>
                <w:sz w:val="14"/>
              </w:rPr>
              <w:t>resp_rate_max_24h</w:t>
            </w:r>
          </w:p>
        </w:tc>
        <w:tc>
          <w:tcPr>
            <w:tcW w:type="dxa" w:w="936"/>
            <w:vAlign w:val="center"/>
          </w:tcPr>
          <w:p>
            <w:r>
              <w:rPr>
                <w:sz w:val="14"/>
              </w:rPr>
              <w:t>respiratory</w:t>
            </w:r>
          </w:p>
        </w:tc>
        <w:tc>
          <w:tcPr>
            <w:tcW w:type="dxa" w:w="936"/>
            <w:vAlign w:val="center"/>
          </w:tcPr>
          <w:p>
            <w:r>
              <w:rPr>
                <w:sz w:val="14"/>
              </w:rPr>
              <w:t>Maximum recorded value during first 24 h</w:t>
            </w:r>
          </w:p>
        </w:tc>
        <w:tc>
          <w:tcPr>
            <w:tcW w:type="dxa" w:w="936"/>
            <w:vAlign w:val="center"/>
          </w:tcPr>
          <w:p>
            <w:r>
              <w:rPr>
                <w:sz w:val="14"/>
              </w:rPr>
              <w:t>breaths or beats per min</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Resp rate mean</w:t>
            </w:r>
          </w:p>
        </w:tc>
        <w:tc>
          <w:tcPr>
            <w:tcW w:type="dxa" w:w="936"/>
            <w:vAlign w:val="center"/>
          </w:tcPr>
          <w:p>
            <w:r>
              <w:rPr>
                <w:sz w:val="14"/>
              </w:rPr>
              <w:t>resp_rate_mean_24h</w:t>
            </w:r>
          </w:p>
        </w:tc>
        <w:tc>
          <w:tcPr>
            <w:tcW w:type="dxa" w:w="936"/>
            <w:vAlign w:val="center"/>
          </w:tcPr>
          <w:p>
            <w:r>
              <w:rPr>
                <w:sz w:val="14"/>
              </w:rPr>
              <w:t>respiratory</w:t>
            </w:r>
          </w:p>
        </w:tc>
        <w:tc>
          <w:tcPr>
            <w:tcW w:type="dxa" w:w="936"/>
            <w:vAlign w:val="center"/>
          </w:tcPr>
          <w:p>
            <w:r>
              <w:rPr>
                <w:sz w:val="14"/>
              </w:rPr>
              <w:t>Mean of recorded values during first 24 h</w:t>
            </w:r>
          </w:p>
        </w:tc>
        <w:tc>
          <w:tcPr>
            <w:tcW w:type="dxa" w:w="936"/>
            <w:vAlign w:val="center"/>
          </w:tcPr>
          <w:p>
            <w:r>
              <w:rPr>
                <w:sz w:val="14"/>
              </w:rPr>
              <w:t>breaths or beats per min</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Rr set max</w:t>
            </w:r>
          </w:p>
        </w:tc>
        <w:tc>
          <w:tcPr>
            <w:tcW w:type="dxa" w:w="936"/>
            <w:vAlign w:val="center"/>
          </w:tcPr>
          <w:p>
            <w:r>
              <w:rPr>
                <w:sz w:val="14"/>
              </w:rPr>
              <w:t>rr_set_max_24h</w:t>
            </w:r>
          </w:p>
        </w:tc>
        <w:tc>
          <w:tcPr>
            <w:tcW w:type="dxa" w:w="936"/>
            <w:vAlign w:val="center"/>
          </w:tcPr>
          <w:p>
            <w:r>
              <w:rPr>
                <w:sz w:val="14"/>
              </w:rPr>
              <w:t>respiratory</w:t>
            </w:r>
          </w:p>
        </w:tc>
        <w:tc>
          <w:tcPr>
            <w:tcW w:type="dxa" w:w="936"/>
            <w:vAlign w:val="center"/>
          </w:tcPr>
          <w:p>
            <w:r>
              <w:rPr>
                <w:sz w:val="14"/>
              </w:rPr>
              <w:t>Maximum recorded value during first 24 h</w:t>
            </w:r>
          </w:p>
        </w:tc>
        <w:tc>
          <w:tcPr>
            <w:tcW w:type="dxa" w:w="936"/>
            <w:vAlign w:val="center"/>
          </w:tcPr>
          <w:p>
            <w:r>
              <w:rPr>
                <w:sz w:val="14"/>
              </w:rPr>
              <w:t>breaths or beats per min</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Rr set mean</w:t>
            </w:r>
          </w:p>
        </w:tc>
        <w:tc>
          <w:tcPr>
            <w:tcW w:type="dxa" w:w="936"/>
            <w:vAlign w:val="center"/>
          </w:tcPr>
          <w:p>
            <w:r>
              <w:rPr>
                <w:sz w:val="14"/>
              </w:rPr>
              <w:t>rr_set_mean_24h</w:t>
            </w:r>
          </w:p>
        </w:tc>
        <w:tc>
          <w:tcPr>
            <w:tcW w:type="dxa" w:w="936"/>
            <w:vAlign w:val="center"/>
          </w:tcPr>
          <w:p>
            <w:r>
              <w:rPr>
                <w:sz w:val="14"/>
              </w:rPr>
              <w:t>respiratory</w:t>
            </w:r>
          </w:p>
        </w:tc>
        <w:tc>
          <w:tcPr>
            <w:tcW w:type="dxa" w:w="936"/>
            <w:vAlign w:val="center"/>
          </w:tcPr>
          <w:p>
            <w:r>
              <w:rPr>
                <w:sz w:val="14"/>
              </w:rPr>
              <w:t>Mean of recorded values during first 24 h</w:t>
            </w:r>
          </w:p>
        </w:tc>
        <w:tc>
          <w:tcPr>
            <w:tcW w:type="dxa" w:w="936"/>
            <w:vAlign w:val="center"/>
          </w:tcPr>
          <w:p>
            <w:r>
              <w:rPr>
                <w:sz w:val="14"/>
              </w:rPr>
              <w:t>breaths or beats per min</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Sedative or opioid use</w:t>
            </w:r>
          </w:p>
        </w:tc>
        <w:tc>
          <w:tcPr>
            <w:tcW w:type="dxa" w:w="936"/>
            <w:vAlign w:val="center"/>
          </w:tcPr>
          <w:p>
            <w:r>
              <w:rPr>
                <w:sz w:val="14"/>
              </w:rPr>
              <w:t>sedative_or_opioid_use_24h</w:t>
            </w:r>
          </w:p>
        </w:tc>
        <w:tc>
          <w:tcPr>
            <w:tcW w:type="dxa" w:w="936"/>
            <w:vAlign w:val="center"/>
          </w:tcPr>
          <w:p>
            <w:r>
              <w:rPr>
                <w:sz w:val="14"/>
              </w:rPr>
              <w:t>neuro</w:t>
            </w:r>
          </w:p>
        </w:tc>
        <w:tc>
          <w:tcPr>
            <w:tcW w:type="dxa" w:w="936"/>
            <w:vAlign w:val="center"/>
          </w:tcPr>
          <w:p>
            <w:r>
              <w:rPr>
                <w:sz w:val="14"/>
              </w:rPr>
              <w:t>Any documented exposure during first 24 h</w:t>
            </w:r>
          </w:p>
        </w:tc>
        <w:tc>
          <w:tcPr>
            <w:tcW w:type="dxa" w:w="936"/>
            <w:vAlign w:val="center"/>
          </w:tcPr>
          <w:p>
            <w:r>
              <w:rPr>
                <w:sz w:val="14"/>
              </w:rPr>
              <w:t>NA</w:t>
            </w:r>
          </w:p>
        </w:tc>
        <w:tc>
          <w:tcPr>
            <w:tcW w:type="dxa" w:w="936"/>
            <w:vAlign w:val="center"/>
          </w:tcPr>
          <w:p>
            <w:r>
              <w:rPr>
                <w:sz w:val="14"/>
              </w:rPr>
              <w:t>MIMIC-IV/eICU neurologic assessment and medication/infusion records; local nursing and medication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Sepsis-3</w:t>
            </w:r>
          </w:p>
        </w:tc>
        <w:tc>
          <w:tcPr>
            <w:tcW w:type="dxa" w:w="936"/>
            <w:vAlign w:val="center"/>
          </w:tcPr>
          <w:p>
            <w:r>
              <w:rPr>
                <w:sz w:val="14"/>
              </w:rPr>
              <w:t>sepsis3</w:t>
            </w:r>
          </w:p>
        </w:tc>
        <w:tc>
          <w:tcPr>
            <w:tcW w:type="dxa" w:w="936"/>
            <w:vAlign w:val="center"/>
          </w:tcPr>
          <w:p>
            <w:r>
              <w:rPr>
                <w:sz w:val="14"/>
              </w:rPr>
              <w:t>circulation</w:t>
            </w:r>
          </w:p>
        </w:tc>
        <w:tc>
          <w:tcPr>
            <w:tcW w:type="dxa" w:w="936"/>
            <w:vAlign w:val="center"/>
          </w:tcPr>
          <w:p>
            <w:r>
              <w:rPr>
                <w:sz w:val="14"/>
              </w:rPr>
              <w:t>Baseline or admission-level variable</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Sodium max</w:t>
            </w:r>
          </w:p>
        </w:tc>
        <w:tc>
          <w:tcPr>
            <w:tcW w:type="dxa" w:w="936"/>
            <w:vAlign w:val="center"/>
          </w:tcPr>
          <w:p>
            <w:r>
              <w:rPr>
                <w:sz w:val="14"/>
              </w:rPr>
              <w:t>sodium_max_24h</w:t>
            </w:r>
          </w:p>
        </w:tc>
        <w:tc>
          <w:tcPr>
            <w:tcW w:type="dxa" w:w="936"/>
            <w:vAlign w:val="center"/>
          </w:tcPr>
          <w:p>
            <w:r>
              <w:rPr>
                <w:sz w:val="14"/>
              </w:rPr>
              <w:t>fluid_renal</w:t>
            </w:r>
          </w:p>
        </w:tc>
        <w:tc>
          <w:tcPr>
            <w:tcW w:type="dxa" w:w="936"/>
            <w:vAlign w:val="center"/>
          </w:tcPr>
          <w:p>
            <w:r>
              <w:rPr>
                <w:sz w:val="14"/>
              </w:rPr>
              <w:t>Maximum recorded value during first 24 h</w:t>
            </w:r>
          </w:p>
        </w:tc>
        <w:tc>
          <w:tcPr>
            <w:tcW w:type="dxa" w:w="936"/>
            <w:vAlign w:val="center"/>
          </w:tcPr>
          <w:p>
            <w:r>
              <w:rPr>
                <w:sz w:val="14"/>
              </w:rPr>
              <w:t>laboratory unit as harmonized in source database</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Sodium min</w:t>
            </w:r>
          </w:p>
        </w:tc>
        <w:tc>
          <w:tcPr>
            <w:tcW w:type="dxa" w:w="936"/>
            <w:vAlign w:val="center"/>
          </w:tcPr>
          <w:p>
            <w:r>
              <w:rPr>
                <w:sz w:val="14"/>
              </w:rPr>
              <w:t>sodium_min_24h</w:t>
            </w:r>
          </w:p>
        </w:tc>
        <w:tc>
          <w:tcPr>
            <w:tcW w:type="dxa" w:w="936"/>
            <w:vAlign w:val="center"/>
          </w:tcPr>
          <w:p>
            <w:r>
              <w:rPr>
                <w:sz w:val="14"/>
              </w:rPr>
              <w:t>fluid_renal</w:t>
            </w:r>
          </w:p>
        </w:tc>
        <w:tc>
          <w:tcPr>
            <w:tcW w:type="dxa" w:w="936"/>
            <w:vAlign w:val="center"/>
          </w:tcPr>
          <w:p>
            <w:r>
              <w:rPr>
                <w:sz w:val="14"/>
              </w:rPr>
              <w:t>Minimum recorded value during first 24 h</w:t>
            </w:r>
          </w:p>
        </w:tc>
        <w:tc>
          <w:tcPr>
            <w:tcW w:type="dxa" w:w="936"/>
            <w:vAlign w:val="center"/>
          </w:tcPr>
          <w:p>
            <w:r>
              <w:rPr>
                <w:sz w:val="14"/>
              </w:rPr>
              <w:t>laboratory unit as harmonized in source database</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SpO2 last</w:t>
            </w:r>
          </w:p>
        </w:tc>
        <w:tc>
          <w:tcPr>
            <w:tcW w:type="dxa" w:w="936"/>
            <w:vAlign w:val="center"/>
          </w:tcPr>
          <w:p>
            <w:r>
              <w:rPr>
                <w:sz w:val="14"/>
              </w:rPr>
              <w:t>spo2_last_24h</w:t>
            </w:r>
          </w:p>
        </w:tc>
        <w:tc>
          <w:tcPr>
            <w:tcW w:type="dxa" w:w="936"/>
            <w:vAlign w:val="center"/>
          </w:tcPr>
          <w:p>
            <w:r>
              <w:rPr>
                <w:sz w:val="14"/>
              </w:rPr>
              <w:t>respiratory</w:t>
            </w:r>
          </w:p>
        </w:tc>
        <w:tc>
          <w:tcPr>
            <w:tcW w:type="dxa" w:w="936"/>
            <w:vAlign w:val="center"/>
          </w:tcPr>
          <w:p>
            <w:r>
              <w:rPr>
                <w:sz w:val="14"/>
              </w:rPr>
              <w:t>Last recorded value during first 24 h</w:t>
            </w:r>
          </w:p>
        </w:tc>
        <w:tc>
          <w:tcPr>
            <w:tcW w:type="dxa" w:w="936"/>
            <w:vAlign w:val="center"/>
          </w:tcPr>
          <w:p>
            <w:r>
              <w:rPr>
                <w:sz w:val="14"/>
              </w:rPr>
              <w:t>NA</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SpO2 mean</w:t>
            </w:r>
          </w:p>
        </w:tc>
        <w:tc>
          <w:tcPr>
            <w:tcW w:type="dxa" w:w="936"/>
            <w:vAlign w:val="center"/>
          </w:tcPr>
          <w:p>
            <w:r>
              <w:rPr>
                <w:sz w:val="14"/>
              </w:rPr>
              <w:t>spo2_mean_24h</w:t>
            </w:r>
          </w:p>
        </w:tc>
        <w:tc>
          <w:tcPr>
            <w:tcW w:type="dxa" w:w="936"/>
            <w:vAlign w:val="center"/>
          </w:tcPr>
          <w:p>
            <w:r>
              <w:rPr>
                <w:sz w:val="14"/>
              </w:rPr>
              <w:t>respiratory</w:t>
            </w:r>
          </w:p>
        </w:tc>
        <w:tc>
          <w:tcPr>
            <w:tcW w:type="dxa" w:w="936"/>
            <w:vAlign w:val="center"/>
          </w:tcPr>
          <w:p>
            <w:r>
              <w:rPr>
                <w:sz w:val="14"/>
              </w:rPr>
              <w:t>Mean of recorded values during first 24 h</w:t>
            </w:r>
          </w:p>
        </w:tc>
        <w:tc>
          <w:tcPr>
            <w:tcW w:type="dxa" w:w="936"/>
            <w:vAlign w:val="center"/>
          </w:tcPr>
          <w:p>
            <w:r>
              <w:rPr>
                <w:sz w:val="14"/>
              </w:rPr>
              <w:t>NA</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SpO2 min</w:t>
            </w:r>
          </w:p>
        </w:tc>
        <w:tc>
          <w:tcPr>
            <w:tcW w:type="dxa" w:w="936"/>
            <w:vAlign w:val="center"/>
          </w:tcPr>
          <w:p>
            <w:r>
              <w:rPr>
                <w:sz w:val="14"/>
              </w:rPr>
              <w:t>spo2_min_24h</w:t>
            </w:r>
          </w:p>
        </w:tc>
        <w:tc>
          <w:tcPr>
            <w:tcW w:type="dxa" w:w="936"/>
            <w:vAlign w:val="center"/>
          </w:tcPr>
          <w:p>
            <w:r>
              <w:rPr>
                <w:sz w:val="14"/>
              </w:rPr>
              <w:t>respiratory</w:t>
            </w:r>
          </w:p>
        </w:tc>
        <w:tc>
          <w:tcPr>
            <w:tcW w:type="dxa" w:w="936"/>
            <w:vAlign w:val="center"/>
          </w:tcPr>
          <w:p>
            <w:r>
              <w:rPr>
                <w:sz w:val="14"/>
              </w:rPr>
              <w:t>Minimum recorded value during first 24 h</w:t>
            </w:r>
          </w:p>
        </w:tc>
        <w:tc>
          <w:tcPr>
            <w:tcW w:type="dxa" w:w="936"/>
            <w:vAlign w:val="center"/>
          </w:tcPr>
          <w:p>
            <w:r>
              <w:rPr>
                <w:sz w:val="14"/>
              </w:rPr>
              <w:t>NA</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Temperature max</w:t>
            </w:r>
          </w:p>
        </w:tc>
        <w:tc>
          <w:tcPr>
            <w:tcW w:type="dxa" w:w="936"/>
            <w:vAlign w:val="center"/>
          </w:tcPr>
          <w:p>
            <w:r>
              <w:rPr>
                <w:sz w:val="14"/>
              </w:rPr>
              <w:t>temperature_max_24h</w:t>
            </w:r>
          </w:p>
        </w:tc>
        <w:tc>
          <w:tcPr>
            <w:tcW w:type="dxa" w:w="936"/>
            <w:vAlign w:val="center"/>
          </w:tcPr>
          <w:p>
            <w:r>
              <w:rPr>
                <w:sz w:val="14"/>
              </w:rPr>
              <w:t>circulation</w:t>
            </w:r>
          </w:p>
        </w:tc>
        <w:tc>
          <w:tcPr>
            <w:tcW w:type="dxa" w:w="936"/>
            <w:vAlign w:val="center"/>
          </w:tcPr>
          <w:p>
            <w:r>
              <w:rPr>
                <w:sz w:val="14"/>
              </w:rPr>
              <w:t>Maximum recorded value during first 24 h</w:t>
            </w:r>
          </w:p>
        </w:tc>
        <w:tc>
          <w:tcPr>
            <w:tcW w:type="dxa" w:w="936"/>
            <w:vAlign w:val="center"/>
          </w:tcPr>
          <w:p>
            <w:r>
              <w:rPr>
                <w:sz w:val="14"/>
              </w:rPr>
              <w:t>degrees C</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Temperature mean</w:t>
            </w:r>
          </w:p>
        </w:tc>
        <w:tc>
          <w:tcPr>
            <w:tcW w:type="dxa" w:w="936"/>
            <w:vAlign w:val="center"/>
          </w:tcPr>
          <w:p>
            <w:r>
              <w:rPr>
                <w:sz w:val="14"/>
              </w:rPr>
              <w:t>temperature_mean_24h</w:t>
            </w:r>
          </w:p>
        </w:tc>
        <w:tc>
          <w:tcPr>
            <w:tcW w:type="dxa" w:w="936"/>
            <w:vAlign w:val="center"/>
          </w:tcPr>
          <w:p>
            <w:r>
              <w:rPr>
                <w:sz w:val="14"/>
              </w:rPr>
              <w:t>circulation</w:t>
            </w:r>
          </w:p>
        </w:tc>
        <w:tc>
          <w:tcPr>
            <w:tcW w:type="dxa" w:w="936"/>
            <w:vAlign w:val="center"/>
          </w:tcPr>
          <w:p>
            <w:r>
              <w:rPr>
                <w:sz w:val="14"/>
              </w:rPr>
              <w:t>Mean of recorded values during first 24 h</w:t>
            </w:r>
          </w:p>
        </w:tc>
        <w:tc>
          <w:tcPr>
            <w:tcW w:type="dxa" w:w="936"/>
            <w:vAlign w:val="center"/>
          </w:tcPr>
          <w:p>
            <w:r>
              <w:rPr>
                <w:sz w:val="14"/>
              </w:rPr>
              <w:t>degrees C</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Temperature min</w:t>
            </w:r>
          </w:p>
        </w:tc>
        <w:tc>
          <w:tcPr>
            <w:tcW w:type="dxa" w:w="936"/>
            <w:vAlign w:val="center"/>
          </w:tcPr>
          <w:p>
            <w:r>
              <w:rPr>
                <w:sz w:val="14"/>
              </w:rPr>
              <w:t>temperature_min_24h</w:t>
            </w:r>
          </w:p>
        </w:tc>
        <w:tc>
          <w:tcPr>
            <w:tcW w:type="dxa" w:w="936"/>
            <w:vAlign w:val="center"/>
          </w:tcPr>
          <w:p>
            <w:r>
              <w:rPr>
                <w:sz w:val="14"/>
              </w:rPr>
              <w:t>circulation</w:t>
            </w:r>
          </w:p>
        </w:tc>
        <w:tc>
          <w:tcPr>
            <w:tcW w:type="dxa" w:w="936"/>
            <w:vAlign w:val="center"/>
          </w:tcPr>
          <w:p>
            <w:r>
              <w:rPr>
                <w:sz w:val="14"/>
              </w:rPr>
              <w:t>Minimum recorded value during first 24 h</w:t>
            </w:r>
          </w:p>
        </w:tc>
        <w:tc>
          <w:tcPr>
            <w:tcW w:type="dxa" w:w="936"/>
            <w:vAlign w:val="center"/>
          </w:tcPr>
          <w:p>
            <w:r>
              <w:rPr>
                <w:sz w:val="14"/>
              </w:rPr>
              <w:t>degrees C</w:t>
            </w:r>
          </w:p>
        </w:tc>
        <w:tc>
          <w:tcPr>
            <w:tcW w:type="dxa" w:w="936"/>
            <w:vAlign w:val="center"/>
          </w:tcPr>
          <w:p>
            <w:r>
              <w:rPr>
                <w:sz w:val="14"/>
              </w:rPr>
              <w:t>MIMIC-IV/eICU vital sign charting; local ICU vital sign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Tidal volume set max</w:t>
            </w:r>
          </w:p>
        </w:tc>
        <w:tc>
          <w:tcPr>
            <w:tcW w:type="dxa" w:w="936"/>
            <w:vAlign w:val="center"/>
          </w:tcPr>
          <w:p>
            <w:r>
              <w:rPr>
                <w:sz w:val="14"/>
              </w:rPr>
              <w:t>tidal_volume_set_max_24h</w:t>
            </w:r>
          </w:p>
        </w:tc>
        <w:tc>
          <w:tcPr>
            <w:tcW w:type="dxa" w:w="936"/>
            <w:vAlign w:val="center"/>
          </w:tcPr>
          <w:p>
            <w:r>
              <w:rPr>
                <w:sz w:val="14"/>
              </w:rPr>
              <w:t>respiratory</w:t>
            </w:r>
          </w:p>
        </w:tc>
        <w:tc>
          <w:tcPr>
            <w:tcW w:type="dxa" w:w="936"/>
            <w:vAlign w:val="center"/>
          </w:tcPr>
          <w:p>
            <w:r>
              <w:rPr>
                <w:sz w:val="14"/>
              </w:rPr>
              <w:t>Maximum recorded value during first 24 h</w:t>
            </w:r>
          </w:p>
        </w:tc>
        <w:tc>
          <w:tcPr>
            <w:tcW w:type="dxa" w:w="936"/>
            <w:vAlign w:val="center"/>
          </w:tcPr>
          <w:p>
            <w:r>
              <w:rPr>
                <w:sz w:val="14"/>
              </w:rPr>
              <w:t>NA</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Tidal volume set mean</w:t>
            </w:r>
          </w:p>
        </w:tc>
        <w:tc>
          <w:tcPr>
            <w:tcW w:type="dxa" w:w="936"/>
            <w:vAlign w:val="center"/>
          </w:tcPr>
          <w:p>
            <w:r>
              <w:rPr>
                <w:sz w:val="14"/>
              </w:rPr>
              <w:t>tidal_volume_set_mean_24h</w:t>
            </w:r>
          </w:p>
        </w:tc>
        <w:tc>
          <w:tcPr>
            <w:tcW w:type="dxa" w:w="936"/>
            <w:vAlign w:val="center"/>
          </w:tcPr>
          <w:p>
            <w:r>
              <w:rPr>
                <w:sz w:val="14"/>
              </w:rPr>
              <w:t>respiratory</w:t>
            </w:r>
          </w:p>
        </w:tc>
        <w:tc>
          <w:tcPr>
            <w:tcW w:type="dxa" w:w="936"/>
            <w:vAlign w:val="center"/>
          </w:tcPr>
          <w:p>
            <w:r>
              <w:rPr>
                <w:sz w:val="14"/>
              </w:rPr>
              <w:t>Mean of recorded values during first 24 h</w:t>
            </w:r>
          </w:p>
        </w:tc>
        <w:tc>
          <w:tcPr>
            <w:tcW w:type="dxa" w:w="936"/>
            <w:vAlign w:val="center"/>
          </w:tcPr>
          <w:p>
            <w:r>
              <w:rPr>
                <w:sz w:val="14"/>
              </w:rPr>
              <w:t>NA</w:t>
            </w:r>
          </w:p>
        </w:tc>
        <w:tc>
          <w:tcPr>
            <w:tcW w:type="dxa" w:w="936"/>
            <w:vAlign w:val="center"/>
          </w:tcPr>
          <w:p>
            <w:r>
              <w:rPr>
                <w:sz w:val="14"/>
              </w:rPr>
              <w:t>MIMIC-IV/eICU ventilator and respiratory charting; local ventilator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Urine output, total</w:t>
            </w:r>
          </w:p>
        </w:tc>
        <w:tc>
          <w:tcPr>
            <w:tcW w:type="dxa" w:w="936"/>
            <w:vAlign w:val="center"/>
          </w:tcPr>
          <w:p>
            <w:r>
              <w:rPr>
                <w:sz w:val="14"/>
              </w:rPr>
              <w:t>urine_output_total_24h</w:t>
            </w:r>
          </w:p>
        </w:tc>
        <w:tc>
          <w:tcPr>
            <w:tcW w:type="dxa" w:w="936"/>
            <w:vAlign w:val="center"/>
          </w:tcPr>
          <w:p>
            <w:r>
              <w:rPr>
                <w:sz w:val="14"/>
              </w:rPr>
              <w:t>fluid_renal</w:t>
            </w:r>
          </w:p>
        </w:tc>
        <w:tc>
          <w:tcPr>
            <w:tcW w:type="dxa" w:w="936"/>
            <w:vAlign w:val="center"/>
          </w:tcPr>
          <w:p>
            <w:r>
              <w:rPr>
                <w:sz w:val="14"/>
              </w:rPr>
              <w:t>Total during first 24 h</w:t>
            </w:r>
          </w:p>
        </w:tc>
        <w:tc>
          <w:tcPr>
            <w:tcW w:type="dxa" w:w="936"/>
            <w:vAlign w:val="center"/>
          </w:tcPr>
          <w:p>
            <w:r>
              <w:rPr>
                <w:sz w:val="14"/>
              </w:rPr>
              <w:t>mL</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Vasoactive drug use</w:t>
            </w:r>
          </w:p>
        </w:tc>
        <w:tc>
          <w:tcPr>
            <w:tcW w:type="dxa" w:w="936"/>
            <w:vAlign w:val="center"/>
          </w:tcPr>
          <w:p>
            <w:r>
              <w:rPr>
                <w:sz w:val="14"/>
              </w:rPr>
              <w:t>vasopressor_use_24h</w:t>
            </w:r>
          </w:p>
        </w:tc>
        <w:tc>
          <w:tcPr>
            <w:tcW w:type="dxa" w:w="936"/>
            <w:vAlign w:val="center"/>
          </w:tcPr>
          <w:p>
            <w:r>
              <w:rPr>
                <w:sz w:val="14"/>
              </w:rPr>
              <w:t>circulation</w:t>
            </w:r>
          </w:p>
        </w:tc>
        <w:tc>
          <w:tcPr>
            <w:tcW w:type="dxa" w:w="936"/>
            <w:vAlign w:val="center"/>
          </w:tcPr>
          <w:p>
            <w:r>
              <w:rPr>
                <w:sz w:val="14"/>
              </w:rPr>
              <w:t>Any documented exposure during first 24 h</w:t>
            </w:r>
          </w:p>
        </w:tc>
        <w:tc>
          <w:tcPr>
            <w:tcW w:type="dxa" w:w="936"/>
            <w:vAlign w:val="center"/>
          </w:tcPr>
          <w:p>
            <w:r>
              <w:rPr>
                <w:sz w:val="14"/>
              </w:rPr>
              <w:t>NA</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White blood cell count max</w:t>
            </w:r>
          </w:p>
        </w:tc>
        <w:tc>
          <w:tcPr>
            <w:tcW w:type="dxa" w:w="936"/>
            <w:vAlign w:val="center"/>
          </w:tcPr>
          <w:p>
            <w:r>
              <w:rPr>
                <w:sz w:val="14"/>
              </w:rPr>
              <w:t>wbc_max_24h</w:t>
            </w:r>
          </w:p>
        </w:tc>
        <w:tc>
          <w:tcPr>
            <w:tcW w:type="dxa" w:w="936"/>
            <w:vAlign w:val="center"/>
          </w:tcPr>
          <w:p>
            <w:r>
              <w:rPr>
                <w:sz w:val="14"/>
              </w:rPr>
              <w:t>fluid_renal</w:t>
            </w:r>
          </w:p>
        </w:tc>
        <w:tc>
          <w:tcPr>
            <w:tcW w:type="dxa" w:w="936"/>
            <w:vAlign w:val="center"/>
          </w:tcPr>
          <w:p>
            <w:r>
              <w:rPr>
                <w:sz w:val="14"/>
              </w:rPr>
              <w:t>Maximum recorded value during first 24 h</w:t>
            </w:r>
          </w:p>
        </w:tc>
        <w:tc>
          <w:tcPr>
            <w:tcW w:type="dxa" w:w="936"/>
            <w:vAlign w:val="center"/>
          </w:tcPr>
          <w:p>
            <w:r>
              <w:rPr>
                <w:sz w:val="14"/>
              </w:rPr>
              <w:t>NA</w:t>
            </w:r>
          </w:p>
        </w:tc>
        <w:tc>
          <w:tcPr>
            <w:tcW w:type="dxa" w:w="936"/>
            <w:vAlign w:val="center"/>
          </w:tcPr>
          <w:p>
            <w:r>
              <w:rPr>
                <w:sz w:val="14"/>
              </w:rPr>
              <w:t>MIMIC-IV/eICU input-output and laboratory tables; local fluid balance and laboratory records</w:t>
            </w:r>
          </w:p>
        </w:tc>
        <w:tc>
          <w:tcPr>
            <w:tcW w:type="dxa" w:w="936"/>
            <w:vAlign w:val="center"/>
          </w:tcPr>
          <w:p>
            <w:r>
              <w:rPr>
                <w:sz w:val="14"/>
              </w:rPr>
              <w:t>Yes</w:t>
            </w:r>
          </w:p>
        </w:tc>
        <w:tc>
          <w:tcPr>
            <w:tcW w:type="dxa" w:w="936"/>
            <w:vAlign w:val="center"/>
          </w:tcPr>
          <w:p>
            <w:r>
              <w:rPr>
                <w:sz w:val="14"/>
              </w:rPr>
              <w:t>No</w:t>
            </w:r>
          </w:p>
        </w:tc>
        <w:tc>
          <w:tcPr>
            <w:tcW w:type="dxa" w:w="936"/>
            <w:vAlign w:val="center"/>
          </w:tcPr>
          <w:p>
            <w:r>
              <w:rPr>
                <w:sz w:val="14"/>
              </w:rPr>
              <w:t>No</w:t>
            </w:r>
          </w:p>
        </w:tc>
        <w:tc>
          <w:tcPr>
            <w:tcW w:type="dxa" w:w="936"/>
            <w:vAlign w:val="center"/>
          </w:tcPr>
          <w:p>
            <w:r>
              <w:rPr>
                <w:sz w:val="14"/>
              </w:rPr>
              <w:t>Yes, if missing in development data</w:t>
            </w:r>
          </w:p>
        </w:tc>
      </w:tr>
      <w:tr>
        <w:tc>
          <w:tcPr>
            <w:tcW w:type="dxa" w:w="936"/>
            <w:vAlign w:val="center"/>
          </w:tcPr>
          <w:p>
            <w:r>
              <w:rPr>
                <w:sz w:val="14"/>
              </w:rPr>
              <w:t>Weight</w:t>
            </w:r>
          </w:p>
        </w:tc>
        <w:tc>
          <w:tcPr>
            <w:tcW w:type="dxa" w:w="936"/>
            <w:vAlign w:val="center"/>
          </w:tcPr>
          <w:p>
            <w:r>
              <w:rPr>
                <w:sz w:val="14"/>
              </w:rPr>
              <w:t>weight</w:t>
            </w:r>
          </w:p>
        </w:tc>
        <w:tc>
          <w:tcPr>
            <w:tcW w:type="dxa" w:w="936"/>
            <w:vAlign w:val="center"/>
          </w:tcPr>
          <w:p>
            <w:r>
              <w:rPr>
                <w:sz w:val="14"/>
              </w:rPr>
              <w:t>baseline_other</w:t>
            </w:r>
          </w:p>
        </w:tc>
        <w:tc>
          <w:tcPr>
            <w:tcW w:type="dxa" w:w="936"/>
            <w:vAlign w:val="center"/>
          </w:tcPr>
          <w:p>
            <w:r>
              <w:rPr>
                <w:sz w:val="14"/>
              </w:rPr>
              <w:t>Baseline or admission-level variable</w:t>
            </w:r>
          </w:p>
        </w:tc>
        <w:tc>
          <w:tcPr>
            <w:tcW w:type="dxa" w:w="936"/>
            <w:vAlign w:val="center"/>
          </w:tcPr>
          <w:p>
            <w:r>
              <w:rPr>
                <w:sz w:val="14"/>
              </w:rPr>
              <w:t>kg</w:t>
            </w:r>
          </w:p>
        </w:tc>
        <w:tc>
          <w:tcPr>
            <w:tcW w:type="dxa" w:w="936"/>
            <w:vAlign w:val="center"/>
          </w:tcPr>
          <w:p>
            <w:r>
              <w:rPr>
                <w:sz w:val="14"/>
              </w:rPr>
              <w:t>MIMIC-IV/eICU demographic, admission, diagnosis, or ICU-stay tables; local structured clinical extraction</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w:t>
            </w:r>
          </w:p>
        </w:tc>
        <w:tc>
          <w:tcPr>
            <w:tcW w:type="dxa" w:w="936"/>
            <w:vAlign w:val="center"/>
          </w:tcPr>
          <w:p>
            <w:r>
              <w:rPr>
                <w:sz w:val="14"/>
              </w:rPr>
              <w:t>Yes, if missing in development data</w:t>
            </w:r>
          </w:p>
        </w:tc>
      </w:tr>
    </w:tbl>
    <w:sectPr w:rsidR="008B5324" w:rsidRPr="00D70064" w:rsidSect="000346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24E53" w14:textId="77777777" w:rsidR="004351F6" w:rsidRDefault="004351F6" w:rsidP="00D70064">
      <w:pPr>
        <w:spacing w:after="0" w:line="240" w:lineRule="auto"/>
      </w:pPr>
      <w:r>
        <w:separator/>
      </w:r>
    </w:p>
  </w:endnote>
  <w:endnote w:type="continuationSeparator" w:id="0">
    <w:p w14:paraId="2AE9C1EA" w14:textId="77777777" w:rsidR="004351F6" w:rsidRDefault="004351F6" w:rsidP="00D7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BCCF1" w14:textId="77777777" w:rsidR="004351F6" w:rsidRDefault="004351F6" w:rsidP="00D70064">
      <w:pPr>
        <w:spacing w:after="0" w:line="240" w:lineRule="auto"/>
      </w:pPr>
      <w:r>
        <w:separator/>
      </w:r>
    </w:p>
  </w:footnote>
  <w:footnote w:type="continuationSeparator" w:id="0">
    <w:p w14:paraId="4E9F527C" w14:textId="77777777" w:rsidR="004351F6" w:rsidRDefault="004351F6" w:rsidP="00D70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44714535">
    <w:abstractNumId w:val="8"/>
  </w:num>
  <w:num w:numId="2" w16cid:durableId="1057821186">
    <w:abstractNumId w:val="6"/>
  </w:num>
  <w:num w:numId="3" w16cid:durableId="888616743">
    <w:abstractNumId w:val="5"/>
  </w:num>
  <w:num w:numId="4" w16cid:durableId="845750944">
    <w:abstractNumId w:val="4"/>
  </w:num>
  <w:num w:numId="5" w16cid:durableId="501356586">
    <w:abstractNumId w:val="7"/>
  </w:num>
  <w:num w:numId="6" w16cid:durableId="1171481639">
    <w:abstractNumId w:val="3"/>
  </w:num>
  <w:num w:numId="7" w16cid:durableId="1399480437">
    <w:abstractNumId w:val="2"/>
  </w:num>
  <w:num w:numId="8" w16cid:durableId="86273650">
    <w:abstractNumId w:val="1"/>
  </w:num>
  <w:num w:numId="9" w16cid:durableId="1655525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F4E7C"/>
    <w:rsid w:val="004351F6"/>
    <w:rsid w:val="008B5324"/>
    <w:rsid w:val="00AA1D8D"/>
    <w:rsid w:val="00B47730"/>
    <w:rsid w:val="00CB0664"/>
    <w:rsid w:val="00D700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017964"/>
  <w14:defaultImageDpi w14:val="300"/>
  <w15:docId w15:val="{353B1961-B4E7-4137-81B4-94C83C1C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1420</Words>
  <Characters>7671</Characters>
  <Application>Microsoft Office Word</Application>
  <DocSecurity>0</DocSecurity>
  <Lines>958</Lines>
  <Paragraphs>909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tables</dc:title>
  <dc:subject/>
  <dc:creator>Yuanyuan Zhang; Haiqing Wang</dc:creator>
  <cp:keywords/>
  <dc:description/>
  <cp:lastModifiedBy>ke yang</cp:lastModifiedBy>
  <cp:revision>2</cp:revision>
  <dcterms:created xsi:type="dcterms:W3CDTF">2013-12-23T23:15:00Z</dcterms:created>
  <dcterms:modified xsi:type="dcterms:W3CDTF">2026-07-04T13:13:00Z</dcterms:modified>
  <cp:category/>
</cp:coreProperties>
</file>