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D3E4E" w14:textId="019C2166" w:rsidR="00727007" w:rsidRPr="009D32BA" w:rsidRDefault="00000000">
      <w:pPr>
        <w:pStyle w:val="Heading2"/>
        <w:rPr>
          <w:color w:val="4BACC6" w:themeColor="accent5"/>
        </w:rPr>
      </w:pPr>
      <w:r w:rsidRPr="009D32BA">
        <w:rPr>
          <w:color w:val="4BACC6" w:themeColor="accent5"/>
        </w:rPr>
        <w:t>QUESTIONNAIRE</w:t>
      </w:r>
      <w:r w:rsidR="001915DE" w:rsidRPr="009D32BA">
        <w:rPr>
          <w:color w:val="4BACC6" w:themeColor="accent5"/>
        </w:rPr>
        <w:t xml:space="preserve"> IN ENGLISH</w:t>
      </w:r>
    </w:p>
    <w:p w14:paraId="273BE58B" w14:textId="77777777" w:rsidR="00727007" w:rsidRDefault="00000000">
      <w:r>
        <w:t>This questionnaire will take 20-30 minutes to fill. Feel free to provide answers to questions as accurate as possible.</w:t>
      </w:r>
    </w:p>
    <w:p w14:paraId="3FE1C99B" w14:textId="77777777" w:rsidR="00727007" w:rsidRDefault="00000000">
      <w:r>
        <w:t xml:space="preserve">Participant No.: _____ </w:t>
      </w:r>
      <w:r>
        <w:tab/>
      </w:r>
      <w:r>
        <w:tab/>
        <w:t xml:space="preserve">Participant Initials: _______ </w:t>
      </w:r>
      <w:r>
        <w:tab/>
        <w:t>Date of survey: _________</w:t>
      </w:r>
    </w:p>
    <w:p w14:paraId="54001D6B" w14:textId="57ED92AB" w:rsidR="00727007" w:rsidRPr="009D32BA" w:rsidRDefault="007C2435">
      <w:pPr>
        <w:pStyle w:val="Heading3"/>
        <w:rPr>
          <w:color w:val="4BACC6" w:themeColor="accent5"/>
        </w:rPr>
      </w:pPr>
      <w:r w:rsidRPr="009D32BA">
        <w:rPr>
          <w:color w:val="4BACC6" w:themeColor="accent5"/>
        </w:rPr>
        <w:t>SECTION I: SOCIODEMOGRAPHIC, BEHAVIORAL AND CLINICAL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727007" w14:paraId="4C2344E6" w14:textId="77777777" w:rsidTr="009632F6">
        <w:tc>
          <w:tcPr>
            <w:tcW w:w="4315" w:type="dxa"/>
          </w:tcPr>
          <w:p w14:paraId="2375711B" w14:textId="77777777" w:rsidR="00727007" w:rsidRDefault="00000000">
            <w:r>
              <w:t>Question</w:t>
            </w:r>
          </w:p>
        </w:tc>
        <w:tc>
          <w:tcPr>
            <w:tcW w:w="4315" w:type="dxa"/>
          </w:tcPr>
          <w:p w14:paraId="6B80ED7A" w14:textId="77777777" w:rsidR="00727007" w:rsidRDefault="00000000">
            <w:r>
              <w:t>Answer</w:t>
            </w:r>
          </w:p>
        </w:tc>
      </w:tr>
      <w:tr w:rsidR="00727007" w14:paraId="22E78FA8" w14:textId="77777777" w:rsidTr="009632F6">
        <w:tc>
          <w:tcPr>
            <w:tcW w:w="4315" w:type="dxa"/>
          </w:tcPr>
          <w:p w14:paraId="001714D5" w14:textId="77777777" w:rsidR="00727007" w:rsidRDefault="00000000">
            <w:r>
              <w:t>Age</w:t>
            </w:r>
          </w:p>
        </w:tc>
        <w:tc>
          <w:tcPr>
            <w:tcW w:w="4315" w:type="dxa"/>
          </w:tcPr>
          <w:p w14:paraId="1086EABA" w14:textId="77777777" w:rsidR="00727007" w:rsidRDefault="00000000">
            <w:r>
              <w:t>________</w:t>
            </w:r>
          </w:p>
        </w:tc>
      </w:tr>
      <w:tr w:rsidR="00727007" w14:paraId="6E3220D7" w14:textId="77777777" w:rsidTr="009632F6">
        <w:tc>
          <w:tcPr>
            <w:tcW w:w="4315" w:type="dxa"/>
          </w:tcPr>
          <w:p w14:paraId="287ED600" w14:textId="77777777" w:rsidR="00727007" w:rsidRDefault="00000000">
            <w:r>
              <w:t>Sex</w:t>
            </w:r>
          </w:p>
        </w:tc>
        <w:tc>
          <w:tcPr>
            <w:tcW w:w="4315" w:type="dxa"/>
          </w:tcPr>
          <w:p w14:paraId="24E48795" w14:textId="77777777" w:rsidR="00727007" w:rsidRDefault="00000000">
            <w:r>
              <w:t xml:space="preserve">[ </w:t>
            </w:r>
            <w:proofErr w:type="gramStart"/>
            <w:r>
              <w:t xml:space="preserve">  ]</w:t>
            </w:r>
            <w:proofErr w:type="gramEnd"/>
            <w:r>
              <w:t xml:space="preserve"> Male               </w:t>
            </w:r>
            <w:proofErr w:type="gramStart"/>
            <w:r>
              <w:t xml:space="preserve">   [</w:t>
            </w:r>
            <w:proofErr w:type="gramEnd"/>
            <w:r>
              <w:t xml:space="preserve"> </w:t>
            </w:r>
            <w:proofErr w:type="gramStart"/>
            <w:r>
              <w:t xml:space="preserve">  ]</w:t>
            </w:r>
            <w:proofErr w:type="gramEnd"/>
            <w:r>
              <w:t xml:space="preserve"> Female</w:t>
            </w:r>
          </w:p>
        </w:tc>
      </w:tr>
      <w:tr w:rsidR="00727007" w14:paraId="28153728" w14:textId="77777777" w:rsidTr="009632F6">
        <w:tc>
          <w:tcPr>
            <w:tcW w:w="4315" w:type="dxa"/>
          </w:tcPr>
          <w:p w14:paraId="1422BD69" w14:textId="77777777" w:rsidR="00727007" w:rsidRDefault="00000000">
            <w:r>
              <w:t>Education level</w:t>
            </w:r>
          </w:p>
        </w:tc>
        <w:tc>
          <w:tcPr>
            <w:tcW w:w="4315" w:type="dxa"/>
          </w:tcPr>
          <w:p w14:paraId="13C92ECD" w14:textId="77777777" w:rsidR="00727007" w:rsidRDefault="00000000">
            <w:proofErr w:type="gramStart"/>
            <w:r>
              <w:t>[ ]</w:t>
            </w:r>
            <w:proofErr w:type="gramEnd"/>
            <w:r>
              <w:t xml:space="preserve"> None</w:t>
            </w:r>
            <w:proofErr w:type="gramStart"/>
            <w:r>
              <w:t xml:space="preserve">   [</w:t>
            </w:r>
            <w:proofErr w:type="gramEnd"/>
            <w:r>
              <w:t xml:space="preserve"> ] </w:t>
            </w:r>
            <w:proofErr w:type="gramStart"/>
            <w:r>
              <w:t>Primary  [ ]Secondary</w:t>
            </w:r>
            <w:proofErr w:type="gramEnd"/>
            <w:r>
              <w:t xml:space="preserve">  </w:t>
            </w:r>
            <w:proofErr w:type="gramStart"/>
            <w:r>
              <w:t>[ ]</w:t>
            </w:r>
            <w:proofErr w:type="gramEnd"/>
            <w:r>
              <w:t xml:space="preserve"> Tertiary</w:t>
            </w:r>
          </w:p>
        </w:tc>
      </w:tr>
      <w:tr w:rsidR="00727007" w14:paraId="25C266BB" w14:textId="77777777" w:rsidTr="009632F6">
        <w:tc>
          <w:tcPr>
            <w:tcW w:w="4315" w:type="dxa"/>
          </w:tcPr>
          <w:p w14:paraId="50F1B459" w14:textId="77777777" w:rsidR="00727007" w:rsidRDefault="00000000">
            <w:r>
              <w:t>Employment Status</w:t>
            </w:r>
          </w:p>
        </w:tc>
        <w:tc>
          <w:tcPr>
            <w:tcW w:w="4315" w:type="dxa"/>
          </w:tcPr>
          <w:p w14:paraId="63A0AAB9" w14:textId="77777777" w:rsidR="00727007" w:rsidRDefault="00000000">
            <w:proofErr w:type="gramStart"/>
            <w:r>
              <w:t>[ ]</w:t>
            </w:r>
            <w:proofErr w:type="gramEnd"/>
            <w:r>
              <w:t xml:space="preserve"> Employed</w:t>
            </w:r>
            <w:proofErr w:type="gramStart"/>
            <w:r>
              <w:t xml:space="preserve">   [</w:t>
            </w:r>
            <w:proofErr w:type="gramEnd"/>
            <w:r>
              <w:t xml:space="preserve"> ] Unemployed</w:t>
            </w:r>
            <w:proofErr w:type="gramStart"/>
            <w:r>
              <w:t xml:space="preserve">   [</w:t>
            </w:r>
            <w:proofErr w:type="gramEnd"/>
            <w:r>
              <w:t xml:space="preserve"> ] Student</w:t>
            </w:r>
            <w:proofErr w:type="gramStart"/>
            <w:r>
              <w:t xml:space="preserve">   [</w:t>
            </w:r>
            <w:proofErr w:type="gramEnd"/>
            <w:r>
              <w:t xml:space="preserve"> ] Retired </w:t>
            </w:r>
            <w:r>
              <w:br/>
              <w:t xml:space="preserve"> </w:t>
            </w:r>
            <w:proofErr w:type="gramStart"/>
            <w:r>
              <w:t>[  ]</w:t>
            </w:r>
            <w:proofErr w:type="gramEnd"/>
            <w:r>
              <w:t xml:space="preserve"> Others</w:t>
            </w:r>
          </w:p>
        </w:tc>
      </w:tr>
      <w:tr w:rsidR="00727007" w14:paraId="18A834B1" w14:textId="77777777" w:rsidTr="009632F6">
        <w:tc>
          <w:tcPr>
            <w:tcW w:w="4315" w:type="dxa"/>
          </w:tcPr>
          <w:p w14:paraId="2DEBE083" w14:textId="77777777" w:rsidR="00727007" w:rsidRDefault="00000000">
            <w:r>
              <w:t>Tobacco use</w:t>
            </w:r>
          </w:p>
        </w:tc>
        <w:tc>
          <w:tcPr>
            <w:tcW w:w="4315" w:type="dxa"/>
          </w:tcPr>
          <w:p w14:paraId="4D10CD7E" w14:textId="77777777" w:rsidR="00727007" w:rsidRDefault="00000000">
            <w:proofErr w:type="gramStart"/>
            <w:r>
              <w:t>[  ]</w:t>
            </w:r>
            <w:proofErr w:type="gramEnd"/>
            <w:r>
              <w:t xml:space="preserve">Yes  </w:t>
            </w:r>
            <w:proofErr w:type="gramStart"/>
            <w:r>
              <w:t xml:space="preserve">   [  ]No</w:t>
            </w:r>
            <w:proofErr w:type="gramEnd"/>
          </w:p>
        </w:tc>
      </w:tr>
      <w:tr w:rsidR="00727007" w14:paraId="77443ADE" w14:textId="77777777" w:rsidTr="009632F6">
        <w:tc>
          <w:tcPr>
            <w:tcW w:w="4315" w:type="dxa"/>
          </w:tcPr>
          <w:p w14:paraId="07FA1C95" w14:textId="77777777" w:rsidR="00727007" w:rsidRDefault="00000000">
            <w:r>
              <w:t>Alcohol use</w:t>
            </w:r>
          </w:p>
        </w:tc>
        <w:tc>
          <w:tcPr>
            <w:tcW w:w="4315" w:type="dxa"/>
          </w:tcPr>
          <w:p w14:paraId="21272F09" w14:textId="77777777" w:rsidR="00727007" w:rsidRDefault="00000000">
            <w:proofErr w:type="gramStart"/>
            <w:r>
              <w:t>[ ]</w:t>
            </w:r>
            <w:proofErr w:type="gramEnd"/>
            <w:r>
              <w:t xml:space="preserve"> Yes </w:t>
            </w:r>
            <w:proofErr w:type="gramStart"/>
            <w:r>
              <w:t>[  ]</w:t>
            </w:r>
            <w:proofErr w:type="gramEnd"/>
            <w:r>
              <w:t xml:space="preserve"> No</w:t>
            </w:r>
          </w:p>
        </w:tc>
      </w:tr>
      <w:tr w:rsidR="00727007" w14:paraId="2BA57BBC" w14:textId="77777777" w:rsidTr="009632F6">
        <w:tc>
          <w:tcPr>
            <w:tcW w:w="4315" w:type="dxa"/>
          </w:tcPr>
          <w:p w14:paraId="0F93453F" w14:textId="77777777" w:rsidR="00727007" w:rsidRDefault="00000000">
            <w:r>
              <w:t>Treatment modality</w:t>
            </w:r>
          </w:p>
        </w:tc>
        <w:tc>
          <w:tcPr>
            <w:tcW w:w="4315" w:type="dxa"/>
          </w:tcPr>
          <w:p w14:paraId="1FD43943" w14:textId="12914780" w:rsidR="00727007" w:rsidRDefault="00000000">
            <w:proofErr w:type="gramStart"/>
            <w:r>
              <w:t>[ ]</w:t>
            </w:r>
            <w:proofErr w:type="gramEnd"/>
            <w:r>
              <w:t xml:space="preserve"> </w:t>
            </w:r>
            <w:r w:rsidR="00C86B0F">
              <w:t xml:space="preserve">Rigid </w:t>
            </w:r>
            <w:r>
              <w:t xml:space="preserve">Open Reduction </w:t>
            </w:r>
            <w:proofErr w:type="gramStart"/>
            <w:r w:rsidR="00C86B0F">
              <w:t>[  ]</w:t>
            </w:r>
            <w:proofErr w:type="gramEnd"/>
            <w:r w:rsidR="00C86B0F">
              <w:t>Semi-rigid open reduction</w:t>
            </w:r>
            <w:r>
              <w:t xml:space="preserve"> </w:t>
            </w:r>
            <w:proofErr w:type="gramStart"/>
            <w:r>
              <w:t>[ ]</w:t>
            </w:r>
            <w:proofErr w:type="gramEnd"/>
            <w:r>
              <w:t xml:space="preserve"> Closed reduction</w:t>
            </w:r>
          </w:p>
        </w:tc>
      </w:tr>
      <w:tr w:rsidR="00727007" w14:paraId="68D809CF" w14:textId="77777777" w:rsidTr="009632F6">
        <w:tc>
          <w:tcPr>
            <w:tcW w:w="4315" w:type="dxa"/>
          </w:tcPr>
          <w:p w14:paraId="06889E36" w14:textId="77777777" w:rsidR="00727007" w:rsidRDefault="00000000">
            <w:r>
              <w:t>Time to treatment</w:t>
            </w:r>
          </w:p>
        </w:tc>
        <w:tc>
          <w:tcPr>
            <w:tcW w:w="4315" w:type="dxa"/>
          </w:tcPr>
          <w:p w14:paraId="422A38F6" w14:textId="77777777" w:rsidR="00727007" w:rsidRDefault="00000000">
            <w:proofErr w:type="gramStart"/>
            <w:r>
              <w:t>[  ]</w:t>
            </w:r>
            <w:proofErr w:type="gramEnd"/>
            <w:r>
              <w:t xml:space="preserve">1-2 Days </w:t>
            </w:r>
            <w:proofErr w:type="gramStart"/>
            <w:r>
              <w:t>[  ]</w:t>
            </w:r>
            <w:proofErr w:type="gramEnd"/>
            <w:r>
              <w:t xml:space="preserve"> 3-4 days </w:t>
            </w:r>
            <w:proofErr w:type="gramStart"/>
            <w:r>
              <w:t>[  ]</w:t>
            </w:r>
            <w:proofErr w:type="gramEnd"/>
            <w:r>
              <w:t xml:space="preserve"> 5-7 days</w:t>
            </w:r>
          </w:p>
        </w:tc>
      </w:tr>
      <w:tr w:rsidR="003A0959" w14:paraId="7F32D044" w14:textId="77777777" w:rsidTr="009632F6">
        <w:tc>
          <w:tcPr>
            <w:tcW w:w="4315" w:type="dxa"/>
          </w:tcPr>
          <w:p w14:paraId="1933D922" w14:textId="77777777" w:rsidR="003A0959" w:rsidRDefault="003A0959" w:rsidP="003A0959">
            <w:r>
              <w:t>Compared to how you were before the injury, how would</w:t>
            </w:r>
          </w:p>
          <w:p w14:paraId="751DBC19" w14:textId="77777777" w:rsidR="003A0959" w:rsidRDefault="003A0959" w:rsidP="003A0959">
            <w:r>
              <w:t>you describe the health of your teeth and</w:t>
            </w:r>
          </w:p>
          <w:p w14:paraId="5BE2759D" w14:textId="10C6079E" w:rsidR="003A0959" w:rsidRDefault="003A0959" w:rsidP="003A0959">
            <w:r>
              <w:t>mouth now?</w:t>
            </w:r>
          </w:p>
        </w:tc>
        <w:tc>
          <w:tcPr>
            <w:tcW w:w="4315" w:type="dxa"/>
          </w:tcPr>
          <w:p w14:paraId="0F1DDD95" w14:textId="77777777" w:rsidR="003A0959" w:rsidRDefault="007A1EEE" w:rsidP="003A0959">
            <w:proofErr w:type="gramStart"/>
            <w:r>
              <w:t>[ ]Much</w:t>
            </w:r>
            <w:proofErr w:type="gramEnd"/>
            <w:r>
              <w:t xml:space="preserve"> </w:t>
            </w:r>
            <w:proofErr w:type="gramStart"/>
            <w:r>
              <w:t>better  [ ]Somewhat</w:t>
            </w:r>
            <w:proofErr w:type="gramEnd"/>
            <w:r>
              <w:t xml:space="preserve"> better</w:t>
            </w:r>
          </w:p>
          <w:p w14:paraId="34172EB5" w14:textId="77777777" w:rsidR="007A1EEE" w:rsidRDefault="007A1EEE" w:rsidP="003A0959">
            <w:proofErr w:type="gramStart"/>
            <w:r>
              <w:t>[ ]About</w:t>
            </w:r>
            <w:proofErr w:type="gramEnd"/>
            <w:r>
              <w:t xml:space="preserve"> the same </w:t>
            </w:r>
            <w:proofErr w:type="gramStart"/>
            <w:r>
              <w:t>[ ]</w:t>
            </w:r>
            <w:proofErr w:type="spellStart"/>
            <w:r>
              <w:t>Some</w:t>
            </w:r>
            <w:proofErr w:type="gramEnd"/>
            <w:r>
              <w:t xml:space="preserve"> what</w:t>
            </w:r>
            <w:proofErr w:type="spellEnd"/>
            <w:r>
              <w:t xml:space="preserve"> worse</w:t>
            </w:r>
          </w:p>
          <w:p w14:paraId="19C6EB05" w14:textId="3A684286" w:rsidR="007A1EEE" w:rsidRDefault="007A1EEE" w:rsidP="003A0959">
            <w:proofErr w:type="gramStart"/>
            <w:r>
              <w:t>[ ]Much</w:t>
            </w:r>
            <w:proofErr w:type="gramEnd"/>
            <w:r>
              <w:t xml:space="preserve"> worse</w:t>
            </w:r>
          </w:p>
        </w:tc>
      </w:tr>
      <w:tr w:rsidR="009632F6" w14:paraId="06C90407" w14:textId="77777777" w:rsidTr="009632F6">
        <w:tc>
          <w:tcPr>
            <w:tcW w:w="4315" w:type="dxa"/>
          </w:tcPr>
          <w:p w14:paraId="040CE949" w14:textId="17BCE032" w:rsidR="009632F6" w:rsidRDefault="009632F6" w:rsidP="009632F6">
            <w:r>
              <w:t>How would you rate your health in general in the last one month?</w:t>
            </w:r>
          </w:p>
          <w:p w14:paraId="63F792F4" w14:textId="7C9BDCA6" w:rsidR="009632F6" w:rsidRDefault="009632F6" w:rsidP="009632F6"/>
        </w:tc>
        <w:tc>
          <w:tcPr>
            <w:tcW w:w="4315" w:type="dxa"/>
          </w:tcPr>
          <w:p w14:paraId="071D69D0" w14:textId="77777777" w:rsidR="009632F6" w:rsidRDefault="009632F6" w:rsidP="009632F6">
            <w:proofErr w:type="gramStart"/>
            <w:r>
              <w:t>[ ]Excellent</w:t>
            </w:r>
            <w:proofErr w:type="gramEnd"/>
          </w:p>
          <w:p w14:paraId="0E70FA27" w14:textId="77777777" w:rsidR="009632F6" w:rsidRDefault="009632F6" w:rsidP="009632F6">
            <w:proofErr w:type="gramStart"/>
            <w:r>
              <w:t>[ ]Very</w:t>
            </w:r>
            <w:proofErr w:type="gramEnd"/>
            <w:r>
              <w:t xml:space="preserve"> Good</w:t>
            </w:r>
          </w:p>
          <w:p w14:paraId="1F3964C1" w14:textId="77777777" w:rsidR="009632F6" w:rsidRDefault="009632F6" w:rsidP="009632F6">
            <w:proofErr w:type="gramStart"/>
            <w:r>
              <w:t>[ ]Good</w:t>
            </w:r>
            <w:proofErr w:type="gramEnd"/>
          </w:p>
          <w:p w14:paraId="77DB0C5A" w14:textId="77777777" w:rsidR="009632F6" w:rsidRDefault="009632F6" w:rsidP="009632F6">
            <w:proofErr w:type="gramStart"/>
            <w:r>
              <w:t>[ ]Fair</w:t>
            </w:r>
            <w:proofErr w:type="gramEnd"/>
          </w:p>
          <w:p w14:paraId="2BCD8737" w14:textId="2975BEC9" w:rsidR="009632F6" w:rsidRDefault="009632F6" w:rsidP="009632F6">
            <w:proofErr w:type="gramStart"/>
            <w:r>
              <w:t>[ ]Poor</w:t>
            </w:r>
            <w:proofErr w:type="gramEnd"/>
          </w:p>
        </w:tc>
      </w:tr>
      <w:tr w:rsidR="009B330A" w14:paraId="7E11A558" w14:textId="77777777" w:rsidTr="009632F6">
        <w:tc>
          <w:tcPr>
            <w:tcW w:w="4315" w:type="dxa"/>
          </w:tcPr>
          <w:p w14:paraId="6B100EE0" w14:textId="4EAD7F7A" w:rsidR="009B330A" w:rsidRDefault="009B330A" w:rsidP="009B330A">
            <w:r>
              <w:t>How would you rate</w:t>
            </w:r>
            <w:r w:rsidR="0094416A">
              <w:t xml:space="preserve"> the state of your teeth and mouth</w:t>
            </w:r>
            <w:r>
              <w:t xml:space="preserve"> in general in the last one month?</w:t>
            </w:r>
          </w:p>
          <w:p w14:paraId="282AFEAD" w14:textId="77777777" w:rsidR="009B330A" w:rsidRDefault="009B330A" w:rsidP="009B330A"/>
        </w:tc>
        <w:tc>
          <w:tcPr>
            <w:tcW w:w="4315" w:type="dxa"/>
          </w:tcPr>
          <w:p w14:paraId="02F425D2" w14:textId="77777777" w:rsidR="009B330A" w:rsidRDefault="009B330A" w:rsidP="009B330A">
            <w:proofErr w:type="gramStart"/>
            <w:r>
              <w:t>[ ]Excellent</w:t>
            </w:r>
            <w:proofErr w:type="gramEnd"/>
          </w:p>
          <w:p w14:paraId="6B5BAB4C" w14:textId="77777777" w:rsidR="009B330A" w:rsidRDefault="009B330A" w:rsidP="009B330A">
            <w:proofErr w:type="gramStart"/>
            <w:r>
              <w:t>[ ]Very</w:t>
            </w:r>
            <w:proofErr w:type="gramEnd"/>
            <w:r>
              <w:t xml:space="preserve"> Good</w:t>
            </w:r>
          </w:p>
          <w:p w14:paraId="36C783CA" w14:textId="77777777" w:rsidR="009B330A" w:rsidRDefault="009B330A" w:rsidP="009B330A">
            <w:proofErr w:type="gramStart"/>
            <w:r>
              <w:t>[ ]Good</w:t>
            </w:r>
            <w:proofErr w:type="gramEnd"/>
          </w:p>
          <w:p w14:paraId="1F17ACA2" w14:textId="77777777" w:rsidR="009B330A" w:rsidRDefault="009B330A" w:rsidP="009B330A">
            <w:proofErr w:type="gramStart"/>
            <w:r>
              <w:t>[ ]Fair</w:t>
            </w:r>
            <w:proofErr w:type="gramEnd"/>
          </w:p>
          <w:p w14:paraId="1478EC65" w14:textId="6A468AEE" w:rsidR="009B330A" w:rsidRDefault="009B330A" w:rsidP="009B330A">
            <w:proofErr w:type="gramStart"/>
            <w:r>
              <w:t>[ ]Poor</w:t>
            </w:r>
            <w:proofErr w:type="gramEnd"/>
          </w:p>
        </w:tc>
      </w:tr>
      <w:tr w:rsidR="0094416A" w14:paraId="3281D093" w14:textId="77777777" w:rsidTr="0094416A">
        <w:tc>
          <w:tcPr>
            <w:tcW w:w="4315" w:type="dxa"/>
          </w:tcPr>
          <w:p w14:paraId="49DFC7D0" w14:textId="77777777" w:rsidR="0094416A" w:rsidRDefault="0094416A" w:rsidP="00046A8E">
            <w:r>
              <w:t>During the last one month, did your teeth or mouth cause any pain or discomfort?</w:t>
            </w:r>
          </w:p>
        </w:tc>
        <w:tc>
          <w:tcPr>
            <w:tcW w:w="4315" w:type="dxa"/>
          </w:tcPr>
          <w:p w14:paraId="290150B4" w14:textId="77777777" w:rsidR="0094416A" w:rsidRDefault="0094416A" w:rsidP="00046A8E">
            <w:proofErr w:type="gramStart"/>
            <w:r>
              <w:t>[  ]Yes  [  ]No</w:t>
            </w:r>
            <w:proofErr w:type="gramEnd"/>
            <w:r>
              <w:t xml:space="preserve">  </w:t>
            </w:r>
            <w:proofErr w:type="gramStart"/>
            <w:r>
              <w:t>[  ]</w:t>
            </w:r>
            <w:proofErr w:type="gramEnd"/>
            <w:r>
              <w:t xml:space="preserve">Don’t </w:t>
            </w:r>
            <w:proofErr w:type="gramStart"/>
            <w:r>
              <w:t>know  [  ]No</w:t>
            </w:r>
            <w:proofErr w:type="gramEnd"/>
            <w:r>
              <w:t xml:space="preserve"> answer</w:t>
            </w:r>
          </w:p>
        </w:tc>
      </w:tr>
      <w:tr w:rsidR="009B330A" w14:paraId="14C1B85B" w14:textId="77777777" w:rsidTr="009632F6">
        <w:tc>
          <w:tcPr>
            <w:tcW w:w="4315" w:type="dxa"/>
          </w:tcPr>
          <w:p w14:paraId="5B669CAA" w14:textId="30FC332D" w:rsidR="009B330A" w:rsidRDefault="009B330A" w:rsidP="009B330A">
            <w:r w:rsidRPr="009B330A">
              <w:t>Are you able to bite your teeth together same way as you used to before your injuries</w:t>
            </w:r>
            <w:r w:rsidRPr="009B330A">
              <w:tab/>
            </w:r>
            <w:r w:rsidR="00817F2C">
              <w:t>?</w:t>
            </w:r>
          </w:p>
        </w:tc>
        <w:tc>
          <w:tcPr>
            <w:tcW w:w="4315" w:type="dxa"/>
          </w:tcPr>
          <w:p w14:paraId="0A9517E1" w14:textId="162B129D" w:rsidR="009B330A" w:rsidRDefault="00817F2C" w:rsidP="009B330A">
            <w:proofErr w:type="gramStart"/>
            <w:r w:rsidRPr="009B330A">
              <w:t>[  ]</w:t>
            </w:r>
            <w:proofErr w:type="gramEnd"/>
            <w:r w:rsidRPr="009B330A">
              <w:t xml:space="preserve"> Yes</w:t>
            </w:r>
            <w:proofErr w:type="gramStart"/>
            <w:r w:rsidRPr="009B330A">
              <w:t xml:space="preserve">   [</w:t>
            </w:r>
            <w:proofErr w:type="gramEnd"/>
            <w:r w:rsidRPr="009B330A">
              <w:t xml:space="preserve"> </w:t>
            </w:r>
            <w:proofErr w:type="gramStart"/>
            <w:r w:rsidRPr="009B330A">
              <w:t xml:space="preserve">  ]</w:t>
            </w:r>
            <w:proofErr w:type="gramEnd"/>
            <w:r w:rsidRPr="009B330A">
              <w:t xml:space="preserve"> No</w:t>
            </w:r>
          </w:p>
        </w:tc>
      </w:tr>
      <w:tr w:rsidR="009B330A" w14:paraId="24DB6ED4" w14:textId="77777777" w:rsidTr="009632F6">
        <w:tc>
          <w:tcPr>
            <w:tcW w:w="4315" w:type="dxa"/>
          </w:tcPr>
          <w:p w14:paraId="5E9C709A" w14:textId="7D968670" w:rsidR="009B330A" w:rsidRDefault="009B330A" w:rsidP="009B330A">
            <w:r>
              <w:t xml:space="preserve">Did you lose some teeth during the accident? </w:t>
            </w:r>
          </w:p>
        </w:tc>
        <w:tc>
          <w:tcPr>
            <w:tcW w:w="4315" w:type="dxa"/>
          </w:tcPr>
          <w:p w14:paraId="3298A414" w14:textId="1F173D2D" w:rsidR="009B330A" w:rsidRDefault="009B330A" w:rsidP="009B330A">
            <w:proofErr w:type="gramStart"/>
            <w:r>
              <w:t>[ ]</w:t>
            </w:r>
            <w:proofErr w:type="gramEnd"/>
            <w:r>
              <w:t xml:space="preserve"> </w:t>
            </w:r>
            <w:r w:rsidRPr="00526F01">
              <w:t>Yes</w:t>
            </w:r>
            <w:proofErr w:type="gramStart"/>
            <w:r w:rsidRPr="00526F01">
              <w:t xml:space="preserve">   </w:t>
            </w:r>
            <w:r>
              <w:t>[ ]</w:t>
            </w:r>
            <w:r w:rsidRPr="00526F01">
              <w:t>No</w:t>
            </w:r>
            <w:proofErr w:type="gramEnd"/>
          </w:p>
        </w:tc>
      </w:tr>
      <w:tr w:rsidR="009B330A" w14:paraId="1E655E04" w14:textId="77777777" w:rsidTr="009632F6">
        <w:tc>
          <w:tcPr>
            <w:tcW w:w="4315" w:type="dxa"/>
          </w:tcPr>
          <w:p w14:paraId="5C84612E" w14:textId="18CF59AD" w:rsidR="009B330A" w:rsidRDefault="009B330A" w:rsidP="009B330A">
            <w:r w:rsidRPr="00526F01">
              <w:t xml:space="preserve">If </w:t>
            </w:r>
            <w:proofErr w:type="gramStart"/>
            <w:r w:rsidRPr="00526F01">
              <w:t>Yes</w:t>
            </w:r>
            <w:proofErr w:type="gramEnd"/>
            <w:r w:rsidRPr="00526F01">
              <w:t>, how many?</w:t>
            </w:r>
          </w:p>
        </w:tc>
        <w:tc>
          <w:tcPr>
            <w:tcW w:w="4315" w:type="dxa"/>
          </w:tcPr>
          <w:p w14:paraId="5D90FDCC" w14:textId="77777777" w:rsidR="009B330A" w:rsidRDefault="009B330A" w:rsidP="009B330A"/>
        </w:tc>
      </w:tr>
    </w:tbl>
    <w:p w14:paraId="45BB24C0" w14:textId="77777777" w:rsidR="00C86B0F" w:rsidRDefault="00C86B0F">
      <w:pPr>
        <w:pStyle w:val="Heading3"/>
      </w:pPr>
    </w:p>
    <w:p w14:paraId="326FCA78" w14:textId="77777777" w:rsidR="00C86B0F" w:rsidRDefault="00C86B0F">
      <w:pPr>
        <w:pStyle w:val="Heading3"/>
      </w:pPr>
    </w:p>
    <w:p w14:paraId="1B7A243A" w14:textId="77777777" w:rsidR="006D6408" w:rsidRDefault="006D6408">
      <w:pPr>
        <w:rPr>
          <w:color w:val="1F497D" w:themeColor="text2"/>
        </w:rPr>
      </w:pPr>
    </w:p>
    <w:p w14:paraId="00C4D218" w14:textId="1E436B5A" w:rsidR="00C86B0F" w:rsidRPr="009D32BA" w:rsidRDefault="00C86B0F">
      <w:pPr>
        <w:rPr>
          <w:color w:val="4BACC6" w:themeColor="accent5"/>
        </w:rPr>
      </w:pPr>
      <w:r w:rsidRPr="009D32BA">
        <w:rPr>
          <w:color w:val="4BACC6" w:themeColor="accent5"/>
        </w:rPr>
        <w:lastRenderedPageBreak/>
        <w:t>SECTION II</w:t>
      </w:r>
    </w:p>
    <w:p w14:paraId="57B7CE22" w14:textId="4C1DEA93" w:rsidR="00727007" w:rsidRDefault="00000000">
      <w:r>
        <w:t xml:space="preserve">Because of the state of your teeth or mouth, how often have you experienced any of the following problems during the past </w:t>
      </w:r>
      <w:r w:rsidR="00C86B0F">
        <w:t>one</w:t>
      </w:r>
      <w:r>
        <w:t xml:space="preserve"> month?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6"/>
        <w:gridCol w:w="1386"/>
        <w:gridCol w:w="1391"/>
        <w:gridCol w:w="1426"/>
        <w:gridCol w:w="1372"/>
        <w:gridCol w:w="1389"/>
      </w:tblGrid>
      <w:tr w:rsidR="00727007" w14:paraId="2F5AE104" w14:textId="77777777" w:rsidTr="00B904DB">
        <w:tc>
          <w:tcPr>
            <w:tcW w:w="1666" w:type="dxa"/>
          </w:tcPr>
          <w:p w14:paraId="416BC63E" w14:textId="77777777" w:rsidR="00727007" w:rsidRDefault="00727007"/>
        </w:tc>
        <w:tc>
          <w:tcPr>
            <w:tcW w:w="1386" w:type="dxa"/>
          </w:tcPr>
          <w:p w14:paraId="5EA114D5" w14:textId="77777777" w:rsidR="00727007" w:rsidRDefault="00000000">
            <w:r>
              <w:t>Very often (4)</w:t>
            </w:r>
          </w:p>
        </w:tc>
        <w:tc>
          <w:tcPr>
            <w:tcW w:w="1391" w:type="dxa"/>
          </w:tcPr>
          <w:p w14:paraId="64A92730" w14:textId="77777777" w:rsidR="00727007" w:rsidRDefault="00000000">
            <w:r>
              <w:t>Fairly often (3)</w:t>
            </w:r>
          </w:p>
        </w:tc>
        <w:tc>
          <w:tcPr>
            <w:tcW w:w="1426" w:type="dxa"/>
          </w:tcPr>
          <w:p w14:paraId="48514749" w14:textId="77777777" w:rsidR="00727007" w:rsidRDefault="00000000">
            <w:r>
              <w:t>Sometimes (2)</w:t>
            </w:r>
          </w:p>
        </w:tc>
        <w:tc>
          <w:tcPr>
            <w:tcW w:w="1372" w:type="dxa"/>
          </w:tcPr>
          <w:p w14:paraId="7128961B" w14:textId="77777777" w:rsidR="00727007" w:rsidRDefault="00000000">
            <w:r>
              <w:t>No (1)</w:t>
            </w:r>
          </w:p>
        </w:tc>
        <w:tc>
          <w:tcPr>
            <w:tcW w:w="1389" w:type="dxa"/>
          </w:tcPr>
          <w:p w14:paraId="3D137ACD" w14:textId="77777777" w:rsidR="00727007" w:rsidRDefault="00000000">
            <w:r>
              <w:t>Don’t know (0)</w:t>
            </w:r>
          </w:p>
        </w:tc>
      </w:tr>
      <w:tr w:rsidR="00727007" w14:paraId="5A27DF5A" w14:textId="77777777" w:rsidTr="00B904DB">
        <w:tc>
          <w:tcPr>
            <w:tcW w:w="1666" w:type="dxa"/>
          </w:tcPr>
          <w:p w14:paraId="4C77286D" w14:textId="77777777" w:rsidR="00727007" w:rsidRDefault="00000000">
            <w:r>
              <w:t>(a) Difficulty in biting foods</w:t>
            </w:r>
          </w:p>
        </w:tc>
        <w:tc>
          <w:tcPr>
            <w:tcW w:w="1386" w:type="dxa"/>
          </w:tcPr>
          <w:p w14:paraId="1256AC80" w14:textId="77777777" w:rsidR="00727007" w:rsidRDefault="00000000">
            <w:r>
              <w:t>☐</w:t>
            </w:r>
          </w:p>
        </w:tc>
        <w:tc>
          <w:tcPr>
            <w:tcW w:w="1391" w:type="dxa"/>
          </w:tcPr>
          <w:p w14:paraId="2224683E" w14:textId="77777777" w:rsidR="00727007" w:rsidRDefault="00000000">
            <w:r>
              <w:t>☐</w:t>
            </w:r>
          </w:p>
        </w:tc>
        <w:tc>
          <w:tcPr>
            <w:tcW w:w="1426" w:type="dxa"/>
          </w:tcPr>
          <w:p w14:paraId="69BFDFC6" w14:textId="77777777" w:rsidR="00727007" w:rsidRDefault="00000000">
            <w:r>
              <w:t>☐</w:t>
            </w:r>
          </w:p>
        </w:tc>
        <w:tc>
          <w:tcPr>
            <w:tcW w:w="1372" w:type="dxa"/>
          </w:tcPr>
          <w:p w14:paraId="00F89330" w14:textId="77777777" w:rsidR="00727007" w:rsidRDefault="00000000">
            <w:r>
              <w:t>☐</w:t>
            </w:r>
          </w:p>
        </w:tc>
        <w:tc>
          <w:tcPr>
            <w:tcW w:w="1389" w:type="dxa"/>
          </w:tcPr>
          <w:p w14:paraId="5B334D43" w14:textId="77777777" w:rsidR="00727007" w:rsidRDefault="00000000">
            <w:r>
              <w:t>☐</w:t>
            </w:r>
          </w:p>
        </w:tc>
      </w:tr>
      <w:tr w:rsidR="00727007" w14:paraId="0682FCE2" w14:textId="77777777" w:rsidTr="00B904DB">
        <w:tc>
          <w:tcPr>
            <w:tcW w:w="1666" w:type="dxa"/>
          </w:tcPr>
          <w:p w14:paraId="46B06719" w14:textId="77777777" w:rsidR="00727007" w:rsidRDefault="00000000">
            <w:r>
              <w:t>(b) Difficulty chewing foods</w:t>
            </w:r>
          </w:p>
        </w:tc>
        <w:tc>
          <w:tcPr>
            <w:tcW w:w="1386" w:type="dxa"/>
          </w:tcPr>
          <w:p w14:paraId="786FF708" w14:textId="77777777" w:rsidR="00727007" w:rsidRDefault="00000000">
            <w:r>
              <w:t>☐</w:t>
            </w:r>
          </w:p>
        </w:tc>
        <w:tc>
          <w:tcPr>
            <w:tcW w:w="1391" w:type="dxa"/>
          </w:tcPr>
          <w:p w14:paraId="7A64DCA6" w14:textId="77777777" w:rsidR="00727007" w:rsidRDefault="00000000">
            <w:r>
              <w:t>☐</w:t>
            </w:r>
          </w:p>
        </w:tc>
        <w:tc>
          <w:tcPr>
            <w:tcW w:w="1426" w:type="dxa"/>
          </w:tcPr>
          <w:p w14:paraId="0A71B821" w14:textId="77777777" w:rsidR="00727007" w:rsidRDefault="00000000">
            <w:r>
              <w:t>☐</w:t>
            </w:r>
          </w:p>
        </w:tc>
        <w:tc>
          <w:tcPr>
            <w:tcW w:w="1372" w:type="dxa"/>
          </w:tcPr>
          <w:p w14:paraId="47B18C26" w14:textId="77777777" w:rsidR="00727007" w:rsidRDefault="00000000">
            <w:r>
              <w:t>☐</w:t>
            </w:r>
          </w:p>
        </w:tc>
        <w:tc>
          <w:tcPr>
            <w:tcW w:w="1389" w:type="dxa"/>
          </w:tcPr>
          <w:p w14:paraId="015A768F" w14:textId="77777777" w:rsidR="00727007" w:rsidRDefault="00000000">
            <w:r>
              <w:t>☐</w:t>
            </w:r>
          </w:p>
        </w:tc>
      </w:tr>
      <w:tr w:rsidR="00727007" w14:paraId="0D3C4286" w14:textId="77777777" w:rsidTr="00B904DB">
        <w:tc>
          <w:tcPr>
            <w:tcW w:w="1666" w:type="dxa"/>
          </w:tcPr>
          <w:p w14:paraId="6A2C0EAA" w14:textId="77777777" w:rsidR="00727007" w:rsidRDefault="00000000">
            <w:r>
              <w:t>(c) Difficulty with speech/trouble pronouncing words</w:t>
            </w:r>
          </w:p>
        </w:tc>
        <w:tc>
          <w:tcPr>
            <w:tcW w:w="1386" w:type="dxa"/>
          </w:tcPr>
          <w:p w14:paraId="373B8DAC" w14:textId="77777777" w:rsidR="00727007" w:rsidRDefault="00000000">
            <w:r>
              <w:t>☐</w:t>
            </w:r>
          </w:p>
        </w:tc>
        <w:tc>
          <w:tcPr>
            <w:tcW w:w="1391" w:type="dxa"/>
          </w:tcPr>
          <w:p w14:paraId="02B6C805" w14:textId="77777777" w:rsidR="00727007" w:rsidRDefault="00000000">
            <w:r>
              <w:t>☐</w:t>
            </w:r>
          </w:p>
        </w:tc>
        <w:tc>
          <w:tcPr>
            <w:tcW w:w="1426" w:type="dxa"/>
          </w:tcPr>
          <w:p w14:paraId="392414B3" w14:textId="77777777" w:rsidR="00727007" w:rsidRDefault="00000000">
            <w:r>
              <w:t>☐</w:t>
            </w:r>
          </w:p>
        </w:tc>
        <w:tc>
          <w:tcPr>
            <w:tcW w:w="1372" w:type="dxa"/>
          </w:tcPr>
          <w:p w14:paraId="383AE94D" w14:textId="77777777" w:rsidR="00727007" w:rsidRDefault="00000000">
            <w:r>
              <w:t>☐</w:t>
            </w:r>
          </w:p>
        </w:tc>
        <w:tc>
          <w:tcPr>
            <w:tcW w:w="1389" w:type="dxa"/>
          </w:tcPr>
          <w:p w14:paraId="47150A63" w14:textId="77777777" w:rsidR="00727007" w:rsidRDefault="00000000">
            <w:r>
              <w:t>☐</w:t>
            </w:r>
          </w:p>
        </w:tc>
      </w:tr>
      <w:tr w:rsidR="00727007" w14:paraId="21A3A8FE" w14:textId="77777777" w:rsidTr="00B904DB">
        <w:tc>
          <w:tcPr>
            <w:tcW w:w="1666" w:type="dxa"/>
          </w:tcPr>
          <w:p w14:paraId="5BD0B7E4" w14:textId="77777777" w:rsidR="00727007" w:rsidRDefault="00000000">
            <w:r>
              <w:t>(d) Dry mouth</w:t>
            </w:r>
          </w:p>
        </w:tc>
        <w:tc>
          <w:tcPr>
            <w:tcW w:w="1386" w:type="dxa"/>
          </w:tcPr>
          <w:p w14:paraId="712B7BEB" w14:textId="77777777" w:rsidR="00727007" w:rsidRDefault="00000000">
            <w:r>
              <w:t>☐</w:t>
            </w:r>
          </w:p>
        </w:tc>
        <w:tc>
          <w:tcPr>
            <w:tcW w:w="1391" w:type="dxa"/>
          </w:tcPr>
          <w:p w14:paraId="2C3DDB43" w14:textId="77777777" w:rsidR="00727007" w:rsidRDefault="00000000">
            <w:r>
              <w:t>☐</w:t>
            </w:r>
          </w:p>
        </w:tc>
        <w:tc>
          <w:tcPr>
            <w:tcW w:w="1426" w:type="dxa"/>
          </w:tcPr>
          <w:p w14:paraId="5C115A9A" w14:textId="77777777" w:rsidR="00727007" w:rsidRDefault="00000000">
            <w:r>
              <w:t>☐</w:t>
            </w:r>
          </w:p>
        </w:tc>
        <w:tc>
          <w:tcPr>
            <w:tcW w:w="1372" w:type="dxa"/>
          </w:tcPr>
          <w:p w14:paraId="20CDA7CE" w14:textId="77777777" w:rsidR="00727007" w:rsidRDefault="00000000">
            <w:r>
              <w:t>☐</w:t>
            </w:r>
          </w:p>
        </w:tc>
        <w:tc>
          <w:tcPr>
            <w:tcW w:w="1389" w:type="dxa"/>
          </w:tcPr>
          <w:p w14:paraId="0CAB45DB" w14:textId="77777777" w:rsidR="00727007" w:rsidRDefault="00000000">
            <w:r>
              <w:t>☐</w:t>
            </w:r>
          </w:p>
        </w:tc>
      </w:tr>
      <w:tr w:rsidR="00727007" w14:paraId="3BA628D7" w14:textId="77777777" w:rsidTr="00B904DB">
        <w:tc>
          <w:tcPr>
            <w:tcW w:w="1666" w:type="dxa"/>
          </w:tcPr>
          <w:p w14:paraId="1E96E839" w14:textId="77777777" w:rsidR="00727007" w:rsidRDefault="00000000">
            <w:r>
              <w:t>(e) Felt embarrassed due to appearance of teeth</w:t>
            </w:r>
          </w:p>
        </w:tc>
        <w:tc>
          <w:tcPr>
            <w:tcW w:w="1386" w:type="dxa"/>
          </w:tcPr>
          <w:p w14:paraId="1E57A548" w14:textId="77777777" w:rsidR="00727007" w:rsidRDefault="00000000">
            <w:r>
              <w:t>☐</w:t>
            </w:r>
          </w:p>
        </w:tc>
        <w:tc>
          <w:tcPr>
            <w:tcW w:w="1391" w:type="dxa"/>
          </w:tcPr>
          <w:p w14:paraId="236C7514" w14:textId="77777777" w:rsidR="00727007" w:rsidRDefault="00000000">
            <w:r>
              <w:t>☐</w:t>
            </w:r>
          </w:p>
        </w:tc>
        <w:tc>
          <w:tcPr>
            <w:tcW w:w="1426" w:type="dxa"/>
          </w:tcPr>
          <w:p w14:paraId="12D44368" w14:textId="77777777" w:rsidR="00727007" w:rsidRDefault="00000000">
            <w:r>
              <w:t>☐</w:t>
            </w:r>
          </w:p>
        </w:tc>
        <w:tc>
          <w:tcPr>
            <w:tcW w:w="1372" w:type="dxa"/>
          </w:tcPr>
          <w:p w14:paraId="742A96AA" w14:textId="77777777" w:rsidR="00727007" w:rsidRDefault="00000000">
            <w:r>
              <w:t>☐</w:t>
            </w:r>
          </w:p>
        </w:tc>
        <w:tc>
          <w:tcPr>
            <w:tcW w:w="1389" w:type="dxa"/>
          </w:tcPr>
          <w:p w14:paraId="20E2E634" w14:textId="77777777" w:rsidR="00727007" w:rsidRDefault="00000000">
            <w:r>
              <w:t>☐</w:t>
            </w:r>
          </w:p>
        </w:tc>
      </w:tr>
      <w:tr w:rsidR="00727007" w14:paraId="69B6B5B2" w14:textId="77777777" w:rsidTr="00B904DB">
        <w:tc>
          <w:tcPr>
            <w:tcW w:w="1666" w:type="dxa"/>
          </w:tcPr>
          <w:p w14:paraId="707992AC" w14:textId="77777777" w:rsidR="00727007" w:rsidRDefault="00000000">
            <w:r>
              <w:t>(f) Felt tense because of problems with teeth or mouth</w:t>
            </w:r>
          </w:p>
        </w:tc>
        <w:tc>
          <w:tcPr>
            <w:tcW w:w="1386" w:type="dxa"/>
          </w:tcPr>
          <w:p w14:paraId="02FCD722" w14:textId="77777777" w:rsidR="00727007" w:rsidRDefault="00000000">
            <w:r>
              <w:t>☐</w:t>
            </w:r>
          </w:p>
        </w:tc>
        <w:tc>
          <w:tcPr>
            <w:tcW w:w="1391" w:type="dxa"/>
          </w:tcPr>
          <w:p w14:paraId="38D5F690" w14:textId="77777777" w:rsidR="00727007" w:rsidRDefault="00000000">
            <w:r>
              <w:t>☐</w:t>
            </w:r>
          </w:p>
        </w:tc>
        <w:tc>
          <w:tcPr>
            <w:tcW w:w="1426" w:type="dxa"/>
          </w:tcPr>
          <w:p w14:paraId="0360C989" w14:textId="77777777" w:rsidR="00727007" w:rsidRDefault="00000000">
            <w:r>
              <w:t>☐</w:t>
            </w:r>
          </w:p>
        </w:tc>
        <w:tc>
          <w:tcPr>
            <w:tcW w:w="1372" w:type="dxa"/>
          </w:tcPr>
          <w:p w14:paraId="3320415F" w14:textId="77777777" w:rsidR="00727007" w:rsidRDefault="00000000">
            <w:r>
              <w:t>☐</w:t>
            </w:r>
          </w:p>
        </w:tc>
        <w:tc>
          <w:tcPr>
            <w:tcW w:w="1389" w:type="dxa"/>
          </w:tcPr>
          <w:p w14:paraId="7778A09E" w14:textId="77777777" w:rsidR="00727007" w:rsidRDefault="00000000">
            <w:r>
              <w:t>☐</w:t>
            </w:r>
          </w:p>
        </w:tc>
      </w:tr>
      <w:tr w:rsidR="00727007" w14:paraId="5DD91691" w14:textId="77777777" w:rsidTr="00B904DB">
        <w:tc>
          <w:tcPr>
            <w:tcW w:w="1666" w:type="dxa"/>
          </w:tcPr>
          <w:p w14:paraId="216567E0" w14:textId="77777777" w:rsidR="00727007" w:rsidRDefault="00000000">
            <w:r>
              <w:t>(g) Have avoided smiling because of teeth</w:t>
            </w:r>
          </w:p>
        </w:tc>
        <w:tc>
          <w:tcPr>
            <w:tcW w:w="1386" w:type="dxa"/>
          </w:tcPr>
          <w:p w14:paraId="4A4EB9AB" w14:textId="77777777" w:rsidR="00727007" w:rsidRDefault="00000000">
            <w:r>
              <w:t>☐</w:t>
            </w:r>
          </w:p>
        </w:tc>
        <w:tc>
          <w:tcPr>
            <w:tcW w:w="1391" w:type="dxa"/>
          </w:tcPr>
          <w:p w14:paraId="49359EED" w14:textId="77777777" w:rsidR="00727007" w:rsidRDefault="00000000">
            <w:r>
              <w:t>☐</w:t>
            </w:r>
          </w:p>
        </w:tc>
        <w:tc>
          <w:tcPr>
            <w:tcW w:w="1426" w:type="dxa"/>
          </w:tcPr>
          <w:p w14:paraId="291EC0B7" w14:textId="77777777" w:rsidR="00727007" w:rsidRDefault="00000000">
            <w:r>
              <w:t>☐</w:t>
            </w:r>
          </w:p>
        </w:tc>
        <w:tc>
          <w:tcPr>
            <w:tcW w:w="1372" w:type="dxa"/>
          </w:tcPr>
          <w:p w14:paraId="1BD4056C" w14:textId="77777777" w:rsidR="00727007" w:rsidRDefault="00000000">
            <w:r>
              <w:t>☐</w:t>
            </w:r>
          </w:p>
        </w:tc>
        <w:tc>
          <w:tcPr>
            <w:tcW w:w="1389" w:type="dxa"/>
          </w:tcPr>
          <w:p w14:paraId="2FE0CB04" w14:textId="77777777" w:rsidR="00727007" w:rsidRDefault="00000000">
            <w:r>
              <w:t>☐</w:t>
            </w:r>
          </w:p>
        </w:tc>
      </w:tr>
      <w:tr w:rsidR="00727007" w14:paraId="490BAC95" w14:textId="77777777" w:rsidTr="00B904DB">
        <w:tc>
          <w:tcPr>
            <w:tcW w:w="1666" w:type="dxa"/>
          </w:tcPr>
          <w:p w14:paraId="6C43A8C4" w14:textId="77777777" w:rsidR="00727007" w:rsidRDefault="00000000">
            <w:r>
              <w:t>(h) Had sleep that is often interrupted</w:t>
            </w:r>
          </w:p>
        </w:tc>
        <w:tc>
          <w:tcPr>
            <w:tcW w:w="1386" w:type="dxa"/>
          </w:tcPr>
          <w:p w14:paraId="7AAE5D36" w14:textId="77777777" w:rsidR="00727007" w:rsidRDefault="00000000">
            <w:r>
              <w:t>☐</w:t>
            </w:r>
          </w:p>
        </w:tc>
        <w:tc>
          <w:tcPr>
            <w:tcW w:w="1391" w:type="dxa"/>
          </w:tcPr>
          <w:p w14:paraId="0E3AE41F" w14:textId="77777777" w:rsidR="00727007" w:rsidRDefault="00000000">
            <w:r>
              <w:t>☐</w:t>
            </w:r>
          </w:p>
        </w:tc>
        <w:tc>
          <w:tcPr>
            <w:tcW w:w="1426" w:type="dxa"/>
          </w:tcPr>
          <w:p w14:paraId="044E2459" w14:textId="77777777" w:rsidR="00727007" w:rsidRDefault="00000000">
            <w:r>
              <w:t>☐</w:t>
            </w:r>
          </w:p>
        </w:tc>
        <w:tc>
          <w:tcPr>
            <w:tcW w:w="1372" w:type="dxa"/>
          </w:tcPr>
          <w:p w14:paraId="44D52ED1" w14:textId="77777777" w:rsidR="00727007" w:rsidRDefault="00000000">
            <w:r>
              <w:t>☐</w:t>
            </w:r>
          </w:p>
        </w:tc>
        <w:tc>
          <w:tcPr>
            <w:tcW w:w="1389" w:type="dxa"/>
          </w:tcPr>
          <w:p w14:paraId="4171E284" w14:textId="77777777" w:rsidR="00727007" w:rsidRDefault="00000000">
            <w:r>
              <w:t>☐</w:t>
            </w:r>
          </w:p>
        </w:tc>
      </w:tr>
      <w:tr w:rsidR="00727007" w14:paraId="5D386ADF" w14:textId="77777777" w:rsidTr="00B904DB">
        <w:tc>
          <w:tcPr>
            <w:tcW w:w="1666" w:type="dxa"/>
          </w:tcPr>
          <w:p w14:paraId="5FE8A6AB" w14:textId="77777777" w:rsidR="00727007" w:rsidRDefault="00000000">
            <w:r>
              <w:t>(</w:t>
            </w:r>
            <w:proofErr w:type="spellStart"/>
            <w:r>
              <w:t>i</w:t>
            </w:r>
            <w:proofErr w:type="spellEnd"/>
            <w:r>
              <w:t>) Have taken days off work</w:t>
            </w:r>
          </w:p>
        </w:tc>
        <w:tc>
          <w:tcPr>
            <w:tcW w:w="1386" w:type="dxa"/>
          </w:tcPr>
          <w:p w14:paraId="7B4EE674" w14:textId="77777777" w:rsidR="00727007" w:rsidRDefault="00000000">
            <w:r>
              <w:t>☐</w:t>
            </w:r>
          </w:p>
        </w:tc>
        <w:tc>
          <w:tcPr>
            <w:tcW w:w="1391" w:type="dxa"/>
          </w:tcPr>
          <w:p w14:paraId="1CEBE568" w14:textId="77777777" w:rsidR="00727007" w:rsidRDefault="00000000">
            <w:r>
              <w:t>☐</w:t>
            </w:r>
          </w:p>
        </w:tc>
        <w:tc>
          <w:tcPr>
            <w:tcW w:w="1426" w:type="dxa"/>
          </w:tcPr>
          <w:p w14:paraId="20CC8499" w14:textId="77777777" w:rsidR="00727007" w:rsidRDefault="00000000">
            <w:r>
              <w:t>☐</w:t>
            </w:r>
          </w:p>
        </w:tc>
        <w:tc>
          <w:tcPr>
            <w:tcW w:w="1372" w:type="dxa"/>
          </w:tcPr>
          <w:p w14:paraId="6107B5CD" w14:textId="77777777" w:rsidR="00727007" w:rsidRDefault="00000000">
            <w:r>
              <w:t>☐</w:t>
            </w:r>
          </w:p>
        </w:tc>
        <w:tc>
          <w:tcPr>
            <w:tcW w:w="1389" w:type="dxa"/>
          </w:tcPr>
          <w:p w14:paraId="7FD6599A" w14:textId="77777777" w:rsidR="00727007" w:rsidRDefault="00000000">
            <w:r>
              <w:t>☐</w:t>
            </w:r>
          </w:p>
        </w:tc>
      </w:tr>
      <w:tr w:rsidR="00727007" w14:paraId="45959110" w14:textId="77777777" w:rsidTr="00B904DB">
        <w:tc>
          <w:tcPr>
            <w:tcW w:w="1666" w:type="dxa"/>
          </w:tcPr>
          <w:p w14:paraId="5868C5A7" w14:textId="77777777" w:rsidR="00727007" w:rsidRDefault="00000000">
            <w:r>
              <w:t>(j) Difficulty doing usual activities</w:t>
            </w:r>
          </w:p>
        </w:tc>
        <w:tc>
          <w:tcPr>
            <w:tcW w:w="1386" w:type="dxa"/>
          </w:tcPr>
          <w:p w14:paraId="46736CF0" w14:textId="77777777" w:rsidR="00727007" w:rsidRDefault="00000000">
            <w:r>
              <w:t>☐</w:t>
            </w:r>
          </w:p>
        </w:tc>
        <w:tc>
          <w:tcPr>
            <w:tcW w:w="1391" w:type="dxa"/>
          </w:tcPr>
          <w:p w14:paraId="552701C9" w14:textId="77777777" w:rsidR="00727007" w:rsidRDefault="00000000">
            <w:r>
              <w:t>☐</w:t>
            </w:r>
          </w:p>
        </w:tc>
        <w:tc>
          <w:tcPr>
            <w:tcW w:w="1426" w:type="dxa"/>
          </w:tcPr>
          <w:p w14:paraId="547C6A9D" w14:textId="77777777" w:rsidR="00727007" w:rsidRDefault="00000000">
            <w:r>
              <w:t>☐</w:t>
            </w:r>
          </w:p>
        </w:tc>
        <w:tc>
          <w:tcPr>
            <w:tcW w:w="1372" w:type="dxa"/>
          </w:tcPr>
          <w:p w14:paraId="4412E6C5" w14:textId="77777777" w:rsidR="00727007" w:rsidRDefault="00000000">
            <w:r>
              <w:t>☐</w:t>
            </w:r>
          </w:p>
        </w:tc>
        <w:tc>
          <w:tcPr>
            <w:tcW w:w="1389" w:type="dxa"/>
          </w:tcPr>
          <w:p w14:paraId="242BF653" w14:textId="77777777" w:rsidR="00727007" w:rsidRDefault="00000000">
            <w:r>
              <w:t>☐</w:t>
            </w:r>
          </w:p>
        </w:tc>
      </w:tr>
      <w:tr w:rsidR="00727007" w14:paraId="38EA452E" w14:textId="77777777" w:rsidTr="00B904DB">
        <w:tc>
          <w:tcPr>
            <w:tcW w:w="1666" w:type="dxa"/>
          </w:tcPr>
          <w:p w14:paraId="15EAF486" w14:textId="77777777" w:rsidR="00727007" w:rsidRDefault="00000000">
            <w:r>
              <w:t>(k) Felt less tolerant of spouse or people who are close to you</w:t>
            </w:r>
          </w:p>
        </w:tc>
        <w:tc>
          <w:tcPr>
            <w:tcW w:w="1386" w:type="dxa"/>
          </w:tcPr>
          <w:p w14:paraId="71B366C2" w14:textId="77777777" w:rsidR="00727007" w:rsidRDefault="00000000">
            <w:r>
              <w:t>☐</w:t>
            </w:r>
          </w:p>
        </w:tc>
        <w:tc>
          <w:tcPr>
            <w:tcW w:w="1391" w:type="dxa"/>
          </w:tcPr>
          <w:p w14:paraId="0A7A1585" w14:textId="77777777" w:rsidR="00727007" w:rsidRDefault="00000000">
            <w:r>
              <w:t>☐</w:t>
            </w:r>
          </w:p>
        </w:tc>
        <w:tc>
          <w:tcPr>
            <w:tcW w:w="1426" w:type="dxa"/>
          </w:tcPr>
          <w:p w14:paraId="0898384E" w14:textId="77777777" w:rsidR="00727007" w:rsidRDefault="00000000">
            <w:r>
              <w:t>☐</w:t>
            </w:r>
          </w:p>
        </w:tc>
        <w:tc>
          <w:tcPr>
            <w:tcW w:w="1372" w:type="dxa"/>
          </w:tcPr>
          <w:p w14:paraId="52B4C986" w14:textId="77777777" w:rsidR="00727007" w:rsidRDefault="00000000">
            <w:r>
              <w:t>☐</w:t>
            </w:r>
          </w:p>
        </w:tc>
        <w:tc>
          <w:tcPr>
            <w:tcW w:w="1389" w:type="dxa"/>
          </w:tcPr>
          <w:p w14:paraId="7CA3F490" w14:textId="77777777" w:rsidR="00727007" w:rsidRDefault="00000000">
            <w:r>
              <w:t>☐</w:t>
            </w:r>
          </w:p>
        </w:tc>
      </w:tr>
      <w:tr w:rsidR="00727007" w14:paraId="433D0471" w14:textId="77777777" w:rsidTr="00B904DB">
        <w:tc>
          <w:tcPr>
            <w:tcW w:w="1666" w:type="dxa"/>
          </w:tcPr>
          <w:p w14:paraId="0E6CBBC6" w14:textId="77777777" w:rsidR="00727007" w:rsidRDefault="00000000">
            <w:r>
              <w:t>(l) Have reduced participation in social activities</w:t>
            </w:r>
          </w:p>
        </w:tc>
        <w:tc>
          <w:tcPr>
            <w:tcW w:w="1386" w:type="dxa"/>
          </w:tcPr>
          <w:p w14:paraId="7C6C4808" w14:textId="77777777" w:rsidR="00727007" w:rsidRDefault="00000000">
            <w:r>
              <w:t>☐</w:t>
            </w:r>
          </w:p>
        </w:tc>
        <w:tc>
          <w:tcPr>
            <w:tcW w:w="1391" w:type="dxa"/>
          </w:tcPr>
          <w:p w14:paraId="61146872" w14:textId="77777777" w:rsidR="00727007" w:rsidRDefault="00000000">
            <w:r>
              <w:t>☐</w:t>
            </w:r>
          </w:p>
        </w:tc>
        <w:tc>
          <w:tcPr>
            <w:tcW w:w="1426" w:type="dxa"/>
          </w:tcPr>
          <w:p w14:paraId="66F7BBE6" w14:textId="77777777" w:rsidR="00727007" w:rsidRDefault="00000000">
            <w:r>
              <w:t>☐</w:t>
            </w:r>
          </w:p>
        </w:tc>
        <w:tc>
          <w:tcPr>
            <w:tcW w:w="1372" w:type="dxa"/>
          </w:tcPr>
          <w:p w14:paraId="48F04244" w14:textId="77777777" w:rsidR="00727007" w:rsidRDefault="00000000">
            <w:r>
              <w:t>☐</w:t>
            </w:r>
          </w:p>
        </w:tc>
        <w:tc>
          <w:tcPr>
            <w:tcW w:w="1389" w:type="dxa"/>
          </w:tcPr>
          <w:p w14:paraId="442B1121" w14:textId="77777777" w:rsidR="00727007" w:rsidRDefault="00000000">
            <w:r>
              <w:t>☐</w:t>
            </w:r>
          </w:p>
        </w:tc>
      </w:tr>
    </w:tbl>
    <w:p w14:paraId="2E3B2EFB" w14:textId="77777777" w:rsidR="00B904DB" w:rsidRPr="00674B07" w:rsidRDefault="00B904DB" w:rsidP="00B904DB">
      <w:pPr>
        <w:rPr>
          <w:b/>
          <w:bCs/>
          <w:color w:val="4BACC6" w:themeColor="accent5"/>
        </w:rPr>
      </w:pPr>
      <w:r w:rsidRPr="00674B07">
        <w:rPr>
          <w:b/>
          <w:bCs/>
          <w:color w:val="4BACC6" w:themeColor="accent5"/>
        </w:rPr>
        <w:lastRenderedPageBreak/>
        <w:t>SECTION III: CLINICIAN'S ASSESSMENT OF OCCLUSION</w:t>
      </w:r>
    </w:p>
    <w:p w14:paraId="2F863185" w14:textId="77777777" w:rsidR="00B904DB" w:rsidRDefault="00B904DB" w:rsidP="00B904DB">
      <w:proofErr w:type="gramStart"/>
      <w:r>
        <w:t>[ ]</w:t>
      </w:r>
      <w:proofErr w:type="gramEnd"/>
      <w:r>
        <w:t xml:space="preserve"> Normal and stable.</w:t>
      </w:r>
    </w:p>
    <w:p w14:paraId="4A268917" w14:textId="77777777" w:rsidR="00B904DB" w:rsidRDefault="00B904DB" w:rsidP="00B904DB">
      <w:proofErr w:type="gramStart"/>
      <w:r>
        <w:t>[ ]</w:t>
      </w:r>
      <w:proofErr w:type="gramEnd"/>
      <w:r>
        <w:t xml:space="preserve"> Mild discrepancy, functionally acceptable.</w:t>
      </w:r>
    </w:p>
    <w:p w14:paraId="43662606" w14:textId="77777777" w:rsidR="00B904DB" w:rsidRDefault="00B904DB" w:rsidP="00B904DB">
      <w:proofErr w:type="gramStart"/>
      <w:r>
        <w:t>[ ]</w:t>
      </w:r>
      <w:proofErr w:type="gramEnd"/>
      <w:r>
        <w:t xml:space="preserve"> Significant malocclusion, may require corrective intervention.</w:t>
      </w:r>
    </w:p>
    <w:p w14:paraId="16E03AA5" w14:textId="223B3ABB" w:rsidR="00687691" w:rsidRDefault="00B904DB">
      <w:proofErr w:type="gramStart"/>
      <w:r>
        <w:t>[ ]</w:t>
      </w:r>
      <w:proofErr w:type="gramEnd"/>
      <w:r>
        <w:t xml:space="preserve"> Gross malocclusion, functionally disabling.</w:t>
      </w:r>
    </w:p>
    <w:sectPr w:rsidR="0068769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94159490">
    <w:abstractNumId w:val="8"/>
  </w:num>
  <w:num w:numId="2" w16cid:durableId="304360922">
    <w:abstractNumId w:val="6"/>
  </w:num>
  <w:num w:numId="3" w16cid:durableId="2086757263">
    <w:abstractNumId w:val="5"/>
  </w:num>
  <w:num w:numId="4" w16cid:durableId="638803125">
    <w:abstractNumId w:val="4"/>
  </w:num>
  <w:num w:numId="5" w16cid:durableId="1747730102">
    <w:abstractNumId w:val="7"/>
  </w:num>
  <w:num w:numId="6" w16cid:durableId="1599558538">
    <w:abstractNumId w:val="3"/>
  </w:num>
  <w:num w:numId="7" w16cid:durableId="801734617">
    <w:abstractNumId w:val="2"/>
  </w:num>
  <w:num w:numId="8" w16cid:durableId="214122382">
    <w:abstractNumId w:val="1"/>
  </w:num>
  <w:num w:numId="9" w16cid:durableId="2139298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1B5E"/>
    <w:rsid w:val="000D2AE9"/>
    <w:rsid w:val="000F12DB"/>
    <w:rsid w:val="0015074B"/>
    <w:rsid w:val="00167ABC"/>
    <w:rsid w:val="001915DE"/>
    <w:rsid w:val="001971D5"/>
    <w:rsid w:val="00265C0D"/>
    <w:rsid w:val="0029639D"/>
    <w:rsid w:val="00326F90"/>
    <w:rsid w:val="003A0959"/>
    <w:rsid w:val="00526F01"/>
    <w:rsid w:val="00674B07"/>
    <w:rsid w:val="00687691"/>
    <w:rsid w:val="006C0373"/>
    <w:rsid w:val="006D6408"/>
    <w:rsid w:val="006E2A06"/>
    <w:rsid w:val="0070435D"/>
    <w:rsid w:val="00727007"/>
    <w:rsid w:val="007A1EEE"/>
    <w:rsid w:val="007C2435"/>
    <w:rsid w:val="008012C6"/>
    <w:rsid w:val="00817F2C"/>
    <w:rsid w:val="008B6757"/>
    <w:rsid w:val="0094416A"/>
    <w:rsid w:val="0096015F"/>
    <w:rsid w:val="009632F6"/>
    <w:rsid w:val="009B330A"/>
    <w:rsid w:val="009D32BA"/>
    <w:rsid w:val="00A42B69"/>
    <w:rsid w:val="00AA1D8D"/>
    <w:rsid w:val="00B47730"/>
    <w:rsid w:val="00B904DB"/>
    <w:rsid w:val="00C86B0F"/>
    <w:rsid w:val="00CB0664"/>
    <w:rsid w:val="00D96CE9"/>
    <w:rsid w:val="00E26FB4"/>
    <w:rsid w:val="00E9135E"/>
    <w:rsid w:val="00FC693F"/>
    <w:rsid w:val="00FE3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D8C83C5"/>
  <w14:defaultImageDpi w14:val="300"/>
  <w15:docId w15:val="{93079825-2C84-4EEA-B52C-B845B33D6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mbuliro aisha</cp:lastModifiedBy>
  <cp:revision>6</cp:revision>
  <dcterms:created xsi:type="dcterms:W3CDTF">2026-07-14T22:04:00Z</dcterms:created>
  <dcterms:modified xsi:type="dcterms:W3CDTF">2026-07-14T22:06:00Z</dcterms:modified>
  <cp:category/>
</cp:coreProperties>
</file>