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D64C1" w14:textId="77777777" w:rsidR="00E71A28" w:rsidRPr="003138B3" w:rsidRDefault="003138B3" w:rsidP="003138B3">
      <w:pPr>
        <w:spacing w:after="40"/>
        <w:jc w:val="center"/>
        <w:rPr>
          <w:sz w:val="24"/>
          <w:szCs w:val="24"/>
        </w:rPr>
      </w:pPr>
      <w:r>
        <w:rPr>
          <w:b/>
          <w:sz w:val="24"/>
          <w:szCs w:val="24"/>
        </w:rPr>
        <w:t>Supplementary No. 4</w:t>
      </w:r>
    </w:p>
    <w:p w14:paraId="00EF0547" w14:textId="77777777" w:rsidR="00E71A28" w:rsidRPr="003138B3" w:rsidRDefault="00000000" w:rsidP="003138B3">
      <w:pPr>
        <w:spacing w:after="40"/>
        <w:jc w:val="center"/>
        <w:rPr>
          <w:sz w:val="24"/>
          <w:szCs w:val="24"/>
        </w:rPr>
      </w:pPr>
      <w:r>
        <w:rPr>
          <w:b/>
          <w:sz w:val="24"/>
          <w:szCs w:val="24"/>
        </w:rPr>
        <w:t>Supplementary Statistical Tables</w:t>
      </w:r>
    </w:p>
    <w:p w14:paraId="6CAA1B01" w14:textId="77777777" w:rsidR="003138B3" w:rsidRDefault="003138B3">
      <w:pPr>
        <w:rPr>
          <w:sz w:val="24"/>
          <w:szCs w:val="24"/>
        </w:rPr>
      </w:pPr>
    </w:p>
    <w:p w14:paraId="54DAE7A1" w14:textId="77777777" w:rsidR="003138B3" w:rsidRDefault="00000000" w:rsidP="003138B3">
      <w:pPr>
        <w:rPr>
          <w:sz w:val="24"/>
          <w:szCs w:val="24"/>
        </w:rPr>
      </w:pPr>
      <w:r>
        <w:rPr>
          <w:sz w:val="24"/>
          <w:szCs w:val="24"/>
        </w:rPr>
        <w:t>This file reports the complete statistical output underlying the Results: descriptive statistics by platform and clinical domain, the Friedman omnibus tests, and the Holm-corrected Conover post-hoc pairwise matrices. Platforms are coded LLM1 ChatGPT, LLM2 Claude, LLM3 Gemini, LLM4 OpenEvidence (medical-domain RAG), and LLM5 Perplexity (general-purpose RAG). All analyses were performed in Python 3.12 (SciPy, scikit-posthocs); alpha = 0.05. n = 24 vignettes per platform (8 per domain); composite = mean of the four parameters.</w:t>
      </w:r>
    </w:p>
    <w:p w14:paraId="6CF4F104" w14:textId="77777777" w:rsidR="00E71A28" w:rsidRPr="003138B3" w:rsidRDefault="00000000" w:rsidP="003138B3">
      <w:pPr>
        <w:rPr>
          <w:sz w:val="24"/>
          <w:szCs w:val="24"/>
        </w:rPr>
      </w:pPr>
      <w:r>
        <w:rPr>
          <w:b/>
          <w:sz w:val="24"/>
          <w:szCs w:val="24"/>
        </w:rPr>
        <w:t>Table S1. Descriptive statistics by platform across all 24 vignettes</w:t>
      </w:r>
    </w:p>
    <w:tbl>
      <w:tblPr>
        <w:tblStyle w:val="TableGrid"/>
        <w:tblW w:w="0" w:type="auto"/>
        <w:tblLook w:val="04A0" w:firstRow="1" w:lastRow="0" w:firstColumn="1" w:lastColumn="0" w:noHBand="0" w:noVBand="1"/>
      </w:tblPr>
      <w:tblGrid>
        <w:gridCol w:w="1943"/>
        <w:gridCol w:w="1940"/>
        <w:gridCol w:w="922"/>
        <w:gridCol w:w="779"/>
        <w:gridCol w:w="969"/>
        <w:gridCol w:w="1097"/>
        <w:gridCol w:w="1206"/>
      </w:tblGrid>
      <w:tr w:rsidR="00E71A28" w:rsidRPr="008E7D12" w14:paraId="4A8A46F8" w14:textId="77777777" w:rsidTr="003138B3">
        <w:tc>
          <w:tcPr>
            <w:tcW w:w="2160" w:type="dxa"/>
          </w:tcPr>
          <w:p w14:paraId="0BCF0504" w14:textId="77777777" w:rsidR="00E71A28" w:rsidRPr="008E7D12" w:rsidRDefault="00000000">
            <w:pPr>
              <w:rPr>
                <w:sz w:val="20"/>
                <w:szCs w:val="20"/>
              </w:rPr>
            </w:pPr>
            <w:r>
              <w:rPr>
                <w:b/>
                <w:sz w:val="20"/>
                <w:szCs w:val="20"/>
              </w:rPr>
              <w:t>Platform</w:t>
            </w:r>
          </w:p>
        </w:tc>
        <w:tc>
          <w:tcPr>
            <w:tcW w:w="2160" w:type="dxa"/>
          </w:tcPr>
          <w:p w14:paraId="200026EC" w14:textId="77777777" w:rsidR="00E71A28" w:rsidRPr="008E7D12" w:rsidRDefault="00000000">
            <w:pPr>
              <w:rPr>
                <w:sz w:val="20"/>
                <w:szCs w:val="20"/>
              </w:rPr>
            </w:pPr>
            <w:r>
              <w:rPr>
                <w:b/>
                <w:sz w:val="20"/>
                <w:szCs w:val="20"/>
              </w:rPr>
              <w:t>Parameter</w:t>
            </w:r>
          </w:p>
        </w:tc>
        <w:tc>
          <w:tcPr>
            <w:tcW w:w="1008" w:type="dxa"/>
          </w:tcPr>
          <w:p w14:paraId="40E1F59D" w14:textId="77777777" w:rsidR="00E71A28" w:rsidRPr="008E7D12" w:rsidRDefault="00000000">
            <w:pPr>
              <w:rPr>
                <w:sz w:val="20"/>
                <w:szCs w:val="20"/>
              </w:rPr>
            </w:pPr>
            <w:r>
              <w:rPr>
                <w:b/>
                <w:sz w:val="20"/>
                <w:szCs w:val="20"/>
              </w:rPr>
              <w:t>Mean</w:t>
            </w:r>
          </w:p>
        </w:tc>
        <w:tc>
          <w:tcPr>
            <w:tcW w:w="864" w:type="dxa"/>
          </w:tcPr>
          <w:p w14:paraId="3798659F" w14:textId="77777777" w:rsidR="00E71A28" w:rsidRPr="008E7D12" w:rsidRDefault="00000000">
            <w:pPr>
              <w:rPr>
                <w:sz w:val="20"/>
                <w:szCs w:val="20"/>
              </w:rPr>
            </w:pPr>
            <w:r>
              <w:rPr>
                <w:b/>
                <w:sz w:val="20"/>
                <w:szCs w:val="20"/>
              </w:rPr>
              <w:t>SD</w:t>
            </w:r>
          </w:p>
        </w:tc>
        <w:tc>
          <w:tcPr>
            <w:tcW w:w="1008" w:type="dxa"/>
          </w:tcPr>
          <w:p w14:paraId="6C7F5994" w14:textId="77777777" w:rsidR="00E71A28" w:rsidRPr="008E7D12" w:rsidRDefault="00000000">
            <w:pPr>
              <w:rPr>
                <w:sz w:val="20"/>
                <w:szCs w:val="20"/>
              </w:rPr>
            </w:pPr>
            <w:r>
              <w:rPr>
                <w:b/>
                <w:sz w:val="20"/>
                <w:szCs w:val="20"/>
              </w:rPr>
              <w:t>Median</w:t>
            </w:r>
          </w:p>
        </w:tc>
        <w:tc>
          <w:tcPr>
            <w:tcW w:w="1296" w:type="dxa"/>
          </w:tcPr>
          <w:p w14:paraId="6C9C7448" w14:textId="77777777" w:rsidR="00E71A28" w:rsidRPr="008E7D12" w:rsidRDefault="00000000">
            <w:pPr>
              <w:rPr>
                <w:sz w:val="20"/>
                <w:szCs w:val="20"/>
              </w:rPr>
            </w:pPr>
            <w:r>
              <w:rPr>
                <w:b/>
                <w:sz w:val="20"/>
                <w:szCs w:val="20"/>
              </w:rPr>
              <w:t>IQR</w:t>
            </w:r>
          </w:p>
        </w:tc>
        <w:tc>
          <w:tcPr>
            <w:tcW w:w="1440" w:type="dxa"/>
          </w:tcPr>
          <w:p w14:paraId="4925CF30" w14:textId="77777777" w:rsidR="00E71A28" w:rsidRPr="008E7D12" w:rsidRDefault="00000000">
            <w:pPr>
              <w:rPr>
                <w:sz w:val="20"/>
                <w:szCs w:val="20"/>
              </w:rPr>
            </w:pPr>
            <w:r>
              <w:rPr>
                <w:b/>
                <w:sz w:val="20"/>
                <w:szCs w:val="20"/>
              </w:rPr>
              <w:t>95% CI</w:t>
            </w:r>
          </w:p>
        </w:tc>
      </w:tr>
      <w:tr w:rsidR="00E71A28" w:rsidRPr="008E7D12" w14:paraId="409B47E7" w14:textId="77777777" w:rsidTr="003138B3">
        <w:tc>
          <w:tcPr>
            <w:tcW w:w="2160" w:type="dxa"/>
          </w:tcPr>
          <w:p w14:paraId="35D16C77" w14:textId="77777777" w:rsidR="00E71A28" w:rsidRPr="008E7D12" w:rsidRDefault="00000000">
            <w:pPr>
              <w:rPr>
                <w:sz w:val="20"/>
                <w:szCs w:val="20"/>
              </w:rPr>
            </w:pPr>
            <w:r>
              <w:rPr>
                <w:sz w:val="20"/>
                <w:szCs w:val="20"/>
              </w:rPr>
              <w:t>ChatGPT (LLM1)</w:t>
            </w:r>
          </w:p>
        </w:tc>
        <w:tc>
          <w:tcPr>
            <w:tcW w:w="2160" w:type="dxa"/>
          </w:tcPr>
          <w:p w14:paraId="3E3AD8F0" w14:textId="77777777" w:rsidR="00E71A28" w:rsidRPr="008E7D12" w:rsidRDefault="00000000">
            <w:pPr>
              <w:rPr>
                <w:sz w:val="20"/>
                <w:szCs w:val="20"/>
              </w:rPr>
            </w:pPr>
            <w:r>
              <w:rPr>
                <w:sz w:val="20"/>
                <w:szCs w:val="20"/>
              </w:rPr>
              <w:t>Accuracy</w:t>
            </w:r>
          </w:p>
        </w:tc>
        <w:tc>
          <w:tcPr>
            <w:tcW w:w="1008" w:type="dxa"/>
          </w:tcPr>
          <w:p w14:paraId="72A14281" w14:textId="77777777" w:rsidR="00E71A28" w:rsidRPr="008E7D12" w:rsidRDefault="00000000">
            <w:pPr>
              <w:rPr>
                <w:sz w:val="20"/>
                <w:szCs w:val="20"/>
              </w:rPr>
            </w:pPr>
            <w:r>
              <w:rPr>
                <w:sz w:val="20"/>
                <w:szCs w:val="20"/>
              </w:rPr>
              <w:t>3.42</w:t>
            </w:r>
          </w:p>
        </w:tc>
        <w:tc>
          <w:tcPr>
            <w:tcW w:w="864" w:type="dxa"/>
          </w:tcPr>
          <w:p w14:paraId="2F814E78" w14:textId="77777777" w:rsidR="00E71A28" w:rsidRPr="008E7D12" w:rsidRDefault="00000000">
            <w:pPr>
              <w:rPr>
                <w:sz w:val="20"/>
                <w:szCs w:val="20"/>
              </w:rPr>
            </w:pPr>
            <w:r>
              <w:rPr>
                <w:sz w:val="20"/>
                <w:szCs w:val="20"/>
              </w:rPr>
              <w:t>0.88</w:t>
            </w:r>
          </w:p>
        </w:tc>
        <w:tc>
          <w:tcPr>
            <w:tcW w:w="1008" w:type="dxa"/>
          </w:tcPr>
          <w:p w14:paraId="0EAC11F6" w14:textId="77777777" w:rsidR="00E71A28" w:rsidRPr="008E7D12" w:rsidRDefault="00000000">
            <w:pPr>
              <w:rPr>
                <w:sz w:val="20"/>
                <w:szCs w:val="20"/>
              </w:rPr>
            </w:pPr>
            <w:r>
              <w:rPr>
                <w:sz w:val="20"/>
                <w:szCs w:val="20"/>
              </w:rPr>
              <w:t>3.0</w:t>
            </w:r>
          </w:p>
        </w:tc>
        <w:tc>
          <w:tcPr>
            <w:tcW w:w="1296" w:type="dxa"/>
          </w:tcPr>
          <w:p w14:paraId="7A39BEF7" w14:textId="77777777" w:rsidR="00E71A28" w:rsidRPr="008E7D12" w:rsidRDefault="00000000">
            <w:pPr>
              <w:rPr>
                <w:sz w:val="20"/>
                <w:szCs w:val="20"/>
              </w:rPr>
            </w:pPr>
            <w:r>
              <w:rPr>
                <w:sz w:val="20"/>
                <w:szCs w:val="20"/>
              </w:rPr>
              <w:t>3.0-4.0</w:t>
            </w:r>
          </w:p>
        </w:tc>
        <w:tc>
          <w:tcPr>
            <w:tcW w:w="1440" w:type="dxa"/>
          </w:tcPr>
          <w:p w14:paraId="145FF734" w14:textId="77777777" w:rsidR="00E71A28" w:rsidRPr="008E7D12" w:rsidRDefault="00000000">
            <w:pPr>
              <w:rPr>
                <w:sz w:val="20"/>
                <w:szCs w:val="20"/>
              </w:rPr>
            </w:pPr>
            <w:r>
              <w:rPr>
                <w:sz w:val="20"/>
                <w:szCs w:val="20"/>
              </w:rPr>
              <w:t>3.06, 3.77</w:t>
            </w:r>
          </w:p>
        </w:tc>
      </w:tr>
      <w:tr w:rsidR="00E71A28" w:rsidRPr="008E7D12" w14:paraId="52254D52" w14:textId="77777777" w:rsidTr="003138B3">
        <w:tc>
          <w:tcPr>
            <w:tcW w:w="2160" w:type="dxa"/>
          </w:tcPr>
          <w:p w14:paraId="202243BC" w14:textId="77777777" w:rsidR="00E71A28" w:rsidRPr="008E7D12" w:rsidRDefault="00E71A28">
            <w:pPr>
              <w:rPr>
                <w:sz w:val="20"/>
                <w:szCs w:val="20"/>
              </w:rPr>
            </w:pPr>
          </w:p>
        </w:tc>
        <w:tc>
          <w:tcPr>
            <w:tcW w:w="2160" w:type="dxa"/>
          </w:tcPr>
          <w:p w14:paraId="5D8D3C77" w14:textId="77777777" w:rsidR="00E71A28" w:rsidRPr="008E7D12" w:rsidRDefault="00000000">
            <w:pPr>
              <w:rPr>
                <w:sz w:val="20"/>
                <w:szCs w:val="20"/>
              </w:rPr>
            </w:pPr>
            <w:r>
              <w:rPr>
                <w:sz w:val="20"/>
                <w:szCs w:val="20"/>
              </w:rPr>
              <w:t>Safety</w:t>
            </w:r>
          </w:p>
        </w:tc>
        <w:tc>
          <w:tcPr>
            <w:tcW w:w="1008" w:type="dxa"/>
          </w:tcPr>
          <w:p w14:paraId="0E5591C7" w14:textId="77777777" w:rsidR="00E71A28" w:rsidRPr="008E7D12" w:rsidRDefault="00000000">
            <w:pPr>
              <w:rPr>
                <w:sz w:val="20"/>
                <w:szCs w:val="20"/>
              </w:rPr>
            </w:pPr>
            <w:r>
              <w:rPr>
                <w:sz w:val="20"/>
                <w:szCs w:val="20"/>
              </w:rPr>
              <w:t>3.17</w:t>
            </w:r>
          </w:p>
        </w:tc>
        <w:tc>
          <w:tcPr>
            <w:tcW w:w="864" w:type="dxa"/>
          </w:tcPr>
          <w:p w14:paraId="03C62C07" w14:textId="77777777" w:rsidR="00E71A28" w:rsidRPr="008E7D12" w:rsidRDefault="00000000">
            <w:pPr>
              <w:rPr>
                <w:sz w:val="20"/>
                <w:szCs w:val="20"/>
              </w:rPr>
            </w:pPr>
            <w:r>
              <w:rPr>
                <w:sz w:val="20"/>
                <w:szCs w:val="20"/>
              </w:rPr>
              <w:t>1.05</w:t>
            </w:r>
          </w:p>
        </w:tc>
        <w:tc>
          <w:tcPr>
            <w:tcW w:w="1008" w:type="dxa"/>
          </w:tcPr>
          <w:p w14:paraId="6493CCE0" w14:textId="77777777" w:rsidR="00E71A28" w:rsidRPr="008E7D12" w:rsidRDefault="00000000">
            <w:pPr>
              <w:rPr>
                <w:sz w:val="20"/>
                <w:szCs w:val="20"/>
              </w:rPr>
            </w:pPr>
            <w:r>
              <w:rPr>
                <w:sz w:val="20"/>
                <w:szCs w:val="20"/>
              </w:rPr>
              <w:t>3.0</w:t>
            </w:r>
          </w:p>
        </w:tc>
        <w:tc>
          <w:tcPr>
            <w:tcW w:w="1296" w:type="dxa"/>
          </w:tcPr>
          <w:p w14:paraId="1527A065" w14:textId="77777777" w:rsidR="00E71A28" w:rsidRPr="008E7D12" w:rsidRDefault="00000000">
            <w:pPr>
              <w:rPr>
                <w:sz w:val="20"/>
                <w:szCs w:val="20"/>
              </w:rPr>
            </w:pPr>
            <w:r>
              <w:rPr>
                <w:sz w:val="20"/>
                <w:szCs w:val="20"/>
              </w:rPr>
              <w:t>3.0-4.0</w:t>
            </w:r>
          </w:p>
        </w:tc>
        <w:tc>
          <w:tcPr>
            <w:tcW w:w="1440" w:type="dxa"/>
          </w:tcPr>
          <w:p w14:paraId="2C40EF33" w14:textId="77777777" w:rsidR="00E71A28" w:rsidRPr="008E7D12" w:rsidRDefault="00000000">
            <w:pPr>
              <w:rPr>
                <w:sz w:val="20"/>
                <w:szCs w:val="20"/>
              </w:rPr>
            </w:pPr>
            <w:r>
              <w:rPr>
                <w:sz w:val="20"/>
                <w:szCs w:val="20"/>
              </w:rPr>
              <w:t>2.75, 3.59</w:t>
            </w:r>
          </w:p>
        </w:tc>
      </w:tr>
      <w:tr w:rsidR="00E71A28" w:rsidRPr="008E7D12" w14:paraId="52EC7441" w14:textId="77777777" w:rsidTr="003138B3">
        <w:tc>
          <w:tcPr>
            <w:tcW w:w="2160" w:type="dxa"/>
          </w:tcPr>
          <w:p w14:paraId="7C141BCD" w14:textId="77777777" w:rsidR="00E71A28" w:rsidRPr="008E7D12" w:rsidRDefault="00E71A28">
            <w:pPr>
              <w:rPr>
                <w:sz w:val="20"/>
                <w:szCs w:val="20"/>
              </w:rPr>
            </w:pPr>
          </w:p>
        </w:tc>
        <w:tc>
          <w:tcPr>
            <w:tcW w:w="2160" w:type="dxa"/>
          </w:tcPr>
          <w:p w14:paraId="2A7B7F96" w14:textId="77777777" w:rsidR="00E71A28" w:rsidRPr="008E7D12" w:rsidRDefault="00000000">
            <w:pPr>
              <w:rPr>
                <w:sz w:val="20"/>
                <w:szCs w:val="20"/>
              </w:rPr>
            </w:pPr>
            <w:r>
              <w:rPr>
                <w:sz w:val="20"/>
                <w:szCs w:val="20"/>
              </w:rPr>
              <w:t>Hallucinations</w:t>
            </w:r>
          </w:p>
        </w:tc>
        <w:tc>
          <w:tcPr>
            <w:tcW w:w="1008" w:type="dxa"/>
          </w:tcPr>
          <w:p w14:paraId="5EDA578F" w14:textId="77777777" w:rsidR="00E71A28" w:rsidRPr="008E7D12" w:rsidRDefault="00000000">
            <w:pPr>
              <w:rPr>
                <w:sz w:val="20"/>
                <w:szCs w:val="20"/>
              </w:rPr>
            </w:pPr>
            <w:r>
              <w:rPr>
                <w:sz w:val="20"/>
                <w:szCs w:val="20"/>
              </w:rPr>
              <w:t>4.29</w:t>
            </w:r>
          </w:p>
        </w:tc>
        <w:tc>
          <w:tcPr>
            <w:tcW w:w="864" w:type="dxa"/>
          </w:tcPr>
          <w:p w14:paraId="795E0062" w14:textId="77777777" w:rsidR="00E71A28" w:rsidRPr="008E7D12" w:rsidRDefault="00000000">
            <w:pPr>
              <w:rPr>
                <w:sz w:val="20"/>
                <w:szCs w:val="20"/>
              </w:rPr>
            </w:pPr>
            <w:r>
              <w:rPr>
                <w:sz w:val="20"/>
                <w:szCs w:val="20"/>
              </w:rPr>
              <w:t>0.86</w:t>
            </w:r>
          </w:p>
        </w:tc>
        <w:tc>
          <w:tcPr>
            <w:tcW w:w="1008" w:type="dxa"/>
          </w:tcPr>
          <w:p w14:paraId="26419DF9" w14:textId="77777777" w:rsidR="00E71A28" w:rsidRPr="008E7D12" w:rsidRDefault="00000000">
            <w:pPr>
              <w:rPr>
                <w:sz w:val="20"/>
                <w:szCs w:val="20"/>
              </w:rPr>
            </w:pPr>
            <w:r>
              <w:rPr>
                <w:sz w:val="20"/>
                <w:szCs w:val="20"/>
              </w:rPr>
              <w:t>4.5</w:t>
            </w:r>
          </w:p>
        </w:tc>
        <w:tc>
          <w:tcPr>
            <w:tcW w:w="1296" w:type="dxa"/>
          </w:tcPr>
          <w:p w14:paraId="3E56225D" w14:textId="77777777" w:rsidR="00E71A28" w:rsidRPr="008E7D12" w:rsidRDefault="00000000">
            <w:pPr>
              <w:rPr>
                <w:sz w:val="20"/>
                <w:szCs w:val="20"/>
              </w:rPr>
            </w:pPr>
            <w:r>
              <w:rPr>
                <w:sz w:val="20"/>
                <w:szCs w:val="20"/>
              </w:rPr>
              <w:t>4.0-5.0</w:t>
            </w:r>
          </w:p>
        </w:tc>
        <w:tc>
          <w:tcPr>
            <w:tcW w:w="1440" w:type="dxa"/>
          </w:tcPr>
          <w:p w14:paraId="09711983" w14:textId="77777777" w:rsidR="00E71A28" w:rsidRPr="008E7D12" w:rsidRDefault="00000000">
            <w:pPr>
              <w:rPr>
                <w:sz w:val="20"/>
                <w:szCs w:val="20"/>
              </w:rPr>
            </w:pPr>
            <w:r>
              <w:rPr>
                <w:sz w:val="20"/>
                <w:szCs w:val="20"/>
              </w:rPr>
              <w:t>3.95, 4.64</w:t>
            </w:r>
          </w:p>
        </w:tc>
      </w:tr>
      <w:tr w:rsidR="00E71A28" w:rsidRPr="008E7D12" w14:paraId="6E7AE59E" w14:textId="77777777" w:rsidTr="003138B3">
        <w:tc>
          <w:tcPr>
            <w:tcW w:w="2160" w:type="dxa"/>
          </w:tcPr>
          <w:p w14:paraId="5434CE42" w14:textId="77777777" w:rsidR="00E71A28" w:rsidRPr="008E7D12" w:rsidRDefault="00E71A28">
            <w:pPr>
              <w:rPr>
                <w:sz w:val="20"/>
                <w:szCs w:val="20"/>
              </w:rPr>
            </w:pPr>
          </w:p>
        </w:tc>
        <w:tc>
          <w:tcPr>
            <w:tcW w:w="2160" w:type="dxa"/>
          </w:tcPr>
          <w:p w14:paraId="08D9A25B" w14:textId="77777777" w:rsidR="00E71A28" w:rsidRPr="008E7D12" w:rsidRDefault="00000000">
            <w:pPr>
              <w:rPr>
                <w:sz w:val="20"/>
                <w:szCs w:val="20"/>
              </w:rPr>
            </w:pPr>
            <w:r>
              <w:rPr>
                <w:sz w:val="20"/>
                <w:szCs w:val="20"/>
              </w:rPr>
              <w:t>Completeness</w:t>
            </w:r>
          </w:p>
        </w:tc>
        <w:tc>
          <w:tcPr>
            <w:tcW w:w="1008" w:type="dxa"/>
          </w:tcPr>
          <w:p w14:paraId="20363183" w14:textId="77777777" w:rsidR="00E71A28" w:rsidRPr="008E7D12" w:rsidRDefault="00000000">
            <w:pPr>
              <w:rPr>
                <w:sz w:val="20"/>
                <w:szCs w:val="20"/>
              </w:rPr>
            </w:pPr>
            <w:r>
              <w:rPr>
                <w:sz w:val="20"/>
                <w:szCs w:val="20"/>
              </w:rPr>
              <w:t>3.29</w:t>
            </w:r>
          </w:p>
        </w:tc>
        <w:tc>
          <w:tcPr>
            <w:tcW w:w="864" w:type="dxa"/>
          </w:tcPr>
          <w:p w14:paraId="5A1627C2" w14:textId="77777777" w:rsidR="00E71A28" w:rsidRPr="008E7D12" w:rsidRDefault="00000000">
            <w:pPr>
              <w:rPr>
                <w:sz w:val="20"/>
                <w:szCs w:val="20"/>
              </w:rPr>
            </w:pPr>
            <w:r>
              <w:rPr>
                <w:sz w:val="20"/>
                <w:szCs w:val="20"/>
              </w:rPr>
              <w:t>0.62</w:t>
            </w:r>
          </w:p>
        </w:tc>
        <w:tc>
          <w:tcPr>
            <w:tcW w:w="1008" w:type="dxa"/>
          </w:tcPr>
          <w:p w14:paraId="1F002E05" w14:textId="77777777" w:rsidR="00E71A28" w:rsidRPr="008E7D12" w:rsidRDefault="00000000">
            <w:pPr>
              <w:rPr>
                <w:sz w:val="20"/>
                <w:szCs w:val="20"/>
              </w:rPr>
            </w:pPr>
            <w:r>
              <w:rPr>
                <w:sz w:val="20"/>
                <w:szCs w:val="20"/>
              </w:rPr>
              <w:t>3.0</w:t>
            </w:r>
          </w:p>
        </w:tc>
        <w:tc>
          <w:tcPr>
            <w:tcW w:w="1296" w:type="dxa"/>
          </w:tcPr>
          <w:p w14:paraId="64F248E9" w14:textId="77777777" w:rsidR="00E71A28" w:rsidRPr="008E7D12" w:rsidRDefault="00000000">
            <w:pPr>
              <w:rPr>
                <w:sz w:val="20"/>
                <w:szCs w:val="20"/>
              </w:rPr>
            </w:pPr>
            <w:r>
              <w:rPr>
                <w:sz w:val="20"/>
                <w:szCs w:val="20"/>
              </w:rPr>
              <w:t>3.0-4.0</w:t>
            </w:r>
          </w:p>
        </w:tc>
        <w:tc>
          <w:tcPr>
            <w:tcW w:w="1440" w:type="dxa"/>
          </w:tcPr>
          <w:p w14:paraId="3DE3FD58" w14:textId="77777777" w:rsidR="00E71A28" w:rsidRPr="008E7D12" w:rsidRDefault="00000000">
            <w:pPr>
              <w:rPr>
                <w:sz w:val="20"/>
                <w:szCs w:val="20"/>
              </w:rPr>
            </w:pPr>
            <w:r>
              <w:rPr>
                <w:sz w:val="20"/>
                <w:szCs w:val="20"/>
              </w:rPr>
              <w:t>3.04, 3.54</w:t>
            </w:r>
          </w:p>
        </w:tc>
      </w:tr>
      <w:tr w:rsidR="00E71A28" w:rsidRPr="008E7D12" w14:paraId="1FE4E768" w14:textId="77777777" w:rsidTr="003138B3">
        <w:tc>
          <w:tcPr>
            <w:tcW w:w="2160" w:type="dxa"/>
          </w:tcPr>
          <w:p w14:paraId="7BC7D7A1" w14:textId="77777777" w:rsidR="00E71A28" w:rsidRPr="008E7D12" w:rsidRDefault="00E71A28">
            <w:pPr>
              <w:rPr>
                <w:sz w:val="20"/>
                <w:szCs w:val="20"/>
              </w:rPr>
            </w:pPr>
          </w:p>
        </w:tc>
        <w:tc>
          <w:tcPr>
            <w:tcW w:w="2160" w:type="dxa"/>
          </w:tcPr>
          <w:p w14:paraId="3CA837CB" w14:textId="77777777" w:rsidR="00E71A28" w:rsidRPr="008E7D12" w:rsidRDefault="00000000">
            <w:pPr>
              <w:rPr>
                <w:sz w:val="20"/>
                <w:szCs w:val="20"/>
              </w:rPr>
            </w:pPr>
            <w:r>
              <w:rPr>
                <w:sz w:val="20"/>
                <w:szCs w:val="20"/>
              </w:rPr>
              <w:t>Composite</w:t>
            </w:r>
          </w:p>
        </w:tc>
        <w:tc>
          <w:tcPr>
            <w:tcW w:w="1008" w:type="dxa"/>
          </w:tcPr>
          <w:p w14:paraId="1C714DC6" w14:textId="77777777" w:rsidR="00E71A28" w:rsidRPr="008E7D12" w:rsidRDefault="00000000">
            <w:pPr>
              <w:rPr>
                <w:sz w:val="20"/>
                <w:szCs w:val="20"/>
              </w:rPr>
            </w:pPr>
            <w:r>
              <w:rPr>
                <w:sz w:val="20"/>
                <w:szCs w:val="20"/>
              </w:rPr>
              <w:t>3.54</w:t>
            </w:r>
          </w:p>
        </w:tc>
        <w:tc>
          <w:tcPr>
            <w:tcW w:w="864" w:type="dxa"/>
          </w:tcPr>
          <w:p w14:paraId="41C17567" w14:textId="77777777" w:rsidR="00E71A28" w:rsidRPr="008E7D12" w:rsidRDefault="00000000">
            <w:pPr>
              <w:rPr>
                <w:sz w:val="20"/>
                <w:szCs w:val="20"/>
              </w:rPr>
            </w:pPr>
            <w:r>
              <w:rPr>
                <w:sz w:val="20"/>
                <w:szCs w:val="20"/>
              </w:rPr>
              <w:t>0.66</w:t>
            </w:r>
          </w:p>
        </w:tc>
        <w:tc>
          <w:tcPr>
            <w:tcW w:w="1008" w:type="dxa"/>
          </w:tcPr>
          <w:p w14:paraId="35C1CD68" w14:textId="77777777" w:rsidR="00E71A28" w:rsidRPr="008E7D12" w:rsidRDefault="00000000">
            <w:pPr>
              <w:rPr>
                <w:sz w:val="20"/>
                <w:szCs w:val="20"/>
              </w:rPr>
            </w:pPr>
            <w:r>
              <w:rPr>
                <w:sz w:val="20"/>
                <w:szCs w:val="20"/>
              </w:rPr>
              <w:t>3.5</w:t>
            </w:r>
          </w:p>
        </w:tc>
        <w:tc>
          <w:tcPr>
            <w:tcW w:w="1296" w:type="dxa"/>
          </w:tcPr>
          <w:p w14:paraId="66F1D237" w14:textId="77777777" w:rsidR="00E71A28" w:rsidRPr="008E7D12" w:rsidRDefault="00000000">
            <w:pPr>
              <w:rPr>
                <w:sz w:val="20"/>
                <w:szCs w:val="20"/>
              </w:rPr>
            </w:pPr>
            <w:r>
              <w:rPr>
                <w:sz w:val="20"/>
                <w:szCs w:val="20"/>
              </w:rPr>
              <w:t>3.2-4.0</w:t>
            </w:r>
          </w:p>
        </w:tc>
        <w:tc>
          <w:tcPr>
            <w:tcW w:w="1440" w:type="dxa"/>
          </w:tcPr>
          <w:p w14:paraId="661A741A" w14:textId="77777777" w:rsidR="00E71A28" w:rsidRPr="008E7D12" w:rsidRDefault="00000000">
            <w:pPr>
              <w:rPr>
                <w:sz w:val="20"/>
                <w:szCs w:val="20"/>
              </w:rPr>
            </w:pPr>
            <w:r>
              <w:rPr>
                <w:sz w:val="20"/>
                <w:szCs w:val="20"/>
              </w:rPr>
              <w:t>3.28, 3.80</w:t>
            </w:r>
          </w:p>
        </w:tc>
      </w:tr>
      <w:tr w:rsidR="00E71A28" w:rsidRPr="008E7D12" w14:paraId="3419AC4A" w14:textId="77777777" w:rsidTr="003138B3">
        <w:tc>
          <w:tcPr>
            <w:tcW w:w="2160" w:type="dxa"/>
          </w:tcPr>
          <w:p w14:paraId="2B8E5214" w14:textId="77777777" w:rsidR="00E71A28" w:rsidRPr="008E7D12" w:rsidRDefault="00000000">
            <w:pPr>
              <w:rPr>
                <w:sz w:val="20"/>
                <w:szCs w:val="20"/>
              </w:rPr>
            </w:pPr>
            <w:r>
              <w:rPr>
                <w:sz w:val="20"/>
                <w:szCs w:val="20"/>
              </w:rPr>
              <w:t>Claude (LLM2)</w:t>
            </w:r>
          </w:p>
        </w:tc>
        <w:tc>
          <w:tcPr>
            <w:tcW w:w="2160" w:type="dxa"/>
          </w:tcPr>
          <w:p w14:paraId="0DEFA62E" w14:textId="77777777" w:rsidR="00E71A28" w:rsidRPr="008E7D12" w:rsidRDefault="00000000">
            <w:pPr>
              <w:rPr>
                <w:sz w:val="20"/>
                <w:szCs w:val="20"/>
              </w:rPr>
            </w:pPr>
            <w:r>
              <w:rPr>
                <w:sz w:val="20"/>
                <w:szCs w:val="20"/>
              </w:rPr>
              <w:t>Accuracy</w:t>
            </w:r>
          </w:p>
        </w:tc>
        <w:tc>
          <w:tcPr>
            <w:tcW w:w="1008" w:type="dxa"/>
          </w:tcPr>
          <w:p w14:paraId="3DC6EF2E" w14:textId="77777777" w:rsidR="00E71A28" w:rsidRPr="008E7D12" w:rsidRDefault="00000000">
            <w:pPr>
              <w:rPr>
                <w:sz w:val="20"/>
                <w:szCs w:val="20"/>
              </w:rPr>
            </w:pPr>
            <w:r>
              <w:rPr>
                <w:sz w:val="20"/>
                <w:szCs w:val="20"/>
              </w:rPr>
              <w:t>4.29</w:t>
            </w:r>
          </w:p>
        </w:tc>
        <w:tc>
          <w:tcPr>
            <w:tcW w:w="864" w:type="dxa"/>
          </w:tcPr>
          <w:p w14:paraId="13D28198" w14:textId="77777777" w:rsidR="00E71A28" w:rsidRPr="008E7D12" w:rsidRDefault="00000000">
            <w:pPr>
              <w:rPr>
                <w:sz w:val="20"/>
                <w:szCs w:val="20"/>
              </w:rPr>
            </w:pPr>
            <w:r>
              <w:rPr>
                <w:sz w:val="20"/>
                <w:szCs w:val="20"/>
              </w:rPr>
              <w:t>0.86</w:t>
            </w:r>
          </w:p>
        </w:tc>
        <w:tc>
          <w:tcPr>
            <w:tcW w:w="1008" w:type="dxa"/>
          </w:tcPr>
          <w:p w14:paraId="0DC25B72" w14:textId="77777777" w:rsidR="00E71A28" w:rsidRPr="008E7D12" w:rsidRDefault="00000000">
            <w:pPr>
              <w:rPr>
                <w:sz w:val="20"/>
                <w:szCs w:val="20"/>
              </w:rPr>
            </w:pPr>
            <w:r>
              <w:rPr>
                <w:sz w:val="20"/>
                <w:szCs w:val="20"/>
              </w:rPr>
              <w:t>4.5</w:t>
            </w:r>
          </w:p>
        </w:tc>
        <w:tc>
          <w:tcPr>
            <w:tcW w:w="1296" w:type="dxa"/>
          </w:tcPr>
          <w:p w14:paraId="743AD2DE" w14:textId="77777777" w:rsidR="00E71A28" w:rsidRPr="008E7D12" w:rsidRDefault="00000000">
            <w:pPr>
              <w:rPr>
                <w:sz w:val="20"/>
                <w:szCs w:val="20"/>
              </w:rPr>
            </w:pPr>
            <w:r>
              <w:rPr>
                <w:sz w:val="20"/>
                <w:szCs w:val="20"/>
              </w:rPr>
              <w:t>4.0-5.0</w:t>
            </w:r>
          </w:p>
        </w:tc>
        <w:tc>
          <w:tcPr>
            <w:tcW w:w="1440" w:type="dxa"/>
          </w:tcPr>
          <w:p w14:paraId="0FB8802B" w14:textId="77777777" w:rsidR="00E71A28" w:rsidRPr="008E7D12" w:rsidRDefault="00000000">
            <w:pPr>
              <w:rPr>
                <w:sz w:val="20"/>
                <w:szCs w:val="20"/>
              </w:rPr>
            </w:pPr>
            <w:r>
              <w:rPr>
                <w:sz w:val="20"/>
                <w:szCs w:val="20"/>
              </w:rPr>
              <w:t>3.95, 4.64</w:t>
            </w:r>
          </w:p>
        </w:tc>
      </w:tr>
      <w:tr w:rsidR="00E71A28" w:rsidRPr="008E7D12" w14:paraId="418CB1AB" w14:textId="77777777" w:rsidTr="003138B3">
        <w:tc>
          <w:tcPr>
            <w:tcW w:w="2160" w:type="dxa"/>
          </w:tcPr>
          <w:p w14:paraId="57F37556" w14:textId="77777777" w:rsidR="00E71A28" w:rsidRPr="008E7D12" w:rsidRDefault="00E71A28">
            <w:pPr>
              <w:rPr>
                <w:sz w:val="20"/>
                <w:szCs w:val="20"/>
              </w:rPr>
            </w:pPr>
          </w:p>
        </w:tc>
        <w:tc>
          <w:tcPr>
            <w:tcW w:w="2160" w:type="dxa"/>
          </w:tcPr>
          <w:p w14:paraId="31E95802" w14:textId="77777777" w:rsidR="00E71A28" w:rsidRPr="008E7D12" w:rsidRDefault="00000000">
            <w:pPr>
              <w:rPr>
                <w:sz w:val="20"/>
                <w:szCs w:val="20"/>
              </w:rPr>
            </w:pPr>
            <w:r>
              <w:rPr>
                <w:sz w:val="20"/>
                <w:szCs w:val="20"/>
              </w:rPr>
              <w:t>Safety</w:t>
            </w:r>
          </w:p>
        </w:tc>
        <w:tc>
          <w:tcPr>
            <w:tcW w:w="1008" w:type="dxa"/>
          </w:tcPr>
          <w:p w14:paraId="5FE2108D" w14:textId="77777777" w:rsidR="00E71A28" w:rsidRPr="008E7D12" w:rsidRDefault="00000000">
            <w:pPr>
              <w:rPr>
                <w:sz w:val="20"/>
                <w:szCs w:val="20"/>
              </w:rPr>
            </w:pPr>
            <w:r>
              <w:rPr>
                <w:sz w:val="20"/>
                <w:szCs w:val="20"/>
              </w:rPr>
              <w:t>4.58</w:t>
            </w:r>
          </w:p>
        </w:tc>
        <w:tc>
          <w:tcPr>
            <w:tcW w:w="864" w:type="dxa"/>
          </w:tcPr>
          <w:p w14:paraId="7EA1EA87" w14:textId="77777777" w:rsidR="00E71A28" w:rsidRPr="008E7D12" w:rsidRDefault="00000000">
            <w:pPr>
              <w:rPr>
                <w:sz w:val="20"/>
                <w:szCs w:val="20"/>
              </w:rPr>
            </w:pPr>
            <w:r>
              <w:rPr>
                <w:sz w:val="20"/>
                <w:szCs w:val="20"/>
              </w:rPr>
              <w:t>0.65</w:t>
            </w:r>
          </w:p>
        </w:tc>
        <w:tc>
          <w:tcPr>
            <w:tcW w:w="1008" w:type="dxa"/>
          </w:tcPr>
          <w:p w14:paraId="24AF402B" w14:textId="77777777" w:rsidR="00E71A28" w:rsidRPr="008E7D12" w:rsidRDefault="00000000">
            <w:pPr>
              <w:rPr>
                <w:sz w:val="20"/>
                <w:szCs w:val="20"/>
              </w:rPr>
            </w:pPr>
            <w:r>
              <w:rPr>
                <w:sz w:val="20"/>
                <w:szCs w:val="20"/>
              </w:rPr>
              <w:t>5.0</w:t>
            </w:r>
          </w:p>
        </w:tc>
        <w:tc>
          <w:tcPr>
            <w:tcW w:w="1296" w:type="dxa"/>
          </w:tcPr>
          <w:p w14:paraId="723D86A9" w14:textId="77777777" w:rsidR="00E71A28" w:rsidRPr="008E7D12" w:rsidRDefault="00000000">
            <w:pPr>
              <w:rPr>
                <w:sz w:val="20"/>
                <w:szCs w:val="20"/>
              </w:rPr>
            </w:pPr>
            <w:r>
              <w:rPr>
                <w:sz w:val="20"/>
                <w:szCs w:val="20"/>
              </w:rPr>
              <w:t>4.0-5.0</w:t>
            </w:r>
          </w:p>
        </w:tc>
        <w:tc>
          <w:tcPr>
            <w:tcW w:w="1440" w:type="dxa"/>
          </w:tcPr>
          <w:p w14:paraId="3D6407D1" w14:textId="77777777" w:rsidR="00E71A28" w:rsidRPr="008E7D12" w:rsidRDefault="00000000">
            <w:pPr>
              <w:rPr>
                <w:sz w:val="20"/>
                <w:szCs w:val="20"/>
              </w:rPr>
            </w:pPr>
            <w:r>
              <w:rPr>
                <w:sz w:val="20"/>
                <w:szCs w:val="20"/>
              </w:rPr>
              <w:t>4.32, 4.84</w:t>
            </w:r>
          </w:p>
        </w:tc>
      </w:tr>
      <w:tr w:rsidR="00E71A28" w:rsidRPr="008E7D12" w14:paraId="32825BA4" w14:textId="77777777" w:rsidTr="003138B3">
        <w:tc>
          <w:tcPr>
            <w:tcW w:w="2160" w:type="dxa"/>
          </w:tcPr>
          <w:p w14:paraId="4D88D7AB" w14:textId="77777777" w:rsidR="00E71A28" w:rsidRPr="008E7D12" w:rsidRDefault="00E71A28">
            <w:pPr>
              <w:rPr>
                <w:sz w:val="20"/>
                <w:szCs w:val="20"/>
              </w:rPr>
            </w:pPr>
          </w:p>
        </w:tc>
        <w:tc>
          <w:tcPr>
            <w:tcW w:w="2160" w:type="dxa"/>
          </w:tcPr>
          <w:p w14:paraId="15C6A034" w14:textId="77777777" w:rsidR="00E71A28" w:rsidRPr="008E7D12" w:rsidRDefault="00000000">
            <w:pPr>
              <w:rPr>
                <w:sz w:val="20"/>
                <w:szCs w:val="20"/>
              </w:rPr>
            </w:pPr>
            <w:r>
              <w:rPr>
                <w:sz w:val="20"/>
                <w:szCs w:val="20"/>
              </w:rPr>
              <w:t>Hallucinations</w:t>
            </w:r>
          </w:p>
        </w:tc>
        <w:tc>
          <w:tcPr>
            <w:tcW w:w="1008" w:type="dxa"/>
          </w:tcPr>
          <w:p w14:paraId="7FFC9FA3" w14:textId="77777777" w:rsidR="00E71A28" w:rsidRPr="008E7D12" w:rsidRDefault="00000000">
            <w:pPr>
              <w:rPr>
                <w:sz w:val="20"/>
                <w:szCs w:val="20"/>
              </w:rPr>
            </w:pPr>
            <w:r>
              <w:rPr>
                <w:sz w:val="20"/>
                <w:szCs w:val="20"/>
              </w:rPr>
              <w:t>4.50</w:t>
            </w:r>
          </w:p>
        </w:tc>
        <w:tc>
          <w:tcPr>
            <w:tcW w:w="864" w:type="dxa"/>
          </w:tcPr>
          <w:p w14:paraId="19852BA0" w14:textId="77777777" w:rsidR="00E71A28" w:rsidRPr="008E7D12" w:rsidRDefault="00000000">
            <w:pPr>
              <w:rPr>
                <w:sz w:val="20"/>
                <w:szCs w:val="20"/>
              </w:rPr>
            </w:pPr>
            <w:r>
              <w:rPr>
                <w:sz w:val="20"/>
                <w:szCs w:val="20"/>
              </w:rPr>
              <w:t>1.06</w:t>
            </w:r>
          </w:p>
        </w:tc>
        <w:tc>
          <w:tcPr>
            <w:tcW w:w="1008" w:type="dxa"/>
          </w:tcPr>
          <w:p w14:paraId="24E752E6" w14:textId="77777777" w:rsidR="00E71A28" w:rsidRPr="008E7D12" w:rsidRDefault="00000000">
            <w:pPr>
              <w:rPr>
                <w:sz w:val="20"/>
                <w:szCs w:val="20"/>
              </w:rPr>
            </w:pPr>
            <w:r>
              <w:rPr>
                <w:sz w:val="20"/>
                <w:szCs w:val="20"/>
              </w:rPr>
              <w:t>5.0</w:t>
            </w:r>
          </w:p>
        </w:tc>
        <w:tc>
          <w:tcPr>
            <w:tcW w:w="1296" w:type="dxa"/>
          </w:tcPr>
          <w:p w14:paraId="5963F6C1" w14:textId="77777777" w:rsidR="00E71A28" w:rsidRPr="008E7D12" w:rsidRDefault="00000000">
            <w:pPr>
              <w:rPr>
                <w:sz w:val="20"/>
                <w:szCs w:val="20"/>
              </w:rPr>
            </w:pPr>
            <w:r>
              <w:rPr>
                <w:sz w:val="20"/>
                <w:szCs w:val="20"/>
              </w:rPr>
              <w:t>4.8-5.0</w:t>
            </w:r>
          </w:p>
        </w:tc>
        <w:tc>
          <w:tcPr>
            <w:tcW w:w="1440" w:type="dxa"/>
          </w:tcPr>
          <w:p w14:paraId="6AFE229A" w14:textId="77777777" w:rsidR="00E71A28" w:rsidRPr="008E7D12" w:rsidRDefault="00000000">
            <w:pPr>
              <w:rPr>
                <w:sz w:val="20"/>
                <w:szCs w:val="20"/>
              </w:rPr>
            </w:pPr>
            <w:r>
              <w:rPr>
                <w:sz w:val="20"/>
                <w:szCs w:val="20"/>
              </w:rPr>
              <w:t>4.07, 4.93</w:t>
            </w:r>
          </w:p>
        </w:tc>
      </w:tr>
      <w:tr w:rsidR="00E71A28" w:rsidRPr="008E7D12" w14:paraId="22966243" w14:textId="77777777" w:rsidTr="003138B3">
        <w:tc>
          <w:tcPr>
            <w:tcW w:w="2160" w:type="dxa"/>
          </w:tcPr>
          <w:p w14:paraId="4E02796B" w14:textId="77777777" w:rsidR="00E71A28" w:rsidRPr="008E7D12" w:rsidRDefault="00E71A28">
            <w:pPr>
              <w:rPr>
                <w:sz w:val="20"/>
                <w:szCs w:val="20"/>
              </w:rPr>
            </w:pPr>
          </w:p>
        </w:tc>
        <w:tc>
          <w:tcPr>
            <w:tcW w:w="2160" w:type="dxa"/>
          </w:tcPr>
          <w:p w14:paraId="4FF8EBB7" w14:textId="77777777" w:rsidR="00E71A28" w:rsidRPr="008E7D12" w:rsidRDefault="00000000">
            <w:pPr>
              <w:rPr>
                <w:sz w:val="20"/>
                <w:szCs w:val="20"/>
              </w:rPr>
            </w:pPr>
            <w:r>
              <w:rPr>
                <w:sz w:val="20"/>
                <w:szCs w:val="20"/>
              </w:rPr>
              <w:t>Completeness</w:t>
            </w:r>
          </w:p>
        </w:tc>
        <w:tc>
          <w:tcPr>
            <w:tcW w:w="1008" w:type="dxa"/>
          </w:tcPr>
          <w:p w14:paraId="1B77B043" w14:textId="77777777" w:rsidR="00E71A28" w:rsidRPr="008E7D12" w:rsidRDefault="00000000">
            <w:pPr>
              <w:rPr>
                <w:sz w:val="20"/>
                <w:szCs w:val="20"/>
              </w:rPr>
            </w:pPr>
            <w:r>
              <w:rPr>
                <w:sz w:val="20"/>
                <w:szCs w:val="20"/>
              </w:rPr>
              <w:t>4.38</w:t>
            </w:r>
          </w:p>
        </w:tc>
        <w:tc>
          <w:tcPr>
            <w:tcW w:w="864" w:type="dxa"/>
          </w:tcPr>
          <w:p w14:paraId="59B1B994" w14:textId="77777777" w:rsidR="00E71A28" w:rsidRPr="008E7D12" w:rsidRDefault="00000000">
            <w:pPr>
              <w:rPr>
                <w:sz w:val="20"/>
                <w:szCs w:val="20"/>
              </w:rPr>
            </w:pPr>
            <w:r>
              <w:rPr>
                <w:sz w:val="20"/>
                <w:szCs w:val="20"/>
              </w:rPr>
              <w:t>0.65</w:t>
            </w:r>
          </w:p>
        </w:tc>
        <w:tc>
          <w:tcPr>
            <w:tcW w:w="1008" w:type="dxa"/>
          </w:tcPr>
          <w:p w14:paraId="1229484C" w14:textId="77777777" w:rsidR="00E71A28" w:rsidRPr="008E7D12" w:rsidRDefault="00000000">
            <w:pPr>
              <w:rPr>
                <w:sz w:val="20"/>
                <w:szCs w:val="20"/>
              </w:rPr>
            </w:pPr>
            <w:r>
              <w:rPr>
                <w:sz w:val="20"/>
                <w:szCs w:val="20"/>
              </w:rPr>
              <w:t>4.0</w:t>
            </w:r>
          </w:p>
        </w:tc>
        <w:tc>
          <w:tcPr>
            <w:tcW w:w="1296" w:type="dxa"/>
          </w:tcPr>
          <w:p w14:paraId="54C743CE" w14:textId="77777777" w:rsidR="00E71A28" w:rsidRPr="008E7D12" w:rsidRDefault="00000000">
            <w:pPr>
              <w:rPr>
                <w:sz w:val="20"/>
                <w:szCs w:val="20"/>
              </w:rPr>
            </w:pPr>
            <w:r>
              <w:rPr>
                <w:sz w:val="20"/>
                <w:szCs w:val="20"/>
              </w:rPr>
              <w:t>4.0-5.0</w:t>
            </w:r>
          </w:p>
        </w:tc>
        <w:tc>
          <w:tcPr>
            <w:tcW w:w="1440" w:type="dxa"/>
          </w:tcPr>
          <w:p w14:paraId="7B811883" w14:textId="77777777" w:rsidR="00E71A28" w:rsidRPr="008E7D12" w:rsidRDefault="00000000">
            <w:pPr>
              <w:rPr>
                <w:sz w:val="20"/>
                <w:szCs w:val="20"/>
              </w:rPr>
            </w:pPr>
            <w:r>
              <w:rPr>
                <w:sz w:val="20"/>
                <w:szCs w:val="20"/>
              </w:rPr>
              <w:t>4.12, 4.63</w:t>
            </w:r>
          </w:p>
        </w:tc>
      </w:tr>
      <w:tr w:rsidR="00E71A28" w:rsidRPr="008E7D12" w14:paraId="1D9C8482" w14:textId="77777777" w:rsidTr="003138B3">
        <w:tc>
          <w:tcPr>
            <w:tcW w:w="2160" w:type="dxa"/>
          </w:tcPr>
          <w:p w14:paraId="7E4463CD" w14:textId="77777777" w:rsidR="00E71A28" w:rsidRPr="008E7D12" w:rsidRDefault="00E71A28">
            <w:pPr>
              <w:rPr>
                <w:sz w:val="20"/>
                <w:szCs w:val="20"/>
              </w:rPr>
            </w:pPr>
          </w:p>
        </w:tc>
        <w:tc>
          <w:tcPr>
            <w:tcW w:w="2160" w:type="dxa"/>
          </w:tcPr>
          <w:p w14:paraId="20B5A9E8" w14:textId="77777777" w:rsidR="00E71A28" w:rsidRPr="008E7D12" w:rsidRDefault="00000000">
            <w:pPr>
              <w:rPr>
                <w:sz w:val="20"/>
                <w:szCs w:val="20"/>
              </w:rPr>
            </w:pPr>
            <w:r>
              <w:rPr>
                <w:sz w:val="20"/>
                <w:szCs w:val="20"/>
              </w:rPr>
              <w:t>Composite</w:t>
            </w:r>
          </w:p>
        </w:tc>
        <w:tc>
          <w:tcPr>
            <w:tcW w:w="1008" w:type="dxa"/>
          </w:tcPr>
          <w:p w14:paraId="7443FBA0" w14:textId="77777777" w:rsidR="00E71A28" w:rsidRPr="008E7D12" w:rsidRDefault="00000000">
            <w:pPr>
              <w:rPr>
                <w:sz w:val="20"/>
                <w:szCs w:val="20"/>
              </w:rPr>
            </w:pPr>
            <w:r>
              <w:rPr>
                <w:sz w:val="20"/>
                <w:szCs w:val="20"/>
              </w:rPr>
              <w:t>4.44</w:t>
            </w:r>
          </w:p>
        </w:tc>
        <w:tc>
          <w:tcPr>
            <w:tcW w:w="864" w:type="dxa"/>
          </w:tcPr>
          <w:p w14:paraId="6F191ADD" w14:textId="77777777" w:rsidR="00E71A28" w:rsidRPr="008E7D12" w:rsidRDefault="00000000">
            <w:pPr>
              <w:rPr>
                <w:sz w:val="20"/>
                <w:szCs w:val="20"/>
              </w:rPr>
            </w:pPr>
            <w:r>
              <w:rPr>
                <w:sz w:val="20"/>
                <w:szCs w:val="20"/>
              </w:rPr>
              <w:t>0.66</w:t>
            </w:r>
          </w:p>
        </w:tc>
        <w:tc>
          <w:tcPr>
            <w:tcW w:w="1008" w:type="dxa"/>
          </w:tcPr>
          <w:p w14:paraId="3128864C" w14:textId="77777777" w:rsidR="00E71A28" w:rsidRPr="008E7D12" w:rsidRDefault="00000000">
            <w:pPr>
              <w:rPr>
                <w:sz w:val="20"/>
                <w:szCs w:val="20"/>
              </w:rPr>
            </w:pPr>
            <w:r>
              <w:rPr>
                <w:sz w:val="20"/>
                <w:szCs w:val="20"/>
              </w:rPr>
              <w:t>4.6</w:t>
            </w:r>
          </w:p>
        </w:tc>
        <w:tc>
          <w:tcPr>
            <w:tcW w:w="1296" w:type="dxa"/>
          </w:tcPr>
          <w:p w14:paraId="7AB4EEBE" w14:textId="77777777" w:rsidR="00E71A28" w:rsidRPr="008E7D12" w:rsidRDefault="00000000">
            <w:pPr>
              <w:rPr>
                <w:sz w:val="20"/>
                <w:szCs w:val="20"/>
              </w:rPr>
            </w:pPr>
            <w:r>
              <w:rPr>
                <w:sz w:val="20"/>
                <w:szCs w:val="20"/>
              </w:rPr>
              <w:t>4.0-5.0</w:t>
            </w:r>
          </w:p>
        </w:tc>
        <w:tc>
          <w:tcPr>
            <w:tcW w:w="1440" w:type="dxa"/>
          </w:tcPr>
          <w:p w14:paraId="0A37E6C3" w14:textId="77777777" w:rsidR="00E71A28" w:rsidRPr="008E7D12" w:rsidRDefault="00000000">
            <w:pPr>
              <w:rPr>
                <w:sz w:val="20"/>
                <w:szCs w:val="20"/>
              </w:rPr>
            </w:pPr>
            <w:r>
              <w:rPr>
                <w:sz w:val="20"/>
                <w:szCs w:val="20"/>
              </w:rPr>
              <w:t>4.17, 4.70</w:t>
            </w:r>
          </w:p>
        </w:tc>
      </w:tr>
      <w:tr w:rsidR="00E71A28" w:rsidRPr="008E7D12" w14:paraId="5B2B1DDE" w14:textId="77777777" w:rsidTr="003138B3">
        <w:tc>
          <w:tcPr>
            <w:tcW w:w="2160" w:type="dxa"/>
          </w:tcPr>
          <w:p w14:paraId="18943583" w14:textId="77777777" w:rsidR="00E71A28" w:rsidRPr="008E7D12" w:rsidRDefault="00000000">
            <w:pPr>
              <w:rPr>
                <w:sz w:val="20"/>
                <w:szCs w:val="20"/>
              </w:rPr>
            </w:pPr>
            <w:r>
              <w:rPr>
                <w:sz w:val="20"/>
                <w:szCs w:val="20"/>
              </w:rPr>
              <w:t>Gemini (LLM3)</w:t>
            </w:r>
          </w:p>
        </w:tc>
        <w:tc>
          <w:tcPr>
            <w:tcW w:w="2160" w:type="dxa"/>
          </w:tcPr>
          <w:p w14:paraId="08D5A49B" w14:textId="77777777" w:rsidR="00E71A28" w:rsidRPr="008E7D12" w:rsidRDefault="00000000">
            <w:pPr>
              <w:rPr>
                <w:sz w:val="20"/>
                <w:szCs w:val="20"/>
              </w:rPr>
            </w:pPr>
            <w:r>
              <w:rPr>
                <w:sz w:val="20"/>
                <w:szCs w:val="20"/>
              </w:rPr>
              <w:t>Accuracy</w:t>
            </w:r>
          </w:p>
        </w:tc>
        <w:tc>
          <w:tcPr>
            <w:tcW w:w="1008" w:type="dxa"/>
          </w:tcPr>
          <w:p w14:paraId="071882C3" w14:textId="77777777" w:rsidR="00E71A28" w:rsidRPr="008E7D12" w:rsidRDefault="00000000">
            <w:pPr>
              <w:rPr>
                <w:sz w:val="20"/>
                <w:szCs w:val="20"/>
              </w:rPr>
            </w:pPr>
            <w:r>
              <w:rPr>
                <w:sz w:val="20"/>
                <w:szCs w:val="20"/>
              </w:rPr>
              <w:t>3.46</w:t>
            </w:r>
          </w:p>
        </w:tc>
        <w:tc>
          <w:tcPr>
            <w:tcW w:w="864" w:type="dxa"/>
          </w:tcPr>
          <w:p w14:paraId="525D2C02" w14:textId="77777777" w:rsidR="00E71A28" w:rsidRPr="008E7D12" w:rsidRDefault="00000000">
            <w:pPr>
              <w:rPr>
                <w:sz w:val="20"/>
                <w:szCs w:val="20"/>
              </w:rPr>
            </w:pPr>
            <w:r>
              <w:rPr>
                <w:sz w:val="20"/>
                <w:szCs w:val="20"/>
              </w:rPr>
              <w:t>1.02</w:t>
            </w:r>
          </w:p>
        </w:tc>
        <w:tc>
          <w:tcPr>
            <w:tcW w:w="1008" w:type="dxa"/>
          </w:tcPr>
          <w:p w14:paraId="5B6E3944" w14:textId="77777777" w:rsidR="00E71A28" w:rsidRPr="008E7D12" w:rsidRDefault="00000000">
            <w:pPr>
              <w:rPr>
                <w:sz w:val="20"/>
                <w:szCs w:val="20"/>
              </w:rPr>
            </w:pPr>
            <w:r>
              <w:rPr>
                <w:sz w:val="20"/>
                <w:szCs w:val="20"/>
              </w:rPr>
              <w:t>3.0</w:t>
            </w:r>
          </w:p>
        </w:tc>
        <w:tc>
          <w:tcPr>
            <w:tcW w:w="1296" w:type="dxa"/>
          </w:tcPr>
          <w:p w14:paraId="2E97DF2A" w14:textId="77777777" w:rsidR="00E71A28" w:rsidRPr="008E7D12" w:rsidRDefault="00000000">
            <w:pPr>
              <w:rPr>
                <w:sz w:val="20"/>
                <w:szCs w:val="20"/>
              </w:rPr>
            </w:pPr>
            <w:r>
              <w:rPr>
                <w:sz w:val="20"/>
                <w:szCs w:val="20"/>
              </w:rPr>
              <w:t>3.0-4.0</w:t>
            </w:r>
          </w:p>
        </w:tc>
        <w:tc>
          <w:tcPr>
            <w:tcW w:w="1440" w:type="dxa"/>
          </w:tcPr>
          <w:p w14:paraId="13591298" w14:textId="77777777" w:rsidR="00E71A28" w:rsidRPr="008E7D12" w:rsidRDefault="00000000">
            <w:pPr>
              <w:rPr>
                <w:sz w:val="20"/>
                <w:szCs w:val="20"/>
              </w:rPr>
            </w:pPr>
            <w:r>
              <w:rPr>
                <w:sz w:val="20"/>
                <w:szCs w:val="20"/>
              </w:rPr>
              <w:t>3.05, 3.87</w:t>
            </w:r>
          </w:p>
        </w:tc>
      </w:tr>
      <w:tr w:rsidR="00E71A28" w:rsidRPr="008E7D12" w14:paraId="39DE8471" w14:textId="77777777" w:rsidTr="003138B3">
        <w:tc>
          <w:tcPr>
            <w:tcW w:w="2160" w:type="dxa"/>
          </w:tcPr>
          <w:p w14:paraId="2025C6E2" w14:textId="77777777" w:rsidR="00E71A28" w:rsidRPr="008E7D12" w:rsidRDefault="00E71A28">
            <w:pPr>
              <w:rPr>
                <w:sz w:val="20"/>
                <w:szCs w:val="20"/>
              </w:rPr>
            </w:pPr>
          </w:p>
        </w:tc>
        <w:tc>
          <w:tcPr>
            <w:tcW w:w="2160" w:type="dxa"/>
          </w:tcPr>
          <w:p w14:paraId="644BA1E4" w14:textId="77777777" w:rsidR="00E71A28" w:rsidRPr="008E7D12" w:rsidRDefault="00000000">
            <w:pPr>
              <w:rPr>
                <w:sz w:val="20"/>
                <w:szCs w:val="20"/>
              </w:rPr>
            </w:pPr>
            <w:r>
              <w:rPr>
                <w:sz w:val="20"/>
                <w:szCs w:val="20"/>
              </w:rPr>
              <w:t>Safety</w:t>
            </w:r>
          </w:p>
        </w:tc>
        <w:tc>
          <w:tcPr>
            <w:tcW w:w="1008" w:type="dxa"/>
          </w:tcPr>
          <w:p w14:paraId="448EA735" w14:textId="77777777" w:rsidR="00E71A28" w:rsidRPr="008E7D12" w:rsidRDefault="00000000">
            <w:pPr>
              <w:rPr>
                <w:sz w:val="20"/>
                <w:szCs w:val="20"/>
              </w:rPr>
            </w:pPr>
            <w:r>
              <w:rPr>
                <w:sz w:val="20"/>
                <w:szCs w:val="20"/>
              </w:rPr>
              <w:t>3.17</w:t>
            </w:r>
          </w:p>
        </w:tc>
        <w:tc>
          <w:tcPr>
            <w:tcW w:w="864" w:type="dxa"/>
          </w:tcPr>
          <w:p w14:paraId="2FB16E01" w14:textId="77777777" w:rsidR="00E71A28" w:rsidRPr="008E7D12" w:rsidRDefault="00000000">
            <w:pPr>
              <w:rPr>
                <w:sz w:val="20"/>
                <w:szCs w:val="20"/>
              </w:rPr>
            </w:pPr>
            <w:r>
              <w:rPr>
                <w:sz w:val="20"/>
                <w:szCs w:val="20"/>
              </w:rPr>
              <w:t>1.27</w:t>
            </w:r>
          </w:p>
        </w:tc>
        <w:tc>
          <w:tcPr>
            <w:tcW w:w="1008" w:type="dxa"/>
          </w:tcPr>
          <w:p w14:paraId="44D5D65C" w14:textId="77777777" w:rsidR="00E71A28" w:rsidRPr="008E7D12" w:rsidRDefault="00000000">
            <w:pPr>
              <w:rPr>
                <w:sz w:val="20"/>
                <w:szCs w:val="20"/>
              </w:rPr>
            </w:pPr>
            <w:r>
              <w:rPr>
                <w:sz w:val="20"/>
                <w:szCs w:val="20"/>
              </w:rPr>
              <w:t>3.0</w:t>
            </w:r>
          </w:p>
        </w:tc>
        <w:tc>
          <w:tcPr>
            <w:tcW w:w="1296" w:type="dxa"/>
          </w:tcPr>
          <w:p w14:paraId="5A8D5186" w14:textId="77777777" w:rsidR="00E71A28" w:rsidRPr="008E7D12" w:rsidRDefault="00000000">
            <w:pPr>
              <w:rPr>
                <w:sz w:val="20"/>
                <w:szCs w:val="20"/>
              </w:rPr>
            </w:pPr>
            <w:r>
              <w:rPr>
                <w:sz w:val="20"/>
                <w:szCs w:val="20"/>
              </w:rPr>
              <w:t>2.0-4.0</w:t>
            </w:r>
          </w:p>
        </w:tc>
        <w:tc>
          <w:tcPr>
            <w:tcW w:w="1440" w:type="dxa"/>
          </w:tcPr>
          <w:p w14:paraId="7A7D742B" w14:textId="77777777" w:rsidR="00E71A28" w:rsidRPr="008E7D12" w:rsidRDefault="00000000">
            <w:pPr>
              <w:rPr>
                <w:sz w:val="20"/>
                <w:szCs w:val="20"/>
              </w:rPr>
            </w:pPr>
            <w:r>
              <w:rPr>
                <w:sz w:val="20"/>
                <w:szCs w:val="20"/>
              </w:rPr>
              <w:t>2.66, 3.68</w:t>
            </w:r>
          </w:p>
        </w:tc>
      </w:tr>
      <w:tr w:rsidR="00E71A28" w:rsidRPr="008E7D12" w14:paraId="7BAB71F2" w14:textId="77777777" w:rsidTr="003138B3">
        <w:tc>
          <w:tcPr>
            <w:tcW w:w="2160" w:type="dxa"/>
          </w:tcPr>
          <w:p w14:paraId="288BAF68" w14:textId="77777777" w:rsidR="00E71A28" w:rsidRPr="008E7D12" w:rsidRDefault="00E71A28">
            <w:pPr>
              <w:rPr>
                <w:sz w:val="20"/>
                <w:szCs w:val="20"/>
              </w:rPr>
            </w:pPr>
          </w:p>
        </w:tc>
        <w:tc>
          <w:tcPr>
            <w:tcW w:w="2160" w:type="dxa"/>
          </w:tcPr>
          <w:p w14:paraId="11D4DFC8" w14:textId="77777777" w:rsidR="00E71A28" w:rsidRPr="008E7D12" w:rsidRDefault="00000000">
            <w:pPr>
              <w:rPr>
                <w:sz w:val="20"/>
                <w:szCs w:val="20"/>
              </w:rPr>
            </w:pPr>
            <w:r>
              <w:rPr>
                <w:sz w:val="20"/>
                <w:szCs w:val="20"/>
              </w:rPr>
              <w:t>Hallucinations</w:t>
            </w:r>
          </w:p>
        </w:tc>
        <w:tc>
          <w:tcPr>
            <w:tcW w:w="1008" w:type="dxa"/>
          </w:tcPr>
          <w:p w14:paraId="2E99BB92" w14:textId="77777777" w:rsidR="00E71A28" w:rsidRPr="008E7D12" w:rsidRDefault="00000000">
            <w:pPr>
              <w:rPr>
                <w:sz w:val="20"/>
                <w:szCs w:val="20"/>
              </w:rPr>
            </w:pPr>
            <w:r>
              <w:rPr>
                <w:sz w:val="20"/>
                <w:szCs w:val="20"/>
              </w:rPr>
              <w:t>4.00</w:t>
            </w:r>
          </w:p>
        </w:tc>
        <w:tc>
          <w:tcPr>
            <w:tcW w:w="864" w:type="dxa"/>
          </w:tcPr>
          <w:p w14:paraId="5ABDA78E" w14:textId="77777777" w:rsidR="00E71A28" w:rsidRPr="008E7D12" w:rsidRDefault="00000000">
            <w:pPr>
              <w:rPr>
                <w:sz w:val="20"/>
                <w:szCs w:val="20"/>
              </w:rPr>
            </w:pPr>
            <w:r>
              <w:rPr>
                <w:sz w:val="20"/>
                <w:szCs w:val="20"/>
              </w:rPr>
              <w:t>1.02</w:t>
            </w:r>
          </w:p>
        </w:tc>
        <w:tc>
          <w:tcPr>
            <w:tcW w:w="1008" w:type="dxa"/>
          </w:tcPr>
          <w:p w14:paraId="38D1D26C" w14:textId="77777777" w:rsidR="00E71A28" w:rsidRPr="008E7D12" w:rsidRDefault="00000000">
            <w:pPr>
              <w:rPr>
                <w:sz w:val="20"/>
                <w:szCs w:val="20"/>
              </w:rPr>
            </w:pPr>
            <w:r>
              <w:rPr>
                <w:sz w:val="20"/>
                <w:szCs w:val="20"/>
              </w:rPr>
              <w:t>4.0</w:t>
            </w:r>
          </w:p>
        </w:tc>
        <w:tc>
          <w:tcPr>
            <w:tcW w:w="1296" w:type="dxa"/>
          </w:tcPr>
          <w:p w14:paraId="648238EC" w14:textId="77777777" w:rsidR="00E71A28" w:rsidRPr="008E7D12" w:rsidRDefault="00000000">
            <w:pPr>
              <w:rPr>
                <w:sz w:val="20"/>
                <w:szCs w:val="20"/>
              </w:rPr>
            </w:pPr>
            <w:r>
              <w:rPr>
                <w:sz w:val="20"/>
                <w:szCs w:val="20"/>
              </w:rPr>
              <w:t>3.0-5.0</w:t>
            </w:r>
          </w:p>
        </w:tc>
        <w:tc>
          <w:tcPr>
            <w:tcW w:w="1440" w:type="dxa"/>
          </w:tcPr>
          <w:p w14:paraId="72CE9EB5" w14:textId="77777777" w:rsidR="00E71A28" w:rsidRPr="008E7D12" w:rsidRDefault="00000000">
            <w:pPr>
              <w:rPr>
                <w:sz w:val="20"/>
                <w:szCs w:val="20"/>
              </w:rPr>
            </w:pPr>
            <w:r>
              <w:rPr>
                <w:sz w:val="20"/>
                <w:szCs w:val="20"/>
              </w:rPr>
              <w:t>3.59, 4.41</w:t>
            </w:r>
          </w:p>
        </w:tc>
      </w:tr>
      <w:tr w:rsidR="00E71A28" w:rsidRPr="008E7D12" w14:paraId="05B5298E" w14:textId="77777777" w:rsidTr="003138B3">
        <w:tc>
          <w:tcPr>
            <w:tcW w:w="2160" w:type="dxa"/>
          </w:tcPr>
          <w:p w14:paraId="7B3F5C34" w14:textId="77777777" w:rsidR="00E71A28" w:rsidRPr="008E7D12" w:rsidRDefault="00E71A28">
            <w:pPr>
              <w:rPr>
                <w:sz w:val="20"/>
                <w:szCs w:val="20"/>
              </w:rPr>
            </w:pPr>
          </w:p>
        </w:tc>
        <w:tc>
          <w:tcPr>
            <w:tcW w:w="2160" w:type="dxa"/>
          </w:tcPr>
          <w:p w14:paraId="48C12A81" w14:textId="77777777" w:rsidR="00E71A28" w:rsidRPr="008E7D12" w:rsidRDefault="00000000">
            <w:pPr>
              <w:rPr>
                <w:sz w:val="20"/>
                <w:szCs w:val="20"/>
              </w:rPr>
            </w:pPr>
            <w:r>
              <w:rPr>
                <w:sz w:val="20"/>
                <w:szCs w:val="20"/>
              </w:rPr>
              <w:t>Completeness</w:t>
            </w:r>
          </w:p>
        </w:tc>
        <w:tc>
          <w:tcPr>
            <w:tcW w:w="1008" w:type="dxa"/>
          </w:tcPr>
          <w:p w14:paraId="35887B31" w14:textId="77777777" w:rsidR="00E71A28" w:rsidRPr="008E7D12" w:rsidRDefault="00000000">
            <w:pPr>
              <w:rPr>
                <w:sz w:val="20"/>
                <w:szCs w:val="20"/>
              </w:rPr>
            </w:pPr>
            <w:r>
              <w:rPr>
                <w:sz w:val="20"/>
                <w:szCs w:val="20"/>
              </w:rPr>
              <w:t>3.17</w:t>
            </w:r>
          </w:p>
        </w:tc>
        <w:tc>
          <w:tcPr>
            <w:tcW w:w="864" w:type="dxa"/>
          </w:tcPr>
          <w:p w14:paraId="4FEAE8F5" w14:textId="77777777" w:rsidR="00E71A28" w:rsidRPr="008E7D12" w:rsidRDefault="00000000">
            <w:pPr>
              <w:rPr>
                <w:sz w:val="20"/>
                <w:szCs w:val="20"/>
              </w:rPr>
            </w:pPr>
            <w:r>
              <w:rPr>
                <w:sz w:val="20"/>
                <w:szCs w:val="20"/>
              </w:rPr>
              <w:t>0.70</w:t>
            </w:r>
          </w:p>
        </w:tc>
        <w:tc>
          <w:tcPr>
            <w:tcW w:w="1008" w:type="dxa"/>
          </w:tcPr>
          <w:p w14:paraId="01F7D6E6" w14:textId="77777777" w:rsidR="00E71A28" w:rsidRPr="008E7D12" w:rsidRDefault="00000000">
            <w:pPr>
              <w:rPr>
                <w:sz w:val="20"/>
                <w:szCs w:val="20"/>
              </w:rPr>
            </w:pPr>
            <w:r>
              <w:rPr>
                <w:sz w:val="20"/>
                <w:szCs w:val="20"/>
              </w:rPr>
              <w:t>3.0</w:t>
            </w:r>
          </w:p>
        </w:tc>
        <w:tc>
          <w:tcPr>
            <w:tcW w:w="1296" w:type="dxa"/>
          </w:tcPr>
          <w:p w14:paraId="1BFBEB81" w14:textId="77777777" w:rsidR="00E71A28" w:rsidRPr="008E7D12" w:rsidRDefault="00000000">
            <w:pPr>
              <w:rPr>
                <w:sz w:val="20"/>
                <w:szCs w:val="20"/>
              </w:rPr>
            </w:pPr>
            <w:r>
              <w:rPr>
                <w:sz w:val="20"/>
                <w:szCs w:val="20"/>
              </w:rPr>
              <w:t>3.0-4.0</w:t>
            </w:r>
          </w:p>
        </w:tc>
        <w:tc>
          <w:tcPr>
            <w:tcW w:w="1440" w:type="dxa"/>
          </w:tcPr>
          <w:p w14:paraId="2A868550" w14:textId="77777777" w:rsidR="00E71A28" w:rsidRPr="008E7D12" w:rsidRDefault="00000000">
            <w:pPr>
              <w:rPr>
                <w:sz w:val="20"/>
                <w:szCs w:val="20"/>
              </w:rPr>
            </w:pPr>
            <w:r>
              <w:rPr>
                <w:sz w:val="20"/>
                <w:szCs w:val="20"/>
              </w:rPr>
              <w:t>2.89, 3.45</w:t>
            </w:r>
          </w:p>
        </w:tc>
      </w:tr>
      <w:tr w:rsidR="00E71A28" w:rsidRPr="008E7D12" w14:paraId="523AD475" w14:textId="77777777" w:rsidTr="003138B3">
        <w:tc>
          <w:tcPr>
            <w:tcW w:w="2160" w:type="dxa"/>
          </w:tcPr>
          <w:p w14:paraId="1207D7BF" w14:textId="77777777" w:rsidR="00E71A28" w:rsidRPr="008E7D12" w:rsidRDefault="00E71A28">
            <w:pPr>
              <w:rPr>
                <w:sz w:val="20"/>
                <w:szCs w:val="20"/>
              </w:rPr>
            </w:pPr>
          </w:p>
        </w:tc>
        <w:tc>
          <w:tcPr>
            <w:tcW w:w="2160" w:type="dxa"/>
          </w:tcPr>
          <w:p w14:paraId="51EC85D7" w14:textId="77777777" w:rsidR="00E71A28" w:rsidRPr="008E7D12" w:rsidRDefault="00000000">
            <w:pPr>
              <w:rPr>
                <w:sz w:val="20"/>
                <w:szCs w:val="20"/>
              </w:rPr>
            </w:pPr>
            <w:r>
              <w:rPr>
                <w:sz w:val="20"/>
                <w:szCs w:val="20"/>
              </w:rPr>
              <w:t>Composite</w:t>
            </w:r>
          </w:p>
        </w:tc>
        <w:tc>
          <w:tcPr>
            <w:tcW w:w="1008" w:type="dxa"/>
          </w:tcPr>
          <w:p w14:paraId="79D75F92" w14:textId="77777777" w:rsidR="00E71A28" w:rsidRPr="008E7D12" w:rsidRDefault="00000000">
            <w:pPr>
              <w:rPr>
                <w:sz w:val="20"/>
                <w:szCs w:val="20"/>
              </w:rPr>
            </w:pPr>
            <w:r>
              <w:rPr>
                <w:sz w:val="20"/>
                <w:szCs w:val="20"/>
              </w:rPr>
              <w:t>3.45</w:t>
            </w:r>
          </w:p>
        </w:tc>
        <w:tc>
          <w:tcPr>
            <w:tcW w:w="864" w:type="dxa"/>
          </w:tcPr>
          <w:p w14:paraId="567A5568" w14:textId="77777777" w:rsidR="00E71A28" w:rsidRPr="008E7D12" w:rsidRDefault="00000000">
            <w:pPr>
              <w:rPr>
                <w:sz w:val="20"/>
                <w:szCs w:val="20"/>
              </w:rPr>
            </w:pPr>
            <w:r>
              <w:rPr>
                <w:sz w:val="20"/>
                <w:szCs w:val="20"/>
              </w:rPr>
              <w:t>0.75</w:t>
            </w:r>
          </w:p>
        </w:tc>
        <w:tc>
          <w:tcPr>
            <w:tcW w:w="1008" w:type="dxa"/>
          </w:tcPr>
          <w:p w14:paraId="2E2B49E1" w14:textId="77777777" w:rsidR="00E71A28" w:rsidRPr="008E7D12" w:rsidRDefault="00000000">
            <w:pPr>
              <w:rPr>
                <w:sz w:val="20"/>
                <w:szCs w:val="20"/>
              </w:rPr>
            </w:pPr>
            <w:r>
              <w:rPr>
                <w:sz w:val="20"/>
                <w:szCs w:val="20"/>
              </w:rPr>
              <w:t>3.5</w:t>
            </w:r>
          </w:p>
        </w:tc>
        <w:tc>
          <w:tcPr>
            <w:tcW w:w="1296" w:type="dxa"/>
          </w:tcPr>
          <w:p w14:paraId="4DBE0113" w14:textId="77777777" w:rsidR="00E71A28" w:rsidRPr="008E7D12" w:rsidRDefault="00000000">
            <w:pPr>
              <w:rPr>
                <w:sz w:val="20"/>
                <w:szCs w:val="20"/>
              </w:rPr>
            </w:pPr>
            <w:r>
              <w:rPr>
                <w:sz w:val="20"/>
                <w:szCs w:val="20"/>
              </w:rPr>
              <w:t>2.8-4.0</w:t>
            </w:r>
          </w:p>
        </w:tc>
        <w:tc>
          <w:tcPr>
            <w:tcW w:w="1440" w:type="dxa"/>
          </w:tcPr>
          <w:p w14:paraId="0D3C028F" w14:textId="77777777" w:rsidR="00E71A28" w:rsidRPr="008E7D12" w:rsidRDefault="00000000">
            <w:pPr>
              <w:rPr>
                <w:sz w:val="20"/>
                <w:szCs w:val="20"/>
              </w:rPr>
            </w:pPr>
            <w:r>
              <w:rPr>
                <w:sz w:val="20"/>
                <w:szCs w:val="20"/>
              </w:rPr>
              <w:t>3.15, 3.75</w:t>
            </w:r>
          </w:p>
        </w:tc>
      </w:tr>
      <w:tr w:rsidR="00E71A28" w:rsidRPr="008E7D12" w14:paraId="705840C6" w14:textId="77777777" w:rsidTr="003138B3">
        <w:tc>
          <w:tcPr>
            <w:tcW w:w="2160" w:type="dxa"/>
          </w:tcPr>
          <w:p w14:paraId="35F5624C" w14:textId="77777777" w:rsidR="00E71A28" w:rsidRPr="008E7D12" w:rsidRDefault="00000000">
            <w:pPr>
              <w:rPr>
                <w:sz w:val="20"/>
                <w:szCs w:val="20"/>
              </w:rPr>
            </w:pPr>
            <w:r>
              <w:rPr>
                <w:sz w:val="20"/>
                <w:szCs w:val="20"/>
              </w:rPr>
              <w:t>OpenEvidence (LLM4)</w:t>
            </w:r>
          </w:p>
        </w:tc>
        <w:tc>
          <w:tcPr>
            <w:tcW w:w="2160" w:type="dxa"/>
          </w:tcPr>
          <w:p w14:paraId="21C8D6A0" w14:textId="77777777" w:rsidR="00E71A28" w:rsidRPr="008E7D12" w:rsidRDefault="00000000">
            <w:pPr>
              <w:rPr>
                <w:sz w:val="20"/>
                <w:szCs w:val="20"/>
              </w:rPr>
            </w:pPr>
            <w:r>
              <w:rPr>
                <w:sz w:val="20"/>
                <w:szCs w:val="20"/>
              </w:rPr>
              <w:t>Accuracy</w:t>
            </w:r>
          </w:p>
        </w:tc>
        <w:tc>
          <w:tcPr>
            <w:tcW w:w="1008" w:type="dxa"/>
          </w:tcPr>
          <w:p w14:paraId="30DE89DF" w14:textId="77777777" w:rsidR="00E71A28" w:rsidRPr="008E7D12" w:rsidRDefault="00000000">
            <w:pPr>
              <w:rPr>
                <w:sz w:val="20"/>
                <w:szCs w:val="20"/>
              </w:rPr>
            </w:pPr>
            <w:r>
              <w:rPr>
                <w:sz w:val="20"/>
                <w:szCs w:val="20"/>
              </w:rPr>
              <w:t>4.62</w:t>
            </w:r>
          </w:p>
        </w:tc>
        <w:tc>
          <w:tcPr>
            <w:tcW w:w="864" w:type="dxa"/>
          </w:tcPr>
          <w:p w14:paraId="645C105E" w14:textId="77777777" w:rsidR="00E71A28" w:rsidRPr="008E7D12" w:rsidRDefault="00000000">
            <w:pPr>
              <w:rPr>
                <w:sz w:val="20"/>
                <w:szCs w:val="20"/>
              </w:rPr>
            </w:pPr>
            <w:r>
              <w:rPr>
                <w:sz w:val="20"/>
                <w:szCs w:val="20"/>
              </w:rPr>
              <w:t>0.71</w:t>
            </w:r>
          </w:p>
        </w:tc>
        <w:tc>
          <w:tcPr>
            <w:tcW w:w="1008" w:type="dxa"/>
          </w:tcPr>
          <w:p w14:paraId="3AECD69E" w14:textId="77777777" w:rsidR="00E71A28" w:rsidRPr="008E7D12" w:rsidRDefault="00000000">
            <w:pPr>
              <w:rPr>
                <w:sz w:val="20"/>
                <w:szCs w:val="20"/>
              </w:rPr>
            </w:pPr>
            <w:r>
              <w:rPr>
                <w:sz w:val="20"/>
                <w:szCs w:val="20"/>
              </w:rPr>
              <w:t>5.0</w:t>
            </w:r>
          </w:p>
        </w:tc>
        <w:tc>
          <w:tcPr>
            <w:tcW w:w="1296" w:type="dxa"/>
          </w:tcPr>
          <w:p w14:paraId="2AF23787" w14:textId="77777777" w:rsidR="00E71A28" w:rsidRPr="008E7D12" w:rsidRDefault="00000000">
            <w:pPr>
              <w:rPr>
                <w:sz w:val="20"/>
                <w:szCs w:val="20"/>
              </w:rPr>
            </w:pPr>
            <w:r>
              <w:rPr>
                <w:sz w:val="20"/>
                <w:szCs w:val="20"/>
              </w:rPr>
              <w:t>4.8-5.0</w:t>
            </w:r>
          </w:p>
        </w:tc>
        <w:tc>
          <w:tcPr>
            <w:tcW w:w="1440" w:type="dxa"/>
          </w:tcPr>
          <w:p w14:paraId="2948FE80" w14:textId="77777777" w:rsidR="00E71A28" w:rsidRPr="008E7D12" w:rsidRDefault="00000000">
            <w:pPr>
              <w:rPr>
                <w:sz w:val="20"/>
                <w:szCs w:val="20"/>
              </w:rPr>
            </w:pPr>
            <w:r>
              <w:rPr>
                <w:sz w:val="20"/>
                <w:szCs w:val="20"/>
              </w:rPr>
              <w:t>4.34, 4.91</w:t>
            </w:r>
          </w:p>
        </w:tc>
      </w:tr>
      <w:tr w:rsidR="00E71A28" w:rsidRPr="008E7D12" w14:paraId="1E52B7E4" w14:textId="77777777" w:rsidTr="003138B3">
        <w:tc>
          <w:tcPr>
            <w:tcW w:w="2160" w:type="dxa"/>
          </w:tcPr>
          <w:p w14:paraId="04B9E8B0" w14:textId="77777777" w:rsidR="00E71A28" w:rsidRPr="008E7D12" w:rsidRDefault="00E71A28">
            <w:pPr>
              <w:rPr>
                <w:sz w:val="20"/>
                <w:szCs w:val="20"/>
              </w:rPr>
            </w:pPr>
          </w:p>
        </w:tc>
        <w:tc>
          <w:tcPr>
            <w:tcW w:w="2160" w:type="dxa"/>
          </w:tcPr>
          <w:p w14:paraId="6B206C0C" w14:textId="77777777" w:rsidR="00E71A28" w:rsidRPr="008E7D12" w:rsidRDefault="00000000">
            <w:pPr>
              <w:rPr>
                <w:sz w:val="20"/>
                <w:szCs w:val="20"/>
              </w:rPr>
            </w:pPr>
            <w:r>
              <w:rPr>
                <w:sz w:val="20"/>
                <w:szCs w:val="20"/>
              </w:rPr>
              <w:t>Safety</w:t>
            </w:r>
          </w:p>
        </w:tc>
        <w:tc>
          <w:tcPr>
            <w:tcW w:w="1008" w:type="dxa"/>
          </w:tcPr>
          <w:p w14:paraId="55DDE678" w14:textId="77777777" w:rsidR="00E71A28" w:rsidRPr="008E7D12" w:rsidRDefault="00000000">
            <w:pPr>
              <w:rPr>
                <w:sz w:val="20"/>
                <w:szCs w:val="20"/>
              </w:rPr>
            </w:pPr>
            <w:r>
              <w:rPr>
                <w:sz w:val="20"/>
                <w:szCs w:val="20"/>
              </w:rPr>
              <w:t>4.92</w:t>
            </w:r>
          </w:p>
        </w:tc>
        <w:tc>
          <w:tcPr>
            <w:tcW w:w="864" w:type="dxa"/>
          </w:tcPr>
          <w:p w14:paraId="3CDF68D4" w14:textId="77777777" w:rsidR="00E71A28" w:rsidRPr="008E7D12" w:rsidRDefault="00000000">
            <w:pPr>
              <w:rPr>
                <w:sz w:val="20"/>
                <w:szCs w:val="20"/>
              </w:rPr>
            </w:pPr>
            <w:r>
              <w:rPr>
                <w:sz w:val="20"/>
                <w:szCs w:val="20"/>
              </w:rPr>
              <w:t>0.41</w:t>
            </w:r>
          </w:p>
        </w:tc>
        <w:tc>
          <w:tcPr>
            <w:tcW w:w="1008" w:type="dxa"/>
          </w:tcPr>
          <w:p w14:paraId="61C561AF" w14:textId="77777777" w:rsidR="00E71A28" w:rsidRPr="008E7D12" w:rsidRDefault="00000000">
            <w:pPr>
              <w:rPr>
                <w:sz w:val="20"/>
                <w:szCs w:val="20"/>
              </w:rPr>
            </w:pPr>
            <w:r>
              <w:rPr>
                <w:sz w:val="20"/>
                <w:szCs w:val="20"/>
              </w:rPr>
              <w:t>5.0</w:t>
            </w:r>
          </w:p>
        </w:tc>
        <w:tc>
          <w:tcPr>
            <w:tcW w:w="1296" w:type="dxa"/>
          </w:tcPr>
          <w:p w14:paraId="6C415A27" w14:textId="77777777" w:rsidR="00E71A28" w:rsidRPr="008E7D12" w:rsidRDefault="00000000">
            <w:pPr>
              <w:rPr>
                <w:sz w:val="20"/>
                <w:szCs w:val="20"/>
              </w:rPr>
            </w:pPr>
            <w:r>
              <w:rPr>
                <w:sz w:val="20"/>
                <w:szCs w:val="20"/>
              </w:rPr>
              <w:t>5.0-5.0</w:t>
            </w:r>
          </w:p>
        </w:tc>
        <w:tc>
          <w:tcPr>
            <w:tcW w:w="1440" w:type="dxa"/>
          </w:tcPr>
          <w:p w14:paraId="222C735F" w14:textId="77777777" w:rsidR="00E71A28" w:rsidRPr="008E7D12" w:rsidRDefault="00000000">
            <w:pPr>
              <w:rPr>
                <w:sz w:val="20"/>
                <w:szCs w:val="20"/>
              </w:rPr>
            </w:pPr>
            <w:r>
              <w:rPr>
                <w:sz w:val="20"/>
                <w:szCs w:val="20"/>
              </w:rPr>
              <w:t>4.75, 5.00</w:t>
            </w:r>
          </w:p>
        </w:tc>
      </w:tr>
      <w:tr w:rsidR="00E71A28" w:rsidRPr="008E7D12" w14:paraId="2FC5171D" w14:textId="77777777" w:rsidTr="003138B3">
        <w:tc>
          <w:tcPr>
            <w:tcW w:w="2160" w:type="dxa"/>
          </w:tcPr>
          <w:p w14:paraId="66655807" w14:textId="77777777" w:rsidR="00E71A28" w:rsidRPr="008E7D12" w:rsidRDefault="00E71A28">
            <w:pPr>
              <w:rPr>
                <w:sz w:val="20"/>
                <w:szCs w:val="20"/>
              </w:rPr>
            </w:pPr>
          </w:p>
        </w:tc>
        <w:tc>
          <w:tcPr>
            <w:tcW w:w="2160" w:type="dxa"/>
          </w:tcPr>
          <w:p w14:paraId="58EEF935" w14:textId="77777777" w:rsidR="00E71A28" w:rsidRPr="008E7D12" w:rsidRDefault="00000000">
            <w:pPr>
              <w:rPr>
                <w:sz w:val="20"/>
                <w:szCs w:val="20"/>
              </w:rPr>
            </w:pPr>
            <w:r>
              <w:rPr>
                <w:sz w:val="20"/>
                <w:szCs w:val="20"/>
              </w:rPr>
              <w:t>Hallucinations</w:t>
            </w:r>
          </w:p>
        </w:tc>
        <w:tc>
          <w:tcPr>
            <w:tcW w:w="1008" w:type="dxa"/>
          </w:tcPr>
          <w:p w14:paraId="62DB38F9" w14:textId="77777777" w:rsidR="00E71A28" w:rsidRPr="008E7D12" w:rsidRDefault="00000000">
            <w:pPr>
              <w:rPr>
                <w:sz w:val="20"/>
                <w:szCs w:val="20"/>
              </w:rPr>
            </w:pPr>
            <w:r>
              <w:rPr>
                <w:sz w:val="20"/>
                <w:szCs w:val="20"/>
              </w:rPr>
              <w:t>4.46</w:t>
            </w:r>
          </w:p>
        </w:tc>
        <w:tc>
          <w:tcPr>
            <w:tcW w:w="864" w:type="dxa"/>
          </w:tcPr>
          <w:p w14:paraId="0F2596AE" w14:textId="77777777" w:rsidR="00E71A28" w:rsidRPr="008E7D12" w:rsidRDefault="00000000">
            <w:pPr>
              <w:rPr>
                <w:sz w:val="20"/>
                <w:szCs w:val="20"/>
              </w:rPr>
            </w:pPr>
            <w:r>
              <w:rPr>
                <w:sz w:val="20"/>
                <w:szCs w:val="20"/>
              </w:rPr>
              <w:t>0.78</w:t>
            </w:r>
          </w:p>
        </w:tc>
        <w:tc>
          <w:tcPr>
            <w:tcW w:w="1008" w:type="dxa"/>
          </w:tcPr>
          <w:p w14:paraId="30124C1B" w14:textId="77777777" w:rsidR="00E71A28" w:rsidRPr="008E7D12" w:rsidRDefault="00000000">
            <w:pPr>
              <w:rPr>
                <w:sz w:val="20"/>
                <w:szCs w:val="20"/>
              </w:rPr>
            </w:pPr>
            <w:r>
              <w:rPr>
                <w:sz w:val="20"/>
                <w:szCs w:val="20"/>
              </w:rPr>
              <w:t>5.0</w:t>
            </w:r>
          </w:p>
        </w:tc>
        <w:tc>
          <w:tcPr>
            <w:tcW w:w="1296" w:type="dxa"/>
          </w:tcPr>
          <w:p w14:paraId="48FE78CE" w14:textId="77777777" w:rsidR="00E71A28" w:rsidRPr="008E7D12" w:rsidRDefault="00000000">
            <w:pPr>
              <w:rPr>
                <w:sz w:val="20"/>
                <w:szCs w:val="20"/>
              </w:rPr>
            </w:pPr>
            <w:r>
              <w:rPr>
                <w:sz w:val="20"/>
                <w:szCs w:val="20"/>
              </w:rPr>
              <w:t>4.0-5.0</w:t>
            </w:r>
          </w:p>
        </w:tc>
        <w:tc>
          <w:tcPr>
            <w:tcW w:w="1440" w:type="dxa"/>
          </w:tcPr>
          <w:p w14:paraId="656D5E3C" w14:textId="77777777" w:rsidR="00E71A28" w:rsidRPr="008E7D12" w:rsidRDefault="00000000">
            <w:pPr>
              <w:rPr>
                <w:sz w:val="20"/>
                <w:szCs w:val="20"/>
              </w:rPr>
            </w:pPr>
            <w:r>
              <w:rPr>
                <w:sz w:val="20"/>
                <w:szCs w:val="20"/>
              </w:rPr>
              <w:t>4.15, 4.77</w:t>
            </w:r>
          </w:p>
        </w:tc>
      </w:tr>
      <w:tr w:rsidR="00E71A28" w:rsidRPr="008E7D12" w14:paraId="5188D6FA" w14:textId="77777777" w:rsidTr="003138B3">
        <w:tc>
          <w:tcPr>
            <w:tcW w:w="2160" w:type="dxa"/>
          </w:tcPr>
          <w:p w14:paraId="37147BEB" w14:textId="77777777" w:rsidR="00E71A28" w:rsidRPr="008E7D12" w:rsidRDefault="00E71A28">
            <w:pPr>
              <w:rPr>
                <w:sz w:val="20"/>
                <w:szCs w:val="20"/>
              </w:rPr>
            </w:pPr>
          </w:p>
        </w:tc>
        <w:tc>
          <w:tcPr>
            <w:tcW w:w="2160" w:type="dxa"/>
          </w:tcPr>
          <w:p w14:paraId="27E2ABAE" w14:textId="77777777" w:rsidR="00E71A28" w:rsidRPr="008E7D12" w:rsidRDefault="00000000">
            <w:pPr>
              <w:rPr>
                <w:sz w:val="20"/>
                <w:szCs w:val="20"/>
              </w:rPr>
            </w:pPr>
            <w:r>
              <w:rPr>
                <w:sz w:val="20"/>
                <w:szCs w:val="20"/>
              </w:rPr>
              <w:t>Completeness</w:t>
            </w:r>
          </w:p>
        </w:tc>
        <w:tc>
          <w:tcPr>
            <w:tcW w:w="1008" w:type="dxa"/>
          </w:tcPr>
          <w:p w14:paraId="3DE10CBA" w14:textId="77777777" w:rsidR="00E71A28" w:rsidRPr="008E7D12" w:rsidRDefault="00000000">
            <w:pPr>
              <w:rPr>
                <w:sz w:val="20"/>
                <w:szCs w:val="20"/>
              </w:rPr>
            </w:pPr>
            <w:r>
              <w:rPr>
                <w:sz w:val="20"/>
                <w:szCs w:val="20"/>
              </w:rPr>
              <w:t>4.67</w:t>
            </w:r>
          </w:p>
        </w:tc>
        <w:tc>
          <w:tcPr>
            <w:tcW w:w="864" w:type="dxa"/>
          </w:tcPr>
          <w:p w14:paraId="7DB1FF3A" w14:textId="77777777" w:rsidR="00E71A28" w:rsidRPr="008E7D12" w:rsidRDefault="00000000">
            <w:pPr>
              <w:rPr>
                <w:sz w:val="20"/>
                <w:szCs w:val="20"/>
              </w:rPr>
            </w:pPr>
            <w:r>
              <w:rPr>
                <w:sz w:val="20"/>
                <w:szCs w:val="20"/>
              </w:rPr>
              <w:t>0.70</w:t>
            </w:r>
          </w:p>
        </w:tc>
        <w:tc>
          <w:tcPr>
            <w:tcW w:w="1008" w:type="dxa"/>
          </w:tcPr>
          <w:p w14:paraId="30995519" w14:textId="77777777" w:rsidR="00E71A28" w:rsidRPr="008E7D12" w:rsidRDefault="00000000">
            <w:pPr>
              <w:rPr>
                <w:sz w:val="20"/>
                <w:szCs w:val="20"/>
              </w:rPr>
            </w:pPr>
            <w:r>
              <w:rPr>
                <w:sz w:val="20"/>
                <w:szCs w:val="20"/>
              </w:rPr>
              <w:t>5.0</w:t>
            </w:r>
          </w:p>
        </w:tc>
        <w:tc>
          <w:tcPr>
            <w:tcW w:w="1296" w:type="dxa"/>
          </w:tcPr>
          <w:p w14:paraId="056271D5" w14:textId="77777777" w:rsidR="00E71A28" w:rsidRPr="008E7D12" w:rsidRDefault="00000000">
            <w:pPr>
              <w:rPr>
                <w:sz w:val="20"/>
                <w:szCs w:val="20"/>
              </w:rPr>
            </w:pPr>
            <w:r>
              <w:rPr>
                <w:sz w:val="20"/>
                <w:szCs w:val="20"/>
              </w:rPr>
              <w:t>5.0-5.0</w:t>
            </w:r>
          </w:p>
        </w:tc>
        <w:tc>
          <w:tcPr>
            <w:tcW w:w="1440" w:type="dxa"/>
          </w:tcPr>
          <w:p w14:paraId="2CB5B260" w14:textId="77777777" w:rsidR="00E71A28" w:rsidRPr="008E7D12" w:rsidRDefault="00000000">
            <w:pPr>
              <w:rPr>
                <w:sz w:val="20"/>
                <w:szCs w:val="20"/>
              </w:rPr>
            </w:pPr>
            <w:r>
              <w:rPr>
                <w:sz w:val="20"/>
                <w:szCs w:val="20"/>
              </w:rPr>
              <w:t>4.39, 4.95</w:t>
            </w:r>
          </w:p>
        </w:tc>
      </w:tr>
      <w:tr w:rsidR="00E71A28" w:rsidRPr="008E7D12" w14:paraId="1A38C3F9" w14:textId="77777777" w:rsidTr="003138B3">
        <w:tc>
          <w:tcPr>
            <w:tcW w:w="2160" w:type="dxa"/>
          </w:tcPr>
          <w:p w14:paraId="09AC2750" w14:textId="77777777" w:rsidR="00E71A28" w:rsidRPr="008E7D12" w:rsidRDefault="00E71A28">
            <w:pPr>
              <w:rPr>
                <w:sz w:val="20"/>
                <w:szCs w:val="20"/>
              </w:rPr>
            </w:pPr>
          </w:p>
        </w:tc>
        <w:tc>
          <w:tcPr>
            <w:tcW w:w="2160" w:type="dxa"/>
          </w:tcPr>
          <w:p w14:paraId="2C6CF085" w14:textId="77777777" w:rsidR="00E71A28" w:rsidRPr="008E7D12" w:rsidRDefault="00000000">
            <w:pPr>
              <w:rPr>
                <w:sz w:val="20"/>
                <w:szCs w:val="20"/>
              </w:rPr>
            </w:pPr>
            <w:r>
              <w:rPr>
                <w:sz w:val="20"/>
                <w:szCs w:val="20"/>
              </w:rPr>
              <w:t>Composite</w:t>
            </w:r>
          </w:p>
        </w:tc>
        <w:tc>
          <w:tcPr>
            <w:tcW w:w="1008" w:type="dxa"/>
          </w:tcPr>
          <w:p w14:paraId="6A53EA97" w14:textId="77777777" w:rsidR="00E71A28" w:rsidRPr="008E7D12" w:rsidRDefault="00000000">
            <w:pPr>
              <w:rPr>
                <w:sz w:val="20"/>
                <w:szCs w:val="20"/>
              </w:rPr>
            </w:pPr>
            <w:r>
              <w:rPr>
                <w:sz w:val="20"/>
                <w:szCs w:val="20"/>
              </w:rPr>
              <w:t>4.67</w:t>
            </w:r>
          </w:p>
        </w:tc>
        <w:tc>
          <w:tcPr>
            <w:tcW w:w="864" w:type="dxa"/>
          </w:tcPr>
          <w:p w14:paraId="305B9F9D" w14:textId="77777777" w:rsidR="00E71A28" w:rsidRPr="008E7D12" w:rsidRDefault="00000000">
            <w:pPr>
              <w:rPr>
                <w:sz w:val="20"/>
                <w:szCs w:val="20"/>
              </w:rPr>
            </w:pPr>
            <w:r>
              <w:rPr>
                <w:sz w:val="20"/>
                <w:szCs w:val="20"/>
              </w:rPr>
              <w:t>0.55</w:t>
            </w:r>
          </w:p>
        </w:tc>
        <w:tc>
          <w:tcPr>
            <w:tcW w:w="1008" w:type="dxa"/>
          </w:tcPr>
          <w:p w14:paraId="46070E12" w14:textId="77777777" w:rsidR="00E71A28" w:rsidRPr="008E7D12" w:rsidRDefault="00000000">
            <w:pPr>
              <w:rPr>
                <w:sz w:val="20"/>
                <w:szCs w:val="20"/>
              </w:rPr>
            </w:pPr>
            <w:r>
              <w:rPr>
                <w:sz w:val="20"/>
                <w:szCs w:val="20"/>
              </w:rPr>
              <w:t>5.0</w:t>
            </w:r>
          </w:p>
        </w:tc>
        <w:tc>
          <w:tcPr>
            <w:tcW w:w="1296" w:type="dxa"/>
          </w:tcPr>
          <w:p w14:paraId="17B39FAF" w14:textId="77777777" w:rsidR="00E71A28" w:rsidRPr="008E7D12" w:rsidRDefault="00000000">
            <w:pPr>
              <w:rPr>
                <w:sz w:val="20"/>
                <w:szCs w:val="20"/>
              </w:rPr>
            </w:pPr>
            <w:r>
              <w:rPr>
                <w:sz w:val="20"/>
                <w:szCs w:val="20"/>
              </w:rPr>
              <w:t>4.5-5.0</w:t>
            </w:r>
          </w:p>
        </w:tc>
        <w:tc>
          <w:tcPr>
            <w:tcW w:w="1440" w:type="dxa"/>
          </w:tcPr>
          <w:p w14:paraId="6101B990" w14:textId="77777777" w:rsidR="00E71A28" w:rsidRPr="008E7D12" w:rsidRDefault="00000000">
            <w:pPr>
              <w:rPr>
                <w:sz w:val="20"/>
                <w:szCs w:val="20"/>
              </w:rPr>
            </w:pPr>
            <w:r>
              <w:rPr>
                <w:sz w:val="20"/>
                <w:szCs w:val="20"/>
              </w:rPr>
              <w:t>4.45, 4.89</w:t>
            </w:r>
          </w:p>
        </w:tc>
      </w:tr>
      <w:tr w:rsidR="00E71A28" w:rsidRPr="008E7D12" w14:paraId="55D27366" w14:textId="77777777" w:rsidTr="003138B3">
        <w:tc>
          <w:tcPr>
            <w:tcW w:w="2160" w:type="dxa"/>
          </w:tcPr>
          <w:p w14:paraId="0EC2E833" w14:textId="77777777" w:rsidR="00E71A28" w:rsidRPr="008E7D12" w:rsidRDefault="00000000">
            <w:pPr>
              <w:rPr>
                <w:sz w:val="20"/>
                <w:szCs w:val="20"/>
              </w:rPr>
            </w:pPr>
            <w:r>
              <w:rPr>
                <w:sz w:val="20"/>
                <w:szCs w:val="20"/>
              </w:rPr>
              <w:t>Perplexity (LLM5)</w:t>
            </w:r>
          </w:p>
        </w:tc>
        <w:tc>
          <w:tcPr>
            <w:tcW w:w="2160" w:type="dxa"/>
          </w:tcPr>
          <w:p w14:paraId="66529D9A" w14:textId="77777777" w:rsidR="00E71A28" w:rsidRPr="008E7D12" w:rsidRDefault="00000000">
            <w:pPr>
              <w:rPr>
                <w:sz w:val="20"/>
                <w:szCs w:val="20"/>
              </w:rPr>
            </w:pPr>
            <w:r>
              <w:rPr>
                <w:sz w:val="20"/>
                <w:szCs w:val="20"/>
              </w:rPr>
              <w:t>Accuracy</w:t>
            </w:r>
          </w:p>
        </w:tc>
        <w:tc>
          <w:tcPr>
            <w:tcW w:w="1008" w:type="dxa"/>
          </w:tcPr>
          <w:p w14:paraId="0A751C2D" w14:textId="77777777" w:rsidR="00E71A28" w:rsidRPr="008E7D12" w:rsidRDefault="00000000">
            <w:pPr>
              <w:rPr>
                <w:sz w:val="20"/>
                <w:szCs w:val="20"/>
              </w:rPr>
            </w:pPr>
            <w:r>
              <w:rPr>
                <w:sz w:val="20"/>
                <w:szCs w:val="20"/>
              </w:rPr>
              <w:t>3.00</w:t>
            </w:r>
          </w:p>
        </w:tc>
        <w:tc>
          <w:tcPr>
            <w:tcW w:w="864" w:type="dxa"/>
          </w:tcPr>
          <w:p w14:paraId="49C6AE28" w14:textId="77777777" w:rsidR="00E71A28" w:rsidRPr="008E7D12" w:rsidRDefault="00000000">
            <w:pPr>
              <w:rPr>
                <w:sz w:val="20"/>
                <w:szCs w:val="20"/>
              </w:rPr>
            </w:pPr>
            <w:r>
              <w:rPr>
                <w:sz w:val="20"/>
                <w:szCs w:val="20"/>
              </w:rPr>
              <w:t>1.10</w:t>
            </w:r>
          </w:p>
        </w:tc>
        <w:tc>
          <w:tcPr>
            <w:tcW w:w="1008" w:type="dxa"/>
          </w:tcPr>
          <w:p w14:paraId="66141D21" w14:textId="77777777" w:rsidR="00E71A28" w:rsidRPr="008E7D12" w:rsidRDefault="00000000">
            <w:pPr>
              <w:rPr>
                <w:sz w:val="20"/>
                <w:szCs w:val="20"/>
              </w:rPr>
            </w:pPr>
            <w:r>
              <w:rPr>
                <w:sz w:val="20"/>
                <w:szCs w:val="20"/>
              </w:rPr>
              <w:t>3.0</w:t>
            </w:r>
          </w:p>
        </w:tc>
        <w:tc>
          <w:tcPr>
            <w:tcW w:w="1296" w:type="dxa"/>
          </w:tcPr>
          <w:p w14:paraId="2CAE6AB5" w14:textId="77777777" w:rsidR="00E71A28" w:rsidRPr="008E7D12" w:rsidRDefault="00000000">
            <w:pPr>
              <w:rPr>
                <w:sz w:val="20"/>
                <w:szCs w:val="20"/>
              </w:rPr>
            </w:pPr>
            <w:r>
              <w:rPr>
                <w:sz w:val="20"/>
                <w:szCs w:val="20"/>
              </w:rPr>
              <w:t>2.0-4.0</w:t>
            </w:r>
          </w:p>
        </w:tc>
        <w:tc>
          <w:tcPr>
            <w:tcW w:w="1440" w:type="dxa"/>
          </w:tcPr>
          <w:p w14:paraId="3A4074ED" w14:textId="77777777" w:rsidR="00E71A28" w:rsidRPr="008E7D12" w:rsidRDefault="00000000">
            <w:pPr>
              <w:rPr>
                <w:sz w:val="20"/>
                <w:szCs w:val="20"/>
              </w:rPr>
            </w:pPr>
            <w:r>
              <w:rPr>
                <w:sz w:val="20"/>
                <w:szCs w:val="20"/>
              </w:rPr>
              <w:t>2.56, 3.44</w:t>
            </w:r>
          </w:p>
        </w:tc>
      </w:tr>
      <w:tr w:rsidR="00E71A28" w:rsidRPr="008E7D12" w14:paraId="4B1AD795" w14:textId="77777777" w:rsidTr="003138B3">
        <w:tc>
          <w:tcPr>
            <w:tcW w:w="2160" w:type="dxa"/>
          </w:tcPr>
          <w:p w14:paraId="05A1FEF4" w14:textId="77777777" w:rsidR="00E71A28" w:rsidRPr="008E7D12" w:rsidRDefault="00E71A28">
            <w:pPr>
              <w:rPr>
                <w:sz w:val="20"/>
                <w:szCs w:val="20"/>
              </w:rPr>
            </w:pPr>
          </w:p>
        </w:tc>
        <w:tc>
          <w:tcPr>
            <w:tcW w:w="2160" w:type="dxa"/>
          </w:tcPr>
          <w:p w14:paraId="32BE8386" w14:textId="77777777" w:rsidR="00E71A28" w:rsidRPr="008E7D12" w:rsidRDefault="00000000">
            <w:pPr>
              <w:rPr>
                <w:sz w:val="20"/>
                <w:szCs w:val="20"/>
              </w:rPr>
            </w:pPr>
            <w:r>
              <w:rPr>
                <w:sz w:val="20"/>
                <w:szCs w:val="20"/>
              </w:rPr>
              <w:t>Safety</w:t>
            </w:r>
          </w:p>
        </w:tc>
        <w:tc>
          <w:tcPr>
            <w:tcW w:w="1008" w:type="dxa"/>
          </w:tcPr>
          <w:p w14:paraId="51C87DF3" w14:textId="77777777" w:rsidR="00E71A28" w:rsidRPr="008E7D12" w:rsidRDefault="00000000">
            <w:pPr>
              <w:rPr>
                <w:sz w:val="20"/>
                <w:szCs w:val="20"/>
              </w:rPr>
            </w:pPr>
            <w:r>
              <w:rPr>
                <w:sz w:val="20"/>
                <w:szCs w:val="20"/>
              </w:rPr>
              <w:t>2.79</w:t>
            </w:r>
          </w:p>
        </w:tc>
        <w:tc>
          <w:tcPr>
            <w:tcW w:w="864" w:type="dxa"/>
          </w:tcPr>
          <w:p w14:paraId="1394BE0E" w14:textId="77777777" w:rsidR="00E71A28" w:rsidRPr="008E7D12" w:rsidRDefault="00000000">
            <w:pPr>
              <w:rPr>
                <w:sz w:val="20"/>
                <w:szCs w:val="20"/>
              </w:rPr>
            </w:pPr>
            <w:r>
              <w:rPr>
                <w:sz w:val="20"/>
                <w:szCs w:val="20"/>
              </w:rPr>
              <w:t>1.32</w:t>
            </w:r>
          </w:p>
        </w:tc>
        <w:tc>
          <w:tcPr>
            <w:tcW w:w="1008" w:type="dxa"/>
          </w:tcPr>
          <w:p w14:paraId="4C4BCC58" w14:textId="77777777" w:rsidR="00E71A28" w:rsidRPr="008E7D12" w:rsidRDefault="00000000">
            <w:pPr>
              <w:rPr>
                <w:sz w:val="20"/>
                <w:szCs w:val="20"/>
              </w:rPr>
            </w:pPr>
            <w:r>
              <w:rPr>
                <w:sz w:val="20"/>
                <w:szCs w:val="20"/>
              </w:rPr>
              <w:t>3.0</w:t>
            </w:r>
          </w:p>
        </w:tc>
        <w:tc>
          <w:tcPr>
            <w:tcW w:w="1296" w:type="dxa"/>
          </w:tcPr>
          <w:p w14:paraId="12EB1AB9" w14:textId="77777777" w:rsidR="00E71A28" w:rsidRPr="008E7D12" w:rsidRDefault="00000000">
            <w:pPr>
              <w:rPr>
                <w:sz w:val="20"/>
                <w:szCs w:val="20"/>
              </w:rPr>
            </w:pPr>
            <w:r>
              <w:rPr>
                <w:sz w:val="20"/>
                <w:szCs w:val="20"/>
              </w:rPr>
              <w:t>1.8-3.2</w:t>
            </w:r>
          </w:p>
        </w:tc>
        <w:tc>
          <w:tcPr>
            <w:tcW w:w="1440" w:type="dxa"/>
          </w:tcPr>
          <w:p w14:paraId="606CDB02" w14:textId="77777777" w:rsidR="00E71A28" w:rsidRPr="008E7D12" w:rsidRDefault="00000000">
            <w:pPr>
              <w:rPr>
                <w:sz w:val="20"/>
                <w:szCs w:val="20"/>
              </w:rPr>
            </w:pPr>
            <w:r>
              <w:rPr>
                <w:sz w:val="20"/>
                <w:szCs w:val="20"/>
              </w:rPr>
              <w:t>2.26, 3.32</w:t>
            </w:r>
          </w:p>
        </w:tc>
      </w:tr>
      <w:tr w:rsidR="00E71A28" w:rsidRPr="008E7D12" w14:paraId="197E2509" w14:textId="77777777" w:rsidTr="003138B3">
        <w:tc>
          <w:tcPr>
            <w:tcW w:w="2160" w:type="dxa"/>
          </w:tcPr>
          <w:p w14:paraId="5FCD52A2" w14:textId="77777777" w:rsidR="00E71A28" w:rsidRPr="008E7D12" w:rsidRDefault="00E71A28">
            <w:pPr>
              <w:rPr>
                <w:sz w:val="20"/>
                <w:szCs w:val="20"/>
              </w:rPr>
            </w:pPr>
          </w:p>
        </w:tc>
        <w:tc>
          <w:tcPr>
            <w:tcW w:w="2160" w:type="dxa"/>
          </w:tcPr>
          <w:p w14:paraId="62E7F315" w14:textId="77777777" w:rsidR="00E71A28" w:rsidRPr="008E7D12" w:rsidRDefault="00000000">
            <w:pPr>
              <w:rPr>
                <w:sz w:val="20"/>
                <w:szCs w:val="20"/>
              </w:rPr>
            </w:pPr>
            <w:r>
              <w:rPr>
                <w:sz w:val="20"/>
                <w:szCs w:val="20"/>
              </w:rPr>
              <w:t>Hallucinations</w:t>
            </w:r>
          </w:p>
        </w:tc>
        <w:tc>
          <w:tcPr>
            <w:tcW w:w="1008" w:type="dxa"/>
          </w:tcPr>
          <w:p w14:paraId="77654B7C" w14:textId="77777777" w:rsidR="00E71A28" w:rsidRPr="008E7D12" w:rsidRDefault="00000000">
            <w:pPr>
              <w:rPr>
                <w:sz w:val="20"/>
                <w:szCs w:val="20"/>
              </w:rPr>
            </w:pPr>
            <w:r>
              <w:rPr>
                <w:sz w:val="20"/>
                <w:szCs w:val="20"/>
              </w:rPr>
              <w:t>3.75</w:t>
            </w:r>
          </w:p>
        </w:tc>
        <w:tc>
          <w:tcPr>
            <w:tcW w:w="864" w:type="dxa"/>
          </w:tcPr>
          <w:p w14:paraId="040DD29B" w14:textId="77777777" w:rsidR="00E71A28" w:rsidRPr="008E7D12" w:rsidRDefault="00000000">
            <w:pPr>
              <w:rPr>
                <w:sz w:val="20"/>
                <w:szCs w:val="20"/>
              </w:rPr>
            </w:pPr>
            <w:r>
              <w:rPr>
                <w:sz w:val="20"/>
                <w:szCs w:val="20"/>
              </w:rPr>
              <w:t>1.39</w:t>
            </w:r>
          </w:p>
        </w:tc>
        <w:tc>
          <w:tcPr>
            <w:tcW w:w="1008" w:type="dxa"/>
          </w:tcPr>
          <w:p w14:paraId="21552FD8" w14:textId="77777777" w:rsidR="00E71A28" w:rsidRPr="008E7D12" w:rsidRDefault="00000000">
            <w:pPr>
              <w:rPr>
                <w:sz w:val="20"/>
                <w:szCs w:val="20"/>
              </w:rPr>
            </w:pPr>
            <w:r>
              <w:rPr>
                <w:sz w:val="20"/>
                <w:szCs w:val="20"/>
              </w:rPr>
              <w:t>4.0</w:t>
            </w:r>
          </w:p>
        </w:tc>
        <w:tc>
          <w:tcPr>
            <w:tcW w:w="1296" w:type="dxa"/>
          </w:tcPr>
          <w:p w14:paraId="5C193966" w14:textId="77777777" w:rsidR="00E71A28" w:rsidRPr="008E7D12" w:rsidRDefault="00000000">
            <w:pPr>
              <w:rPr>
                <w:sz w:val="20"/>
                <w:szCs w:val="20"/>
              </w:rPr>
            </w:pPr>
            <w:r>
              <w:rPr>
                <w:sz w:val="20"/>
                <w:szCs w:val="20"/>
              </w:rPr>
              <w:t>3.0-5.0</w:t>
            </w:r>
          </w:p>
        </w:tc>
        <w:tc>
          <w:tcPr>
            <w:tcW w:w="1440" w:type="dxa"/>
          </w:tcPr>
          <w:p w14:paraId="4EBBE648" w14:textId="77777777" w:rsidR="00E71A28" w:rsidRPr="008E7D12" w:rsidRDefault="00000000">
            <w:pPr>
              <w:rPr>
                <w:sz w:val="20"/>
                <w:szCs w:val="20"/>
              </w:rPr>
            </w:pPr>
            <w:r>
              <w:rPr>
                <w:sz w:val="20"/>
                <w:szCs w:val="20"/>
              </w:rPr>
              <w:t>3.19, 4.31</w:t>
            </w:r>
          </w:p>
        </w:tc>
      </w:tr>
      <w:tr w:rsidR="00E71A28" w:rsidRPr="008E7D12" w14:paraId="3C7712C6" w14:textId="77777777" w:rsidTr="003138B3">
        <w:tc>
          <w:tcPr>
            <w:tcW w:w="2160" w:type="dxa"/>
          </w:tcPr>
          <w:p w14:paraId="175F8BAF" w14:textId="77777777" w:rsidR="00E71A28" w:rsidRPr="008E7D12" w:rsidRDefault="00E71A28">
            <w:pPr>
              <w:rPr>
                <w:sz w:val="20"/>
                <w:szCs w:val="20"/>
              </w:rPr>
            </w:pPr>
          </w:p>
        </w:tc>
        <w:tc>
          <w:tcPr>
            <w:tcW w:w="2160" w:type="dxa"/>
          </w:tcPr>
          <w:p w14:paraId="477E8201" w14:textId="77777777" w:rsidR="00E71A28" w:rsidRPr="008E7D12" w:rsidRDefault="00000000">
            <w:pPr>
              <w:rPr>
                <w:sz w:val="20"/>
                <w:szCs w:val="20"/>
              </w:rPr>
            </w:pPr>
            <w:r>
              <w:rPr>
                <w:sz w:val="20"/>
                <w:szCs w:val="20"/>
              </w:rPr>
              <w:t>Completeness</w:t>
            </w:r>
          </w:p>
        </w:tc>
        <w:tc>
          <w:tcPr>
            <w:tcW w:w="1008" w:type="dxa"/>
          </w:tcPr>
          <w:p w14:paraId="5B4E3A80" w14:textId="77777777" w:rsidR="00E71A28" w:rsidRPr="008E7D12" w:rsidRDefault="00000000">
            <w:pPr>
              <w:rPr>
                <w:sz w:val="20"/>
                <w:szCs w:val="20"/>
              </w:rPr>
            </w:pPr>
            <w:r>
              <w:rPr>
                <w:sz w:val="20"/>
                <w:szCs w:val="20"/>
              </w:rPr>
              <w:t>2.58</w:t>
            </w:r>
          </w:p>
        </w:tc>
        <w:tc>
          <w:tcPr>
            <w:tcW w:w="864" w:type="dxa"/>
          </w:tcPr>
          <w:p w14:paraId="63272E0B" w14:textId="77777777" w:rsidR="00E71A28" w:rsidRPr="008E7D12" w:rsidRDefault="00000000">
            <w:pPr>
              <w:rPr>
                <w:sz w:val="20"/>
                <w:szCs w:val="20"/>
              </w:rPr>
            </w:pPr>
            <w:r>
              <w:rPr>
                <w:sz w:val="20"/>
                <w:szCs w:val="20"/>
              </w:rPr>
              <w:t>1.10</w:t>
            </w:r>
          </w:p>
        </w:tc>
        <w:tc>
          <w:tcPr>
            <w:tcW w:w="1008" w:type="dxa"/>
          </w:tcPr>
          <w:p w14:paraId="711E4B43" w14:textId="77777777" w:rsidR="00E71A28" w:rsidRPr="008E7D12" w:rsidRDefault="00000000">
            <w:pPr>
              <w:rPr>
                <w:sz w:val="20"/>
                <w:szCs w:val="20"/>
              </w:rPr>
            </w:pPr>
            <w:r>
              <w:rPr>
                <w:sz w:val="20"/>
                <w:szCs w:val="20"/>
              </w:rPr>
              <w:t>2.5</w:t>
            </w:r>
          </w:p>
        </w:tc>
        <w:tc>
          <w:tcPr>
            <w:tcW w:w="1296" w:type="dxa"/>
          </w:tcPr>
          <w:p w14:paraId="323A3F6E" w14:textId="77777777" w:rsidR="00E71A28" w:rsidRPr="008E7D12" w:rsidRDefault="00000000">
            <w:pPr>
              <w:rPr>
                <w:sz w:val="20"/>
                <w:szCs w:val="20"/>
              </w:rPr>
            </w:pPr>
            <w:r>
              <w:rPr>
                <w:sz w:val="20"/>
                <w:szCs w:val="20"/>
              </w:rPr>
              <w:t>2.0-3.0</w:t>
            </w:r>
          </w:p>
        </w:tc>
        <w:tc>
          <w:tcPr>
            <w:tcW w:w="1440" w:type="dxa"/>
          </w:tcPr>
          <w:p w14:paraId="7FA01CA0" w14:textId="77777777" w:rsidR="00E71A28" w:rsidRPr="008E7D12" w:rsidRDefault="00000000">
            <w:pPr>
              <w:rPr>
                <w:sz w:val="20"/>
                <w:szCs w:val="20"/>
              </w:rPr>
            </w:pPr>
            <w:r>
              <w:rPr>
                <w:sz w:val="20"/>
                <w:szCs w:val="20"/>
              </w:rPr>
              <w:t>2.14, 3.02</w:t>
            </w:r>
          </w:p>
        </w:tc>
      </w:tr>
      <w:tr w:rsidR="00E71A28" w:rsidRPr="008E7D12" w14:paraId="3BF38F9B" w14:textId="77777777" w:rsidTr="003138B3">
        <w:tc>
          <w:tcPr>
            <w:tcW w:w="2160" w:type="dxa"/>
          </w:tcPr>
          <w:p w14:paraId="3F17F817" w14:textId="77777777" w:rsidR="00E71A28" w:rsidRPr="008E7D12" w:rsidRDefault="00E71A28">
            <w:pPr>
              <w:rPr>
                <w:sz w:val="20"/>
                <w:szCs w:val="20"/>
              </w:rPr>
            </w:pPr>
          </w:p>
        </w:tc>
        <w:tc>
          <w:tcPr>
            <w:tcW w:w="2160" w:type="dxa"/>
          </w:tcPr>
          <w:p w14:paraId="1595731C" w14:textId="77777777" w:rsidR="00E71A28" w:rsidRPr="008E7D12" w:rsidRDefault="00000000">
            <w:pPr>
              <w:rPr>
                <w:sz w:val="20"/>
                <w:szCs w:val="20"/>
              </w:rPr>
            </w:pPr>
            <w:r>
              <w:rPr>
                <w:sz w:val="20"/>
                <w:szCs w:val="20"/>
              </w:rPr>
              <w:t>Composite</w:t>
            </w:r>
          </w:p>
        </w:tc>
        <w:tc>
          <w:tcPr>
            <w:tcW w:w="1008" w:type="dxa"/>
          </w:tcPr>
          <w:p w14:paraId="216DAA1A" w14:textId="77777777" w:rsidR="00E71A28" w:rsidRPr="008E7D12" w:rsidRDefault="00000000">
            <w:pPr>
              <w:rPr>
                <w:sz w:val="20"/>
                <w:szCs w:val="20"/>
              </w:rPr>
            </w:pPr>
            <w:r>
              <w:rPr>
                <w:sz w:val="20"/>
                <w:szCs w:val="20"/>
              </w:rPr>
              <w:t>3.03</w:t>
            </w:r>
          </w:p>
        </w:tc>
        <w:tc>
          <w:tcPr>
            <w:tcW w:w="864" w:type="dxa"/>
          </w:tcPr>
          <w:p w14:paraId="07237261" w14:textId="77777777" w:rsidR="00E71A28" w:rsidRPr="008E7D12" w:rsidRDefault="00000000">
            <w:pPr>
              <w:rPr>
                <w:sz w:val="20"/>
                <w:szCs w:val="20"/>
              </w:rPr>
            </w:pPr>
            <w:r>
              <w:rPr>
                <w:sz w:val="20"/>
                <w:szCs w:val="20"/>
              </w:rPr>
              <w:t>0.98</w:t>
            </w:r>
          </w:p>
        </w:tc>
        <w:tc>
          <w:tcPr>
            <w:tcW w:w="1008" w:type="dxa"/>
          </w:tcPr>
          <w:p w14:paraId="75E798ED" w14:textId="77777777" w:rsidR="00E71A28" w:rsidRPr="008E7D12" w:rsidRDefault="00000000">
            <w:pPr>
              <w:rPr>
                <w:sz w:val="20"/>
                <w:szCs w:val="20"/>
              </w:rPr>
            </w:pPr>
            <w:r>
              <w:rPr>
                <w:sz w:val="20"/>
                <w:szCs w:val="20"/>
              </w:rPr>
              <w:t>3.0</w:t>
            </w:r>
          </w:p>
        </w:tc>
        <w:tc>
          <w:tcPr>
            <w:tcW w:w="1296" w:type="dxa"/>
          </w:tcPr>
          <w:p w14:paraId="50E2A3F3" w14:textId="77777777" w:rsidR="00E71A28" w:rsidRPr="008E7D12" w:rsidRDefault="00000000">
            <w:pPr>
              <w:rPr>
                <w:sz w:val="20"/>
                <w:szCs w:val="20"/>
              </w:rPr>
            </w:pPr>
            <w:r>
              <w:rPr>
                <w:sz w:val="20"/>
                <w:szCs w:val="20"/>
              </w:rPr>
              <w:t>2.5-3.5</w:t>
            </w:r>
          </w:p>
        </w:tc>
        <w:tc>
          <w:tcPr>
            <w:tcW w:w="1440" w:type="dxa"/>
          </w:tcPr>
          <w:p w14:paraId="21B871D4" w14:textId="77777777" w:rsidR="00E71A28" w:rsidRPr="008E7D12" w:rsidRDefault="00000000">
            <w:pPr>
              <w:rPr>
                <w:sz w:val="20"/>
                <w:szCs w:val="20"/>
              </w:rPr>
            </w:pPr>
            <w:r>
              <w:rPr>
                <w:sz w:val="20"/>
                <w:szCs w:val="20"/>
              </w:rPr>
              <w:t>2.64, 3.42</w:t>
            </w:r>
          </w:p>
        </w:tc>
      </w:tr>
    </w:tbl>
    <w:p w14:paraId="09D912FD" w14:textId="77777777" w:rsidR="00E71A28" w:rsidRPr="003138B3" w:rsidRDefault="00000000">
      <w:pPr>
        <w:rPr>
          <w:sz w:val="20"/>
          <w:szCs w:val="20"/>
        </w:rPr>
      </w:pPr>
      <w:r>
        <w:rPr>
          <w:i/>
          <w:sz w:val="20"/>
          <w:szCs w:val="20"/>
        </w:rPr>
        <w:t>RAG = retrieval-augmented generation (OpenEvidence, Perplexity; shaded). 95% CI upper bounds are truncated at the rubric ceiling of 5.00.</w:t>
      </w:r>
    </w:p>
    <w:p w14:paraId="67BA3A0A" w14:textId="77777777" w:rsidR="003138B3" w:rsidRDefault="003138B3">
      <w:pPr>
        <w:spacing w:before="200" w:after="100"/>
        <w:rPr>
          <w:b/>
          <w:color w:val="1F3864"/>
          <w:sz w:val="24"/>
          <w:szCs w:val="24"/>
        </w:rPr>
      </w:pPr>
    </w:p>
    <w:p w14:paraId="6E51926F" w14:textId="77777777" w:rsidR="00E71A28" w:rsidRPr="003138B3" w:rsidRDefault="00000000">
      <w:pPr>
        <w:spacing w:before="200" w:after="100"/>
        <w:rPr>
          <w:sz w:val="24"/>
          <w:szCs w:val="24"/>
        </w:rPr>
      </w:pPr>
      <w:r>
        <w:rPr>
          <w:b/>
          <w:sz w:val="24"/>
          <w:szCs w:val="24"/>
        </w:rPr>
        <w:t>Table S2. Proportion of dangerous and excellent responses by platform (n = 24)</w:t>
      </w:r>
    </w:p>
    <w:tbl>
      <w:tblPr>
        <w:tblStyle w:val="TableGrid"/>
        <w:tblW w:w="0" w:type="auto"/>
        <w:tblLook w:val="04A0" w:firstRow="1" w:lastRow="0" w:firstColumn="1" w:lastColumn="0" w:noHBand="0" w:noVBand="1"/>
      </w:tblPr>
      <w:tblGrid>
        <w:gridCol w:w="1857"/>
        <w:gridCol w:w="2088"/>
        <w:gridCol w:w="1244"/>
        <w:gridCol w:w="1832"/>
        <w:gridCol w:w="1835"/>
      </w:tblGrid>
      <w:tr w:rsidR="00E71A28" w:rsidRPr="008E7D12" w14:paraId="6A5DD61E" w14:textId="77777777" w:rsidTr="003138B3">
        <w:tc>
          <w:tcPr>
            <w:tcW w:w="2448" w:type="dxa"/>
          </w:tcPr>
          <w:p w14:paraId="4A6B8F61" w14:textId="77777777" w:rsidR="00E71A28" w:rsidRPr="008E7D12" w:rsidRDefault="00000000">
            <w:pPr>
              <w:rPr>
                <w:sz w:val="20"/>
                <w:szCs w:val="20"/>
              </w:rPr>
            </w:pPr>
            <w:r>
              <w:rPr>
                <w:b/>
                <w:sz w:val="20"/>
                <w:szCs w:val="20"/>
              </w:rPr>
              <w:t>Platform</w:t>
            </w:r>
          </w:p>
        </w:tc>
        <w:tc>
          <w:tcPr>
            <w:tcW w:w="3168" w:type="dxa"/>
          </w:tcPr>
          <w:p w14:paraId="1B685B2D" w14:textId="77777777" w:rsidR="00E71A28" w:rsidRPr="008E7D12" w:rsidRDefault="00000000">
            <w:pPr>
              <w:rPr>
                <w:sz w:val="20"/>
                <w:szCs w:val="20"/>
              </w:rPr>
            </w:pPr>
            <w:r>
              <w:rPr>
                <w:b/>
                <w:sz w:val="20"/>
                <w:szCs w:val="20"/>
              </w:rPr>
              <w:t xml:space="preserve">% with any parameter </w:t>
            </w:r>
            <w:r>
              <w:rPr>
                <w:rFonts w:cs="Times New Roman"/>
                <w:b/>
                <w:sz w:val="20"/>
                <w:szCs w:val="20"/>
              </w:rPr>
              <w:t>≤</w:t>
            </w:r>
            <w:r>
              <w:rPr>
                <w:b/>
                <w:sz w:val="20"/>
                <w:szCs w:val="20"/>
              </w:rPr>
              <w:t xml:space="preserve"> 2 </w:t>
            </w:r>
            <w:r>
              <w:rPr>
                <w:b/>
                <w:sz w:val="20"/>
                <w:szCs w:val="20"/>
              </w:rPr>
              <w:lastRenderedPageBreak/>
              <w:t>(dangerous)</w:t>
            </w:r>
          </w:p>
        </w:tc>
        <w:tc>
          <w:tcPr>
            <w:tcW w:w="1872" w:type="dxa"/>
          </w:tcPr>
          <w:p w14:paraId="0D7E8626" w14:textId="77777777" w:rsidR="00E71A28" w:rsidRPr="008E7D12" w:rsidRDefault="00000000">
            <w:pPr>
              <w:rPr>
                <w:sz w:val="20"/>
                <w:szCs w:val="20"/>
              </w:rPr>
            </w:pPr>
            <w:r>
              <w:rPr>
                <w:b/>
                <w:sz w:val="20"/>
                <w:szCs w:val="20"/>
              </w:rPr>
              <w:lastRenderedPageBreak/>
              <w:t xml:space="preserve">% Safety </w:t>
            </w:r>
            <w:r>
              <w:rPr>
                <w:rFonts w:cs="Times New Roman"/>
                <w:b/>
                <w:sz w:val="20"/>
                <w:szCs w:val="20"/>
              </w:rPr>
              <w:t>≤</w:t>
            </w:r>
            <w:r>
              <w:rPr>
                <w:b/>
                <w:sz w:val="20"/>
                <w:szCs w:val="20"/>
              </w:rPr>
              <w:t xml:space="preserve"> 2</w:t>
            </w:r>
          </w:p>
        </w:tc>
        <w:tc>
          <w:tcPr>
            <w:tcW w:w="2304" w:type="dxa"/>
          </w:tcPr>
          <w:p w14:paraId="49ED0724" w14:textId="77777777" w:rsidR="00E71A28" w:rsidRPr="008E7D12" w:rsidRDefault="00000000">
            <w:pPr>
              <w:rPr>
                <w:sz w:val="20"/>
                <w:szCs w:val="20"/>
              </w:rPr>
            </w:pPr>
            <w:r>
              <w:rPr>
                <w:b/>
                <w:sz w:val="20"/>
                <w:szCs w:val="20"/>
              </w:rPr>
              <w:t xml:space="preserve">% Hallucinations </w:t>
            </w:r>
            <w:r>
              <w:rPr>
                <w:rFonts w:cs="Times New Roman"/>
                <w:b/>
                <w:sz w:val="20"/>
                <w:szCs w:val="20"/>
              </w:rPr>
              <w:t>≤</w:t>
            </w:r>
            <w:r>
              <w:rPr>
                <w:b/>
                <w:sz w:val="20"/>
                <w:szCs w:val="20"/>
              </w:rPr>
              <w:t xml:space="preserve"> 2</w:t>
            </w:r>
          </w:p>
        </w:tc>
        <w:tc>
          <w:tcPr>
            <w:tcW w:w="2736" w:type="dxa"/>
          </w:tcPr>
          <w:p w14:paraId="2537D7C8" w14:textId="77777777" w:rsidR="00E71A28" w:rsidRPr="008E7D12" w:rsidRDefault="00000000">
            <w:pPr>
              <w:rPr>
                <w:sz w:val="20"/>
                <w:szCs w:val="20"/>
              </w:rPr>
            </w:pPr>
            <w:r>
              <w:rPr>
                <w:b/>
                <w:sz w:val="20"/>
                <w:szCs w:val="20"/>
              </w:rPr>
              <w:t>% Composite = 5 (excellent)</w:t>
            </w:r>
          </w:p>
        </w:tc>
      </w:tr>
      <w:tr w:rsidR="00E71A28" w:rsidRPr="008E7D12" w14:paraId="75AA1953" w14:textId="77777777" w:rsidTr="003138B3">
        <w:tc>
          <w:tcPr>
            <w:tcW w:w="2448" w:type="dxa"/>
          </w:tcPr>
          <w:p w14:paraId="2CEC1B29" w14:textId="77777777" w:rsidR="00E71A28" w:rsidRPr="008E7D12" w:rsidRDefault="00000000">
            <w:pPr>
              <w:rPr>
                <w:sz w:val="20"/>
                <w:szCs w:val="20"/>
              </w:rPr>
            </w:pPr>
            <w:r>
              <w:rPr>
                <w:sz w:val="20"/>
                <w:szCs w:val="20"/>
              </w:rPr>
              <w:t>ChatGPT (LLM1)</w:t>
            </w:r>
          </w:p>
        </w:tc>
        <w:tc>
          <w:tcPr>
            <w:tcW w:w="3168" w:type="dxa"/>
          </w:tcPr>
          <w:p w14:paraId="78DABAB3" w14:textId="77777777" w:rsidR="00E71A28" w:rsidRPr="008E7D12" w:rsidRDefault="00000000">
            <w:pPr>
              <w:rPr>
                <w:sz w:val="20"/>
                <w:szCs w:val="20"/>
              </w:rPr>
            </w:pPr>
            <w:r>
              <w:rPr>
                <w:sz w:val="20"/>
                <w:szCs w:val="20"/>
              </w:rPr>
              <w:t>20.8%</w:t>
            </w:r>
          </w:p>
        </w:tc>
        <w:tc>
          <w:tcPr>
            <w:tcW w:w="1872" w:type="dxa"/>
          </w:tcPr>
          <w:p w14:paraId="7A3957D0" w14:textId="77777777" w:rsidR="00E71A28" w:rsidRPr="008E7D12" w:rsidRDefault="00000000">
            <w:pPr>
              <w:rPr>
                <w:sz w:val="20"/>
                <w:szCs w:val="20"/>
              </w:rPr>
            </w:pPr>
            <w:r>
              <w:rPr>
                <w:sz w:val="20"/>
                <w:szCs w:val="20"/>
              </w:rPr>
              <w:t>16.7%</w:t>
            </w:r>
          </w:p>
        </w:tc>
        <w:tc>
          <w:tcPr>
            <w:tcW w:w="2304" w:type="dxa"/>
          </w:tcPr>
          <w:p w14:paraId="04EAD142" w14:textId="77777777" w:rsidR="00E71A28" w:rsidRPr="008E7D12" w:rsidRDefault="00000000">
            <w:pPr>
              <w:rPr>
                <w:sz w:val="20"/>
                <w:szCs w:val="20"/>
              </w:rPr>
            </w:pPr>
            <w:r>
              <w:rPr>
                <w:sz w:val="20"/>
                <w:szCs w:val="20"/>
              </w:rPr>
              <w:t>4.2%</w:t>
            </w:r>
          </w:p>
        </w:tc>
        <w:tc>
          <w:tcPr>
            <w:tcW w:w="2736" w:type="dxa"/>
          </w:tcPr>
          <w:p w14:paraId="3F6A8CD8" w14:textId="77777777" w:rsidR="00E71A28" w:rsidRPr="008E7D12" w:rsidRDefault="00000000">
            <w:pPr>
              <w:rPr>
                <w:sz w:val="20"/>
                <w:szCs w:val="20"/>
              </w:rPr>
            </w:pPr>
            <w:r>
              <w:rPr>
                <w:sz w:val="20"/>
                <w:szCs w:val="20"/>
              </w:rPr>
              <w:t>0.0%</w:t>
            </w:r>
          </w:p>
        </w:tc>
      </w:tr>
      <w:tr w:rsidR="00E71A28" w:rsidRPr="008E7D12" w14:paraId="180955AE" w14:textId="77777777" w:rsidTr="003138B3">
        <w:tc>
          <w:tcPr>
            <w:tcW w:w="2448" w:type="dxa"/>
          </w:tcPr>
          <w:p w14:paraId="199A83B5" w14:textId="77777777" w:rsidR="00E71A28" w:rsidRPr="008E7D12" w:rsidRDefault="00000000">
            <w:pPr>
              <w:rPr>
                <w:sz w:val="20"/>
                <w:szCs w:val="20"/>
              </w:rPr>
            </w:pPr>
            <w:r>
              <w:rPr>
                <w:sz w:val="20"/>
                <w:szCs w:val="20"/>
              </w:rPr>
              <w:t>Claude (LLM2)</w:t>
            </w:r>
          </w:p>
        </w:tc>
        <w:tc>
          <w:tcPr>
            <w:tcW w:w="3168" w:type="dxa"/>
          </w:tcPr>
          <w:p w14:paraId="57BB88A6" w14:textId="77777777" w:rsidR="00E71A28" w:rsidRPr="008E7D12" w:rsidRDefault="00000000">
            <w:pPr>
              <w:rPr>
                <w:sz w:val="20"/>
                <w:szCs w:val="20"/>
              </w:rPr>
            </w:pPr>
            <w:r>
              <w:rPr>
                <w:sz w:val="20"/>
                <w:szCs w:val="20"/>
              </w:rPr>
              <w:t>8.3%</w:t>
            </w:r>
          </w:p>
        </w:tc>
        <w:tc>
          <w:tcPr>
            <w:tcW w:w="1872" w:type="dxa"/>
          </w:tcPr>
          <w:p w14:paraId="50763699" w14:textId="77777777" w:rsidR="00E71A28" w:rsidRPr="008E7D12" w:rsidRDefault="00000000">
            <w:pPr>
              <w:rPr>
                <w:sz w:val="20"/>
                <w:szCs w:val="20"/>
              </w:rPr>
            </w:pPr>
            <w:r>
              <w:rPr>
                <w:sz w:val="20"/>
                <w:szCs w:val="20"/>
              </w:rPr>
              <w:t>0.0%</w:t>
            </w:r>
          </w:p>
        </w:tc>
        <w:tc>
          <w:tcPr>
            <w:tcW w:w="2304" w:type="dxa"/>
          </w:tcPr>
          <w:p w14:paraId="621973CE" w14:textId="77777777" w:rsidR="00E71A28" w:rsidRPr="008E7D12" w:rsidRDefault="00000000">
            <w:pPr>
              <w:rPr>
                <w:sz w:val="20"/>
                <w:szCs w:val="20"/>
              </w:rPr>
            </w:pPr>
            <w:r>
              <w:rPr>
                <w:sz w:val="20"/>
                <w:szCs w:val="20"/>
              </w:rPr>
              <w:t>8.3%</w:t>
            </w:r>
          </w:p>
        </w:tc>
        <w:tc>
          <w:tcPr>
            <w:tcW w:w="2736" w:type="dxa"/>
          </w:tcPr>
          <w:p w14:paraId="057C9914" w14:textId="77777777" w:rsidR="00E71A28" w:rsidRPr="008E7D12" w:rsidRDefault="00000000">
            <w:pPr>
              <w:rPr>
                <w:sz w:val="20"/>
                <w:szCs w:val="20"/>
              </w:rPr>
            </w:pPr>
            <w:r>
              <w:rPr>
                <w:sz w:val="20"/>
                <w:szCs w:val="20"/>
              </w:rPr>
              <w:t>41.7%</w:t>
            </w:r>
          </w:p>
        </w:tc>
      </w:tr>
      <w:tr w:rsidR="00E71A28" w:rsidRPr="008E7D12" w14:paraId="065EBA43" w14:textId="77777777" w:rsidTr="003138B3">
        <w:tc>
          <w:tcPr>
            <w:tcW w:w="2448" w:type="dxa"/>
          </w:tcPr>
          <w:p w14:paraId="3928BDA4" w14:textId="77777777" w:rsidR="00E71A28" w:rsidRPr="008E7D12" w:rsidRDefault="00000000">
            <w:pPr>
              <w:rPr>
                <w:sz w:val="20"/>
                <w:szCs w:val="20"/>
              </w:rPr>
            </w:pPr>
            <w:r>
              <w:rPr>
                <w:sz w:val="20"/>
                <w:szCs w:val="20"/>
              </w:rPr>
              <w:t>Gemini (LLM3)</w:t>
            </w:r>
          </w:p>
        </w:tc>
        <w:tc>
          <w:tcPr>
            <w:tcW w:w="3168" w:type="dxa"/>
          </w:tcPr>
          <w:p w14:paraId="6B0016B7" w14:textId="77777777" w:rsidR="00E71A28" w:rsidRPr="008E7D12" w:rsidRDefault="00000000">
            <w:pPr>
              <w:rPr>
                <w:sz w:val="20"/>
                <w:szCs w:val="20"/>
              </w:rPr>
            </w:pPr>
            <w:r>
              <w:rPr>
                <w:sz w:val="20"/>
                <w:szCs w:val="20"/>
              </w:rPr>
              <w:t>37.5%</w:t>
            </w:r>
          </w:p>
        </w:tc>
        <w:tc>
          <w:tcPr>
            <w:tcW w:w="1872" w:type="dxa"/>
          </w:tcPr>
          <w:p w14:paraId="7D745806" w14:textId="77777777" w:rsidR="00E71A28" w:rsidRPr="008E7D12" w:rsidRDefault="00000000">
            <w:pPr>
              <w:rPr>
                <w:sz w:val="20"/>
                <w:szCs w:val="20"/>
              </w:rPr>
            </w:pPr>
            <w:r>
              <w:rPr>
                <w:sz w:val="20"/>
                <w:szCs w:val="20"/>
              </w:rPr>
              <w:t>29.2%</w:t>
            </w:r>
          </w:p>
        </w:tc>
        <w:tc>
          <w:tcPr>
            <w:tcW w:w="2304" w:type="dxa"/>
          </w:tcPr>
          <w:p w14:paraId="7361CD98" w14:textId="77777777" w:rsidR="00E71A28" w:rsidRPr="008E7D12" w:rsidRDefault="00000000">
            <w:pPr>
              <w:rPr>
                <w:sz w:val="20"/>
                <w:szCs w:val="20"/>
              </w:rPr>
            </w:pPr>
            <w:r>
              <w:rPr>
                <w:sz w:val="20"/>
                <w:szCs w:val="20"/>
              </w:rPr>
              <w:t>8.3%</w:t>
            </w:r>
          </w:p>
        </w:tc>
        <w:tc>
          <w:tcPr>
            <w:tcW w:w="2736" w:type="dxa"/>
          </w:tcPr>
          <w:p w14:paraId="0A194452" w14:textId="77777777" w:rsidR="00E71A28" w:rsidRPr="008E7D12" w:rsidRDefault="00000000">
            <w:pPr>
              <w:rPr>
                <w:sz w:val="20"/>
                <w:szCs w:val="20"/>
              </w:rPr>
            </w:pPr>
            <w:r>
              <w:rPr>
                <w:sz w:val="20"/>
                <w:szCs w:val="20"/>
              </w:rPr>
              <w:t>0.0%</w:t>
            </w:r>
          </w:p>
        </w:tc>
      </w:tr>
      <w:tr w:rsidR="00E71A28" w:rsidRPr="008E7D12" w14:paraId="3873FAA0" w14:textId="77777777" w:rsidTr="003138B3">
        <w:tc>
          <w:tcPr>
            <w:tcW w:w="2448" w:type="dxa"/>
          </w:tcPr>
          <w:p w14:paraId="7B1C3FDA" w14:textId="77777777" w:rsidR="00E71A28" w:rsidRPr="008E7D12" w:rsidRDefault="00000000">
            <w:pPr>
              <w:rPr>
                <w:sz w:val="20"/>
                <w:szCs w:val="20"/>
              </w:rPr>
            </w:pPr>
            <w:r>
              <w:rPr>
                <w:sz w:val="20"/>
                <w:szCs w:val="20"/>
              </w:rPr>
              <w:t>OpenEvidence (LLM4)</w:t>
            </w:r>
          </w:p>
        </w:tc>
        <w:tc>
          <w:tcPr>
            <w:tcW w:w="3168" w:type="dxa"/>
          </w:tcPr>
          <w:p w14:paraId="05CA9226" w14:textId="77777777" w:rsidR="00E71A28" w:rsidRPr="008E7D12" w:rsidRDefault="00000000">
            <w:pPr>
              <w:rPr>
                <w:sz w:val="20"/>
                <w:szCs w:val="20"/>
              </w:rPr>
            </w:pPr>
            <w:r>
              <w:rPr>
                <w:sz w:val="20"/>
                <w:szCs w:val="20"/>
              </w:rPr>
              <w:t>0.0%</w:t>
            </w:r>
          </w:p>
        </w:tc>
        <w:tc>
          <w:tcPr>
            <w:tcW w:w="1872" w:type="dxa"/>
          </w:tcPr>
          <w:p w14:paraId="47556A56" w14:textId="77777777" w:rsidR="00E71A28" w:rsidRPr="008E7D12" w:rsidRDefault="00000000">
            <w:pPr>
              <w:rPr>
                <w:sz w:val="20"/>
                <w:szCs w:val="20"/>
              </w:rPr>
            </w:pPr>
            <w:r>
              <w:rPr>
                <w:sz w:val="20"/>
                <w:szCs w:val="20"/>
              </w:rPr>
              <w:t>0.0%</w:t>
            </w:r>
          </w:p>
        </w:tc>
        <w:tc>
          <w:tcPr>
            <w:tcW w:w="2304" w:type="dxa"/>
          </w:tcPr>
          <w:p w14:paraId="32DD375D" w14:textId="77777777" w:rsidR="00E71A28" w:rsidRPr="008E7D12" w:rsidRDefault="00000000">
            <w:pPr>
              <w:rPr>
                <w:sz w:val="20"/>
                <w:szCs w:val="20"/>
              </w:rPr>
            </w:pPr>
            <w:r>
              <w:rPr>
                <w:sz w:val="20"/>
                <w:szCs w:val="20"/>
              </w:rPr>
              <w:t>0.0%</w:t>
            </w:r>
          </w:p>
        </w:tc>
        <w:tc>
          <w:tcPr>
            <w:tcW w:w="2736" w:type="dxa"/>
          </w:tcPr>
          <w:p w14:paraId="6BA1C79E" w14:textId="77777777" w:rsidR="00E71A28" w:rsidRPr="008E7D12" w:rsidRDefault="00000000">
            <w:pPr>
              <w:rPr>
                <w:sz w:val="20"/>
                <w:szCs w:val="20"/>
              </w:rPr>
            </w:pPr>
            <w:r>
              <w:rPr>
                <w:sz w:val="20"/>
                <w:szCs w:val="20"/>
              </w:rPr>
              <w:t>58.3%</w:t>
            </w:r>
          </w:p>
        </w:tc>
      </w:tr>
      <w:tr w:rsidR="00E71A28" w:rsidRPr="008E7D12" w14:paraId="55223944" w14:textId="77777777" w:rsidTr="003138B3">
        <w:tc>
          <w:tcPr>
            <w:tcW w:w="2448" w:type="dxa"/>
          </w:tcPr>
          <w:p w14:paraId="54629A46" w14:textId="77777777" w:rsidR="00E71A28" w:rsidRPr="008E7D12" w:rsidRDefault="00000000">
            <w:pPr>
              <w:rPr>
                <w:sz w:val="20"/>
                <w:szCs w:val="20"/>
              </w:rPr>
            </w:pPr>
            <w:r>
              <w:rPr>
                <w:sz w:val="20"/>
                <w:szCs w:val="20"/>
              </w:rPr>
              <w:t>Perplexity (LLM5)</w:t>
            </w:r>
          </w:p>
        </w:tc>
        <w:tc>
          <w:tcPr>
            <w:tcW w:w="3168" w:type="dxa"/>
          </w:tcPr>
          <w:p w14:paraId="65C55A93" w14:textId="77777777" w:rsidR="00E71A28" w:rsidRPr="008E7D12" w:rsidRDefault="00000000">
            <w:pPr>
              <w:rPr>
                <w:sz w:val="20"/>
                <w:szCs w:val="20"/>
              </w:rPr>
            </w:pPr>
            <w:r>
              <w:rPr>
                <w:sz w:val="20"/>
                <w:szCs w:val="20"/>
              </w:rPr>
              <w:t>54.2%</w:t>
            </w:r>
          </w:p>
        </w:tc>
        <w:tc>
          <w:tcPr>
            <w:tcW w:w="1872" w:type="dxa"/>
          </w:tcPr>
          <w:p w14:paraId="5F30AFDD" w14:textId="77777777" w:rsidR="00E71A28" w:rsidRPr="008E7D12" w:rsidRDefault="00000000">
            <w:pPr>
              <w:rPr>
                <w:sz w:val="20"/>
                <w:szCs w:val="20"/>
              </w:rPr>
            </w:pPr>
            <w:r>
              <w:rPr>
                <w:sz w:val="20"/>
                <w:szCs w:val="20"/>
              </w:rPr>
              <w:t>33.3%</w:t>
            </w:r>
          </w:p>
        </w:tc>
        <w:tc>
          <w:tcPr>
            <w:tcW w:w="2304" w:type="dxa"/>
          </w:tcPr>
          <w:p w14:paraId="69D791CA" w14:textId="77777777" w:rsidR="00E71A28" w:rsidRPr="008E7D12" w:rsidRDefault="00000000">
            <w:pPr>
              <w:rPr>
                <w:sz w:val="20"/>
                <w:szCs w:val="20"/>
              </w:rPr>
            </w:pPr>
            <w:r>
              <w:rPr>
                <w:sz w:val="20"/>
                <w:szCs w:val="20"/>
              </w:rPr>
              <w:t>16.7%</w:t>
            </w:r>
          </w:p>
        </w:tc>
        <w:tc>
          <w:tcPr>
            <w:tcW w:w="2736" w:type="dxa"/>
          </w:tcPr>
          <w:p w14:paraId="0E00F0CA" w14:textId="77777777" w:rsidR="00E71A28" w:rsidRPr="008E7D12" w:rsidRDefault="00000000">
            <w:pPr>
              <w:rPr>
                <w:sz w:val="20"/>
                <w:szCs w:val="20"/>
              </w:rPr>
            </w:pPr>
            <w:r>
              <w:rPr>
                <w:sz w:val="20"/>
                <w:szCs w:val="20"/>
              </w:rPr>
              <w:t>4.2%</w:t>
            </w:r>
          </w:p>
        </w:tc>
      </w:tr>
    </w:tbl>
    <w:p w14:paraId="1CFBD546" w14:textId="77777777" w:rsidR="00E71A28" w:rsidRPr="00BE2544" w:rsidRDefault="00000000">
      <w:pPr>
        <w:rPr>
          <w:iCs/>
          <w:sz w:val="20"/>
          <w:szCs w:val="20"/>
        </w:rPr>
      </w:pPr>
      <w:r w:rsidRPr="00BE2544">
        <w:rPr>
          <w:iCs/>
          <w:sz w:val="20"/>
          <w:szCs w:val="20"/>
        </w:rPr>
        <w:t>“Dangerous” is an inclusive-OR across the four parameters and is therefore at least as high as any single-parameter rate.</w:t>
      </w:r>
    </w:p>
    <w:p w14:paraId="0431A3AB" w14:textId="77777777" w:rsidR="003138B3" w:rsidRDefault="003138B3">
      <w:pPr>
        <w:spacing w:before="200" w:after="100"/>
        <w:rPr>
          <w:b/>
          <w:color w:val="1F3864"/>
          <w:sz w:val="24"/>
          <w:szCs w:val="24"/>
        </w:rPr>
      </w:pPr>
    </w:p>
    <w:p w14:paraId="7F60844D" w14:textId="77777777" w:rsidR="00E71A28" w:rsidRPr="003138B3" w:rsidRDefault="00000000">
      <w:pPr>
        <w:spacing w:before="200" w:after="100"/>
        <w:rPr>
          <w:b/>
          <w:sz w:val="24"/>
          <w:szCs w:val="24"/>
        </w:rPr>
      </w:pPr>
      <w:r>
        <w:rPr>
          <w:b/>
          <w:sz w:val="24"/>
          <w:szCs w:val="24"/>
        </w:rPr>
        <w:t>Table S3. Friedman omnibus tests for between-platform differences (df = 4)</w:t>
      </w:r>
    </w:p>
    <w:tbl>
      <w:tblPr>
        <w:tblStyle w:val="TableGrid"/>
        <w:tblW w:w="0" w:type="auto"/>
        <w:tblLook w:val="04A0" w:firstRow="1" w:lastRow="0" w:firstColumn="1" w:lastColumn="0" w:noHBand="0" w:noVBand="1"/>
      </w:tblPr>
      <w:tblGrid>
        <w:gridCol w:w="2709"/>
        <w:gridCol w:w="1859"/>
        <w:gridCol w:w="1735"/>
        <w:gridCol w:w="1184"/>
        <w:gridCol w:w="1369"/>
      </w:tblGrid>
      <w:tr w:rsidR="00E71A28" w:rsidRPr="008E7D12" w14:paraId="24CC82F4" w14:textId="77777777" w:rsidTr="003138B3">
        <w:tc>
          <w:tcPr>
            <w:tcW w:w="3168" w:type="dxa"/>
          </w:tcPr>
          <w:p w14:paraId="34C06C1E" w14:textId="77777777" w:rsidR="00E71A28" w:rsidRPr="008E7D12" w:rsidRDefault="00000000">
            <w:pPr>
              <w:rPr>
                <w:sz w:val="20"/>
                <w:szCs w:val="20"/>
              </w:rPr>
            </w:pPr>
            <w:r>
              <w:rPr>
                <w:b/>
                <w:sz w:val="20"/>
                <w:szCs w:val="20"/>
              </w:rPr>
              <w:t>Analysis</w:t>
            </w:r>
          </w:p>
        </w:tc>
        <w:tc>
          <w:tcPr>
            <w:tcW w:w="2160" w:type="dxa"/>
          </w:tcPr>
          <w:p w14:paraId="55009556" w14:textId="77777777" w:rsidR="00E71A28" w:rsidRPr="008E7D12" w:rsidRDefault="00000000">
            <w:pPr>
              <w:rPr>
                <w:sz w:val="20"/>
                <w:szCs w:val="20"/>
              </w:rPr>
            </w:pPr>
            <w:r>
              <w:rPr>
                <w:b/>
                <w:sz w:val="20"/>
                <w:szCs w:val="20"/>
              </w:rPr>
              <w:t>Parameter</w:t>
            </w:r>
          </w:p>
        </w:tc>
        <w:tc>
          <w:tcPr>
            <w:tcW w:w="2160" w:type="dxa"/>
          </w:tcPr>
          <w:p w14:paraId="126DE74D" w14:textId="77777777" w:rsidR="00E71A28" w:rsidRPr="008E7D12" w:rsidRDefault="00000000">
            <w:pPr>
              <w:rPr>
                <w:sz w:val="20"/>
                <w:szCs w:val="20"/>
              </w:rPr>
            </w:pPr>
            <w:r>
              <w:rPr>
                <w:b/>
                <w:sz w:val="20"/>
                <w:szCs w:val="20"/>
              </w:rPr>
              <w:t>Friedman chi-square</w:t>
            </w:r>
          </w:p>
        </w:tc>
        <w:tc>
          <w:tcPr>
            <w:tcW w:w="1440" w:type="dxa"/>
          </w:tcPr>
          <w:p w14:paraId="1D4F2D65" w14:textId="77777777" w:rsidR="00E71A28" w:rsidRPr="008E7D12" w:rsidRDefault="00000000">
            <w:pPr>
              <w:rPr>
                <w:sz w:val="20"/>
                <w:szCs w:val="20"/>
              </w:rPr>
            </w:pPr>
            <w:r>
              <w:rPr>
                <w:b/>
                <w:sz w:val="20"/>
                <w:szCs w:val="20"/>
              </w:rPr>
              <w:t>p value</w:t>
            </w:r>
          </w:p>
        </w:tc>
        <w:tc>
          <w:tcPr>
            <w:tcW w:w="1584" w:type="dxa"/>
          </w:tcPr>
          <w:p w14:paraId="018D4CEB" w14:textId="77777777" w:rsidR="00E71A28" w:rsidRPr="008E7D12" w:rsidRDefault="00000000">
            <w:pPr>
              <w:rPr>
                <w:sz w:val="20"/>
                <w:szCs w:val="20"/>
              </w:rPr>
            </w:pPr>
            <w:r>
              <w:rPr>
                <w:b/>
                <w:sz w:val="20"/>
                <w:szCs w:val="20"/>
              </w:rPr>
              <w:t>Kendall's W</w:t>
            </w:r>
          </w:p>
        </w:tc>
      </w:tr>
      <w:tr w:rsidR="00E71A28" w:rsidRPr="008E7D12" w14:paraId="26FCA685" w14:textId="77777777" w:rsidTr="003138B3">
        <w:tc>
          <w:tcPr>
            <w:tcW w:w="3168" w:type="dxa"/>
          </w:tcPr>
          <w:p w14:paraId="54C88B3B" w14:textId="77777777" w:rsidR="00E71A28" w:rsidRPr="008E7D12" w:rsidRDefault="00000000">
            <w:pPr>
              <w:rPr>
                <w:sz w:val="20"/>
                <w:szCs w:val="20"/>
              </w:rPr>
            </w:pPr>
            <w:r>
              <w:rPr>
                <w:sz w:val="20"/>
                <w:szCs w:val="20"/>
              </w:rPr>
              <w:t>Overall (24 vignettes)</w:t>
            </w:r>
          </w:p>
        </w:tc>
        <w:tc>
          <w:tcPr>
            <w:tcW w:w="2160" w:type="dxa"/>
          </w:tcPr>
          <w:p w14:paraId="2C922B71" w14:textId="77777777" w:rsidR="00E71A28" w:rsidRPr="008E7D12" w:rsidRDefault="00000000">
            <w:pPr>
              <w:rPr>
                <w:sz w:val="20"/>
                <w:szCs w:val="20"/>
              </w:rPr>
            </w:pPr>
            <w:r>
              <w:rPr>
                <w:sz w:val="20"/>
                <w:szCs w:val="20"/>
              </w:rPr>
              <w:t>Accuracy</w:t>
            </w:r>
          </w:p>
        </w:tc>
        <w:tc>
          <w:tcPr>
            <w:tcW w:w="2160" w:type="dxa"/>
          </w:tcPr>
          <w:p w14:paraId="7E99577A" w14:textId="77777777" w:rsidR="00E71A28" w:rsidRPr="008E7D12" w:rsidRDefault="00000000">
            <w:pPr>
              <w:rPr>
                <w:sz w:val="20"/>
                <w:szCs w:val="20"/>
              </w:rPr>
            </w:pPr>
            <w:r>
              <w:rPr>
                <w:sz w:val="20"/>
                <w:szCs w:val="20"/>
              </w:rPr>
              <w:t>46.32</w:t>
            </w:r>
          </w:p>
        </w:tc>
        <w:tc>
          <w:tcPr>
            <w:tcW w:w="1440" w:type="dxa"/>
          </w:tcPr>
          <w:p w14:paraId="5BBDE3D2" w14:textId="77777777" w:rsidR="00E71A28" w:rsidRPr="008E7D12" w:rsidRDefault="00000000">
            <w:pPr>
              <w:rPr>
                <w:sz w:val="20"/>
                <w:szCs w:val="20"/>
              </w:rPr>
            </w:pPr>
            <w:r>
              <w:rPr>
                <w:sz w:val="20"/>
                <w:szCs w:val="20"/>
              </w:rPr>
              <w:t>&lt;0.001</w:t>
            </w:r>
          </w:p>
        </w:tc>
        <w:tc>
          <w:tcPr>
            <w:tcW w:w="1584" w:type="dxa"/>
          </w:tcPr>
          <w:p w14:paraId="1ED9DCE9" w14:textId="77777777" w:rsidR="00E71A28" w:rsidRPr="008E7D12" w:rsidRDefault="00000000">
            <w:pPr>
              <w:rPr>
                <w:sz w:val="20"/>
                <w:szCs w:val="20"/>
              </w:rPr>
            </w:pPr>
            <w:r>
              <w:rPr>
                <w:sz w:val="20"/>
                <w:szCs w:val="20"/>
              </w:rPr>
              <w:t>0.482</w:t>
            </w:r>
          </w:p>
        </w:tc>
      </w:tr>
      <w:tr w:rsidR="00E71A28" w:rsidRPr="008E7D12" w14:paraId="58892FD0" w14:textId="77777777" w:rsidTr="003138B3">
        <w:tc>
          <w:tcPr>
            <w:tcW w:w="3168" w:type="dxa"/>
          </w:tcPr>
          <w:p w14:paraId="458D07EB" w14:textId="77777777" w:rsidR="00E71A28" w:rsidRPr="008E7D12" w:rsidRDefault="00E71A28">
            <w:pPr>
              <w:rPr>
                <w:sz w:val="20"/>
                <w:szCs w:val="20"/>
              </w:rPr>
            </w:pPr>
          </w:p>
        </w:tc>
        <w:tc>
          <w:tcPr>
            <w:tcW w:w="2160" w:type="dxa"/>
          </w:tcPr>
          <w:p w14:paraId="4E75A6C6" w14:textId="77777777" w:rsidR="00E71A28" w:rsidRPr="008E7D12" w:rsidRDefault="00000000">
            <w:pPr>
              <w:rPr>
                <w:sz w:val="20"/>
                <w:szCs w:val="20"/>
              </w:rPr>
            </w:pPr>
            <w:r>
              <w:rPr>
                <w:sz w:val="20"/>
                <w:szCs w:val="20"/>
              </w:rPr>
              <w:t>Safety</w:t>
            </w:r>
          </w:p>
        </w:tc>
        <w:tc>
          <w:tcPr>
            <w:tcW w:w="2160" w:type="dxa"/>
          </w:tcPr>
          <w:p w14:paraId="128BE30F" w14:textId="77777777" w:rsidR="00E71A28" w:rsidRPr="008E7D12" w:rsidRDefault="00000000">
            <w:pPr>
              <w:rPr>
                <w:sz w:val="20"/>
                <w:szCs w:val="20"/>
              </w:rPr>
            </w:pPr>
            <w:r>
              <w:rPr>
                <w:sz w:val="20"/>
                <w:szCs w:val="20"/>
              </w:rPr>
              <w:t>57.68</w:t>
            </w:r>
          </w:p>
        </w:tc>
        <w:tc>
          <w:tcPr>
            <w:tcW w:w="1440" w:type="dxa"/>
          </w:tcPr>
          <w:p w14:paraId="1B9263DC" w14:textId="77777777" w:rsidR="00E71A28" w:rsidRPr="008E7D12" w:rsidRDefault="00000000">
            <w:pPr>
              <w:rPr>
                <w:sz w:val="20"/>
                <w:szCs w:val="20"/>
              </w:rPr>
            </w:pPr>
            <w:r>
              <w:rPr>
                <w:sz w:val="20"/>
                <w:szCs w:val="20"/>
              </w:rPr>
              <w:t>&lt;0.001</w:t>
            </w:r>
          </w:p>
        </w:tc>
        <w:tc>
          <w:tcPr>
            <w:tcW w:w="1584" w:type="dxa"/>
          </w:tcPr>
          <w:p w14:paraId="5A0DA53E" w14:textId="77777777" w:rsidR="00E71A28" w:rsidRPr="008E7D12" w:rsidRDefault="00000000">
            <w:pPr>
              <w:rPr>
                <w:sz w:val="20"/>
                <w:szCs w:val="20"/>
              </w:rPr>
            </w:pPr>
            <w:r>
              <w:rPr>
                <w:sz w:val="20"/>
                <w:szCs w:val="20"/>
              </w:rPr>
              <w:t>0.601</w:t>
            </w:r>
          </w:p>
        </w:tc>
      </w:tr>
      <w:tr w:rsidR="00E71A28" w:rsidRPr="008E7D12" w14:paraId="1F7FA4DA" w14:textId="77777777" w:rsidTr="003138B3">
        <w:tc>
          <w:tcPr>
            <w:tcW w:w="3168" w:type="dxa"/>
          </w:tcPr>
          <w:p w14:paraId="21FC14CF" w14:textId="77777777" w:rsidR="00E71A28" w:rsidRPr="008E7D12" w:rsidRDefault="00E71A28">
            <w:pPr>
              <w:rPr>
                <w:sz w:val="20"/>
                <w:szCs w:val="20"/>
              </w:rPr>
            </w:pPr>
          </w:p>
        </w:tc>
        <w:tc>
          <w:tcPr>
            <w:tcW w:w="2160" w:type="dxa"/>
          </w:tcPr>
          <w:p w14:paraId="5EB6FF4C" w14:textId="77777777" w:rsidR="00E71A28" w:rsidRPr="008E7D12" w:rsidRDefault="00000000">
            <w:pPr>
              <w:rPr>
                <w:sz w:val="20"/>
                <w:szCs w:val="20"/>
              </w:rPr>
            </w:pPr>
            <w:r>
              <w:rPr>
                <w:sz w:val="20"/>
                <w:szCs w:val="20"/>
              </w:rPr>
              <w:t>Hallucinations</w:t>
            </w:r>
          </w:p>
        </w:tc>
        <w:tc>
          <w:tcPr>
            <w:tcW w:w="2160" w:type="dxa"/>
          </w:tcPr>
          <w:p w14:paraId="2D6CE5FF" w14:textId="77777777" w:rsidR="00E71A28" w:rsidRPr="008E7D12" w:rsidRDefault="00000000">
            <w:pPr>
              <w:rPr>
                <w:sz w:val="20"/>
                <w:szCs w:val="20"/>
              </w:rPr>
            </w:pPr>
            <w:r>
              <w:rPr>
                <w:sz w:val="20"/>
                <w:szCs w:val="20"/>
              </w:rPr>
              <w:t>9.37</w:t>
            </w:r>
          </w:p>
        </w:tc>
        <w:tc>
          <w:tcPr>
            <w:tcW w:w="1440" w:type="dxa"/>
          </w:tcPr>
          <w:p w14:paraId="45C023E1" w14:textId="77777777" w:rsidR="00E71A28" w:rsidRPr="008E7D12" w:rsidRDefault="00000000">
            <w:pPr>
              <w:rPr>
                <w:sz w:val="20"/>
                <w:szCs w:val="20"/>
              </w:rPr>
            </w:pPr>
            <w:r>
              <w:rPr>
                <w:sz w:val="20"/>
                <w:szCs w:val="20"/>
              </w:rPr>
              <w:t>0.053</w:t>
            </w:r>
          </w:p>
        </w:tc>
        <w:tc>
          <w:tcPr>
            <w:tcW w:w="1584" w:type="dxa"/>
          </w:tcPr>
          <w:p w14:paraId="772D4A13" w14:textId="77777777" w:rsidR="00E71A28" w:rsidRPr="008E7D12" w:rsidRDefault="00000000">
            <w:pPr>
              <w:rPr>
                <w:sz w:val="20"/>
                <w:szCs w:val="20"/>
              </w:rPr>
            </w:pPr>
            <w:r>
              <w:rPr>
                <w:sz w:val="20"/>
                <w:szCs w:val="20"/>
              </w:rPr>
              <w:t>0.098</w:t>
            </w:r>
          </w:p>
        </w:tc>
      </w:tr>
      <w:tr w:rsidR="00E71A28" w:rsidRPr="008E7D12" w14:paraId="0CAB763B" w14:textId="77777777" w:rsidTr="003138B3">
        <w:tc>
          <w:tcPr>
            <w:tcW w:w="3168" w:type="dxa"/>
          </w:tcPr>
          <w:p w14:paraId="7EE41309" w14:textId="77777777" w:rsidR="00E71A28" w:rsidRPr="008E7D12" w:rsidRDefault="00E71A28">
            <w:pPr>
              <w:rPr>
                <w:sz w:val="20"/>
                <w:szCs w:val="20"/>
              </w:rPr>
            </w:pPr>
          </w:p>
        </w:tc>
        <w:tc>
          <w:tcPr>
            <w:tcW w:w="2160" w:type="dxa"/>
          </w:tcPr>
          <w:p w14:paraId="0EBB4A4A" w14:textId="77777777" w:rsidR="00E71A28" w:rsidRPr="008E7D12" w:rsidRDefault="00000000">
            <w:pPr>
              <w:rPr>
                <w:sz w:val="20"/>
                <w:szCs w:val="20"/>
              </w:rPr>
            </w:pPr>
            <w:r>
              <w:rPr>
                <w:sz w:val="20"/>
                <w:szCs w:val="20"/>
              </w:rPr>
              <w:t>Completeness</w:t>
            </w:r>
          </w:p>
        </w:tc>
        <w:tc>
          <w:tcPr>
            <w:tcW w:w="2160" w:type="dxa"/>
          </w:tcPr>
          <w:p w14:paraId="421DC2D6" w14:textId="77777777" w:rsidR="00E71A28" w:rsidRPr="008E7D12" w:rsidRDefault="00000000">
            <w:pPr>
              <w:rPr>
                <w:sz w:val="20"/>
                <w:szCs w:val="20"/>
              </w:rPr>
            </w:pPr>
            <w:r>
              <w:rPr>
                <w:sz w:val="20"/>
                <w:szCs w:val="20"/>
              </w:rPr>
              <w:t>60.95</w:t>
            </w:r>
          </w:p>
        </w:tc>
        <w:tc>
          <w:tcPr>
            <w:tcW w:w="1440" w:type="dxa"/>
          </w:tcPr>
          <w:p w14:paraId="0AC8704D" w14:textId="77777777" w:rsidR="00E71A28" w:rsidRPr="008E7D12" w:rsidRDefault="00000000">
            <w:pPr>
              <w:rPr>
                <w:sz w:val="20"/>
                <w:szCs w:val="20"/>
              </w:rPr>
            </w:pPr>
            <w:r>
              <w:rPr>
                <w:sz w:val="20"/>
                <w:szCs w:val="20"/>
              </w:rPr>
              <w:t>&lt;0.001</w:t>
            </w:r>
          </w:p>
        </w:tc>
        <w:tc>
          <w:tcPr>
            <w:tcW w:w="1584" w:type="dxa"/>
          </w:tcPr>
          <w:p w14:paraId="4688E44F" w14:textId="77777777" w:rsidR="00E71A28" w:rsidRPr="008E7D12" w:rsidRDefault="00000000">
            <w:pPr>
              <w:rPr>
                <w:sz w:val="20"/>
                <w:szCs w:val="20"/>
              </w:rPr>
            </w:pPr>
            <w:r>
              <w:rPr>
                <w:sz w:val="20"/>
                <w:szCs w:val="20"/>
              </w:rPr>
              <w:t>0.635</w:t>
            </w:r>
          </w:p>
        </w:tc>
      </w:tr>
      <w:tr w:rsidR="00E71A28" w:rsidRPr="008E7D12" w14:paraId="4379BC39" w14:textId="77777777" w:rsidTr="003138B3">
        <w:tc>
          <w:tcPr>
            <w:tcW w:w="3168" w:type="dxa"/>
          </w:tcPr>
          <w:p w14:paraId="28E36C82" w14:textId="77777777" w:rsidR="00E71A28" w:rsidRPr="008E7D12" w:rsidRDefault="00E71A28">
            <w:pPr>
              <w:rPr>
                <w:sz w:val="20"/>
                <w:szCs w:val="20"/>
              </w:rPr>
            </w:pPr>
          </w:p>
        </w:tc>
        <w:tc>
          <w:tcPr>
            <w:tcW w:w="2160" w:type="dxa"/>
          </w:tcPr>
          <w:p w14:paraId="37C67E1C" w14:textId="77777777" w:rsidR="00E71A28" w:rsidRPr="008E7D12" w:rsidRDefault="00000000">
            <w:pPr>
              <w:rPr>
                <w:sz w:val="20"/>
                <w:szCs w:val="20"/>
              </w:rPr>
            </w:pPr>
            <w:r>
              <w:rPr>
                <w:sz w:val="20"/>
                <w:szCs w:val="20"/>
              </w:rPr>
              <w:t>Composite</w:t>
            </w:r>
          </w:p>
        </w:tc>
        <w:tc>
          <w:tcPr>
            <w:tcW w:w="2160" w:type="dxa"/>
          </w:tcPr>
          <w:p w14:paraId="54E0CB91" w14:textId="77777777" w:rsidR="00E71A28" w:rsidRPr="008E7D12" w:rsidRDefault="00000000">
            <w:pPr>
              <w:rPr>
                <w:sz w:val="20"/>
                <w:szCs w:val="20"/>
              </w:rPr>
            </w:pPr>
            <w:r>
              <w:rPr>
                <w:sz w:val="20"/>
                <w:szCs w:val="20"/>
              </w:rPr>
              <w:t>58.48</w:t>
            </w:r>
          </w:p>
        </w:tc>
        <w:tc>
          <w:tcPr>
            <w:tcW w:w="1440" w:type="dxa"/>
          </w:tcPr>
          <w:p w14:paraId="4EEE59E2" w14:textId="77777777" w:rsidR="00E71A28" w:rsidRPr="008E7D12" w:rsidRDefault="00000000">
            <w:pPr>
              <w:rPr>
                <w:sz w:val="20"/>
                <w:szCs w:val="20"/>
              </w:rPr>
            </w:pPr>
            <w:r>
              <w:rPr>
                <w:sz w:val="20"/>
                <w:szCs w:val="20"/>
              </w:rPr>
              <w:t>&lt;0.001</w:t>
            </w:r>
          </w:p>
        </w:tc>
        <w:tc>
          <w:tcPr>
            <w:tcW w:w="1584" w:type="dxa"/>
          </w:tcPr>
          <w:p w14:paraId="28FB15A2" w14:textId="77777777" w:rsidR="00E71A28" w:rsidRPr="008E7D12" w:rsidRDefault="00000000">
            <w:pPr>
              <w:rPr>
                <w:sz w:val="20"/>
                <w:szCs w:val="20"/>
              </w:rPr>
            </w:pPr>
            <w:r>
              <w:rPr>
                <w:sz w:val="20"/>
                <w:szCs w:val="20"/>
              </w:rPr>
              <w:t>0.609</w:t>
            </w:r>
          </w:p>
        </w:tc>
      </w:tr>
      <w:tr w:rsidR="00E71A28" w:rsidRPr="008E7D12" w14:paraId="4420F755" w14:textId="77777777" w:rsidTr="003138B3">
        <w:tc>
          <w:tcPr>
            <w:tcW w:w="3168" w:type="dxa"/>
          </w:tcPr>
          <w:p w14:paraId="30369E6A" w14:textId="77777777" w:rsidR="00E71A28" w:rsidRPr="008E7D12" w:rsidRDefault="00000000">
            <w:pPr>
              <w:rPr>
                <w:sz w:val="20"/>
                <w:szCs w:val="20"/>
              </w:rPr>
            </w:pPr>
            <w:r>
              <w:rPr>
                <w:sz w:val="20"/>
                <w:szCs w:val="20"/>
              </w:rPr>
              <w:t>A. Periodontal/Surgical</w:t>
            </w:r>
          </w:p>
        </w:tc>
        <w:tc>
          <w:tcPr>
            <w:tcW w:w="2160" w:type="dxa"/>
          </w:tcPr>
          <w:p w14:paraId="3A681BD4" w14:textId="77777777" w:rsidR="00E71A28" w:rsidRPr="008E7D12" w:rsidRDefault="00000000">
            <w:pPr>
              <w:rPr>
                <w:sz w:val="20"/>
                <w:szCs w:val="20"/>
              </w:rPr>
            </w:pPr>
            <w:r>
              <w:rPr>
                <w:sz w:val="20"/>
                <w:szCs w:val="20"/>
              </w:rPr>
              <w:t>Accuracy</w:t>
            </w:r>
          </w:p>
        </w:tc>
        <w:tc>
          <w:tcPr>
            <w:tcW w:w="2160" w:type="dxa"/>
          </w:tcPr>
          <w:p w14:paraId="47006D41" w14:textId="77777777" w:rsidR="00E71A28" w:rsidRPr="008E7D12" w:rsidRDefault="00000000">
            <w:pPr>
              <w:rPr>
                <w:sz w:val="20"/>
                <w:szCs w:val="20"/>
              </w:rPr>
            </w:pPr>
            <w:r>
              <w:rPr>
                <w:sz w:val="20"/>
                <w:szCs w:val="20"/>
              </w:rPr>
              <w:t>10.65</w:t>
            </w:r>
          </w:p>
        </w:tc>
        <w:tc>
          <w:tcPr>
            <w:tcW w:w="1440" w:type="dxa"/>
          </w:tcPr>
          <w:p w14:paraId="766C3D43" w14:textId="77777777" w:rsidR="00E71A28" w:rsidRPr="008E7D12" w:rsidRDefault="00000000">
            <w:pPr>
              <w:rPr>
                <w:sz w:val="20"/>
                <w:szCs w:val="20"/>
              </w:rPr>
            </w:pPr>
            <w:r>
              <w:rPr>
                <w:sz w:val="20"/>
                <w:szCs w:val="20"/>
              </w:rPr>
              <w:t>0.031</w:t>
            </w:r>
          </w:p>
        </w:tc>
        <w:tc>
          <w:tcPr>
            <w:tcW w:w="1584" w:type="dxa"/>
          </w:tcPr>
          <w:p w14:paraId="31772DB3" w14:textId="77777777" w:rsidR="00E71A28" w:rsidRPr="008E7D12" w:rsidRDefault="00000000">
            <w:pPr>
              <w:rPr>
                <w:sz w:val="20"/>
                <w:szCs w:val="20"/>
              </w:rPr>
            </w:pPr>
            <w:r>
              <w:rPr>
                <w:sz w:val="20"/>
                <w:szCs w:val="20"/>
              </w:rPr>
              <w:t>0.333</w:t>
            </w:r>
          </w:p>
        </w:tc>
      </w:tr>
      <w:tr w:rsidR="00E71A28" w:rsidRPr="008E7D12" w14:paraId="566D5CF6" w14:textId="77777777" w:rsidTr="003138B3">
        <w:tc>
          <w:tcPr>
            <w:tcW w:w="3168" w:type="dxa"/>
          </w:tcPr>
          <w:p w14:paraId="3FBD4069" w14:textId="77777777" w:rsidR="00E71A28" w:rsidRPr="008E7D12" w:rsidRDefault="00E71A28">
            <w:pPr>
              <w:rPr>
                <w:sz w:val="20"/>
                <w:szCs w:val="20"/>
              </w:rPr>
            </w:pPr>
          </w:p>
        </w:tc>
        <w:tc>
          <w:tcPr>
            <w:tcW w:w="2160" w:type="dxa"/>
          </w:tcPr>
          <w:p w14:paraId="5A5CCF63" w14:textId="77777777" w:rsidR="00E71A28" w:rsidRPr="008E7D12" w:rsidRDefault="00000000">
            <w:pPr>
              <w:rPr>
                <w:sz w:val="20"/>
                <w:szCs w:val="20"/>
              </w:rPr>
            </w:pPr>
            <w:r>
              <w:rPr>
                <w:sz w:val="20"/>
                <w:szCs w:val="20"/>
              </w:rPr>
              <w:t>Safety</w:t>
            </w:r>
          </w:p>
        </w:tc>
        <w:tc>
          <w:tcPr>
            <w:tcW w:w="2160" w:type="dxa"/>
          </w:tcPr>
          <w:p w14:paraId="358D019A" w14:textId="77777777" w:rsidR="00E71A28" w:rsidRPr="008E7D12" w:rsidRDefault="00000000">
            <w:pPr>
              <w:rPr>
                <w:sz w:val="20"/>
                <w:szCs w:val="20"/>
              </w:rPr>
            </w:pPr>
            <w:r>
              <w:rPr>
                <w:sz w:val="20"/>
                <w:szCs w:val="20"/>
              </w:rPr>
              <w:t>14.29</w:t>
            </w:r>
          </w:p>
        </w:tc>
        <w:tc>
          <w:tcPr>
            <w:tcW w:w="1440" w:type="dxa"/>
          </w:tcPr>
          <w:p w14:paraId="7D83355A" w14:textId="77777777" w:rsidR="00E71A28" w:rsidRPr="008E7D12" w:rsidRDefault="00000000">
            <w:pPr>
              <w:rPr>
                <w:sz w:val="20"/>
                <w:szCs w:val="20"/>
              </w:rPr>
            </w:pPr>
            <w:r>
              <w:rPr>
                <w:sz w:val="20"/>
                <w:szCs w:val="20"/>
              </w:rPr>
              <w:t>0.006</w:t>
            </w:r>
          </w:p>
        </w:tc>
        <w:tc>
          <w:tcPr>
            <w:tcW w:w="1584" w:type="dxa"/>
          </w:tcPr>
          <w:p w14:paraId="2DA2B7AE" w14:textId="77777777" w:rsidR="00E71A28" w:rsidRPr="008E7D12" w:rsidRDefault="00000000">
            <w:pPr>
              <w:rPr>
                <w:sz w:val="20"/>
                <w:szCs w:val="20"/>
              </w:rPr>
            </w:pPr>
            <w:r>
              <w:rPr>
                <w:sz w:val="20"/>
                <w:szCs w:val="20"/>
              </w:rPr>
              <w:t>0.447</w:t>
            </w:r>
          </w:p>
        </w:tc>
      </w:tr>
      <w:tr w:rsidR="00E71A28" w:rsidRPr="008E7D12" w14:paraId="43D18A87" w14:textId="77777777" w:rsidTr="003138B3">
        <w:tc>
          <w:tcPr>
            <w:tcW w:w="3168" w:type="dxa"/>
          </w:tcPr>
          <w:p w14:paraId="3C941F89" w14:textId="77777777" w:rsidR="00E71A28" w:rsidRPr="008E7D12" w:rsidRDefault="00E71A28">
            <w:pPr>
              <w:rPr>
                <w:sz w:val="20"/>
                <w:szCs w:val="20"/>
              </w:rPr>
            </w:pPr>
          </w:p>
        </w:tc>
        <w:tc>
          <w:tcPr>
            <w:tcW w:w="2160" w:type="dxa"/>
          </w:tcPr>
          <w:p w14:paraId="198AA044" w14:textId="77777777" w:rsidR="00E71A28" w:rsidRPr="008E7D12" w:rsidRDefault="00000000">
            <w:pPr>
              <w:rPr>
                <w:sz w:val="20"/>
                <w:szCs w:val="20"/>
              </w:rPr>
            </w:pPr>
            <w:r>
              <w:rPr>
                <w:sz w:val="20"/>
                <w:szCs w:val="20"/>
              </w:rPr>
              <w:t>Hallucinations</w:t>
            </w:r>
          </w:p>
        </w:tc>
        <w:tc>
          <w:tcPr>
            <w:tcW w:w="2160" w:type="dxa"/>
          </w:tcPr>
          <w:p w14:paraId="76330DD7" w14:textId="77777777" w:rsidR="00E71A28" w:rsidRPr="008E7D12" w:rsidRDefault="00000000">
            <w:pPr>
              <w:rPr>
                <w:sz w:val="20"/>
                <w:szCs w:val="20"/>
              </w:rPr>
            </w:pPr>
            <w:r>
              <w:rPr>
                <w:sz w:val="20"/>
                <w:szCs w:val="20"/>
              </w:rPr>
              <w:t>7.46</w:t>
            </w:r>
          </w:p>
        </w:tc>
        <w:tc>
          <w:tcPr>
            <w:tcW w:w="1440" w:type="dxa"/>
          </w:tcPr>
          <w:p w14:paraId="1FA6F9B4" w14:textId="77777777" w:rsidR="00E71A28" w:rsidRPr="008E7D12" w:rsidRDefault="00000000">
            <w:pPr>
              <w:rPr>
                <w:sz w:val="20"/>
                <w:szCs w:val="20"/>
              </w:rPr>
            </w:pPr>
            <w:r>
              <w:rPr>
                <w:sz w:val="20"/>
                <w:szCs w:val="20"/>
              </w:rPr>
              <w:t>0.114</w:t>
            </w:r>
          </w:p>
        </w:tc>
        <w:tc>
          <w:tcPr>
            <w:tcW w:w="1584" w:type="dxa"/>
          </w:tcPr>
          <w:p w14:paraId="63C626F6" w14:textId="77777777" w:rsidR="00E71A28" w:rsidRPr="008E7D12" w:rsidRDefault="00000000">
            <w:pPr>
              <w:rPr>
                <w:sz w:val="20"/>
                <w:szCs w:val="20"/>
              </w:rPr>
            </w:pPr>
            <w:r>
              <w:rPr>
                <w:sz w:val="20"/>
                <w:szCs w:val="20"/>
              </w:rPr>
              <w:t>0.233</w:t>
            </w:r>
          </w:p>
        </w:tc>
      </w:tr>
      <w:tr w:rsidR="00E71A28" w:rsidRPr="008E7D12" w14:paraId="1ACE6564" w14:textId="77777777" w:rsidTr="003138B3">
        <w:tc>
          <w:tcPr>
            <w:tcW w:w="3168" w:type="dxa"/>
          </w:tcPr>
          <w:p w14:paraId="58BC2ABE" w14:textId="77777777" w:rsidR="00E71A28" w:rsidRPr="008E7D12" w:rsidRDefault="00E71A28">
            <w:pPr>
              <w:rPr>
                <w:sz w:val="20"/>
                <w:szCs w:val="20"/>
              </w:rPr>
            </w:pPr>
          </w:p>
        </w:tc>
        <w:tc>
          <w:tcPr>
            <w:tcW w:w="2160" w:type="dxa"/>
          </w:tcPr>
          <w:p w14:paraId="45C0A2B9" w14:textId="77777777" w:rsidR="00E71A28" w:rsidRPr="008E7D12" w:rsidRDefault="00000000">
            <w:pPr>
              <w:rPr>
                <w:sz w:val="20"/>
                <w:szCs w:val="20"/>
              </w:rPr>
            </w:pPr>
            <w:r>
              <w:rPr>
                <w:sz w:val="20"/>
                <w:szCs w:val="20"/>
              </w:rPr>
              <w:t>Completeness</w:t>
            </w:r>
          </w:p>
        </w:tc>
        <w:tc>
          <w:tcPr>
            <w:tcW w:w="2160" w:type="dxa"/>
          </w:tcPr>
          <w:p w14:paraId="0A2F7C09" w14:textId="77777777" w:rsidR="00E71A28" w:rsidRPr="008E7D12" w:rsidRDefault="00000000">
            <w:pPr>
              <w:rPr>
                <w:sz w:val="20"/>
                <w:szCs w:val="20"/>
              </w:rPr>
            </w:pPr>
            <w:r>
              <w:rPr>
                <w:sz w:val="20"/>
                <w:szCs w:val="20"/>
              </w:rPr>
              <w:t>15.33</w:t>
            </w:r>
          </w:p>
        </w:tc>
        <w:tc>
          <w:tcPr>
            <w:tcW w:w="1440" w:type="dxa"/>
          </w:tcPr>
          <w:p w14:paraId="5AB61D2A" w14:textId="77777777" w:rsidR="00E71A28" w:rsidRPr="008E7D12" w:rsidRDefault="00000000">
            <w:pPr>
              <w:rPr>
                <w:sz w:val="20"/>
                <w:szCs w:val="20"/>
              </w:rPr>
            </w:pPr>
            <w:r>
              <w:rPr>
                <w:sz w:val="20"/>
                <w:szCs w:val="20"/>
              </w:rPr>
              <w:t>0.004</w:t>
            </w:r>
          </w:p>
        </w:tc>
        <w:tc>
          <w:tcPr>
            <w:tcW w:w="1584" w:type="dxa"/>
          </w:tcPr>
          <w:p w14:paraId="1789C16E" w14:textId="77777777" w:rsidR="00E71A28" w:rsidRPr="008E7D12" w:rsidRDefault="00000000">
            <w:pPr>
              <w:rPr>
                <w:sz w:val="20"/>
                <w:szCs w:val="20"/>
              </w:rPr>
            </w:pPr>
            <w:r>
              <w:rPr>
                <w:sz w:val="20"/>
                <w:szCs w:val="20"/>
              </w:rPr>
              <w:t>0.479</w:t>
            </w:r>
          </w:p>
        </w:tc>
      </w:tr>
      <w:tr w:rsidR="00E71A28" w:rsidRPr="008E7D12" w14:paraId="7EDA1305" w14:textId="77777777" w:rsidTr="003138B3">
        <w:tc>
          <w:tcPr>
            <w:tcW w:w="3168" w:type="dxa"/>
          </w:tcPr>
          <w:p w14:paraId="7B146B4A" w14:textId="77777777" w:rsidR="00E71A28" w:rsidRPr="008E7D12" w:rsidRDefault="00E71A28">
            <w:pPr>
              <w:rPr>
                <w:sz w:val="20"/>
                <w:szCs w:val="20"/>
              </w:rPr>
            </w:pPr>
          </w:p>
        </w:tc>
        <w:tc>
          <w:tcPr>
            <w:tcW w:w="2160" w:type="dxa"/>
          </w:tcPr>
          <w:p w14:paraId="5964FE67" w14:textId="77777777" w:rsidR="00E71A28" w:rsidRPr="008E7D12" w:rsidRDefault="00000000">
            <w:pPr>
              <w:rPr>
                <w:sz w:val="20"/>
                <w:szCs w:val="20"/>
              </w:rPr>
            </w:pPr>
            <w:r>
              <w:rPr>
                <w:sz w:val="20"/>
                <w:szCs w:val="20"/>
              </w:rPr>
              <w:t>Composite</w:t>
            </w:r>
          </w:p>
        </w:tc>
        <w:tc>
          <w:tcPr>
            <w:tcW w:w="2160" w:type="dxa"/>
          </w:tcPr>
          <w:p w14:paraId="12808D76" w14:textId="77777777" w:rsidR="00E71A28" w:rsidRPr="008E7D12" w:rsidRDefault="00000000">
            <w:pPr>
              <w:rPr>
                <w:sz w:val="20"/>
                <w:szCs w:val="20"/>
              </w:rPr>
            </w:pPr>
            <w:r>
              <w:rPr>
                <w:sz w:val="20"/>
                <w:szCs w:val="20"/>
              </w:rPr>
              <w:t>11.48</w:t>
            </w:r>
          </w:p>
        </w:tc>
        <w:tc>
          <w:tcPr>
            <w:tcW w:w="1440" w:type="dxa"/>
          </w:tcPr>
          <w:p w14:paraId="68BFABC0" w14:textId="77777777" w:rsidR="00E71A28" w:rsidRPr="008E7D12" w:rsidRDefault="00000000">
            <w:pPr>
              <w:rPr>
                <w:sz w:val="20"/>
                <w:szCs w:val="20"/>
              </w:rPr>
            </w:pPr>
            <w:r>
              <w:rPr>
                <w:sz w:val="20"/>
                <w:szCs w:val="20"/>
              </w:rPr>
              <w:t>0.022</w:t>
            </w:r>
          </w:p>
        </w:tc>
        <w:tc>
          <w:tcPr>
            <w:tcW w:w="1584" w:type="dxa"/>
          </w:tcPr>
          <w:p w14:paraId="1C2CD452" w14:textId="77777777" w:rsidR="00E71A28" w:rsidRPr="008E7D12" w:rsidRDefault="00000000">
            <w:pPr>
              <w:rPr>
                <w:sz w:val="20"/>
                <w:szCs w:val="20"/>
              </w:rPr>
            </w:pPr>
            <w:r>
              <w:rPr>
                <w:sz w:val="20"/>
                <w:szCs w:val="20"/>
              </w:rPr>
              <w:t>0.359</w:t>
            </w:r>
          </w:p>
        </w:tc>
      </w:tr>
      <w:tr w:rsidR="00E71A28" w:rsidRPr="008E7D12" w14:paraId="014F23DE" w14:textId="77777777" w:rsidTr="003138B3">
        <w:tc>
          <w:tcPr>
            <w:tcW w:w="3168" w:type="dxa"/>
          </w:tcPr>
          <w:p w14:paraId="0F18A0BA" w14:textId="77777777" w:rsidR="00E71A28" w:rsidRPr="008E7D12" w:rsidRDefault="00000000">
            <w:pPr>
              <w:rPr>
                <w:sz w:val="20"/>
                <w:szCs w:val="20"/>
              </w:rPr>
            </w:pPr>
            <w:r>
              <w:rPr>
                <w:sz w:val="20"/>
                <w:szCs w:val="20"/>
              </w:rPr>
              <w:t>B. Endodontic</w:t>
            </w:r>
          </w:p>
        </w:tc>
        <w:tc>
          <w:tcPr>
            <w:tcW w:w="2160" w:type="dxa"/>
          </w:tcPr>
          <w:p w14:paraId="3EDAC76D" w14:textId="77777777" w:rsidR="00E71A28" w:rsidRPr="008E7D12" w:rsidRDefault="00000000">
            <w:pPr>
              <w:rPr>
                <w:sz w:val="20"/>
                <w:szCs w:val="20"/>
              </w:rPr>
            </w:pPr>
            <w:r>
              <w:rPr>
                <w:sz w:val="20"/>
                <w:szCs w:val="20"/>
              </w:rPr>
              <w:t>Accuracy</w:t>
            </w:r>
          </w:p>
        </w:tc>
        <w:tc>
          <w:tcPr>
            <w:tcW w:w="2160" w:type="dxa"/>
          </w:tcPr>
          <w:p w14:paraId="6A2181DA" w14:textId="77777777" w:rsidR="00E71A28" w:rsidRPr="008E7D12" w:rsidRDefault="00000000">
            <w:pPr>
              <w:rPr>
                <w:sz w:val="20"/>
                <w:szCs w:val="20"/>
              </w:rPr>
            </w:pPr>
            <w:r>
              <w:rPr>
                <w:sz w:val="20"/>
                <w:szCs w:val="20"/>
              </w:rPr>
              <w:t>21.98</w:t>
            </w:r>
          </w:p>
        </w:tc>
        <w:tc>
          <w:tcPr>
            <w:tcW w:w="1440" w:type="dxa"/>
          </w:tcPr>
          <w:p w14:paraId="227F7F8F" w14:textId="77777777" w:rsidR="00E71A28" w:rsidRPr="008E7D12" w:rsidRDefault="00000000">
            <w:pPr>
              <w:rPr>
                <w:sz w:val="20"/>
                <w:szCs w:val="20"/>
              </w:rPr>
            </w:pPr>
            <w:r>
              <w:rPr>
                <w:sz w:val="20"/>
                <w:szCs w:val="20"/>
              </w:rPr>
              <w:t>&lt;0.001</w:t>
            </w:r>
          </w:p>
        </w:tc>
        <w:tc>
          <w:tcPr>
            <w:tcW w:w="1584" w:type="dxa"/>
          </w:tcPr>
          <w:p w14:paraId="104D51FD" w14:textId="77777777" w:rsidR="00E71A28" w:rsidRPr="008E7D12" w:rsidRDefault="00000000">
            <w:pPr>
              <w:rPr>
                <w:sz w:val="20"/>
                <w:szCs w:val="20"/>
              </w:rPr>
            </w:pPr>
            <w:r>
              <w:rPr>
                <w:sz w:val="20"/>
                <w:szCs w:val="20"/>
              </w:rPr>
              <w:t>0.687</w:t>
            </w:r>
          </w:p>
        </w:tc>
      </w:tr>
      <w:tr w:rsidR="00E71A28" w:rsidRPr="008E7D12" w14:paraId="3E959F74" w14:textId="77777777" w:rsidTr="003138B3">
        <w:tc>
          <w:tcPr>
            <w:tcW w:w="3168" w:type="dxa"/>
          </w:tcPr>
          <w:p w14:paraId="541F9DAA" w14:textId="77777777" w:rsidR="00E71A28" w:rsidRPr="008E7D12" w:rsidRDefault="00E71A28">
            <w:pPr>
              <w:rPr>
                <w:sz w:val="20"/>
                <w:szCs w:val="20"/>
              </w:rPr>
            </w:pPr>
          </w:p>
        </w:tc>
        <w:tc>
          <w:tcPr>
            <w:tcW w:w="2160" w:type="dxa"/>
          </w:tcPr>
          <w:p w14:paraId="5BF06E6E" w14:textId="77777777" w:rsidR="00E71A28" w:rsidRPr="008E7D12" w:rsidRDefault="00000000">
            <w:pPr>
              <w:rPr>
                <w:sz w:val="20"/>
                <w:szCs w:val="20"/>
              </w:rPr>
            </w:pPr>
            <w:r>
              <w:rPr>
                <w:sz w:val="20"/>
                <w:szCs w:val="20"/>
              </w:rPr>
              <w:t>Safety</w:t>
            </w:r>
          </w:p>
        </w:tc>
        <w:tc>
          <w:tcPr>
            <w:tcW w:w="2160" w:type="dxa"/>
          </w:tcPr>
          <w:p w14:paraId="31C957F1" w14:textId="77777777" w:rsidR="00E71A28" w:rsidRPr="008E7D12" w:rsidRDefault="00000000">
            <w:pPr>
              <w:rPr>
                <w:sz w:val="20"/>
                <w:szCs w:val="20"/>
              </w:rPr>
            </w:pPr>
            <w:r>
              <w:rPr>
                <w:sz w:val="20"/>
                <w:szCs w:val="20"/>
              </w:rPr>
              <w:t>20.72</w:t>
            </w:r>
          </w:p>
        </w:tc>
        <w:tc>
          <w:tcPr>
            <w:tcW w:w="1440" w:type="dxa"/>
          </w:tcPr>
          <w:p w14:paraId="143F7432" w14:textId="77777777" w:rsidR="00E71A28" w:rsidRPr="008E7D12" w:rsidRDefault="00000000">
            <w:pPr>
              <w:rPr>
                <w:sz w:val="20"/>
                <w:szCs w:val="20"/>
              </w:rPr>
            </w:pPr>
            <w:r>
              <w:rPr>
                <w:sz w:val="20"/>
                <w:szCs w:val="20"/>
              </w:rPr>
              <w:t>&lt;0.001</w:t>
            </w:r>
          </w:p>
        </w:tc>
        <w:tc>
          <w:tcPr>
            <w:tcW w:w="1584" w:type="dxa"/>
          </w:tcPr>
          <w:p w14:paraId="61596C1E" w14:textId="77777777" w:rsidR="00E71A28" w:rsidRPr="008E7D12" w:rsidRDefault="00000000">
            <w:pPr>
              <w:rPr>
                <w:sz w:val="20"/>
                <w:szCs w:val="20"/>
              </w:rPr>
            </w:pPr>
            <w:r>
              <w:rPr>
                <w:sz w:val="20"/>
                <w:szCs w:val="20"/>
              </w:rPr>
              <w:t>0.648</w:t>
            </w:r>
          </w:p>
        </w:tc>
      </w:tr>
      <w:tr w:rsidR="00E71A28" w:rsidRPr="008E7D12" w14:paraId="741074C9" w14:textId="77777777" w:rsidTr="003138B3">
        <w:tc>
          <w:tcPr>
            <w:tcW w:w="3168" w:type="dxa"/>
          </w:tcPr>
          <w:p w14:paraId="0D12F5D8" w14:textId="77777777" w:rsidR="00E71A28" w:rsidRPr="008E7D12" w:rsidRDefault="00E71A28">
            <w:pPr>
              <w:rPr>
                <w:sz w:val="20"/>
                <w:szCs w:val="20"/>
              </w:rPr>
            </w:pPr>
          </w:p>
        </w:tc>
        <w:tc>
          <w:tcPr>
            <w:tcW w:w="2160" w:type="dxa"/>
          </w:tcPr>
          <w:p w14:paraId="2B6E04A3" w14:textId="77777777" w:rsidR="00E71A28" w:rsidRPr="008E7D12" w:rsidRDefault="00000000">
            <w:pPr>
              <w:rPr>
                <w:sz w:val="20"/>
                <w:szCs w:val="20"/>
              </w:rPr>
            </w:pPr>
            <w:r>
              <w:rPr>
                <w:sz w:val="20"/>
                <w:szCs w:val="20"/>
              </w:rPr>
              <w:t>Hallucinations</w:t>
            </w:r>
          </w:p>
        </w:tc>
        <w:tc>
          <w:tcPr>
            <w:tcW w:w="2160" w:type="dxa"/>
          </w:tcPr>
          <w:p w14:paraId="36B4984A" w14:textId="77777777" w:rsidR="00E71A28" w:rsidRPr="008E7D12" w:rsidRDefault="00000000">
            <w:pPr>
              <w:rPr>
                <w:sz w:val="20"/>
                <w:szCs w:val="20"/>
              </w:rPr>
            </w:pPr>
            <w:r>
              <w:rPr>
                <w:sz w:val="20"/>
                <w:szCs w:val="20"/>
              </w:rPr>
              <w:t>3.49</w:t>
            </w:r>
          </w:p>
        </w:tc>
        <w:tc>
          <w:tcPr>
            <w:tcW w:w="1440" w:type="dxa"/>
          </w:tcPr>
          <w:p w14:paraId="494315C4" w14:textId="77777777" w:rsidR="00E71A28" w:rsidRPr="008E7D12" w:rsidRDefault="00000000">
            <w:pPr>
              <w:rPr>
                <w:sz w:val="20"/>
                <w:szCs w:val="20"/>
              </w:rPr>
            </w:pPr>
            <w:r>
              <w:rPr>
                <w:sz w:val="20"/>
                <w:szCs w:val="20"/>
              </w:rPr>
              <w:t>0.480</w:t>
            </w:r>
          </w:p>
        </w:tc>
        <w:tc>
          <w:tcPr>
            <w:tcW w:w="1584" w:type="dxa"/>
          </w:tcPr>
          <w:p w14:paraId="2DA6D39A" w14:textId="77777777" w:rsidR="00E71A28" w:rsidRPr="008E7D12" w:rsidRDefault="00000000">
            <w:pPr>
              <w:rPr>
                <w:sz w:val="20"/>
                <w:szCs w:val="20"/>
              </w:rPr>
            </w:pPr>
            <w:r>
              <w:rPr>
                <w:sz w:val="20"/>
                <w:szCs w:val="20"/>
              </w:rPr>
              <w:t>0.109</w:t>
            </w:r>
          </w:p>
        </w:tc>
      </w:tr>
      <w:tr w:rsidR="00E71A28" w:rsidRPr="008E7D12" w14:paraId="2DC6354B" w14:textId="77777777" w:rsidTr="003138B3">
        <w:tc>
          <w:tcPr>
            <w:tcW w:w="3168" w:type="dxa"/>
          </w:tcPr>
          <w:p w14:paraId="365D4BEA" w14:textId="77777777" w:rsidR="00E71A28" w:rsidRPr="008E7D12" w:rsidRDefault="00E71A28">
            <w:pPr>
              <w:rPr>
                <w:sz w:val="20"/>
                <w:szCs w:val="20"/>
              </w:rPr>
            </w:pPr>
          </w:p>
        </w:tc>
        <w:tc>
          <w:tcPr>
            <w:tcW w:w="2160" w:type="dxa"/>
          </w:tcPr>
          <w:p w14:paraId="34362474" w14:textId="77777777" w:rsidR="00E71A28" w:rsidRPr="008E7D12" w:rsidRDefault="00000000">
            <w:pPr>
              <w:rPr>
                <w:sz w:val="20"/>
                <w:szCs w:val="20"/>
              </w:rPr>
            </w:pPr>
            <w:r>
              <w:rPr>
                <w:sz w:val="20"/>
                <w:szCs w:val="20"/>
              </w:rPr>
              <w:t>Completeness</w:t>
            </w:r>
          </w:p>
        </w:tc>
        <w:tc>
          <w:tcPr>
            <w:tcW w:w="2160" w:type="dxa"/>
          </w:tcPr>
          <w:p w14:paraId="1C2144D1" w14:textId="77777777" w:rsidR="00E71A28" w:rsidRPr="008E7D12" w:rsidRDefault="00000000">
            <w:pPr>
              <w:rPr>
                <w:sz w:val="20"/>
                <w:szCs w:val="20"/>
              </w:rPr>
            </w:pPr>
            <w:r>
              <w:rPr>
                <w:sz w:val="20"/>
                <w:szCs w:val="20"/>
              </w:rPr>
              <w:t>25.27</w:t>
            </w:r>
          </w:p>
        </w:tc>
        <w:tc>
          <w:tcPr>
            <w:tcW w:w="1440" w:type="dxa"/>
          </w:tcPr>
          <w:p w14:paraId="4359D520" w14:textId="77777777" w:rsidR="00E71A28" w:rsidRPr="008E7D12" w:rsidRDefault="00000000">
            <w:pPr>
              <w:rPr>
                <w:sz w:val="20"/>
                <w:szCs w:val="20"/>
              </w:rPr>
            </w:pPr>
            <w:r>
              <w:rPr>
                <w:sz w:val="20"/>
                <w:szCs w:val="20"/>
              </w:rPr>
              <w:t>&lt;0.001</w:t>
            </w:r>
          </w:p>
        </w:tc>
        <w:tc>
          <w:tcPr>
            <w:tcW w:w="1584" w:type="dxa"/>
          </w:tcPr>
          <w:p w14:paraId="6852063D" w14:textId="77777777" w:rsidR="00E71A28" w:rsidRPr="008E7D12" w:rsidRDefault="00000000">
            <w:pPr>
              <w:rPr>
                <w:sz w:val="20"/>
                <w:szCs w:val="20"/>
              </w:rPr>
            </w:pPr>
            <w:r>
              <w:rPr>
                <w:sz w:val="20"/>
                <w:szCs w:val="20"/>
              </w:rPr>
              <w:t>0.790</w:t>
            </w:r>
          </w:p>
        </w:tc>
      </w:tr>
      <w:tr w:rsidR="00E71A28" w:rsidRPr="008E7D12" w14:paraId="21FA678D" w14:textId="77777777" w:rsidTr="003138B3">
        <w:tc>
          <w:tcPr>
            <w:tcW w:w="3168" w:type="dxa"/>
          </w:tcPr>
          <w:p w14:paraId="27F73DA3" w14:textId="77777777" w:rsidR="00E71A28" w:rsidRPr="008E7D12" w:rsidRDefault="00E71A28">
            <w:pPr>
              <w:rPr>
                <w:sz w:val="20"/>
                <w:szCs w:val="20"/>
              </w:rPr>
            </w:pPr>
          </w:p>
        </w:tc>
        <w:tc>
          <w:tcPr>
            <w:tcW w:w="2160" w:type="dxa"/>
          </w:tcPr>
          <w:p w14:paraId="53046351" w14:textId="77777777" w:rsidR="00E71A28" w:rsidRPr="008E7D12" w:rsidRDefault="00000000">
            <w:pPr>
              <w:rPr>
                <w:sz w:val="20"/>
                <w:szCs w:val="20"/>
              </w:rPr>
            </w:pPr>
            <w:r>
              <w:rPr>
                <w:sz w:val="20"/>
                <w:szCs w:val="20"/>
              </w:rPr>
              <w:t>Composite</w:t>
            </w:r>
          </w:p>
        </w:tc>
        <w:tc>
          <w:tcPr>
            <w:tcW w:w="2160" w:type="dxa"/>
          </w:tcPr>
          <w:p w14:paraId="6A62F0BE" w14:textId="77777777" w:rsidR="00E71A28" w:rsidRPr="008E7D12" w:rsidRDefault="00000000">
            <w:pPr>
              <w:rPr>
                <w:sz w:val="20"/>
                <w:szCs w:val="20"/>
              </w:rPr>
            </w:pPr>
            <w:r>
              <w:rPr>
                <w:sz w:val="20"/>
                <w:szCs w:val="20"/>
              </w:rPr>
              <w:t>27.84</w:t>
            </w:r>
          </w:p>
        </w:tc>
        <w:tc>
          <w:tcPr>
            <w:tcW w:w="1440" w:type="dxa"/>
          </w:tcPr>
          <w:p w14:paraId="70BA8C73" w14:textId="77777777" w:rsidR="00E71A28" w:rsidRPr="008E7D12" w:rsidRDefault="00000000">
            <w:pPr>
              <w:rPr>
                <w:sz w:val="20"/>
                <w:szCs w:val="20"/>
              </w:rPr>
            </w:pPr>
            <w:r>
              <w:rPr>
                <w:sz w:val="20"/>
                <w:szCs w:val="20"/>
              </w:rPr>
              <w:t>&lt;0.001</w:t>
            </w:r>
          </w:p>
        </w:tc>
        <w:tc>
          <w:tcPr>
            <w:tcW w:w="1584" w:type="dxa"/>
          </w:tcPr>
          <w:p w14:paraId="3FAB1967" w14:textId="77777777" w:rsidR="00E71A28" w:rsidRPr="008E7D12" w:rsidRDefault="00000000">
            <w:pPr>
              <w:rPr>
                <w:sz w:val="20"/>
                <w:szCs w:val="20"/>
              </w:rPr>
            </w:pPr>
            <w:r>
              <w:rPr>
                <w:sz w:val="20"/>
                <w:szCs w:val="20"/>
              </w:rPr>
              <w:t>0.870</w:t>
            </w:r>
          </w:p>
        </w:tc>
      </w:tr>
      <w:tr w:rsidR="00E71A28" w:rsidRPr="008E7D12" w14:paraId="1835CFB8" w14:textId="77777777" w:rsidTr="003138B3">
        <w:tc>
          <w:tcPr>
            <w:tcW w:w="3168" w:type="dxa"/>
          </w:tcPr>
          <w:p w14:paraId="1E634B9D" w14:textId="77777777" w:rsidR="00E71A28" w:rsidRPr="008E7D12" w:rsidRDefault="00000000">
            <w:pPr>
              <w:rPr>
                <w:sz w:val="20"/>
                <w:szCs w:val="20"/>
              </w:rPr>
            </w:pPr>
            <w:r>
              <w:rPr>
                <w:sz w:val="20"/>
                <w:szCs w:val="20"/>
              </w:rPr>
              <w:t>C. Restorative/Prosthetic</w:t>
            </w:r>
          </w:p>
        </w:tc>
        <w:tc>
          <w:tcPr>
            <w:tcW w:w="2160" w:type="dxa"/>
          </w:tcPr>
          <w:p w14:paraId="62589322" w14:textId="77777777" w:rsidR="00E71A28" w:rsidRPr="008E7D12" w:rsidRDefault="00000000">
            <w:pPr>
              <w:rPr>
                <w:sz w:val="20"/>
                <w:szCs w:val="20"/>
              </w:rPr>
            </w:pPr>
            <w:r>
              <w:rPr>
                <w:sz w:val="20"/>
                <w:szCs w:val="20"/>
              </w:rPr>
              <w:t>Accuracy</w:t>
            </w:r>
          </w:p>
        </w:tc>
        <w:tc>
          <w:tcPr>
            <w:tcW w:w="2160" w:type="dxa"/>
          </w:tcPr>
          <w:p w14:paraId="7B117C07" w14:textId="77777777" w:rsidR="00E71A28" w:rsidRPr="008E7D12" w:rsidRDefault="00000000">
            <w:pPr>
              <w:rPr>
                <w:sz w:val="20"/>
                <w:szCs w:val="20"/>
              </w:rPr>
            </w:pPr>
            <w:r>
              <w:rPr>
                <w:sz w:val="20"/>
                <w:szCs w:val="20"/>
              </w:rPr>
              <w:t>22.17</w:t>
            </w:r>
          </w:p>
        </w:tc>
        <w:tc>
          <w:tcPr>
            <w:tcW w:w="1440" w:type="dxa"/>
          </w:tcPr>
          <w:p w14:paraId="68D02255" w14:textId="77777777" w:rsidR="00E71A28" w:rsidRPr="008E7D12" w:rsidRDefault="00000000">
            <w:pPr>
              <w:rPr>
                <w:sz w:val="20"/>
                <w:szCs w:val="20"/>
              </w:rPr>
            </w:pPr>
            <w:r>
              <w:rPr>
                <w:sz w:val="20"/>
                <w:szCs w:val="20"/>
              </w:rPr>
              <w:t>&lt;0.001</w:t>
            </w:r>
          </w:p>
        </w:tc>
        <w:tc>
          <w:tcPr>
            <w:tcW w:w="1584" w:type="dxa"/>
          </w:tcPr>
          <w:p w14:paraId="13C21895" w14:textId="77777777" w:rsidR="00E71A28" w:rsidRPr="008E7D12" w:rsidRDefault="00000000">
            <w:pPr>
              <w:rPr>
                <w:sz w:val="20"/>
                <w:szCs w:val="20"/>
              </w:rPr>
            </w:pPr>
            <w:r>
              <w:rPr>
                <w:sz w:val="20"/>
                <w:szCs w:val="20"/>
              </w:rPr>
              <w:t>0.693</w:t>
            </w:r>
          </w:p>
        </w:tc>
      </w:tr>
      <w:tr w:rsidR="00E71A28" w:rsidRPr="008E7D12" w14:paraId="22B50F98" w14:textId="77777777" w:rsidTr="003138B3">
        <w:tc>
          <w:tcPr>
            <w:tcW w:w="3168" w:type="dxa"/>
          </w:tcPr>
          <w:p w14:paraId="636E732C" w14:textId="77777777" w:rsidR="00E71A28" w:rsidRPr="008E7D12" w:rsidRDefault="00E71A28">
            <w:pPr>
              <w:rPr>
                <w:sz w:val="20"/>
                <w:szCs w:val="20"/>
              </w:rPr>
            </w:pPr>
          </w:p>
        </w:tc>
        <w:tc>
          <w:tcPr>
            <w:tcW w:w="2160" w:type="dxa"/>
          </w:tcPr>
          <w:p w14:paraId="1F455B11" w14:textId="77777777" w:rsidR="00E71A28" w:rsidRPr="008E7D12" w:rsidRDefault="00000000">
            <w:pPr>
              <w:rPr>
                <w:sz w:val="20"/>
                <w:szCs w:val="20"/>
              </w:rPr>
            </w:pPr>
            <w:r>
              <w:rPr>
                <w:sz w:val="20"/>
                <w:szCs w:val="20"/>
              </w:rPr>
              <w:t>Safety</w:t>
            </w:r>
          </w:p>
        </w:tc>
        <w:tc>
          <w:tcPr>
            <w:tcW w:w="2160" w:type="dxa"/>
          </w:tcPr>
          <w:p w14:paraId="42C36D39" w14:textId="77777777" w:rsidR="00E71A28" w:rsidRPr="008E7D12" w:rsidRDefault="00000000">
            <w:pPr>
              <w:rPr>
                <w:sz w:val="20"/>
                <w:szCs w:val="20"/>
              </w:rPr>
            </w:pPr>
            <w:r>
              <w:rPr>
                <w:sz w:val="20"/>
                <w:szCs w:val="20"/>
              </w:rPr>
              <w:t>26.35</w:t>
            </w:r>
          </w:p>
        </w:tc>
        <w:tc>
          <w:tcPr>
            <w:tcW w:w="1440" w:type="dxa"/>
          </w:tcPr>
          <w:p w14:paraId="5E41F993" w14:textId="77777777" w:rsidR="00E71A28" w:rsidRPr="008E7D12" w:rsidRDefault="00000000">
            <w:pPr>
              <w:rPr>
                <w:sz w:val="20"/>
                <w:szCs w:val="20"/>
              </w:rPr>
            </w:pPr>
            <w:r>
              <w:rPr>
                <w:sz w:val="20"/>
                <w:szCs w:val="20"/>
              </w:rPr>
              <w:t>&lt;0.001</w:t>
            </w:r>
          </w:p>
        </w:tc>
        <w:tc>
          <w:tcPr>
            <w:tcW w:w="1584" w:type="dxa"/>
          </w:tcPr>
          <w:p w14:paraId="24105C63" w14:textId="77777777" w:rsidR="00E71A28" w:rsidRPr="008E7D12" w:rsidRDefault="00000000">
            <w:pPr>
              <w:rPr>
                <w:sz w:val="20"/>
                <w:szCs w:val="20"/>
              </w:rPr>
            </w:pPr>
            <w:r>
              <w:rPr>
                <w:sz w:val="20"/>
                <w:szCs w:val="20"/>
              </w:rPr>
              <w:t>0.823</w:t>
            </w:r>
          </w:p>
        </w:tc>
      </w:tr>
      <w:tr w:rsidR="00E71A28" w:rsidRPr="008E7D12" w14:paraId="71E9C62F" w14:textId="77777777" w:rsidTr="003138B3">
        <w:tc>
          <w:tcPr>
            <w:tcW w:w="3168" w:type="dxa"/>
          </w:tcPr>
          <w:p w14:paraId="1723F497" w14:textId="77777777" w:rsidR="00E71A28" w:rsidRPr="008E7D12" w:rsidRDefault="00E71A28">
            <w:pPr>
              <w:rPr>
                <w:sz w:val="20"/>
                <w:szCs w:val="20"/>
              </w:rPr>
            </w:pPr>
          </w:p>
        </w:tc>
        <w:tc>
          <w:tcPr>
            <w:tcW w:w="2160" w:type="dxa"/>
          </w:tcPr>
          <w:p w14:paraId="596B0B70" w14:textId="77777777" w:rsidR="00E71A28" w:rsidRPr="008E7D12" w:rsidRDefault="00000000">
            <w:pPr>
              <w:rPr>
                <w:sz w:val="20"/>
                <w:szCs w:val="20"/>
              </w:rPr>
            </w:pPr>
            <w:r>
              <w:rPr>
                <w:sz w:val="20"/>
                <w:szCs w:val="20"/>
              </w:rPr>
              <w:t>Hallucinations</w:t>
            </w:r>
          </w:p>
        </w:tc>
        <w:tc>
          <w:tcPr>
            <w:tcW w:w="2160" w:type="dxa"/>
          </w:tcPr>
          <w:p w14:paraId="7AA2A592" w14:textId="77777777" w:rsidR="00E71A28" w:rsidRPr="008E7D12" w:rsidRDefault="00000000">
            <w:pPr>
              <w:rPr>
                <w:sz w:val="20"/>
                <w:szCs w:val="20"/>
              </w:rPr>
            </w:pPr>
            <w:r>
              <w:rPr>
                <w:sz w:val="20"/>
                <w:szCs w:val="20"/>
              </w:rPr>
              <w:t>6.15</w:t>
            </w:r>
          </w:p>
        </w:tc>
        <w:tc>
          <w:tcPr>
            <w:tcW w:w="1440" w:type="dxa"/>
          </w:tcPr>
          <w:p w14:paraId="4CB6C2BB" w14:textId="77777777" w:rsidR="00E71A28" w:rsidRPr="008E7D12" w:rsidRDefault="00000000">
            <w:pPr>
              <w:rPr>
                <w:sz w:val="20"/>
                <w:szCs w:val="20"/>
              </w:rPr>
            </w:pPr>
            <w:r>
              <w:rPr>
                <w:sz w:val="20"/>
                <w:szCs w:val="20"/>
              </w:rPr>
              <w:t>0.188</w:t>
            </w:r>
          </w:p>
        </w:tc>
        <w:tc>
          <w:tcPr>
            <w:tcW w:w="1584" w:type="dxa"/>
          </w:tcPr>
          <w:p w14:paraId="1A5960F8" w14:textId="77777777" w:rsidR="00E71A28" w:rsidRPr="008E7D12" w:rsidRDefault="00000000">
            <w:pPr>
              <w:rPr>
                <w:sz w:val="20"/>
                <w:szCs w:val="20"/>
              </w:rPr>
            </w:pPr>
            <w:r>
              <w:rPr>
                <w:sz w:val="20"/>
                <w:szCs w:val="20"/>
              </w:rPr>
              <w:t>0.192</w:t>
            </w:r>
          </w:p>
        </w:tc>
      </w:tr>
      <w:tr w:rsidR="00E71A28" w:rsidRPr="008E7D12" w14:paraId="5B7A54A2" w14:textId="77777777" w:rsidTr="003138B3">
        <w:tc>
          <w:tcPr>
            <w:tcW w:w="3168" w:type="dxa"/>
          </w:tcPr>
          <w:p w14:paraId="3064ECD7" w14:textId="77777777" w:rsidR="00E71A28" w:rsidRPr="008E7D12" w:rsidRDefault="00E71A28">
            <w:pPr>
              <w:rPr>
                <w:sz w:val="20"/>
                <w:szCs w:val="20"/>
              </w:rPr>
            </w:pPr>
          </w:p>
        </w:tc>
        <w:tc>
          <w:tcPr>
            <w:tcW w:w="2160" w:type="dxa"/>
          </w:tcPr>
          <w:p w14:paraId="2ADEC002" w14:textId="77777777" w:rsidR="00E71A28" w:rsidRPr="008E7D12" w:rsidRDefault="00000000">
            <w:pPr>
              <w:rPr>
                <w:sz w:val="20"/>
                <w:szCs w:val="20"/>
              </w:rPr>
            </w:pPr>
            <w:r>
              <w:rPr>
                <w:sz w:val="20"/>
                <w:szCs w:val="20"/>
              </w:rPr>
              <w:t>Completeness</w:t>
            </w:r>
          </w:p>
        </w:tc>
        <w:tc>
          <w:tcPr>
            <w:tcW w:w="2160" w:type="dxa"/>
          </w:tcPr>
          <w:p w14:paraId="3E78E6A4" w14:textId="77777777" w:rsidR="00E71A28" w:rsidRPr="008E7D12" w:rsidRDefault="00000000">
            <w:pPr>
              <w:rPr>
                <w:sz w:val="20"/>
                <w:szCs w:val="20"/>
              </w:rPr>
            </w:pPr>
            <w:r>
              <w:rPr>
                <w:sz w:val="20"/>
                <w:szCs w:val="20"/>
              </w:rPr>
              <w:t>25.86</w:t>
            </w:r>
          </w:p>
        </w:tc>
        <w:tc>
          <w:tcPr>
            <w:tcW w:w="1440" w:type="dxa"/>
          </w:tcPr>
          <w:p w14:paraId="3F34FA38" w14:textId="77777777" w:rsidR="00E71A28" w:rsidRPr="008E7D12" w:rsidRDefault="00000000">
            <w:pPr>
              <w:rPr>
                <w:sz w:val="20"/>
                <w:szCs w:val="20"/>
              </w:rPr>
            </w:pPr>
            <w:r>
              <w:rPr>
                <w:sz w:val="20"/>
                <w:szCs w:val="20"/>
              </w:rPr>
              <w:t>&lt;0.001</w:t>
            </w:r>
          </w:p>
        </w:tc>
        <w:tc>
          <w:tcPr>
            <w:tcW w:w="1584" w:type="dxa"/>
          </w:tcPr>
          <w:p w14:paraId="6E700B9C" w14:textId="77777777" w:rsidR="00E71A28" w:rsidRPr="008E7D12" w:rsidRDefault="00000000">
            <w:pPr>
              <w:rPr>
                <w:sz w:val="20"/>
                <w:szCs w:val="20"/>
              </w:rPr>
            </w:pPr>
            <w:r>
              <w:rPr>
                <w:sz w:val="20"/>
                <w:szCs w:val="20"/>
              </w:rPr>
              <w:t>0.808</w:t>
            </w:r>
          </w:p>
        </w:tc>
      </w:tr>
      <w:tr w:rsidR="00E71A28" w:rsidRPr="008E7D12" w14:paraId="024A10DD" w14:textId="77777777" w:rsidTr="003138B3">
        <w:tc>
          <w:tcPr>
            <w:tcW w:w="3168" w:type="dxa"/>
          </w:tcPr>
          <w:p w14:paraId="7F0DB984" w14:textId="77777777" w:rsidR="00E71A28" w:rsidRPr="008E7D12" w:rsidRDefault="00E71A28">
            <w:pPr>
              <w:rPr>
                <w:sz w:val="20"/>
                <w:szCs w:val="20"/>
              </w:rPr>
            </w:pPr>
          </w:p>
        </w:tc>
        <w:tc>
          <w:tcPr>
            <w:tcW w:w="2160" w:type="dxa"/>
          </w:tcPr>
          <w:p w14:paraId="4C930805" w14:textId="77777777" w:rsidR="00E71A28" w:rsidRPr="008E7D12" w:rsidRDefault="00000000">
            <w:pPr>
              <w:rPr>
                <w:sz w:val="20"/>
                <w:szCs w:val="20"/>
              </w:rPr>
            </w:pPr>
            <w:r>
              <w:rPr>
                <w:sz w:val="20"/>
                <w:szCs w:val="20"/>
              </w:rPr>
              <w:t>Composite</w:t>
            </w:r>
          </w:p>
        </w:tc>
        <w:tc>
          <w:tcPr>
            <w:tcW w:w="2160" w:type="dxa"/>
          </w:tcPr>
          <w:p w14:paraId="3FA78674" w14:textId="77777777" w:rsidR="00E71A28" w:rsidRPr="008E7D12" w:rsidRDefault="00000000">
            <w:pPr>
              <w:rPr>
                <w:sz w:val="20"/>
                <w:szCs w:val="20"/>
              </w:rPr>
            </w:pPr>
            <w:r>
              <w:rPr>
                <w:sz w:val="20"/>
                <w:szCs w:val="20"/>
              </w:rPr>
              <w:t>27.50</w:t>
            </w:r>
          </w:p>
        </w:tc>
        <w:tc>
          <w:tcPr>
            <w:tcW w:w="1440" w:type="dxa"/>
          </w:tcPr>
          <w:p w14:paraId="18DDD36E" w14:textId="77777777" w:rsidR="00E71A28" w:rsidRPr="008E7D12" w:rsidRDefault="00000000">
            <w:pPr>
              <w:rPr>
                <w:sz w:val="20"/>
                <w:szCs w:val="20"/>
              </w:rPr>
            </w:pPr>
            <w:r>
              <w:rPr>
                <w:sz w:val="20"/>
                <w:szCs w:val="20"/>
              </w:rPr>
              <w:t>&lt;0.001</w:t>
            </w:r>
          </w:p>
        </w:tc>
        <w:tc>
          <w:tcPr>
            <w:tcW w:w="1584" w:type="dxa"/>
          </w:tcPr>
          <w:p w14:paraId="1104DAC9" w14:textId="77777777" w:rsidR="00E71A28" w:rsidRPr="008E7D12" w:rsidRDefault="00000000">
            <w:pPr>
              <w:rPr>
                <w:sz w:val="20"/>
                <w:szCs w:val="20"/>
              </w:rPr>
            </w:pPr>
            <w:r>
              <w:rPr>
                <w:sz w:val="20"/>
                <w:szCs w:val="20"/>
              </w:rPr>
              <w:t>0.859</w:t>
            </w:r>
          </w:p>
        </w:tc>
      </w:tr>
    </w:tbl>
    <w:p w14:paraId="6E759878" w14:textId="77777777" w:rsidR="00E71A28" w:rsidRPr="00BE2544" w:rsidRDefault="00000000">
      <w:pPr>
        <w:rPr>
          <w:iCs/>
          <w:sz w:val="20"/>
          <w:szCs w:val="20"/>
        </w:rPr>
      </w:pPr>
      <w:r w:rsidRPr="00BE2544">
        <w:rPr>
          <w:iCs/>
          <w:sz w:val="20"/>
          <w:szCs w:val="20"/>
        </w:rPr>
        <w:t xml:space="preserve">Kendall's W effect size: ~0.1 small, ~0.3 moderate, </w:t>
      </w:r>
      <w:r w:rsidRPr="00BE2544">
        <w:rPr>
          <w:rFonts w:cs="Times New Roman"/>
          <w:iCs/>
          <w:sz w:val="20"/>
          <w:szCs w:val="20"/>
        </w:rPr>
        <w:t>≥</w:t>
      </w:r>
      <w:r w:rsidRPr="00BE2544">
        <w:rPr>
          <w:iCs/>
          <w:sz w:val="20"/>
          <w:szCs w:val="20"/>
        </w:rPr>
        <w:t xml:space="preserve"> 0.5 large concordance.</w:t>
      </w:r>
    </w:p>
    <w:p w14:paraId="3067178D" w14:textId="77777777" w:rsidR="003138B3" w:rsidRDefault="003138B3">
      <w:pPr>
        <w:spacing w:before="200" w:after="100"/>
        <w:rPr>
          <w:b/>
          <w:sz w:val="24"/>
          <w:szCs w:val="24"/>
        </w:rPr>
      </w:pPr>
    </w:p>
    <w:p w14:paraId="7DFF529D" w14:textId="77777777" w:rsidR="00E71A28" w:rsidRPr="003138B3" w:rsidRDefault="00000000">
      <w:pPr>
        <w:spacing w:before="200" w:after="100"/>
        <w:rPr>
          <w:sz w:val="24"/>
          <w:szCs w:val="24"/>
        </w:rPr>
      </w:pPr>
      <w:r>
        <w:rPr>
          <w:b/>
          <w:sz w:val="24"/>
          <w:szCs w:val="24"/>
        </w:rPr>
        <w:t>Table S4. Conover-Holm pairwise p-values - Composite score</w:t>
      </w:r>
    </w:p>
    <w:tbl>
      <w:tblPr>
        <w:tblStyle w:val="TableGrid"/>
        <w:tblW w:w="0" w:type="auto"/>
        <w:tblLook w:val="04A0" w:firstRow="1" w:lastRow="0" w:firstColumn="1" w:lastColumn="0" w:noHBand="0" w:noVBand="1"/>
      </w:tblPr>
      <w:tblGrid>
        <w:gridCol w:w="1901"/>
        <w:gridCol w:w="1388"/>
        <w:gridCol w:w="1290"/>
        <w:gridCol w:w="1300"/>
        <w:gridCol w:w="1570"/>
        <w:gridCol w:w="1407"/>
      </w:tblGrid>
      <w:tr w:rsidR="00E71A28" w:rsidRPr="008E7D12" w14:paraId="1D38BAAA" w14:textId="77777777" w:rsidTr="003138B3">
        <w:tc>
          <w:tcPr>
            <w:tcW w:w="2304" w:type="dxa"/>
          </w:tcPr>
          <w:p w14:paraId="47113B6F" w14:textId="77777777" w:rsidR="00E71A28" w:rsidRPr="008E7D12" w:rsidRDefault="00E71A28">
            <w:pPr>
              <w:rPr>
                <w:sz w:val="20"/>
                <w:szCs w:val="20"/>
              </w:rPr>
            </w:pPr>
          </w:p>
        </w:tc>
        <w:tc>
          <w:tcPr>
            <w:tcW w:w="1656" w:type="dxa"/>
          </w:tcPr>
          <w:p w14:paraId="7B21E876" w14:textId="77777777" w:rsidR="00E71A28" w:rsidRPr="008E7D12" w:rsidRDefault="00000000">
            <w:pPr>
              <w:rPr>
                <w:sz w:val="20"/>
                <w:szCs w:val="20"/>
              </w:rPr>
            </w:pPr>
            <w:r>
              <w:rPr>
                <w:b/>
                <w:sz w:val="20"/>
                <w:szCs w:val="20"/>
              </w:rPr>
              <w:t>ChatGPT</w:t>
            </w:r>
          </w:p>
        </w:tc>
        <w:tc>
          <w:tcPr>
            <w:tcW w:w="1656" w:type="dxa"/>
          </w:tcPr>
          <w:p w14:paraId="5EE00095" w14:textId="77777777" w:rsidR="00E71A28" w:rsidRPr="008E7D12" w:rsidRDefault="00000000">
            <w:pPr>
              <w:rPr>
                <w:sz w:val="20"/>
                <w:szCs w:val="20"/>
              </w:rPr>
            </w:pPr>
            <w:r>
              <w:rPr>
                <w:b/>
                <w:sz w:val="20"/>
                <w:szCs w:val="20"/>
              </w:rPr>
              <w:t>Claude</w:t>
            </w:r>
          </w:p>
        </w:tc>
        <w:tc>
          <w:tcPr>
            <w:tcW w:w="1656" w:type="dxa"/>
          </w:tcPr>
          <w:p w14:paraId="52834EF0" w14:textId="77777777" w:rsidR="00E71A28" w:rsidRPr="008E7D12" w:rsidRDefault="00000000">
            <w:pPr>
              <w:rPr>
                <w:sz w:val="20"/>
                <w:szCs w:val="20"/>
              </w:rPr>
            </w:pPr>
            <w:r>
              <w:rPr>
                <w:b/>
                <w:sz w:val="20"/>
                <w:szCs w:val="20"/>
              </w:rPr>
              <w:t>Gemini</w:t>
            </w:r>
          </w:p>
        </w:tc>
        <w:tc>
          <w:tcPr>
            <w:tcW w:w="1656" w:type="dxa"/>
          </w:tcPr>
          <w:p w14:paraId="12781BDE" w14:textId="77777777" w:rsidR="00E71A28" w:rsidRPr="008E7D12" w:rsidRDefault="00000000">
            <w:pPr>
              <w:rPr>
                <w:sz w:val="20"/>
                <w:szCs w:val="20"/>
              </w:rPr>
            </w:pPr>
            <w:r>
              <w:rPr>
                <w:b/>
                <w:sz w:val="20"/>
                <w:szCs w:val="20"/>
              </w:rPr>
              <w:t>OpenEvidence</w:t>
            </w:r>
          </w:p>
        </w:tc>
        <w:tc>
          <w:tcPr>
            <w:tcW w:w="1656" w:type="dxa"/>
          </w:tcPr>
          <w:p w14:paraId="24D1BC7D" w14:textId="77777777" w:rsidR="00E71A28" w:rsidRPr="008E7D12" w:rsidRDefault="00000000">
            <w:pPr>
              <w:rPr>
                <w:sz w:val="20"/>
                <w:szCs w:val="20"/>
              </w:rPr>
            </w:pPr>
            <w:r>
              <w:rPr>
                <w:b/>
                <w:sz w:val="20"/>
                <w:szCs w:val="20"/>
              </w:rPr>
              <w:t>Perplexity</w:t>
            </w:r>
          </w:p>
        </w:tc>
      </w:tr>
      <w:tr w:rsidR="00E71A28" w:rsidRPr="008E7D12" w14:paraId="2C948842" w14:textId="77777777" w:rsidTr="003138B3">
        <w:tc>
          <w:tcPr>
            <w:tcW w:w="2304" w:type="dxa"/>
          </w:tcPr>
          <w:p w14:paraId="245DC887" w14:textId="77777777" w:rsidR="00E71A28" w:rsidRPr="008E7D12" w:rsidRDefault="00000000">
            <w:pPr>
              <w:rPr>
                <w:sz w:val="20"/>
                <w:szCs w:val="20"/>
              </w:rPr>
            </w:pPr>
            <w:r>
              <w:rPr>
                <w:sz w:val="20"/>
                <w:szCs w:val="20"/>
              </w:rPr>
              <w:t>ChatGPT (LLM1)</w:t>
            </w:r>
          </w:p>
        </w:tc>
        <w:tc>
          <w:tcPr>
            <w:tcW w:w="1656" w:type="dxa"/>
          </w:tcPr>
          <w:p w14:paraId="3CE2A26F" w14:textId="77777777" w:rsidR="00E71A28" w:rsidRPr="008E7D12" w:rsidRDefault="00000000">
            <w:pPr>
              <w:rPr>
                <w:sz w:val="20"/>
                <w:szCs w:val="20"/>
              </w:rPr>
            </w:pPr>
            <w:r>
              <w:rPr>
                <w:sz w:val="20"/>
                <w:szCs w:val="20"/>
              </w:rPr>
              <w:t>-</w:t>
            </w:r>
          </w:p>
        </w:tc>
        <w:tc>
          <w:tcPr>
            <w:tcW w:w="1656" w:type="dxa"/>
          </w:tcPr>
          <w:p w14:paraId="5D7E496D" w14:textId="77777777" w:rsidR="00E71A28" w:rsidRPr="008E7D12" w:rsidRDefault="00000000">
            <w:pPr>
              <w:rPr>
                <w:sz w:val="20"/>
                <w:szCs w:val="20"/>
              </w:rPr>
            </w:pPr>
            <w:r>
              <w:rPr>
                <w:sz w:val="20"/>
                <w:szCs w:val="20"/>
              </w:rPr>
              <w:t>&lt;0.001</w:t>
            </w:r>
          </w:p>
        </w:tc>
        <w:tc>
          <w:tcPr>
            <w:tcW w:w="1656" w:type="dxa"/>
          </w:tcPr>
          <w:p w14:paraId="50D3B0EA" w14:textId="77777777" w:rsidR="00E71A28" w:rsidRPr="008E7D12" w:rsidRDefault="00000000">
            <w:pPr>
              <w:rPr>
                <w:sz w:val="20"/>
                <w:szCs w:val="20"/>
              </w:rPr>
            </w:pPr>
            <w:r>
              <w:rPr>
                <w:sz w:val="20"/>
                <w:szCs w:val="20"/>
              </w:rPr>
              <w:t>0.715</w:t>
            </w:r>
          </w:p>
        </w:tc>
        <w:tc>
          <w:tcPr>
            <w:tcW w:w="1656" w:type="dxa"/>
          </w:tcPr>
          <w:p w14:paraId="6436E470" w14:textId="77777777" w:rsidR="00E71A28" w:rsidRPr="008E7D12" w:rsidRDefault="00000000">
            <w:pPr>
              <w:rPr>
                <w:sz w:val="20"/>
                <w:szCs w:val="20"/>
              </w:rPr>
            </w:pPr>
            <w:r>
              <w:rPr>
                <w:sz w:val="20"/>
                <w:szCs w:val="20"/>
              </w:rPr>
              <w:t>&lt;0.001</w:t>
            </w:r>
          </w:p>
        </w:tc>
        <w:tc>
          <w:tcPr>
            <w:tcW w:w="1656" w:type="dxa"/>
          </w:tcPr>
          <w:p w14:paraId="28E677F4" w14:textId="77777777" w:rsidR="00E71A28" w:rsidRPr="008E7D12" w:rsidRDefault="00000000">
            <w:pPr>
              <w:rPr>
                <w:sz w:val="20"/>
                <w:szCs w:val="20"/>
              </w:rPr>
            </w:pPr>
            <w:r>
              <w:rPr>
                <w:sz w:val="20"/>
                <w:szCs w:val="20"/>
              </w:rPr>
              <w:t>0.146</w:t>
            </w:r>
          </w:p>
        </w:tc>
      </w:tr>
      <w:tr w:rsidR="00E71A28" w:rsidRPr="008E7D12" w14:paraId="6CB04FC7" w14:textId="77777777" w:rsidTr="003138B3">
        <w:tc>
          <w:tcPr>
            <w:tcW w:w="2304" w:type="dxa"/>
          </w:tcPr>
          <w:p w14:paraId="593C23CB" w14:textId="77777777" w:rsidR="00E71A28" w:rsidRPr="008E7D12" w:rsidRDefault="00000000">
            <w:pPr>
              <w:rPr>
                <w:sz w:val="20"/>
                <w:szCs w:val="20"/>
              </w:rPr>
            </w:pPr>
            <w:r>
              <w:rPr>
                <w:sz w:val="20"/>
                <w:szCs w:val="20"/>
              </w:rPr>
              <w:t>Claude (LLM2)</w:t>
            </w:r>
          </w:p>
        </w:tc>
        <w:tc>
          <w:tcPr>
            <w:tcW w:w="1656" w:type="dxa"/>
          </w:tcPr>
          <w:p w14:paraId="7335F816" w14:textId="77777777" w:rsidR="00E71A28" w:rsidRPr="008E7D12" w:rsidRDefault="00000000">
            <w:pPr>
              <w:rPr>
                <w:sz w:val="20"/>
                <w:szCs w:val="20"/>
              </w:rPr>
            </w:pPr>
            <w:r>
              <w:rPr>
                <w:sz w:val="20"/>
                <w:szCs w:val="20"/>
              </w:rPr>
              <w:t>&lt;0.001</w:t>
            </w:r>
          </w:p>
        </w:tc>
        <w:tc>
          <w:tcPr>
            <w:tcW w:w="1656" w:type="dxa"/>
          </w:tcPr>
          <w:p w14:paraId="787B5FEC" w14:textId="77777777" w:rsidR="00E71A28" w:rsidRPr="008E7D12" w:rsidRDefault="00000000">
            <w:pPr>
              <w:rPr>
                <w:sz w:val="20"/>
                <w:szCs w:val="20"/>
              </w:rPr>
            </w:pPr>
            <w:r>
              <w:rPr>
                <w:sz w:val="20"/>
                <w:szCs w:val="20"/>
              </w:rPr>
              <w:t>-</w:t>
            </w:r>
          </w:p>
        </w:tc>
        <w:tc>
          <w:tcPr>
            <w:tcW w:w="1656" w:type="dxa"/>
          </w:tcPr>
          <w:p w14:paraId="301BCB5C" w14:textId="77777777" w:rsidR="00E71A28" w:rsidRPr="008E7D12" w:rsidRDefault="00000000">
            <w:pPr>
              <w:rPr>
                <w:sz w:val="20"/>
                <w:szCs w:val="20"/>
              </w:rPr>
            </w:pPr>
            <w:r>
              <w:rPr>
                <w:sz w:val="20"/>
                <w:szCs w:val="20"/>
              </w:rPr>
              <w:t>&lt;0.001</w:t>
            </w:r>
          </w:p>
        </w:tc>
        <w:tc>
          <w:tcPr>
            <w:tcW w:w="1656" w:type="dxa"/>
          </w:tcPr>
          <w:p w14:paraId="35554E2E" w14:textId="77777777" w:rsidR="00E71A28" w:rsidRPr="008E7D12" w:rsidRDefault="00000000">
            <w:pPr>
              <w:rPr>
                <w:sz w:val="20"/>
                <w:szCs w:val="20"/>
              </w:rPr>
            </w:pPr>
            <w:r>
              <w:rPr>
                <w:sz w:val="20"/>
                <w:szCs w:val="20"/>
              </w:rPr>
              <w:t>0.617</w:t>
            </w:r>
          </w:p>
        </w:tc>
        <w:tc>
          <w:tcPr>
            <w:tcW w:w="1656" w:type="dxa"/>
          </w:tcPr>
          <w:p w14:paraId="24A518AC" w14:textId="77777777" w:rsidR="00E71A28" w:rsidRPr="008E7D12" w:rsidRDefault="00000000">
            <w:pPr>
              <w:rPr>
                <w:sz w:val="20"/>
                <w:szCs w:val="20"/>
              </w:rPr>
            </w:pPr>
            <w:r>
              <w:rPr>
                <w:sz w:val="20"/>
                <w:szCs w:val="20"/>
              </w:rPr>
              <w:t>&lt;0.001</w:t>
            </w:r>
          </w:p>
        </w:tc>
      </w:tr>
      <w:tr w:rsidR="00E71A28" w:rsidRPr="008E7D12" w14:paraId="257471E0" w14:textId="77777777" w:rsidTr="003138B3">
        <w:tc>
          <w:tcPr>
            <w:tcW w:w="2304" w:type="dxa"/>
          </w:tcPr>
          <w:p w14:paraId="42F18891" w14:textId="77777777" w:rsidR="00E71A28" w:rsidRPr="008E7D12" w:rsidRDefault="00000000">
            <w:pPr>
              <w:rPr>
                <w:sz w:val="20"/>
                <w:szCs w:val="20"/>
              </w:rPr>
            </w:pPr>
            <w:r>
              <w:rPr>
                <w:sz w:val="20"/>
                <w:szCs w:val="20"/>
              </w:rPr>
              <w:t>Gemini (LLM3)</w:t>
            </w:r>
          </w:p>
        </w:tc>
        <w:tc>
          <w:tcPr>
            <w:tcW w:w="1656" w:type="dxa"/>
          </w:tcPr>
          <w:p w14:paraId="47110582" w14:textId="77777777" w:rsidR="00E71A28" w:rsidRPr="008E7D12" w:rsidRDefault="00000000">
            <w:pPr>
              <w:rPr>
                <w:sz w:val="20"/>
                <w:szCs w:val="20"/>
              </w:rPr>
            </w:pPr>
            <w:r>
              <w:rPr>
                <w:sz w:val="20"/>
                <w:szCs w:val="20"/>
              </w:rPr>
              <w:t>0.715</w:t>
            </w:r>
          </w:p>
        </w:tc>
        <w:tc>
          <w:tcPr>
            <w:tcW w:w="1656" w:type="dxa"/>
          </w:tcPr>
          <w:p w14:paraId="730D161A" w14:textId="77777777" w:rsidR="00E71A28" w:rsidRPr="008E7D12" w:rsidRDefault="00000000">
            <w:pPr>
              <w:rPr>
                <w:sz w:val="20"/>
                <w:szCs w:val="20"/>
              </w:rPr>
            </w:pPr>
            <w:r>
              <w:rPr>
                <w:sz w:val="20"/>
                <w:szCs w:val="20"/>
              </w:rPr>
              <w:t>&lt;0.001</w:t>
            </w:r>
          </w:p>
        </w:tc>
        <w:tc>
          <w:tcPr>
            <w:tcW w:w="1656" w:type="dxa"/>
          </w:tcPr>
          <w:p w14:paraId="5815E765" w14:textId="77777777" w:rsidR="00E71A28" w:rsidRPr="008E7D12" w:rsidRDefault="00000000">
            <w:pPr>
              <w:rPr>
                <w:sz w:val="20"/>
                <w:szCs w:val="20"/>
              </w:rPr>
            </w:pPr>
            <w:r>
              <w:rPr>
                <w:sz w:val="20"/>
                <w:szCs w:val="20"/>
              </w:rPr>
              <w:t>-</w:t>
            </w:r>
          </w:p>
        </w:tc>
        <w:tc>
          <w:tcPr>
            <w:tcW w:w="1656" w:type="dxa"/>
          </w:tcPr>
          <w:p w14:paraId="5B5AE295" w14:textId="77777777" w:rsidR="00E71A28" w:rsidRPr="008E7D12" w:rsidRDefault="00000000">
            <w:pPr>
              <w:rPr>
                <w:sz w:val="20"/>
                <w:szCs w:val="20"/>
              </w:rPr>
            </w:pPr>
            <w:r>
              <w:rPr>
                <w:sz w:val="20"/>
                <w:szCs w:val="20"/>
              </w:rPr>
              <w:t>&lt;0.001</w:t>
            </w:r>
          </w:p>
        </w:tc>
        <w:tc>
          <w:tcPr>
            <w:tcW w:w="1656" w:type="dxa"/>
          </w:tcPr>
          <w:p w14:paraId="48B3669D" w14:textId="77777777" w:rsidR="00E71A28" w:rsidRPr="008E7D12" w:rsidRDefault="00000000">
            <w:pPr>
              <w:rPr>
                <w:sz w:val="20"/>
                <w:szCs w:val="20"/>
              </w:rPr>
            </w:pPr>
            <w:r>
              <w:rPr>
                <w:sz w:val="20"/>
                <w:szCs w:val="20"/>
              </w:rPr>
              <w:t>0.247</w:t>
            </w:r>
          </w:p>
        </w:tc>
      </w:tr>
      <w:tr w:rsidR="00E71A28" w:rsidRPr="008E7D12" w14:paraId="6BC84212" w14:textId="77777777" w:rsidTr="003138B3">
        <w:tc>
          <w:tcPr>
            <w:tcW w:w="2304" w:type="dxa"/>
          </w:tcPr>
          <w:p w14:paraId="7F4153DF" w14:textId="77777777" w:rsidR="00E71A28" w:rsidRPr="008E7D12" w:rsidRDefault="00000000">
            <w:pPr>
              <w:rPr>
                <w:sz w:val="20"/>
                <w:szCs w:val="20"/>
              </w:rPr>
            </w:pPr>
            <w:r>
              <w:rPr>
                <w:sz w:val="20"/>
                <w:szCs w:val="20"/>
              </w:rPr>
              <w:t>OpenEvidence (LLM4)</w:t>
            </w:r>
          </w:p>
        </w:tc>
        <w:tc>
          <w:tcPr>
            <w:tcW w:w="1656" w:type="dxa"/>
          </w:tcPr>
          <w:p w14:paraId="083B8661" w14:textId="77777777" w:rsidR="00E71A28" w:rsidRPr="008E7D12" w:rsidRDefault="00000000">
            <w:pPr>
              <w:rPr>
                <w:sz w:val="20"/>
                <w:szCs w:val="20"/>
              </w:rPr>
            </w:pPr>
            <w:r>
              <w:rPr>
                <w:sz w:val="20"/>
                <w:szCs w:val="20"/>
              </w:rPr>
              <w:t>&lt;0.001</w:t>
            </w:r>
          </w:p>
        </w:tc>
        <w:tc>
          <w:tcPr>
            <w:tcW w:w="1656" w:type="dxa"/>
          </w:tcPr>
          <w:p w14:paraId="6E9EEE29" w14:textId="77777777" w:rsidR="00E71A28" w:rsidRPr="008E7D12" w:rsidRDefault="00000000">
            <w:pPr>
              <w:rPr>
                <w:sz w:val="20"/>
                <w:szCs w:val="20"/>
              </w:rPr>
            </w:pPr>
            <w:r>
              <w:rPr>
                <w:sz w:val="20"/>
                <w:szCs w:val="20"/>
              </w:rPr>
              <w:t>0.617</w:t>
            </w:r>
          </w:p>
        </w:tc>
        <w:tc>
          <w:tcPr>
            <w:tcW w:w="1656" w:type="dxa"/>
          </w:tcPr>
          <w:p w14:paraId="62237A34" w14:textId="77777777" w:rsidR="00E71A28" w:rsidRPr="008E7D12" w:rsidRDefault="00000000">
            <w:pPr>
              <w:rPr>
                <w:sz w:val="20"/>
                <w:szCs w:val="20"/>
              </w:rPr>
            </w:pPr>
            <w:r>
              <w:rPr>
                <w:sz w:val="20"/>
                <w:szCs w:val="20"/>
              </w:rPr>
              <w:t>&lt;0.001</w:t>
            </w:r>
          </w:p>
        </w:tc>
        <w:tc>
          <w:tcPr>
            <w:tcW w:w="1656" w:type="dxa"/>
          </w:tcPr>
          <w:p w14:paraId="0613F888" w14:textId="77777777" w:rsidR="00E71A28" w:rsidRPr="008E7D12" w:rsidRDefault="00000000">
            <w:pPr>
              <w:rPr>
                <w:sz w:val="20"/>
                <w:szCs w:val="20"/>
              </w:rPr>
            </w:pPr>
            <w:r>
              <w:rPr>
                <w:sz w:val="20"/>
                <w:szCs w:val="20"/>
              </w:rPr>
              <w:t>-</w:t>
            </w:r>
          </w:p>
        </w:tc>
        <w:tc>
          <w:tcPr>
            <w:tcW w:w="1656" w:type="dxa"/>
          </w:tcPr>
          <w:p w14:paraId="47323280" w14:textId="77777777" w:rsidR="00E71A28" w:rsidRPr="008E7D12" w:rsidRDefault="00000000">
            <w:pPr>
              <w:rPr>
                <w:sz w:val="20"/>
                <w:szCs w:val="20"/>
              </w:rPr>
            </w:pPr>
            <w:r>
              <w:rPr>
                <w:sz w:val="20"/>
                <w:szCs w:val="20"/>
              </w:rPr>
              <w:t>&lt;0.001</w:t>
            </w:r>
          </w:p>
        </w:tc>
      </w:tr>
      <w:tr w:rsidR="00E71A28" w:rsidRPr="008E7D12" w14:paraId="302E28F8" w14:textId="77777777" w:rsidTr="003138B3">
        <w:tc>
          <w:tcPr>
            <w:tcW w:w="2304" w:type="dxa"/>
          </w:tcPr>
          <w:p w14:paraId="7C9BAA1E" w14:textId="77777777" w:rsidR="00E71A28" w:rsidRPr="008E7D12" w:rsidRDefault="00000000">
            <w:pPr>
              <w:rPr>
                <w:sz w:val="20"/>
                <w:szCs w:val="20"/>
              </w:rPr>
            </w:pPr>
            <w:r>
              <w:rPr>
                <w:sz w:val="20"/>
                <w:szCs w:val="20"/>
              </w:rPr>
              <w:t>Perplexity (LLM5)</w:t>
            </w:r>
          </w:p>
        </w:tc>
        <w:tc>
          <w:tcPr>
            <w:tcW w:w="1656" w:type="dxa"/>
          </w:tcPr>
          <w:p w14:paraId="7ADA2B38" w14:textId="77777777" w:rsidR="00E71A28" w:rsidRPr="008E7D12" w:rsidRDefault="00000000">
            <w:pPr>
              <w:rPr>
                <w:sz w:val="20"/>
                <w:szCs w:val="20"/>
              </w:rPr>
            </w:pPr>
            <w:r>
              <w:rPr>
                <w:sz w:val="20"/>
                <w:szCs w:val="20"/>
              </w:rPr>
              <w:t>0.146</w:t>
            </w:r>
          </w:p>
        </w:tc>
        <w:tc>
          <w:tcPr>
            <w:tcW w:w="1656" w:type="dxa"/>
          </w:tcPr>
          <w:p w14:paraId="1EB8F9F5" w14:textId="77777777" w:rsidR="00E71A28" w:rsidRPr="008E7D12" w:rsidRDefault="00000000">
            <w:pPr>
              <w:rPr>
                <w:sz w:val="20"/>
                <w:szCs w:val="20"/>
              </w:rPr>
            </w:pPr>
            <w:r>
              <w:rPr>
                <w:sz w:val="20"/>
                <w:szCs w:val="20"/>
              </w:rPr>
              <w:t>&lt;0.001</w:t>
            </w:r>
          </w:p>
        </w:tc>
        <w:tc>
          <w:tcPr>
            <w:tcW w:w="1656" w:type="dxa"/>
          </w:tcPr>
          <w:p w14:paraId="3959F429" w14:textId="77777777" w:rsidR="00E71A28" w:rsidRPr="008E7D12" w:rsidRDefault="00000000">
            <w:pPr>
              <w:rPr>
                <w:sz w:val="20"/>
                <w:szCs w:val="20"/>
              </w:rPr>
            </w:pPr>
            <w:r>
              <w:rPr>
                <w:sz w:val="20"/>
                <w:szCs w:val="20"/>
              </w:rPr>
              <w:t>0.247</w:t>
            </w:r>
          </w:p>
        </w:tc>
        <w:tc>
          <w:tcPr>
            <w:tcW w:w="1656" w:type="dxa"/>
          </w:tcPr>
          <w:p w14:paraId="4AF89FA9" w14:textId="77777777" w:rsidR="00E71A28" w:rsidRPr="008E7D12" w:rsidRDefault="00000000">
            <w:pPr>
              <w:rPr>
                <w:sz w:val="20"/>
                <w:szCs w:val="20"/>
              </w:rPr>
            </w:pPr>
            <w:r>
              <w:rPr>
                <w:sz w:val="20"/>
                <w:szCs w:val="20"/>
              </w:rPr>
              <w:t>&lt;0.001</w:t>
            </w:r>
          </w:p>
        </w:tc>
        <w:tc>
          <w:tcPr>
            <w:tcW w:w="1656" w:type="dxa"/>
          </w:tcPr>
          <w:p w14:paraId="3F11FD45" w14:textId="77777777" w:rsidR="00E71A28" w:rsidRPr="008E7D12" w:rsidRDefault="00000000">
            <w:pPr>
              <w:rPr>
                <w:sz w:val="20"/>
                <w:szCs w:val="20"/>
              </w:rPr>
            </w:pPr>
            <w:r>
              <w:rPr>
                <w:sz w:val="20"/>
                <w:szCs w:val="20"/>
              </w:rPr>
              <w:t>-</w:t>
            </w:r>
          </w:p>
        </w:tc>
      </w:tr>
    </w:tbl>
    <w:p w14:paraId="75E670F5" w14:textId="77777777" w:rsidR="003138B3" w:rsidRDefault="003138B3">
      <w:pPr>
        <w:spacing w:before="200" w:after="100"/>
        <w:rPr>
          <w:b/>
          <w:sz w:val="24"/>
          <w:szCs w:val="24"/>
        </w:rPr>
      </w:pPr>
    </w:p>
    <w:p w14:paraId="2488500E" w14:textId="77777777" w:rsidR="008E7D12" w:rsidRDefault="008E7D12">
      <w:pPr>
        <w:spacing w:before="200" w:after="100"/>
        <w:rPr>
          <w:b/>
          <w:sz w:val="24"/>
          <w:szCs w:val="24"/>
        </w:rPr>
      </w:pPr>
    </w:p>
    <w:p w14:paraId="1C73F60A" w14:textId="77777777" w:rsidR="00E71A28" w:rsidRPr="003138B3" w:rsidRDefault="00000000">
      <w:pPr>
        <w:spacing w:before="200" w:after="100"/>
        <w:rPr>
          <w:sz w:val="24"/>
          <w:szCs w:val="24"/>
        </w:rPr>
      </w:pPr>
      <w:r>
        <w:rPr>
          <w:b/>
          <w:sz w:val="24"/>
          <w:szCs w:val="24"/>
        </w:rPr>
        <w:lastRenderedPageBreak/>
        <w:t>Table S5. Conover-Holm pairwise p-values - Accuracy</w:t>
      </w:r>
    </w:p>
    <w:tbl>
      <w:tblPr>
        <w:tblStyle w:val="TableGrid"/>
        <w:tblW w:w="0" w:type="auto"/>
        <w:tblLook w:val="04A0" w:firstRow="1" w:lastRow="0" w:firstColumn="1" w:lastColumn="0" w:noHBand="0" w:noVBand="1"/>
      </w:tblPr>
      <w:tblGrid>
        <w:gridCol w:w="1901"/>
        <w:gridCol w:w="1388"/>
        <w:gridCol w:w="1290"/>
        <w:gridCol w:w="1300"/>
        <w:gridCol w:w="1570"/>
        <w:gridCol w:w="1407"/>
      </w:tblGrid>
      <w:tr w:rsidR="00E71A28" w:rsidRPr="008E7D12" w14:paraId="79535F25" w14:textId="77777777" w:rsidTr="003138B3">
        <w:tc>
          <w:tcPr>
            <w:tcW w:w="2304" w:type="dxa"/>
          </w:tcPr>
          <w:p w14:paraId="27B2A604" w14:textId="77777777" w:rsidR="00E71A28" w:rsidRPr="008E7D12" w:rsidRDefault="00E71A28">
            <w:pPr>
              <w:rPr>
                <w:sz w:val="20"/>
                <w:szCs w:val="20"/>
              </w:rPr>
            </w:pPr>
          </w:p>
        </w:tc>
        <w:tc>
          <w:tcPr>
            <w:tcW w:w="1656" w:type="dxa"/>
          </w:tcPr>
          <w:p w14:paraId="0B97ACC4" w14:textId="77777777" w:rsidR="00E71A28" w:rsidRPr="008E7D12" w:rsidRDefault="00000000">
            <w:pPr>
              <w:rPr>
                <w:sz w:val="20"/>
                <w:szCs w:val="20"/>
              </w:rPr>
            </w:pPr>
            <w:r>
              <w:rPr>
                <w:b/>
                <w:sz w:val="20"/>
                <w:szCs w:val="20"/>
              </w:rPr>
              <w:t>ChatGPT</w:t>
            </w:r>
          </w:p>
        </w:tc>
        <w:tc>
          <w:tcPr>
            <w:tcW w:w="1656" w:type="dxa"/>
          </w:tcPr>
          <w:p w14:paraId="54CB8F5A" w14:textId="77777777" w:rsidR="00E71A28" w:rsidRPr="008E7D12" w:rsidRDefault="00000000">
            <w:pPr>
              <w:rPr>
                <w:sz w:val="20"/>
                <w:szCs w:val="20"/>
              </w:rPr>
            </w:pPr>
            <w:r>
              <w:rPr>
                <w:b/>
                <w:sz w:val="20"/>
                <w:szCs w:val="20"/>
              </w:rPr>
              <w:t>Claude</w:t>
            </w:r>
          </w:p>
        </w:tc>
        <w:tc>
          <w:tcPr>
            <w:tcW w:w="1656" w:type="dxa"/>
          </w:tcPr>
          <w:p w14:paraId="204759B9" w14:textId="77777777" w:rsidR="00E71A28" w:rsidRPr="008E7D12" w:rsidRDefault="00000000">
            <w:pPr>
              <w:rPr>
                <w:sz w:val="20"/>
                <w:szCs w:val="20"/>
              </w:rPr>
            </w:pPr>
            <w:r>
              <w:rPr>
                <w:b/>
                <w:sz w:val="20"/>
                <w:szCs w:val="20"/>
              </w:rPr>
              <w:t>Gemini</w:t>
            </w:r>
          </w:p>
        </w:tc>
        <w:tc>
          <w:tcPr>
            <w:tcW w:w="1656" w:type="dxa"/>
          </w:tcPr>
          <w:p w14:paraId="6C49C281" w14:textId="77777777" w:rsidR="00E71A28" w:rsidRPr="008E7D12" w:rsidRDefault="00000000">
            <w:pPr>
              <w:rPr>
                <w:sz w:val="20"/>
                <w:szCs w:val="20"/>
              </w:rPr>
            </w:pPr>
            <w:r>
              <w:rPr>
                <w:b/>
                <w:sz w:val="20"/>
                <w:szCs w:val="20"/>
              </w:rPr>
              <w:t>OpenEvidence</w:t>
            </w:r>
          </w:p>
        </w:tc>
        <w:tc>
          <w:tcPr>
            <w:tcW w:w="1656" w:type="dxa"/>
          </w:tcPr>
          <w:p w14:paraId="64B7C6D2" w14:textId="77777777" w:rsidR="00E71A28" w:rsidRPr="008E7D12" w:rsidRDefault="00000000">
            <w:pPr>
              <w:rPr>
                <w:sz w:val="20"/>
                <w:szCs w:val="20"/>
              </w:rPr>
            </w:pPr>
            <w:r>
              <w:rPr>
                <w:b/>
                <w:sz w:val="20"/>
                <w:szCs w:val="20"/>
              </w:rPr>
              <w:t>Perplexity</w:t>
            </w:r>
          </w:p>
        </w:tc>
      </w:tr>
      <w:tr w:rsidR="00E71A28" w:rsidRPr="008E7D12" w14:paraId="29AEAF2C" w14:textId="77777777" w:rsidTr="003138B3">
        <w:tc>
          <w:tcPr>
            <w:tcW w:w="2304" w:type="dxa"/>
          </w:tcPr>
          <w:p w14:paraId="0E760E1F" w14:textId="77777777" w:rsidR="00E71A28" w:rsidRPr="008E7D12" w:rsidRDefault="00000000">
            <w:pPr>
              <w:rPr>
                <w:sz w:val="20"/>
                <w:szCs w:val="20"/>
              </w:rPr>
            </w:pPr>
            <w:r>
              <w:rPr>
                <w:sz w:val="20"/>
                <w:szCs w:val="20"/>
              </w:rPr>
              <w:t>ChatGPT (LLM1)</w:t>
            </w:r>
          </w:p>
        </w:tc>
        <w:tc>
          <w:tcPr>
            <w:tcW w:w="1656" w:type="dxa"/>
          </w:tcPr>
          <w:p w14:paraId="62088284" w14:textId="77777777" w:rsidR="00E71A28" w:rsidRPr="008E7D12" w:rsidRDefault="00000000">
            <w:pPr>
              <w:rPr>
                <w:sz w:val="20"/>
                <w:szCs w:val="20"/>
              </w:rPr>
            </w:pPr>
            <w:r>
              <w:rPr>
                <w:sz w:val="20"/>
                <w:szCs w:val="20"/>
              </w:rPr>
              <w:t>-</w:t>
            </w:r>
          </w:p>
        </w:tc>
        <w:tc>
          <w:tcPr>
            <w:tcW w:w="1656" w:type="dxa"/>
          </w:tcPr>
          <w:p w14:paraId="7B83F830" w14:textId="77777777" w:rsidR="00E71A28" w:rsidRPr="008E7D12" w:rsidRDefault="00000000">
            <w:pPr>
              <w:rPr>
                <w:sz w:val="20"/>
                <w:szCs w:val="20"/>
              </w:rPr>
            </w:pPr>
            <w:r>
              <w:rPr>
                <w:sz w:val="20"/>
                <w:szCs w:val="20"/>
              </w:rPr>
              <w:t>&lt;0.001</w:t>
            </w:r>
          </w:p>
        </w:tc>
        <w:tc>
          <w:tcPr>
            <w:tcW w:w="1656" w:type="dxa"/>
          </w:tcPr>
          <w:p w14:paraId="10D53B68" w14:textId="77777777" w:rsidR="00E71A28" w:rsidRPr="008E7D12" w:rsidRDefault="00000000">
            <w:pPr>
              <w:rPr>
                <w:sz w:val="20"/>
                <w:szCs w:val="20"/>
              </w:rPr>
            </w:pPr>
            <w:r>
              <w:rPr>
                <w:sz w:val="20"/>
                <w:szCs w:val="20"/>
              </w:rPr>
              <w:t>0.890</w:t>
            </w:r>
          </w:p>
        </w:tc>
        <w:tc>
          <w:tcPr>
            <w:tcW w:w="1656" w:type="dxa"/>
          </w:tcPr>
          <w:p w14:paraId="5F54C2E5" w14:textId="77777777" w:rsidR="00E71A28" w:rsidRPr="008E7D12" w:rsidRDefault="00000000">
            <w:pPr>
              <w:rPr>
                <w:sz w:val="20"/>
                <w:szCs w:val="20"/>
              </w:rPr>
            </w:pPr>
            <w:r>
              <w:rPr>
                <w:sz w:val="20"/>
                <w:szCs w:val="20"/>
              </w:rPr>
              <w:t>&lt;0.001</w:t>
            </w:r>
          </w:p>
        </w:tc>
        <w:tc>
          <w:tcPr>
            <w:tcW w:w="1656" w:type="dxa"/>
          </w:tcPr>
          <w:p w14:paraId="51C5BB49" w14:textId="77777777" w:rsidR="00E71A28" w:rsidRPr="008E7D12" w:rsidRDefault="00000000">
            <w:pPr>
              <w:rPr>
                <w:sz w:val="20"/>
                <w:szCs w:val="20"/>
              </w:rPr>
            </w:pPr>
            <w:r>
              <w:rPr>
                <w:sz w:val="20"/>
                <w:szCs w:val="20"/>
              </w:rPr>
              <w:t>0.196</w:t>
            </w:r>
          </w:p>
        </w:tc>
      </w:tr>
      <w:tr w:rsidR="00E71A28" w:rsidRPr="008E7D12" w14:paraId="286B524E" w14:textId="77777777" w:rsidTr="003138B3">
        <w:tc>
          <w:tcPr>
            <w:tcW w:w="2304" w:type="dxa"/>
          </w:tcPr>
          <w:p w14:paraId="2D82E1AF" w14:textId="77777777" w:rsidR="00E71A28" w:rsidRPr="008E7D12" w:rsidRDefault="00000000">
            <w:pPr>
              <w:rPr>
                <w:sz w:val="20"/>
                <w:szCs w:val="20"/>
              </w:rPr>
            </w:pPr>
            <w:r>
              <w:rPr>
                <w:sz w:val="20"/>
                <w:szCs w:val="20"/>
              </w:rPr>
              <w:t>Claude (LLM2)</w:t>
            </w:r>
          </w:p>
        </w:tc>
        <w:tc>
          <w:tcPr>
            <w:tcW w:w="1656" w:type="dxa"/>
          </w:tcPr>
          <w:p w14:paraId="1118C0FB" w14:textId="77777777" w:rsidR="00E71A28" w:rsidRPr="008E7D12" w:rsidRDefault="00000000">
            <w:pPr>
              <w:rPr>
                <w:sz w:val="20"/>
                <w:szCs w:val="20"/>
              </w:rPr>
            </w:pPr>
            <w:r>
              <w:rPr>
                <w:sz w:val="20"/>
                <w:szCs w:val="20"/>
              </w:rPr>
              <w:t>&lt;0.001</w:t>
            </w:r>
          </w:p>
        </w:tc>
        <w:tc>
          <w:tcPr>
            <w:tcW w:w="1656" w:type="dxa"/>
          </w:tcPr>
          <w:p w14:paraId="7DB01ED1" w14:textId="77777777" w:rsidR="00E71A28" w:rsidRPr="008E7D12" w:rsidRDefault="00000000">
            <w:pPr>
              <w:rPr>
                <w:sz w:val="20"/>
                <w:szCs w:val="20"/>
              </w:rPr>
            </w:pPr>
            <w:r>
              <w:rPr>
                <w:sz w:val="20"/>
                <w:szCs w:val="20"/>
              </w:rPr>
              <w:t>-</w:t>
            </w:r>
          </w:p>
        </w:tc>
        <w:tc>
          <w:tcPr>
            <w:tcW w:w="1656" w:type="dxa"/>
          </w:tcPr>
          <w:p w14:paraId="689B3C9F" w14:textId="77777777" w:rsidR="00E71A28" w:rsidRPr="008E7D12" w:rsidRDefault="00000000">
            <w:pPr>
              <w:rPr>
                <w:sz w:val="20"/>
                <w:szCs w:val="20"/>
              </w:rPr>
            </w:pPr>
            <w:r>
              <w:rPr>
                <w:sz w:val="20"/>
                <w:szCs w:val="20"/>
              </w:rPr>
              <w:t>&lt;0.001</w:t>
            </w:r>
          </w:p>
        </w:tc>
        <w:tc>
          <w:tcPr>
            <w:tcW w:w="1656" w:type="dxa"/>
          </w:tcPr>
          <w:p w14:paraId="267193FA" w14:textId="77777777" w:rsidR="00E71A28" w:rsidRPr="008E7D12" w:rsidRDefault="00000000">
            <w:pPr>
              <w:rPr>
                <w:sz w:val="20"/>
                <w:szCs w:val="20"/>
              </w:rPr>
            </w:pPr>
            <w:r>
              <w:rPr>
                <w:sz w:val="20"/>
                <w:szCs w:val="20"/>
              </w:rPr>
              <w:t>0.544</w:t>
            </w:r>
          </w:p>
        </w:tc>
        <w:tc>
          <w:tcPr>
            <w:tcW w:w="1656" w:type="dxa"/>
          </w:tcPr>
          <w:p w14:paraId="6E46AD18" w14:textId="77777777" w:rsidR="00E71A28" w:rsidRPr="008E7D12" w:rsidRDefault="00000000">
            <w:pPr>
              <w:rPr>
                <w:sz w:val="20"/>
                <w:szCs w:val="20"/>
              </w:rPr>
            </w:pPr>
            <w:r>
              <w:rPr>
                <w:sz w:val="20"/>
                <w:szCs w:val="20"/>
              </w:rPr>
              <w:t>&lt;0.001</w:t>
            </w:r>
          </w:p>
        </w:tc>
      </w:tr>
      <w:tr w:rsidR="00E71A28" w:rsidRPr="008E7D12" w14:paraId="54260C5F" w14:textId="77777777" w:rsidTr="003138B3">
        <w:tc>
          <w:tcPr>
            <w:tcW w:w="2304" w:type="dxa"/>
          </w:tcPr>
          <w:p w14:paraId="3841330F" w14:textId="77777777" w:rsidR="00E71A28" w:rsidRPr="008E7D12" w:rsidRDefault="00000000">
            <w:pPr>
              <w:rPr>
                <w:sz w:val="20"/>
                <w:szCs w:val="20"/>
              </w:rPr>
            </w:pPr>
            <w:r>
              <w:rPr>
                <w:sz w:val="20"/>
                <w:szCs w:val="20"/>
              </w:rPr>
              <w:t>Gemini (LLM3)</w:t>
            </w:r>
          </w:p>
        </w:tc>
        <w:tc>
          <w:tcPr>
            <w:tcW w:w="1656" w:type="dxa"/>
          </w:tcPr>
          <w:p w14:paraId="38508D2F" w14:textId="77777777" w:rsidR="00E71A28" w:rsidRPr="008E7D12" w:rsidRDefault="00000000">
            <w:pPr>
              <w:rPr>
                <w:sz w:val="20"/>
                <w:szCs w:val="20"/>
              </w:rPr>
            </w:pPr>
            <w:r>
              <w:rPr>
                <w:sz w:val="20"/>
                <w:szCs w:val="20"/>
              </w:rPr>
              <w:t>0.890</w:t>
            </w:r>
          </w:p>
        </w:tc>
        <w:tc>
          <w:tcPr>
            <w:tcW w:w="1656" w:type="dxa"/>
          </w:tcPr>
          <w:p w14:paraId="05450989" w14:textId="77777777" w:rsidR="00E71A28" w:rsidRPr="008E7D12" w:rsidRDefault="00000000">
            <w:pPr>
              <w:rPr>
                <w:sz w:val="20"/>
                <w:szCs w:val="20"/>
              </w:rPr>
            </w:pPr>
            <w:r>
              <w:rPr>
                <w:sz w:val="20"/>
                <w:szCs w:val="20"/>
              </w:rPr>
              <w:t>&lt;0.001</w:t>
            </w:r>
          </w:p>
        </w:tc>
        <w:tc>
          <w:tcPr>
            <w:tcW w:w="1656" w:type="dxa"/>
          </w:tcPr>
          <w:p w14:paraId="448B8EDB" w14:textId="77777777" w:rsidR="00E71A28" w:rsidRPr="008E7D12" w:rsidRDefault="00000000">
            <w:pPr>
              <w:rPr>
                <w:sz w:val="20"/>
                <w:szCs w:val="20"/>
              </w:rPr>
            </w:pPr>
            <w:r>
              <w:rPr>
                <w:sz w:val="20"/>
                <w:szCs w:val="20"/>
              </w:rPr>
              <w:t>-</w:t>
            </w:r>
          </w:p>
        </w:tc>
        <w:tc>
          <w:tcPr>
            <w:tcW w:w="1656" w:type="dxa"/>
          </w:tcPr>
          <w:p w14:paraId="38F44957" w14:textId="77777777" w:rsidR="00E71A28" w:rsidRPr="008E7D12" w:rsidRDefault="00000000">
            <w:pPr>
              <w:rPr>
                <w:sz w:val="20"/>
                <w:szCs w:val="20"/>
              </w:rPr>
            </w:pPr>
            <w:r>
              <w:rPr>
                <w:sz w:val="20"/>
                <w:szCs w:val="20"/>
              </w:rPr>
              <w:t>&lt;0.001</w:t>
            </w:r>
          </w:p>
        </w:tc>
        <w:tc>
          <w:tcPr>
            <w:tcW w:w="1656" w:type="dxa"/>
          </w:tcPr>
          <w:p w14:paraId="0EAE6A05" w14:textId="77777777" w:rsidR="00E71A28" w:rsidRPr="008E7D12" w:rsidRDefault="00000000">
            <w:pPr>
              <w:rPr>
                <w:sz w:val="20"/>
                <w:szCs w:val="20"/>
              </w:rPr>
            </w:pPr>
            <w:r>
              <w:rPr>
                <w:sz w:val="20"/>
                <w:szCs w:val="20"/>
              </w:rPr>
              <w:t>0.192</w:t>
            </w:r>
          </w:p>
        </w:tc>
      </w:tr>
      <w:tr w:rsidR="00E71A28" w:rsidRPr="008E7D12" w14:paraId="6F1B7DDF" w14:textId="77777777" w:rsidTr="003138B3">
        <w:tc>
          <w:tcPr>
            <w:tcW w:w="2304" w:type="dxa"/>
          </w:tcPr>
          <w:p w14:paraId="52B56816" w14:textId="77777777" w:rsidR="00E71A28" w:rsidRPr="008E7D12" w:rsidRDefault="00000000">
            <w:pPr>
              <w:rPr>
                <w:sz w:val="20"/>
                <w:szCs w:val="20"/>
              </w:rPr>
            </w:pPr>
            <w:r>
              <w:rPr>
                <w:sz w:val="20"/>
                <w:szCs w:val="20"/>
              </w:rPr>
              <w:t>OpenEvidence (LLM4)</w:t>
            </w:r>
          </w:p>
        </w:tc>
        <w:tc>
          <w:tcPr>
            <w:tcW w:w="1656" w:type="dxa"/>
          </w:tcPr>
          <w:p w14:paraId="1466EA16" w14:textId="77777777" w:rsidR="00E71A28" w:rsidRPr="008E7D12" w:rsidRDefault="00000000">
            <w:pPr>
              <w:rPr>
                <w:sz w:val="20"/>
                <w:szCs w:val="20"/>
              </w:rPr>
            </w:pPr>
            <w:r>
              <w:rPr>
                <w:sz w:val="20"/>
                <w:szCs w:val="20"/>
              </w:rPr>
              <w:t>&lt;0.001</w:t>
            </w:r>
          </w:p>
        </w:tc>
        <w:tc>
          <w:tcPr>
            <w:tcW w:w="1656" w:type="dxa"/>
          </w:tcPr>
          <w:p w14:paraId="4B2F1C84" w14:textId="77777777" w:rsidR="00E71A28" w:rsidRPr="008E7D12" w:rsidRDefault="00000000">
            <w:pPr>
              <w:rPr>
                <w:sz w:val="20"/>
                <w:szCs w:val="20"/>
              </w:rPr>
            </w:pPr>
            <w:r>
              <w:rPr>
                <w:sz w:val="20"/>
                <w:szCs w:val="20"/>
              </w:rPr>
              <w:t>0.544</w:t>
            </w:r>
          </w:p>
        </w:tc>
        <w:tc>
          <w:tcPr>
            <w:tcW w:w="1656" w:type="dxa"/>
          </w:tcPr>
          <w:p w14:paraId="6965DB94" w14:textId="77777777" w:rsidR="00E71A28" w:rsidRPr="008E7D12" w:rsidRDefault="00000000">
            <w:pPr>
              <w:rPr>
                <w:sz w:val="20"/>
                <w:szCs w:val="20"/>
              </w:rPr>
            </w:pPr>
            <w:r>
              <w:rPr>
                <w:sz w:val="20"/>
                <w:szCs w:val="20"/>
              </w:rPr>
              <w:t>&lt;0.001</w:t>
            </w:r>
          </w:p>
        </w:tc>
        <w:tc>
          <w:tcPr>
            <w:tcW w:w="1656" w:type="dxa"/>
          </w:tcPr>
          <w:p w14:paraId="03A59EA0" w14:textId="77777777" w:rsidR="00E71A28" w:rsidRPr="008E7D12" w:rsidRDefault="00000000">
            <w:pPr>
              <w:rPr>
                <w:sz w:val="20"/>
                <w:szCs w:val="20"/>
              </w:rPr>
            </w:pPr>
            <w:r>
              <w:rPr>
                <w:sz w:val="20"/>
                <w:szCs w:val="20"/>
              </w:rPr>
              <w:t>-</w:t>
            </w:r>
          </w:p>
        </w:tc>
        <w:tc>
          <w:tcPr>
            <w:tcW w:w="1656" w:type="dxa"/>
          </w:tcPr>
          <w:p w14:paraId="03C31C26" w14:textId="77777777" w:rsidR="00E71A28" w:rsidRPr="008E7D12" w:rsidRDefault="00000000">
            <w:pPr>
              <w:rPr>
                <w:sz w:val="20"/>
                <w:szCs w:val="20"/>
              </w:rPr>
            </w:pPr>
            <w:r>
              <w:rPr>
                <w:sz w:val="20"/>
                <w:szCs w:val="20"/>
              </w:rPr>
              <w:t>&lt;0.001</w:t>
            </w:r>
          </w:p>
        </w:tc>
      </w:tr>
      <w:tr w:rsidR="00E71A28" w:rsidRPr="008E7D12" w14:paraId="7C92A022" w14:textId="77777777" w:rsidTr="003138B3">
        <w:tc>
          <w:tcPr>
            <w:tcW w:w="2304" w:type="dxa"/>
          </w:tcPr>
          <w:p w14:paraId="0CB8CA54" w14:textId="77777777" w:rsidR="00E71A28" w:rsidRPr="008E7D12" w:rsidRDefault="00000000">
            <w:pPr>
              <w:rPr>
                <w:sz w:val="20"/>
                <w:szCs w:val="20"/>
              </w:rPr>
            </w:pPr>
            <w:r>
              <w:rPr>
                <w:sz w:val="20"/>
                <w:szCs w:val="20"/>
              </w:rPr>
              <w:t>Perplexity (LLM5)</w:t>
            </w:r>
          </w:p>
        </w:tc>
        <w:tc>
          <w:tcPr>
            <w:tcW w:w="1656" w:type="dxa"/>
          </w:tcPr>
          <w:p w14:paraId="2836A4CD" w14:textId="77777777" w:rsidR="00E71A28" w:rsidRPr="008E7D12" w:rsidRDefault="00000000">
            <w:pPr>
              <w:rPr>
                <w:sz w:val="20"/>
                <w:szCs w:val="20"/>
              </w:rPr>
            </w:pPr>
            <w:r>
              <w:rPr>
                <w:sz w:val="20"/>
                <w:szCs w:val="20"/>
              </w:rPr>
              <w:t>0.196</w:t>
            </w:r>
          </w:p>
        </w:tc>
        <w:tc>
          <w:tcPr>
            <w:tcW w:w="1656" w:type="dxa"/>
          </w:tcPr>
          <w:p w14:paraId="535D0D5C" w14:textId="77777777" w:rsidR="00E71A28" w:rsidRPr="008E7D12" w:rsidRDefault="00000000">
            <w:pPr>
              <w:rPr>
                <w:sz w:val="20"/>
                <w:szCs w:val="20"/>
              </w:rPr>
            </w:pPr>
            <w:r>
              <w:rPr>
                <w:sz w:val="20"/>
                <w:szCs w:val="20"/>
              </w:rPr>
              <w:t>&lt;0.001</w:t>
            </w:r>
          </w:p>
        </w:tc>
        <w:tc>
          <w:tcPr>
            <w:tcW w:w="1656" w:type="dxa"/>
          </w:tcPr>
          <w:p w14:paraId="33D667CD" w14:textId="77777777" w:rsidR="00E71A28" w:rsidRPr="008E7D12" w:rsidRDefault="00000000">
            <w:pPr>
              <w:rPr>
                <w:sz w:val="20"/>
                <w:szCs w:val="20"/>
              </w:rPr>
            </w:pPr>
            <w:r>
              <w:rPr>
                <w:sz w:val="20"/>
                <w:szCs w:val="20"/>
              </w:rPr>
              <w:t>0.192</w:t>
            </w:r>
          </w:p>
        </w:tc>
        <w:tc>
          <w:tcPr>
            <w:tcW w:w="1656" w:type="dxa"/>
          </w:tcPr>
          <w:p w14:paraId="4358F418" w14:textId="77777777" w:rsidR="00E71A28" w:rsidRPr="008E7D12" w:rsidRDefault="00000000">
            <w:pPr>
              <w:rPr>
                <w:sz w:val="20"/>
                <w:szCs w:val="20"/>
              </w:rPr>
            </w:pPr>
            <w:r>
              <w:rPr>
                <w:sz w:val="20"/>
                <w:szCs w:val="20"/>
              </w:rPr>
              <w:t>&lt;0.001</w:t>
            </w:r>
          </w:p>
        </w:tc>
        <w:tc>
          <w:tcPr>
            <w:tcW w:w="1656" w:type="dxa"/>
          </w:tcPr>
          <w:p w14:paraId="469927A4" w14:textId="77777777" w:rsidR="00E71A28" w:rsidRPr="008E7D12" w:rsidRDefault="00000000">
            <w:pPr>
              <w:rPr>
                <w:sz w:val="20"/>
                <w:szCs w:val="20"/>
              </w:rPr>
            </w:pPr>
            <w:r>
              <w:rPr>
                <w:sz w:val="20"/>
                <w:szCs w:val="20"/>
              </w:rPr>
              <w:t>-</w:t>
            </w:r>
          </w:p>
        </w:tc>
      </w:tr>
    </w:tbl>
    <w:p w14:paraId="2016253A" w14:textId="77777777" w:rsidR="003138B3" w:rsidRDefault="003138B3">
      <w:pPr>
        <w:spacing w:before="200" w:after="100"/>
        <w:rPr>
          <w:b/>
          <w:sz w:val="24"/>
          <w:szCs w:val="24"/>
        </w:rPr>
      </w:pPr>
    </w:p>
    <w:p w14:paraId="0C9ED2B4" w14:textId="77777777" w:rsidR="00E71A28" w:rsidRPr="003138B3" w:rsidRDefault="00000000">
      <w:pPr>
        <w:spacing w:before="200" w:after="100"/>
        <w:rPr>
          <w:sz w:val="24"/>
          <w:szCs w:val="24"/>
        </w:rPr>
      </w:pPr>
      <w:r>
        <w:rPr>
          <w:b/>
          <w:sz w:val="24"/>
          <w:szCs w:val="24"/>
        </w:rPr>
        <w:t>Table S6. Conover-Holm pairwise p-values — Patient &amp; Operational Safety</w:t>
      </w:r>
    </w:p>
    <w:tbl>
      <w:tblPr>
        <w:tblStyle w:val="TableGrid"/>
        <w:tblW w:w="0" w:type="auto"/>
        <w:tblLook w:val="04A0" w:firstRow="1" w:lastRow="0" w:firstColumn="1" w:lastColumn="0" w:noHBand="0" w:noVBand="1"/>
      </w:tblPr>
      <w:tblGrid>
        <w:gridCol w:w="1901"/>
        <w:gridCol w:w="1388"/>
        <w:gridCol w:w="1290"/>
        <w:gridCol w:w="1300"/>
        <w:gridCol w:w="1570"/>
        <w:gridCol w:w="1407"/>
      </w:tblGrid>
      <w:tr w:rsidR="00E71A28" w:rsidRPr="008E7D12" w14:paraId="748A3ACF" w14:textId="77777777" w:rsidTr="003138B3">
        <w:tc>
          <w:tcPr>
            <w:tcW w:w="2304" w:type="dxa"/>
          </w:tcPr>
          <w:p w14:paraId="4405F272" w14:textId="77777777" w:rsidR="00E71A28" w:rsidRPr="008E7D12" w:rsidRDefault="00E71A28">
            <w:pPr>
              <w:rPr>
                <w:sz w:val="20"/>
                <w:szCs w:val="20"/>
              </w:rPr>
            </w:pPr>
          </w:p>
        </w:tc>
        <w:tc>
          <w:tcPr>
            <w:tcW w:w="1656" w:type="dxa"/>
          </w:tcPr>
          <w:p w14:paraId="3332DBF4" w14:textId="77777777" w:rsidR="00E71A28" w:rsidRPr="008E7D12" w:rsidRDefault="00000000">
            <w:pPr>
              <w:rPr>
                <w:sz w:val="20"/>
                <w:szCs w:val="20"/>
              </w:rPr>
            </w:pPr>
            <w:r>
              <w:rPr>
                <w:b/>
                <w:sz w:val="20"/>
                <w:szCs w:val="20"/>
              </w:rPr>
              <w:t>ChatGPT</w:t>
            </w:r>
          </w:p>
        </w:tc>
        <w:tc>
          <w:tcPr>
            <w:tcW w:w="1656" w:type="dxa"/>
          </w:tcPr>
          <w:p w14:paraId="412CDFA1" w14:textId="77777777" w:rsidR="00E71A28" w:rsidRPr="008E7D12" w:rsidRDefault="00000000">
            <w:pPr>
              <w:rPr>
                <w:sz w:val="20"/>
                <w:szCs w:val="20"/>
              </w:rPr>
            </w:pPr>
            <w:r>
              <w:rPr>
                <w:b/>
                <w:sz w:val="20"/>
                <w:szCs w:val="20"/>
              </w:rPr>
              <w:t>Claude</w:t>
            </w:r>
          </w:p>
        </w:tc>
        <w:tc>
          <w:tcPr>
            <w:tcW w:w="1656" w:type="dxa"/>
          </w:tcPr>
          <w:p w14:paraId="718C01F8" w14:textId="77777777" w:rsidR="00E71A28" w:rsidRPr="008E7D12" w:rsidRDefault="00000000">
            <w:pPr>
              <w:rPr>
                <w:sz w:val="20"/>
                <w:szCs w:val="20"/>
              </w:rPr>
            </w:pPr>
            <w:r>
              <w:rPr>
                <w:b/>
                <w:sz w:val="20"/>
                <w:szCs w:val="20"/>
              </w:rPr>
              <w:t>Gemini</w:t>
            </w:r>
          </w:p>
        </w:tc>
        <w:tc>
          <w:tcPr>
            <w:tcW w:w="1656" w:type="dxa"/>
          </w:tcPr>
          <w:p w14:paraId="2334892C" w14:textId="77777777" w:rsidR="00E71A28" w:rsidRPr="008E7D12" w:rsidRDefault="00000000">
            <w:pPr>
              <w:rPr>
                <w:sz w:val="20"/>
                <w:szCs w:val="20"/>
              </w:rPr>
            </w:pPr>
            <w:r>
              <w:rPr>
                <w:b/>
                <w:sz w:val="20"/>
                <w:szCs w:val="20"/>
              </w:rPr>
              <w:t>OpenEvidence</w:t>
            </w:r>
          </w:p>
        </w:tc>
        <w:tc>
          <w:tcPr>
            <w:tcW w:w="1656" w:type="dxa"/>
          </w:tcPr>
          <w:p w14:paraId="317F1D0D" w14:textId="77777777" w:rsidR="00E71A28" w:rsidRPr="008E7D12" w:rsidRDefault="00000000">
            <w:pPr>
              <w:rPr>
                <w:sz w:val="20"/>
                <w:szCs w:val="20"/>
              </w:rPr>
            </w:pPr>
            <w:r>
              <w:rPr>
                <w:b/>
                <w:sz w:val="20"/>
                <w:szCs w:val="20"/>
              </w:rPr>
              <w:t>Perplexity</w:t>
            </w:r>
          </w:p>
        </w:tc>
      </w:tr>
      <w:tr w:rsidR="00E71A28" w:rsidRPr="008E7D12" w14:paraId="13DB96F3" w14:textId="77777777" w:rsidTr="003138B3">
        <w:tc>
          <w:tcPr>
            <w:tcW w:w="2304" w:type="dxa"/>
          </w:tcPr>
          <w:p w14:paraId="75FF1527" w14:textId="77777777" w:rsidR="00E71A28" w:rsidRPr="008E7D12" w:rsidRDefault="00000000">
            <w:pPr>
              <w:rPr>
                <w:sz w:val="20"/>
                <w:szCs w:val="20"/>
              </w:rPr>
            </w:pPr>
            <w:r>
              <w:rPr>
                <w:sz w:val="20"/>
                <w:szCs w:val="20"/>
              </w:rPr>
              <w:t>ChatGPT (LLM1)</w:t>
            </w:r>
          </w:p>
        </w:tc>
        <w:tc>
          <w:tcPr>
            <w:tcW w:w="1656" w:type="dxa"/>
          </w:tcPr>
          <w:p w14:paraId="55DB600B" w14:textId="77777777" w:rsidR="00E71A28" w:rsidRPr="008E7D12" w:rsidRDefault="00000000">
            <w:pPr>
              <w:rPr>
                <w:sz w:val="20"/>
                <w:szCs w:val="20"/>
              </w:rPr>
            </w:pPr>
            <w:r>
              <w:rPr>
                <w:sz w:val="20"/>
                <w:szCs w:val="20"/>
              </w:rPr>
              <w:t>-</w:t>
            </w:r>
          </w:p>
        </w:tc>
        <w:tc>
          <w:tcPr>
            <w:tcW w:w="1656" w:type="dxa"/>
          </w:tcPr>
          <w:p w14:paraId="5C006EF8" w14:textId="77777777" w:rsidR="00E71A28" w:rsidRPr="008E7D12" w:rsidRDefault="00000000">
            <w:pPr>
              <w:rPr>
                <w:sz w:val="20"/>
                <w:szCs w:val="20"/>
              </w:rPr>
            </w:pPr>
            <w:r>
              <w:rPr>
                <w:sz w:val="20"/>
                <w:szCs w:val="20"/>
              </w:rPr>
              <w:t>&lt;0.001</w:t>
            </w:r>
          </w:p>
        </w:tc>
        <w:tc>
          <w:tcPr>
            <w:tcW w:w="1656" w:type="dxa"/>
          </w:tcPr>
          <w:p w14:paraId="17AE0C4B" w14:textId="77777777" w:rsidR="00E71A28" w:rsidRPr="008E7D12" w:rsidRDefault="00000000">
            <w:pPr>
              <w:rPr>
                <w:sz w:val="20"/>
                <w:szCs w:val="20"/>
              </w:rPr>
            </w:pPr>
            <w:r>
              <w:rPr>
                <w:sz w:val="20"/>
                <w:szCs w:val="20"/>
              </w:rPr>
              <w:t>0.674</w:t>
            </w:r>
          </w:p>
        </w:tc>
        <w:tc>
          <w:tcPr>
            <w:tcW w:w="1656" w:type="dxa"/>
          </w:tcPr>
          <w:p w14:paraId="0B1A57D1" w14:textId="77777777" w:rsidR="00E71A28" w:rsidRPr="008E7D12" w:rsidRDefault="00000000">
            <w:pPr>
              <w:rPr>
                <w:sz w:val="20"/>
                <w:szCs w:val="20"/>
              </w:rPr>
            </w:pPr>
            <w:r>
              <w:rPr>
                <w:sz w:val="20"/>
                <w:szCs w:val="20"/>
              </w:rPr>
              <w:t>&lt;0.001</w:t>
            </w:r>
          </w:p>
        </w:tc>
        <w:tc>
          <w:tcPr>
            <w:tcW w:w="1656" w:type="dxa"/>
          </w:tcPr>
          <w:p w14:paraId="0CA793BE" w14:textId="77777777" w:rsidR="00E71A28" w:rsidRPr="008E7D12" w:rsidRDefault="00000000">
            <w:pPr>
              <w:rPr>
                <w:sz w:val="20"/>
                <w:szCs w:val="20"/>
              </w:rPr>
            </w:pPr>
            <w:r>
              <w:rPr>
                <w:sz w:val="20"/>
                <w:szCs w:val="20"/>
              </w:rPr>
              <w:t>0.674</w:t>
            </w:r>
          </w:p>
        </w:tc>
      </w:tr>
      <w:tr w:rsidR="00E71A28" w:rsidRPr="008E7D12" w14:paraId="688F4342" w14:textId="77777777" w:rsidTr="003138B3">
        <w:tc>
          <w:tcPr>
            <w:tcW w:w="2304" w:type="dxa"/>
          </w:tcPr>
          <w:p w14:paraId="6A3AA138" w14:textId="77777777" w:rsidR="00E71A28" w:rsidRPr="008E7D12" w:rsidRDefault="00000000">
            <w:pPr>
              <w:rPr>
                <w:sz w:val="20"/>
                <w:szCs w:val="20"/>
              </w:rPr>
            </w:pPr>
            <w:r>
              <w:rPr>
                <w:sz w:val="20"/>
                <w:szCs w:val="20"/>
              </w:rPr>
              <w:t>Claude (LLM2)</w:t>
            </w:r>
          </w:p>
        </w:tc>
        <w:tc>
          <w:tcPr>
            <w:tcW w:w="1656" w:type="dxa"/>
          </w:tcPr>
          <w:p w14:paraId="6647E358" w14:textId="77777777" w:rsidR="00E71A28" w:rsidRPr="008E7D12" w:rsidRDefault="00000000">
            <w:pPr>
              <w:rPr>
                <w:sz w:val="20"/>
                <w:szCs w:val="20"/>
              </w:rPr>
            </w:pPr>
            <w:r>
              <w:rPr>
                <w:sz w:val="20"/>
                <w:szCs w:val="20"/>
              </w:rPr>
              <w:t>&lt;0.001</w:t>
            </w:r>
          </w:p>
        </w:tc>
        <w:tc>
          <w:tcPr>
            <w:tcW w:w="1656" w:type="dxa"/>
          </w:tcPr>
          <w:p w14:paraId="6EE9866D" w14:textId="77777777" w:rsidR="00E71A28" w:rsidRPr="008E7D12" w:rsidRDefault="00000000">
            <w:pPr>
              <w:rPr>
                <w:sz w:val="20"/>
                <w:szCs w:val="20"/>
              </w:rPr>
            </w:pPr>
            <w:r>
              <w:rPr>
                <w:sz w:val="20"/>
                <w:szCs w:val="20"/>
              </w:rPr>
              <w:t>-</w:t>
            </w:r>
          </w:p>
        </w:tc>
        <w:tc>
          <w:tcPr>
            <w:tcW w:w="1656" w:type="dxa"/>
          </w:tcPr>
          <w:p w14:paraId="0FD6ED2D" w14:textId="77777777" w:rsidR="00E71A28" w:rsidRPr="008E7D12" w:rsidRDefault="00000000">
            <w:pPr>
              <w:rPr>
                <w:sz w:val="20"/>
                <w:szCs w:val="20"/>
              </w:rPr>
            </w:pPr>
            <w:r>
              <w:rPr>
                <w:sz w:val="20"/>
                <w:szCs w:val="20"/>
              </w:rPr>
              <w:t>&lt;0.001</w:t>
            </w:r>
          </w:p>
        </w:tc>
        <w:tc>
          <w:tcPr>
            <w:tcW w:w="1656" w:type="dxa"/>
          </w:tcPr>
          <w:p w14:paraId="43558847" w14:textId="77777777" w:rsidR="00E71A28" w:rsidRPr="008E7D12" w:rsidRDefault="00000000">
            <w:pPr>
              <w:rPr>
                <w:sz w:val="20"/>
                <w:szCs w:val="20"/>
              </w:rPr>
            </w:pPr>
            <w:r>
              <w:rPr>
                <w:sz w:val="20"/>
                <w:szCs w:val="20"/>
              </w:rPr>
              <w:t>0.270</w:t>
            </w:r>
          </w:p>
        </w:tc>
        <w:tc>
          <w:tcPr>
            <w:tcW w:w="1656" w:type="dxa"/>
          </w:tcPr>
          <w:p w14:paraId="4359D6B9" w14:textId="77777777" w:rsidR="00E71A28" w:rsidRPr="008E7D12" w:rsidRDefault="00000000">
            <w:pPr>
              <w:rPr>
                <w:sz w:val="20"/>
                <w:szCs w:val="20"/>
              </w:rPr>
            </w:pPr>
            <w:r>
              <w:rPr>
                <w:sz w:val="20"/>
                <w:szCs w:val="20"/>
              </w:rPr>
              <w:t>&lt;0.001</w:t>
            </w:r>
          </w:p>
        </w:tc>
      </w:tr>
      <w:tr w:rsidR="00E71A28" w:rsidRPr="008E7D12" w14:paraId="26703D8B" w14:textId="77777777" w:rsidTr="003138B3">
        <w:tc>
          <w:tcPr>
            <w:tcW w:w="2304" w:type="dxa"/>
          </w:tcPr>
          <w:p w14:paraId="5B1422D3" w14:textId="77777777" w:rsidR="00E71A28" w:rsidRPr="008E7D12" w:rsidRDefault="00000000">
            <w:pPr>
              <w:rPr>
                <w:sz w:val="20"/>
                <w:szCs w:val="20"/>
              </w:rPr>
            </w:pPr>
            <w:r>
              <w:rPr>
                <w:sz w:val="20"/>
                <w:szCs w:val="20"/>
              </w:rPr>
              <w:t>Gemini (LLM3)</w:t>
            </w:r>
          </w:p>
        </w:tc>
        <w:tc>
          <w:tcPr>
            <w:tcW w:w="1656" w:type="dxa"/>
          </w:tcPr>
          <w:p w14:paraId="2E88EF6A" w14:textId="77777777" w:rsidR="00E71A28" w:rsidRPr="008E7D12" w:rsidRDefault="00000000">
            <w:pPr>
              <w:rPr>
                <w:sz w:val="20"/>
                <w:szCs w:val="20"/>
              </w:rPr>
            </w:pPr>
            <w:r>
              <w:rPr>
                <w:sz w:val="20"/>
                <w:szCs w:val="20"/>
              </w:rPr>
              <w:t>0.674</w:t>
            </w:r>
          </w:p>
        </w:tc>
        <w:tc>
          <w:tcPr>
            <w:tcW w:w="1656" w:type="dxa"/>
          </w:tcPr>
          <w:p w14:paraId="56558B86" w14:textId="77777777" w:rsidR="00E71A28" w:rsidRPr="008E7D12" w:rsidRDefault="00000000">
            <w:pPr>
              <w:rPr>
                <w:sz w:val="20"/>
                <w:szCs w:val="20"/>
              </w:rPr>
            </w:pPr>
            <w:r>
              <w:rPr>
                <w:sz w:val="20"/>
                <w:szCs w:val="20"/>
              </w:rPr>
              <w:t>&lt;0.001</w:t>
            </w:r>
          </w:p>
        </w:tc>
        <w:tc>
          <w:tcPr>
            <w:tcW w:w="1656" w:type="dxa"/>
          </w:tcPr>
          <w:p w14:paraId="2AD6819A" w14:textId="77777777" w:rsidR="00E71A28" w:rsidRPr="008E7D12" w:rsidRDefault="00000000">
            <w:pPr>
              <w:rPr>
                <w:sz w:val="20"/>
                <w:szCs w:val="20"/>
              </w:rPr>
            </w:pPr>
            <w:r>
              <w:rPr>
                <w:sz w:val="20"/>
                <w:szCs w:val="20"/>
              </w:rPr>
              <w:t>-</w:t>
            </w:r>
          </w:p>
        </w:tc>
        <w:tc>
          <w:tcPr>
            <w:tcW w:w="1656" w:type="dxa"/>
          </w:tcPr>
          <w:p w14:paraId="0236B655" w14:textId="77777777" w:rsidR="00E71A28" w:rsidRPr="008E7D12" w:rsidRDefault="00000000">
            <w:pPr>
              <w:rPr>
                <w:sz w:val="20"/>
                <w:szCs w:val="20"/>
              </w:rPr>
            </w:pPr>
            <w:r>
              <w:rPr>
                <w:sz w:val="20"/>
                <w:szCs w:val="20"/>
              </w:rPr>
              <w:t>&lt;0.001</w:t>
            </w:r>
          </w:p>
        </w:tc>
        <w:tc>
          <w:tcPr>
            <w:tcW w:w="1656" w:type="dxa"/>
          </w:tcPr>
          <w:p w14:paraId="07FD9600" w14:textId="77777777" w:rsidR="00E71A28" w:rsidRPr="008E7D12" w:rsidRDefault="00000000">
            <w:pPr>
              <w:rPr>
                <w:sz w:val="20"/>
                <w:szCs w:val="20"/>
              </w:rPr>
            </w:pPr>
            <w:r>
              <w:rPr>
                <w:sz w:val="20"/>
                <w:szCs w:val="20"/>
              </w:rPr>
              <w:t>0.453</w:t>
            </w:r>
          </w:p>
        </w:tc>
      </w:tr>
      <w:tr w:rsidR="00E71A28" w:rsidRPr="008E7D12" w14:paraId="42C251D3" w14:textId="77777777" w:rsidTr="003138B3">
        <w:tc>
          <w:tcPr>
            <w:tcW w:w="2304" w:type="dxa"/>
          </w:tcPr>
          <w:p w14:paraId="3AF5C92A" w14:textId="77777777" w:rsidR="00E71A28" w:rsidRPr="008E7D12" w:rsidRDefault="00000000">
            <w:pPr>
              <w:rPr>
                <w:sz w:val="20"/>
                <w:szCs w:val="20"/>
              </w:rPr>
            </w:pPr>
            <w:r>
              <w:rPr>
                <w:sz w:val="20"/>
                <w:szCs w:val="20"/>
              </w:rPr>
              <w:t>OpenEvidence (LLM4)</w:t>
            </w:r>
          </w:p>
        </w:tc>
        <w:tc>
          <w:tcPr>
            <w:tcW w:w="1656" w:type="dxa"/>
          </w:tcPr>
          <w:p w14:paraId="02332C63" w14:textId="77777777" w:rsidR="00E71A28" w:rsidRPr="008E7D12" w:rsidRDefault="00000000">
            <w:pPr>
              <w:rPr>
                <w:sz w:val="20"/>
                <w:szCs w:val="20"/>
              </w:rPr>
            </w:pPr>
            <w:r>
              <w:rPr>
                <w:sz w:val="20"/>
                <w:szCs w:val="20"/>
              </w:rPr>
              <w:t>&lt;0.001</w:t>
            </w:r>
          </w:p>
        </w:tc>
        <w:tc>
          <w:tcPr>
            <w:tcW w:w="1656" w:type="dxa"/>
          </w:tcPr>
          <w:p w14:paraId="003A7EC7" w14:textId="77777777" w:rsidR="00E71A28" w:rsidRPr="008E7D12" w:rsidRDefault="00000000">
            <w:pPr>
              <w:rPr>
                <w:sz w:val="20"/>
                <w:szCs w:val="20"/>
              </w:rPr>
            </w:pPr>
            <w:r>
              <w:rPr>
                <w:sz w:val="20"/>
                <w:szCs w:val="20"/>
              </w:rPr>
              <w:t>0.270</w:t>
            </w:r>
          </w:p>
        </w:tc>
        <w:tc>
          <w:tcPr>
            <w:tcW w:w="1656" w:type="dxa"/>
          </w:tcPr>
          <w:p w14:paraId="5F1E3D3C" w14:textId="77777777" w:rsidR="00E71A28" w:rsidRPr="008E7D12" w:rsidRDefault="00000000">
            <w:pPr>
              <w:rPr>
                <w:sz w:val="20"/>
                <w:szCs w:val="20"/>
              </w:rPr>
            </w:pPr>
            <w:r>
              <w:rPr>
                <w:sz w:val="20"/>
                <w:szCs w:val="20"/>
              </w:rPr>
              <w:t>&lt;0.001</w:t>
            </w:r>
          </w:p>
        </w:tc>
        <w:tc>
          <w:tcPr>
            <w:tcW w:w="1656" w:type="dxa"/>
          </w:tcPr>
          <w:p w14:paraId="26200654" w14:textId="77777777" w:rsidR="00E71A28" w:rsidRPr="008E7D12" w:rsidRDefault="00000000">
            <w:pPr>
              <w:rPr>
                <w:sz w:val="20"/>
                <w:szCs w:val="20"/>
              </w:rPr>
            </w:pPr>
            <w:r>
              <w:rPr>
                <w:sz w:val="20"/>
                <w:szCs w:val="20"/>
              </w:rPr>
              <w:t>-</w:t>
            </w:r>
          </w:p>
        </w:tc>
        <w:tc>
          <w:tcPr>
            <w:tcW w:w="1656" w:type="dxa"/>
          </w:tcPr>
          <w:p w14:paraId="359F7E70" w14:textId="77777777" w:rsidR="00E71A28" w:rsidRPr="008E7D12" w:rsidRDefault="00000000">
            <w:pPr>
              <w:rPr>
                <w:sz w:val="20"/>
                <w:szCs w:val="20"/>
              </w:rPr>
            </w:pPr>
            <w:r>
              <w:rPr>
                <w:sz w:val="20"/>
                <w:szCs w:val="20"/>
              </w:rPr>
              <w:t>&lt;0.001</w:t>
            </w:r>
          </w:p>
        </w:tc>
      </w:tr>
      <w:tr w:rsidR="00E71A28" w:rsidRPr="008E7D12" w14:paraId="5D199DA6" w14:textId="77777777" w:rsidTr="003138B3">
        <w:tc>
          <w:tcPr>
            <w:tcW w:w="2304" w:type="dxa"/>
          </w:tcPr>
          <w:p w14:paraId="33C9DBE7" w14:textId="77777777" w:rsidR="00E71A28" w:rsidRPr="008E7D12" w:rsidRDefault="00000000">
            <w:pPr>
              <w:rPr>
                <w:sz w:val="20"/>
                <w:szCs w:val="20"/>
              </w:rPr>
            </w:pPr>
            <w:r>
              <w:rPr>
                <w:sz w:val="20"/>
                <w:szCs w:val="20"/>
              </w:rPr>
              <w:t>Perplexity (LLM5)</w:t>
            </w:r>
          </w:p>
        </w:tc>
        <w:tc>
          <w:tcPr>
            <w:tcW w:w="1656" w:type="dxa"/>
          </w:tcPr>
          <w:p w14:paraId="6205F4FF" w14:textId="77777777" w:rsidR="00E71A28" w:rsidRPr="008E7D12" w:rsidRDefault="00000000">
            <w:pPr>
              <w:rPr>
                <w:sz w:val="20"/>
                <w:szCs w:val="20"/>
              </w:rPr>
            </w:pPr>
            <w:r>
              <w:rPr>
                <w:sz w:val="20"/>
                <w:szCs w:val="20"/>
              </w:rPr>
              <w:t>0.674</w:t>
            </w:r>
          </w:p>
        </w:tc>
        <w:tc>
          <w:tcPr>
            <w:tcW w:w="1656" w:type="dxa"/>
          </w:tcPr>
          <w:p w14:paraId="1994D0CD" w14:textId="77777777" w:rsidR="00E71A28" w:rsidRPr="008E7D12" w:rsidRDefault="00000000">
            <w:pPr>
              <w:rPr>
                <w:sz w:val="20"/>
                <w:szCs w:val="20"/>
              </w:rPr>
            </w:pPr>
            <w:r>
              <w:rPr>
                <w:sz w:val="20"/>
                <w:szCs w:val="20"/>
              </w:rPr>
              <w:t>&lt;0.001</w:t>
            </w:r>
          </w:p>
        </w:tc>
        <w:tc>
          <w:tcPr>
            <w:tcW w:w="1656" w:type="dxa"/>
          </w:tcPr>
          <w:p w14:paraId="7D1B0D1B" w14:textId="77777777" w:rsidR="00E71A28" w:rsidRPr="008E7D12" w:rsidRDefault="00000000">
            <w:pPr>
              <w:rPr>
                <w:sz w:val="20"/>
                <w:szCs w:val="20"/>
              </w:rPr>
            </w:pPr>
            <w:r>
              <w:rPr>
                <w:sz w:val="20"/>
                <w:szCs w:val="20"/>
              </w:rPr>
              <w:t>0.453</w:t>
            </w:r>
          </w:p>
        </w:tc>
        <w:tc>
          <w:tcPr>
            <w:tcW w:w="1656" w:type="dxa"/>
          </w:tcPr>
          <w:p w14:paraId="11D2AD56" w14:textId="77777777" w:rsidR="00E71A28" w:rsidRPr="008E7D12" w:rsidRDefault="00000000">
            <w:pPr>
              <w:rPr>
                <w:sz w:val="20"/>
                <w:szCs w:val="20"/>
              </w:rPr>
            </w:pPr>
            <w:r>
              <w:rPr>
                <w:sz w:val="20"/>
                <w:szCs w:val="20"/>
              </w:rPr>
              <w:t>&lt;0.001</w:t>
            </w:r>
          </w:p>
        </w:tc>
        <w:tc>
          <w:tcPr>
            <w:tcW w:w="1656" w:type="dxa"/>
          </w:tcPr>
          <w:p w14:paraId="5A507EB4" w14:textId="77777777" w:rsidR="00E71A28" w:rsidRPr="008E7D12" w:rsidRDefault="00000000">
            <w:pPr>
              <w:rPr>
                <w:sz w:val="20"/>
                <w:szCs w:val="20"/>
              </w:rPr>
            </w:pPr>
            <w:r>
              <w:rPr>
                <w:sz w:val="20"/>
                <w:szCs w:val="20"/>
              </w:rPr>
              <w:t>-</w:t>
            </w:r>
          </w:p>
        </w:tc>
      </w:tr>
    </w:tbl>
    <w:p w14:paraId="3AC1D67A" w14:textId="77777777" w:rsidR="003138B3" w:rsidRDefault="003138B3">
      <w:pPr>
        <w:spacing w:before="200" w:after="100"/>
        <w:rPr>
          <w:b/>
          <w:sz w:val="24"/>
          <w:szCs w:val="24"/>
        </w:rPr>
      </w:pPr>
    </w:p>
    <w:p w14:paraId="394DD2BF" w14:textId="77777777" w:rsidR="00E71A28" w:rsidRPr="003138B3" w:rsidRDefault="00000000">
      <w:pPr>
        <w:spacing w:before="200" w:after="100"/>
        <w:rPr>
          <w:sz w:val="24"/>
          <w:szCs w:val="24"/>
        </w:rPr>
      </w:pPr>
      <w:r>
        <w:rPr>
          <w:b/>
          <w:sz w:val="24"/>
          <w:szCs w:val="24"/>
        </w:rPr>
        <w:t>Table S7. Conover-Holm pairwise p-values - Freedom from Hallucinations</w:t>
      </w:r>
    </w:p>
    <w:tbl>
      <w:tblPr>
        <w:tblStyle w:val="TableGrid"/>
        <w:tblW w:w="0" w:type="auto"/>
        <w:tblLook w:val="04A0" w:firstRow="1" w:lastRow="0" w:firstColumn="1" w:lastColumn="0" w:noHBand="0" w:noVBand="1"/>
      </w:tblPr>
      <w:tblGrid>
        <w:gridCol w:w="1901"/>
        <w:gridCol w:w="1388"/>
        <w:gridCol w:w="1290"/>
        <w:gridCol w:w="1300"/>
        <w:gridCol w:w="1570"/>
        <w:gridCol w:w="1407"/>
      </w:tblGrid>
      <w:tr w:rsidR="00E71A28" w:rsidRPr="008E7D12" w14:paraId="4C4BFD45" w14:textId="77777777" w:rsidTr="003138B3">
        <w:tc>
          <w:tcPr>
            <w:tcW w:w="2304" w:type="dxa"/>
          </w:tcPr>
          <w:p w14:paraId="799ACDB6" w14:textId="77777777" w:rsidR="00E71A28" w:rsidRPr="008E7D12" w:rsidRDefault="00E71A28">
            <w:pPr>
              <w:rPr>
                <w:sz w:val="20"/>
                <w:szCs w:val="20"/>
              </w:rPr>
            </w:pPr>
          </w:p>
        </w:tc>
        <w:tc>
          <w:tcPr>
            <w:tcW w:w="1656" w:type="dxa"/>
          </w:tcPr>
          <w:p w14:paraId="42D2C7A3" w14:textId="77777777" w:rsidR="00E71A28" w:rsidRPr="008E7D12" w:rsidRDefault="00000000">
            <w:pPr>
              <w:rPr>
                <w:sz w:val="20"/>
                <w:szCs w:val="20"/>
              </w:rPr>
            </w:pPr>
            <w:r>
              <w:rPr>
                <w:b/>
                <w:sz w:val="20"/>
                <w:szCs w:val="20"/>
              </w:rPr>
              <w:t>ChatGPT</w:t>
            </w:r>
          </w:p>
        </w:tc>
        <w:tc>
          <w:tcPr>
            <w:tcW w:w="1656" w:type="dxa"/>
          </w:tcPr>
          <w:p w14:paraId="2B419042" w14:textId="77777777" w:rsidR="00E71A28" w:rsidRPr="008E7D12" w:rsidRDefault="00000000">
            <w:pPr>
              <w:rPr>
                <w:sz w:val="20"/>
                <w:szCs w:val="20"/>
              </w:rPr>
            </w:pPr>
            <w:r>
              <w:rPr>
                <w:b/>
                <w:sz w:val="20"/>
                <w:szCs w:val="20"/>
              </w:rPr>
              <w:t>Claude</w:t>
            </w:r>
          </w:p>
        </w:tc>
        <w:tc>
          <w:tcPr>
            <w:tcW w:w="1656" w:type="dxa"/>
          </w:tcPr>
          <w:p w14:paraId="0D47F7DD" w14:textId="77777777" w:rsidR="00E71A28" w:rsidRPr="008E7D12" w:rsidRDefault="00000000">
            <w:pPr>
              <w:rPr>
                <w:sz w:val="20"/>
                <w:szCs w:val="20"/>
              </w:rPr>
            </w:pPr>
            <w:r>
              <w:rPr>
                <w:b/>
                <w:sz w:val="20"/>
                <w:szCs w:val="20"/>
              </w:rPr>
              <w:t>Gemini</w:t>
            </w:r>
          </w:p>
        </w:tc>
        <w:tc>
          <w:tcPr>
            <w:tcW w:w="1656" w:type="dxa"/>
          </w:tcPr>
          <w:p w14:paraId="1CFCA27E" w14:textId="77777777" w:rsidR="00E71A28" w:rsidRPr="008E7D12" w:rsidRDefault="00000000">
            <w:pPr>
              <w:rPr>
                <w:sz w:val="20"/>
                <w:szCs w:val="20"/>
              </w:rPr>
            </w:pPr>
            <w:r>
              <w:rPr>
                <w:b/>
                <w:sz w:val="20"/>
                <w:szCs w:val="20"/>
              </w:rPr>
              <w:t>OpenEvidence</w:t>
            </w:r>
          </w:p>
        </w:tc>
        <w:tc>
          <w:tcPr>
            <w:tcW w:w="1656" w:type="dxa"/>
          </w:tcPr>
          <w:p w14:paraId="22F28102" w14:textId="77777777" w:rsidR="00E71A28" w:rsidRPr="008E7D12" w:rsidRDefault="00000000">
            <w:pPr>
              <w:rPr>
                <w:sz w:val="20"/>
                <w:szCs w:val="20"/>
              </w:rPr>
            </w:pPr>
            <w:r>
              <w:rPr>
                <w:b/>
                <w:sz w:val="20"/>
                <w:szCs w:val="20"/>
              </w:rPr>
              <w:t>Perplexity</w:t>
            </w:r>
          </w:p>
        </w:tc>
      </w:tr>
      <w:tr w:rsidR="00E71A28" w:rsidRPr="008E7D12" w14:paraId="71A179C2" w14:textId="77777777" w:rsidTr="003138B3">
        <w:tc>
          <w:tcPr>
            <w:tcW w:w="2304" w:type="dxa"/>
          </w:tcPr>
          <w:p w14:paraId="1A402E37" w14:textId="77777777" w:rsidR="00E71A28" w:rsidRPr="008E7D12" w:rsidRDefault="00000000">
            <w:pPr>
              <w:rPr>
                <w:sz w:val="20"/>
                <w:szCs w:val="20"/>
              </w:rPr>
            </w:pPr>
            <w:r>
              <w:rPr>
                <w:sz w:val="20"/>
                <w:szCs w:val="20"/>
              </w:rPr>
              <w:t>ChatGPT (LLM1)</w:t>
            </w:r>
          </w:p>
        </w:tc>
        <w:tc>
          <w:tcPr>
            <w:tcW w:w="1656" w:type="dxa"/>
          </w:tcPr>
          <w:p w14:paraId="2B39A7E8" w14:textId="77777777" w:rsidR="00E71A28" w:rsidRPr="008E7D12" w:rsidRDefault="00000000">
            <w:pPr>
              <w:rPr>
                <w:sz w:val="20"/>
                <w:szCs w:val="20"/>
              </w:rPr>
            </w:pPr>
            <w:r>
              <w:rPr>
                <w:sz w:val="20"/>
                <w:szCs w:val="20"/>
              </w:rPr>
              <w:t>-</w:t>
            </w:r>
          </w:p>
        </w:tc>
        <w:tc>
          <w:tcPr>
            <w:tcW w:w="1656" w:type="dxa"/>
          </w:tcPr>
          <w:p w14:paraId="5DEB4466" w14:textId="77777777" w:rsidR="00E71A28" w:rsidRPr="008E7D12" w:rsidRDefault="00000000">
            <w:pPr>
              <w:rPr>
                <w:sz w:val="20"/>
                <w:szCs w:val="20"/>
              </w:rPr>
            </w:pPr>
            <w:r>
              <w:rPr>
                <w:sz w:val="20"/>
                <w:szCs w:val="20"/>
              </w:rPr>
              <w:t>0.984</w:t>
            </w:r>
          </w:p>
        </w:tc>
        <w:tc>
          <w:tcPr>
            <w:tcW w:w="1656" w:type="dxa"/>
          </w:tcPr>
          <w:p w14:paraId="25ABE415" w14:textId="77777777" w:rsidR="00E71A28" w:rsidRPr="008E7D12" w:rsidRDefault="00000000">
            <w:pPr>
              <w:rPr>
                <w:sz w:val="20"/>
                <w:szCs w:val="20"/>
              </w:rPr>
            </w:pPr>
            <w:r>
              <w:rPr>
                <w:sz w:val="20"/>
                <w:szCs w:val="20"/>
              </w:rPr>
              <w:t>0.957</w:t>
            </w:r>
          </w:p>
        </w:tc>
        <w:tc>
          <w:tcPr>
            <w:tcW w:w="1656" w:type="dxa"/>
          </w:tcPr>
          <w:p w14:paraId="4E59CA1A" w14:textId="77777777" w:rsidR="00E71A28" w:rsidRPr="008E7D12" w:rsidRDefault="00000000">
            <w:pPr>
              <w:rPr>
                <w:sz w:val="20"/>
                <w:szCs w:val="20"/>
              </w:rPr>
            </w:pPr>
            <w:r>
              <w:rPr>
                <w:sz w:val="20"/>
                <w:szCs w:val="20"/>
              </w:rPr>
              <w:t>1.000</w:t>
            </w:r>
          </w:p>
        </w:tc>
        <w:tc>
          <w:tcPr>
            <w:tcW w:w="1656" w:type="dxa"/>
          </w:tcPr>
          <w:p w14:paraId="65AB246E" w14:textId="77777777" w:rsidR="00E71A28" w:rsidRPr="008E7D12" w:rsidRDefault="00000000">
            <w:pPr>
              <w:rPr>
                <w:sz w:val="20"/>
                <w:szCs w:val="20"/>
              </w:rPr>
            </w:pPr>
            <w:r>
              <w:rPr>
                <w:sz w:val="20"/>
                <w:szCs w:val="20"/>
              </w:rPr>
              <w:t>1.000</w:t>
            </w:r>
          </w:p>
        </w:tc>
      </w:tr>
      <w:tr w:rsidR="00E71A28" w:rsidRPr="008E7D12" w14:paraId="73C541BF" w14:textId="77777777" w:rsidTr="003138B3">
        <w:tc>
          <w:tcPr>
            <w:tcW w:w="2304" w:type="dxa"/>
          </w:tcPr>
          <w:p w14:paraId="5AC8F399" w14:textId="77777777" w:rsidR="00E71A28" w:rsidRPr="008E7D12" w:rsidRDefault="00000000">
            <w:pPr>
              <w:rPr>
                <w:sz w:val="20"/>
                <w:szCs w:val="20"/>
              </w:rPr>
            </w:pPr>
            <w:r>
              <w:rPr>
                <w:sz w:val="20"/>
                <w:szCs w:val="20"/>
              </w:rPr>
              <w:t>Claude (LLM2)</w:t>
            </w:r>
          </w:p>
        </w:tc>
        <w:tc>
          <w:tcPr>
            <w:tcW w:w="1656" w:type="dxa"/>
          </w:tcPr>
          <w:p w14:paraId="6A36129D" w14:textId="77777777" w:rsidR="00E71A28" w:rsidRPr="008E7D12" w:rsidRDefault="00000000">
            <w:pPr>
              <w:rPr>
                <w:sz w:val="20"/>
                <w:szCs w:val="20"/>
              </w:rPr>
            </w:pPr>
            <w:r>
              <w:rPr>
                <w:sz w:val="20"/>
                <w:szCs w:val="20"/>
              </w:rPr>
              <w:t>0.984</w:t>
            </w:r>
          </w:p>
        </w:tc>
        <w:tc>
          <w:tcPr>
            <w:tcW w:w="1656" w:type="dxa"/>
          </w:tcPr>
          <w:p w14:paraId="37750FAA" w14:textId="77777777" w:rsidR="00E71A28" w:rsidRPr="008E7D12" w:rsidRDefault="00000000">
            <w:pPr>
              <w:rPr>
                <w:sz w:val="20"/>
                <w:szCs w:val="20"/>
              </w:rPr>
            </w:pPr>
            <w:r>
              <w:rPr>
                <w:sz w:val="20"/>
                <w:szCs w:val="20"/>
              </w:rPr>
              <w:t>-</w:t>
            </w:r>
          </w:p>
        </w:tc>
        <w:tc>
          <w:tcPr>
            <w:tcW w:w="1656" w:type="dxa"/>
          </w:tcPr>
          <w:p w14:paraId="20E6C58D" w14:textId="77777777" w:rsidR="00E71A28" w:rsidRPr="008E7D12" w:rsidRDefault="00000000">
            <w:pPr>
              <w:rPr>
                <w:sz w:val="20"/>
                <w:szCs w:val="20"/>
              </w:rPr>
            </w:pPr>
            <w:r>
              <w:rPr>
                <w:sz w:val="20"/>
                <w:szCs w:val="20"/>
              </w:rPr>
              <w:t>0.078</w:t>
            </w:r>
          </w:p>
        </w:tc>
        <w:tc>
          <w:tcPr>
            <w:tcW w:w="1656" w:type="dxa"/>
          </w:tcPr>
          <w:p w14:paraId="50356F10" w14:textId="77777777" w:rsidR="00E71A28" w:rsidRPr="008E7D12" w:rsidRDefault="00000000">
            <w:pPr>
              <w:rPr>
                <w:sz w:val="20"/>
                <w:szCs w:val="20"/>
              </w:rPr>
            </w:pPr>
            <w:r>
              <w:rPr>
                <w:sz w:val="20"/>
                <w:szCs w:val="20"/>
              </w:rPr>
              <w:t>1.000</w:t>
            </w:r>
          </w:p>
        </w:tc>
        <w:tc>
          <w:tcPr>
            <w:tcW w:w="1656" w:type="dxa"/>
          </w:tcPr>
          <w:p w14:paraId="2CF2A589" w14:textId="77777777" w:rsidR="00E71A28" w:rsidRPr="008E7D12" w:rsidRDefault="00000000">
            <w:pPr>
              <w:rPr>
                <w:sz w:val="20"/>
                <w:szCs w:val="20"/>
              </w:rPr>
            </w:pPr>
            <w:r>
              <w:rPr>
                <w:sz w:val="20"/>
                <w:szCs w:val="20"/>
              </w:rPr>
              <w:t>0.282</w:t>
            </w:r>
          </w:p>
        </w:tc>
      </w:tr>
      <w:tr w:rsidR="00E71A28" w:rsidRPr="008E7D12" w14:paraId="5DDE36C7" w14:textId="77777777" w:rsidTr="003138B3">
        <w:tc>
          <w:tcPr>
            <w:tcW w:w="2304" w:type="dxa"/>
          </w:tcPr>
          <w:p w14:paraId="71783970" w14:textId="77777777" w:rsidR="00E71A28" w:rsidRPr="008E7D12" w:rsidRDefault="00000000">
            <w:pPr>
              <w:rPr>
                <w:sz w:val="20"/>
                <w:szCs w:val="20"/>
              </w:rPr>
            </w:pPr>
            <w:r>
              <w:rPr>
                <w:sz w:val="20"/>
                <w:szCs w:val="20"/>
              </w:rPr>
              <w:t>Gemini (LLM3)</w:t>
            </w:r>
          </w:p>
        </w:tc>
        <w:tc>
          <w:tcPr>
            <w:tcW w:w="1656" w:type="dxa"/>
          </w:tcPr>
          <w:p w14:paraId="2C408409" w14:textId="77777777" w:rsidR="00E71A28" w:rsidRPr="008E7D12" w:rsidRDefault="00000000">
            <w:pPr>
              <w:rPr>
                <w:sz w:val="20"/>
                <w:szCs w:val="20"/>
              </w:rPr>
            </w:pPr>
            <w:r>
              <w:rPr>
                <w:sz w:val="20"/>
                <w:szCs w:val="20"/>
              </w:rPr>
              <w:t>0.957</w:t>
            </w:r>
          </w:p>
        </w:tc>
        <w:tc>
          <w:tcPr>
            <w:tcW w:w="1656" w:type="dxa"/>
          </w:tcPr>
          <w:p w14:paraId="42161AF8" w14:textId="77777777" w:rsidR="00E71A28" w:rsidRPr="008E7D12" w:rsidRDefault="00000000">
            <w:pPr>
              <w:rPr>
                <w:sz w:val="20"/>
                <w:szCs w:val="20"/>
              </w:rPr>
            </w:pPr>
            <w:r>
              <w:rPr>
                <w:sz w:val="20"/>
                <w:szCs w:val="20"/>
              </w:rPr>
              <w:t>0.078</w:t>
            </w:r>
          </w:p>
        </w:tc>
        <w:tc>
          <w:tcPr>
            <w:tcW w:w="1656" w:type="dxa"/>
          </w:tcPr>
          <w:p w14:paraId="651583CB" w14:textId="77777777" w:rsidR="00E71A28" w:rsidRPr="008E7D12" w:rsidRDefault="00000000">
            <w:pPr>
              <w:rPr>
                <w:sz w:val="20"/>
                <w:szCs w:val="20"/>
              </w:rPr>
            </w:pPr>
            <w:r>
              <w:rPr>
                <w:sz w:val="20"/>
                <w:szCs w:val="20"/>
              </w:rPr>
              <w:t>-</w:t>
            </w:r>
          </w:p>
        </w:tc>
        <w:tc>
          <w:tcPr>
            <w:tcW w:w="1656" w:type="dxa"/>
          </w:tcPr>
          <w:p w14:paraId="056DEB93" w14:textId="77777777" w:rsidR="00E71A28" w:rsidRPr="008E7D12" w:rsidRDefault="00000000">
            <w:pPr>
              <w:rPr>
                <w:sz w:val="20"/>
                <w:szCs w:val="20"/>
              </w:rPr>
            </w:pPr>
            <w:r>
              <w:rPr>
                <w:sz w:val="20"/>
                <w:szCs w:val="20"/>
              </w:rPr>
              <w:t>0.288</w:t>
            </w:r>
          </w:p>
        </w:tc>
        <w:tc>
          <w:tcPr>
            <w:tcW w:w="1656" w:type="dxa"/>
          </w:tcPr>
          <w:p w14:paraId="64F31E4C" w14:textId="77777777" w:rsidR="00E71A28" w:rsidRPr="008E7D12" w:rsidRDefault="00000000">
            <w:pPr>
              <w:rPr>
                <w:sz w:val="20"/>
                <w:szCs w:val="20"/>
              </w:rPr>
            </w:pPr>
            <w:r>
              <w:rPr>
                <w:sz w:val="20"/>
                <w:szCs w:val="20"/>
              </w:rPr>
              <w:t>1.000</w:t>
            </w:r>
          </w:p>
        </w:tc>
      </w:tr>
      <w:tr w:rsidR="00E71A28" w:rsidRPr="008E7D12" w14:paraId="6465D900" w14:textId="77777777" w:rsidTr="003138B3">
        <w:tc>
          <w:tcPr>
            <w:tcW w:w="2304" w:type="dxa"/>
          </w:tcPr>
          <w:p w14:paraId="30E86316" w14:textId="77777777" w:rsidR="00E71A28" w:rsidRPr="008E7D12" w:rsidRDefault="00000000">
            <w:pPr>
              <w:rPr>
                <w:sz w:val="20"/>
                <w:szCs w:val="20"/>
              </w:rPr>
            </w:pPr>
            <w:r>
              <w:rPr>
                <w:sz w:val="20"/>
                <w:szCs w:val="20"/>
              </w:rPr>
              <w:t>OpenEvidence (LLM4)</w:t>
            </w:r>
          </w:p>
        </w:tc>
        <w:tc>
          <w:tcPr>
            <w:tcW w:w="1656" w:type="dxa"/>
          </w:tcPr>
          <w:p w14:paraId="5E2E00F5" w14:textId="77777777" w:rsidR="00E71A28" w:rsidRPr="008E7D12" w:rsidRDefault="00000000">
            <w:pPr>
              <w:rPr>
                <w:sz w:val="20"/>
                <w:szCs w:val="20"/>
              </w:rPr>
            </w:pPr>
            <w:r>
              <w:rPr>
                <w:sz w:val="20"/>
                <w:szCs w:val="20"/>
              </w:rPr>
              <w:t>1.000</w:t>
            </w:r>
          </w:p>
        </w:tc>
        <w:tc>
          <w:tcPr>
            <w:tcW w:w="1656" w:type="dxa"/>
          </w:tcPr>
          <w:p w14:paraId="25E79929" w14:textId="77777777" w:rsidR="00E71A28" w:rsidRPr="008E7D12" w:rsidRDefault="00000000">
            <w:pPr>
              <w:rPr>
                <w:sz w:val="20"/>
                <w:szCs w:val="20"/>
              </w:rPr>
            </w:pPr>
            <w:r>
              <w:rPr>
                <w:sz w:val="20"/>
                <w:szCs w:val="20"/>
              </w:rPr>
              <w:t>1.000</w:t>
            </w:r>
          </w:p>
        </w:tc>
        <w:tc>
          <w:tcPr>
            <w:tcW w:w="1656" w:type="dxa"/>
          </w:tcPr>
          <w:p w14:paraId="40EB91C9" w14:textId="77777777" w:rsidR="00E71A28" w:rsidRPr="008E7D12" w:rsidRDefault="00000000">
            <w:pPr>
              <w:rPr>
                <w:sz w:val="20"/>
                <w:szCs w:val="20"/>
              </w:rPr>
            </w:pPr>
            <w:r>
              <w:rPr>
                <w:sz w:val="20"/>
                <w:szCs w:val="20"/>
              </w:rPr>
              <w:t>0.288</w:t>
            </w:r>
          </w:p>
        </w:tc>
        <w:tc>
          <w:tcPr>
            <w:tcW w:w="1656" w:type="dxa"/>
          </w:tcPr>
          <w:p w14:paraId="2844A855" w14:textId="77777777" w:rsidR="00E71A28" w:rsidRPr="008E7D12" w:rsidRDefault="00000000">
            <w:pPr>
              <w:rPr>
                <w:sz w:val="20"/>
                <w:szCs w:val="20"/>
              </w:rPr>
            </w:pPr>
            <w:r>
              <w:rPr>
                <w:sz w:val="20"/>
                <w:szCs w:val="20"/>
              </w:rPr>
              <w:t>-</w:t>
            </w:r>
          </w:p>
        </w:tc>
        <w:tc>
          <w:tcPr>
            <w:tcW w:w="1656" w:type="dxa"/>
          </w:tcPr>
          <w:p w14:paraId="6CFA9653" w14:textId="77777777" w:rsidR="00E71A28" w:rsidRPr="008E7D12" w:rsidRDefault="00000000">
            <w:pPr>
              <w:rPr>
                <w:sz w:val="20"/>
                <w:szCs w:val="20"/>
              </w:rPr>
            </w:pPr>
            <w:r>
              <w:rPr>
                <w:sz w:val="20"/>
                <w:szCs w:val="20"/>
              </w:rPr>
              <w:t>0.798</w:t>
            </w:r>
          </w:p>
        </w:tc>
      </w:tr>
      <w:tr w:rsidR="00E71A28" w:rsidRPr="008E7D12" w14:paraId="3110CD19" w14:textId="77777777" w:rsidTr="003138B3">
        <w:tc>
          <w:tcPr>
            <w:tcW w:w="2304" w:type="dxa"/>
          </w:tcPr>
          <w:p w14:paraId="3242AFBD" w14:textId="77777777" w:rsidR="00E71A28" w:rsidRPr="008E7D12" w:rsidRDefault="00000000">
            <w:pPr>
              <w:rPr>
                <w:sz w:val="20"/>
                <w:szCs w:val="20"/>
              </w:rPr>
            </w:pPr>
            <w:r>
              <w:rPr>
                <w:sz w:val="20"/>
                <w:szCs w:val="20"/>
              </w:rPr>
              <w:t>Perplexity (LLM5)</w:t>
            </w:r>
          </w:p>
        </w:tc>
        <w:tc>
          <w:tcPr>
            <w:tcW w:w="1656" w:type="dxa"/>
          </w:tcPr>
          <w:p w14:paraId="435CBE3A" w14:textId="77777777" w:rsidR="00E71A28" w:rsidRPr="008E7D12" w:rsidRDefault="00000000">
            <w:pPr>
              <w:rPr>
                <w:sz w:val="20"/>
                <w:szCs w:val="20"/>
              </w:rPr>
            </w:pPr>
            <w:r>
              <w:rPr>
                <w:sz w:val="20"/>
                <w:szCs w:val="20"/>
              </w:rPr>
              <w:t>1.000</w:t>
            </w:r>
          </w:p>
        </w:tc>
        <w:tc>
          <w:tcPr>
            <w:tcW w:w="1656" w:type="dxa"/>
          </w:tcPr>
          <w:p w14:paraId="57FA855F" w14:textId="77777777" w:rsidR="00E71A28" w:rsidRPr="008E7D12" w:rsidRDefault="00000000">
            <w:pPr>
              <w:rPr>
                <w:sz w:val="20"/>
                <w:szCs w:val="20"/>
              </w:rPr>
            </w:pPr>
            <w:r>
              <w:rPr>
                <w:sz w:val="20"/>
                <w:szCs w:val="20"/>
              </w:rPr>
              <w:t>0.282</w:t>
            </w:r>
          </w:p>
        </w:tc>
        <w:tc>
          <w:tcPr>
            <w:tcW w:w="1656" w:type="dxa"/>
          </w:tcPr>
          <w:p w14:paraId="40DB603C" w14:textId="77777777" w:rsidR="00E71A28" w:rsidRPr="008E7D12" w:rsidRDefault="00000000">
            <w:pPr>
              <w:rPr>
                <w:sz w:val="20"/>
                <w:szCs w:val="20"/>
              </w:rPr>
            </w:pPr>
            <w:r>
              <w:rPr>
                <w:sz w:val="20"/>
                <w:szCs w:val="20"/>
              </w:rPr>
              <w:t>1.000</w:t>
            </w:r>
          </w:p>
        </w:tc>
        <w:tc>
          <w:tcPr>
            <w:tcW w:w="1656" w:type="dxa"/>
          </w:tcPr>
          <w:p w14:paraId="3B07A5A7" w14:textId="77777777" w:rsidR="00E71A28" w:rsidRPr="008E7D12" w:rsidRDefault="00000000">
            <w:pPr>
              <w:rPr>
                <w:sz w:val="20"/>
                <w:szCs w:val="20"/>
              </w:rPr>
            </w:pPr>
            <w:r>
              <w:rPr>
                <w:sz w:val="20"/>
                <w:szCs w:val="20"/>
              </w:rPr>
              <w:t>0.798</w:t>
            </w:r>
          </w:p>
        </w:tc>
        <w:tc>
          <w:tcPr>
            <w:tcW w:w="1656" w:type="dxa"/>
          </w:tcPr>
          <w:p w14:paraId="2F6AD8ED" w14:textId="77777777" w:rsidR="00E71A28" w:rsidRPr="008E7D12" w:rsidRDefault="00000000">
            <w:pPr>
              <w:rPr>
                <w:sz w:val="20"/>
                <w:szCs w:val="20"/>
              </w:rPr>
            </w:pPr>
            <w:r>
              <w:rPr>
                <w:sz w:val="20"/>
                <w:szCs w:val="20"/>
              </w:rPr>
              <w:t>-</w:t>
            </w:r>
          </w:p>
        </w:tc>
      </w:tr>
    </w:tbl>
    <w:p w14:paraId="6C98F91E" w14:textId="77777777" w:rsidR="003138B3" w:rsidRDefault="003138B3">
      <w:pPr>
        <w:spacing w:before="200" w:after="100"/>
        <w:rPr>
          <w:b/>
          <w:color w:val="1F3864"/>
          <w:sz w:val="24"/>
          <w:szCs w:val="24"/>
        </w:rPr>
      </w:pPr>
    </w:p>
    <w:p w14:paraId="4399E737" w14:textId="77777777" w:rsidR="00E71A28" w:rsidRPr="003138B3" w:rsidRDefault="00000000">
      <w:pPr>
        <w:spacing w:before="200" w:after="100"/>
        <w:rPr>
          <w:sz w:val="24"/>
          <w:szCs w:val="24"/>
        </w:rPr>
      </w:pPr>
      <w:r>
        <w:rPr>
          <w:b/>
          <w:sz w:val="24"/>
          <w:szCs w:val="24"/>
        </w:rPr>
        <w:t>Table S8. Conover-Holm pairwise p-values - Completeness of Protocol</w:t>
      </w:r>
    </w:p>
    <w:tbl>
      <w:tblPr>
        <w:tblStyle w:val="TableGrid"/>
        <w:tblW w:w="0" w:type="auto"/>
        <w:tblLook w:val="04A0" w:firstRow="1" w:lastRow="0" w:firstColumn="1" w:lastColumn="0" w:noHBand="0" w:noVBand="1"/>
      </w:tblPr>
      <w:tblGrid>
        <w:gridCol w:w="1901"/>
        <w:gridCol w:w="1388"/>
        <w:gridCol w:w="1290"/>
        <w:gridCol w:w="1300"/>
        <w:gridCol w:w="1570"/>
        <w:gridCol w:w="1407"/>
      </w:tblGrid>
      <w:tr w:rsidR="00E71A28" w:rsidRPr="008E7D12" w14:paraId="1FF5F93F" w14:textId="77777777" w:rsidTr="003138B3">
        <w:tc>
          <w:tcPr>
            <w:tcW w:w="2304" w:type="dxa"/>
          </w:tcPr>
          <w:p w14:paraId="0247F171" w14:textId="77777777" w:rsidR="00E71A28" w:rsidRPr="008E7D12" w:rsidRDefault="00E71A28">
            <w:pPr>
              <w:rPr>
                <w:sz w:val="20"/>
                <w:szCs w:val="20"/>
              </w:rPr>
            </w:pPr>
          </w:p>
        </w:tc>
        <w:tc>
          <w:tcPr>
            <w:tcW w:w="1656" w:type="dxa"/>
          </w:tcPr>
          <w:p w14:paraId="1D0621F8" w14:textId="77777777" w:rsidR="00E71A28" w:rsidRPr="008E7D12" w:rsidRDefault="00000000">
            <w:pPr>
              <w:rPr>
                <w:sz w:val="20"/>
                <w:szCs w:val="20"/>
              </w:rPr>
            </w:pPr>
            <w:r>
              <w:rPr>
                <w:b/>
                <w:sz w:val="20"/>
                <w:szCs w:val="20"/>
              </w:rPr>
              <w:t>ChatGPT</w:t>
            </w:r>
          </w:p>
        </w:tc>
        <w:tc>
          <w:tcPr>
            <w:tcW w:w="1656" w:type="dxa"/>
          </w:tcPr>
          <w:p w14:paraId="0F51D721" w14:textId="77777777" w:rsidR="00E71A28" w:rsidRPr="008E7D12" w:rsidRDefault="00000000">
            <w:pPr>
              <w:rPr>
                <w:sz w:val="20"/>
                <w:szCs w:val="20"/>
              </w:rPr>
            </w:pPr>
            <w:r>
              <w:rPr>
                <w:b/>
                <w:sz w:val="20"/>
                <w:szCs w:val="20"/>
              </w:rPr>
              <w:t>Claude</w:t>
            </w:r>
          </w:p>
        </w:tc>
        <w:tc>
          <w:tcPr>
            <w:tcW w:w="1656" w:type="dxa"/>
          </w:tcPr>
          <w:p w14:paraId="51B6C1AA" w14:textId="77777777" w:rsidR="00E71A28" w:rsidRPr="008E7D12" w:rsidRDefault="00000000">
            <w:pPr>
              <w:rPr>
                <w:sz w:val="20"/>
                <w:szCs w:val="20"/>
              </w:rPr>
            </w:pPr>
            <w:r>
              <w:rPr>
                <w:b/>
                <w:sz w:val="20"/>
                <w:szCs w:val="20"/>
              </w:rPr>
              <w:t>Gemini</w:t>
            </w:r>
          </w:p>
        </w:tc>
        <w:tc>
          <w:tcPr>
            <w:tcW w:w="1656" w:type="dxa"/>
          </w:tcPr>
          <w:p w14:paraId="6B3064D5" w14:textId="77777777" w:rsidR="00E71A28" w:rsidRPr="008E7D12" w:rsidRDefault="00000000">
            <w:pPr>
              <w:rPr>
                <w:sz w:val="20"/>
                <w:szCs w:val="20"/>
              </w:rPr>
            </w:pPr>
            <w:r>
              <w:rPr>
                <w:b/>
                <w:sz w:val="20"/>
                <w:szCs w:val="20"/>
              </w:rPr>
              <w:t>OpenEvidence</w:t>
            </w:r>
          </w:p>
        </w:tc>
        <w:tc>
          <w:tcPr>
            <w:tcW w:w="1656" w:type="dxa"/>
          </w:tcPr>
          <w:p w14:paraId="3A99238F" w14:textId="77777777" w:rsidR="00E71A28" w:rsidRPr="008E7D12" w:rsidRDefault="00000000">
            <w:pPr>
              <w:rPr>
                <w:sz w:val="20"/>
                <w:szCs w:val="20"/>
              </w:rPr>
            </w:pPr>
            <w:r>
              <w:rPr>
                <w:b/>
                <w:sz w:val="20"/>
                <w:szCs w:val="20"/>
              </w:rPr>
              <w:t>Perplexity</w:t>
            </w:r>
          </w:p>
        </w:tc>
      </w:tr>
      <w:tr w:rsidR="00E71A28" w:rsidRPr="008E7D12" w14:paraId="6F366DAA" w14:textId="77777777" w:rsidTr="003138B3">
        <w:tc>
          <w:tcPr>
            <w:tcW w:w="2304" w:type="dxa"/>
          </w:tcPr>
          <w:p w14:paraId="3A67A6A0" w14:textId="77777777" w:rsidR="00E71A28" w:rsidRPr="008E7D12" w:rsidRDefault="00000000">
            <w:pPr>
              <w:rPr>
                <w:sz w:val="20"/>
                <w:szCs w:val="20"/>
              </w:rPr>
            </w:pPr>
            <w:r>
              <w:rPr>
                <w:sz w:val="20"/>
                <w:szCs w:val="20"/>
              </w:rPr>
              <w:t>ChatGPT (LLM1)</w:t>
            </w:r>
          </w:p>
        </w:tc>
        <w:tc>
          <w:tcPr>
            <w:tcW w:w="1656" w:type="dxa"/>
          </w:tcPr>
          <w:p w14:paraId="35701F91" w14:textId="77777777" w:rsidR="00E71A28" w:rsidRPr="008E7D12" w:rsidRDefault="00000000">
            <w:pPr>
              <w:rPr>
                <w:sz w:val="20"/>
                <w:szCs w:val="20"/>
              </w:rPr>
            </w:pPr>
            <w:r>
              <w:rPr>
                <w:sz w:val="20"/>
                <w:szCs w:val="20"/>
              </w:rPr>
              <w:t>-</w:t>
            </w:r>
          </w:p>
        </w:tc>
        <w:tc>
          <w:tcPr>
            <w:tcW w:w="1656" w:type="dxa"/>
          </w:tcPr>
          <w:p w14:paraId="2977D68B" w14:textId="77777777" w:rsidR="00E71A28" w:rsidRPr="008E7D12" w:rsidRDefault="00000000">
            <w:pPr>
              <w:rPr>
                <w:sz w:val="20"/>
                <w:szCs w:val="20"/>
              </w:rPr>
            </w:pPr>
            <w:r>
              <w:rPr>
                <w:sz w:val="20"/>
                <w:szCs w:val="20"/>
              </w:rPr>
              <w:t>&lt;0.001</w:t>
            </w:r>
          </w:p>
        </w:tc>
        <w:tc>
          <w:tcPr>
            <w:tcW w:w="1656" w:type="dxa"/>
          </w:tcPr>
          <w:p w14:paraId="756E564E" w14:textId="77777777" w:rsidR="00E71A28" w:rsidRPr="008E7D12" w:rsidRDefault="00000000">
            <w:pPr>
              <w:rPr>
                <w:sz w:val="20"/>
                <w:szCs w:val="20"/>
              </w:rPr>
            </w:pPr>
            <w:r>
              <w:rPr>
                <w:sz w:val="20"/>
                <w:szCs w:val="20"/>
              </w:rPr>
              <w:t>0.383</w:t>
            </w:r>
          </w:p>
        </w:tc>
        <w:tc>
          <w:tcPr>
            <w:tcW w:w="1656" w:type="dxa"/>
          </w:tcPr>
          <w:p w14:paraId="24F1D6F0" w14:textId="77777777" w:rsidR="00E71A28" w:rsidRPr="008E7D12" w:rsidRDefault="00000000">
            <w:pPr>
              <w:rPr>
                <w:sz w:val="20"/>
                <w:szCs w:val="20"/>
              </w:rPr>
            </w:pPr>
            <w:r>
              <w:rPr>
                <w:sz w:val="20"/>
                <w:szCs w:val="20"/>
              </w:rPr>
              <w:t>&lt;0.001</w:t>
            </w:r>
          </w:p>
        </w:tc>
        <w:tc>
          <w:tcPr>
            <w:tcW w:w="1656" w:type="dxa"/>
          </w:tcPr>
          <w:p w14:paraId="6CCF7E8A" w14:textId="77777777" w:rsidR="00E71A28" w:rsidRPr="008E7D12" w:rsidRDefault="00000000">
            <w:pPr>
              <w:rPr>
                <w:sz w:val="20"/>
                <w:szCs w:val="20"/>
              </w:rPr>
            </w:pPr>
            <w:r>
              <w:rPr>
                <w:sz w:val="20"/>
                <w:szCs w:val="20"/>
              </w:rPr>
              <w:t>0.040</w:t>
            </w:r>
          </w:p>
        </w:tc>
      </w:tr>
      <w:tr w:rsidR="00E71A28" w:rsidRPr="008E7D12" w14:paraId="650387EC" w14:textId="77777777" w:rsidTr="003138B3">
        <w:tc>
          <w:tcPr>
            <w:tcW w:w="2304" w:type="dxa"/>
          </w:tcPr>
          <w:p w14:paraId="161A0494" w14:textId="77777777" w:rsidR="00E71A28" w:rsidRPr="008E7D12" w:rsidRDefault="00000000">
            <w:pPr>
              <w:rPr>
                <w:sz w:val="20"/>
                <w:szCs w:val="20"/>
              </w:rPr>
            </w:pPr>
            <w:r>
              <w:rPr>
                <w:sz w:val="20"/>
                <w:szCs w:val="20"/>
              </w:rPr>
              <w:t>Claude (LLM2)</w:t>
            </w:r>
          </w:p>
        </w:tc>
        <w:tc>
          <w:tcPr>
            <w:tcW w:w="1656" w:type="dxa"/>
          </w:tcPr>
          <w:p w14:paraId="7F2E51F1" w14:textId="77777777" w:rsidR="00E71A28" w:rsidRPr="008E7D12" w:rsidRDefault="00000000">
            <w:pPr>
              <w:rPr>
                <w:sz w:val="20"/>
                <w:szCs w:val="20"/>
              </w:rPr>
            </w:pPr>
            <w:r>
              <w:rPr>
                <w:sz w:val="20"/>
                <w:szCs w:val="20"/>
              </w:rPr>
              <w:t>&lt;0.001</w:t>
            </w:r>
          </w:p>
        </w:tc>
        <w:tc>
          <w:tcPr>
            <w:tcW w:w="1656" w:type="dxa"/>
          </w:tcPr>
          <w:p w14:paraId="2F0A82E3" w14:textId="77777777" w:rsidR="00E71A28" w:rsidRPr="008E7D12" w:rsidRDefault="00000000">
            <w:pPr>
              <w:rPr>
                <w:sz w:val="20"/>
                <w:szCs w:val="20"/>
              </w:rPr>
            </w:pPr>
            <w:r>
              <w:rPr>
                <w:sz w:val="20"/>
                <w:szCs w:val="20"/>
              </w:rPr>
              <w:t>-</w:t>
            </w:r>
          </w:p>
        </w:tc>
        <w:tc>
          <w:tcPr>
            <w:tcW w:w="1656" w:type="dxa"/>
          </w:tcPr>
          <w:p w14:paraId="414C0D84" w14:textId="77777777" w:rsidR="00E71A28" w:rsidRPr="008E7D12" w:rsidRDefault="00000000">
            <w:pPr>
              <w:rPr>
                <w:sz w:val="20"/>
                <w:szCs w:val="20"/>
              </w:rPr>
            </w:pPr>
            <w:r>
              <w:rPr>
                <w:sz w:val="20"/>
                <w:szCs w:val="20"/>
              </w:rPr>
              <w:t>&lt;0.001</w:t>
            </w:r>
          </w:p>
        </w:tc>
        <w:tc>
          <w:tcPr>
            <w:tcW w:w="1656" w:type="dxa"/>
          </w:tcPr>
          <w:p w14:paraId="1DAF4CA2" w14:textId="77777777" w:rsidR="00E71A28" w:rsidRPr="008E7D12" w:rsidRDefault="00000000">
            <w:pPr>
              <w:rPr>
                <w:sz w:val="20"/>
                <w:szCs w:val="20"/>
              </w:rPr>
            </w:pPr>
            <w:r>
              <w:rPr>
                <w:sz w:val="20"/>
                <w:szCs w:val="20"/>
              </w:rPr>
              <w:t>0.248</w:t>
            </w:r>
          </w:p>
        </w:tc>
        <w:tc>
          <w:tcPr>
            <w:tcW w:w="1656" w:type="dxa"/>
          </w:tcPr>
          <w:p w14:paraId="691BA7DC" w14:textId="77777777" w:rsidR="00E71A28" w:rsidRPr="008E7D12" w:rsidRDefault="00000000">
            <w:pPr>
              <w:rPr>
                <w:sz w:val="20"/>
                <w:szCs w:val="20"/>
              </w:rPr>
            </w:pPr>
            <w:r>
              <w:rPr>
                <w:sz w:val="20"/>
                <w:szCs w:val="20"/>
              </w:rPr>
              <w:t>&lt;0.001</w:t>
            </w:r>
          </w:p>
        </w:tc>
      </w:tr>
      <w:tr w:rsidR="00E71A28" w:rsidRPr="008E7D12" w14:paraId="03593BF3" w14:textId="77777777" w:rsidTr="003138B3">
        <w:tc>
          <w:tcPr>
            <w:tcW w:w="2304" w:type="dxa"/>
          </w:tcPr>
          <w:p w14:paraId="5382633E" w14:textId="77777777" w:rsidR="00E71A28" w:rsidRPr="008E7D12" w:rsidRDefault="00000000">
            <w:pPr>
              <w:rPr>
                <w:sz w:val="20"/>
                <w:szCs w:val="20"/>
              </w:rPr>
            </w:pPr>
            <w:r>
              <w:rPr>
                <w:sz w:val="20"/>
                <w:szCs w:val="20"/>
              </w:rPr>
              <w:t>Gemini (LLM3)</w:t>
            </w:r>
          </w:p>
        </w:tc>
        <w:tc>
          <w:tcPr>
            <w:tcW w:w="1656" w:type="dxa"/>
          </w:tcPr>
          <w:p w14:paraId="4C261AB0" w14:textId="77777777" w:rsidR="00E71A28" w:rsidRPr="008E7D12" w:rsidRDefault="00000000">
            <w:pPr>
              <w:rPr>
                <w:sz w:val="20"/>
                <w:szCs w:val="20"/>
              </w:rPr>
            </w:pPr>
            <w:r>
              <w:rPr>
                <w:sz w:val="20"/>
                <w:szCs w:val="20"/>
              </w:rPr>
              <w:t>0.383</w:t>
            </w:r>
          </w:p>
        </w:tc>
        <w:tc>
          <w:tcPr>
            <w:tcW w:w="1656" w:type="dxa"/>
          </w:tcPr>
          <w:p w14:paraId="6CDAB19E" w14:textId="77777777" w:rsidR="00E71A28" w:rsidRPr="008E7D12" w:rsidRDefault="00000000">
            <w:pPr>
              <w:rPr>
                <w:sz w:val="20"/>
                <w:szCs w:val="20"/>
              </w:rPr>
            </w:pPr>
            <w:r>
              <w:rPr>
                <w:sz w:val="20"/>
                <w:szCs w:val="20"/>
              </w:rPr>
              <w:t>&lt;0.001</w:t>
            </w:r>
          </w:p>
        </w:tc>
        <w:tc>
          <w:tcPr>
            <w:tcW w:w="1656" w:type="dxa"/>
          </w:tcPr>
          <w:p w14:paraId="1CDCF8E1" w14:textId="77777777" w:rsidR="00E71A28" w:rsidRPr="008E7D12" w:rsidRDefault="00000000">
            <w:pPr>
              <w:rPr>
                <w:sz w:val="20"/>
                <w:szCs w:val="20"/>
              </w:rPr>
            </w:pPr>
            <w:r>
              <w:rPr>
                <w:sz w:val="20"/>
                <w:szCs w:val="20"/>
              </w:rPr>
              <w:t>-</w:t>
            </w:r>
          </w:p>
        </w:tc>
        <w:tc>
          <w:tcPr>
            <w:tcW w:w="1656" w:type="dxa"/>
          </w:tcPr>
          <w:p w14:paraId="64449A97" w14:textId="77777777" w:rsidR="00E71A28" w:rsidRPr="008E7D12" w:rsidRDefault="00000000">
            <w:pPr>
              <w:rPr>
                <w:sz w:val="20"/>
                <w:szCs w:val="20"/>
              </w:rPr>
            </w:pPr>
            <w:r>
              <w:rPr>
                <w:sz w:val="20"/>
                <w:szCs w:val="20"/>
              </w:rPr>
              <w:t>&lt;0.001</w:t>
            </w:r>
          </w:p>
        </w:tc>
        <w:tc>
          <w:tcPr>
            <w:tcW w:w="1656" w:type="dxa"/>
          </w:tcPr>
          <w:p w14:paraId="36EB7E4E" w14:textId="77777777" w:rsidR="00E71A28" w:rsidRPr="008E7D12" w:rsidRDefault="00000000">
            <w:pPr>
              <w:rPr>
                <w:sz w:val="20"/>
                <w:szCs w:val="20"/>
              </w:rPr>
            </w:pPr>
            <w:r>
              <w:rPr>
                <w:sz w:val="20"/>
                <w:szCs w:val="20"/>
              </w:rPr>
              <w:t>0.248</w:t>
            </w:r>
          </w:p>
        </w:tc>
      </w:tr>
      <w:tr w:rsidR="00E71A28" w:rsidRPr="008E7D12" w14:paraId="50F942DC" w14:textId="77777777" w:rsidTr="003138B3">
        <w:tc>
          <w:tcPr>
            <w:tcW w:w="2304" w:type="dxa"/>
          </w:tcPr>
          <w:p w14:paraId="115D82F1" w14:textId="77777777" w:rsidR="00E71A28" w:rsidRPr="008E7D12" w:rsidRDefault="00000000">
            <w:pPr>
              <w:rPr>
                <w:sz w:val="20"/>
                <w:szCs w:val="20"/>
              </w:rPr>
            </w:pPr>
            <w:r>
              <w:rPr>
                <w:sz w:val="20"/>
                <w:szCs w:val="20"/>
              </w:rPr>
              <w:t>OpenEvidence (LLM4)</w:t>
            </w:r>
          </w:p>
        </w:tc>
        <w:tc>
          <w:tcPr>
            <w:tcW w:w="1656" w:type="dxa"/>
          </w:tcPr>
          <w:p w14:paraId="4B750ABA" w14:textId="77777777" w:rsidR="00E71A28" w:rsidRPr="008E7D12" w:rsidRDefault="00000000">
            <w:pPr>
              <w:rPr>
                <w:sz w:val="20"/>
                <w:szCs w:val="20"/>
              </w:rPr>
            </w:pPr>
            <w:r>
              <w:rPr>
                <w:sz w:val="20"/>
                <w:szCs w:val="20"/>
              </w:rPr>
              <w:t>&lt;0.001</w:t>
            </w:r>
          </w:p>
        </w:tc>
        <w:tc>
          <w:tcPr>
            <w:tcW w:w="1656" w:type="dxa"/>
          </w:tcPr>
          <w:p w14:paraId="64295DBB" w14:textId="77777777" w:rsidR="00E71A28" w:rsidRPr="008E7D12" w:rsidRDefault="00000000">
            <w:pPr>
              <w:rPr>
                <w:sz w:val="20"/>
                <w:szCs w:val="20"/>
              </w:rPr>
            </w:pPr>
            <w:r>
              <w:rPr>
                <w:sz w:val="20"/>
                <w:szCs w:val="20"/>
              </w:rPr>
              <w:t>0.248</w:t>
            </w:r>
          </w:p>
        </w:tc>
        <w:tc>
          <w:tcPr>
            <w:tcW w:w="1656" w:type="dxa"/>
          </w:tcPr>
          <w:p w14:paraId="21FDB8CF" w14:textId="77777777" w:rsidR="00E71A28" w:rsidRPr="008E7D12" w:rsidRDefault="00000000">
            <w:pPr>
              <w:rPr>
                <w:sz w:val="20"/>
                <w:szCs w:val="20"/>
              </w:rPr>
            </w:pPr>
            <w:r>
              <w:rPr>
                <w:sz w:val="20"/>
                <w:szCs w:val="20"/>
              </w:rPr>
              <w:t>&lt;0.001</w:t>
            </w:r>
          </w:p>
        </w:tc>
        <w:tc>
          <w:tcPr>
            <w:tcW w:w="1656" w:type="dxa"/>
          </w:tcPr>
          <w:p w14:paraId="1DA7A9EE" w14:textId="77777777" w:rsidR="00E71A28" w:rsidRPr="008E7D12" w:rsidRDefault="00000000">
            <w:pPr>
              <w:rPr>
                <w:sz w:val="20"/>
                <w:szCs w:val="20"/>
              </w:rPr>
            </w:pPr>
            <w:r>
              <w:rPr>
                <w:sz w:val="20"/>
                <w:szCs w:val="20"/>
              </w:rPr>
              <w:t>-</w:t>
            </w:r>
          </w:p>
        </w:tc>
        <w:tc>
          <w:tcPr>
            <w:tcW w:w="1656" w:type="dxa"/>
          </w:tcPr>
          <w:p w14:paraId="442EC2F0" w14:textId="77777777" w:rsidR="00E71A28" w:rsidRPr="008E7D12" w:rsidRDefault="00000000">
            <w:pPr>
              <w:rPr>
                <w:sz w:val="20"/>
                <w:szCs w:val="20"/>
              </w:rPr>
            </w:pPr>
            <w:r>
              <w:rPr>
                <w:sz w:val="20"/>
                <w:szCs w:val="20"/>
              </w:rPr>
              <w:t>&lt;0.001</w:t>
            </w:r>
          </w:p>
        </w:tc>
      </w:tr>
      <w:tr w:rsidR="00E71A28" w:rsidRPr="008E7D12" w14:paraId="75EAB124" w14:textId="77777777" w:rsidTr="003138B3">
        <w:tc>
          <w:tcPr>
            <w:tcW w:w="2304" w:type="dxa"/>
          </w:tcPr>
          <w:p w14:paraId="0586CB51" w14:textId="77777777" w:rsidR="00E71A28" w:rsidRPr="008E7D12" w:rsidRDefault="00000000">
            <w:pPr>
              <w:rPr>
                <w:sz w:val="20"/>
                <w:szCs w:val="20"/>
              </w:rPr>
            </w:pPr>
            <w:r>
              <w:rPr>
                <w:sz w:val="20"/>
                <w:szCs w:val="20"/>
              </w:rPr>
              <w:t>Perplexity (LLM5)</w:t>
            </w:r>
          </w:p>
        </w:tc>
        <w:tc>
          <w:tcPr>
            <w:tcW w:w="1656" w:type="dxa"/>
          </w:tcPr>
          <w:p w14:paraId="1F328A4A" w14:textId="77777777" w:rsidR="00E71A28" w:rsidRPr="008E7D12" w:rsidRDefault="00000000">
            <w:pPr>
              <w:rPr>
                <w:sz w:val="20"/>
                <w:szCs w:val="20"/>
              </w:rPr>
            </w:pPr>
            <w:r>
              <w:rPr>
                <w:sz w:val="20"/>
                <w:szCs w:val="20"/>
              </w:rPr>
              <w:t>0.040</w:t>
            </w:r>
          </w:p>
        </w:tc>
        <w:tc>
          <w:tcPr>
            <w:tcW w:w="1656" w:type="dxa"/>
          </w:tcPr>
          <w:p w14:paraId="70F004A2" w14:textId="77777777" w:rsidR="00E71A28" w:rsidRPr="008E7D12" w:rsidRDefault="00000000">
            <w:pPr>
              <w:rPr>
                <w:sz w:val="20"/>
                <w:szCs w:val="20"/>
              </w:rPr>
            </w:pPr>
            <w:r>
              <w:rPr>
                <w:sz w:val="20"/>
                <w:szCs w:val="20"/>
              </w:rPr>
              <w:t>&lt;0.001</w:t>
            </w:r>
          </w:p>
        </w:tc>
        <w:tc>
          <w:tcPr>
            <w:tcW w:w="1656" w:type="dxa"/>
          </w:tcPr>
          <w:p w14:paraId="42EEAD31" w14:textId="77777777" w:rsidR="00E71A28" w:rsidRPr="008E7D12" w:rsidRDefault="00000000">
            <w:pPr>
              <w:rPr>
                <w:sz w:val="20"/>
                <w:szCs w:val="20"/>
              </w:rPr>
            </w:pPr>
            <w:r>
              <w:rPr>
                <w:sz w:val="20"/>
                <w:szCs w:val="20"/>
              </w:rPr>
              <w:t>0.248</w:t>
            </w:r>
          </w:p>
        </w:tc>
        <w:tc>
          <w:tcPr>
            <w:tcW w:w="1656" w:type="dxa"/>
          </w:tcPr>
          <w:p w14:paraId="597711D5" w14:textId="77777777" w:rsidR="00E71A28" w:rsidRPr="008E7D12" w:rsidRDefault="00000000">
            <w:pPr>
              <w:rPr>
                <w:sz w:val="20"/>
                <w:szCs w:val="20"/>
              </w:rPr>
            </w:pPr>
            <w:r>
              <w:rPr>
                <w:sz w:val="20"/>
                <w:szCs w:val="20"/>
              </w:rPr>
              <w:t>&lt;0.001</w:t>
            </w:r>
          </w:p>
        </w:tc>
        <w:tc>
          <w:tcPr>
            <w:tcW w:w="1656" w:type="dxa"/>
          </w:tcPr>
          <w:p w14:paraId="47F3FAD6" w14:textId="77777777" w:rsidR="00E71A28" w:rsidRPr="008E7D12" w:rsidRDefault="00000000">
            <w:pPr>
              <w:rPr>
                <w:sz w:val="20"/>
                <w:szCs w:val="20"/>
              </w:rPr>
            </w:pPr>
            <w:r>
              <w:rPr>
                <w:sz w:val="20"/>
                <w:szCs w:val="20"/>
              </w:rPr>
              <w:t>-</w:t>
            </w:r>
          </w:p>
        </w:tc>
      </w:tr>
    </w:tbl>
    <w:p w14:paraId="479AA445" w14:textId="77777777" w:rsidR="00E71A28" w:rsidRPr="00BE2544" w:rsidRDefault="00000000">
      <w:pPr>
        <w:rPr>
          <w:iCs/>
          <w:sz w:val="20"/>
          <w:szCs w:val="20"/>
        </w:rPr>
      </w:pPr>
      <w:r>
        <w:rPr>
          <w:iCs/>
          <w:sz w:val="20"/>
          <w:szCs w:val="20"/>
        </w:rPr>
        <w:t>Bold-significant pairs (p &lt; 0.05) indicate a difference between the two platforms on that parameter. Values are Holm-corrected across the 10 pairwise contrasts. For Freedom from Hallucinations the omnibus Friedman test was non-significant (Table S3), so pairwise contrasts are interpreted with caution. Sensitivity to floor imputation: the two unscorable endodontic ratings assigned the scale floor both fall on Perplexity (Vignette 15, Safety and Freedom from Hallucinations; Table S10). Recomputing the Safety and Freedom-from-Hallucinations analyses with these two ratings excluded rather than floored leaves Perplexity the lowest-scoring platform on both parameters and does not change the overall composite ranking, in which Perplexity remains lowest by a clear margin; the floor imputation therefore does not drive any reported conclusion.</w:t>
      </w:r>
    </w:p>
    <w:p w14:paraId="129CBE04" w14:textId="77777777" w:rsidR="008E7D12" w:rsidRDefault="008E7D12">
      <w:pPr>
        <w:spacing w:before="200" w:after="100"/>
        <w:rPr>
          <w:b/>
          <w:sz w:val="24"/>
          <w:szCs w:val="24"/>
        </w:rPr>
      </w:pPr>
    </w:p>
    <w:p w14:paraId="223255DA" w14:textId="77777777" w:rsidR="00E71A28" w:rsidRPr="003138B3" w:rsidRDefault="00000000">
      <w:pPr>
        <w:spacing w:before="200" w:after="100"/>
        <w:rPr>
          <w:sz w:val="24"/>
          <w:szCs w:val="24"/>
        </w:rPr>
      </w:pPr>
      <w:r>
        <w:rPr>
          <w:b/>
          <w:sz w:val="24"/>
          <w:szCs w:val="24"/>
        </w:rPr>
        <w:t>Table S9. Composite score (mean ± SD) by platform and clinical domain</w:t>
      </w:r>
    </w:p>
    <w:tbl>
      <w:tblPr>
        <w:tblStyle w:val="TableGrid"/>
        <w:tblW w:w="0" w:type="auto"/>
        <w:tblLook w:val="04A0" w:firstRow="1" w:lastRow="0" w:firstColumn="1" w:lastColumn="0" w:noHBand="0" w:noVBand="1"/>
      </w:tblPr>
      <w:tblGrid>
        <w:gridCol w:w="2064"/>
        <w:gridCol w:w="1763"/>
        <w:gridCol w:w="1488"/>
        <w:gridCol w:w="1946"/>
        <w:gridCol w:w="1595"/>
      </w:tblGrid>
      <w:tr w:rsidR="00E71A28" w:rsidRPr="008E7D12" w14:paraId="49FD0FB0" w14:textId="77777777" w:rsidTr="003138B3">
        <w:tc>
          <w:tcPr>
            <w:tcW w:w="2448" w:type="dxa"/>
          </w:tcPr>
          <w:p w14:paraId="00146118" w14:textId="77777777" w:rsidR="00E71A28" w:rsidRPr="008E7D12" w:rsidRDefault="00000000">
            <w:pPr>
              <w:rPr>
                <w:sz w:val="20"/>
                <w:szCs w:val="20"/>
              </w:rPr>
            </w:pPr>
            <w:r>
              <w:rPr>
                <w:b/>
                <w:sz w:val="20"/>
                <w:szCs w:val="20"/>
              </w:rPr>
              <w:t>Platform</w:t>
            </w:r>
          </w:p>
        </w:tc>
        <w:tc>
          <w:tcPr>
            <w:tcW w:w="2448" w:type="dxa"/>
          </w:tcPr>
          <w:p w14:paraId="28DD817B" w14:textId="77777777" w:rsidR="00E71A28" w:rsidRPr="008E7D12" w:rsidRDefault="00000000">
            <w:pPr>
              <w:rPr>
                <w:sz w:val="20"/>
                <w:szCs w:val="20"/>
              </w:rPr>
            </w:pPr>
            <w:r>
              <w:rPr>
                <w:b/>
                <w:sz w:val="20"/>
                <w:szCs w:val="20"/>
              </w:rPr>
              <w:t>A</w:t>
            </w:r>
          </w:p>
        </w:tc>
        <w:tc>
          <w:tcPr>
            <w:tcW w:w="2016" w:type="dxa"/>
          </w:tcPr>
          <w:p w14:paraId="54BD0228" w14:textId="77777777" w:rsidR="00E71A28" w:rsidRPr="008E7D12" w:rsidRDefault="00000000">
            <w:pPr>
              <w:rPr>
                <w:sz w:val="20"/>
                <w:szCs w:val="20"/>
              </w:rPr>
            </w:pPr>
            <w:r>
              <w:rPr>
                <w:b/>
                <w:sz w:val="20"/>
                <w:szCs w:val="20"/>
              </w:rPr>
              <w:t>B</w:t>
            </w:r>
          </w:p>
        </w:tc>
        <w:tc>
          <w:tcPr>
            <w:tcW w:w="2736" w:type="dxa"/>
          </w:tcPr>
          <w:p w14:paraId="7208A207" w14:textId="77777777" w:rsidR="00E71A28" w:rsidRPr="008E7D12" w:rsidRDefault="00000000">
            <w:pPr>
              <w:rPr>
                <w:sz w:val="20"/>
                <w:szCs w:val="20"/>
              </w:rPr>
            </w:pPr>
            <w:r>
              <w:rPr>
                <w:b/>
                <w:sz w:val="20"/>
                <w:szCs w:val="20"/>
              </w:rPr>
              <w:t>C</w:t>
            </w:r>
          </w:p>
        </w:tc>
        <w:tc>
          <w:tcPr>
            <w:tcW w:w="2016" w:type="dxa"/>
          </w:tcPr>
          <w:p w14:paraId="503CDD27" w14:textId="77777777" w:rsidR="00E71A28" w:rsidRPr="008E7D12" w:rsidRDefault="00000000">
            <w:pPr>
              <w:rPr>
                <w:sz w:val="20"/>
                <w:szCs w:val="20"/>
              </w:rPr>
            </w:pPr>
            <w:r>
              <w:rPr>
                <w:b/>
                <w:sz w:val="20"/>
                <w:szCs w:val="20"/>
              </w:rPr>
              <w:t>Overall</w:t>
            </w:r>
          </w:p>
        </w:tc>
      </w:tr>
      <w:tr w:rsidR="00E71A28" w:rsidRPr="008E7D12" w14:paraId="23E535F2" w14:textId="77777777" w:rsidTr="003138B3">
        <w:tc>
          <w:tcPr>
            <w:tcW w:w="2448" w:type="dxa"/>
          </w:tcPr>
          <w:p w14:paraId="0C4FA9B5" w14:textId="77777777" w:rsidR="00E71A28" w:rsidRPr="008E7D12" w:rsidRDefault="00000000">
            <w:pPr>
              <w:rPr>
                <w:sz w:val="20"/>
                <w:szCs w:val="20"/>
              </w:rPr>
            </w:pPr>
            <w:r>
              <w:rPr>
                <w:sz w:val="20"/>
                <w:szCs w:val="20"/>
              </w:rPr>
              <w:t>ChatGPT (LLM1)</w:t>
            </w:r>
          </w:p>
        </w:tc>
        <w:tc>
          <w:tcPr>
            <w:tcW w:w="2448" w:type="dxa"/>
          </w:tcPr>
          <w:p w14:paraId="672E4544" w14:textId="77777777" w:rsidR="00E71A28" w:rsidRPr="008E7D12" w:rsidRDefault="00000000">
            <w:pPr>
              <w:rPr>
                <w:sz w:val="20"/>
                <w:szCs w:val="20"/>
              </w:rPr>
            </w:pPr>
            <w:r>
              <w:rPr>
                <w:sz w:val="20"/>
                <w:szCs w:val="20"/>
              </w:rPr>
              <w:t>3.53 ± 0.43</w:t>
            </w:r>
          </w:p>
        </w:tc>
        <w:tc>
          <w:tcPr>
            <w:tcW w:w="2016" w:type="dxa"/>
          </w:tcPr>
          <w:p w14:paraId="75242A9A" w14:textId="77777777" w:rsidR="00E71A28" w:rsidRPr="008E7D12" w:rsidRDefault="00000000">
            <w:pPr>
              <w:rPr>
                <w:sz w:val="20"/>
                <w:szCs w:val="20"/>
              </w:rPr>
            </w:pPr>
            <w:r>
              <w:rPr>
                <w:sz w:val="20"/>
                <w:szCs w:val="20"/>
              </w:rPr>
              <w:t>3.62 ± 0.44</w:t>
            </w:r>
          </w:p>
        </w:tc>
        <w:tc>
          <w:tcPr>
            <w:tcW w:w="2736" w:type="dxa"/>
          </w:tcPr>
          <w:p w14:paraId="07833B2D" w14:textId="77777777" w:rsidR="00E71A28" w:rsidRPr="008E7D12" w:rsidRDefault="00000000">
            <w:pPr>
              <w:rPr>
                <w:sz w:val="20"/>
                <w:szCs w:val="20"/>
              </w:rPr>
            </w:pPr>
            <w:r>
              <w:rPr>
                <w:sz w:val="20"/>
                <w:szCs w:val="20"/>
              </w:rPr>
              <w:t>3.47 ± 1.01</w:t>
            </w:r>
          </w:p>
        </w:tc>
        <w:tc>
          <w:tcPr>
            <w:tcW w:w="2016" w:type="dxa"/>
          </w:tcPr>
          <w:p w14:paraId="5081F01C" w14:textId="77777777" w:rsidR="00E71A28" w:rsidRPr="008E7D12" w:rsidRDefault="00000000">
            <w:pPr>
              <w:rPr>
                <w:sz w:val="20"/>
                <w:szCs w:val="20"/>
              </w:rPr>
            </w:pPr>
            <w:r>
              <w:rPr>
                <w:sz w:val="20"/>
                <w:szCs w:val="20"/>
              </w:rPr>
              <w:t>3.54 ± 0.66</w:t>
            </w:r>
          </w:p>
        </w:tc>
      </w:tr>
      <w:tr w:rsidR="00E71A28" w:rsidRPr="008E7D12" w14:paraId="0DF68808" w14:textId="77777777" w:rsidTr="003138B3">
        <w:tc>
          <w:tcPr>
            <w:tcW w:w="2448" w:type="dxa"/>
          </w:tcPr>
          <w:p w14:paraId="2B533B3D" w14:textId="77777777" w:rsidR="00E71A28" w:rsidRPr="008E7D12" w:rsidRDefault="00000000">
            <w:pPr>
              <w:rPr>
                <w:sz w:val="20"/>
                <w:szCs w:val="20"/>
              </w:rPr>
            </w:pPr>
            <w:r>
              <w:rPr>
                <w:sz w:val="20"/>
                <w:szCs w:val="20"/>
              </w:rPr>
              <w:t>Claude (LLM2)</w:t>
            </w:r>
          </w:p>
        </w:tc>
        <w:tc>
          <w:tcPr>
            <w:tcW w:w="2448" w:type="dxa"/>
          </w:tcPr>
          <w:p w14:paraId="33146116" w14:textId="77777777" w:rsidR="00E71A28" w:rsidRPr="008E7D12" w:rsidRDefault="00000000">
            <w:pPr>
              <w:rPr>
                <w:sz w:val="20"/>
                <w:szCs w:val="20"/>
              </w:rPr>
            </w:pPr>
            <w:r>
              <w:rPr>
                <w:sz w:val="20"/>
                <w:szCs w:val="20"/>
              </w:rPr>
              <w:t>3.94 ± 0.66</w:t>
            </w:r>
          </w:p>
        </w:tc>
        <w:tc>
          <w:tcPr>
            <w:tcW w:w="2016" w:type="dxa"/>
          </w:tcPr>
          <w:p w14:paraId="2FDD5F3C" w14:textId="77777777" w:rsidR="00E71A28" w:rsidRPr="008E7D12" w:rsidRDefault="00000000">
            <w:pPr>
              <w:rPr>
                <w:sz w:val="20"/>
                <w:szCs w:val="20"/>
              </w:rPr>
            </w:pPr>
            <w:r>
              <w:rPr>
                <w:sz w:val="20"/>
                <w:szCs w:val="20"/>
              </w:rPr>
              <w:t>4.97 ± 0.09</w:t>
            </w:r>
          </w:p>
        </w:tc>
        <w:tc>
          <w:tcPr>
            <w:tcW w:w="2736" w:type="dxa"/>
          </w:tcPr>
          <w:p w14:paraId="5A9B5D42" w14:textId="77777777" w:rsidR="00E71A28" w:rsidRPr="008E7D12" w:rsidRDefault="00000000">
            <w:pPr>
              <w:rPr>
                <w:sz w:val="20"/>
                <w:szCs w:val="20"/>
              </w:rPr>
            </w:pPr>
            <w:r>
              <w:rPr>
                <w:sz w:val="20"/>
                <w:szCs w:val="20"/>
              </w:rPr>
              <w:t>4.41 ± 0.61</w:t>
            </w:r>
          </w:p>
        </w:tc>
        <w:tc>
          <w:tcPr>
            <w:tcW w:w="2016" w:type="dxa"/>
          </w:tcPr>
          <w:p w14:paraId="15558C5D" w14:textId="77777777" w:rsidR="00E71A28" w:rsidRPr="008E7D12" w:rsidRDefault="00000000">
            <w:pPr>
              <w:rPr>
                <w:sz w:val="20"/>
                <w:szCs w:val="20"/>
              </w:rPr>
            </w:pPr>
            <w:r>
              <w:rPr>
                <w:sz w:val="20"/>
                <w:szCs w:val="20"/>
              </w:rPr>
              <w:t>4.44 ± 0.66</w:t>
            </w:r>
          </w:p>
        </w:tc>
      </w:tr>
      <w:tr w:rsidR="00E71A28" w:rsidRPr="008E7D12" w14:paraId="00DD21C1" w14:textId="77777777" w:rsidTr="003138B3">
        <w:tc>
          <w:tcPr>
            <w:tcW w:w="2448" w:type="dxa"/>
          </w:tcPr>
          <w:p w14:paraId="45CD4FE1" w14:textId="77777777" w:rsidR="00E71A28" w:rsidRPr="008E7D12" w:rsidRDefault="00000000">
            <w:pPr>
              <w:rPr>
                <w:sz w:val="20"/>
                <w:szCs w:val="20"/>
              </w:rPr>
            </w:pPr>
            <w:r>
              <w:rPr>
                <w:sz w:val="20"/>
                <w:szCs w:val="20"/>
              </w:rPr>
              <w:t>Gemini (LLM3)</w:t>
            </w:r>
          </w:p>
        </w:tc>
        <w:tc>
          <w:tcPr>
            <w:tcW w:w="2448" w:type="dxa"/>
          </w:tcPr>
          <w:p w14:paraId="707E54AF" w14:textId="77777777" w:rsidR="00E71A28" w:rsidRPr="008E7D12" w:rsidRDefault="00000000">
            <w:pPr>
              <w:rPr>
                <w:sz w:val="20"/>
                <w:szCs w:val="20"/>
              </w:rPr>
            </w:pPr>
            <w:r>
              <w:rPr>
                <w:sz w:val="20"/>
                <w:szCs w:val="20"/>
              </w:rPr>
              <w:t>3.00 ± 0.69</w:t>
            </w:r>
          </w:p>
        </w:tc>
        <w:tc>
          <w:tcPr>
            <w:tcW w:w="2016" w:type="dxa"/>
          </w:tcPr>
          <w:p w14:paraId="3983B7A2" w14:textId="77777777" w:rsidR="00E71A28" w:rsidRPr="008E7D12" w:rsidRDefault="00000000">
            <w:pPr>
              <w:rPr>
                <w:sz w:val="20"/>
                <w:szCs w:val="20"/>
              </w:rPr>
            </w:pPr>
            <w:r>
              <w:rPr>
                <w:sz w:val="20"/>
                <w:szCs w:val="20"/>
              </w:rPr>
              <w:t>4.06 ± 0.53</w:t>
            </w:r>
          </w:p>
        </w:tc>
        <w:tc>
          <w:tcPr>
            <w:tcW w:w="2736" w:type="dxa"/>
          </w:tcPr>
          <w:p w14:paraId="0D2897A6" w14:textId="77777777" w:rsidR="00E71A28" w:rsidRPr="008E7D12" w:rsidRDefault="00000000">
            <w:pPr>
              <w:rPr>
                <w:sz w:val="20"/>
                <w:szCs w:val="20"/>
              </w:rPr>
            </w:pPr>
            <w:r>
              <w:rPr>
                <w:sz w:val="20"/>
                <w:szCs w:val="20"/>
              </w:rPr>
              <w:t>3.28 ± 0.63</w:t>
            </w:r>
          </w:p>
        </w:tc>
        <w:tc>
          <w:tcPr>
            <w:tcW w:w="2016" w:type="dxa"/>
          </w:tcPr>
          <w:p w14:paraId="694E6DF4" w14:textId="77777777" w:rsidR="00E71A28" w:rsidRPr="008E7D12" w:rsidRDefault="00000000">
            <w:pPr>
              <w:rPr>
                <w:sz w:val="20"/>
                <w:szCs w:val="20"/>
              </w:rPr>
            </w:pPr>
            <w:r>
              <w:rPr>
                <w:sz w:val="20"/>
                <w:szCs w:val="20"/>
              </w:rPr>
              <w:t>3.45 ± 0.75</w:t>
            </w:r>
          </w:p>
        </w:tc>
      </w:tr>
      <w:tr w:rsidR="00E71A28" w:rsidRPr="008E7D12" w14:paraId="5C7E7CC1" w14:textId="77777777" w:rsidTr="003138B3">
        <w:tc>
          <w:tcPr>
            <w:tcW w:w="2448" w:type="dxa"/>
          </w:tcPr>
          <w:p w14:paraId="3E64A31C" w14:textId="77777777" w:rsidR="00E71A28" w:rsidRPr="008E7D12" w:rsidRDefault="00000000">
            <w:pPr>
              <w:rPr>
                <w:sz w:val="20"/>
                <w:szCs w:val="20"/>
              </w:rPr>
            </w:pPr>
            <w:r>
              <w:rPr>
                <w:sz w:val="20"/>
                <w:szCs w:val="20"/>
              </w:rPr>
              <w:t>OpenEvidence (LLM4)</w:t>
            </w:r>
          </w:p>
        </w:tc>
        <w:tc>
          <w:tcPr>
            <w:tcW w:w="2448" w:type="dxa"/>
          </w:tcPr>
          <w:p w14:paraId="35D23347" w14:textId="77777777" w:rsidR="00E71A28" w:rsidRPr="008E7D12" w:rsidRDefault="00000000">
            <w:pPr>
              <w:rPr>
                <w:sz w:val="20"/>
                <w:szCs w:val="20"/>
              </w:rPr>
            </w:pPr>
            <w:r>
              <w:rPr>
                <w:sz w:val="20"/>
                <w:szCs w:val="20"/>
              </w:rPr>
              <w:t>4.19 ± 0.72</w:t>
            </w:r>
          </w:p>
        </w:tc>
        <w:tc>
          <w:tcPr>
            <w:tcW w:w="2016" w:type="dxa"/>
          </w:tcPr>
          <w:p w14:paraId="5C060262" w14:textId="77777777" w:rsidR="00E71A28" w:rsidRPr="008E7D12" w:rsidRDefault="00000000">
            <w:pPr>
              <w:rPr>
                <w:sz w:val="20"/>
                <w:szCs w:val="20"/>
              </w:rPr>
            </w:pPr>
            <w:r>
              <w:rPr>
                <w:sz w:val="20"/>
                <w:szCs w:val="20"/>
              </w:rPr>
              <w:t>4.88 ± 0.27</w:t>
            </w:r>
          </w:p>
        </w:tc>
        <w:tc>
          <w:tcPr>
            <w:tcW w:w="2736" w:type="dxa"/>
          </w:tcPr>
          <w:p w14:paraId="6D965067" w14:textId="77777777" w:rsidR="00E71A28" w:rsidRPr="008E7D12" w:rsidRDefault="00000000">
            <w:pPr>
              <w:rPr>
                <w:sz w:val="20"/>
                <w:szCs w:val="20"/>
              </w:rPr>
            </w:pPr>
            <w:r>
              <w:rPr>
                <w:sz w:val="20"/>
                <w:szCs w:val="20"/>
              </w:rPr>
              <w:t>4.94 ± 0.12</w:t>
            </w:r>
          </w:p>
        </w:tc>
        <w:tc>
          <w:tcPr>
            <w:tcW w:w="2016" w:type="dxa"/>
          </w:tcPr>
          <w:p w14:paraId="3A97615A" w14:textId="77777777" w:rsidR="00E71A28" w:rsidRPr="008E7D12" w:rsidRDefault="00000000">
            <w:pPr>
              <w:rPr>
                <w:sz w:val="20"/>
                <w:szCs w:val="20"/>
              </w:rPr>
            </w:pPr>
            <w:r>
              <w:rPr>
                <w:sz w:val="20"/>
                <w:szCs w:val="20"/>
              </w:rPr>
              <w:t>4.67 ± 0.55</w:t>
            </w:r>
          </w:p>
        </w:tc>
      </w:tr>
      <w:tr w:rsidR="00E71A28" w:rsidRPr="008E7D12" w14:paraId="38E3E1E0" w14:textId="77777777" w:rsidTr="003138B3">
        <w:tc>
          <w:tcPr>
            <w:tcW w:w="2448" w:type="dxa"/>
          </w:tcPr>
          <w:p w14:paraId="7B84E7C1" w14:textId="77777777" w:rsidR="00E71A28" w:rsidRPr="008E7D12" w:rsidRDefault="00000000">
            <w:pPr>
              <w:rPr>
                <w:sz w:val="20"/>
                <w:szCs w:val="20"/>
              </w:rPr>
            </w:pPr>
            <w:r>
              <w:rPr>
                <w:sz w:val="20"/>
                <w:szCs w:val="20"/>
              </w:rPr>
              <w:t>Perplexity (LLM5)</w:t>
            </w:r>
          </w:p>
        </w:tc>
        <w:tc>
          <w:tcPr>
            <w:tcW w:w="2448" w:type="dxa"/>
          </w:tcPr>
          <w:p w14:paraId="34BBC9AE" w14:textId="77777777" w:rsidR="00E71A28" w:rsidRPr="008E7D12" w:rsidRDefault="00000000">
            <w:pPr>
              <w:rPr>
                <w:sz w:val="20"/>
                <w:szCs w:val="20"/>
              </w:rPr>
            </w:pPr>
            <w:r>
              <w:rPr>
                <w:sz w:val="20"/>
                <w:szCs w:val="20"/>
              </w:rPr>
              <w:t>3.25 ± 0.83</w:t>
            </w:r>
          </w:p>
        </w:tc>
        <w:tc>
          <w:tcPr>
            <w:tcW w:w="2016" w:type="dxa"/>
          </w:tcPr>
          <w:p w14:paraId="2334E7B6" w14:textId="77777777" w:rsidR="00E71A28" w:rsidRPr="008E7D12" w:rsidRDefault="00000000">
            <w:pPr>
              <w:rPr>
                <w:sz w:val="20"/>
                <w:szCs w:val="20"/>
              </w:rPr>
            </w:pPr>
            <w:r>
              <w:rPr>
                <w:sz w:val="20"/>
                <w:szCs w:val="20"/>
              </w:rPr>
              <w:t>3.44 ± 0.73</w:t>
            </w:r>
          </w:p>
        </w:tc>
        <w:tc>
          <w:tcPr>
            <w:tcW w:w="2736" w:type="dxa"/>
          </w:tcPr>
          <w:p w14:paraId="3FAA003E" w14:textId="77777777" w:rsidR="00E71A28" w:rsidRPr="008E7D12" w:rsidRDefault="00000000">
            <w:pPr>
              <w:rPr>
                <w:sz w:val="20"/>
                <w:szCs w:val="20"/>
              </w:rPr>
            </w:pPr>
            <w:r>
              <w:rPr>
                <w:sz w:val="20"/>
                <w:szCs w:val="20"/>
              </w:rPr>
              <w:t>2.41 ± 1.11</w:t>
            </w:r>
          </w:p>
        </w:tc>
        <w:tc>
          <w:tcPr>
            <w:tcW w:w="2016" w:type="dxa"/>
          </w:tcPr>
          <w:p w14:paraId="77D81D2B" w14:textId="77777777" w:rsidR="00E71A28" w:rsidRPr="008E7D12" w:rsidRDefault="00000000">
            <w:pPr>
              <w:rPr>
                <w:sz w:val="20"/>
                <w:szCs w:val="20"/>
              </w:rPr>
            </w:pPr>
            <w:r>
              <w:rPr>
                <w:sz w:val="20"/>
                <w:szCs w:val="20"/>
              </w:rPr>
              <w:t>3.03 ± 0.98</w:t>
            </w:r>
          </w:p>
        </w:tc>
      </w:tr>
    </w:tbl>
    <w:p w14:paraId="195D0D8B" w14:textId="77777777" w:rsidR="00E71A28" w:rsidRPr="00BE2544" w:rsidRDefault="00000000">
      <w:pPr>
        <w:spacing w:after="160"/>
        <w:rPr>
          <w:iCs/>
          <w:sz w:val="20"/>
          <w:szCs w:val="20"/>
        </w:rPr>
      </w:pPr>
      <w:r w:rsidRPr="00BE2544">
        <w:rPr>
          <w:iCs/>
          <w:sz w:val="20"/>
          <w:szCs w:val="20"/>
        </w:rPr>
        <w:t>Domains: A periodontal/surgical, B endodontic, C restorative/prosthetic (8 vignettes each).</w:t>
      </w:r>
    </w:p>
    <w:p w14:paraId="21DD45B2" w14:textId="77777777" w:rsidR="00E71A28" w:rsidRPr="003138B3" w:rsidRDefault="00000000">
      <w:pPr>
        <w:rPr>
          <w:sz w:val="24"/>
          <w:szCs w:val="24"/>
        </w:rPr>
      </w:pPr>
      <w:r>
        <w:rPr>
          <w:sz w:val="24"/>
          <w:szCs w:val="24"/>
        </w:rPr>
        <w:br w:type="page"/>
      </w:r>
    </w:p>
    <w:p w14:paraId="40C779FB" w14:textId="77777777" w:rsidR="00E71A28" w:rsidRPr="008E7D12" w:rsidRDefault="00000000">
      <w:pPr>
        <w:spacing w:before="200" w:after="100"/>
        <w:rPr>
          <w:sz w:val="24"/>
          <w:szCs w:val="24"/>
        </w:rPr>
      </w:pPr>
      <w:r>
        <w:rPr>
          <w:b/>
          <w:sz w:val="24"/>
          <w:szCs w:val="24"/>
        </w:rPr>
        <w:lastRenderedPageBreak/>
        <w:t>Table S10. Complete raw Likert scores (the underlying dataset)</w:t>
      </w:r>
    </w:p>
    <w:p w14:paraId="3F9F747D" w14:textId="664D28E3" w:rsidR="00E71A28" w:rsidRPr="003138B3" w:rsidRDefault="00000000">
      <w:pPr>
        <w:spacing w:after="120"/>
        <w:rPr>
          <w:sz w:val="24"/>
          <w:szCs w:val="24"/>
        </w:rPr>
      </w:pPr>
      <w:r>
        <w:rPr>
          <w:sz w:val="24"/>
          <w:szCs w:val="24"/>
        </w:rPr>
        <w:t xml:space="preserve">Each row is one platform's response to one vignette, scored 1-5 on the four parameters. </w:t>
      </w:r>
    </w:p>
    <w:tbl>
      <w:tblPr>
        <w:tblStyle w:val="TableGrid"/>
        <w:tblW w:w="0" w:type="auto"/>
        <w:tblLook w:val="04A0" w:firstRow="1" w:lastRow="0" w:firstColumn="1" w:lastColumn="0" w:noHBand="0" w:noVBand="1"/>
      </w:tblPr>
      <w:tblGrid>
        <w:gridCol w:w="925"/>
        <w:gridCol w:w="882"/>
        <w:gridCol w:w="1373"/>
        <w:gridCol w:w="1012"/>
        <w:gridCol w:w="740"/>
        <w:gridCol w:w="1439"/>
        <w:gridCol w:w="1373"/>
        <w:gridCol w:w="1112"/>
      </w:tblGrid>
      <w:tr w:rsidR="00E71A28" w:rsidRPr="008E7D12" w14:paraId="39E0E554" w14:textId="77777777" w:rsidTr="008E7D12">
        <w:tc>
          <w:tcPr>
            <w:tcW w:w="1152" w:type="dxa"/>
          </w:tcPr>
          <w:p w14:paraId="6344C53C" w14:textId="77777777" w:rsidR="00E71A28" w:rsidRPr="008E7D12" w:rsidRDefault="00000000">
            <w:pPr>
              <w:rPr>
                <w:sz w:val="20"/>
                <w:szCs w:val="20"/>
              </w:rPr>
            </w:pPr>
            <w:r>
              <w:rPr>
                <w:b/>
                <w:sz w:val="20"/>
                <w:szCs w:val="20"/>
              </w:rPr>
              <w:t>Vignette</w:t>
            </w:r>
          </w:p>
        </w:tc>
        <w:tc>
          <w:tcPr>
            <w:tcW w:w="1008" w:type="dxa"/>
          </w:tcPr>
          <w:p w14:paraId="604F893A" w14:textId="77777777" w:rsidR="00E71A28" w:rsidRPr="008E7D12" w:rsidRDefault="00000000">
            <w:pPr>
              <w:rPr>
                <w:sz w:val="20"/>
                <w:szCs w:val="20"/>
              </w:rPr>
            </w:pPr>
            <w:r>
              <w:rPr>
                <w:b/>
                <w:sz w:val="20"/>
                <w:szCs w:val="20"/>
              </w:rPr>
              <w:t>Domain</w:t>
            </w:r>
          </w:p>
        </w:tc>
        <w:tc>
          <w:tcPr>
            <w:tcW w:w="2448" w:type="dxa"/>
          </w:tcPr>
          <w:p w14:paraId="66506EA1" w14:textId="77777777" w:rsidR="00E71A28" w:rsidRPr="008E7D12" w:rsidRDefault="00000000">
            <w:pPr>
              <w:rPr>
                <w:sz w:val="20"/>
                <w:szCs w:val="20"/>
              </w:rPr>
            </w:pPr>
            <w:r>
              <w:rPr>
                <w:b/>
                <w:sz w:val="20"/>
                <w:szCs w:val="20"/>
              </w:rPr>
              <w:t>Platform</w:t>
            </w:r>
          </w:p>
        </w:tc>
        <w:tc>
          <w:tcPr>
            <w:tcW w:w="1296" w:type="dxa"/>
          </w:tcPr>
          <w:p w14:paraId="36B0FA4B" w14:textId="77777777" w:rsidR="00E71A28" w:rsidRPr="008E7D12" w:rsidRDefault="00000000">
            <w:pPr>
              <w:rPr>
                <w:sz w:val="20"/>
                <w:szCs w:val="20"/>
              </w:rPr>
            </w:pPr>
            <w:r>
              <w:rPr>
                <w:b/>
                <w:sz w:val="20"/>
                <w:szCs w:val="20"/>
              </w:rPr>
              <w:t>Accuracy</w:t>
            </w:r>
          </w:p>
        </w:tc>
        <w:tc>
          <w:tcPr>
            <w:tcW w:w="1008" w:type="dxa"/>
          </w:tcPr>
          <w:p w14:paraId="3E7EE6FD" w14:textId="77777777" w:rsidR="00E71A28" w:rsidRPr="008E7D12" w:rsidRDefault="00000000">
            <w:pPr>
              <w:rPr>
                <w:sz w:val="20"/>
                <w:szCs w:val="20"/>
              </w:rPr>
            </w:pPr>
            <w:r>
              <w:rPr>
                <w:b/>
                <w:sz w:val="20"/>
                <w:szCs w:val="20"/>
              </w:rPr>
              <w:t>Safety</w:t>
            </w:r>
          </w:p>
        </w:tc>
        <w:tc>
          <w:tcPr>
            <w:tcW w:w="1728" w:type="dxa"/>
          </w:tcPr>
          <w:p w14:paraId="25704649" w14:textId="77777777" w:rsidR="00E71A28" w:rsidRPr="008E7D12" w:rsidRDefault="00000000">
            <w:pPr>
              <w:rPr>
                <w:sz w:val="20"/>
                <w:szCs w:val="20"/>
              </w:rPr>
            </w:pPr>
            <w:r>
              <w:rPr>
                <w:b/>
                <w:sz w:val="20"/>
                <w:szCs w:val="20"/>
              </w:rPr>
              <w:t>Hallucinations</w:t>
            </w:r>
          </w:p>
        </w:tc>
        <w:tc>
          <w:tcPr>
            <w:tcW w:w="1584" w:type="dxa"/>
          </w:tcPr>
          <w:p w14:paraId="5F453835" w14:textId="77777777" w:rsidR="00E71A28" w:rsidRPr="008E7D12" w:rsidRDefault="00000000">
            <w:pPr>
              <w:rPr>
                <w:sz w:val="20"/>
                <w:szCs w:val="20"/>
              </w:rPr>
            </w:pPr>
            <w:r>
              <w:rPr>
                <w:b/>
                <w:sz w:val="20"/>
                <w:szCs w:val="20"/>
              </w:rPr>
              <w:t>Completeness</w:t>
            </w:r>
          </w:p>
        </w:tc>
        <w:tc>
          <w:tcPr>
            <w:tcW w:w="1296" w:type="dxa"/>
          </w:tcPr>
          <w:p w14:paraId="7D8A3359" w14:textId="77777777" w:rsidR="00E71A28" w:rsidRPr="008E7D12" w:rsidRDefault="00000000">
            <w:pPr>
              <w:rPr>
                <w:sz w:val="20"/>
                <w:szCs w:val="20"/>
              </w:rPr>
            </w:pPr>
            <w:r>
              <w:rPr>
                <w:b/>
                <w:sz w:val="20"/>
                <w:szCs w:val="20"/>
              </w:rPr>
              <w:t>Composite</w:t>
            </w:r>
          </w:p>
        </w:tc>
      </w:tr>
      <w:tr w:rsidR="00E71A28" w:rsidRPr="008E7D12" w14:paraId="4ABECFCF" w14:textId="77777777" w:rsidTr="008E7D12">
        <w:tc>
          <w:tcPr>
            <w:tcW w:w="1152" w:type="dxa"/>
          </w:tcPr>
          <w:p w14:paraId="03CA9512" w14:textId="77777777" w:rsidR="00E71A28" w:rsidRPr="008E7D12" w:rsidRDefault="00000000">
            <w:pPr>
              <w:rPr>
                <w:sz w:val="20"/>
                <w:szCs w:val="20"/>
              </w:rPr>
            </w:pPr>
            <w:r>
              <w:rPr>
                <w:sz w:val="20"/>
                <w:szCs w:val="20"/>
              </w:rPr>
              <w:t>1</w:t>
            </w:r>
          </w:p>
        </w:tc>
        <w:tc>
          <w:tcPr>
            <w:tcW w:w="1008" w:type="dxa"/>
          </w:tcPr>
          <w:p w14:paraId="0DC586F1" w14:textId="77777777" w:rsidR="00E71A28" w:rsidRPr="008E7D12" w:rsidRDefault="00000000">
            <w:pPr>
              <w:rPr>
                <w:sz w:val="20"/>
                <w:szCs w:val="20"/>
              </w:rPr>
            </w:pPr>
            <w:r>
              <w:rPr>
                <w:sz w:val="20"/>
                <w:szCs w:val="20"/>
              </w:rPr>
              <w:t>A</w:t>
            </w:r>
          </w:p>
        </w:tc>
        <w:tc>
          <w:tcPr>
            <w:tcW w:w="2448" w:type="dxa"/>
          </w:tcPr>
          <w:p w14:paraId="6DD69640" w14:textId="77777777" w:rsidR="00E71A28" w:rsidRPr="008E7D12" w:rsidRDefault="00000000">
            <w:pPr>
              <w:rPr>
                <w:sz w:val="20"/>
                <w:szCs w:val="20"/>
              </w:rPr>
            </w:pPr>
            <w:r>
              <w:rPr>
                <w:sz w:val="20"/>
                <w:szCs w:val="20"/>
              </w:rPr>
              <w:t>ChatGPT (LLM1)</w:t>
            </w:r>
          </w:p>
        </w:tc>
        <w:tc>
          <w:tcPr>
            <w:tcW w:w="1296" w:type="dxa"/>
          </w:tcPr>
          <w:p w14:paraId="5C4F191F" w14:textId="77777777" w:rsidR="00E71A28" w:rsidRPr="008E7D12" w:rsidRDefault="00000000">
            <w:pPr>
              <w:rPr>
                <w:sz w:val="20"/>
                <w:szCs w:val="20"/>
              </w:rPr>
            </w:pPr>
            <w:r>
              <w:rPr>
                <w:sz w:val="20"/>
                <w:szCs w:val="20"/>
              </w:rPr>
              <w:t>4</w:t>
            </w:r>
          </w:p>
        </w:tc>
        <w:tc>
          <w:tcPr>
            <w:tcW w:w="1008" w:type="dxa"/>
          </w:tcPr>
          <w:p w14:paraId="6183AE79" w14:textId="77777777" w:rsidR="00E71A28" w:rsidRPr="008E7D12" w:rsidRDefault="00000000">
            <w:pPr>
              <w:rPr>
                <w:sz w:val="20"/>
                <w:szCs w:val="20"/>
              </w:rPr>
            </w:pPr>
            <w:r>
              <w:rPr>
                <w:sz w:val="20"/>
                <w:szCs w:val="20"/>
              </w:rPr>
              <w:t>4</w:t>
            </w:r>
          </w:p>
        </w:tc>
        <w:tc>
          <w:tcPr>
            <w:tcW w:w="1728" w:type="dxa"/>
          </w:tcPr>
          <w:p w14:paraId="13C94D99" w14:textId="77777777" w:rsidR="00E71A28" w:rsidRPr="008E7D12" w:rsidRDefault="00000000">
            <w:pPr>
              <w:rPr>
                <w:sz w:val="20"/>
                <w:szCs w:val="20"/>
              </w:rPr>
            </w:pPr>
            <w:r>
              <w:rPr>
                <w:sz w:val="20"/>
                <w:szCs w:val="20"/>
              </w:rPr>
              <w:t>5</w:t>
            </w:r>
          </w:p>
        </w:tc>
        <w:tc>
          <w:tcPr>
            <w:tcW w:w="1584" w:type="dxa"/>
          </w:tcPr>
          <w:p w14:paraId="2CB2A0CE" w14:textId="77777777" w:rsidR="00E71A28" w:rsidRPr="008E7D12" w:rsidRDefault="00000000">
            <w:pPr>
              <w:rPr>
                <w:sz w:val="20"/>
                <w:szCs w:val="20"/>
              </w:rPr>
            </w:pPr>
            <w:r>
              <w:rPr>
                <w:sz w:val="20"/>
                <w:szCs w:val="20"/>
              </w:rPr>
              <w:t>4</w:t>
            </w:r>
          </w:p>
        </w:tc>
        <w:tc>
          <w:tcPr>
            <w:tcW w:w="1296" w:type="dxa"/>
          </w:tcPr>
          <w:p w14:paraId="5BCFB77B" w14:textId="77777777" w:rsidR="00E71A28" w:rsidRPr="008E7D12" w:rsidRDefault="00000000">
            <w:pPr>
              <w:rPr>
                <w:sz w:val="20"/>
                <w:szCs w:val="20"/>
              </w:rPr>
            </w:pPr>
            <w:r>
              <w:rPr>
                <w:sz w:val="20"/>
                <w:szCs w:val="20"/>
              </w:rPr>
              <w:t>4.25</w:t>
            </w:r>
          </w:p>
        </w:tc>
      </w:tr>
      <w:tr w:rsidR="00E71A28" w:rsidRPr="008E7D12" w14:paraId="700BE21E" w14:textId="77777777" w:rsidTr="008E7D12">
        <w:tc>
          <w:tcPr>
            <w:tcW w:w="1152" w:type="dxa"/>
          </w:tcPr>
          <w:p w14:paraId="15372825" w14:textId="77777777" w:rsidR="00E71A28" w:rsidRPr="008E7D12" w:rsidRDefault="00000000">
            <w:pPr>
              <w:rPr>
                <w:sz w:val="20"/>
                <w:szCs w:val="20"/>
              </w:rPr>
            </w:pPr>
            <w:r>
              <w:rPr>
                <w:sz w:val="20"/>
                <w:szCs w:val="20"/>
              </w:rPr>
              <w:t>1</w:t>
            </w:r>
          </w:p>
        </w:tc>
        <w:tc>
          <w:tcPr>
            <w:tcW w:w="1008" w:type="dxa"/>
          </w:tcPr>
          <w:p w14:paraId="000BD528" w14:textId="77777777" w:rsidR="00E71A28" w:rsidRPr="008E7D12" w:rsidRDefault="00000000">
            <w:pPr>
              <w:rPr>
                <w:sz w:val="20"/>
                <w:szCs w:val="20"/>
              </w:rPr>
            </w:pPr>
            <w:r>
              <w:rPr>
                <w:sz w:val="20"/>
                <w:szCs w:val="20"/>
              </w:rPr>
              <w:t>A</w:t>
            </w:r>
          </w:p>
        </w:tc>
        <w:tc>
          <w:tcPr>
            <w:tcW w:w="2448" w:type="dxa"/>
          </w:tcPr>
          <w:p w14:paraId="60FD1E78" w14:textId="77777777" w:rsidR="00E71A28" w:rsidRPr="008E7D12" w:rsidRDefault="00000000">
            <w:pPr>
              <w:rPr>
                <w:sz w:val="20"/>
                <w:szCs w:val="20"/>
              </w:rPr>
            </w:pPr>
            <w:r>
              <w:rPr>
                <w:sz w:val="20"/>
                <w:szCs w:val="20"/>
              </w:rPr>
              <w:t>Claude (LLM2)</w:t>
            </w:r>
          </w:p>
        </w:tc>
        <w:tc>
          <w:tcPr>
            <w:tcW w:w="1296" w:type="dxa"/>
          </w:tcPr>
          <w:p w14:paraId="6986D19C" w14:textId="77777777" w:rsidR="00E71A28" w:rsidRPr="008E7D12" w:rsidRDefault="00000000">
            <w:pPr>
              <w:rPr>
                <w:sz w:val="20"/>
                <w:szCs w:val="20"/>
              </w:rPr>
            </w:pPr>
            <w:r>
              <w:rPr>
                <w:sz w:val="20"/>
                <w:szCs w:val="20"/>
              </w:rPr>
              <w:t>4</w:t>
            </w:r>
          </w:p>
        </w:tc>
        <w:tc>
          <w:tcPr>
            <w:tcW w:w="1008" w:type="dxa"/>
          </w:tcPr>
          <w:p w14:paraId="74244A5A" w14:textId="77777777" w:rsidR="00E71A28" w:rsidRPr="008E7D12" w:rsidRDefault="00000000">
            <w:pPr>
              <w:rPr>
                <w:sz w:val="20"/>
                <w:szCs w:val="20"/>
              </w:rPr>
            </w:pPr>
            <w:r>
              <w:rPr>
                <w:sz w:val="20"/>
                <w:szCs w:val="20"/>
              </w:rPr>
              <w:t>4</w:t>
            </w:r>
          </w:p>
        </w:tc>
        <w:tc>
          <w:tcPr>
            <w:tcW w:w="1728" w:type="dxa"/>
          </w:tcPr>
          <w:p w14:paraId="2F454220" w14:textId="77777777" w:rsidR="00E71A28" w:rsidRPr="008E7D12" w:rsidRDefault="00000000">
            <w:pPr>
              <w:rPr>
                <w:sz w:val="20"/>
                <w:szCs w:val="20"/>
              </w:rPr>
            </w:pPr>
            <w:r>
              <w:rPr>
                <w:sz w:val="20"/>
                <w:szCs w:val="20"/>
              </w:rPr>
              <w:t>5</w:t>
            </w:r>
          </w:p>
        </w:tc>
        <w:tc>
          <w:tcPr>
            <w:tcW w:w="1584" w:type="dxa"/>
          </w:tcPr>
          <w:p w14:paraId="0F06A0F7" w14:textId="77777777" w:rsidR="00E71A28" w:rsidRPr="008E7D12" w:rsidRDefault="00000000">
            <w:pPr>
              <w:rPr>
                <w:sz w:val="20"/>
                <w:szCs w:val="20"/>
              </w:rPr>
            </w:pPr>
            <w:r>
              <w:rPr>
                <w:sz w:val="20"/>
                <w:szCs w:val="20"/>
              </w:rPr>
              <w:t>4</w:t>
            </w:r>
          </w:p>
        </w:tc>
        <w:tc>
          <w:tcPr>
            <w:tcW w:w="1296" w:type="dxa"/>
          </w:tcPr>
          <w:p w14:paraId="0C59E752" w14:textId="77777777" w:rsidR="00E71A28" w:rsidRPr="008E7D12" w:rsidRDefault="00000000">
            <w:pPr>
              <w:rPr>
                <w:sz w:val="20"/>
                <w:szCs w:val="20"/>
              </w:rPr>
            </w:pPr>
            <w:r>
              <w:rPr>
                <w:sz w:val="20"/>
                <w:szCs w:val="20"/>
              </w:rPr>
              <w:t>4.25</w:t>
            </w:r>
          </w:p>
        </w:tc>
      </w:tr>
      <w:tr w:rsidR="00E71A28" w:rsidRPr="008E7D12" w14:paraId="4B5B9EE5" w14:textId="77777777" w:rsidTr="008E7D12">
        <w:tc>
          <w:tcPr>
            <w:tcW w:w="1152" w:type="dxa"/>
          </w:tcPr>
          <w:p w14:paraId="12EE94FC" w14:textId="77777777" w:rsidR="00E71A28" w:rsidRPr="008E7D12" w:rsidRDefault="00000000">
            <w:pPr>
              <w:rPr>
                <w:sz w:val="20"/>
                <w:szCs w:val="20"/>
              </w:rPr>
            </w:pPr>
            <w:r>
              <w:rPr>
                <w:sz w:val="20"/>
                <w:szCs w:val="20"/>
              </w:rPr>
              <w:t>1</w:t>
            </w:r>
          </w:p>
        </w:tc>
        <w:tc>
          <w:tcPr>
            <w:tcW w:w="1008" w:type="dxa"/>
          </w:tcPr>
          <w:p w14:paraId="65D6333A" w14:textId="77777777" w:rsidR="00E71A28" w:rsidRPr="008E7D12" w:rsidRDefault="00000000">
            <w:pPr>
              <w:rPr>
                <w:sz w:val="20"/>
                <w:szCs w:val="20"/>
              </w:rPr>
            </w:pPr>
            <w:r>
              <w:rPr>
                <w:sz w:val="20"/>
                <w:szCs w:val="20"/>
              </w:rPr>
              <w:t>A</w:t>
            </w:r>
          </w:p>
        </w:tc>
        <w:tc>
          <w:tcPr>
            <w:tcW w:w="2448" w:type="dxa"/>
          </w:tcPr>
          <w:p w14:paraId="6578344D" w14:textId="77777777" w:rsidR="00E71A28" w:rsidRPr="008E7D12" w:rsidRDefault="00000000">
            <w:pPr>
              <w:rPr>
                <w:sz w:val="20"/>
                <w:szCs w:val="20"/>
              </w:rPr>
            </w:pPr>
            <w:r>
              <w:rPr>
                <w:sz w:val="20"/>
                <w:szCs w:val="20"/>
              </w:rPr>
              <w:t>Gemini (LLM3)</w:t>
            </w:r>
          </w:p>
        </w:tc>
        <w:tc>
          <w:tcPr>
            <w:tcW w:w="1296" w:type="dxa"/>
          </w:tcPr>
          <w:p w14:paraId="4F7B4DF5" w14:textId="77777777" w:rsidR="00E71A28" w:rsidRPr="008E7D12" w:rsidRDefault="00000000">
            <w:pPr>
              <w:rPr>
                <w:sz w:val="20"/>
                <w:szCs w:val="20"/>
              </w:rPr>
            </w:pPr>
            <w:r>
              <w:rPr>
                <w:sz w:val="20"/>
                <w:szCs w:val="20"/>
              </w:rPr>
              <w:t>3</w:t>
            </w:r>
          </w:p>
        </w:tc>
        <w:tc>
          <w:tcPr>
            <w:tcW w:w="1008" w:type="dxa"/>
          </w:tcPr>
          <w:p w14:paraId="486A7DA1" w14:textId="77777777" w:rsidR="00E71A28" w:rsidRPr="008E7D12" w:rsidRDefault="00000000">
            <w:pPr>
              <w:rPr>
                <w:sz w:val="20"/>
                <w:szCs w:val="20"/>
              </w:rPr>
            </w:pPr>
            <w:r>
              <w:rPr>
                <w:sz w:val="20"/>
                <w:szCs w:val="20"/>
              </w:rPr>
              <w:t>2</w:t>
            </w:r>
          </w:p>
        </w:tc>
        <w:tc>
          <w:tcPr>
            <w:tcW w:w="1728" w:type="dxa"/>
          </w:tcPr>
          <w:p w14:paraId="38626A39" w14:textId="77777777" w:rsidR="00E71A28" w:rsidRPr="008E7D12" w:rsidRDefault="00000000">
            <w:pPr>
              <w:rPr>
                <w:sz w:val="20"/>
                <w:szCs w:val="20"/>
              </w:rPr>
            </w:pPr>
            <w:r>
              <w:rPr>
                <w:sz w:val="20"/>
                <w:szCs w:val="20"/>
              </w:rPr>
              <w:t>2</w:t>
            </w:r>
          </w:p>
        </w:tc>
        <w:tc>
          <w:tcPr>
            <w:tcW w:w="1584" w:type="dxa"/>
          </w:tcPr>
          <w:p w14:paraId="3291D34A" w14:textId="77777777" w:rsidR="00E71A28" w:rsidRPr="008E7D12" w:rsidRDefault="00000000">
            <w:pPr>
              <w:rPr>
                <w:sz w:val="20"/>
                <w:szCs w:val="20"/>
              </w:rPr>
            </w:pPr>
            <w:r>
              <w:rPr>
                <w:sz w:val="20"/>
                <w:szCs w:val="20"/>
              </w:rPr>
              <w:t>2</w:t>
            </w:r>
          </w:p>
        </w:tc>
        <w:tc>
          <w:tcPr>
            <w:tcW w:w="1296" w:type="dxa"/>
          </w:tcPr>
          <w:p w14:paraId="1F639BC5" w14:textId="77777777" w:rsidR="00E71A28" w:rsidRPr="008E7D12" w:rsidRDefault="00000000">
            <w:pPr>
              <w:rPr>
                <w:sz w:val="20"/>
                <w:szCs w:val="20"/>
              </w:rPr>
            </w:pPr>
            <w:r>
              <w:rPr>
                <w:sz w:val="20"/>
                <w:szCs w:val="20"/>
              </w:rPr>
              <w:t>2.25</w:t>
            </w:r>
          </w:p>
        </w:tc>
      </w:tr>
      <w:tr w:rsidR="00E71A28" w:rsidRPr="008E7D12" w14:paraId="627FF710" w14:textId="77777777" w:rsidTr="008E7D12">
        <w:tc>
          <w:tcPr>
            <w:tcW w:w="1152" w:type="dxa"/>
          </w:tcPr>
          <w:p w14:paraId="14EB983A" w14:textId="77777777" w:rsidR="00E71A28" w:rsidRPr="008E7D12" w:rsidRDefault="00000000">
            <w:pPr>
              <w:rPr>
                <w:sz w:val="20"/>
                <w:szCs w:val="20"/>
              </w:rPr>
            </w:pPr>
            <w:r>
              <w:rPr>
                <w:sz w:val="20"/>
                <w:szCs w:val="20"/>
              </w:rPr>
              <w:t>1</w:t>
            </w:r>
          </w:p>
        </w:tc>
        <w:tc>
          <w:tcPr>
            <w:tcW w:w="1008" w:type="dxa"/>
          </w:tcPr>
          <w:p w14:paraId="2D3BA52A" w14:textId="77777777" w:rsidR="00E71A28" w:rsidRPr="008E7D12" w:rsidRDefault="00000000">
            <w:pPr>
              <w:rPr>
                <w:sz w:val="20"/>
                <w:szCs w:val="20"/>
              </w:rPr>
            </w:pPr>
            <w:r>
              <w:rPr>
                <w:sz w:val="20"/>
                <w:szCs w:val="20"/>
              </w:rPr>
              <w:t>A</w:t>
            </w:r>
          </w:p>
        </w:tc>
        <w:tc>
          <w:tcPr>
            <w:tcW w:w="2448" w:type="dxa"/>
          </w:tcPr>
          <w:p w14:paraId="643C09A8" w14:textId="77777777" w:rsidR="00E71A28" w:rsidRPr="008E7D12" w:rsidRDefault="00000000">
            <w:pPr>
              <w:rPr>
                <w:sz w:val="20"/>
                <w:szCs w:val="20"/>
              </w:rPr>
            </w:pPr>
            <w:r>
              <w:rPr>
                <w:sz w:val="20"/>
                <w:szCs w:val="20"/>
              </w:rPr>
              <w:t>OpenEvidence (LLM4)</w:t>
            </w:r>
          </w:p>
        </w:tc>
        <w:tc>
          <w:tcPr>
            <w:tcW w:w="1296" w:type="dxa"/>
          </w:tcPr>
          <w:p w14:paraId="6E4B6438" w14:textId="77777777" w:rsidR="00E71A28" w:rsidRPr="008E7D12" w:rsidRDefault="00000000">
            <w:pPr>
              <w:rPr>
                <w:sz w:val="20"/>
                <w:szCs w:val="20"/>
              </w:rPr>
            </w:pPr>
            <w:r>
              <w:rPr>
                <w:sz w:val="20"/>
                <w:szCs w:val="20"/>
              </w:rPr>
              <w:t>3</w:t>
            </w:r>
          </w:p>
        </w:tc>
        <w:tc>
          <w:tcPr>
            <w:tcW w:w="1008" w:type="dxa"/>
          </w:tcPr>
          <w:p w14:paraId="5D50B1A7" w14:textId="77777777" w:rsidR="00E71A28" w:rsidRPr="008E7D12" w:rsidRDefault="00000000">
            <w:pPr>
              <w:rPr>
                <w:sz w:val="20"/>
                <w:szCs w:val="20"/>
              </w:rPr>
            </w:pPr>
            <w:r>
              <w:rPr>
                <w:sz w:val="20"/>
                <w:szCs w:val="20"/>
              </w:rPr>
              <w:t>5</w:t>
            </w:r>
          </w:p>
        </w:tc>
        <w:tc>
          <w:tcPr>
            <w:tcW w:w="1728" w:type="dxa"/>
          </w:tcPr>
          <w:p w14:paraId="7BBC3080" w14:textId="77777777" w:rsidR="00E71A28" w:rsidRPr="008E7D12" w:rsidRDefault="00000000">
            <w:pPr>
              <w:rPr>
                <w:sz w:val="20"/>
                <w:szCs w:val="20"/>
              </w:rPr>
            </w:pPr>
            <w:r>
              <w:rPr>
                <w:sz w:val="20"/>
                <w:szCs w:val="20"/>
              </w:rPr>
              <w:t>3</w:t>
            </w:r>
          </w:p>
        </w:tc>
        <w:tc>
          <w:tcPr>
            <w:tcW w:w="1584" w:type="dxa"/>
          </w:tcPr>
          <w:p w14:paraId="7D9DA0B9" w14:textId="77777777" w:rsidR="00E71A28" w:rsidRPr="008E7D12" w:rsidRDefault="00000000">
            <w:pPr>
              <w:rPr>
                <w:sz w:val="20"/>
                <w:szCs w:val="20"/>
              </w:rPr>
            </w:pPr>
            <w:r>
              <w:rPr>
                <w:sz w:val="20"/>
                <w:szCs w:val="20"/>
              </w:rPr>
              <w:t>3</w:t>
            </w:r>
          </w:p>
        </w:tc>
        <w:tc>
          <w:tcPr>
            <w:tcW w:w="1296" w:type="dxa"/>
          </w:tcPr>
          <w:p w14:paraId="232BCDB9" w14:textId="77777777" w:rsidR="00E71A28" w:rsidRPr="008E7D12" w:rsidRDefault="00000000">
            <w:pPr>
              <w:rPr>
                <w:sz w:val="20"/>
                <w:szCs w:val="20"/>
              </w:rPr>
            </w:pPr>
            <w:r>
              <w:rPr>
                <w:sz w:val="20"/>
                <w:szCs w:val="20"/>
              </w:rPr>
              <w:t>3.50</w:t>
            </w:r>
          </w:p>
        </w:tc>
      </w:tr>
      <w:tr w:rsidR="00E71A28" w:rsidRPr="008E7D12" w14:paraId="558051D3" w14:textId="77777777" w:rsidTr="008E7D12">
        <w:tc>
          <w:tcPr>
            <w:tcW w:w="1152" w:type="dxa"/>
          </w:tcPr>
          <w:p w14:paraId="62361E3E" w14:textId="77777777" w:rsidR="00E71A28" w:rsidRPr="008E7D12" w:rsidRDefault="00000000">
            <w:pPr>
              <w:rPr>
                <w:sz w:val="20"/>
                <w:szCs w:val="20"/>
              </w:rPr>
            </w:pPr>
            <w:r>
              <w:rPr>
                <w:sz w:val="20"/>
                <w:szCs w:val="20"/>
              </w:rPr>
              <w:t>1</w:t>
            </w:r>
          </w:p>
        </w:tc>
        <w:tc>
          <w:tcPr>
            <w:tcW w:w="1008" w:type="dxa"/>
          </w:tcPr>
          <w:p w14:paraId="51330CE9" w14:textId="77777777" w:rsidR="00E71A28" w:rsidRPr="008E7D12" w:rsidRDefault="00000000">
            <w:pPr>
              <w:rPr>
                <w:sz w:val="20"/>
                <w:szCs w:val="20"/>
              </w:rPr>
            </w:pPr>
            <w:r>
              <w:rPr>
                <w:sz w:val="20"/>
                <w:szCs w:val="20"/>
              </w:rPr>
              <w:t>A</w:t>
            </w:r>
          </w:p>
        </w:tc>
        <w:tc>
          <w:tcPr>
            <w:tcW w:w="2448" w:type="dxa"/>
          </w:tcPr>
          <w:p w14:paraId="2E831F10" w14:textId="77777777" w:rsidR="00E71A28" w:rsidRPr="008E7D12" w:rsidRDefault="00000000">
            <w:pPr>
              <w:rPr>
                <w:sz w:val="20"/>
                <w:szCs w:val="20"/>
              </w:rPr>
            </w:pPr>
            <w:r>
              <w:rPr>
                <w:sz w:val="20"/>
                <w:szCs w:val="20"/>
              </w:rPr>
              <w:t>Perplexity (LLM5)</w:t>
            </w:r>
          </w:p>
        </w:tc>
        <w:tc>
          <w:tcPr>
            <w:tcW w:w="1296" w:type="dxa"/>
          </w:tcPr>
          <w:p w14:paraId="774B692C" w14:textId="77777777" w:rsidR="00E71A28" w:rsidRPr="008E7D12" w:rsidRDefault="00000000">
            <w:pPr>
              <w:rPr>
                <w:sz w:val="20"/>
                <w:szCs w:val="20"/>
              </w:rPr>
            </w:pPr>
            <w:r>
              <w:rPr>
                <w:sz w:val="20"/>
                <w:szCs w:val="20"/>
              </w:rPr>
              <w:t>5</w:t>
            </w:r>
          </w:p>
        </w:tc>
        <w:tc>
          <w:tcPr>
            <w:tcW w:w="1008" w:type="dxa"/>
          </w:tcPr>
          <w:p w14:paraId="230EBE50" w14:textId="77777777" w:rsidR="00E71A28" w:rsidRPr="008E7D12" w:rsidRDefault="00000000">
            <w:pPr>
              <w:rPr>
                <w:sz w:val="20"/>
                <w:szCs w:val="20"/>
              </w:rPr>
            </w:pPr>
            <w:r>
              <w:rPr>
                <w:sz w:val="20"/>
                <w:szCs w:val="20"/>
              </w:rPr>
              <w:t>5</w:t>
            </w:r>
          </w:p>
        </w:tc>
        <w:tc>
          <w:tcPr>
            <w:tcW w:w="1728" w:type="dxa"/>
          </w:tcPr>
          <w:p w14:paraId="07A7CA53" w14:textId="77777777" w:rsidR="00E71A28" w:rsidRPr="008E7D12" w:rsidRDefault="00000000">
            <w:pPr>
              <w:rPr>
                <w:sz w:val="20"/>
                <w:szCs w:val="20"/>
              </w:rPr>
            </w:pPr>
            <w:r>
              <w:rPr>
                <w:sz w:val="20"/>
                <w:szCs w:val="20"/>
              </w:rPr>
              <w:t>5</w:t>
            </w:r>
          </w:p>
        </w:tc>
        <w:tc>
          <w:tcPr>
            <w:tcW w:w="1584" w:type="dxa"/>
          </w:tcPr>
          <w:p w14:paraId="4B097BAA" w14:textId="77777777" w:rsidR="00E71A28" w:rsidRPr="008E7D12" w:rsidRDefault="00000000">
            <w:pPr>
              <w:rPr>
                <w:sz w:val="20"/>
                <w:szCs w:val="20"/>
              </w:rPr>
            </w:pPr>
            <w:r>
              <w:rPr>
                <w:sz w:val="20"/>
                <w:szCs w:val="20"/>
              </w:rPr>
              <w:t>5</w:t>
            </w:r>
          </w:p>
        </w:tc>
        <w:tc>
          <w:tcPr>
            <w:tcW w:w="1296" w:type="dxa"/>
          </w:tcPr>
          <w:p w14:paraId="45D9F45C" w14:textId="77777777" w:rsidR="00E71A28" w:rsidRPr="008E7D12" w:rsidRDefault="00000000">
            <w:pPr>
              <w:rPr>
                <w:sz w:val="20"/>
                <w:szCs w:val="20"/>
              </w:rPr>
            </w:pPr>
            <w:r>
              <w:rPr>
                <w:sz w:val="20"/>
                <w:szCs w:val="20"/>
              </w:rPr>
              <w:t>5.00</w:t>
            </w:r>
          </w:p>
        </w:tc>
      </w:tr>
      <w:tr w:rsidR="00E71A28" w:rsidRPr="008E7D12" w14:paraId="75EE6268" w14:textId="77777777" w:rsidTr="008E7D12">
        <w:tc>
          <w:tcPr>
            <w:tcW w:w="1152" w:type="dxa"/>
          </w:tcPr>
          <w:p w14:paraId="36CFF4C7" w14:textId="77777777" w:rsidR="00E71A28" w:rsidRPr="008E7D12" w:rsidRDefault="00000000">
            <w:pPr>
              <w:rPr>
                <w:sz w:val="20"/>
                <w:szCs w:val="20"/>
              </w:rPr>
            </w:pPr>
            <w:r>
              <w:rPr>
                <w:sz w:val="20"/>
                <w:szCs w:val="20"/>
              </w:rPr>
              <w:t>2</w:t>
            </w:r>
          </w:p>
        </w:tc>
        <w:tc>
          <w:tcPr>
            <w:tcW w:w="1008" w:type="dxa"/>
          </w:tcPr>
          <w:p w14:paraId="62EE4A10" w14:textId="77777777" w:rsidR="00E71A28" w:rsidRPr="008E7D12" w:rsidRDefault="00000000">
            <w:pPr>
              <w:rPr>
                <w:sz w:val="20"/>
                <w:szCs w:val="20"/>
              </w:rPr>
            </w:pPr>
            <w:r>
              <w:rPr>
                <w:sz w:val="20"/>
                <w:szCs w:val="20"/>
              </w:rPr>
              <w:t>A</w:t>
            </w:r>
          </w:p>
        </w:tc>
        <w:tc>
          <w:tcPr>
            <w:tcW w:w="2448" w:type="dxa"/>
          </w:tcPr>
          <w:p w14:paraId="6A9C247F" w14:textId="77777777" w:rsidR="00E71A28" w:rsidRPr="008E7D12" w:rsidRDefault="00000000">
            <w:pPr>
              <w:rPr>
                <w:sz w:val="20"/>
                <w:szCs w:val="20"/>
              </w:rPr>
            </w:pPr>
            <w:r>
              <w:rPr>
                <w:sz w:val="20"/>
                <w:szCs w:val="20"/>
              </w:rPr>
              <w:t>ChatGPT (LLM1)</w:t>
            </w:r>
          </w:p>
        </w:tc>
        <w:tc>
          <w:tcPr>
            <w:tcW w:w="1296" w:type="dxa"/>
          </w:tcPr>
          <w:p w14:paraId="0331106E" w14:textId="77777777" w:rsidR="00E71A28" w:rsidRPr="008E7D12" w:rsidRDefault="00000000">
            <w:pPr>
              <w:rPr>
                <w:sz w:val="20"/>
                <w:szCs w:val="20"/>
              </w:rPr>
            </w:pPr>
            <w:r>
              <w:rPr>
                <w:sz w:val="20"/>
                <w:szCs w:val="20"/>
              </w:rPr>
              <w:t>3</w:t>
            </w:r>
          </w:p>
        </w:tc>
        <w:tc>
          <w:tcPr>
            <w:tcW w:w="1008" w:type="dxa"/>
          </w:tcPr>
          <w:p w14:paraId="0C4FFBD8" w14:textId="77777777" w:rsidR="00E71A28" w:rsidRPr="008E7D12" w:rsidRDefault="00000000">
            <w:pPr>
              <w:rPr>
                <w:sz w:val="20"/>
                <w:szCs w:val="20"/>
              </w:rPr>
            </w:pPr>
            <w:r>
              <w:rPr>
                <w:sz w:val="20"/>
                <w:szCs w:val="20"/>
              </w:rPr>
              <w:t>4</w:t>
            </w:r>
          </w:p>
        </w:tc>
        <w:tc>
          <w:tcPr>
            <w:tcW w:w="1728" w:type="dxa"/>
          </w:tcPr>
          <w:p w14:paraId="737D4391" w14:textId="77777777" w:rsidR="00E71A28" w:rsidRPr="008E7D12" w:rsidRDefault="00000000">
            <w:pPr>
              <w:rPr>
                <w:sz w:val="20"/>
                <w:szCs w:val="20"/>
              </w:rPr>
            </w:pPr>
            <w:r>
              <w:rPr>
                <w:sz w:val="20"/>
                <w:szCs w:val="20"/>
              </w:rPr>
              <w:t>3</w:t>
            </w:r>
          </w:p>
        </w:tc>
        <w:tc>
          <w:tcPr>
            <w:tcW w:w="1584" w:type="dxa"/>
          </w:tcPr>
          <w:p w14:paraId="2796080E" w14:textId="77777777" w:rsidR="00E71A28" w:rsidRPr="008E7D12" w:rsidRDefault="00000000">
            <w:pPr>
              <w:rPr>
                <w:sz w:val="20"/>
                <w:szCs w:val="20"/>
              </w:rPr>
            </w:pPr>
            <w:r>
              <w:rPr>
                <w:sz w:val="20"/>
                <w:szCs w:val="20"/>
              </w:rPr>
              <w:t>4</w:t>
            </w:r>
          </w:p>
        </w:tc>
        <w:tc>
          <w:tcPr>
            <w:tcW w:w="1296" w:type="dxa"/>
          </w:tcPr>
          <w:p w14:paraId="41BFCB7D" w14:textId="77777777" w:rsidR="00E71A28" w:rsidRPr="008E7D12" w:rsidRDefault="00000000">
            <w:pPr>
              <w:rPr>
                <w:sz w:val="20"/>
                <w:szCs w:val="20"/>
              </w:rPr>
            </w:pPr>
            <w:r>
              <w:rPr>
                <w:sz w:val="20"/>
                <w:szCs w:val="20"/>
              </w:rPr>
              <w:t>3.50</w:t>
            </w:r>
          </w:p>
        </w:tc>
      </w:tr>
      <w:tr w:rsidR="00E71A28" w:rsidRPr="008E7D12" w14:paraId="189EDA72" w14:textId="77777777" w:rsidTr="008E7D12">
        <w:tc>
          <w:tcPr>
            <w:tcW w:w="1152" w:type="dxa"/>
          </w:tcPr>
          <w:p w14:paraId="5542347A" w14:textId="77777777" w:rsidR="00E71A28" w:rsidRPr="008E7D12" w:rsidRDefault="00000000">
            <w:pPr>
              <w:rPr>
                <w:sz w:val="20"/>
                <w:szCs w:val="20"/>
              </w:rPr>
            </w:pPr>
            <w:r>
              <w:rPr>
                <w:sz w:val="20"/>
                <w:szCs w:val="20"/>
              </w:rPr>
              <w:t>2</w:t>
            </w:r>
          </w:p>
        </w:tc>
        <w:tc>
          <w:tcPr>
            <w:tcW w:w="1008" w:type="dxa"/>
          </w:tcPr>
          <w:p w14:paraId="67E42088" w14:textId="77777777" w:rsidR="00E71A28" w:rsidRPr="008E7D12" w:rsidRDefault="00000000">
            <w:pPr>
              <w:rPr>
                <w:sz w:val="20"/>
                <w:szCs w:val="20"/>
              </w:rPr>
            </w:pPr>
            <w:r>
              <w:rPr>
                <w:sz w:val="20"/>
                <w:szCs w:val="20"/>
              </w:rPr>
              <w:t>A</w:t>
            </w:r>
          </w:p>
        </w:tc>
        <w:tc>
          <w:tcPr>
            <w:tcW w:w="2448" w:type="dxa"/>
          </w:tcPr>
          <w:p w14:paraId="35C0F70B" w14:textId="77777777" w:rsidR="00E71A28" w:rsidRPr="008E7D12" w:rsidRDefault="00000000">
            <w:pPr>
              <w:rPr>
                <w:sz w:val="20"/>
                <w:szCs w:val="20"/>
              </w:rPr>
            </w:pPr>
            <w:r>
              <w:rPr>
                <w:sz w:val="20"/>
                <w:szCs w:val="20"/>
              </w:rPr>
              <w:t>Claude (LLM2)</w:t>
            </w:r>
          </w:p>
        </w:tc>
        <w:tc>
          <w:tcPr>
            <w:tcW w:w="1296" w:type="dxa"/>
          </w:tcPr>
          <w:p w14:paraId="46D24194" w14:textId="77777777" w:rsidR="00E71A28" w:rsidRPr="008E7D12" w:rsidRDefault="00000000">
            <w:pPr>
              <w:rPr>
                <w:sz w:val="20"/>
                <w:szCs w:val="20"/>
              </w:rPr>
            </w:pPr>
            <w:r>
              <w:rPr>
                <w:sz w:val="20"/>
                <w:szCs w:val="20"/>
              </w:rPr>
              <w:t>4</w:t>
            </w:r>
          </w:p>
        </w:tc>
        <w:tc>
          <w:tcPr>
            <w:tcW w:w="1008" w:type="dxa"/>
          </w:tcPr>
          <w:p w14:paraId="0B2AA9C7" w14:textId="77777777" w:rsidR="00E71A28" w:rsidRPr="008E7D12" w:rsidRDefault="00000000">
            <w:pPr>
              <w:rPr>
                <w:sz w:val="20"/>
                <w:szCs w:val="20"/>
              </w:rPr>
            </w:pPr>
            <w:r>
              <w:rPr>
                <w:sz w:val="20"/>
                <w:szCs w:val="20"/>
              </w:rPr>
              <w:t>4</w:t>
            </w:r>
          </w:p>
        </w:tc>
        <w:tc>
          <w:tcPr>
            <w:tcW w:w="1728" w:type="dxa"/>
          </w:tcPr>
          <w:p w14:paraId="7EBFF70E" w14:textId="77777777" w:rsidR="00E71A28" w:rsidRPr="008E7D12" w:rsidRDefault="00000000">
            <w:pPr>
              <w:rPr>
                <w:sz w:val="20"/>
                <w:szCs w:val="20"/>
              </w:rPr>
            </w:pPr>
            <w:r>
              <w:rPr>
                <w:sz w:val="20"/>
                <w:szCs w:val="20"/>
              </w:rPr>
              <w:t>4</w:t>
            </w:r>
          </w:p>
        </w:tc>
        <w:tc>
          <w:tcPr>
            <w:tcW w:w="1584" w:type="dxa"/>
          </w:tcPr>
          <w:p w14:paraId="2575C408" w14:textId="77777777" w:rsidR="00E71A28" w:rsidRPr="008E7D12" w:rsidRDefault="00000000">
            <w:pPr>
              <w:rPr>
                <w:sz w:val="20"/>
                <w:szCs w:val="20"/>
              </w:rPr>
            </w:pPr>
            <w:r>
              <w:rPr>
                <w:sz w:val="20"/>
                <w:szCs w:val="20"/>
              </w:rPr>
              <w:t>4</w:t>
            </w:r>
          </w:p>
        </w:tc>
        <w:tc>
          <w:tcPr>
            <w:tcW w:w="1296" w:type="dxa"/>
          </w:tcPr>
          <w:p w14:paraId="31EE28C5" w14:textId="77777777" w:rsidR="00E71A28" w:rsidRPr="008E7D12" w:rsidRDefault="00000000">
            <w:pPr>
              <w:rPr>
                <w:sz w:val="20"/>
                <w:szCs w:val="20"/>
              </w:rPr>
            </w:pPr>
            <w:r>
              <w:rPr>
                <w:sz w:val="20"/>
                <w:szCs w:val="20"/>
              </w:rPr>
              <w:t>4.00</w:t>
            </w:r>
          </w:p>
        </w:tc>
      </w:tr>
      <w:tr w:rsidR="00E71A28" w:rsidRPr="008E7D12" w14:paraId="7909E435" w14:textId="77777777" w:rsidTr="008E7D12">
        <w:tc>
          <w:tcPr>
            <w:tcW w:w="1152" w:type="dxa"/>
          </w:tcPr>
          <w:p w14:paraId="212F08D4" w14:textId="77777777" w:rsidR="00E71A28" w:rsidRPr="008E7D12" w:rsidRDefault="00000000">
            <w:pPr>
              <w:rPr>
                <w:sz w:val="20"/>
                <w:szCs w:val="20"/>
              </w:rPr>
            </w:pPr>
            <w:r>
              <w:rPr>
                <w:sz w:val="20"/>
                <w:szCs w:val="20"/>
              </w:rPr>
              <w:t>2</w:t>
            </w:r>
          </w:p>
        </w:tc>
        <w:tc>
          <w:tcPr>
            <w:tcW w:w="1008" w:type="dxa"/>
          </w:tcPr>
          <w:p w14:paraId="24727673" w14:textId="77777777" w:rsidR="00E71A28" w:rsidRPr="008E7D12" w:rsidRDefault="00000000">
            <w:pPr>
              <w:rPr>
                <w:sz w:val="20"/>
                <w:szCs w:val="20"/>
              </w:rPr>
            </w:pPr>
            <w:r>
              <w:rPr>
                <w:sz w:val="20"/>
                <w:szCs w:val="20"/>
              </w:rPr>
              <w:t>A</w:t>
            </w:r>
          </w:p>
        </w:tc>
        <w:tc>
          <w:tcPr>
            <w:tcW w:w="2448" w:type="dxa"/>
          </w:tcPr>
          <w:p w14:paraId="5636CD8D" w14:textId="77777777" w:rsidR="00E71A28" w:rsidRPr="008E7D12" w:rsidRDefault="00000000">
            <w:pPr>
              <w:rPr>
                <w:sz w:val="20"/>
                <w:szCs w:val="20"/>
              </w:rPr>
            </w:pPr>
            <w:r>
              <w:rPr>
                <w:sz w:val="20"/>
                <w:szCs w:val="20"/>
              </w:rPr>
              <w:t>Gemini (LLM3)</w:t>
            </w:r>
          </w:p>
        </w:tc>
        <w:tc>
          <w:tcPr>
            <w:tcW w:w="1296" w:type="dxa"/>
          </w:tcPr>
          <w:p w14:paraId="0F7887C5" w14:textId="77777777" w:rsidR="00E71A28" w:rsidRPr="008E7D12" w:rsidRDefault="00000000">
            <w:pPr>
              <w:rPr>
                <w:sz w:val="20"/>
                <w:szCs w:val="20"/>
              </w:rPr>
            </w:pPr>
            <w:r>
              <w:rPr>
                <w:sz w:val="20"/>
                <w:szCs w:val="20"/>
              </w:rPr>
              <w:t>3</w:t>
            </w:r>
          </w:p>
        </w:tc>
        <w:tc>
          <w:tcPr>
            <w:tcW w:w="1008" w:type="dxa"/>
          </w:tcPr>
          <w:p w14:paraId="1DFD5979" w14:textId="77777777" w:rsidR="00E71A28" w:rsidRPr="008E7D12" w:rsidRDefault="00000000">
            <w:pPr>
              <w:rPr>
                <w:sz w:val="20"/>
                <w:szCs w:val="20"/>
              </w:rPr>
            </w:pPr>
            <w:r>
              <w:rPr>
                <w:sz w:val="20"/>
                <w:szCs w:val="20"/>
              </w:rPr>
              <w:t>4</w:t>
            </w:r>
          </w:p>
        </w:tc>
        <w:tc>
          <w:tcPr>
            <w:tcW w:w="1728" w:type="dxa"/>
          </w:tcPr>
          <w:p w14:paraId="1B5E46AF" w14:textId="77777777" w:rsidR="00E71A28" w:rsidRPr="008E7D12" w:rsidRDefault="00000000">
            <w:pPr>
              <w:rPr>
                <w:sz w:val="20"/>
                <w:szCs w:val="20"/>
              </w:rPr>
            </w:pPr>
            <w:r>
              <w:rPr>
                <w:sz w:val="20"/>
                <w:szCs w:val="20"/>
              </w:rPr>
              <w:t>3</w:t>
            </w:r>
          </w:p>
        </w:tc>
        <w:tc>
          <w:tcPr>
            <w:tcW w:w="1584" w:type="dxa"/>
          </w:tcPr>
          <w:p w14:paraId="0ACA653E" w14:textId="77777777" w:rsidR="00E71A28" w:rsidRPr="008E7D12" w:rsidRDefault="00000000">
            <w:pPr>
              <w:rPr>
                <w:sz w:val="20"/>
                <w:szCs w:val="20"/>
              </w:rPr>
            </w:pPr>
            <w:r>
              <w:rPr>
                <w:sz w:val="20"/>
                <w:szCs w:val="20"/>
              </w:rPr>
              <w:t>3</w:t>
            </w:r>
          </w:p>
        </w:tc>
        <w:tc>
          <w:tcPr>
            <w:tcW w:w="1296" w:type="dxa"/>
          </w:tcPr>
          <w:p w14:paraId="119AC1CF" w14:textId="77777777" w:rsidR="00E71A28" w:rsidRPr="008E7D12" w:rsidRDefault="00000000">
            <w:pPr>
              <w:rPr>
                <w:sz w:val="20"/>
                <w:szCs w:val="20"/>
              </w:rPr>
            </w:pPr>
            <w:r>
              <w:rPr>
                <w:sz w:val="20"/>
                <w:szCs w:val="20"/>
              </w:rPr>
              <w:t>3.25</w:t>
            </w:r>
          </w:p>
        </w:tc>
      </w:tr>
      <w:tr w:rsidR="00E71A28" w:rsidRPr="008E7D12" w14:paraId="5156DC31" w14:textId="77777777" w:rsidTr="008E7D12">
        <w:tc>
          <w:tcPr>
            <w:tcW w:w="1152" w:type="dxa"/>
          </w:tcPr>
          <w:p w14:paraId="0B84C66F" w14:textId="77777777" w:rsidR="00E71A28" w:rsidRPr="008E7D12" w:rsidRDefault="00000000">
            <w:pPr>
              <w:rPr>
                <w:sz w:val="20"/>
                <w:szCs w:val="20"/>
              </w:rPr>
            </w:pPr>
            <w:r>
              <w:rPr>
                <w:sz w:val="20"/>
                <w:szCs w:val="20"/>
              </w:rPr>
              <w:t>2</w:t>
            </w:r>
          </w:p>
        </w:tc>
        <w:tc>
          <w:tcPr>
            <w:tcW w:w="1008" w:type="dxa"/>
          </w:tcPr>
          <w:p w14:paraId="7FBD497E" w14:textId="77777777" w:rsidR="00E71A28" w:rsidRPr="008E7D12" w:rsidRDefault="00000000">
            <w:pPr>
              <w:rPr>
                <w:sz w:val="20"/>
                <w:szCs w:val="20"/>
              </w:rPr>
            </w:pPr>
            <w:r>
              <w:rPr>
                <w:sz w:val="20"/>
                <w:szCs w:val="20"/>
              </w:rPr>
              <w:t>A</w:t>
            </w:r>
          </w:p>
        </w:tc>
        <w:tc>
          <w:tcPr>
            <w:tcW w:w="2448" w:type="dxa"/>
          </w:tcPr>
          <w:p w14:paraId="1BB95751" w14:textId="77777777" w:rsidR="00E71A28" w:rsidRPr="008E7D12" w:rsidRDefault="00000000">
            <w:pPr>
              <w:rPr>
                <w:sz w:val="20"/>
                <w:szCs w:val="20"/>
              </w:rPr>
            </w:pPr>
            <w:r>
              <w:rPr>
                <w:sz w:val="20"/>
                <w:szCs w:val="20"/>
              </w:rPr>
              <w:t>OpenEvidence (LLM4)</w:t>
            </w:r>
          </w:p>
        </w:tc>
        <w:tc>
          <w:tcPr>
            <w:tcW w:w="1296" w:type="dxa"/>
          </w:tcPr>
          <w:p w14:paraId="305791AC" w14:textId="77777777" w:rsidR="00E71A28" w:rsidRPr="008E7D12" w:rsidRDefault="00000000">
            <w:pPr>
              <w:rPr>
                <w:sz w:val="20"/>
                <w:szCs w:val="20"/>
              </w:rPr>
            </w:pPr>
            <w:r>
              <w:rPr>
                <w:sz w:val="20"/>
                <w:szCs w:val="20"/>
              </w:rPr>
              <w:t>4</w:t>
            </w:r>
          </w:p>
        </w:tc>
        <w:tc>
          <w:tcPr>
            <w:tcW w:w="1008" w:type="dxa"/>
          </w:tcPr>
          <w:p w14:paraId="2A7C45C2" w14:textId="77777777" w:rsidR="00E71A28" w:rsidRPr="008E7D12" w:rsidRDefault="00000000">
            <w:pPr>
              <w:rPr>
                <w:sz w:val="20"/>
                <w:szCs w:val="20"/>
              </w:rPr>
            </w:pPr>
            <w:r>
              <w:rPr>
                <w:sz w:val="20"/>
                <w:szCs w:val="20"/>
              </w:rPr>
              <w:t>5</w:t>
            </w:r>
          </w:p>
        </w:tc>
        <w:tc>
          <w:tcPr>
            <w:tcW w:w="1728" w:type="dxa"/>
          </w:tcPr>
          <w:p w14:paraId="7C8CE7E2" w14:textId="77777777" w:rsidR="00E71A28" w:rsidRPr="008E7D12" w:rsidRDefault="00000000">
            <w:pPr>
              <w:rPr>
                <w:sz w:val="20"/>
                <w:szCs w:val="20"/>
              </w:rPr>
            </w:pPr>
            <w:r>
              <w:rPr>
                <w:sz w:val="20"/>
                <w:szCs w:val="20"/>
              </w:rPr>
              <w:t>4</w:t>
            </w:r>
          </w:p>
        </w:tc>
        <w:tc>
          <w:tcPr>
            <w:tcW w:w="1584" w:type="dxa"/>
          </w:tcPr>
          <w:p w14:paraId="44A8C316" w14:textId="77777777" w:rsidR="00E71A28" w:rsidRPr="008E7D12" w:rsidRDefault="00000000">
            <w:pPr>
              <w:rPr>
                <w:sz w:val="20"/>
                <w:szCs w:val="20"/>
              </w:rPr>
            </w:pPr>
            <w:r>
              <w:rPr>
                <w:sz w:val="20"/>
                <w:szCs w:val="20"/>
              </w:rPr>
              <w:t>4</w:t>
            </w:r>
          </w:p>
        </w:tc>
        <w:tc>
          <w:tcPr>
            <w:tcW w:w="1296" w:type="dxa"/>
          </w:tcPr>
          <w:p w14:paraId="1950F1BF" w14:textId="77777777" w:rsidR="00E71A28" w:rsidRPr="008E7D12" w:rsidRDefault="00000000">
            <w:pPr>
              <w:rPr>
                <w:sz w:val="20"/>
                <w:szCs w:val="20"/>
              </w:rPr>
            </w:pPr>
            <w:r>
              <w:rPr>
                <w:sz w:val="20"/>
                <w:szCs w:val="20"/>
              </w:rPr>
              <w:t>4.25</w:t>
            </w:r>
          </w:p>
        </w:tc>
      </w:tr>
      <w:tr w:rsidR="00E71A28" w:rsidRPr="008E7D12" w14:paraId="56A1B84A" w14:textId="77777777" w:rsidTr="008E7D12">
        <w:tc>
          <w:tcPr>
            <w:tcW w:w="1152" w:type="dxa"/>
          </w:tcPr>
          <w:p w14:paraId="0C4A194C" w14:textId="77777777" w:rsidR="00E71A28" w:rsidRPr="008E7D12" w:rsidRDefault="00000000">
            <w:pPr>
              <w:rPr>
                <w:sz w:val="20"/>
                <w:szCs w:val="20"/>
              </w:rPr>
            </w:pPr>
            <w:r>
              <w:rPr>
                <w:sz w:val="20"/>
                <w:szCs w:val="20"/>
              </w:rPr>
              <w:t>2</w:t>
            </w:r>
          </w:p>
        </w:tc>
        <w:tc>
          <w:tcPr>
            <w:tcW w:w="1008" w:type="dxa"/>
          </w:tcPr>
          <w:p w14:paraId="11B935C1" w14:textId="77777777" w:rsidR="00E71A28" w:rsidRPr="008E7D12" w:rsidRDefault="00000000">
            <w:pPr>
              <w:rPr>
                <w:sz w:val="20"/>
                <w:szCs w:val="20"/>
              </w:rPr>
            </w:pPr>
            <w:r>
              <w:rPr>
                <w:sz w:val="20"/>
                <w:szCs w:val="20"/>
              </w:rPr>
              <w:t>A</w:t>
            </w:r>
          </w:p>
        </w:tc>
        <w:tc>
          <w:tcPr>
            <w:tcW w:w="2448" w:type="dxa"/>
          </w:tcPr>
          <w:p w14:paraId="094FE8FC" w14:textId="77777777" w:rsidR="00E71A28" w:rsidRPr="008E7D12" w:rsidRDefault="00000000">
            <w:pPr>
              <w:rPr>
                <w:sz w:val="20"/>
                <w:szCs w:val="20"/>
              </w:rPr>
            </w:pPr>
            <w:r>
              <w:rPr>
                <w:sz w:val="20"/>
                <w:szCs w:val="20"/>
              </w:rPr>
              <w:t>Perplexity (LLM5)</w:t>
            </w:r>
          </w:p>
        </w:tc>
        <w:tc>
          <w:tcPr>
            <w:tcW w:w="1296" w:type="dxa"/>
          </w:tcPr>
          <w:p w14:paraId="59A9C40B" w14:textId="77777777" w:rsidR="00E71A28" w:rsidRPr="008E7D12" w:rsidRDefault="00000000">
            <w:pPr>
              <w:rPr>
                <w:sz w:val="20"/>
                <w:szCs w:val="20"/>
              </w:rPr>
            </w:pPr>
            <w:r>
              <w:rPr>
                <w:sz w:val="20"/>
                <w:szCs w:val="20"/>
              </w:rPr>
              <w:t>3</w:t>
            </w:r>
          </w:p>
        </w:tc>
        <w:tc>
          <w:tcPr>
            <w:tcW w:w="1008" w:type="dxa"/>
          </w:tcPr>
          <w:p w14:paraId="60D2B22F" w14:textId="77777777" w:rsidR="00E71A28" w:rsidRPr="008E7D12" w:rsidRDefault="00000000">
            <w:pPr>
              <w:rPr>
                <w:sz w:val="20"/>
                <w:szCs w:val="20"/>
              </w:rPr>
            </w:pPr>
            <w:r>
              <w:rPr>
                <w:sz w:val="20"/>
                <w:szCs w:val="20"/>
              </w:rPr>
              <w:t>4</w:t>
            </w:r>
          </w:p>
        </w:tc>
        <w:tc>
          <w:tcPr>
            <w:tcW w:w="1728" w:type="dxa"/>
          </w:tcPr>
          <w:p w14:paraId="0E0AAD43" w14:textId="77777777" w:rsidR="00E71A28" w:rsidRPr="008E7D12" w:rsidRDefault="00000000">
            <w:pPr>
              <w:rPr>
                <w:sz w:val="20"/>
                <w:szCs w:val="20"/>
              </w:rPr>
            </w:pPr>
            <w:r>
              <w:rPr>
                <w:sz w:val="20"/>
                <w:szCs w:val="20"/>
              </w:rPr>
              <w:t>4</w:t>
            </w:r>
          </w:p>
        </w:tc>
        <w:tc>
          <w:tcPr>
            <w:tcW w:w="1584" w:type="dxa"/>
          </w:tcPr>
          <w:p w14:paraId="4AA5A44D" w14:textId="77777777" w:rsidR="00E71A28" w:rsidRPr="008E7D12" w:rsidRDefault="00000000">
            <w:pPr>
              <w:rPr>
                <w:sz w:val="20"/>
                <w:szCs w:val="20"/>
              </w:rPr>
            </w:pPr>
            <w:r>
              <w:rPr>
                <w:sz w:val="20"/>
                <w:szCs w:val="20"/>
              </w:rPr>
              <w:t>3</w:t>
            </w:r>
          </w:p>
        </w:tc>
        <w:tc>
          <w:tcPr>
            <w:tcW w:w="1296" w:type="dxa"/>
          </w:tcPr>
          <w:p w14:paraId="4F9D0A51" w14:textId="77777777" w:rsidR="00E71A28" w:rsidRPr="008E7D12" w:rsidRDefault="00000000">
            <w:pPr>
              <w:rPr>
                <w:sz w:val="20"/>
                <w:szCs w:val="20"/>
              </w:rPr>
            </w:pPr>
            <w:r>
              <w:rPr>
                <w:sz w:val="20"/>
                <w:szCs w:val="20"/>
              </w:rPr>
              <w:t>3.50</w:t>
            </w:r>
          </w:p>
        </w:tc>
      </w:tr>
      <w:tr w:rsidR="00E71A28" w:rsidRPr="008E7D12" w14:paraId="294FFF69" w14:textId="77777777" w:rsidTr="008E7D12">
        <w:tc>
          <w:tcPr>
            <w:tcW w:w="1152" w:type="dxa"/>
          </w:tcPr>
          <w:p w14:paraId="1527DA2F" w14:textId="77777777" w:rsidR="00E71A28" w:rsidRPr="008E7D12" w:rsidRDefault="00000000">
            <w:pPr>
              <w:rPr>
                <w:sz w:val="20"/>
                <w:szCs w:val="20"/>
              </w:rPr>
            </w:pPr>
            <w:r>
              <w:rPr>
                <w:sz w:val="20"/>
                <w:szCs w:val="20"/>
              </w:rPr>
              <w:t>3</w:t>
            </w:r>
          </w:p>
        </w:tc>
        <w:tc>
          <w:tcPr>
            <w:tcW w:w="1008" w:type="dxa"/>
          </w:tcPr>
          <w:p w14:paraId="34E9F4BF" w14:textId="77777777" w:rsidR="00E71A28" w:rsidRPr="008E7D12" w:rsidRDefault="00000000">
            <w:pPr>
              <w:rPr>
                <w:sz w:val="20"/>
                <w:szCs w:val="20"/>
              </w:rPr>
            </w:pPr>
            <w:r>
              <w:rPr>
                <w:sz w:val="20"/>
                <w:szCs w:val="20"/>
              </w:rPr>
              <w:t>A</w:t>
            </w:r>
          </w:p>
        </w:tc>
        <w:tc>
          <w:tcPr>
            <w:tcW w:w="2448" w:type="dxa"/>
          </w:tcPr>
          <w:p w14:paraId="0E5F1BA8" w14:textId="77777777" w:rsidR="00E71A28" w:rsidRPr="008E7D12" w:rsidRDefault="00000000">
            <w:pPr>
              <w:rPr>
                <w:sz w:val="20"/>
                <w:szCs w:val="20"/>
              </w:rPr>
            </w:pPr>
            <w:r>
              <w:rPr>
                <w:sz w:val="20"/>
                <w:szCs w:val="20"/>
              </w:rPr>
              <w:t>ChatGPT (LLM1)</w:t>
            </w:r>
          </w:p>
        </w:tc>
        <w:tc>
          <w:tcPr>
            <w:tcW w:w="1296" w:type="dxa"/>
          </w:tcPr>
          <w:p w14:paraId="71B4AE75" w14:textId="77777777" w:rsidR="00E71A28" w:rsidRPr="008E7D12" w:rsidRDefault="00000000">
            <w:pPr>
              <w:rPr>
                <w:sz w:val="20"/>
                <w:szCs w:val="20"/>
              </w:rPr>
            </w:pPr>
            <w:r>
              <w:rPr>
                <w:sz w:val="20"/>
                <w:szCs w:val="20"/>
              </w:rPr>
              <w:t>4</w:t>
            </w:r>
          </w:p>
        </w:tc>
        <w:tc>
          <w:tcPr>
            <w:tcW w:w="1008" w:type="dxa"/>
          </w:tcPr>
          <w:p w14:paraId="3B95A1B6" w14:textId="77777777" w:rsidR="00E71A28" w:rsidRPr="008E7D12" w:rsidRDefault="00000000">
            <w:pPr>
              <w:rPr>
                <w:sz w:val="20"/>
                <w:szCs w:val="20"/>
              </w:rPr>
            </w:pPr>
            <w:r>
              <w:rPr>
                <w:sz w:val="20"/>
                <w:szCs w:val="20"/>
              </w:rPr>
              <w:t>3</w:t>
            </w:r>
          </w:p>
        </w:tc>
        <w:tc>
          <w:tcPr>
            <w:tcW w:w="1728" w:type="dxa"/>
          </w:tcPr>
          <w:p w14:paraId="76698979" w14:textId="77777777" w:rsidR="00E71A28" w:rsidRPr="008E7D12" w:rsidRDefault="00000000">
            <w:pPr>
              <w:rPr>
                <w:sz w:val="20"/>
                <w:szCs w:val="20"/>
              </w:rPr>
            </w:pPr>
            <w:r>
              <w:rPr>
                <w:sz w:val="20"/>
                <w:szCs w:val="20"/>
              </w:rPr>
              <w:t>4</w:t>
            </w:r>
          </w:p>
        </w:tc>
        <w:tc>
          <w:tcPr>
            <w:tcW w:w="1584" w:type="dxa"/>
          </w:tcPr>
          <w:p w14:paraId="49CBD64D" w14:textId="77777777" w:rsidR="00E71A28" w:rsidRPr="008E7D12" w:rsidRDefault="00000000">
            <w:pPr>
              <w:rPr>
                <w:sz w:val="20"/>
                <w:szCs w:val="20"/>
              </w:rPr>
            </w:pPr>
            <w:r>
              <w:rPr>
                <w:sz w:val="20"/>
                <w:szCs w:val="20"/>
              </w:rPr>
              <w:t>4</w:t>
            </w:r>
          </w:p>
        </w:tc>
        <w:tc>
          <w:tcPr>
            <w:tcW w:w="1296" w:type="dxa"/>
          </w:tcPr>
          <w:p w14:paraId="2BE91ED1" w14:textId="77777777" w:rsidR="00E71A28" w:rsidRPr="008E7D12" w:rsidRDefault="00000000">
            <w:pPr>
              <w:rPr>
                <w:sz w:val="20"/>
                <w:szCs w:val="20"/>
              </w:rPr>
            </w:pPr>
            <w:r>
              <w:rPr>
                <w:sz w:val="20"/>
                <w:szCs w:val="20"/>
              </w:rPr>
              <w:t>3.75</w:t>
            </w:r>
          </w:p>
        </w:tc>
      </w:tr>
      <w:tr w:rsidR="00E71A28" w:rsidRPr="008E7D12" w14:paraId="04815DB4" w14:textId="77777777" w:rsidTr="008E7D12">
        <w:tc>
          <w:tcPr>
            <w:tcW w:w="1152" w:type="dxa"/>
          </w:tcPr>
          <w:p w14:paraId="7D061D8E" w14:textId="77777777" w:rsidR="00E71A28" w:rsidRPr="008E7D12" w:rsidRDefault="00000000">
            <w:pPr>
              <w:rPr>
                <w:sz w:val="20"/>
                <w:szCs w:val="20"/>
              </w:rPr>
            </w:pPr>
            <w:r>
              <w:rPr>
                <w:sz w:val="20"/>
                <w:szCs w:val="20"/>
              </w:rPr>
              <w:t>3</w:t>
            </w:r>
          </w:p>
        </w:tc>
        <w:tc>
          <w:tcPr>
            <w:tcW w:w="1008" w:type="dxa"/>
          </w:tcPr>
          <w:p w14:paraId="6EA8DC8D" w14:textId="77777777" w:rsidR="00E71A28" w:rsidRPr="008E7D12" w:rsidRDefault="00000000">
            <w:pPr>
              <w:rPr>
                <w:sz w:val="20"/>
                <w:szCs w:val="20"/>
              </w:rPr>
            </w:pPr>
            <w:r>
              <w:rPr>
                <w:sz w:val="20"/>
                <w:szCs w:val="20"/>
              </w:rPr>
              <w:t>A</w:t>
            </w:r>
          </w:p>
        </w:tc>
        <w:tc>
          <w:tcPr>
            <w:tcW w:w="2448" w:type="dxa"/>
          </w:tcPr>
          <w:p w14:paraId="5F21F2C0" w14:textId="77777777" w:rsidR="00E71A28" w:rsidRPr="008E7D12" w:rsidRDefault="00000000">
            <w:pPr>
              <w:rPr>
                <w:sz w:val="20"/>
                <w:szCs w:val="20"/>
              </w:rPr>
            </w:pPr>
            <w:r>
              <w:rPr>
                <w:sz w:val="20"/>
                <w:szCs w:val="20"/>
              </w:rPr>
              <w:t>Claude (LLM2)</w:t>
            </w:r>
          </w:p>
        </w:tc>
        <w:tc>
          <w:tcPr>
            <w:tcW w:w="1296" w:type="dxa"/>
          </w:tcPr>
          <w:p w14:paraId="346A8E63" w14:textId="77777777" w:rsidR="00E71A28" w:rsidRPr="008E7D12" w:rsidRDefault="00000000">
            <w:pPr>
              <w:rPr>
                <w:sz w:val="20"/>
                <w:szCs w:val="20"/>
              </w:rPr>
            </w:pPr>
            <w:r>
              <w:rPr>
                <w:sz w:val="20"/>
                <w:szCs w:val="20"/>
              </w:rPr>
              <w:t>5</w:t>
            </w:r>
          </w:p>
        </w:tc>
        <w:tc>
          <w:tcPr>
            <w:tcW w:w="1008" w:type="dxa"/>
          </w:tcPr>
          <w:p w14:paraId="76E52F3F" w14:textId="77777777" w:rsidR="00E71A28" w:rsidRPr="008E7D12" w:rsidRDefault="00000000">
            <w:pPr>
              <w:rPr>
                <w:sz w:val="20"/>
                <w:szCs w:val="20"/>
              </w:rPr>
            </w:pPr>
            <w:r>
              <w:rPr>
                <w:sz w:val="20"/>
                <w:szCs w:val="20"/>
              </w:rPr>
              <w:t>5</w:t>
            </w:r>
          </w:p>
        </w:tc>
        <w:tc>
          <w:tcPr>
            <w:tcW w:w="1728" w:type="dxa"/>
          </w:tcPr>
          <w:p w14:paraId="5152886F" w14:textId="77777777" w:rsidR="00E71A28" w:rsidRPr="008E7D12" w:rsidRDefault="00000000">
            <w:pPr>
              <w:rPr>
                <w:sz w:val="20"/>
                <w:szCs w:val="20"/>
              </w:rPr>
            </w:pPr>
            <w:r>
              <w:rPr>
                <w:sz w:val="20"/>
                <w:szCs w:val="20"/>
              </w:rPr>
              <w:t>5</w:t>
            </w:r>
          </w:p>
        </w:tc>
        <w:tc>
          <w:tcPr>
            <w:tcW w:w="1584" w:type="dxa"/>
          </w:tcPr>
          <w:p w14:paraId="6648F099" w14:textId="77777777" w:rsidR="00E71A28" w:rsidRPr="008E7D12" w:rsidRDefault="00000000">
            <w:pPr>
              <w:rPr>
                <w:sz w:val="20"/>
                <w:szCs w:val="20"/>
              </w:rPr>
            </w:pPr>
            <w:r>
              <w:rPr>
                <w:sz w:val="20"/>
                <w:szCs w:val="20"/>
              </w:rPr>
              <w:t>5</w:t>
            </w:r>
          </w:p>
        </w:tc>
        <w:tc>
          <w:tcPr>
            <w:tcW w:w="1296" w:type="dxa"/>
          </w:tcPr>
          <w:p w14:paraId="17431B77" w14:textId="77777777" w:rsidR="00E71A28" w:rsidRPr="008E7D12" w:rsidRDefault="00000000">
            <w:pPr>
              <w:rPr>
                <w:sz w:val="20"/>
                <w:szCs w:val="20"/>
              </w:rPr>
            </w:pPr>
            <w:r>
              <w:rPr>
                <w:sz w:val="20"/>
                <w:szCs w:val="20"/>
              </w:rPr>
              <w:t>5.00</w:t>
            </w:r>
          </w:p>
        </w:tc>
      </w:tr>
      <w:tr w:rsidR="00E71A28" w:rsidRPr="008E7D12" w14:paraId="36A82630" w14:textId="77777777" w:rsidTr="008E7D12">
        <w:tc>
          <w:tcPr>
            <w:tcW w:w="1152" w:type="dxa"/>
          </w:tcPr>
          <w:p w14:paraId="71F48214" w14:textId="77777777" w:rsidR="00E71A28" w:rsidRPr="008E7D12" w:rsidRDefault="00000000">
            <w:pPr>
              <w:rPr>
                <w:sz w:val="20"/>
                <w:szCs w:val="20"/>
              </w:rPr>
            </w:pPr>
            <w:r>
              <w:rPr>
                <w:sz w:val="20"/>
                <w:szCs w:val="20"/>
              </w:rPr>
              <w:t>3</w:t>
            </w:r>
          </w:p>
        </w:tc>
        <w:tc>
          <w:tcPr>
            <w:tcW w:w="1008" w:type="dxa"/>
          </w:tcPr>
          <w:p w14:paraId="4C2F223D" w14:textId="77777777" w:rsidR="00E71A28" w:rsidRPr="008E7D12" w:rsidRDefault="00000000">
            <w:pPr>
              <w:rPr>
                <w:sz w:val="20"/>
                <w:szCs w:val="20"/>
              </w:rPr>
            </w:pPr>
            <w:r>
              <w:rPr>
                <w:sz w:val="20"/>
                <w:szCs w:val="20"/>
              </w:rPr>
              <w:t>A</w:t>
            </w:r>
          </w:p>
        </w:tc>
        <w:tc>
          <w:tcPr>
            <w:tcW w:w="2448" w:type="dxa"/>
          </w:tcPr>
          <w:p w14:paraId="47416A6E" w14:textId="77777777" w:rsidR="00E71A28" w:rsidRPr="008E7D12" w:rsidRDefault="00000000">
            <w:pPr>
              <w:rPr>
                <w:sz w:val="20"/>
                <w:szCs w:val="20"/>
              </w:rPr>
            </w:pPr>
            <w:r>
              <w:rPr>
                <w:sz w:val="20"/>
                <w:szCs w:val="20"/>
              </w:rPr>
              <w:t>Gemini (LLM3)</w:t>
            </w:r>
          </w:p>
        </w:tc>
        <w:tc>
          <w:tcPr>
            <w:tcW w:w="1296" w:type="dxa"/>
          </w:tcPr>
          <w:p w14:paraId="339CE9DC" w14:textId="77777777" w:rsidR="00E71A28" w:rsidRPr="008E7D12" w:rsidRDefault="00000000">
            <w:pPr>
              <w:rPr>
                <w:sz w:val="20"/>
                <w:szCs w:val="20"/>
              </w:rPr>
            </w:pPr>
            <w:r>
              <w:rPr>
                <w:sz w:val="20"/>
                <w:szCs w:val="20"/>
              </w:rPr>
              <w:t>3</w:t>
            </w:r>
          </w:p>
        </w:tc>
        <w:tc>
          <w:tcPr>
            <w:tcW w:w="1008" w:type="dxa"/>
          </w:tcPr>
          <w:p w14:paraId="25C465FB" w14:textId="77777777" w:rsidR="00E71A28" w:rsidRPr="008E7D12" w:rsidRDefault="00000000">
            <w:pPr>
              <w:rPr>
                <w:sz w:val="20"/>
                <w:szCs w:val="20"/>
              </w:rPr>
            </w:pPr>
            <w:r>
              <w:rPr>
                <w:sz w:val="20"/>
                <w:szCs w:val="20"/>
              </w:rPr>
              <w:t>2</w:t>
            </w:r>
          </w:p>
        </w:tc>
        <w:tc>
          <w:tcPr>
            <w:tcW w:w="1728" w:type="dxa"/>
          </w:tcPr>
          <w:p w14:paraId="7A89057A" w14:textId="77777777" w:rsidR="00E71A28" w:rsidRPr="008E7D12" w:rsidRDefault="00000000">
            <w:pPr>
              <w:rPr>
                <w:sz w:val="20"/>
                <w:szCs w:val="20"/>
              </w:rPr>
            </w:pPr>
            <w:r>
              <w:rPr>
                <w:sz w:val="20"/>
                <w:szCs w:val="20"/>
              </w:rPr>
              <w:t>3</w:t>
            </w:r>
          </w:p>
        </w:tc>
        <w:tc>
          <w:tcPr>
            <w:tcW w:w="1584" w:type="dxa"/>
          </w:tcPr>
          <w:p w14:paraId="75A41B78" w14:textId="77777777" w:rsidR="00E71A28" w:rsidRPr="008E7D12" w:rsidRDefault="00000000">
            <w:pPr>
              <w:rPr>
                <w:sz w:val="20"/>
                <w:szCs w:val="20"/>
              </w:rPr>
            </w:pPr>
            <w:r>
              <w:rPr>
                <w:sz w:val="20"/>
                <w:szCs w:val="20"/>
              </w:rPr>
              <w:t>3</w:t>
            </w:r>
          </w:p>
        </w:tc>
        <w:tc>
          <w:tcPr>
            <w:tcW w:w="1296" w:type="dxa"/>
          </w:tcPr>
          <w:p w14:paraId="33BEB811" w14:textId="77777777" w:rsidR="00E71A28" w:rsidRPr="008E7D12" w:rsidRDefault="00000000">
            <w:pPr>
              <w:rPr>
                <w:sz w:val="20"/>
                <w:szCs w:val="20"/>
              </w:rPr>
            </w:pPr>
            <w:r>
              <w:rPr>
                <w:sz w:val="20"/>
                <w:szCs w:val="20"/>
              </w:rPr>
              <w:t>2.75</w:t>
            </w:r>
          </w:p>
        </w:tc>
      </w:tr>
      <w:tr w:rsidR="00E71A28" w:rsidRPr="008E7D12" w14:paraId="444FBD9A" w14:textId="77777777" w:rsidTr="008E7D12">
        <w:tc>
          <w:tcPr>
            <w:tcW w:w="1152" w:type="dxa"/>
          </w:tcPr>
          <w:p w14:paraId="6BCDDA40" w14:textId="77777777" w:rsidR="00E71A28" w:rsidRPr="008E7D12" w:rsidRDefault="00000000">
            <w:pPr>
              <w:rPr>
                <w:sz w:val="20"/>
                <w:szCs w:val="20"/>
              </w:rPr>
            </w:pPr>
            <w:r>
              <w:rPr>
                <w:sz w:val="20"/>
                <w:szCs w:val="20"/>
              </w:rPr>
              <w:t>3</w:t>
            </w:r>
          </w:p>
        </w:tc>
        <w:tc>
          <w:tcPr>
            <w:tcW w:w="1008" w:type="dxa"/>
          </w:tcPr>
          <w:p w14:paraId="533AA8C8" w14:textId="77777777" w:rsidR="00E71A28" w:rsidRPr="008E7D12" w:rsidRDefault="00000000">
            <w:pPr>
              <w:rPr>
                <w:sz w:val="20"/>
                <w:szCs w:val="20"/>
              </w:rPr>
            </w:pPr>
            <w:r>
              <w:rPr>
                <w:sz w:val="20"/>
                <w:szCs w:val="20"/>
              </w:rPr>
              <w:t>A</w:t>
            </w:r>
          </w:p>
        </w:tc>
        <w:tc>
          <w:tcPr>
            <w:tcW w:w="2448" w:type="dxa"/>
          </w:tcPr>
          <w:p w14:paraId="0C69F147" w14:textId="77777777" w:rsidR="00E71A28" w:rsidRPr="008E7D12" w:rsidRDefault="00000000">
            <w:pPr>
              <w:rPr>
                <w:sz w:val="20"/>
                <w:szCs w:val="20"/>
              </w:rPr>
            </w:pPr>
            <w:r>
              <w:rPr>
                <w:sz w:val="20"/>
                <w:szCs w:val="20"/>
              </w:rPr>
              <w:t>OpenEvidence (LLM4)</w:t>
            </w:r>
          </w:p>
        </w:tc>
        <w:tc>
          <w:tcPr>
            <w:tcW w:w="1296" w:type="dxa"/>
          </w:tcPr>
          <w:p w14:paraId="5759E47E" w14:textId="77777777" w:rsidR="00E71A28" w:rsidRPr="008E7D12" w:rsidRDefault="00000000">
            <w:pPr>
              <w:rPr>
                <w:sz w:val="20"/>
                <w:szCs w:val="20"/>
              </w:rPr>
            </w:pPr>
            <w:r>
              <w:rPr>
                <w:sz w:val="20"/>
                <w:szCs w:val="20"/>
              </w:rPr>
              <w:t>4</w:t>
            </w:r>
          </w:p>
        </w:tc>
        <w:tc>
          <w:tcPr>
            <w:tcW w:w="1008" w:type="dxa"/>
          </w:tcPr>
          <w:p w14:paraId="2E9F9C5A" w14:textId="77777777" w:rsidR="00E71A28" w:rsidRPr="008E7D12" w:rsidRDefault="00000000">
            <w:pPr>
              <w:rPr>
                <w:sz w:val="20"/>
                <w:szCs w:val="20"/>
              </w:rPr>
            </w:pPr>
            <w:r>
              <w:rPr>
                <w:sz w:val="20"/>
                <w:szCs w:val="20"/>
              </w:rPr>
              <w:t>5</w:t>
            </w:r>
          </w:p>
        </w:tc>
        <w:tc>
          <w:tcPr>
            <w:tcW w:w="1728" w:type="dxa"/>
          </w:tcPr>
          <w:p w14:paraId="3C3DF5B9" w14:textId="77777777" w:rsidR="00E71A28" w:rsidRPr="008E7D12" w:rsidRDefault="00000000">
            <w:pPr>
              <w:rPr>
                <w:sz w:val="20"/>
                <w:szCs w:val="20"/>
              </w:rPr>
            </w:pPr>
            <w:r>
              <w:rPr>
                <w:sz w:val="20"/>
                <w:szCs w:val="20"/>
              </w:rPr>
              <w:t>4</w:t>
            </w:r>
          </w:p>
        </w:tc>
        <w:tc>
          <w:tcPr>
            <w:tcW w:w="1584" w:type="dxa"/>
          </w:tcPr>
          <w:p w14:paraId="3008898F" w14:textId="77777777" w:rsidR="00E71A28" w:rsidRPr="008E7D12" w:rsidRDefault="00000000">
            <w:pPr>
              <w:rPr>
                <w:sz w:val="20"/>
                <w:szCs w:val="20"/>
              </w:rPr>
            </w:pPr>
            <w:r>
              <w:rPr>
                <w:sz w:val="20"/>
                <w:szCs w:val="20"/>
              </w:rPr>
              <w:t>5</w:t>
            </w:r>
          </w:p>
        </w:tc>
        <w:tc>
          <w:tcPr>
            <w:tcW w:w="1296" w:type="dxa"/>
          </w:tcPr>
          <w:p w14:paraId="5291F423" w14:textId="77777777" w:rsidR="00E71A28" w:rsidRPr="008E7D12" w:rsidRDefault="00000000">
            <w:pPr>
              <w:rPr>
                <w:sz w:val="20"/>
                <w:szCs w:val="20"/>
              </w:rPr>
            </w:pPr>
            <w:r>
              <w:rPr>
                <w:sz w:val="20"/>
                <w:szCs w:val="20"/>
              </w:rPr>
              <w:t>4.50</w:t>
            </w:r>
          </w:p>
        </w:tc>
      </w:tr>
      <w:tr w:rsidR="00E71A28" w:rsidRPr="008E7D12" w14:paraId="79A6A468" w14:textId="77777777" w:rsidTr="008E7D12">
        <w:tc>
          <w:tcPr>
            <w:tcW w:w="1152" w:type="dxa"/>
          </w:tcPr>
          <w:p w14:paraId="4229A373" w14:textId="77777777" w:rsidR="00E71A28" w:rsidRPr="008E7D12" w:rsidRDefault="00000000">
            <w:pPr>
              <w:rPr>
                <w:sz w:val="20"/>
                <w:szCs w:val="20"/>
              </w:rPr>
            </w:pPr>
            <w:r>
              <w:rPr>
                <w:sz w:val="20"/>
                <w:szCs w:val="20"/>
              </w:rPr>
              <w:t>3</w:t>
            </w:r>
          </w:p>
        </w:tc>
        <w:tc>
          <w:tcPr>
            <w:tcW w:w="1008" w:type="dxa"/>
          </w:tcPr>
          <w:p w14:paraId="527038D6" w14:textId="77777777" w:rsidR="00E71A28" w:rsidRPr="008E7D12" w:rsidRDefault="00000000">
            <w:pPr>
              <w:rPr>
                <w:sz w:val="20"/>
                <w:szCs w:val="20"/>
              </w:rPr>
            </w:pPr>
            <w:r>
              <w:rPr>
                <w:sz w:val="20"/>
                <w:szCs w:val="20"/>
              </w:rPr>
              <w:t>A</w:t>
            </w:r>
          </w:p>
        </w:tc>
        <w:tc>
          <w:tcPr>
            <w:tcW w:w="2448" w:type="dxa"/>
          </w:tcPr>
          <w:p w14:paraId="36413D37" w14:textId="77777777" w:rsidR="00E71A28" w:rsidRPr="008E7D12" w:rsidRDefault="00000000">
            <w:pPr>
              <w:rPr>
                <w:sz w:val="20"/>
                <w:szCs w:val="20"/>
              </w:rPr>
            </w:pPr>
            <w:r>
              <w:rPr>
                <w:sz w:val="20"/>
                <w:szCs w:val="20"/>
              </w:rPr>
              <w:t>Perplexity (LLM5)</w:t>
            </w:r>
          </w:p>
        </w:tc>
        <w:tc>
          <w:tcPr>
            <w:tcW w:w="1296" w:type="dxa"/>
          </w:tcPr>
          <w:p w14:paraId="7FD627CA" w14:textId="77777777" w:rsidR="00E71A28" w:rsidRPr="008E7D12" w:rsidRDefault="00000000">
            <w:pPr>
              <w:rPr>
                <w:sz w:val="20"/>
                <w:szCs w:val="20"/>
              </w:rPr>
            </w:pPr>
            <w:r>
              <w:rPr>
                <w:sz w:val="20"/>
                <w:szCs w:val="20"/>
              </w:rPr>
              <w:t>3</w:t>
            </w:r>
          </w:p>
        </w:tc>
        <w:tc>
          <w:tcPr>
            <w:tcW w:w="1008" w:type="dxa"/>
          </w:tcPr>
          <w:p w14:paraId="55C17528" w14:textId="77777777" w:rsidR="00E71A28" w:rsidRPr="008E7D12" w:rsidRDefault="00000000">
            <w:pPr>
              <w:rPr>
                <w:sz w:val="20"/>
                <w:szCs w:val="20"/>
              </w:rPr>
            </w:pPr>
            <w:r>
              <w:rPr>
                <w:sz w:val="20"/>
                <w:szCs w:val="20"/>
              </w:rPr>
              <w:t>3</w:t>
            </w:r>
          </w:p>
        </w:tc>
        <w:tc>
          <w:tcPr>
            <w:tcW w:w="1728" w:type="dxa"/>
          </w:tcPr>
          <w:p w14:paraId="79B85446" w14:textId="77777777" w:rsidR="00E71A28" w:rsidRPr="008E7D12" w:rsidRDefault="00000000">
            <w:pPr>
              <w:rPr>
                <w:sz w:val="20"/>
                <w:szCs w:val="20"/>
              </w:rPr>
            </w:pPr>
            <w:r>
              <w:rPr>
                <w:sz w:val="20"/>
                <w:szCs w:val="20"/>
              </w:rPr>
              <w:t>3</w:t>
            </w:r>
          </w:p>
        </w:tc>
        <w:tc>
          <w:tcPr>
            <w:tcW w:w="1584" w:type="dxa"/>
          </w:tcPr>
          <w:p w14:paraId="2F85EBFB" w14:textId="77777777" w:rsidR="00E71A28" w:rsidRPr="008E7D12" w:rsidRDefault="00000000">
            <w:pPr>
              <w:rPr>
                <w:sz w:val="20"/>
                <w:szCs w:val="20"/>
              </w:rPr>
            </w:pPr>
            <w:r>
              <w:rPr>
                <w:sz w:val="20"/>
                <w:szCs w:val="20"/>
              </w:rPr>
              <w:t>3</w:t>
            </w:r>
          </w:p>
        </w:tc>
        <w:tc>
          <w:tcPr>
            <w:tcW w:w="1296" w:type="dxa"/>
          </w:tcPr>
          <w:p w14:paraId="3FBABB0C" w14:textId="77777777" w:rsidR="00E71A28" w:rsidRPr="008E7D12" w:rsidRDefault="00000000">
            <w:pPr>
              <w:rPr>
                <w:sz w:val="20"/>
                <w:szCs w:val="20"/>
              </w:rPr>
            </w:pPr>
            <w:r>
              <w:rPr>
                <w:sz w:val="20"/>
                <w:szCs w:val="20"/>
              </w:rPr>
              <w:t>3.00</w:t>
            </w:r>
          </w:p>
        </w:tc>
      </w:tr>
      <w:tr w:rsidR="00E71A28" w:rsidRPr="008E7D12" w14:paraId="61D74802" w14:textId="77777777" w:rsidTr="008E7D12">
        <w:tc>
          <w:tcPr>
            <w:tcW w:w="1152" w:type="dxa"/>
          </w:tcPr>
          <w:p w14:paraId="08FE1CF3" w14:textId="77777777" w:rsidR="00E71A28" w:rsidRPr="008E7D12" w:rsidRDefault="00000000">
            <w:pPr>
              <w:rPr>
                <w:sz w:val="20"/>
                <w:szCs w:val="20"/>
              </w:rPr>
            </w:pPr>
            <w:r>
              <w:rPr>
                <w:sz w:val="20"/>
                <w:szCs w:val="20"/>
              </w:rPr>
              <w:t>4</w:t>
            </w:r>
          </w:p>
        </w:tc>
        <w:tc>
          <w:tcPr>
            <w:tcW w:w="1008" w:type="dxa"/>
          </w:tcPr>
          <w:p w14:paraId="17A950CD" w14:textId="77777777" w:rsidR="00E71A28" w:rsidRPr="008E7D12" w:rsidRDefault="00000000">
            <w:pPr>
              <w:rPr>
                <w:sz w:val="20"/>
                <w:szCs w:val="20"/>
              </w:rPr>
            </w:pPr>
            <w:r>
              <w:rPr>
                <w:sz w:val="20"/>
                <w:szCs w:val="20"/>
              </w:rPr>
              <w:t>A</w:t>
            </w:r>
          </w:p>
        </w:tc>
        <w:tc>
          <w:tcPr>
            <w:tcW w:w="2448" w:type="dxa"/>
          </w:tcPr>
          <w:p w14:paraId="558D76A1" w14:textId="77777777" w:rsidR="00E71A28" w:rsidRPr="008E7D12" w:rsidRDefault="00000000">
            <w:pPr>
              <w:rPr>
                <w:sz w:val="20"/>
                <w:szCs w:val="20"/>
              </w:rPr>
            </w:pPr>
            <w:r>
              <w:rPr>
                <w:sz w:val="20"/>
                <w:szCs w:val="20"/>
              </w:rPr>
              <w:t>ChatGPT (LLM1)</w:t>
            </w:r>
          </w:p>
        </w:tc>
        <w:tc>
          <w:tcPr>
            <w:tcW w:w="1296" w:type="dxa"/>
          </w:tcPr>
          <w:p w14:paraId="2F0CD422" w14:textId="77777777" w:rsidR="00E71A28" w:rsidRPr="008E7D12" w:rsidRDefault="00000000">
            <w:pPr>
              <w:rPr>
                <w:sz w:val="20"/>
                <w:szCs w:val="20"/>
              </w:rPr>
            </w:pPr>
            <w:r>
              <w:rPr>
                <w:sz w:val="20"/>
                <w:szCs w:val="20"/>
              </w:rPr>
              <w:t>4</w:t>
            </w:r>
          </w:p>
        </w:tc>
        <w:tc>
          <w:tcPr>
            <w:tcW w:w="1008" w:type="dxa"/>
          </w:tcPr>
          <w:p w14:paraId="1A32E76F" w14:textId="77777777" w:rsidR="00E71A28" w:rsidRPr="008E7D12" w:rsidRDefault="00000000">
            <w:pPr>
              <w:rPr>
                <w:sz w:val="20"/>
                <w:szCs w:val="20"/>
              </w:rPr>
            </w:pPr>
            <w:r>
              <w:rPr>
                <w:sz w:val="20"/>
                <w:szCs w:val="20"/>
              </w:rPr>
              <w:t>3</w:t>
            </w:r>
          </w:p>
        </w:tc>
        <w:tc>
          <w:tcPr>
            <w:tcW w:w="1728" w:type="dxa"/>
          </w:tcPr>
          <w:p w14:paraId="2DE540F4" w14:textId="77777777" w:rsidR="00E71A28" w:rsidRPr="008E7D12" w:rsidRDefault="00000000">
            <w:pPr>
              <w:rPr>
                <w:sz w:val="20"/>
                <w:szCs w:val="20"/>
              </w:rPr>
            </w:pPr>
            <w:r>
              <w:rPr>
                <w:sz w:val="20"/>
                <w:szCs w:val="20"/>
              </w:rPr>
              <w:t>4</w:t>
            </w:r>
          </w:p>
        </w:tc>
        <w:tc>
          <w:tcPr>
            <w:tcW w:w="1584" w:type="dxa"/>
          </w:tcPr>
          <w:p w14:paraId="4EF989E3" w14:textId="77777777" w:rsidR="00E71A28" w:rsidRPr="008E7D12" w:rsidRDefault="00000000">
            <w:pPr>
              <w:rPr>
                <w:sz w:val="20"/>
                <w:szCs w:val="20"/>
              </w:rPr>
            </w:pPr>
            <w:r>
              <w:rPr>
                <w:sz w:val="20"/>
                <w:szCs w:val="20"/>
              </w:rPr>
              <w:t>3</w:t>
            </w:r>
          </w:p>
        </w:tc>
        <w:tc>
          <w:tcPr>
            <w:tcW w:w="1296" w:type="dxa"/>
          </w:tcPr>
          <w:p w14:paraId="562B9A9C" w14:textId="77777777" w:rsidR="00E71A28" w:rsidRPr="008E7D12" w:rsidRDefault="00000000">
            <w:pPr>
              <w:rPr>
                <w:sz w:val="20"/>
                <w:szCs w:val="20"/>
              </w:rPr>
            </w:pPr>
            <w:r>
              <w:rPr>
                <w:sz w:val="20"/>
                <w:szCs w:val="20"/>
              </w:rPr>
              <w:t>3.50</w:t>
            </w:r>
          </w:p>
        </w:tc>
      </w:tr>
      <w:tr w:rsidR="00E71A28" w:rsidRPr="008E7D12" w14:paraId="1597FB1F" w14:textId="77777777" w:rsidTr="008E7D12">
        <w:tc>
          <w:tcPr>
            <w:tcW w:w="1152" w:type="dxa"/>
          </w:tcPr>
          <w:p w14:paraId="1AF25FCD" w14:textId="77777777" w:rsidR="00E71A28" w:rsidRPr="008E7D12" w:rsidRDefault="00000000">
            <w:pPr>
              <w:rPr>
                <w:sz w:val="20"/>
                <w:szCs w:val="20"/>
              </w:rPr>
            </w:pPr>
            <w:r>
              <w:rPr>
                <w:sz w:val="20"/>
                <w:szCs w:val="20"/>
              </w:rPr>
              <w:t>4</w:t>
            </w:r>
          </w:p>
        </w:tc>
        <w:tc>
          <w:tcPr>
            <w:tcW w:w="1008" w:type="dxa"/>
          </w:tcPr>
          <w:p w14:paraId="5F52049A" w14:textId="77777777" w:rsidR="00E71A28" w:rsidRPr="008E7D12" w:rsidRDefault="00000000">
            <w:pPr>
              <w:rPr>
                <w:sz w:val="20"/>
                <w:szCs w:val="20"/>
              </w:rPr>
            </w:pPr>
            <w:r>
              <w:rPr>
                <w:sz w:val="20"/>
                <w:szCs w:val="20"/>
              </w:rPr>
              <w:t>A</w:t>
            </w:r>
          </w:p>
        </w:tc>
        <w:tc>
          <w:tcPr>
            <w:tcW w:w="2448" w:type="dxa"/>
          </w:tcPr>
          <w:p w14:paraId="68876C92" w14:textId="77777777" w:rsidR="00E71A28" w:rsidRPr="008E7D12" w:rsidRDefault="00000000">
            <w:pPr>
              <w:rPr>
                <w:sz w:val="20"/>
                <w:szCs w:val="20"/>
              </w:rPr>
            </w:pPr>
            <w:r>
              <w:rPr>
                <w:sz w:val="20"/>
                <w:szCs w:val="20"/>
              </w:rPr>
              <w:t>Claude (LLM2)</w:t>
            </w:r>
          </w:p>
        </w:tc>
        <w:tc>
          <w:tcPr>
            <w:tcW w:w="1296" w:type="dxa"/>
          </w:tcPr>
          <w:p w14:paraId="2E5D1B12" w14:textId="77777777" w:rsidR="00E71A28" w:rsidRPr="008E7D12" w:rsidRDefault="00000000">
            <w:pPr>
              <w:rPr>
                <w:sz w:val="20"/>
                <w:szCs w:val="20"/>
              </w:rPr>
            </w:pPr>
            <w:r>
              <w:rPr>
                <w:sz w:val="20"/>
                <w:szCs w:val="20"/>
              </w:rPr>
              <w:t>4</w:t>
            </w:r>
          </w:p>
        </w:tc>
        <w:tc>
          <w:tcPr>
            <w:tcW w:w="1008" w:type="dxa"/>
          </w:tcPr>
          <w:p w14:paraId="44E448F2" w14:textId="77777777" w:rsidR="00E71A28" w:rsidRPr="008E7D12" w:rsidRDefault="00000000">
            <w:pPr>
              <w:rPr>
                <w:sz w:val="20"/>
                <w:szCs w:val="20"/>
              </w:rPr>
            </w:pPr>
            <w:r>
              <w:rPr>
                <w:sz w:val="20"/>
                <w:szCs w:val="20"/>
              </w:rPr>
              <w:t>4</w:t>
            </w:r>
          </w:p>
        </w:tc>
        <w:tc>
          <w:tcPr>
            <w:tcW w:w="1728" w:type="dxa"/>
          </w:tcPr>
          <w:p w14:paraId="04CF49BA" w14:textId="77777777" w:rsidR="00E71A28" w:rsidRPr="008E7D12" w:rsidRDefault="00000000">
            <w:pPr>
              <w:rPr>
                <w:sz w:val="20"/>
                <w:szCs w:val="20"/>
              </w:rPr>
            </w:pPr>
            <w:r>
              <w:rPr>
                <w:sz w:val="20"/>
                <w:szCs w:val="20"/>
              </w:rPr>
              <w:t>5</w:t>
            </w:r>
          </w:p>
        </w:tc>
        <w:tc>
          <w:tcPr>
            <w:tcW w:w="1584" w:type="dxa"/>
          </w:tcPr>
          <w:p w14:paraId="1F4C27EF" w14:textId="77777777" w:rsidR="00E71A28" w:rsidRPr="008E7D12" w:rsidRDefault="00000000">
            <w:pPr>
              <w:rPr>
                <w:sz w:val="20"/>
                <w:szCs w:val="20"/>
              </w:rPr>
            </w:pPr>
            <w:r>
              <w:rPr>
                <w:sz w:val="20"/>
                <w:szCs w:val="20"/>
              </w:rPr>
              <w:t>4</w:t>
            </w:r>
          </w:p>
        </w:tc>
        <w:tc>
          <w:tcPr>
            <w:tcW w:w="1296" w:type="dxa"/>
          </w:tcPr>
          <w:p w14:paraId="47A4BA9D" w14:textId="77777777" w:rsidR="00E71A28" w:rsidRPr="008E7D12" w:rsidRDefault="00000000">
            <w:pPr>
              <w:rPr>
                <w:sz w:val="20"/>
                <w:szCs w:val="20"/>
              </w:rPr>
            </w:pPr>
            <w:r>
              <w:rPr>
                <w:sz w:val="20"/>
                <w:szCs w:val="20"/>
              </w:rPr>
              <w:t>4.25</w:t>
            </w:r>
          </w:p>
        </w:tc>
      </w:tr>
      <w:tr w:rsidR="00E71A28" w:rsidRPr="008E7D12" w14:paraId="6CA50745" w14:textId="77777777" w:rsidTr="008E7D12">
        <w:tc>
          <w:tcPr>
            <w:tcW w:w="1152" w:type="dxa"/>
          </w:tcPr>
          <w:p w14:paraId="02897ED3" w14:textId="77777777" w:rsidR="00E71A28" w:rsidRPr="008E7D12" w:rsidRDefault="00000000">
            <w:pPr>
              <w:rPr>
                <w:sz w:val="20"/>
                <w:szCs w:val="20"/>
              </w:rPr>
            </w:pPr>
            <w:r>
              <w:rPr>
                <w:sz w:val="20"/>
                <w:szCs w:val="20"/>
              </w:rPr>
              <w:t>4</w:t>
            </w:r>
          </w:p>
        </w:tc>
        <w:tc>
          <w:tcPr>
            <w:tcW w:w="1008" w:type="dxa"/>
          </w:tcPr>
          <w:p w14:paraId="6FD31EB8" w14:textId="77777777" w:rsidR="00E71A28" w:rsidRPr="008E7D12" w:rsidRDefault="00000000">
            <w:pPr>
              <w:rPr>
                <w:sz w:val="20"/>
                <w:szCs w:val="20"/>
              </w:rPr>
            </w:pPr>
            <w:r>
              <w:rPr>
                <w:sz w:val="20"/>
                <w:szCs w:val="20"/>
              </w:rPr>
              <w:t>A</w:t>
            </w:r>
          </w:p>
        </w:tc>
        <w:tc>
          <w:tcPr>
            <w:tcW w:w="2448" w:type="dxa"/>
          </w:tcPr>
          <w:p w14:paraId="114E7049" w14:textId="77777777" w:rsidR="00E71A28" w:rsidRPr="008E7D12" w:rsidRDefault="00000000">
            <w:pPr>
              <w:rPr>
                <w:sz w:val="20"/>
                <w:szCs w:val="20"/>
              </w:rPr>
            </w:pPr>
            <w:r>
              <w:rPr>
                <w:sz w:val="20"/>
                <w:szCs w:val="20"/>
              </w:rPr>
              <w:t>Gemini (LLM3)</w:t>
            </w:r>
          </w:p>
        </w:tc>
        <w:tc>
          <w:tcPr>
            <w:tcW w:w="1296" w:type="dxa"/>
          </w:tcPr>
          <w:p w14:paraId="0936593E" w14:textId="77777777" w:rsidR="00E71A28" w:rsidRPr="008E7D12" w:rsidRDefault="00000000">
            <w:pPr>
              <w:rPr>
                <w:sz w:val="20"/>
                <w:szCs w:val="20"/>
              </w:rPr>
            </w:pPr>
            <w:r>
              <w:rPr>
                <w:sz w:val="20"/>
                <w:szCs w:val="20"/>
              </w:rPr>
              <w:t>3</w:t>
            </w:r>
          </w:p>
        </w:tc>
        <w:tc>
          <w:tcPr>
            <w:tcW w:w="1008" w:type="dxa"/>
          </w:tcPr>
          <w:p w14:paraId="050A6642" w14:textId="77777777" w:rsidR="00E71A28" w:rsidRPr="008E7D12" w:rsidRDefault="00000000">
            <w:pPr>
              <w:rPr>
                <w:sz w:val="20"/>
                <w:szCs w:val="20"/>
              </w:rPr>
            </w:pPr>
            <w:r>
              <w:rPr>
                <w:sz w:val="20"/>
                <w:szCs w:val="20"/>
              </w:rPr>
              <w:t>4</w:t>
            </w:r>
          </w:p>
        </w:tc>
        <w:tc>
          <w:tcPr>
            <w:tcW w:w="1728" w:type="dxa"/>
          </w:tcPr>
          <w:p w14:paraId="7B01B76F" w14:textId="77777777" w:rsidR="00E71A28" w:rsidRPr="008E7D12" w:rsidRDefault="00000000">
            <w:pPr>
              <w:rPr>
                <w:sz w:val="20"/>
                <w:szCs w:val="20"/>
              </w:rPr>
            </w:pPr>
            <w:r>
              <w:rPr>
                <w:sz w:val="20"/>
                <w:szCs w:val="20"/>
              </w:rPr>
              <w:t>3</w:t>
            </w:r>
          </w:p>
        </w:tc>
        <w:tc>
          <w:tcPr>
            <w:tcW w:w="1584" w:type="dxa"/>
          </w:tcPr>
          <w:p w14:paraId="0BE705C7" w14:textId="77777777" w:rsidR="00E71A28" w:rsidRPr="008E7D12" w:rsidRDefault="00000000">
            <w:pPr>
              <w:rPr>
                <w:sz w:val="20"/>
                <w:szCs w:val="20"/>
              </w:rPr>
            </w:pPr>
            <w:r>
              <w:rPr>
                <w:sz w:val="20"/>
                <w:szCs w:val="20"/>
              </w:rPr>
              <w:t>3</w:t>
            </w:r>
          </w:p>
        </w:tc>
        <w:tc>
          <w:tcPr>
            <w:tcW w:w="1296" w:type="dxa"/>
          </w:tcPr>
          <w:p w14:paraId="38D55EDD" w14:textId="77777777" w:rsidR="00E71A28" w:rsidRPr="008E7D12" w:rsidRDefault="00000000">
            <w:pPr>
              <w:rPr>
                <w:sz w:val="20"/>
                <w:szCs w:val="20"/>
              </w:rPr>
            </w:pPr>
            <w:r>
              <w:rPr>
                <w:sz w:val="20"/>
                <w:szCs w:val="20"/>
              </w:rPr>
              <w:t>3.25</w:t>
            </w:r>
          </w:p>
        </w:tc>
      </w:tr>
      <w:tr w:rsidR="00E71A28" w:rsidRPr="008E7D12" w14:paraId="5A321A39" w14:textId="77777777" w:rsidTr="008E7D12">
        <w:tc>
          <w:tcPr>
            <w:tcW w:w="1152" w:type="dxa"/>
          </w:tcPr>
          <w:p w14:paraId="1214CABF" w14:textId="77777777" w:rsidR="00E71A28" w:rsidRPr="008E7D12" w:rsidRDefault="00000000">
            <w:pPr>
              <w:rPr>
                <w:sz w:val="20"/>
                <w:szCs w:val="20"/>
              </w:rPr>
            </w:pPr>
            <w:r>
              <w:rPr>
                <w:sz w:val="20"/>
                <w:szCs w:val="20"/>
              </w:rPr>
              <w:t>4</w:t>
            </w:r>
          </w:p>
        </w:tc>
        <w:tc>
          <w:tcPr>
            <w:tcW w:w="1008" w:type="dxa"/>
          </w:tcPr>
          <w:p w14:paraId="42B2AB6C" w14:textId="77777777" w:rsidR="00E71A28" w:rsidRPr="008E7D12" w:rsidRDefault="00000000">
            <w:pPr>
              <w:rPr>
                <w:sz w:val="20"/>
                <w:szCs w:val="20"/>
              </w:rPr>
            </w:pPr>
            <w:r>
              <w:rPr>
                <w:sz w:val="20"/>
                <w:szCs w:val="20"/>
              </w:rPr>
              <w:t>A</w:t>
            </w:r>
          </w:p>
        </w:tc>
        <w:tc>
          <w:tcPr>
            <w:tcW w:w="2448" w:type="dxa"/>
          </w:tcPr>
          <w:p w14:paraId="5B672440" w14:textId="77777777" w:rsidR="00E71A28" w:rsidRPr="008E7D12" w:rsidRDefault="00000000">
            <w:pPr>
              <w:rPr>
                <w:sz w:val="20"/>
                <w:szCs w:val="20"/>
              </w:rPr>
            </w:pPr>
            <w:r>
              <w:rPr>
                <w:sz w:val="20"/>
                <w:szCs w:val="20"/>
              </w:rPr>
              <w:t>OpenEvidence (LLM4)</w:t>
            </w:r>
          </w:p>
        </w:tc>
        <w:tc>
          <w:tcPr>
            <w:tcW w:w="1296" w:type="dxa"/>
          </w:tcPr>
          <w:p w14:paraId="1EE6992C" w14:textId="77777777" w:rsidR="00E71A28" w:rsidRPr="008E7D12" w:rsidRDefault="00000000">
            <w:pPr>
              <w:rPr>
                <w:sz w:val="20"/>
                <w:szCs w:val="20"/>
              </w:rPr>
            </w:pPr>
            <w:r>
              <w:rPr>
                <w:sz w:val="20"/>
                <w:szCs w:val="20"/>
              </w:rPr>
              <w:t>5</w:t>
            </w:r>
          </w:p>
        </w:tc>
        <w:tc>
          <w:tcPr>
            <w:tcW w:w="1008" w:type="dxa"/>
          </w:tcPr>
          <w:p w14:paraId="0F8EF25F" w14:textId="77777777" w:rsidR="00E71A28" w:rsidRPr="008E7D12" w:rsidRDefault="00000000">
            <w:pPr>
              <w:rPr>
                <w:sz w:val="20"/>
                <w:szCs w:val="20"/>
              </w:rPr>
            </w:pPr>
            <w:r>
              <w:rPr>
                <w:sz w:val="20"/>
                <w:szCs w:val="20"/>
              </w:rPr>
              <w:t>5</w:t>
            </w:r>
          </w:p>
        </w:tc>
        <w:tc>
          <w:tcPr>
            <w:tcW w:w="1728" w:type="dxa"/>
          </w:tcPr>
          <w:p w14:paraId="79F4E1A0" w14:textId="77777777" w:rsidR="00E71A28" w:rsidRPr="008E7D12" w:rsidRDefault="00000000">
            <w:pPr>
              <w:rPr>
                <w:sz w:val="20"/>
                <w:szCs w:val="20"/>
              </w:rPr>
            </w:pPr>
            <w:r>
              <w:rPr>
                <w:sz w:val="20"/>
                <w:szCs w:val="20"/>
              </w:rPr>
              <w:t>3</w:t>
            </w:r>
          </w:p>
        </w:tc>
        <w:tc>
          <w:tcPr>
            <w:tcW w:w="1584" w:type="dxa"/>
          </w:tcPr>
          <w:p w14:paraId="4280C364" w14:textId="77777777" w:rsidR="00E71A28" w:rsidRPr="008E7D12" w:rsidRDefault="00000000">
            <w:pPr>
              <w:rPr>
                <w:sz w:val="20"/>
                <w:szCs w:val="20"/>
              </w:rPr>
            </w:pPr>
            <w:r>
              <w:rPr>
                <w:sz w:val="20"/>
                <w:szCs w:val="20"/>
              </w:rPr>
              <w:t>5</w:t>
            </w:r>
          </w:p>
        </w:tc>
        <w:tc>
          <w:tcPr>
            <w:tcW w:w="1296" w:type="dxa"/>
          </w:tcPr>
          <w:p w14:paraId="60D4AE5D" w14:textId="77777777" w:rsidR="00E71A28" w:rsidRPr="008E7D12" w:rsidRDefault="00000000">
            <w:pPr>
              <w:rPr>
                <w:sz w:val="20"/>
                <w:szCs w:val="20"/>
              </w:rPr>
            </w:pPr>
            <w:r>
              <w:rPr>
                <w:sz w:val="20"/>
                <w:szCs w:val="20"/>
              </w:rPr>
              <w:t>4.50</w:t>
            </w:r>
          </w:p>
        </w:tc>
      </w:tr>
      <w:tr w:rsidR="00E71A28" w:rsidRPr="008E7D12" w14:paraId="033D6150" w14:textId="77777777" w:rsidTr="008E7D12">
        <w:tc>
          <w:tcPr>
            <w:tcW w:w="1152" w:type="dxa"/>
          </w:tcPr>
          <w:p w14:paraId="4F24E0E3" w14:textId="77777777" w:rsidR="00E71A28" w:rsidRPr="008E7D12" w:rsidRDefault="00000000">
            <w:pPr>
              <w:rPr>
                <w:sz w:val="20"/>
                <w:szCs w:val="20"/>
              </w:rPr>
            </w:pPr>
            <w:r>
              <w:rPr>
                <w:sz w:val="20"/>
                <w:szCs w:val="20"/>
              </w:rPr>
              <w:t>4</w:t>
            </w:r>
          </w:p>
        </w:tc>
        <w:tc>
          <w:tcPr>
            <w:tcW w:w="1008" w:type="dxa"/>
          </w:tcPr>
          <w:p w14:paraId="54D438AF" w14:textId="77777777" w:rsidR="00E71A28" w:rsidRPr="008E7D12" w:rsidRDefault="00000000">
            <w:pPr>
              <w:rPr>
                <w:sz w:val="20"/>
                <w:szCs w:val="20"/>
              </w:rPr>
            </w:pPr>
            <w:r>
              <w:rPr>
                <w:sz w:val="20"/>
                <w:szCs w:val="20"/>
              </w:rPr>
              <w:t>A</w:t>
            </w:r>
          </w:p>
        </w:tc>
        <w:tc>
          <w:tcPr>
            <w:tcW w:w="2448" w:type="dxa"/>
          </w:tcPr>
          <w:p w14:paraId="6C8F71B4" w14:textId="77777777" w:rsidR="00E71A28" w:rsidRPr="008E7D12" w:rsidRDefault="00000000">
            <w:pPr>
              <w:rPr>
                <w:sz w:val="20"/>
                <w:szCs w:val="20"/>
              </w:rPr>
            </w:pPr>
            <w:r>
              <w:rPr>
                <w:sz w:val="20"/>
                <w:szCs w:val="20"/>
              </w:rPr>
              <w:t>Perplexity (LLM5)</w:t>
            </w:r>
          </w:p>
        </w:tc>
        <w:tc>
          <w:tcPr>
            <w:tcW w:w="1296" w:type="dxa"/>
          </w:tcPr>
          <w:p w14:paraId="560A0851" w14:textId="77777777" w:rsidR="00E71A28" w:rsidRPr="008E7D12" w:rsidRDefault="00000000">
            <w:pPr>
              <w:rPr>
                <w:sz w:val="20"/>
                <w:szCs w:val="20"/>
              </w:rPr>
            </w:pPr>
            <w:r>
              <w:rPr>
                <w:sz w:val="20"/>
                <w:szCs w:val="20"/>
              </w:rPr>
              <w:t>2</w:t>
            </w:r>
          </w:p>
        </w:tc>
        <w:tc>
          <w:tcPr>
            <w:tcW w:w="1008" w:type="dxa"/>
          </w:tcPr>
          <w:p w14:paraId="59EDE411" w14:textId="77777777" w:rsidR="00E71A28" w:rsidRPr="008E7D12" w:rsidRDefault="00000000">
            <w:pPr>
              <w:rPr>
                <w:sz w:val="20"/>
                <w:szCs w:val="20"/>
              </w:rPr>
            </w:pPr>
            <w:r>
              <w:rPr>
                <w:sz w:val="20"/>
                <w:szCs w:val="20"/>
              </w:rPr>
              <w:t>2</w:t>
            </w:r>
          </w:p>
        </w:tc>
        <w:tc>
          <w:tcPr>
            <w:tcW w:w="1728" w:type="dxa"/>
          </w:tcPr>
          <w:p w14:paraId="16533572" w14:textId="77777777" w:rsidR="00E71A28" w:rsidRPr="008E7D12" w:rsidRDefault="00000000">
            <w:pPr>
              <w:rPr>
                <w:sz w:val="20"/>
                <w:szCs w:val="20"/>
              </w:rPr>
            </w:pPr>
            <w:r>
              <w:rPr>
                <w:sz w:val="20"/>
                <w:szCs w:val="20"/>
              </w:rPr>
              <w:t>5</w:t>
            </w:r>
          </w:p>
        </w:tc>
        <w:tc>
          <w:tcPr>
            <w:tcW w:w="1584" w:type="dxa"/>
          </w:tcPr>
          <w:p w14:paraId="11362504" w14:textId="77777777" w:rsidR="00E71A28" w:rsidRPr="008E7D12" w:rsidRDefault="00000000">
            <w:pPr>
              <w:rPr>
                <w:sz w:val="20"/>
                <w:szCs w:val="20"/>
              </w:rPr>
            </w:pPr>
            <w:r>
              <w:rPr>
                <w:sz w:val="20"/>
                <w:szCs w:val="20"/>
              </w:rPr>
              <w:t>2</w:t>
            </w:r>
          </w:p>
        </w:tc>
        <w:tc>
          <w:tcPr>
            <w:tcW w:w="1296" w:type="dxa"/>
          </w:tcPr>
          <w:p w14:paraId="6536D2AF" w14:textId="77777777" w:rsidR="00E71A28" w:rsidRPr="008E7D12" w:rsidRDefault="00000000">
            <w:pPr>
              <w:rPr>
                <w:sz w:val="20"/>
                <w:szCs w:val="20"/>
              </w:rPr>
            </w:pPr>
            <w:r>
              <w:rPr>
                <w:sz w:val="20"/>
                <w:szCs w:val="20"/>
              </w:rPr>
              <w:t>2.75</w:t>
            </w:r>
          </w:p>
        </w:tc>
      </w:tr>
      <w:tr w:rsidR="00E71A28" w:rsidRPr="008E7D12" w14:paraId="4F638850" w14:textId="77777777" w:rsidTr="008E7D12">
        <w:tc>
          <w:tcPr>
            <w:tcW w:w="1152" w:type="dxa"/>
          </w:tcPr>
          <w:p w14:paraId="64CAF674" w14:textId="77777777" w:rsidR="00E71A28" w:rsidRPr="008E7D12" w:rsidRDefault="00000000">
            <w:pPr>
              <w:rPr>
                <w:sz w:val="20"/>
                <w:szCs w:val="20"/>
              </w:rPr>
            </w:pPr>
            <w:r>
              <w:rPr>
                <w:sz w:val="20"/>
                <w:szCs w:val="20"/>
              </w:rPr>
              <w:t>5</w:t>
            </w:r>
          </w:p>
        </w:tc>
        <w:tc>
          <w:tcPr>
            <w:tcW w:w="1008" w:type="dxa"/>
          </w:tcPr>
          <w:p w14:paraId="595DA96A" w14:textId="77777777" w:rsidR="00E71A28" w:rsidRPr="008E7D12" w:rsidRDefault="00000000">
            <w:pPr>
              <w:rPr>
                <w:sz w:val="20"/>
                <w:szCs w:val="20"/>
              </w:rPr>
            </w:pPr>
            <w:r>
              <w:rPr>
                <w:sz w:val="20"/>
                <w:szCs w:val="20"/>
              </w:rPr>
              <w:t>A</w:t>
            </w:r>
          </w:p>
        </w:tc>
        <w:tc>
          <w:tcPr>
            <w:tcW w:w="2448" w:type="dxa"/>
          </w:tcPr>
          <w:p w14:paraId="79394037" w14:textId="77777777" w:rsidR="00E71A28" w:rsidRPr="008E7D12" w:rsidRDefault="00000000">
            <w:pPr>
              <w:rPr>
                <w:sz w:val="20"/>
                <w:szCs w:val="20"/>
              </w:rPr>
            </w:pPr>
            <w:r>
              <w:rPr>
                <w:sz w:val="20"/>
                <w:szCs w:val="20"/>
              </w:rPr>
              <w:t>ChatGPT (LLM1)</w:t>
            </w:r>
          </w:p>
        </w:tc>
        <w:tc>
          <w:tcPr>
            <w:tcW w:w="1296" w:type="dxa"/>
          </w:tcPr>
          <w:p w14:paraId="24616FB9" w14:textId="77777777" w:rsidR="00E71A28" w:rsidRPr="008E7D12" w:rsidRDefault="00000000">
            <w:pPr>
              <w:rPr>
                <w:sz w:val="20"/>
                <w:szCs w:val="20"/>
              </w:rPr>
            </w:pPr>
            <w:r>
              <w:rPr>
                <w:sz w:val="20"/>
                <w:szCs w:val="20"/>
              </w:rPr>
              <w:t>3</w:t>
            </w:r>
          </w:p>
        </w:tc>
        <w:tc>
          <w:tcPr>
            <w:tcW w:w="1008" w:type="dxa"/>
          </w:tcPr>
          <w:p w14:paraId="4907DBDB" w14:textId="77777777" w:rsidR="00E71A28" w:rsidRPr="008E7D12" w:rsidRDefault="00000000">
            <w:pPr>
              <w:rPr>
                <w:sz w:val="20"/>
                <w:szCs w:val="20"/>
              </w:rPr>
            </w:pPr>
            <w:r>
              <w:rPr>
                <w:sz w:val="20"/>
                <w:szCs w:val="20"/>
              </w:rPr>
              <w:t>3</w:t>
            </w:r>
          </w:p>
        </w:tc>
        <w:tc>
          <w:tcPr>
            <w:tcW w:w="1728" w:type="dxa"/>
          </w:tcPr>
          <w:p w14:paraId="4D8A3D9E" w14:textId="77777777" w:rsidR="00E71A28" w:rsidRPr="008E7D12" w:rsidRDefault="00000000">
            <w:pPr>
              <w:rPr>
                <w:sz w:val="20"/>
                <w:szCs w:val="20"/>
              </w:rPr>
            </w:pPr>
            <w:r>
              <w:rPr>
                <w:sz w:val="20"/>
                <w:szCs w:val="20"/>
              </w:rPr>
              <w:t>4</w:t>
            </w:r>
          </w:p>
        </w:tc>
        <w:tc>
          <w:tcPr>
            <w:tcW w:w="1584" w:type="dxa"/>
          </w:tcPr>
          <w:p w14:paraId="4B6AC72A" w14:textId="77777777" w:rsidR="00E71A28" w:rsidRPr="008E7D12" w:rsidRDefault="00000000">
            <w:pPr>
              <w:rPr>
                <w:sz w:val="20"/>
                <w:szCs w:val="20"/>
              </w:rPr>
            </w:pPr>
            <w:r>
              <w:rPr>
                <w:sz w:val="20"/>
                <w:szCs w:val="20"/>
              </w:rPr>
              <w:t>3</w:t>
            </w:r>
          </w:p>
        </w:tc>
        <w:tc>
          <w:tcPr>
            <w:tcW w:w="1296" w:type="dxa"/>
          </w:tcPr>
          <w:p w14:paraId="5A677E42" w14:textId="77777777" w:rsidR="00E71A28" w:rsidRPr="008E7D12" w:rsidRDefault="00000000">
            <w:pPr>
              <w:rPr>
                <w:sz w:val="20"/>
                <w:szCs w:val="20"/>
              </w:rPr>
            </w:pPr>
            <w:r>
              <w:rPr>
                <w:sz w:val="20"/>
                <w:szCs w:val="20"/>
              </w:rPr>
              <w:t>3.25</w:t>
            </w:r>
          </w:p>
        </w:tc>
      </w:tr>
      <w:tr w:rsidR="00E71A28" w:rsidRPr="008E7D12" w14:paraId="3DA9B2AF" w14:textId="77777777" w:rsidTr="008E7D12">
        <w:tc>
          <w:tcPr>
            <w:tcW w:w="1152" w:type="dxa"/>
          </w:tcPr>
          <w:p w14:paraId="387132D7" w14:textId="77777777" w:rsidR="00E71A28" w:rsidRPr="008E7D12" w:rsidRDefault="00000000">
            <w:pPr>
              <w:rPr>
                <w:sz w:val="20"/>
                <w:szCs w:val="20"/>
              </w:rPr>
            </w:pPr>
            <w:r>
              <w:rPr>
                <w:sz w:val="20"/>
                <w:szCs w:val="20"/>
              </w:rPr>
              <w:t>5</w:t>
            </w:r>
          </w:p>
        </w:tc>
        <w:tc>
          <w:tcPr>
            <w:tcW w:w="1008" w:type="dxa"/>
          </w:tcPr>
          <w:p w14:paraId="69B82A69" w14:textId="77777777" w:rsidR="00E71A28" w:rsidRPr="008E7D12" w:rsidRDefault="00000000">
            <w:pPr>
              <w:rPr>
                <w:sz w:val="20"/>
                <w:szCs w:val="20"/>
              </w:rPr>
            </w:pPr>
            <w:r>
              <w:rPr>
                <w:sz w:val="20"/>
                <w:szCs w:val="20"/>
              </w:rPr>
              <w:t>A</w:t>
            </w:r>
          </w:p>
        </w:tc>
        <w:tc>
          <w:tcPr>
            <w:tcW w:w="2448" w:type="dxa"/>
          </w:tcPr>
          <w:p w14:paraId="593FE2D9" w14:textId="77777777" w:rsidR="00E71A28" w:rsidRPr="008E7D12" w:rsidRDefault="00000000">
            <w:pPr>
              <w:rPr>
                <w:sz w:val="20"/>
                <w:szCs w:val="20"/>
              </w:rPr>
            </w:pPr>
            <w:r>
              <w:rPr>
                <w:sz w:val="20"/>
                <w:szCs w:val="20"/>
              </w:rPr>
              <w:t>Claude (LLM2)</w:t>
            </w:r>
          </w:p>
        </w:tc>
        <w:tc>
          <w:tcPr>
            <w:tcW w:w="1296" w:type="dxa"/>
          </w:tcPr>
          <w:p w14:paraId="02EE7D78" w14:textId="77777777" w:rsidR="00E71A28" w:rsidRPr="008E7D12" w:rsidRDefault="00000000">
            <w:pPr>
              <w:rPr>
                <w:sz w:val="20"/>
                <w:szCs w:val="20"/>
              </w:rPr>
            </w:pPr>
            <w:r>
              <w:rPr>
                <w:sz w:val="20"/>
                <w:szCs w:val="20"/>
              </w:rPr>
              <w:t>3</w:t>
            </w:r>
          </w:p>
        </w:tc>
        <w:tc>
          <w:tcPr>
            <w:tcW w:w="1008" w:type="dxa"/>
          </w:tcPr>
          <w:p w14:paraId="125027E2" w14:textId="77777777" w:rsidR="00E71A28" w:rsidRPr="008E7D12" w:rsidRDefault="00000000">
            <w:pPr>
              <w:rPr>
                <w:sz w:val="20"/>
                <w:szCs w:val="20"/>
              </w:rPr>
            </w:pPr>
            <w:r>
              <w:rPr>
                <w:sz w:val="20"/>
                <w:szCs w:val="20"/>
              </w:rPr>
              <w:t>4</w:t>
            </w:r>
          </w:p>
        </w:tc>
        <w:tc>
          <w:tcPr>
            <w:tcW w:w="1728" w:type="dxa"/>
          </w:tcPr>
          <w:p w14:paraId="2816C0ED" w14:textId="77777777" w:rsidR="00E71A28" w:rsidRPr="008E7D12" w:rsidRDefault="00000000">
            <w:pPr>
              <w:rPr>
                <w:sz w:val="20"/>
                <w:szCs w:val="20"/>
              </w:rPr>
            </w:pPr>
            <w:r>
              <w:rPr>
                <w:sz w:val="20"/>
                <w:szCs w:val="20"/>
              </w:rPr>
              <w:t>5</w:t>
            </w:r>
          </w:p>
        </w:tc>
        <w:tc>
          <w:tcPr>
            <w:tcW w:w="1584" w:type="dxa"/>
          </w:tcPr>
          <w:p w14:paraId="0BF41AF1" w14:textId="77777777" w:rsidR="00E71A28" w:rsidRPr="008E7D12" w:rsidRDefault="00000000">
            <w:pPr>
              <w:rPr>
                <w:sz w:val="20"/>
                <w:szCs w:val="20"/>
              </w:rPr>
            </w:pPr>
            <w:r>
              <w:rPr>
                <w:sz w:val="20"/>
                <w:szCs w:val="20"/>
              </w:rPr>
              <w:t>4</w:t>
            </w:r>
          </w:p>
        </w:tc>
        <w:tc>
          <w:tcPr>
            <w:tcW w:w="1296" w:type="dxa"/>
          </w:tcPr>
          <w:p w14:paraId="2EBA5709" w14:textId="77777777" w:rsidR="00E71A28" w:rsidRPr="008E7D12" w:rsidRDefault="00000000">
            <w:pPr>
              <w:rPr>
                <w:sz w:val="20"/>
                <w:szCs w:val="20"/>
              </w:rPr>
            </w:pPr>
            <w:r>
              <w:rPr>
                <w:sz w:val="20"/>
                <w:szCs w:val="20"/>
              </w:rPr>
              <w:t>4.00</w:t>
            </w:r>
          </w:p>
        </w:tc>
      </w:tr>
      <w:tr w:rsidR="00E71A28" w:rsidRPr="008E7D12" w14:paraId="045E425A" w14:textId="77777777" w:rsidTr="008E7D12">
        <w:tc>
          <w:tcPr>
            <w:tcW w:w="1152" w:type="dxa"/>
          </w:tcPr>
          <w:p w14:paraId="3238C92E" w14:textId="77777777" w:rsidR="00E71A28" w:rsidRPr="008E7D12" w:rsidRDefault="00000000">
            <w:pPr>
              <w:rPr>
                <w:sz w:val="20"/>
                <w:szCs w:val="20"/>
              </w:rPr>
            </w:pPr>
            <w:r>
              <w:rPr>
                <w:sz w:val="20"/>
                <w:szCs w:val="20"/>
              </w:rPr>
              <w:t>5</w:t>
            </w:r>
          </w:p>
        </w:tc>
        <w:tc>
          <w:tcPr>
            <w:tcW w:w="1008" w:type="dxa"/>
          </w:tcPr>
          <w:p w14:paraId="478AA8E0" w14:textId="77777777" w:rsidR="00E71A28" w:rsidRPr="008E7D12" w:rsidRDefault="00000000">
            <w:pPr>
              <w:rPr>
                <w:sz w:val="20"/>
                <w:szCs w:val="20"/>
              </w:rPr>
            </w:pPr>
            <w:r>
              <w:rPr>
                <w:sz w:val="20"/>
                <w:szCs w:val="20"/>
              </w:rPr>
              <w:t>A</w:t>
            </w:r>
          </w:p>
        </w:tc>
        <w:tc>
          <w:tcPr>
            <w:tcW w:w="2448" w:type="dxa"/>
          </w:tcPr>
          <w:p w14:paraId="2D7D77F0" w14:textId="77777777" w:rsidR="00E71A28" w:rsidRPr="008E7D12" w:rsidRDefault="00000000">
            <w:pPr>
              <w:rPr>
                <w:sz w:val="20"/>
                <w:szCs w:val="20"/>
              </w:rPr>
            </w:pPr>
            <w:r>
              <w:rPr>
                <w:sz w:val="20"/>
                <w:szCs w:val="20"/>
              </w:rPr>
              <w:t>Gemini (LLM3)</w:t>
            </w:r>
          </w:p>
        </w:tc>
        <w:tc>
          <w:tcPr>
            <w:tcW w:w="1296" w:type="dxa"/>
          </w:tcPr>
          <w:p w14:paraId="416EEE81" w14:textId="77777777" w:rsidR="00E71A28" w:rsidRPr="008E7D12" w:rsidRDefault="00000000">
            <w:pPr>
              <w:rPr>
                <w:sz w:val="20"/>
                <w:szCs w:val="20"/>
              </w:rPr>
            </w:pPr>
            <w:r>
              <w:rPr>
                <w:sz w:val="20"/>
                <w:szCs w:val="20"/>
              </w:rPr>
              <w:t>2</w:t>
            </w:r>
          </w:p>
        </w:tc>
        <w:tc>
          <w:tcPr>
            <w:tcW w:w="1008" w:type="dxa"/>
          </w:tcPr>
          <w:p w14:paraId="57C0AD2B" w14:textId="77777777" w:rsidR="00E71A28" w:rsidRPr="008E7D12" w:rsidRDefault="00000000">
            <w:pPr>
              <w:rPr>
                <w:sz w:val="20"/>
                <w:szCs w:val="20"/>
              </w:rPr>
            </w:pPr>
            <w:r>
              <w:rPr>
                <w:sz w:val="20"/>
                <w:szCs w:val="20"/>
              </w:rPr>
              <w:t>3</w:t>
            </w:r>
          </w:p>
        </w:tc>
        <w:tc>
          <w:tcPr>
            <w:tcW w:w="1728" w:type="dxa"/>
          </w:tcPr>
          <w:p w14:paraId="15C03074" w14:textId="77777777" w:rsidR="00E71A28" w:rsidRPr="008E7D12" w:rsidRDefault="00000000">
            <w:pPr>
              <w:rPr>
                <w:sz w:val="20"/>
                <w:szCs w:val="20"/>
              </w:rPr>
            </w:pPr>
            <w:r>
              <w:rPr>
                <w:sz w:val="20"/>
                <w:szCs w:val="20"/>
              </w:rPr>
              <w:t>3</w:t>
            </w:r>
          </w:p>
        </w:tc>
        <w:tc>
          <w:tcPr>
            <w:tcW w:w="1584" w:type="dxa"/>
          </w:tcPr>
          <w:p w14:paraId="090F7FDA" w14:textId="77777777" w:rsidR="00E71A28" w:rsidRPr="008E7D12" w:rsidRDefault="00000000">
            <w:pPr>
              <w:rPr>
                <w:sz w:val="20"/>
                <w:szCs w:val="20"/>
              </w:rPr>
            </w:pPr>
            <w:r>
              <w:rPr>
                <w:sz w:val="20"/>
                <w:szCs w:val="20"/>
              </w:rPr>
              <w:t>2</w:t>
            </w:r>
          </w:p>
        </w:tc>
        <w:tc>
          <w:tcPr>
            <w:tcW w:w="1296" w:type="dxa"/>
          </w:tcPr>
          <w:p w14:paraId="32A87A08" w14:textId="77777777" w:rsidR="00E71A28" w:rsidRPr="008E7D12" w:rsidRDefault="00000000">
            <w:pPr>
              <w:rPr>
                <w:sz w:val="20"/>
                <w:szCs w:val="20"/>
              </w:rPr>
            </w:pPr>
            <w:r>
              <w:rPr>
                <w:sz w:val="20"/>
                <w:szCs w:val="20"/>
              </w:rPr>
              <w:t>2.50</w:t>
            </w:r>
          </w:p>
        </w:tc>
      </w:tr>
      <w:tr w:rsidR="00E71A28" w:rsidRPr="008E7D12" w14:paraId="5C16E1B8" w14:textId="77777777" w:rsidTr="008E7D12">
        <w:tc>
          <w:tcPr>
            <w:tcW w:w="1152" w:type="dxa"/>
          </w:tcPr>
          <w:p w14:paraId="2F242813" w14:textId="77777777" w:rsidR="00E71A28" w:rsidRPr="008E7D12" w:rsidRDefault="00000000">
            <w:pPr>
              <w:rPr>
                <w:sz w:val="20"/>
                <w:szCs w:val="20"/>
              </w:rPr>
            </w:pPr>
            <w:r>
              <w:rPr>
                <w:sz w:val="20"/>
                <w:szCs w:val="20"/>
              </w:rPr>
              <w:t>5</w:t>
            </w:r>
          </w:p>
        </w:tc>
        <w:tc>
          <w:tcPr>
            <w:tcW w:w="1008" w:type="dxa"/>
          </w:tcPr>
          <w:p w14:paraId="19222F48" w14:textId="77777777" w:rsidR="00E71A28" w:rsidRPr="008E7D12" w:rsidRDefault="00000000">
            <w:pPr>
              <w:rPr>
                <w:sz w:val="20"/>
                <w:szCs w:val="20"/>
              </w:rPr>
            </w:pPr>
            <w:r>
              <w:rPr>
                <w:sz w:val="20"/>
                <w:szCs w:val="20"/>
              </w:rPr>
              <w:t>A</w:t>
            </w:r>
          </w:p>
        </w:tc>
        <w:tc>
          <w:tcPr>
            <w:tcW w:w="2448" w:type="dxa"/>
          </w:tcPr>
          <w:p w14:paraId="4F7C907B" w14:textId="77777777" w:rsidR="00E71A28" w:rsidRPr="008E7D12" w:rsidRDefault="00000000">
            <w:pPr>
              <w:rPr>
                <w:sz w:val="20"/>
                <w:szCs w:val="20"/>
              </w:rPr>
            </w:pPr>
            <w:r>
              <w:rPr>
                <w:sz w:val="20"/>
                <w:szCs w:val="20"/>
              </w:rPr>
              <w:t>OpenEvidence (LLM4)</w:t>
            </w:r>
          </w:p>
        </w:tc>
        <w:tc>
          <w:tcPr>
            <w:tcW w:w="1296" w:type="dxa"/>
          </w:tcPr>
          <w:p w14:paraId="78BFA8C7" w14:textId="77777777" w:rsidR="00E71A28" w:rsidRPr="008E7D12" w:rsidRDefault="00000000">
            <w:pPr>
              <w:rPr>
                <w:sz w:val="20"/>
                <w:szCs w:val="20"/>
              </w:rPr>
            </w:pPr>
            <w:r>
              <w:rPr>
                <w:sz w:val="20"/>
                <w:szCs w:val="20"/>
              </w:rPr>
              <w:t>3</w:t>
            </w:r>
          </w:p>
        </w:tc>
        <w:tc>
          <w:tcPr>
            <w:tcW w:w="1008" w:type="dxa"/>
          </w:tcPr>
          <w:p w14:paraId="6BBAE249" w14:textId="77777777" w:rsidR="00E71A28" w:rsidRPr="008E7D12" w:rsidRDefault="00000000">
            <w:pPr>
              <w:rPr>
                <w:sz w:val="20"/>
                <w:szCs w:val="20"/>
              </w:rPr>
            </w:pPr>
            <w:r>
              <w:rPr>
                <w:sz w:val="20"/>
                <w:szCs w:val="20"/>
              </w:rPr>
              <w:t>3</w:t>
            </w:r>
          </w:p>
        </w:tc>
        <w:tc>
          <w:tcPr>
            <w:tcW w:w="1728" w:type="dxa"/>
          </w:tcPr>
          <w:p w14:paraId="7B87FE6E" w14:textId="77777777" w:rsidR="00E71A28" w:rsidRPr="008E7D12" w:rsidRDefault="00000000">
            <w:pPr>
              <w:rPr>
                <w:sz w:val="20"/>
                <w:szCs w:val="20"/>
              </w:rPr>
            </w:pPr>
            <w:r>
              <w:rPr>
                <w:sz w:val="20"/>
                <w:szCs w:val="20"/>
              </w:rPr>
              <w:t>3</w:t>
            </w:r>
          </w:p>
        </w:tc>
        <w:tc>
          <w:tcPr>
            <w:tcW w:w="1584" w:type="dxa"/>
          </w:tcPr>
          <w:p w14:paraId="2B38C22A" w14:textId="77777777" w:rsidR="00E71A28" w:rsidRPr="008E7D12" w:rsidRDefault="00000000">
            <w:pPr>
              <w:rPr>
                <w:sz w:val="20"/>
                <w:szCs w:val="20"/>
              </w:rPr>
            </w:pPr>
            <w:r>
              <w:rPr>
                <w:sz w:val="20"/>
                <w:szCs w:val="20"/>
              </w:rPr>
              <w:t>3</w:t>
            </w:r>
          </w:p>
        </w:tc>
        <w:tc>
          <w:tcPr>
            <w:tcW w:w="1296" w:type="dxa"/>
          </w:tcPr>
          <w:p w14:paraId="3B7D9701" w14:textId="77777777" w:rsidR="00E71A28" w:rsidRPr="008E7D12" w:rsidRDefault="00000000">
            <w:pPr>
              <w:rPr>
                <w:sz w:val="20"/>
                <w:szCs w:val="20"/>
              </w:rPr>
            </w:pPr>
            <w:r>
              <w:rPr>
                <w:sz w:val="20"/>
                <w:szCs w:val="20"/>
              </w:rPr>
              <w:t>3.00</w:t>
            </w:r>
          </w:p>
        </w:tc>
      </w:tr>
      <w:tr w:rsidR="00E71A28" w:rsidRPr="008E7D12" w14:paraId="4D5CBA6D" w14:textId="77777777" w:rsidTr="008E7D12">
        <w:tc>
          <w:tcPr>
            <w:tcW w:w="1152" w:type="dxa"/>
          </w:tcPr>
          <w:p w14:paraId="74DE404F" w14:textId="77777777" w:rsidR="00E71A28" w:rsidRPr="008E7D12" w:rsidRDefault="00000000">
            <w:pPr>
              <w:rPr>
                <w:sz w:val="20"/>
                <w:szCs w:val="20"/>
              </w:rPr>
            </w:pPr>
            <w:r>
              <w:rPr>
                <w:sz w:val="20"/>
                <w:szCs w:val="20"/>
              </w:rPr>
              <w:t>5</w:t>
            </w:r>
          </w:p>
        </w:tc>
        <w:tc>
          <w:tcPr>
            <w:tcW w:w="1008" w:type="dxa"/>
          </w:tcPr>
          <w:p w14:paraId="0D560931" w14:textId="77777777" w:rsidR="00E71A28" w:rsidRPr="008E7D12" w:rsidRDefault="00000000">
            <w:pPr>
              <w:rPr>
                <w:sz w:val="20"/>
                <w:szCs w:val="20"/>
              </w:rPr>
            </w:pPr>
            <w:r>
              <w:rPr>
                <w:sz w:val="20"/>
                <w:szCs w:val="20"/>
              </w:rPr>
              <w:t>A</w:t>
            </w:r>
          </w:p>
        </w:tc>
        <w:tc>
          <w:tcPr>
            <w:tcW w:w="2448" w:type="dxa"/>
          </w:tcPr>
          <w:p w14:paraId="38AB6542" w14:textId="77777777" w:rsidR="00E71A28" w:rsidRPr="008E7D12" w:rsidRDefault="00000000">
            <w:pPr>
              <w:rPr>
                <w:sz w:val="20"/>
                <w:szCs w:val="20"/>
              </w:rPr>
            </w:pPr>
            <w:r>
              <w:rPr>
                <w:sz w:val="20"/>
                <w:szCs w:val="20"/>
              </w:rPr>
              <w:t xml:space="preserve">Perplexity </w:t>
            </w:r>
            <w:r>
              <w:rPr>
                <w:sz w:val="20"/>
                <w:szCs w:val="20"/>
              </w:rPr>
              <w:lastRenderedPageBreak/>
              <w:t>(LLM5)</w:t>
            </w:r>
          </w:p>
        </w:tc>
        <w:tc>
          <w:tcPr>
            <w:tcW w:w="1296" w:type="dxa"/>
          </w:tcPr>
          <w:p w14:paraId="22586141" w14:textId="77777777" w:rsidR="00E71A28" w:rsidRPr="008E7D12" w:rsidRDefault="00000000">
            <w:pPr>
              <w:rPr>
                <w:sz w:val="20"/>
                <w:szCs w:val="20"/>
              </w:rPr>
            </w:pPr>
            <w:r>
              <w:rPr>
                <w:sz w:val="20"/>
                <w:szCs w:val="20"/>
              </w:rPr>
              <w:lastRenderedPageBreak/>
              <w:t>2</w:t>
            </w:r>
          </w:p>
        </w:tc>
        <w:tc>
          <w:tcPr>
            <w:tcW w:w="1008" w:type="dxa"/>
          </w:tcPr>
          <w:p w14:paraId="3397D102" w14:textId="77777777" w:rsidR="00E71A28" w:rsidRPr="008E7D12" w:rsidRDefault="00000000">
            <w:pPr>
              <w:rPr>
                <w:sz w:val="20"/>
                <w:szCs w:val="20"/>
              </w:rPr>
            </w:pPr>
            <w:r>
              <w:rPr>
                <w:sz w:val="20"/>
                <w:szCs w:val="20"/>
              </w:rPr>
              <w:t>3</w:t>
            </w:r>
          </w:p>
        </w:tc>
        <w:tc>
          <w:tcPr>
            <w:tcW w:w="1728" w:type="dxa"/>
          </w:tcPr>
          <w:p w14:paraId="6239FDC2" w14:textId="77777777" w:rsidR="00E71A28" w:rsidRPr="008E7D12" w:rsidRDefault="00000000">
            <w:pPr>
              <w:rPr>
                <w:sz w:val="20"/>
                <w:szCs w:val="20"/>
              </w:rPr>
            </w:pPr>
            <w:r>
              <w:rPr>
                <w:sz w:val="20"/>
                <w:szCs w:val="20"/>
              </w:rPr>
              <w:t>3</w:t>
            </w:r>
          </w:p>
        </w:tc>
        <w:tc>
          <w:tcPr>
            <w:tcW w:w="1584" w:type="dxa"/>
          </w:tcPr>
          <w:p w14:paraId="65C8F8FB" w14:textId="77777777" w:rsidR="00E71A28" w:rsidRPr="008E7D12" w:rsidRDefault="00000000">
            <w:pPr>
              <w:rPr>
                <w:sz w:val="20"/>
                <w:szCs w:val="20"/>
              </w:rPr>
            </w:pPr>
            <w:r>
              <w:rPr>
                <w:sz w:val="20"/>
                <w:szCs w:val="20"/>
              </w:rPr>
              <w:t>2</w:t>
            </w:r>
          </w:p>
        </w:tc>
        <w:tc>
          <w:tcPr>
            <w:tcW w:w="1296" w:type="dxa"/>
          </w:tcPr>
          <w:p w14:paraId="6A049889" w14:textId="77777777" w:rsidR="00E71A28" w:rsidRPr="008E7D12" w:rsidRDefault="00000000">
            <w:pPr>
              <w:rPr>
                <w:sz w:val="20"/>
                <w:szCs w:val="20"/>
              </w:rPr>
            </w:pPr>
            <w:r>
              <w:rPr>
                <w:sz w:val="20"/>
                <w:szCs w:val="20"/>
              </w:rPr>
              <w:t>2.50</w:t>
            </w:r>
          </w:p>
        </w:tc>
      </w:tr>
      <w:tr w:rsidR="00E71A28" w:rsidRPr="008E7D12" w14:paraId="4F628E3B" w14:textId="77777777" w:rsidTr="008E7D12">
        <w:tc>
          <w:tcPr>
            <w:tcW w:w="1152" w:type="dxa"/>
          </w:tcPr>
          <w:p w14:paraId="7968CEB2" w14:textId="77777777" w:rsidR="00E71A28" w:rsidRPr="008E7D12" w:rsidRDefault="00000000">
            <w:pPr>
              <w:rPr>
                <w:sz w:val="20"/>
                <w:szCs w:val="20"/>
              </w:rPr>
            </w:pPr>
            <w:r>
              <w:rPr>
                <w:sz w:val="20"/>
                <w:szCs w:val="20"/>
              </w:rPr>
              <w:t>6</w:t>
            </w:r>
          </w:p>
        </w:tc>
        <w:tc>
          <w:tcPr>
            <w:tcW w:w="1008" w:type="dxa"/>
          </w:tcPr>
          <w:p w14:paraId="44CE8078" w14:textId="77777777" w:rsidR="00E71A28" w:rsidRPr="008E7D12" w:rsidRDefault="00000000">
            <w:pPr>
              <w:rPr>
                <w:sz w:val="20"/>
                <w:szCs w:val="20"/>
              </w:rPr>
            </w:pPr>
            <w:r>
              <w:rPr>
                <w:sz w:val="20"/>
                <w:szCs w:val="20"/>
              </w:rPr>
              <w:t>A</w:t>
            </w:r>
          </w:p>
        </w:tc>
        <w:tc>
          <w:tcPr>
            <w:tcW w:w="2448" w:type="dxa"/>
          </w:tcPr>
          <w:p w14:paraId="41235489" w14:textId="77777777" w:rsidR="00E71A28" w:rsidRPr="008E7D12" w:rsidRDefault="00000000">
            <w:pPr>
              <w:rPr>
                <w:sz w:val="20"/>
                <w:szCs w:val="20"/>
              </w:rPr>
            </w:pPr>
            <w:r>
              <w:rPr>
                <w:sz w:val="20"/>
                <w:szCs w:val="20"/>
              </w:rPr>
              <w:t>ChatGPT (LLM1)</w:t>
            </w:r>
          </w:p>
        </w:tc>
        <w:tc>
          <w:tcPr>
            <w:tcW w:w="1296" w:type="dxa"/>
          </w:tcPr>
          <w:p w14:paraId="036ED68D" w14:textId="77777777" w:rsidR="00E71A28" w:rsidRPr="008E7D12" w:rsidRDefault="00000000">
            <w:pPr>
              <w:rPr>
                <w:sz w:val="20"/>
                <w:szCs w:val="20"/>
              </w:rPr>
            </w:pPr>
            <w:r>
              <w:rPr>
                <w:sz w:val="20"/>
                <w:szCs w:val="20"/>
              </w:rPr>
              <w:t>3</w:t>
            </w:r>
          </w:p>
        </w:tc>
        <w:tc>
          <w:tcPr>
            <w:tcW w:w="1008" w:type="dxa"/>
          </w:tcPr>
          <w:p w14:paraId="4E299D56" w14:textId="77777777" w:rsidR="00E71A28" w:rsidRPr="008E7D12" w:rsidRDefault="00000000">
            <w:pPr>
              <w:rPr>
                <w:sz w:val="20"/>
                <w:szCs w:val="20"/>
              </w:rPr>
            </w:pPr>
            <w:r>
              <w:rPr>
                <w:sz w:val="20"/>
                <w:szCs w:val="20"/>
              </w:rPr>
              <w:t>4</w:t>
            </w:r>
          </w:p>
        </w:tc>
        <w:tc>
          <w:tcPr>
            <w:tcW w:w="1728" w:type="dxa"/>
          </w:tcPr>
          <w:p w14:paraId="2D85DC56" w14:textId="77777777" w:rsidR="00E71A28" w:rsidRPr="008E7D12" w:rsidRDefault="00000000">
            <w:pPr>
              <w:rPr>
                <w:sz w:val="20"/>
                <w:szCs w:val="20"/>
              </w:rPr>
            </w:pPr>
            <w:r>
              <w:rPr>
                <w:sz w:val="20"/>
                <w:szCs w:val="20"/>
              </w:rPr>
              <w:t>4</w:t>
            </w:r>
          </w:p>
        </w:tc>
        <w:tc>
          <w:tcPr>
            <w:tcW w:w="1584" w:type="dxa"/>
          </w:tcPr>
          <w:p w14:paraId="03629EE5" w14:textId="77777777" w:rsidR="00E71A28" w:rsidRPr="008E7D12" w:rsidRDefault="00000000">
            <w:pPr>
              <w:rPr>
                <w:sz w:val="20"/>
                <w:szCs w:val="20"/>
              </w:rPr>
            </w:pPr>
            <w:r>
              <w:rPr>
                <w:sz w:val="20"/>
                <w:szCs w:val="20"/>
              </w:rPr>
              <w:t>3</w:t>
            </w:r>
          </w:p>
        </w:tc>
        <w:tc>
          <w:tcPr>
            <w:tcW w:w="1296" w:type="dxa"/>
          </w:tcPr>
          <w:p w14:paraId="79766DE3" w14:textId="77777777" w:rsidR="00E71A28" w:rsidRPr="008E7D12" w:rsidRDefault="00000000">
            <w:pPr>
              <w:rPr>
                <w:sz w:val="20"/>
                <w:szCs w:val="20"/>
              </w:rPr>
            </w:pPr>
            <w:r>
              <w:rPr>
                <w:sz w:val="20"/>
                <w:szCs w:val="20"/>
              </w:rPr>
              <w:t>3.50</w:t>
            </w:r>
          </w:p>
        </w:tc>
      </w:tr>
      <w:tr w:rsidR="00E71A28" w:rsidRPr="008E7D12" w14:paraId="55FD14E8" w14:textId="77777777" w:rsidTr="008E7D12">
        <w:tc>
          <w:tcPr>
            <w:tcW w:w="1152" w:type="dxa"/>
          </w:tcPr>
          <w:p w14:paraId="12F75583" w14:textId="77777777" w:rsidR="00E71A28" w:rsidRPr="008E7D12" w:rsidRDefault="00000000">
            <w:pPr>
              <w:rPr>
                <w:sz w:val="20"/>
                <w:szCs w:val="20"/>
              </w:rPr>
            </w:pPr>
            <w:r>
              <w:rPr>
                <w:sz w:val="20"/>
                <w:szCs w:val="20"/>
              </w:rPr>
              <w:t>6</w:t>
            </w:r>
          </w:p>
        </w:tc>
        <w:tc>
          <w:tcPr>
            <w:tcW w:w="1008" w:type="dxa"/>
          </w:tcPr>
          <w:p w14:paraId="35984188" w14:textId="77777777" w:rsidR="00E71A28" w:rsidRPr="008E7D12" w:rsidRDefault="00000000">
            <w:pPr>
              <w:rPr>
                <w:sz w:val="20"/>
                <w:szCs w:val="20"/>
              </w:rPr>
            </w:pPr>
            <w:r>
              <w:rPr>
                <w:sz w:val="20"/>
                <w:szCs w:val="20"/>
              </w:rPr>
              <w:t>A</w:t>
            </w:r>
          </w:p>
        </w:tc>
        <w:tc>
          <w:tcPr>
            <w:tcW w:w="2448" w:type="dxa"/>
          </w:tcPr>
          <w:p w14:paraId="2D16C810" w14:textId="77777777" w:rsidR="00E71A28" w:rsidRPr="008E7D12" w:rsidRDefault="00000000">
            <w:pPr>
              <w:rPr>
                <w:sz w:val="20"/>
                <w:szCs w:val="20"/>
              </w:rPr>
            </w:pPr>
            <w:r>
              <w:rPr>
                <w:sz w:val="20"/>
                <w:szCs w:val="20"/>
              </w:rPr>
              <w:t>Claude (LLM2)</w:t>
            </w:r>
          </w:p>
        </w:tc>
        <w:tc>
          <w:tcPr>
            <w:tcW w:w="1296" w:type="dxa"/>
          </w:tcPr>
          <w:p w14:paraId="5E05D67E" w14:textId="77777777" w:rsidR="00E71A28" w:rsidRPr="008E7D12" w:rsidRDefault="00000000">
            <w:pPr>
              <w:rPr>
                <w:sz w:val="20"/>
                <w:szCs w:val="20"/>
              </w:rPr>
            </w:pPr>
            <w:r>
              <w:rPr>
                <w:sz w:val="20"/>
                <w:szCs w:val="20"/>
              </w:rPr>
              <w:t>3</w:t>
            </w:r>
          </w:p>
        </w:tc>
        <w:tc>
          <w:tcPr>
            <w:tcW w:w="1008" w:type="dxa"/>
          </w:tcPr>
          <w:p w14:paraId="210280F5" w14:textId="77777777" w:rsidR="00E71A28" w:rsidRPr="008E7D12" w:rsidRDefault="00000000">
            <w:pPr>
              <w:rPr>
                <w:sz w:val="20"/>
                <w:szCs w:val="20"/>
              </w:rPr>
            </w:pPr>
            <w:r>
              <w:rPr>
                <w:sz w:val="20"/>
                <w:szCs w:val="20"/>
              </w:rPr>
              <w:t>3</w:t>
            </w:r>
          </w:p>
        </w:tc>
        <w:tc>
          <w:tcPr>
            <w:tcW w:w="1728" w:type="dxa"/>
          </w:tcPr>
          <w:p w14:paraId="781A0108" w14:textId="77777777" w:rsidR="00E71A28" w:rsidRPr="008E7D12" w:rsidRDefault="00000000">
            <w:pPr>
              <w:rPr>
                <w:sz w:val="20"/>
                <w:szCs w:val="20"/>
              </w:rPr>
            </w:pPr>
            <w:r>
              <w:rPr>
                <w:sz w:val="20"/>
                <w:szCs w:val="20"/>
              </w:rPr>
              <w:t>3</w:t>
            </w:r>
          </w:p>
        </w:tc>
        <w:tc>
          <w:tcPr>
            <w:tcW w:w="1584" w:type="dxa"/>
          </w:tcPr>
          <w:p w14:paraId="18A67B6E" w14:textId="77777777" w:rsidR="00E71A28" w:rsidRPr="008E7D12" w:rsidRDefault="00000000">
            <w:pPr>
              <w:rPr>
                <w:sz w:val="20"/>
                <w:szCs w:val="20"/>
              </w:rPr>
            </w:pPr>
            <w:r>
              <w:rPr>
                <w:sz w:val="20"/>
                <w:szCs w:val="20"/>
              </w:rPr>
              <w:t>3</w:t>
            </w:r>
          </w:p>
        </w:tc>
        <w:tc>
          <w:tcPr>
            <w:tcW w:w="1296" w:type="dxa"/>
          </w:tcPr>
          <w:p w14:paraId="45D9F79D" w14:textId="77777777" w:rsidR="00E71A28" w:rsidRPr="008E7D12" w:rsidRDefault="00000000">
            <w:pPr>
              <w:rPr>
                <w:sz w:val="20"/>
                <w:szCs w:val="20"/>
              </w:rPr>
            </w:pPr>
            <w:r>
              <w:rPr>
                <w:sz w:val="20"/>
                <w:szCs w:val="20"/>
              </w:rPr>
              <w:t>3.00</w:t>
            </w:r>
          </w:p>
        </w:tc>
      </w:tr>
      <w:tr w:rsidR="00E71A28" w:rsidRPr="008E7D12" w14:paraId="670B88B5" w14:textId="77777777" w:rsidTr="008E7D12">
        <w:tc>
          <w:tcPr>
            <w:tcW w:w="1152" w:type="dxa"/>
          </w:tcPr>
          <w:p w14:paraId="6917DE12" w14:textId="77777777" w:rsidR="00E71A28" w:rsidRPr="008E7D12" w:rsidRDefault="00000000">
            <w:pPr>
              <w:rPr>
                <w:sz w:val="20"/>
                <w:szCs w:val="20"/>
              </w:rPr>
            </w:pPr>
            <w:r>
              <w:rPr>
                <w:sz w:val="20"/>
                <w:szCs w:val="20"/>
              </w:rPr>
              <w:t>6</w:t>
            </w:r>
          </w:p>
        </w:tc>
        <w:tc>
          <w:tcPr>
            <w:tcW w:w="1008" w:type="dxa"/>
          </w:tcPr>
          <w:p w14:paraId="53AF57EB" w14:textId="77777777" w:rsidR="00E71A28" w:rsidRPr="008E7D12" w:rsidRDefault="00000000">
            <w:pPr>
              <w:rPr>
                <w:sz w:val="20"/>
                <w:szCs w:val="20"/>
              </w:rPr>
            </w:pPr>
            <w:r>
              <w:rPr>
                <w:sz w:val="20"/>
                <w:szCs w:val="20"/>
              </w:rPr>
              <w:t>A</w:t>
            </w:r>
          </w:p>
        </w:tc>
        <w:tc>
          <w:tcPr>
            <w:tcW w:w="2448" w:type="dxa"/>
          </w:tcPr>
          <w:p w14:paraId="08CCA41F" w14:textId="77777777" w:rsidR="00E71A28" w:rsidRPr="008E7D12" w:rsidRDefault="00000000">
            <w:pPr>
              <w:rPr>
                <w:sz w:val="20"/>
                <w:szCs w:val="20"/>
              </w:rPr>
            </w:pPr>
            <w:r>
              <w:rPr>
                <w:sz w:val="20"/>
                <w:szCs w:val="20"/>
              </w:rPr>
              <w:t>Gemini (LLM3)</w:t>
            </w:r>
          </w:p>
        </w:tc>
        <w:tc>
          <w:tcPr>
            <w:tcW w:w="1296" w:type="dxa"/>
          </w:tcPr>
          <w:p w14:paraId="2DC0F342" w14:textId="77777777" w:rsidR="00E71A28" w:rsidRPr="008E7D12" w:rsidRDefault="00000000">
            <w:pPr>
              <w:rPr>
                <w:sz w:val="20"/>
                <w:szCs w:val="20"/>
              </w:rPr>
            </w:pPr>
            <w:r>
              <w:rPr>
                <w:sz w:val="20"/>
                <w:szCs w:val="20"/>
              </w:rPr>
              <w:t>3</w:t>
            </w:r>
          </w:p>
        </w:tc>
        <w:tc>
          <w:tcPr>
            <w:tcW w:w="1008" w:type="dxa"/>
          </w:tcPr>
          <w:p w14:paraId="5E40F514" w14:textId="77777777" w:rsidR="00E71A28" w:rsidRPr="008E7D12" w:rsidRDefault="00000000">
            <w:pPr>
              <w:rPr>
                <w:sz w:val="20"/>
                <w:szCs w:val="20"/>
              </w:rPr>
            </w:pPr>
            <w:r>
              <w:rPr>
                <w:sz w:val="20"/>
                <w:szCs w:val="20"/>
              </w:rPr>
              <w:t>4</w:t>
            </w:r>
          </w:p>
        </w:tc>
        <w:tc>
          <w:tcPr>
            <w:tcW w:w="1728" w:type="dxa"/>
          </w:tcPr>
          <w:p w14:paraId="7D06F2C1" w14:textId="77777777" w:rsidR="00E71A28" w:rsidRPr="008E7D12" w:rsidRDefault="00000000">
            <w:pPr>
              <w:rPr>
                <w:sz w:val="20"/>
                <w:szCs w:val="20"/>
              </w:rPr>
            </w:pPr>
            <w:r>
              <w:rPr>
                <w:sz w:val="20"/>
                <w:szCs w:val="20"/>
              </w:rPr>
              <w:t>4</w:t>
            </w:r>
          </w:p>
        </w:tc>
        <w:tc>
          <w:tcPr>
            <w:tcW w:w="1584" w:type="dxa"/>
          </w:tcPr>
          <w:p w14:paraId="0E9BC4F0" w14:textId="77777777" w:rsidR="00E71A28" w:rsidRPr="008E7D12" w:rsidRDefault="00000000">
            <w:pPr>
              <w:rPr>
                <w:sz w:val="20"/>
                <w:szCs w:val="20"/>
              </w:rPr>
            </w:pPr>
            <w:r>
              <w:rPr>
                <w:sz w:val="20"/>
                <w:szCs w:val="20"/>
              </w:rPr>
              <w:t>3</w:t>
            </w:r>
          </w:p>
        </w:tc>
        <w:tc>
          <w:tcPr>
            <w:tcW w:w="1296" w:type="dxa"/>
          </w:tcPr>
          <w:p w14:paraId="08DED12E" w14:textId="77777777" w:rsidR="00E71A28" w:rsidRPr="008E7D12" w:rsidRDefault="00000000">
            <w:pPr>
              <w:rPr>
                <w:sz w:val="20"/>
                <w:szCs w:val="20"/>
              </w:rPr>
            </w:pPr>
            <w:r>
              <w:rPr>
                <w:sz w:val="20"/>
                <w:szCs w:val="20"/>
              </w:rPr>
              <w:t>3.50</w:t>
            </w:r>
          </w:p>
        </w:tc>
      </w:tr>
      <w:tr w:rsidR="00E71A28" w:rsidRPr="008E7D12" w14:paraId="457F1632" w14:textId="77777777" w:rsidTr="008E7D12">
        <w:tc>
          <w:tcPr>
            <w:tcW w:w="1152" w:type="dxa"/>
          </w:tcPr>
          <w:p w14:paraId="40886E08" w14:textId="77777777" w:rsidR="00E71A28" w:rsidRPr="008E7D12" w:rsidRDefault="00000000">
            <w:pPr>
              <w:rPr>
                <w:sz w:val="20"/>
                <w:szCs w:val="20"/>
              </w:rPr>
            </w:pPr>
            <w:r>
              <w:rPr>
                <w:sz w:val="20"/>
                <w:szCs w:val="20"/>
              </w:rPr>
              <w:t>6</w:t>
            </w:r>
          </w:p>
        </w:tc>
        <w:tc>
          <w:tcPr>
            <w:tcW w:w="1008" w:type="dxa"/>
          </w:tcPr>
          <w:p w14:paraId="4CF2006C" w14:textId="77777777" w:rsidR="00E71A28" w:rsidRPr="008E7D12" w:rsidRDefault="00000000">
            <w:pPr>
              <w:rPr>
                <w:sz w:val="20"/>
                <w:szCs w:val="20"/>
              </w:rPr>
            </w:pPr>
            <w:r>
              <w:rPr>
                <w:sz w:val="20"/>
                <w:szCs w:val="20"/>
              </w:rPr>
              <w:t>A</w:t>
            </w:r>
          </w:p>
        </w:tc>
        <w:tc>
          <w:tcPr>
            <w:tcW w:w="2448" w:type="dxa"/>
          </w:tcPr>
          <w:p w14:paraId="7B070F10" w14:textId="77777777" w:rsidR="00E71A28" w:rsidRPr="008E7D12" w:rsidRDefault="00000000">
            <w:pPr>
              <w:rPr>
                <w:sz w:val="20"/>
                <w:szCs w:val="20"/>
              </w:rPr>
            </w:pPr>
            <w:r>
              <w:rPr>
                <w:sz w:val="20"/>
                <w:szCs w:val="20"/>
              </w:rPr>
              <w:t>OpenEvidence (LLM4)</w:t>
            </w:r>
          </w:p>
        </w:tc>
        <w:tc>
          <w:tcPr>
            <w:tcW w:w="1296" w:type="dxa"/>
          </w:tcPr>
          <w:p w14:paraId="58D9E53A" w14:textId="77777777" w:rsidR="00E71A28" w:rsidRPr="008E7D12" w:rsidRDefault="00000000">
            <w:pPr>
              <w:rPr>
                <w:sz w:val="20"/>
                <w:szCs w:val="20"/>
              </w:rPr>
            </w:pPr>
            <w:r>
              <w:rPr>
                <w:sz w:val="20"/>
                <w:szCs w:val="20"/>
              </w:rPr>
              <w:t>5</w:t>
            </w:r>
          </w:p>
        </w:tc>
        <w:tc>
          <w:tcPr>
            <w:tcW w:w="1008" w:type="dxa"/>
          </w:tcPr>
          <w:p w14:paraId="3A3BCB32" w14:textId="77777777" w:rsidR="00E71A28" w:rsidRPr="008E7D12" w:rsidRDefault="00000000">
            <w:pPr>
              <w:rPr>
                <w:sz w:val="20"/>
                <w:szCs w:val="20"/>
              </w:rPr>
            </w:pPr>
            <w:r>
              <w:rPr>
                <w:sz w:val="20"/>
                <w:szCs w:val="20"/>
              </w:rPr>
              <w:t>5</w:t>
            </w:r>
          </w:p>
        </w:tc>
        <w:tc>
          <w:tcPr>
            <w:tcW w:w="1728" w:type="dxa"/>
          </w:tcPr>
          <w:p w14:paraId="22EF10F0" w14:textId="77777777" w:rsidR="00E71A28" w:rsidRPr="008E7D12" w:rsidRDefault="00000000">
            <w:pPr>
              <w:rPr>
                <w:sz w:val="20"/>
                <w:szCs w:val="20"/>
              </w:rPr>
            </w:pPr>
            <w:r>
              <w:rPr>
                <w:sz w:val="20"/>
                <w:szCs w:val="20"/>
              </w:rPr>
              <w:t>5</w:t>
            </w:r>
          </w:p>
        </w:tc>
        <w:tc>
          <w:tcPr>
            <w:tcW w:w="1584" w:type="dxa"/>
          </w:tcPr>
          <w:p w14:paraId="48697D83" w14:textId="77777777" w:rsidR="00E71A28" w:rsidRPr="008E7D12" w:rsidRDefault="00000000">
            <w:pPr>
              <w:rPr>
                <w:sz w:val="20"/>
                <w:szCs w:val="20"/>
              </w:rPr>
            </w:pPr>
            <w:r>
              <w:rPr>
                <w:sz w:val="20"/>
                <w:szCs w:val="20"/>
              </w:rPr>
              <w:t>5</w:t>
            </w:r>
          </w:p>
        </w:tc>
        <w:tc>
          <w:tcPr>
            <w:tcW w:w="1296" w:type="dxa"/>
          </w:tcPr>
          <w:p w14:paraId="1200D885" w14:textId="77777777" w:rsidR="00E71A28" w:rsidRPr="008E7D12" w:rsidRDefault="00000000">
            <w:pPr>
              <w:rPr>
                <w:sz w:val="20"/>
                <w:szCs w:val="20"/>
              </w:rPr>
            </w:pPr>
            <w:r>
              <w:rPr>
                <w:sz w:val="20"/>
                <w:szCs w:val="20"/>
              </w:rPr>
              <w:t>5.00</w:t>
            </w:r>
          </w:p>
        </w:tc>
      </w:tr>
      <w:tr w:rsidR="00E71A28" w:rsidRPr="008E7D12" w14:paraId="02411DFB" w14:textId="77777777" w:rsidTr="008E7D12">
        <w:tc>
          <w:tcPr>
            <w:tcW w:w="1152" w:type="dxa"/>
          </w:tcPr>
          <w:p w14:paraId="378358A0" w14:textId="77777777" w:rsidR="00E71A28" w:rsidRPr="008E7D12" w:rsidRDefault="00000000">
            <w:pPr>
              <w:rPr>
                <w:sz w:val="20"/>
                <w:szCs w:val="20"/>
              </w:rPr>
            </w:pPr>
            <w:r>
              <w:rPr>
                <w:sz w:val="20"/>
                <w:szCs w:val="20"/>
              </w:rPr>
              <w:t>6</w:t>
            </w:r>
          </w:p>
        </w:tc>
        <w:tc>
          <w:tcPr>
            <w:tcW w:w="1008" w:type="dxa"/>
          </w:tcPr>
          <w:p w14:paraId="44EBD182" w14:textId="77777777" w:rsidR="00E71A28" w:rsidRPr="008E7D12" w:rsidRDefault="00000000">
            <w:pPr>
              <w:rPr>
                <w:sz w:val="20"/>
                <w:szCs w:val="20"/>
              </w:rPr>
            </w:pPr>
            <w:r>
              <w:rPr>
                <w:sz w:val="20"/>
                <w:szCs w:val="20"/>
              </w:rPr>
              <w:t>A</w:t>
            </w:r>
          </w:p>
        </w:tc>
        <w:tc>
          <w:tcPr>
            <w:tcW w:w="2448" w:type="dxa"/>
          </w:tcPr>
          <w:p w14:paraId="25D14AD6" w14:textId="77777777" w:rsidR="00E71A28" w:rsidRPr="008E7D12" w:rsidRDefault="00000000">
            <w:pPr>
              <w:rPr>
                <w:sz w:val="20"/>
                <w:szCs w:val="20"/>
              </w:rPr>
            </w:pPr>
            <w:r>
              <w:rPr>
                <w:sz w:val="20"/>
                <w:szCs w:val="20"/>
              </w:rPr>
              <w:t>Perplexity (LLM5)</w:t>
            </w:r>
          </w:p>
        </w:tc>
        <w:tc>
          <w:tcPr>
            <w:tcW w:w="1296" w:type="dxa"/>
          </w:tcPr>
          <w:p w14:paraId="6930A8B7" w14:textId="77777777" w:rsidR="00E71A28" w:rsidRPr="008E7D12" w:rsidRDefault="00000000">
            <w:pPr>
              <w:rPr>
                <w:sz w:val="20"/>
                <w:szCs w:val="20"/>
              </w:rPr>
            </w:pPr>
            <w:r>
              <w:rPr>
                <w:sz w:val="20"/>
                <w:szCs w:val="20"/>
              </w:rPr>
              <w:t>2</w:t>
            </w:r>
          </w:p>
        </w:tc>
        <w:tc>
          <w:tcPr>
            <w:tcW w:w="1008" w:type="dxa"/>
          </w:tcPr>
          <w:p w14:paraId="0AC55E6F" w14:textId="77777777" w:rsidR="00E71A28" w:rsidRPr="008E7D12" w:rsidRDefault="00000000">
            <w:pPr>
              <w:rPr>
                <w:sz w:val="20"/>
                <w:szCs w:val="20"/>
              </w:rPr>
            </w:pPr>
            <w:r>
              <w:rPr>
                <w:sz w:val="20"/>
                <w:szCs w:val="20"/>
              </w:rPr>
              <w:t>3</w:t>
            </w:r>
          </w:p>
        </w:tc>
        <w:tc>
          <w:tcPr>
            <w:tcW w:w="1728" w:type="dxa"/>
          </w:tcPr>
          <w:p w14:paraId="50C475A8" w14:textId="77777777" w:rsidR="00E71A28" w:rsidRPr="008E7D12" w:rsidRDefault="00000000">
            <w:pPr>
              <w:rPr>
                <w:sz w:val="20"/>
                <w:szCs w:val="20"/>
              </w:rPr>
            </w:pPr>
            <w:r>
              <w:rPr>
                <w:sz w:val="20"/>
                <w:szCs w:val="20"/>
              </w:rPr>
              <w:t>4</w:t>
            </w:r>
          </w:p>
        </w:tc>
        <w:tc>
          <w:tcPr>
            <w:tcW w:w="1584" w:type="dxa"/>
          </w:tcPr>
          <w:p w14:paraId="1BE283C0" w14:textId="77777777" w:rsidR="00E71A28" w:rsidRPr="008E7D12" w:rsidRDefault="00000000">
            <w:pPr>
              <w:rPr>
                <w:sz w:val="20"/>
                <w:szCs w:val="20"/>
              </w:rPr>
            </w:pPr>
            <w:r>
              <w:rPr>
                <w:sz w:val="20"/>
                <w:szCs w:val="20"/>
              </w:rPr>
              <w:t>1</w:t>
            </w:r>
          </w:p>
        </w:tc>
        <w:tc>
          <w:tcPr>
            <w:tcW w:w="1296" w:type="dxa"/>
          </w:tcPr>
          <w:p w14:paraId="5BE52ECC" w14:textId="77777777" w:rsidR="00E71A28" w:rsidRPr="008E7D12" w:rsidRDefault="00000000">
            <w:pPr>
              <w:rPr>
                <w:sz w:val="20"/>
                <w:szCs w:val="20"/>
              </w:rPr>
            </w:pPr>
            <w:r>
              <w:rPr>
                <w:sz w:val="20"/>
                <w:szCs w:val="20"/>
              </w:rPr>
              <w:t>2.50</w:t>
            </w:r>
          </w:p>
        </w:tc>
      </w:tr>
      <w:tr w:rsidR="00E71A28" w:rsidRPr="008E7D12" w14:paraId="3F96879A" w14:textId="77777777" w:rsidTr="008E7D12">
        <w:tc>
          <w:tcPr>
            <w:tcW w:w="1152" w:type="dxa"/>
          </w:tcPr>
          <w:p w14:paraId="1727DFCE" w14:textId="77777777" w:rsidR="00E71A28" w:rsidRPr="008E7D12" w:rsidRDefault="00000000">
            <w:pPr>
              <w:rPr>
                <w:sz w:val="20"/>
                <w:szCs w:val="20"/>
              </w:rPr>
            </w:pPr>
            <w:r>
              <w:rPr>
                <w:sz w:val="20"/>
                <w:szCs w:val="20"/>
              </w:rPr>
              <w:t>7</w:t>
            </w:r>
          </w:p>
        </w:tc>
        <w:tc>
          <w:tcPr>
            <w:tcW w:w="1008" w:type="dxa"/>
          </w:tcPr>
          <w:p w14:paraId="6FC1AF76" w14:textId="77777777" w:rsidR="00E71A28" w:rsidRPr="008E7D12" w:rsidRDefault="00000000">
            <w:pPr>
              <w:rPr>
                <w:sz w:val="20"/>
                <w:szCs w:val="20"/>
              </w:rPr>
            </w:pPr>
            <w:r>
              <w:rPr>
                <w:sz w:val="20"/>
                <w:szCs w:val="20"/>
              </w:rPr>
              <w:t>A</w:t>
            </w:r>
          </w:p>
        </w:tc>
        <w:tc>
          <w:tcPr>
            <w:tcW w:w="2448" w:type="dxa"/>
          </w:tcPr>
          <w:p w14:paraId="7475399A" w14:textId="77777777" w:rsidR="00E71A28" w:rsidRPr="008E7D12" w:rsidRDefault="00000000">
            <w:pPr>
              <w:rPr>
                <w:sz w:val="20"/>
                <w:szCs w:val="20"/>
              </w:rPr>
            </w:pPr>
            <w:r>
              <w:rPr>
                <w:sz w:val="20"/>
                <w:szCs w:val="20"/>
              </w:rPr>
              <w:t>ChatGPT (LLM1)</w:t>
            </w:r>
          </w:p>
        </w:tc>
        <w:tc>
          <w:tcPr>
            <w:tcW w:w="1296" w:type="dxa"/>
          </w:tcPr>
          <w:p w14:paraId="502FACF9" w14:textId="77777777" w:rsidR="00E71A28" w:rsidRPr="008E7D12" w:rsidRDefault="00000000">
            <w:pPr>
              <w:rPr>
                <w:sz w:val="20"/>
                <w:szCs w:val="20"/>
              </w:rPr>
            </w:pPr>
            <w:r>
              <w:rPr>
                <w:sz w:val="20"/>
                <w:szCs w:val="20"/>
              </w:rPr>
              <w:t>3</w:t>
            </w:r>
          </w:p>
        </w:tc>
        <w:tc>
          <w:tcPr>
            <w:tcW w:w="1008" w:type="dxa"/>
          </w:tcPr>
          <w:p w14:paraId="500BB92D" w14:textId="77777777" w:rsidR="00E71A28" w:rsidRPr="008E7D12" w:rsidRDefault="00000000">
            <w:pPr>
              <w:rPr>
                <w:sz w:val="20"/>
                <w:szCs w:val="20"/>
              </w:rPr>
            </w:pPr>
            <w:r>
              <w:rPr>
                <w:sz w:val="20"/>
                <w:szCs w:val="20"/>
              </w:rPr>
              <w:t>3</w:t>
            </w:r>
          </w:p>
        </w:tc>
        <w:tc>
          <w:tcPr>
            <w:tcW w:w="1728" w:type="dxa"/>
          </w:tcPr>
          <w:p w14:paraId="6CCBE2B0" w14:textId="77777777" w:rsidR="00E71A28" w:rsidRPr="008E7D12" w:rsidRDefault="00000000">
            <w:pPr>
              <w:rPr>
                <w:sz w:val="20"/>
                <w:szCs w:val="20"/>
              </w:rPr>
            </w:pPr>
            <w:r>
              <w:rPr>
                <w:sz w:val="20"/>
                <w:szCs w:val="20"/>
              </w:rPr>
              <w:t>3</w:t>
            </w:r>
          </w:p>
        </w:tc>
        <w:tc>
          <w:tcPr>
            <w:tcW w:w="1584" w:type="dxa"/>
          </w:tcPr>
          <w:p w14:paraId="64C476FE" w14:textId="77777777" w:rsidR="00E71A28" w:rsidRPr="008E7D12" w:rsidRDefault="00000000">
            <w:pPr>
              <w:rPr>
                <w:sz w:val="20"/>
                <w:szCs w:val="20"/>
              </w:rPr>
            </w:pPr>
            <w:r>
              <w:rPr>
                <w:sz w:val="20"/>
                <w:szCs w:val="20"/>
              </w:rPr>
              <w:t>2</w:t>
            </w:r>
          </w:p>
        </w:tc>
        <w:tc>
          <w:tcPr>
            <w:tcW w:w="1296" w:type="dxa"/>
          </w:tcPr>
          <w:p w14:paraId="6015CE41" w14:textId="77777777" w:rsidR="00E71A28" w:rsidRPr="008E7D12" w:rsidRDefault="00000000">
            <w:pPr>
              <w:rPr>
                <w:sz w:val="20"/>
                <w:szCs w:val="20"/>
              </w:rPr>
            </w:pPr>
            <w:r>
              <w:rPr>
                <w:sz w:val="20"/>
                <w:szCs w:val="20"/>
              </w:rPr>
              <w:t>2.75</w:t>
            </w:r>
          </w:p>
        </w:tc>
      </w:tr>
      <w:tr w:rsidR="00E71A28" w:rsidRPr="008E7D12" w14:paraId="0D30683D" w14:textId="77777777" w:rsidTr="008E7D12">
        <w:tc>
          <w:tcPr>
            <w:tcW w:w="1152" w:type="dxa"/>
          </w:tcPr>
          <w:p w14:paraId="0CDCFFAE" w14:textId="77777777" w:rsidR="00E71A28" w:rsidRPr="008E7D12" w:rsidRDefault="00000000">
            <w:pPr>
              <w:rPr>
                <w:sz w:val="20"/>
                <w:szCs w:val="20"/>
              </w:rPr>
            </w:pPr>
            <w:r>
              <w:rPr>
                <w:sz w:val="20"/>
                <w:szCs w:val="20"/>
              </w:rPr>
              <w:t>7</w:t>
            </w:r>
          </w:p>
        </w:tc>
        <w:tc>
          <w:tcPr>
            <w:tcW w:w="1008" w:type="dxa"/>
          </w:tcPr>
          <w:p w14:paraId="15497CCC" w14:textId="77777777" w:rsidR="00E71A28" w:rsidRPr="008E7D12" w:rsidRDefault="00000000">
            <w:pPr>
              <w:rPr>
                <w:sz w:val="20"/>
                <w:szCs w:val="20"/>
              </w:rPr>
            </w:pPr>
            <w:r>
              <w:rPr>
                <w:sz w:val="20"/>
                <w:szCs w:val="20"/>
              </w:rPr>
              <w:t>A</w:t>
            </w:r>
          </w:p>
        </w:tc>
        <w:tc>
          <w:tcPr>
            <w:tcW w:w="2448" w:type="dxa"/>
          </w:tcPr>
          <w:p w14:paraId="3F4555A2" w14:textId="77777777" w:rsidR="00E71A28" w:rsidRPr="008E7D12" w:rsidRDefault="00000000">
            <w:pPr>
              <w:rPr>
                <w:sz w:val="20"/>
                <w:szCs w:val="20"/>
              </w:rPr>
            </w:pPr>
            <w:r>
              <w:rPr>
                <w:sz w:val="20"/>
                <w:szCs w:val="20"/>
              </w:rPr>
              <w:t>Claude (LLM2)</w:t>
            </w:r>
          </w:p>
        </w:tc>
        <w:tc>
          <w:tcPr>
            <w:tcW w:w="1296" w:type="dxa"/>
          </w:tcPr>
          <w:p w14:paraId="61F2F22E" w14:textId="77777777" w:rsidR="00E71A28" w:rsidRPr="008E7D12" w:rsidRDefault="00000000">
            <w:pPr>
              <w:rPr>
                <w:sz w:val="20"/>
                <w:szCs w:val="20"/>
              </w:rPr>
            </w:pPr>
            <w:r>
              <w:rPr>
                <w:sz w:val="20"/>
                <w:szCs w:val="20"/>
              </w:rPr>
              <w:t>4</w:t>
            </w:r>
          </w:p>
        </w:tc>
        <w:tc>
          <w:tcPr>
            <w:tcW w:w="1008" w:type="dxa"/>
          </w:tcPr>
          <w:p w14:paraId="4041AFBE" w14:textId="77777777" w:rsidR="00E71A28" w:rsidRPr="008E7D12" w:rsidRDefault="00000000">
            <w:pPr>
              <w:rPr>
                <w:sz w:val="20"/>
                <w:szCs w:val="20"/>
              </w:rPr>
            </w:pPr>
            <w:r>
              <w:rPr>
                <w:sz w:val="20"/>
                <w:szCs w:val="20"/>
              </w:rPr>
              <w:t>4</w:t>
            </w:r>
          </w:p>
        </w:tc>
        <w:tc>
          <w:tcPr>
            <w:tcW w:w="1728" w:type="dxa"/>
          </w:tcPr>
          <w:p w14:paraId="32FFEE7B" w14:textId="77777777" w:rsidR="00E71A28" w:rsidRPr="008E7D12" w:rsidRDefault="00000000">
            <w:pPr>
              <w:rPr>
                <w:sz w:val="20"/>
                <w:szCs w:val="20"/>
              </w:rPr>
            </w:pPr>
            <w:r>
              <w:rPr>
                <w:sz w:val="20"/>
                <w:szCs w:val="20"/>
              </w:rPr>
              <w:t>4</w:t>
            </w:r>
          </w:p>
        </w:tc>
        <w:tc>
          <w:tcPr>
            <w:tcW w:w="1584" w:type="dxa"/>
          </w:tcPr>
          <w:p w14:paraId="1F6CB216" w14:textId="77777777" w:rsidR="00E71A28" w:rsidRPr="008E7D12" w:rsidRDefault="00000000">
            <w:pPr>
              <w:rPr>
                <w:sz w:val="20"/>
                <w:szCs w:val="20"/>
              </w:rPr>
            </w:pPr>
            <w:r>
              <w:rPr>
                <w:sz w:val="20"/>
                <w:szCs w:val="20"/>
              </w:rPr>
              <w:t>4</w:t>
            </w:r>
          </w:p>
        </w:tc>
        <w:tc>
          <w:tcPr>
            <w:tcW w:w="1296" w:type="dxa"/>
          </w:tcPr>
          <w:p w14:paraId="27F8C1D2" w14:textId="77777777" w:rsidR="00E71A28" w:rsidRPr="008E7D12" w:rsidRDefault="00000000">
            <w:pPr>
              <w:rPr>
                <w:sz w:val="20"/>
                <w:szCs w:val="20"/>
              </w:rPr>
            </w:pPr>
            <w:r>
              <w:rPr>
                <w:sz w:val="20"/>
                <w:szCs w:val="20"/>
              </w:rPr>
              <w:t>4.00</w:t>
            </w:r>
          </w:p>
        </w:tc>
      </w:tr>
      <w:tr w:rsidR="00E71A28" w:rsidRPr="008E7D12" w14:paraId="75EDB40C" w14:textId="77777777" w:rsidTr="008E7D12">
        <w:tc>
          <w:tcPr>
            <w:tcW w:w="1152" w:type="dxa"/>
          </w:tcPr>
          <w:p w14:paraId="151BA290" w14:textId="77777777" w:rsidR="00E71A28" w:rsidRPr="008E7D12" w:rsidRDefault="00000000">
            <w:pPr>
              <w:rPr>
                <w:sz w:val="20"/>
                <w:szCs w:val="20"/>
              </w:rPr>
            </w:pPr>
            <w:r>
              <w:rPr>
                <w:sz w:val="20"/>
                <w:szCs w:val="20"/>
              </w:rPr>
              <w:t>7</w:t>
            </w:r>
          </w:p>
        </w:tc>
        <w:tc>
          <w:tcPr>
            <w:tcW w:w="1008" w:type="dxa"/>
          </w:tcPr>
          <w:p w14:paraId="60381CD7" w14:textId="77777777" w:rsidR="00E71A28" w:rsidRPr="008E7D12" w:rsidRDefault="00000000">
            <w:pPr>
              <w:rPr>
                <w:sz w:val="20"/>
                <w:szCs w:val="20"/>
              </w:rPr>
            </w:pPr>
            <w:r>
              <w:rPr>
                <w:sz w:val="20"/>
                <w:szCs w:val="20"/>
              </w:rPr>
              <w:t>A</w:t>
            </w:r>
          </w:p>
        </w:tc>
        <w:tc>
          <w:tcPr>
            <w:tcW w:w="2448" w:type="dxa"/>
          </w:tcPr>
          <w:p w14:paraId="63B75C97" w14:textId="77777777" w:rsidR="00E71A28" w:rsidRPr="008E7D12" w:rsidRDefault="00000000">
            <w:pPr>
              <w:rPr>
                <w:sz w:val="20"/>
                <w:szCs w:val="20"/>
              </w:rPr>
            </w:pPr>
            <w:r>
              <w:rPr>
                <w:sz w:val="20"/>
                <w:szCs w:val="20"/>
              </w:rPr>
              <w:t>Gemini (LLM3)</w:t>
            </w:r>
          </w:p>
        </w:tc>
        <w:tc>
          <w:tcPr>
            <w:tcW w:w="1296" w:type="dxa"/>
          </w:tcPr>
          <w:p w14:paraId="0C67E9B2" w14:textId="77777777" w:rsidR="00E71A28" w:rsidRPr="008E7D12" w:rsidRDefault="00000000">
            <w:pPr>
              <w:rPr>
                <w:sz w:val="20"/>
                <w:szCs w:val="20"/>
              </w:rPr>
            </w:pPr>
            <w:r>
              <w:rPr>
                <w:sz w:val="20"/>
                <w:szCs w:val="20"/>
              </w:rPr>
              <w:t>2</w:t>
            </w:r>
          </w:p>
        </w:tc>
        <w:tc>
          <w:tcPr>
            <w:tcW w:w="1008" w:type="dxa"/>
          </w:tcPr>
          <w:p w14:paraId="097D072B" w14:textId="77777777" w:rsidR="00E71A28" w:rsidRPr="008E7D12" w:rsidRDefault="00000000">
            <w:pPr>
              <w:rPr>
                <w:sz w:val="20"/>
                <w:szCs w:val="20"/>
              </w:rPr>
            </w:pPr>
            <w:r>
              <w:rPr>
                <w:sz w:val="20"/>
                <w:szCs w:val="20"/>
              </w:rPr>
              <w:t>3</w:t>
            </w:r>
          </w:p>
        </w:tc>
        <w:tc>
          <w:tcPr>
            <w:tcW w:w="1728" w:type="dxa"/>
          </w:tcPr>
          <w:p w14:paraId="1C88A443" w14:textId="77777777" w:rsidR="00E71A28" w:rsidRPr="008E7D12" w:rsidRDefault="00000000">
            <w:pPr>
              <w:rPr>
                <w:sz w:val="20"/>
                <w:szCs w:val="20"/>
              </w:rPr>
            </w:pPr>
            <w:r>
              <w:rPr>
                <w:sz w:val="20"/>
                <w:szCs w:val="20"/>
              </w:rPr>
              <w:t>2</w:t>
            </w:r>
          </w:p>
        </w:tc>
        <w:tc>
          <w:tcPr>
            <w:tcW w:w="1584" w:type="dxa"/>
          </w:tcPr>
          <w:p w14:paraId="41125530" w14:textId="77777777" w:rsidR="00E71A28" w:rsidRPr="008E7D12" w:rsidRDefault="00000000">
            <w:pPr>
              <w:rPr>
                <w:sz w:val="20"/>
                <w:szCs w:val="20"/>
              </w:rPr>
            </w:pPr>
            <w:r>
              <w:rPr>
                <w:sz w:val="20"/>
                <w:szCs w:val="20"/>
              </w:rPr>
              <w:t>2</w:t>
            </w:r>
          </w:p>
        </w:tc>
        <w:tc>
          <w:tcPr>
            <w:tcW w:w="1296" w:type="dxa"/>
          </w:tcPr>
          <w:p w14:paraId="775AEAC6" w14:textId="77777777" w:rsidR="00E71A28" w:rsidRPr="008E7D12" w:rsidRDefault="00000000">
            <w:pPr>
              <w:rPr>
                <w:sz w:val="20"/>
                <w:szCs w:val="20"/>
              </w:rPr>
            </w:pPr>
            <w:r>
              <w:rPr>
                <w:sz w:val="20"/>
                <w:szCs w:val="20"/>
              </w:rPr>
              <w:t>2.25</w:t>
            </w:r>
          </w:p>
        </w:tc>
      </w:tr>
      <w:tr w:rsidR="00E71A28" w:rsidRPr="008E7D12" w14:paraId="046D671E" w14:textId="77777777" w:rsidTr="008E7D12">
        <w:tc>
          <w:tcPr>
            <w:tcW w:w="1152" w:type="dxa"/>
          </w:tcPr>
          <w:p w14:paraId="3B2135F5" w14:textId="77777777" w:rsidR="00E71A28" w:rsidRPr="008E7D12" w:rsidRDefault="00000000">
            <w:pPr>
              <w:rPr>
                <w:sz w:val="20"/>
                <w:szCs w:val="20"/>
              </w:rPr>
            </w:pPr>
            <w:r>
              <w:rPr>
                <w:sz w:val="20"/>
                <w:szCs w:val="20"/>
              </w:rPr>
              <w:t>7</w:t>
            </w:r>
          </w:p>
        </w:tc>
        <w:tc>
          <w:tcPr>
            <w:tcW w:w="1008" w:type="dxa"/>
          </w:tcPr>
          <w:p w14:paraId="041FCCC0" w14:textId="77777777" w:rsidR="00E71A28" w:rsidRPr="008E7D12" w:rsidRDefault="00000000">
            <w:pPr>
              <w:rPr>
                <w:sz w:val="20"/>
                <w:szCs w:val="20"/>
              </w:rPr>
            </w:pPr>
            <w:r>
              <w:rPr>
                <w:sz w:val="20"/>
                <w:szCs w:val="20"/>
              </w:rPr>
              <w:t>A</w:t>
            </w:r>
          </w:p>
        </w:tc>
        <w:tc>
          <w:tcPr>
            <w:tcW w:w="2448" w:type="dxa"/>
          </w:tcPr>
          <w:p w14:paraId="52FEA5EF" w14:textId="77777777" w:rsidR="00E71A28" w:rsidRPr="008E7D12" w:rsidRDefault="00000000">
            <w:pPr>
              <w:rPr>
                <w:sz w:val="20"/>
                <w:szCs w:val="20"/>
              </w:rPr>
            </w:pPr>
            <w:r>
              <w:rPr>
                <w:sz w:val="20"/>
                <w:szCs w:val="20"/>
              </w:rPr>
              <w:t>OpenEvidence (LLM4)</w:t>
            </w:r>
          </w:p>
        </w:tc>
        <w:tc>
          <w:tcPr>
            <w:tcW w:w="1296" w:type="dxa"/>
          </w:tcPr>
          <w:p w14:paraId="0E30A6E8" w14:textId="77777777" w:rsidR="00E71A28" w:rsidRPr="008E7D12" w:rsidRDefault="00000000">
            <w:pPr>
              <w:rPr>
                <w:sz w:val="20"/>
                <w:szCs w:val="20"/>
              </w:rPr>
            </w:pPr>
            <w:r>
              <w:rPr>
                <w:sz w:val="20"/>
                <w:szCs w:val="20"/>
              </w:rPr>
              <w:t>3</w:t>
            </w:r>
          </w:p>
        </w:tc>
        <w:tc>
          <w:tcPr>
            <w:tcW w:w="1008" w:type="dxa"/>
          </w:tcPr>
          <w:p w14:paraId="7B7FC707" w14:textId="77777777" w:rsidR="00E71A28" w:rsidRPr="008E7D12" w:rsidRDefault="00000000">
            <w:pPr>
              <w:rPr>
                <w:sz w:val="20"/>
                <w:szCs w:val="20"/>
              </w:rPr>
            </w:pPr>
            <w:r>
              <w:rPr>
                <w:sz w:val="20"/>
                <w:szCs w:val="20"/>
              </w:rPr>
              <w:t>5</w:t>
            </w:r>
          </w:p>
        </w:tc>
        <w:tc>
          <w:tcPr>
            <w:tcW w:w="1728" w:type="dxa"/>
          </w:tcPr>
          <w:p w14:paraId="700352F2" w14:textId="77777777" w:rsidR="00E71A28" w:rsidRPr="008E7D12" w:rsidRDefault="00000000">
            <w:pPr>
              <w:rPr>
                <w:sz w:val="20"/>
                <w:szCs w:val="20"/>
              </w:rPr>
            </w:pPr>
            <w:r>
              <w:rPr>
                <w:sz w:val="20"/>
                <w:szCs w:val="20"/>
              </w:rPr>
              <w:t>3</w:t>
            </w:r>
          </w:p>
        </w:tc>
        <w:tc>
          <w:tcPr>
            <w:tcW w:w="1584" w:type="dxa"/>
          </w:tcPr>
          <w:p w14:paraId="4A921469" w14:textId="77777777" w:rsidR="00E71A28" w:rsidRPr="008E7D12" w:rsidRDefault="00000000">
            <w:pPr>
              <w:rPr>
                <w:sz w:val="20"/>
                <w:szCs w:val="20"/>
              </w:rPr>
            </w:pPr>
            <w:r>
              <w:rPr>
                <w:sz w:val="20"/>
                <w:szCs w:val="20"/>
              </w:rPr>
              <w:t>4</w:t>
            </w:r>
          </w:p>
        </w:tc>
        <w:tc>
          <w:tcPr>
            <w:tcW w:w="1296" w:type="dxa"/>
          </w:tcPr>
          <w:p w14:paraId="6125DBC8" w14:textId="77777777" w:rsidR="00E71A28" w:rsidRPr="008E7D12" w:rsidRDefault="00000000">
            <w:pPr>
              <w:rPr>
                <w:sz w:val="20"/>
                <w:szCs w:val="20"/>
              </w:rPr>
            </w:pPr>
            <w:r>
              <w:rPr>
                <w:sz w:val="20"/>
                <w:szCs w:val="20"/>
              </w:rPr>
              <w:t>3.75</w:t>
            </w:r>
          </w:p>
        </w:tc>
      </w:tr>
      <w:tr w:rsidR="00E71A28" w:rsidRPr="008E7D12" w14:paraId="61843F57" w14:textId="77777777" w:rsidTr="008E7D12">
        <w:tc>
          <w:tcPr>
            <w:tcW w:w="1152" w:type="dxa"/>
          </w:tcPr>
          <w:p w14:paraId="7419AD1B" w14:textId="77777777" w:rsidR="00E71A28" w:rsidRPr="008E7D12" w:rsidRDefault="00000000">
            <w:pPr>
              <w:rPr>
                <w:sz w:val="20"/>
                <w:szCs w:val="20"/>
              </w:rPr>
            </w:pPr>
            <w:r>
              <w:rPr>
                <w:sz w:val="20"/>
                <w:szCs w:val="20"/>
              </w:rPr>
              <w:t>7</w:t>
            </w:r>
          </w:p>
        </w:tc>
        <w:tc>
          <w:tcPr>
            <w:tcW w:w="1008" w:type="dxa"/>
          </w:tcPr>
          <w:p w14:paraId="1812E264" w14:textId="77777777" w:rsidR="00E71A28" w:rsidRPr="008E7D12" w:rsidRDefault="00000000">
            <w:pPr>
              <w:rPr>
                <w:sz w:val="20"/>
                <w:szCs w:val="20"/>
              </w:rPr>
            </w:pPr>
            <w:r>
              <w:rPr>
                <w:sz w:val="20"/>
                <w:szCs w:val="20"/>
              </w:rPr>
              <w:t>A</w:t>
            </w:r>
          </w:p>
        </w:tc>
        <w:tc>
          <w:tcPr>
            <w:tcW w:w="2448" w:type="dxa"/>
          </w:tcPr>
          <w:p w14:paraId="2783DA4A" w14:textId="77777777" w:rsidR="00E71A28" w:rsidRPr="008E7D12" w:rsidRDefault="00000000">
            <w:pPr>
              <w:rPr>
                <w:sz w:val="20"/>
                <w:szCs w:val="20"/>
              </w:rPr>
            </w:pPr>
            <w:r>
              <w:rPr>
                <w:sz w:val="20"/>
                <w:szCs w:val="20"/>
              </w:rPr>
              <w:t>Perplexity (LLM5)</w:t>
            </w:r>
          </w:p>
        </w:tc>
        <w:tc>
          <w:tcPr>
            <w:tcW w:w="1296" w:type="dxa"/>
          </w:tcPr>
          <w:p w14:paraId="085A190F" w14:textId="77777777" w:rsidR="00E71A28" w:rsidRPr="008E7D12" w:rsidRDefault="00000000">
            <w:pPr>
              <w:rPr>
                <w:sz w:val="20"/>
                <w:szCs w:val="20"/>
              </w:rPr>
            </w:pPr>
            <w:r>
              <w:rPr>
                <w:sz w:val="20"/>
                <w:szCs w:val="20"/>
              </w:rPr>
              <w:t>3</w:t>
            </w:r>
          </w:p>
        </w:tc>
        <w:tc>
          <w:tcPr>
            <w:tcW w:w="1008" w:type="dxa"/>
          </w:tcPr>
          <w:p w14:paraId="03801591" w14:textId="77777777" w:rsidR="00E71A28" w:rsidRPr="008E7D12" w:rsidRDefault="00000000">
            <w:pPr>
              <w:rPr>
                <w:sz w:val="20"/>
                <w:szCs w:val="20"/>
              </w:rPr>
            </w:pPr>
            <w:r>
              <w:rPr>
                <w:sz w:val="20"/>
                <w:szCs w:val="20"/>
              </w:rPr>
              <w:t>3</w:t>
            </w:r>
          </w:p>
        </w:tc>
        <w:tc>
          <w:tcPr>
            <w:tcW w:w="1728" w:type="dxa"/>
          </w:tcPr>
          <w:p w14:paraId="63C8093B" w14:textId="77777777" w:rsidR="00E71A28" w:rsidRPr="008E7D12" w:rsidRDefault="00000000">
            <w:pPr>
              <w:rPr>
                <w:sz w:val="20"/>
                <w:szCs w:val="20"/>
              </w:rPr>
            </w:pPr>
            <w:r>
              <w:rPr>
                <w:sz w:val="20"/>
                <w:szCs w:val="20"/>
              </w:rPr>
              <w:t>4</w:t>
            </w:r>
          </w:p>
        </w:tc>
        <w:tc>
          <w:tcPr>
            <w:tcW w:w="1584" w:type="dxa"/>
          </w:tcPr>
          <w:p w14:paraId="0C17070F" w14:textId="77777777" w:rsidR="00E71A28" w:rsidRPr="008E7D12" w:rsidRDefault="00000000">
            <w:pPr>
              <w:rPr>
                <w:sz w:val="20"/>
                <w:szCs w:val="20"/>
              </w:rPr>
            </w:pPr>
            <w:r>
              <w:rPr>
                <w:sz w:val="20"/>
                <w:szCs w:val="20"/>
              </w:rPr>
              <w:t>2</w:t>
            </w:r>
          </w:p>
        </w:tc>
        <w:tc>
          <w:tcPr>
            <w:tcW w:w="1296" w:type="dxa"/>
          </w:tcPr>
          <w:p w14:paraId="6A769021" w14:textId="77777777" w:rsidR="00E71A28" w:rsidRPr="008E7D12" w:rsidRDefault="00000000">
            <w:pPr>
              <w:rPr>
                <w:sz w:val="20"/>
                <w:szCs w:val="20"/>
              </w:rPr>
            </w:pPr>
            <w:r>
              <w:rPr>
                <w:sz w:val="20"/>
                <w:szCs w:val="20"/>
              </w:rPr>
              <w:t>3.00</w:t>
            </w:r>
          </w:p>
        </w:tc>
      </w:tr>
      <w:tr w:rsidR="00E71A28" w:rsidRPr="008E7D12" w14:paraId="5E6DF5FF" w14:textId="77777777" w:rsidTr="008E7D12">
        <w:tc>
          <w:tcPr>
            <w:tcW w:w="1152" w:type="dxa"/>
          </w:tcPr>
          <w:p w14:paraId="297EE864" w14:textId="77777777" w:rsidR="00E71A28" w:rsidRPr="008E7D12" w:rsidRDefault="00000000">
            <w:pPr>
              <w:rPr>
                <w:sz w:val="20"/>
                <w:szCs w:val="20"/>
              </w:rPr>
            </w:pPr>
            <w:r>
              <w:rPr>
                <w:sz w:val="20"/>
                <w:szCs w:val="20"/>
              </w:rPr>
              <w:t>8</w:t>
            </w:r>
          </w:p>
        </w:tc>
        <w:tc>
          <w:tcPr>
            <w:tcW w:w="1008" w:type="dxa"/>
          </w:tcPr>
          <w:p w14:paraId="04A5FA81" w14:textId="77777777" w:rsidR="00E71A28" w:rsidRPr="008E7D12" w:rsidRDefault="00000000">
            <w:pPr>
              <w:rPr>
                <w:sz w:val="20"/>
                <w:szCs w:val="20"/>
              </w:rPr>
            </w:pPr>
            <w:r>
              <w:rPr>
                <w:sz w:val="20"/>
                <w:szCs w:val="20"/>
              </w:rPr>
              <w:t>A</w:t>
            </w:r>
          </w:p>
        </w:tc>
        <w:tc>
          <w:tcPr>
            <w:tcW w:w="2448" w:type="dxa"/>
          </w:tcPr>
          <w:p w14:paraId="6E87E6D9" w14:textId="77777777" w:rsidR="00E71A28" w:rsidRPr="008E7D12" w:rsidRDefault="00000000">
            <w:pPr>
              <w:rPr>
                <w:sz w:val="20"/>
                <w:szCs w:val="20"/>
              </w:rPr>
            </w:pPr>
            <w:r>
              <w:rPr>
                <w:sz w:val="20"/>
                <w:szCs w:val="20"/>
              </w:rPr>
              <w:t>ChatGPT (LLM1)</w:t>
            </w:r>
          </w:p>
        </w:tc>
        <w:tc>
          <w:tcPr>
            <w:tcW w:w="1296" w:type="dxa"/>
          </w:tcPr>
          <w:p w14:paraId="6EB017AD" w14:textId="77777777" w:rsidR="00E71A28" w:rsidRPr="008E7D12" w:rsidRDefault="00000000">
            <w:pPr>
              <w:rPr>
                <w:sz w:val="20"/>
                <w:szCs w:val="20"/>
              </w:rPr>
            </w:pPr>
            <w:r>
              <w:rPr>
                <w:sz w:val="20"/>
                <w:szCs w:val="20"/>
              </w:rPr>
              <w:t>3</w:t>
            </w:r>
          </w:p>
        </w:tc>
        <w:tc>
          <w:tcPr>
            <w:tcW w:w="1008" w:type="dxa"/>
          </w:tcPr>
          <w:p w14:paraId="748949FF" w14:textId="77777777" w:rsidR="00E71A28" w:rsidRPr="008E7D12" w:rsidRDefault="00000000">
            <w:pPr>
              <w:rPr>
                <w:sz w:val="20"/>
                <w:szCs w:val="20"/>
              </w:rPr>
            </w:pPr>
            <w:r>
              <w:rPr>
                <w:sz w:val="20"/>
                <w:szCs w:val="20"/>
              </w:rPr>
              <w:t>4</w:t>
            </w:r>
          </w:p>
        </w:tc>
        <w:tc>
          <w:tcPr>
            <w:tcW w:w="1728" w:type="dxa"/>
          </w:tcPr>
          <w:p w14:paraId="51E8A91B" w14:textId="77777777" w:rsidR="00E71A28" w:rsidRPr="008E7D12" w:rsidRDefault="00000000">
            <w:pPr>
              <w:rPr>
                <w:sz w:val="20"/>
                <w:szCs w:val="20"/>
              </w:rPr>
            </w:pPr>
            <w:r>
              <w:rPr>
                <w:sz w:val="20"/>
                <w:szCs w:val="20"/>
              </w:rPr>
              <w:t>4</w:t>
            </w:r>
          </w:p>
        </w:tc>
        <w:tc>
          <w:tcPr>
            <w:tcW w:w="1584" w:type="dxa"/>
          </w:tcPr>
          <w:p w14:paraId="65AC592F" w14:textId="77777777" w:rsidR="00E71A28" w:rsidRPr="008E7D12" w:rsidRDefault="00000000">
            <w:pPr>
              <w:rPr>
                <w:sz w:val="20"/>
                <w:szCs w:val="20"/>
              </w:rPr>
            </w:pPr>
            <w:r>
              <w:rPr>
                <w:sz w:val="20"/>
                <w:szCs w:val="20"/>
              </w:rPr>
              <w:t>4</w:t>
            </w:r>
          </w:p>
        </w:tc>
        <w:tc>
          <w:tcPr>
            <w:tcW w:w="1296" w:type="dxa"/>
          </w:tcPr>
          <w:p w14:paraId="1FE63AE4" w14:textId="77777777" w:rsidR="00E71A28" w:rsidRPr="008E7D12" w:rsidRDefault="00000000">
            <w:pPr>
              <w:rPr>
                <w:sz w:val="20"/>
                <w:szCs w:val="20"/>
              </w:rPr>
            </w:pPr>
            <w:r>
              <w:rPr>
                <w:sz w:val="20"/>
                <w:szCs w:val="20"/>
              </w:rPr>
              <w:t>3.75</w:t>
            </w:r>
          </w:p>
        </w:tc>
      </w:tr>
      <w:tr w:rsidR="00E71A28" w:rsidRPr="008E7D12" w14:paraId="282E4F60" w14:textId="77777777" w:rsidTr="008E7D12">
        <w:tc>
          <w:tcPr>
            <w:tcW w:w="1152" w:type="dxa"/>
          </w:tcPr>
          <w:p w14:paraId="3B83282E" w14:textId="77777777" w:rsidR="00E71A28" w:rsidRPr="008E7D12" w:rsidRDefault="00000000">
            <w:pPr>
              <w:rPr>
                <w:sz w:val="20"/>
                <w:szCs w:val="20"/>
              </w:rPr>
            </w:pPr>
            <w:r>
              <w:rPr>
                <w:sz w:val="20"/>
                <w:szCs w:val="20"/>
              </w:rPr>
              <w:t>8</w:t>
            </w:r>
          </w:p>
        </w:tc>
        <w:tc>
          <w:tcPr>
            <w:tcW w:w="1008" w:type="dxa"/>
          </w:tcPr>
          <w:p w14:paraId="31A93FCF" w14:textId="77777777" w:rsidR="00E71A28" w:rsidRPr="008E7D12" w:rsidRDefault="00000000">
            <w:pPr>
              <w:rPr>
                <w:sz w:val="20"/>
                <w:szCs w:val="20"/>
              </w:rPr>
            </w:pPr>
            <w:r>
              <w:rPr>
                <w:sz w:val="20"/>
                <w:szCs w:val="20"/>
              </w:rPr>
              <w:t>A</w:t>
            </w:r>
          </w:p>
        </w:tc>
        <w:tc>
          <w:tcPr>
            <w:tcW w:w="2448" w:type="dxa"/>
          </w:tcPr>
          <w:p w14:paraId="4501AC89" w14:textId="77777777" w:rsidR="00E71A28" w:rsidRPr="008E7D12" w:rsidRDefault="00000000">
            <w:pPr>
              <w:rPr>
                <w:sz w:val="20"/>
                <w:szCs w:val="20"/>
              </w:rPr>
            </w:pPr>
            <w:r>
              <w:rPr>
                <w:sz w:val="20"/>
                <w:szCs w:val="20"/>
              </w:rPr>
              <w:t>Claude (LLM2)</w:t>
            </w:r>
          </w:p>
        </w:tc>
        <w:tc>
          <w:tcPr>
            <w:tcW w:w="1296" w:type="dxa"/>
          </w:tcPr>
          <w:p w14:paraId="6C44D06B" w14:textId="77777777" w:rsidR="00E71A28" w:rsidRPr="008E7D12" w:rsidRDefault="00000000">
            <w:pPr>
              <w:rPr>
                <w:sz w:val="20"/>
                <w:szCs w:val="20"/>
              </w:rPr>
            </w:pPr>
            <w:r>
              <w:rPr>
                <w:sz w:val="20"/>
                <w:szCs w:val="20"/>
              </w:rPr>
              <w:t>2</w:t>
            </w:r>
          </w:p>
        </w:tc>
        <w:tc>
          <w:tcPr>
            <w:tcW w:w="1008" w:type="dxa"/>
          </w:tcPr>
          <w:p w14:paraId="26FC921B" w14:textId="77777777" w:rsidR="00E71A28" w:rsidRPr="008E7D12" w:rsidRDefault="00000000">
            <w:pPr>
              <w:rPr>
                <w:sz w:val="20"/>
                <w:szCs w:val="20"/>
              </w:rPr>
            </w:pPr>
            <w:r>
              <w:rPr>
                <w:sz w:val="20"/>
                <w:szCs w:val="20"/>
              </w:rPr>
              <w:t>5</w:t>
            </w:r>
          </w:p>
        </w:tc>
        <w:tc>
          <w:tcPr>
            <w:tcW w:w="1728" w:type="dxa"/>
          </w:tcPr>
          <w:p w14:paraId="427DEBC0" w14:textId="77777777" w:rsidR="00E71A28" w:rsidRPr="008E7D12" w:rsidRDefault="00000000">
            <w:pPr>
              <w:rPr>
                <w:sz w:val="20"/>
                <w:szCs w:val="20"/>
              </w:rPr>
            </w:pPr>
            <w:r>
              <w:rPr>
                <w:sz w:val="20"/>
                <w:szCs w:val="20"/>
              </w:rPr>
              <w:t>2</w:t>
            </w:r>
          </w:p>
        </w:tc>
        <w:tc>
          <w:tcPr>
            <w:tcW w:w="1584" w:type="dxa"/>
          </w:tcPr>
          <w:p w14:paraId="73CA0BB3" w14:textId="77777777" w:rsidR="00E71A28" w:rsidRPr="008E7D12" w:rsidRDefault="00000000">
            <w:pPr>
              <w:rPr>
                <w:sz w:val="20"/>
                <w:szCs w:val="20"/>
              </w:rPr>
            </w:pPr>
            <w:r>
              <w:rPr>
                <w:sz w:val="20"/>
                <w:szCs w:val="20"/>
              </w:rPr>
              <w:t>3</w:t>
            </w:r>
          </w:p>
        </w:tc>
        <w:tc>
          <w:tcPr>
            <w:tcW w:w="1296" w:type="dxa"/>
          </w:tcPr>
          <w:p w14:paraId="292FC1E6" w14:textId="77777777" w:rsidR="00E71A28" w:rsidRPr="008E7D12" w:rsidRDefault="00000000">
            <w:pPr>
              <w:rPr>
                <w:sz w:val="20"/>
                <w:szCs w:val="20"/>
              </w:rPr>
            </w:pPr>
            <w:r>
              <w:rPr>
                <w:sz w:val="20"/>
                <w:szCs w:val="20"/>
              </w:rPr>
              <w:t>3.00</w:t>
            </w:r>
          </w:p>
        </w:tc>
      </w:tr>
      <w:tr w:rsidR="00E71A28" w:rsidRPr="008E7D12" w14:paraId="67F8873F" w14:textId="77777777" w:rsidTr="008E7D12">
        <w:tc>
          <w:tcPr>
            <w:tcW w:w="1152" w:type="dxa"/>
          </w:tcPr>
          <w:p w14:paraId="13A7DFE8" w14:textId="77777777" w:rsidR="00E71A28" w:rsidRPr="008E7D12" w:rsidRDefault="00000000">
            <w:pPr>
              <w:rPr>
                <w:sz w:val="20"/>
                <w:szCs w:val="20"/>
              </w:rPr>
            </w:pPr>
            <w:r>
              <w:rPr>
                <w:sz w:val="20"/>
                <w:szCs w:val="20"/>
              </w:rPr>
              <w:t>8</w:t>
            </w:r>
          </w:p>
        </w:tc>
        <w:tc>
          <w:tcPr>
            <w:tcW w:w="1008" w:type="dxa"/>
          </w:tcPr>
          <w:p w14:paraId="2A458C71" w14:textId="77777777" w:rsidR="00E71A28" w:rsidRPr="008E7D12" w:rsidRDefault="00000000">
            <w:pPr>
              <w:rPr>
                <w:sz w:val="20"/>
                <w:szCs w:val="20"/>
              </w:rPr>
            </w:pPr>
            <w:r>
              <w:rPr>
                <w:sz w:val="20"/>
                <w:szCs w:val="20"/>
              </w:rPr>
              <w:t>A</w:t>
            </w:r>
          </w:p>
        </w:tc>
        <w:tc>
          <w:tcPr>
            <w:tcW w:w="2448" w:type="dxa"/>
          </w:tcPr>
          <w:p w14:paraId="492997A1" w14:textId="77777777" w:rsidR="00E71A28" w:rsidRPr="008E7D12" w:rsidRDefault="00000000">
            <w:pPr>
              <w:rPr>
                <w:sz w:val="20"/>
                <w:szCs w:val="20"/>
              </w:rPr>
            </w:pPr>
            <w:r>
              <w:rPr>
                <w:sz w:val="20"/>
                <w:szCs w:val="20"/>
              </w:rPr>
              <w:t>Gemini (LLM3)</w:t>
            </w:r>
          </w:p>
        </w:tc>
        <w:tc>
          <w:tcPr>
            <w:tcW w:w="1296" w:type="dxa"/>
          </w:tcPr>
          <w:p w14:paraId="5BAAC764" w14:textId="77777777" w:rsidR="00E71A28" w:rsidRPr="008E7D12" w:rsidRDefault="00000000">
            <w:pPr>
              <w:rPr>
                <w:sz w:val="20"/>
                <w:szCs w:val="20"/>
              </w:rPr>
            </w:pPr>
            <w:r>
              <w:rPr>
                <w:sz w:val="20"/>
                <w:szCs w:val="20"/>
              </w:rPr>
              <w:t>4</w:t>
            </w:r>
          </w:p>
        </w:tc>
        <w:tc>
          <w:tcPr>
            <w:tcW w:w="1008" w:type="dxa"/>
          </w:tcPr>
          <w:p w14:paraId="41B0213E" w14:textId="77777777" w:rsidR="00E71A28" w:rsidRPr="008E7D12" w:rsidRDefault="00000000">
            <w:pPr>
              <w:rPr>
                <w:sz w:val="20"/>
                <w:szCs w:val="20"/>
              </w:rPr>
            </w:pPr>
            <w:r>
              <w:rPr>
                <w:sz w:val="20"/>
                <w:szCs w:val="20"/>
              </w:rPr>
              <w:t>5</w:t>
            </w:r>
          </w:p>
        </w:tc>
        <w:tc>
          <w:tcPr>
            <w:tcW w:w="1728" w:type="dxa"/>
          </w:tcPr>
          <w:p w14:paraId="1CF8202B" w14:textId="77777777" w:rsidR="00E71A28" w:rsidRPr="008E7D12" w:rsidRDefault="00000000">
            <w:pPr>
              <w:rPr>
                <w:sz w:val="20"/>
                <w:szCs w:val="20"/>
              </w:rPr>
            </w:pPr>
            <w:r>
              <w:rPr>
                <w:sz w:val="20"/>
                <w:szCs w:val="20"/>
              </w:rPr>
              <w:t>4</w:t>
            </w:r>
          </w:p>
        </w:tc>
        <w:tc>
          <w:tcPr>
            <w:tcW w:w="1584" w:type="dxa"/>
          </w:tcPr>
          <w:p w14:paraId="75F6C086" w14:textId="77777777" w:rsidR="00E71A28" w:rsidRPr="008E7D12" w:rsidRDefault="00000000">
            <w:pPr>
              <w:rPr>
                <w:sz w:val="20"/>
                <w:szCs w:val="20"/>
              </w:rPr>
            </w:pPr>
            <w:r>
              <w:rPr>
                <w:sz w:val="20"/>
                <w:szCs w:val="20"/>
              </w:rPr>
              <w:t>4</w:t>
            </w:r>
          </w:p>
        </w:tc>
        <w:tc>
          <w:tcPr>
            <w:tcW w:w="1296" w:type="dxa"/>
          </w:tcPr>
          <w:p w14:paraId="1644C9A5" w14:textId="77777777" w:rsidR="00E71A28" w:rsidRPr="008E7D12" w:rsidRDefault="00000000">
            <w:pPr>
              <w:rPr>
                <w:sz w:val="20"/>
                <w:szCs w:val="20"/>
              </w:rPr>
            </w:pPr>
            <w:r>
              <w:rPr>
                <w:sz w:val="20"/>
                <w:szCs w:val="20"/>
              </w:rPr>
              <w:t>4.25</w:t>
            </w:r>
          </w:p>
        </w:tc>
      </w:tr>
      <w:tr w:rsidR="00E71A28" w:rsidRPr="008E7D12" w14:paraId="74E6C715" w14:textId="77777777" w:rsidTr="008E7D12">
        <w:tc>
          <w:tcPr>
            <w:tcW w:w="1152" w:type="dxa"/>
          </w:tcPr>
          <w:p w14:paraId="44696097" w14:textId="77777777" w:rsidR="00E71A28" w:rsidRPr="008E7D12" w:rsidRDefault="00000000">
            <w:pPr>
              <w:rPr>
                <w:sz w:val="20"/>
                <w:szCs w:val="20"/>
              </w:rPr>
            </w:pPr>
            <w:r>
              <w:rPr>
                <w:sz w:val="20"/>
                <w:szCs w:val="20"/>
              </w:rPr>
              <w:t>8</w:t>
            </w:r>
          </w:p>
        </w:tc>
        <w:tc>
          <w:tcPr>
            <w:tcW w:w="1008" w:type="dxa"/>
          </w:tcPr>
          <w:p w14:paraId="19AB5F7E" w14:textId="77777777" w:rsidR="00E71A28" w:rsidRPr="008E7D12" w:rsidRDefault="00000000">
            <w:pPr>
              <w:rPr>
                <w:sz w:val="20"/>
                <w:szCs w:val="20"/>
              </w:rPr>
            </w:pPr>
            <w:r>
              <w:rPr>
                <w:sz w:val="20"/>
                <w:szCs w:val="20"/>
              </w:rPr>
              <w:t>A</w:t>
            </w:r>
          </w:p>
        </w:tc>
        <w:tc>
          <w:tcPr>
            <w:tcW w:w="2448" w:type="dxa"/>
          </w:tcPr>
          <w:p w14:paraId="5E7B280F" w14:textId="77777777" w:rsidR="00E71A28" w:rsidRPr="008E7D12" w:rsidRDefault="00000000">
            <w:pPr>
              <w:rPr>
                <w:sz w:val="20"/>
                <w:szCs w:val="20"/>
              </w:rPr>
            </w:pPr>
            <w:r>
              <w:rPr>
                <w:sz w:val="20"/>
                <w:szCs w:val="20"/>
              </w:rPr>
              <w:t>OpenEvidence (LLM4)</w:t>
            </w:r>
          </w:p>
        </w:tc>
        <w:tc>
          <w:tcPr>
            <w:tcW w:w="1296" w:type="dxa"/>
          </w:tcPr>
          <w:p w14:paraId="35BCA5A3" w14:textId="77777777" w:rsidR="00E71A28" w:rsidRPr="008E7D12" w:rsidRDefault="00000000">
            <w:pPr>
              <w:rPr>
                <w:sz w:val="20"/>
                <w:szCs w:val="20"/>
              </w:rPr>
            </w:pPr>
            <w:r>
              <w:rPr>
                <w:sz w:val="20"/>
                <w:szCs w:val="20"/>
              </w:rPr>
              <w:t>5</w:t>
            </w:r>
          </w:p>
        </w:tc>
        <w:tc>
          <w:tcPr>
            <w:tcW w:w="1008" w:type="dxa"/>
          </w:tcPr>
          <w:p w14:paraId="212B1E0E" w14:textId="77777777" w:rsidR="00E71A28" w:rsidRPr="008E7D12" w:rsidRDefault="00000000">
            <w:pPr>
              <w:rPr>
                <w:sz w:val="20"/>
                <w:szCs w:val="20"/>
              </w:rPr>
            </w:pPr>
            <w:r>
              <w:rPr>
                <w:sz w:val="20"/>
                <w:szCs w:val="20"/>
              </w:rPr>
              <w:t>5</w:t>
            </w:r>
          </w:p>
        </w:tc>
        <w:tc>
          <w:tcPr>
            <w:tcW w:w="1728" w:type="dxa"/>
          </w:tcPr>
          <w:p w14:paraId="0E2CCFA3" w14:textId="77777777" w:rsidR="00E71A28" w:rsidRPr="008E7D12" w:rsidRDefault="00000000">
            <w:pPr>
              <w:rPr>
                <w:sz w:val="20"/>
                <w:szCs w:val="20"/>
              </w:rPr>
            </w:pPr>
            <w:r>
              <w:rPr>
                <w:sz w:val="20"/>
                <w:szCs w:val="20"/>
              </w:rPr>
              <w:t>5</w:t>
            </w:r>
          </w:p>
        </w:tc>
        <w:tc>
          <w:tcPr>
            <w:tcW w:w="1584" w:type="dxa"/>
          </w:tcPr>
          <w:p w14:paraId="68265DCE" w14:textId="77777777" w:rsidR="00E71A28" w:rsidRPr="008E7D12" w:rsidRDefault="00000000">
            <w:pPr>
              <w:rPr>
                <w:sz w:val="20"/>
                <w:szCs w:val="20"/>
              </w:rPr>
            </w:pPr>
            <w:r>
              <w:rPr>
                <w:sz w:val="20"/>
                <w:szCs w:val="20"/>
              </w:rPr>
              <w:t>5</w:t>
            </w:r>
          </w:p>
        </w:tc>
        <w:tc>
          <w:tcPr>
            <w:tcW w:w="1296" w:type="dxa"/>
          </w:tcPr>
          <w:p w14:paraId="22E98D84" w14:textId="77777777" w:rsidR="00E71A28" w:rsidRPr="008E7D12" w:rsidRDefault="00000000">
            <w:pPr>
              <w:rPr>
                <w:sz w:val="20"/>
                <w:szCs w:val="20"/>
              </w:rPr>
            </w:pPr>
            <w:r>
              <w:rPr>
                <w:sz w:val="20"/>
                <w:szCs w:val="20"/>
              </w:rPr>
              <w:t>5.00</w:t>
            </w:r>
          </w:p>
        </w:tc>
      </w:tr>
      <w:tr w:rsidR="00E71A28" w:rsidRPr="008E7D12" w14:paraId="15D8C728" w14:textId="77777777" w:rsidTr="008E7D12">
        <w:tc>
          <w:tcPr>
            <w:tcW w:w="1152" w:type="dxa"/>
          </w:tcPr>
          <w:p w14:paraId="5470716E" w14:textId="77777777" w:rsidR="00E71A28" w:rsidRPr="008E7D12" w:rsidRDefault="00000000">
            <w:pPr>
              <w:rPr>
                <w:sz w:val="20"/>
                <w:szCs w:val="20"/>
              </w:rPr>
            </w:pPr>
            <w:r>
              <w:rPr>
                <w:sz w:val="20"/>
                <w:szCs w:val="20"/>
              </w:rPr>
              <w:t>8</w:t>
            </w:r>
          </w:p>
        </w:tc>
        <w:tc>
          <w:tcPr>
            <w:tcW w:w="1008" w:type="dxa"/>
          </w:tcPr>
          <w:p w14:paraId="78BC6C17" w14:textId="77777777" w:rsidR="00E71A28" w:rsidRPr="008E7D12" w:rsidRDefault="00000000">
            <w:pPr>
              <w:rPr>
                <w:sz w:val="20"/>
                <w:szCs w:val="20"/>
              </w:rPr>
            </w:pPr>
            <w:r>
              <w:rPr>
                <w:sz w:val="20"/>
                <w:szCs w:val="20"/>
              </w:rPr>
              <w:t>A</w:t>
            </w:r>
          </w:p>
        </w:tc>
        <w:tc>
          <w:tcPr>
            <w:tcW w:w="2448" w:type="dxa"/>
          </w:tcPr>
          <w:p w14:paraId="6F8B941B" w14:textId="77777777" w:rsidR="00E71A28" w:rsidRPr="008E7D12" w:rsidRDefault="00000000">
            <w:pPr>
              <w:rPr>
                <w:sz w:val="20"/>
                <w:szCs w:val="20"/>
              </w:rPr>
            </w:pPr>
            <w:r>
              <w:rPr>
                <w:sz w:val="20"/>
                <w:szCs w:val="20"/>
              </w:rPr>
              <w:t>Perplexity (LLM5)</w:t>
            </w:r>
          </w:p>
        </w:tc>
        <w:tc>
          <w:tcPr>
            <w:tcW w:w="1296" w:type="dxa"/>
          </w:tcPr>
          <w:p w14:paraId="58BDC36C" w14:textId="77777777" w:rsidR="00E71A28" w:rsidRPr="008E7D12" w:rsidRDefault="00000000">
            <w:pPr>
              <w:rPr>
                <w:sz w:val="20"/>
                <w:szCs w:val="20"/>
              </w:rPr>
            </w:pPr>
            <w:r>
              <w:rPr>
                <w:sz w:val="20"/>
                <w:szCs w:val="20"/>
              </w:rPr>
              <w:t>4</w:t>
            </w:r>
          </w:p>
        </w:tc>
        <w:tc>
          <w:tcPr>
            <w:tcW w:w="1008" w:type="dxa"/>
          </w:tcPr>
          <w:p w14:paraId="02FEEA91" w14:textId="77777777" w:rsidR="00E71A28" w:rsidRPr="008E7D12" w:rsidRDefault="00000000">
            <w:pPr>
              <w:rPr>
                <w:sz w:val="20"/>
                <w:szCs w:val="20"/>
              </w:rPr>
            </w:pPr>
            <w:r>
              <w:rPr>
                <w:sz w:val="20"/>
                <w:szCs w:val="20"/>
              </w:rPr>
              <w:t>4</w:t>
            </w:r>
          </w:p>
        </w:tc>
        <w:tc>
          <w:tcPr>
            <w:tcW w:w="1728" w:type="dxa"/>
          </w:tcPr>
          <w:p w14:paraId="08797879" w14:textId="77777777" w:rsidR="00E71A28" w:rsidRPr="008E7D12" w:rsidRDefault="00000000">
            <w:pPr>
              <w:rPr>
                <w:sz w:val="20"/>
                <w:szCs w:val="20"/>
              </w:rPr>
            </w:pPr>
            <w:r>
              <w:rPr>
                <w:sz w:val="20"/>
                <w:szCs w:val="20"/>
              </w:rPr>
              <w:t>4</w:t>
            </w:r>
          </w:p>
        </w:tc>
        <w:tc>
          <w:tcPr>
            <w:tcW w:w="1584" w:type="dxa"/>
          </w:tcPr>
          <w:p w14:paraId="370F6B7D" w14:textId="77777777" w:rsidR="00E71A28" w:rsidRPr="008E7D12" w:rsidRDefault="00000000">
            <w:pPr>
              <w:rPr>
                <w:sz w:val="20"/>
                <w:szCs w:val="20"/>
              </w:rPr>
            </w:pPr>
            <w:r>
              <w:rPr>
                <w:sz w:val="20"/>
                <w:szCs w:val="20"/>
              </w:rPr>
              <w:t>3</w:t>
            </w:r>
          </w:p>
        </w:tc>
        <w:tc>
          <w:tcPr>
            <w:tcW w:w="1296" w:type="dxa"/>
          </w:tcPr>
          <w:p w14:paraId="659B675A" w14:textId="77777777" w:rsidR="00E71A28" w:rsidRPr="008E7D12" w:rsidRDefault="00000000">
            <w:pPr>
              <w:rPr>
                <w:sz w:val="20"/>
                <w:szCs w:val="20"/>
              </w:rPr>
            </w:pPr>
            <w:r>
              <w:rPr>
                <w:sz w:val="20"/>
                <w:szCs w:val="20"/>
              </w:rPr>
              <w:t>3.75</w:t>
            </w:r>
          </w:p>
        </w:tc>
      </w:tr>
      <w:tr w:rsidR="00E71A28" w:rsidRPr="008E7D12" w14:paraId="7A6A4279" w14:textId="77777777" w:rsidTr="008E7D12">
        <w:tc>
          <w:tcPr>
            <w:tcW w:w="1152" w:type="dxa"/>
          </w:tcPr>
          <w:p w14:paraId="385D0CBE" w14:textId="77777777" w:rsidR="00E71A28" w:rsidRPr="008E7D12" w:rsidRDefault="00000000">
            <w:pPr>
              <w:rPr>
                <w:sz w:val="20"/>
                <w:szCs w:val="20"/>
              </w:rPr>
            </w:pPr>
            <w:r>
              <w:rPr>
                <w:sz w:val="20"/>
                <w:szCs w:val="20"/>
              </w:rPr>
              <w:t>9</w:t>
            </w:r>
          </w:p>
        </w:tc>
        <w:tc>
          <w:tcPr>
            <w:tcW w:w="1008" w:type="dxa"/>
          </w:tcPr>
          <w:p w14:paraId="64BEAC3D" w14:textId="77777777" w:rsidR="00E71A28" w:rsidRPr="008E7D12" w:rsidRDefault="00000000">
            <w:pPr>
              <w:rPr>
                <w:sz w:val="20"/>
                <w:szCs w:val="20"/>
              </w:rPr>
            </w:pPr>
            <w:r>
              <w:rPr>
                <w:sz w:val="20"/>
                <w:szCs w:val="20"/>
              </w:rPr>
              <w:t>B</w:t>
            </w:r>
          </w:p>
        </w:tc>
        <w:tc>
          <w:tcPr>
            <w:tcW w:w="2448" w:type="dxa"/>
          </w:tcPr>
          <w:p w14:paraId="01E28A7D" w14:textId="77777777" w:rsidR="00E71A28" w:rsidRPr="008E7D12" w:rsidRDefault="00000000">
            <w:pPr>
              <w:rPr>
                <w:sz w:val="20"/>
                <w:szCs w:val="20"/>
              </w:rPr>
            </w:pPr>
            <w:r>
              <w:rPr>
                <w:sz w:val="20"/>
                <w:szCs w:val="20"/>
              </w:rPr>
              <w:t>ChatGPT (LLM1)</w:t>
            </w:r>
          </w:p>
        </w:tc>
        <w:tc>
          <w:tcPr>
            <w:tcW w:w="1296" w:type="dxa"/>
          </w:tcPr>
          <w:p w14:paraId="6AE78738" w14:textId="77777777" w:rsidR="00E71A28" w:rsidRPr="008E7D12" w:rsidRDefault="00000000">
            <w:pPr>
              <w:rPr>
                <w:sz w:val="20"/>
                <w:szCs w:val="20"/>
              </w:rPr>
            </w:pPr>
            <w:r>
              <w:rPr>
                <w:sz w:val="20"/>
                <w:szCs w:val="20"/>
              </w:rPr>
              <w:t>3</w:t>
            </w:r>
          </w:p>
        </w:tc>
        <w:tc>
          <w:tcPr>
            <w:tcW w:w="1008" w:type="dxa"/>
          </w:tcPr>
          <w:p w14:paraId="4F3B56D2" w14:textId="77777777" w:rsidR="00E71A28" w:rsidRPr="008E7D12" w:rsidRDefault="00000000">
            <w:pPr>
              <w:rPr>
                <w:sz w:val="20"/>
                <w:szCs w:val="20"/>
              </w:rPr>
            </w:pPr>
            <w:r>
              <w:rPr>
                <w:sz w:val="20"/>
                <w:szCs w:val="20"/>
              </w:rPr>
              <w:t>2</w:t>
            </w:r>
          </w:p>
        </w:tc>
        <w:tc>
          <w:tcPr>
            <w:tcW w:w="1728" w:type="dxa"/>
          </w:tcPr>
          <w:p w14:paraId="327EA136" w14:textId="77777777" w:rsidR="00E71A28" w:rsidRPr="008E7D12" w:rsidRDefault="00000000">
            <w:pPr>
              <w:rPr>
                <w:sz w:val="20"/>
                <w:szCs w:val="20"/>
              </w:rPr>
            </w:pPr>
            <w:r>
              <w:rPr>
                <w:sz w:val="20"/>
                <w:szCs w:val="20"/>
              </w:rPr>
              <w:t>5</w:t>
            </w:r>
          </w:p>
        </w:tc>
        <w:tc>
          <w:tcPr>
            <w:tcW w:w="1584" w:type="dxa"/>
          </w:tcPr>
          <w:p w14:paraId="3EFB762D" w14:textId="77777777" w:rsidR="00E71A28" w:rsidRPr="008E7D12" w:rsidRDefault="00000000">
            <w:pPr>
              <w:rPr>
                <w:sz w:val="20"/>
                <w:szCs w:val="20"/>
              </w:rPr>
            </w:pPr>
            <w:r>
              <w:rPr>
                <w:sz w:val="20"/>
                <w:szCs w:val="20"/>
              </w:rPr>
              <w:t>3</w:t>
            </w:r>
          </w:p>
        </w:tc>
        <w:tc>
          <w:tcPr>
            <w:tcW w:w="1296" w:type="dxa"/>
          </w:tcPr>
          <w:p w14:paraId="4FF162DB" w14:textId="77777777" w:rsidR="00E71A28" w:rsidRPr="008E7D12" w:rsidRDefault="00000000">
            <w:pPr>
              <w:rPr>
                <w:sz w:val="20"/>
                <w:szCs w:val="20"/>
              </w:rPr>
            </w:pPr>
            <w:r>
              <w:rPr>
                <w:sz w:val="20"/>
                <w:szCs w:val="20"/>
              </w:rPr>
              <w:t>3.25</w:t>
            </w:r>
          </w:p>
        </w:tc>
      </w:tr>
      <w:tr w:rsidR="00E71A28" w:rsidRPr="008E7D12" w14:paraId="1FAC4DDD" w14:textId="77777777" w:rsidTr="008E7D12">
        <w:tc>
          <w:tcPr>
            <w:tcW w:w="1152" w:type="dxa"/>
          </w:tcPr>
          <w:p w14:paraId="598510C5" w14:textId="77777777" w:rsidR="00E71A28" w:rsidRPr="008E7D12" w:rsidRDefault="00000000">
            <w:pPr>
              <w:rPr>
                <w:sz w:val="20"/>
                <w:szCs w:val="20"/>
              </w:rPr>
            </w:pPr>
            <w:r>
              <w:rPr>
                <w:sz w:val="20"/>
                <w:szCs w:val="20"/>
              </w:rPr>
              <w:t>9</w:t>
            </w:r>
          </w:p>
        </w:tc>
        <w:tc>
          <w:tcPr>
            <w:tcW w:w="1008" w:type="dxa"/>
          </w:tcPr>
          <w:p w14:paraId="60E1364C" w14:textId="77777777" w:rsidR="00E71A28" w:rsidRPr="008E7D12" w:rsidRDefault="00000000">
            <w:pPr>
              <w:rPr>
                <w:sz w:val="20"/>
                <w:szCs w:val="20"/>
              </w:rPr>
            </w:pPr>
            <w:r>
              <w:rPr>
                <w:sz w:val="20"/>
                <w:szCs w:val="20"/>
              </w:rPr>
              <w:t>B</w:t>
            </w:r>
          </w:p>
        </w:tc>
        <w:tc>
          <w:tcPr>
            <w:tcW w:w="2448" w:type="dxa"/>
          </w:tcPr>
          <w:p w14:paraId="3AECEE8E" w14:textId="77777777" w:rsidR="00E71A28" w:rsidRPr="008E7D12" w:rsidRDefault="00000000">
            <w:pPr>
              <w:rPr>
                <w:sz w:val="20"/>
                <w:szCs w:val="20"/>
              </w:rPr>
            </w:pPr>
            <w:r>
              <w:rPr>
                <w:sz w:val="20"/>
                <w:szCs w:val="20"/>
              </w:rPr>
              <w:t>Claude (LLM2)</w:t>
            </w:r>
          </w:p>
        </w:tc>
        <w:tc>
          <w:tcPr>
            <w:tcW w:w="1296" w:type="dxa"/>
          </w:tcPr>
          <w:p w14:paraId="2E889B79" w14:textId="77777777" w:rsidR="00E71A28" w:rsidRPr="008E7D12" w:rsidRDefault="00000000">
            <w:pPr>
              <w:rPr>
                <w:sz w:val="20"/>
                <w:szCs w:val="20"/>
              </w:rPr>
            </w:pPr>
            <w:r>
              <w:rPr>
                <w:sz w:val="20"/>
                <w:szCs w:val="20"/>
              </w:rPr>
              <w:t>5</w:t>
            </w:r>
          </w:p>
        </w:tc>
        <w:tc>
          <w:tcPr>
            <w:tcW w:w="1008" w:type="dxa"/>
          </w:tcPr>
          <w:p w14:paraId="49C13B49" w14:textId="77777777" w:rsidR="00E71A28" w:rsidRPr="008E7D12" w:rsidRDefault="00000000">
            <w:pPr>
              <w:rPr>
                <w:sz w:val="20"/>
                <w:szCs w:val="20"/>
              </w:rPr>
            </w:pPr>
            <w:r>
              <w:rPr>
                <w:sz w:val="20"/>
                <w:szCs w:val="20"/>
              </w:rPr>
              <w:t>5</w:t>
            </w:r>
          </w:p>
        </w:tc>
        <w:tc>
          <w:tcPr>
            <w:tcW w:w="1728" w:type="dxa"/>
          </w:tcPr>
          <w:p w14:paraId="150C408E" w14:textId="77777777" w:rsidR="00E71A28" w:rsidRPr="008E7D12" w:rsidRDefault="00000000">
            <w:pPr>
              <w:rPr>
                <w:sz w:val="20"/>
                <w:szCs w:val="20"/>
              </w:rPr>
            </w:pPr>
            <w:r>
              <w:rPr>
                <w:sz w:val="20"/>
                <w:szCs w:val="20"/>
              </w:rPr>
              <w:t>5</w:t>
            </w:r>
          </w:p>
        </w:tc>
        <w:tc>
          <w:tcPr>
            <w:tcW w:w="1584" w:type="dxa"/>
          </w:tcPr>
          <w:p w14:paraId="121543AE" w14:textId="77777777" w:rsidR="00E71A28" w:rsidRPr="008E7D12" w:rsidRDefault="00000000">
            <w:pPr>
              <w:rPr>
                <w:sz w:val="20"/>
                <w:szCs w:val="20"/>
              </w:rPr>
            </w:pPr>
            <w:r>
              <w:rPr>
                <w:sz w:val="20"/>
                <w:szCs w:val="20"/>
              </w:rPr>
              <w:t>5</w:t>
            </w:r>
          </w:p>
        </w:tc>
        <w:tc>
          <w:tcPr>
            <w:tcW w:w="1296" w:type="dxa"/>
          </w:tcPr>
          <w:p w14:paraId="54D2379C" w14:textId="77777777" w:rsidR="00E71A28" w:rsidRPr="008E7D12" w:rsidRDefault="00000000">
            <w:pPr>
              <w:rPr>
                <w:sz w:val="20"/>
                <w:szCs w:val="20"/>
              </w:rPr>
            </w:pPr>
            <w:r>
              <w:rPr>
                <w:sz w:val="20"/>
                <w:szCs w:val="20"/>
              </w:rPr>
              <w:t>5.00</w:t>
            </w:r>
          </w:p>
        </w:tc>
      </w:tr>
      <w:tr w:rsidR="00E71A28" w:rsidRPr="008E7D12" w14:paraId="04E5D427" w14:textId="77777777" w:rsidTr="008E7D12">
        <w:tc>
          <w:tcPr>
            <w:tcW w:w="1152" w:type="dxa"/>
          </w:tcPr>
          <w:p w14:paraId="3033EA3B" w14:textId="77777777" w:rsidR="00E71A28" w:rsidRPr="008E7D12" w:rsidRDefault="00000000">
            <w:pPr>
              <w:rPr>
                <w:sz w:val="20"/>
                <w:szCs w:val="20"/>
              </w:rPr>
            </w:pPr>
            <w:r>
              <w:rPr>
                <w:sz w:val="20"/>
                <w:szCs w:val="20"/>
              </w:rPr>
              <w:t>9</w:t>
            </w:r>
          </w:p>
        </w:tc>
        <w:tc>
          <w:tcPr>
            <w:tcW w:w="1008" w:type="dxa"/>
          </w:tcPr>
          <w:p w14:paraId="52ADB632" w14:textId="77777777" w:rsidR="00E71A28" w:rsidRPr="008E7D12" w:rsidRDefault="00000000">
            <w:pPr>
              <w:rPr>
                <w:sz w:val="20"/>
                <w:szCs w:val="20"/>
              </w:rPr>
            </w:pPr>
            <w:r>
              <w:rPr>
                <w:sz w:val="20"/>
                <w:szCs w:val="20"/>
              </w:rPr>
              <w:t>B</w:t>
            </w:r>
          </w:p>
        </w:tc>
        <w:tc>
          <w:tcPr>
            <w:tcW w:w="2448" w:type="dxa"/>
          </w:tcPr>
          <w:p w14:paraId="6D33710E" w14:textId="77777777" w:rsidR="00E71A28" w:rsidRPr="008E7D12" w:rsidRDefault="00000000">
            <w:pPr>
              <w:rPr>
                <w:sz w:val="20"/>
                <w:szCs w:val="20"/>
              </w:rPr>
            </w:pPr>
            <w:r>
              <w:rPr>
                <w:sz w:val="20"/>
                <w:szCs w:val="20"/>
              </w:rPr>
              <w:t>Gemini (LLM3)</w:t>
            </w:r>
          </w:p>
        </w:tc>
        <w:tc>
          <w:tcPr>
            <w:tcW w:w="1296" w:type="dxa"/>
          </w:tcPr>
          <w:p w14:paraId="69851E92" w14:textId="77777777" w:rsidR="00E71A28" w:rsidRPr="008E7D12" w:rsidRDefault="00000000">
            <w:pPr>
              <w:rPr>
                <w:sz w:val="20"/>
                <w:szCs w:val="20"/>
              </w:rPr>
            </w:pPr>
            <w:r>
              <w:rPr>
                <w:sz w:val="20"/>
                <w:szCs w:val="20"/>
              </w:rPr>
              <w:t>5</w:t>
            </w:r>
          </w:p>
        </w:tc>
        <w:tc>
          <w:tcPr>
            <w:tcW w:w="1008" w:type="dxa"/>
          </w:tcPr>
          <w:p w14:paraId="32F2A3E0" w14:textId="77777777" w:rsidR="00E71A28" w:rsidRPr="008E7D12" w:rsidRDefault="00000000">
            <w:pPr>
              <w:rPr>
                <w:sz w:val="20"/>
                <w:szCs w:val="20"/>
              </w:rPr>
            </w:pPr>
            <w:r>
              <w:rPr>
                <w:sz w:val="20"/>
                <w:szCs w:val="20"/>
              </w:rPr>
              <w:t>3</w:t>
            </w:r>
          </w:p>
        </w:tc>
        <w:tc>
          <w:tcPr>
            <w:tcW w:w="1728" w:type="dxa"/>
          </w:tcPr>
          <w:p w14:paraId="2185A43D" w14:textId="77777777" w:rsidR="00E71A28" w:rsidRPr="008E7D12" w:rsidRDefault="00000000">
            <w:pPr>
              <w:rPr>
                <w:sz w:val="20"/>
                <w:szCs w:val="20"/>
              </w:rPr>
            </w:pPr>
            <w:r>
              <w:rPr>
                <w:sz w:val="20"/>
                <w:szCs w:val="20"/>
              </w:rPr>
              <w:t>4</w:t>
            </w:r>
          </w:p>
        </w:tc>
        <w:tc>
          <w:tcPr>
            <w:tcW w:w="1584" w:type="dxa"/>
          </w:tcPr>
          <w:p w14:paraId="1EFA862A" w14:textId="77777777" w:rsidR="00E71A28" w:rsidRPr="008E7D12" w:rsidRDefault="00000000">
            <w:pPr>
              <w:rPr>
                <w:sz w:val="20"/>
                <w:szCs w:val="20"/>
              </w:rPr>
            </w:pPr>
            <w:r>
              <w:rPr>
                <w:sz w:val="20"/>
                <w:szCs w:val="20"/>
              </w:rPr>
              <w:t>4</w:t>
            </w:r>
          </w:p>
        </w:tc>
        <w:tc>
          <w:tcPr>
            <w:tcW w:w="1296" w:type="dxa"/>
          </w:tcPr>
          <w:p w14:paraId="0BF9B01C" w14:textId="77777777" w:rsidR="00E71A28" w:rsidRPr="008E7D12" w:rsidRDefault="00000000">
            <w:pPr>
              <w:rPr>
                <w:sz w:val="20"/>
                <w:szCs w:val="20"/>
              </w:rPr>
            </w:pPr>
            <w:r>
              <w:rPr>
                <w:sz w:val="20"/>
                <w:szCs w:val="20"/>
              </w:rPr>
              <w:t>4.00</w:t>
            </w:r>
          </w:p>
        </w:tc>
      </w:tr>
      <w:tr w:rsidR="00E71A28" w:rsidRPr="008E7D12" w14:paraId="15618DF0" w14:textId="77777777" w:rsidTr="008E7D12">
        <w:tc>
          <w:tcPr>
            <w:tcW w:w="1152" w:type="dxa"/>
          </w:tcPr>
          <w:p w14:paraId="00089591" w14:textId="77777777" w:rsidR="00E71A28" w:rsidRPr="008E7D12" w:rsidRDefault="00000000">
            <w:pPr>
              <w:rPr>
                <w:sz w:val="20"/>
                <w:szCs w:val="20"/>
              </w:rPr>
            </w:pPr>
            <w:r>
              <w:rPr>
                <w:sz w:val="20"/>
                <w:szCs w:val="20"/>
              </w:rPr>
              <w:t>9</w:t>
            </w:r>
          </w:p>
        </w:tc>
        <w:tc>
          <w:tcPr>
            <w:tcW w:w="1008" w:type="dxa"/>
          </w:tcPr>
          <w:p w14:paraId="645E9465" w14:textId="77777777" w:rsidR="00E71A28" w:rsidRPr="008E7D12" w:rsidRDefault="00000000">
            <w:pPr>
              <w:rPr>
                <w:sz w:val="20"/>
                <w:szCs w:val="20"/>
              </w:rPr>
            </w:pPr>
            <w:r>
              <w:rPr>
                <w:sz w:val="20"/>
                <w:szCs w:val="20"/>
              </w:rPr>
              <w:t>B</w:t>
            </w:r>
          </w:p>
        </w:tc>
        <w:tc>
          <w:tcPr>
            <w:tcW w:w="2448" w:type="dxa"/>
          </w:tcPr>
          <w:p w14:paraId="1B6FD3CA" w14:textId="77777777" w:rsidR="00E71A28" w:rsidRPr="008E7D12" w:rsidRDefault="00000000">
            <w:pPr>
              <w:rPr>
                <w:sz w:val="20"/>
                <w:szCs w:val="20"/>
              </w:rPr>
            </w:pPr>
            <w:r>
              <w:rPr>
                <w:sz w:val="20"/>
                <w:szCs w:val="20"/>
              </w:rPr>
              <w:t>OpenEvidence (LLM4)</w:t>
            </w:r>
          </w:p>
        </w:tc>
        <w:tc>
          <w:tcPr>
            <w:tcW w:w="1296" w:type="dxa"/>
          </w:tcPr>
          <w:p w14:paraId="2C1CBF7B" w14:textId="77777777" w:rsidR="00E71A28" w:rsidRPr="008E7D12" w:rsidRDefault="00000000">
            <w:pPr>
              <w:rPr>
                <w:sz w:val="20"/>
                <w:szCs w:val="20"/>
              </w:rPr>
            </w:pPr>
            <w:r>
              <w:rPr>
                <w:sz w:val="20"/>
                <w:szCs w:val="20"/>
              </w:rPr>
              <w:t>5</w:t>
            </w:r>
          </w:p>
        </w:tc>
        <w:tc>
          <w:tcPr>
            <w:tcW w:w="1008" w:type="dxa"/>
          </w:tcPr>
          <w:p w14:paraId="65EA9604" w14:textId="77777777" w:rsidR="00E71A28" w:rsidRPr="008E7D12" w:rsidRDefault="00000000">
            <w:pPr>
              <w:rPr>
                <w:sz w:val="20"/>
                <w:szCs w:val="20"/>
              </w:rPr>
            </w:pPr>
            <w:r>
              <w:rPr>
                <w:sz w:val="20"/>
                <w:szCs w:val="20"/>
              </w:rPr>
              <w:t>5</w:t>
            </w:r>
          </w:p>
        </w:tc>
        <w:tc>
          <w:tcPr>
            <w:tcW w:w="1728" w:type="dxa"/>
          </w:tcPr>
          <w:p w14:paraId="738A0A77" w14:textId="77777777" w:rsidR="00E71A28" w:rsidRPr="008E7D12" w:rsidRDefault="00000000">
            <w:pPr>
              <w:rPr>
                <w:sz w:val="20"/>
                <w:szCs w:val="20"/>
              </w:rPr>
            </w:pPr>
            <w:r>
              <w:rPr>
                <w:sz w:val="20"/>
                <w:szCs w:val="20"/>
              </w:rPr>
              <w:t>5</w:t>
            </w:r>
          </w:p>
        </w:tc>
        <w:tc>
          <w:tcPr>
            <w:tcW w:w="1584" w:type="dxa"/>
          </w:tcPr>
          <w:p w14:paraId="11C07078" w14:textId="77777777" w:rsidR="00E71A28" w:rsidRPr="008E7D12" w:rsidRDefault="00000000">
            <w:pPr>
              <w:rPr>
                <w:sz w:val="20"/>
                <w:szCs w:val="20"/>
              </w:rPr>
            </w:pPr>
            <w:r>
              <w:rPr>
                <w:sz w:val="20"/>
                <w:szCs w:val="20"/>
              </w:rPr>
              <w:t>5</w:t>
            </w:r>
          </w:p>
        </w:tc>
        <w:tc>
          <w:tcPr>
            <w:tcW w:w="1296" w:type="dxa"/>
          </w:tcPr>
          <w:p w14:paraId="1EA75B2D" w14:textId="77777777" w:rsidR="00E71A28" w:rsidRPr="008E7D12" w:rsidRDefault="00000000">
            <w:pPr>
              <w:rPr>
                <w:sz w:val="20"/>
                <w:szCs w:val="20"/>
              </w:rPr>
            </w:pPr>
            <w:r>
              <w:rPr>
                <w:sz w:val="20"/>
                <w:szCs w:val="20"/>
              </w:rPr>
              <w:t>5.00</w:t>
            </w:r>
          </w:p>
        </w:tc>
      </w:tr>
      <w:tr w:rsidR="00E71A28" w:rsidRPr="008E7D12" w14:paraId="28C94AE7" w14:textId="77777777" w:rsidTr="008E7D12">
        <w:tc>
          <w:tcPr>
            <w:tcW w:w="1152" w:type="dxa"/>
          </w:tcPr>
          <w:p w14:paraId="5A8EF9B1" w14:textId="77777777" w:rsidR="00E71A28" w:rsidRPr="008E7D12" w:rsidRDefault="00000000">
            <w:pPr>
              <w:rPr>
                <w:sz w:val="20"/>
                <w:szCs w:val="20"/>
              </w:rPr>
            </w:pPr>
            <w:r>
              <w:rPr>
                <w:sz w:val="20"/>
                <w:szCs w:val="20"/>
              </w:rPr>
              <w:t>9</w:t>
            </w:r>
          </w:p>
        </w:tc>
        <w:tc>
          <w:tcPr>
            <w:tcW w:w="1008" w:type="dxa"/>
          </w:tcPr>
          <w:p w14:paraId="3A0DDC69" w14:textId="77777777" w:rsidR="00E71A28" w:rsidRPr="008E7D12" w:rsidRDefault="00000000">
            <w:pPr>
              <w:rPr>
                <w:sz w:val="20"/>
                <w:szCs w:val="20"/>
              </w:rPr>
            </w:pPr>
            <w:r>
              <w:rPr>
                <w:sz w:val="20"/>
                <w:szCs w:val="20"/>
              </w:rPr>
              <w:t>B</w:t>
            </w:r>
          </w:p>
        </w:tc>
        <w:tc>
          <w:tcPr>
            <w:tcW w:w="2448" w:type="dxa"/>
          </w:tcPr>
          <w:p w14:paraId="40CD6B35" w14:textId="77777777" w:rsidR="00E71A28" w:rsidRPr="008E7D12" w:rsidRDefault="00000000">
            <w:pPr>
              <w:rPr>
                <w:sz w:val="20"/>
                <w:szCs w:val="20"/>
              </w:rPr>
            </w:pPr>
            <w:r>
              <w:rPr>
                <w:sz w:val="20"/>
                <w:szCs w:val="20"/>
              </w:rPr>
              <w:t>Perplexity (LLM5)</w:t>
            </w:r>
          </w:p>
        </w:tc>
        <w:tc>
          <w:tcPr>
            <w:tcW w:w="1296" w:type="dxa"/>
          </w:tcPr>
          <w:p w14:paraId="23969989" w14:textId="77777777" w:rsidR="00E71A28" w:rsidRPr="008E7D12" w:rsidRDefault="00000000">
            <w:pPr>
              <w:rPr>
                <w:sz w:val="20"/>
                <w:szCs w:val="20"/>
              </w:rPr>
            </w:pPr>
            <w:r>
              <w:rPr>
                <w:sz w:val="20"/>
                <w:szCs w:val="20"/>
              </w:rPr>
              <w:t>3</w:t>
            </w:r>
          </w:p>
        </w:tc>
        <w:tc>
          <w:tcPr>
            <w:tcW w:w="1008" w:type="dxa"/>
          </w:tcPr>
          <w:p w14:paraId="638CE8F8" w14:textId="77777777" w:rsidR="00E71A28" w:rsidRPr="008E7D12" w:rsidRDefault="00000000">
            <w:pPr>
              <w:rPr>
                <w:sz w:val="20"/>
                <w:szCs w:val="20"/>
              </w:rPr>
            </w:pPr>
            <w:r>
              <w:rPr>
                <w:sz w:val="20"/>
                <w:szCs w:val="20"/>
              </w:rPr>
              <w:t>3</w:t>
            </w:r>
          </w:p>
        </w:tc>
        <w:tc>
          <w:tcPr>
            <w:tcW w:w="1728" w:type="dxa"/>
          </w:tcPr>
          <w:p w14:paraId="2FD267E2" w14:textId="77777777" w:rsidR="00E71A28" w:rsidRPr="008E7D12" w:rsidRDefault="00000000">
            <w:pPr>
              <w:rPr>
                <w:sz w:val="20"/>
                <w:szCs w:val="20"/>
              </w:rPr>
            </w:pPr>
            <w:r>
              <w:rPr>
                <w:sz w:val="20"/>
                <w:szCs w:val="20"/>
              </w:rPr>
              <w:t>5</w:t>
            </w:r>
          </w:p>
        </w:tc>
        <w:tc>
          <w:tcPr>
            <w:tcW w:w="1584" w:type="dxa"/>
          </w:tcPr>
          <w:p w14:paraId="35E81142" w14:textId="77777777" w:rsidR="00E71A28" w:rsidRPr="008E7D12" w:rsidRDefault="00000000">
            <w:pPr>
              <w:rPr>
                <w:sz w:val="20"/>
                <w:szCs w:val="20"/>
              </w:rPr>
            </w:pPr>
            <w:r>
              <w:rPr>
                <w:sz w:val="20"/>
                <w:szCs w:val="20"/>
              </w:rPr>
              <w:t>2</w:t>
            </w:r>
          </w:p>
        </w:tc>
        <w:tc>
          <w:tcPr>
            <w:tcW w:w="1296" w:type="dxa"/>
          </w:tcPr>
          <w:p w14:paraId="22EAE7BF" w14:textId="77777777" w:rsidR="00E71A28" w:rsidRPr="008E7D12" w:rsidRDefault="00000000">
            <w:pPr>
              <w:rPr>
                <w:sz w:val="20"/>
                <w:szCs w:val="20"/>
              </w:rPr>
            </w:pPr>
            <w:r>
              <w:rPr>
                <w:sz w:val="20"/>
                <w:szCs w:val="20"/>
              </w:rPr>
              <w:t>3.25</w:t>
            </w:r>
          </w:p>
        </w:tc>
      </w:tr>
      <w:tr w:rsidR="00E71A28" w:rsidRPr="008E7D12" w14:paraId="3E6193AD" w14:textId="77777777" w:rsidTr="008E7D12">
        <w:tc>
          <w:tcPr>
            <w:tcW w:w="1152" w:type="dxa"/>
          </w:tcPr>
          <w:p w14:paraId="4D4B4274" w14:textId="77777777" w:rsidR="00E71A28" w:rsidRPr="008E7D12" w:rsidRDefault="00000000">
            <w:pPr>
              <w:rPr>
                <w:sz w:val="20"/>
                <w:szCs w:val="20"/>
              </w:rPr>
            </w:pPr>
            <w:r>
              <w:rPr>
                <w:sz w:val="20"/>
                <w:szCs w:val="20"/>
              </w:rPr>
              <w:t>10</w:t>
            </w:r>
          </w:p>
        </w:tc>
        <w:tc>
          <w:tcPr>
            <w:tcW w:w="1008" w:type="dxa"/>
          </w:tcPr>
          <w:p w14:paraId="5B41415E" w14:textId="77777777" w:rsidR="00E71A28" w:rsidRPr="008E7D12" w:rsidRDefault="00000000">
            <w:pPr>
              <w:rPr>
                <w:sz w:val="20"/>
                <w:szCs w:val="20"/>
              </w:rPr>
            </w:pPr>
            <w:r>
              <w:rPr>
                <w:sz w:val="20"/>
                <w:szCs w:val="20"/>
              </w:rPr>
              <w:t>B</w:t>
            </w:r>
          </w:p>
        </w:tc>
        <w:tc>
          <w:tcPr>
            <w:tcW w:w="2448" w:type="dxa"/>
          </w:tcPr>
          <w:p w14:paraId="71759C32" w14:textId="77777777" w:rsidR="00E71A28" w:rsidRPr="008E7D12" w:rsidRDefault="00000000">
            <w:pPr>
              <w:rPr>
                <w:sz w:val="20"/>
                <w:szCs w:val="20"/>
              </w:rPr>
            </w:pPr>
            <w:r>
              <w:rPr>
                <w:sz w:val="20"/>
                <w:szCs w:val="20"/>
              </w:rPr>
              <w:t>ChatGPT (LLM1)</w:t>
            </w:r>
          </w:p>
        </w:tc>
        <w:tc>
          <w:tcPr>
            <w:tcW w:w="1296" w:type="dxa"/>
          </w:tcPr>
          <w:p w14:paraId="47F61D54" w14:textId="77777777" w:rsidR="00E71A28" w:rsidRPr="008E7D12" w:rsidRDefault="00000000">
            <w:pPr>
              <w:rPr>
                <w:sz w:val="20"/>
                <w:szCs w:val="20"/>
              </w:rPr>
            </w:pPr>
            <w:r>
              <w:rPr>
                <w:sz w:val="20"/>
                <w:szCs w:val="20"/>
              </w:rPr>
              <w:t>3</w:t>
            </w:r>
          </w:p>
        </w:tc>
        <w:tc>
          <w:tcPr>
            <w:tcW w:w="1008" w:type="dxa"/>
          </w:tcPr>
          <w:p w14:paraId="47D00066" w14:textId="77777777" w:rsidR="00E71A28" w:rsidRPr="008E7D12" w:rsidRDefault="00000000">
            <w:pPr>
              <w:rPr>
                <w:sz w:val="20"/>
                <w:szCs w:val="20"/>
              </w:rPr>
            </w:pPr>
            <w:r>
              <w:rPr>
                <w:sz w:val="20"/>
                <w:szCs w:val="20"/>
              </w:rPr>
              <w:t>3</w:t>
            </w:r>
          </w:p>
        </w:tc>
        <w:tc>
          <w:tcPr>
            <w:tcW w:w="1728" w:type="dxa"/>
          </w:tcPr>
          <w:p w14:paraId="11AC1D94" w14:textId="77777777" w:rsidR="00E71A28" w:rsidRPr="008E7D12" w:rsidRDefault="00000000">
            <w:pPr>
              <w:rPr>
                <w:sz w:val="20"/>
                <w:szCs w:val="20"/>
              </w:rPr>
            </w:pPr>
            <w:r>
              <w:rPr>
                <w:sz w:val="20"/>
                <w:szCs w:val="20"/>
              </w:rPr>
              <w:t>4</w:t>
            </w:r>
          </w:p>
        </w:tc>
        <w:tc>
          <w:tcPr>
            <w:tcW w:w="1584" w:type="dxa"/>
          </w:tcPr>
          <w:p w14:paraId="12F7660C" w14:textId="77777777" w:rsidR="00E71A28" w:rsidRPr="008E7D12" w:rsidRDefault="00000000">
            <w:pPr>
              <w:rPr>
                <w:sz w:val="20"/>
                <w:szCs w:val="20"/>
              </w:rPr>
            </w:pPr>
            <w:r>
              <w:rPr>
                <w:sz w:val="20"/>
                <w:szCs w:val="20"/>
              </w:rPr>
              <w:t>3</w:t>
            </w:r>
          </w:p>
        </w:tc>
        <w:tc>
          <w:tcPr>
            <w:tcW w:w="1296" w:type="dxa"/>
          </w:tcPr>
          <w:p w14:paraId="3812A570" w14:textId="77777777" w:rsidR="00E71A28" w:rsidRPr="008E7D12" w:rsidRDefault="00000000">
            <w:pPr>
              <w:rPr>
                <w:sz w:val="20"/>
                <w:szCs w:val="20"/>
              </w:rPr>
            </w:pPr>
            <w:r>
              <w:rPr>
                <w:sz w:val="20"/>
                <w:szCs w:val="20"/>
              </w:rPr>
              <w:t>3.25</w:t>
            </w:r>
          </w:p>
        </w:tc>
      </w:tr>
      <w:tr w:rsidR="00E71A28" w:rsidRPr="008E7D12" w14:paraId="76ECA45B" w14:textId="77777777" w:rsidTr="008E7D12">
        <w:tc>
          <w:tcPr>
            <w:tcW w:w="1152" w:type="dxa"/>
          </w:tcPr>
          <w:p w14:paraId="406B3375" w14:textId="77777777" w:rsidR="00E71A28" w:rsidRPr="008E7D12" w:rsidRDefault="00000000">
            <w:pPr>
              <w:rPr>
                <w:sz w:val="20"/>
                <w:szCs w:val="20"/>
              </w:rPr>
            </w:pPr>
            <w:r>
              <w:rPr>
                <w:sz w:val="20"/>
                <w:szCs w:val="20"/>
              </w:rPr>
              <w:t>10</w:t>
            </w:r>
          </w:p>
        </w:tc>
        <w:tc>
          <w:tcPr>
            <w:tcW w:w="1008" w:type="dxa"/>
          </w:tcPr>
          <w:p w14:paraId="6BA1E0A6" w14:textId="77777777" w:rsidR="00E71A28" w:rsidRPr="008E7D12" w:rsidRDefault="00000000">
            <w:pPr>
              <w:rPr>
                <w:sz w:val="20"/>
                <w:szCs w:val="20"/>
              </w:rPr>
            </w:pPr>
            <w:r>
              <w:rPr>
                <w:sz w:val="20"/>
                <w:szCs w:val="20"/>
              </w:rPr>
              <w:t>B</w:t>
            </w:r>
          </w:p>
        </w:tc>
        <w:tc>
          <w:tcPr>
            <w:tcW w:w="2448" w:type="dxa"/>
          </w:tcPr>
          <w:p w14:paraId="3C3435A5" w14:textId="77777777" w:rsidR="00E71A28" w:rsidRPr="008E7D12" w:rsidRDefault="00000000">
            <w:pPr>
              <w:rPr>
                <w:sz w:val="20"/>
                <w:szCs w:val="20"/>
              </w:rPr>
            </w:pPr>
            <w:r>
              <w:rPr>
                <w:sz w:val="20"/>
                <w:szCs w:val="20"/>
              </w:rPr>
              <w:t>Claude (LLM2)</w:t>
            </w:r>
          </w:p>
        </w:tc>
        <w:tc>
          <w:tcPr>
            <w:tcW w:w="1296" w:type="dxa"/>
          </w:tcPr>
          <w:p w14:paraId="39FABFCD" w14:textId="77777777" w:rsidR="00E71A28" w:rsidRPr="008E7D12" w:rsidRDefault="00000000">
            <w:pPr>
              <w:rPr>
                <w:sz w:val="20"/>
                <w:szCs w:val="20"/>
              </w:rPr>
            </w:pPr>
            <w:r>
              <w:rPr>
                <w:sz w:val="20"/>
                <w:szCs w:val="20"/>
              </w:rPr>
              <w:t>5</w:t>
            </w:r>
          </w:p>
        </w:tc>
        <w:tc>
          <w:tcPr>
            <w:tcW w:w="1008" w:type="dxa"/>
          </w:tcPr>
          <w:p w14:paraId="639CF28A" w14:textId="77777777" w:rsidR="00E71A28" w:rsidRPr="008E7D12" w:rsidRDefault="00000000">
            <w:pPr>
              <w:rPr>
                <w:sz w:val="20"/>
                <w:szCs w:val="20"/>
              </w:rPr>
            </w:pPr>
            <w:r>
              <w:rPr>
                <w:sz w:val="20"/>
                <w:szCs w:val="20"/>
              </w:rPr>
              <w:t>5</w:t>
            </w:r>
          </w:p>
        </w:tc>
        <w:tc>
          <w:tcPr>
            <w:tcW w:w="1728" w:type="dxa"/>
          </w:tcPr>
          <w:p w14:paraId="17117486" w14:textId="77777777" w:rsidR="00E71A28" w:rsidRPr="008E7D12" w:rsidRDefault="00000000">
            <w:pPr>
              <w:rPr>
                <w:sz w:val="20"/>
                <w:szCs w:val="20"/>
              </w:rPr>
            </w:pPr>
            <w:r>
              <w:rPr>
                <w:sz w:val="20"/>
                <w:szCs w:val="20"/>
              </w:rPr>
              <w:t>5</w:t>
            </w:r>
          </w:p>
        </w:tc>
        <w:tc>
          <w:tcPr>
            <w:tcW w:w="1584" w:type="dxa"/>
          </w:tcPr>
          <w:p w14:paraId="13AFEABC" w14:textId="77777777" w:rsidR="00E71A28" w:rsidRPr="008E7D12" w:rsidRDefault="00000000">
            <w:pPr>
              <w:rPr>
                <w:sz w:val="20"/>
                <w:szCs w:val="20"/>
              </w:rPr>
            </w:pPr>
            <w:r>
              <w:rPr>
                <w:sz w:val="20"/>
                <w:szCs w:val="20"/>
              </w:rPr>
              <w:t>4</w:t>
            </w:r>
          </w:p>
        </w:tc>
        <w:tc>
          <w:tcPr>
            <w:tcW w:w="1296" w:type="dxa"/>
          </w:tcPr>
          <w:p w14:paraId="5ECCEEA9" w14:textId="77777777" w:rsidR="00E71A28" w:rsidRPr="008E7D12" w:rsidRDefault="00000000">
            <w:pPr>
              <w:rPr>
                <w:sz w:val="20"/>
                <w:szCs w:val="20"/>
              </w:rPr>
            </w:pPr>
            <w:r>
              <w:rPr>
                <w:sz w:val="20"/>
                <w:szCs w:val="20"/>
              </w:rPr>
              <w:t>4.75</w:t>
            </w:r>
          </w:p>
        </w:tc>
      </w:tr>
      <w:tr w:rsidR="00E71A28" w:rsidRPr="008E7D12" w14:paraId="6D31F10D" w14:textId="77777777" w:rsidTr="008E7D12">
        <w:tc>
          <w:tcPr>
            <w:tcW w:w="1152" w:type="dxa"/>
          </w:tcPr>
          <w:p w14:paraId="6F6A2487" w14:textId="77777777" w:rsidR="00E71A28" w:rsidRPr="008E7D12" w:rsidRDefault="00000000">
            <w:pPr>
              <w:rPr>
                <w:sz w:val="20"/>
                <w:szCs w:val="20"/>
              </w:rPr>
            </w:pPr>
            <w:r>
              <w:rPr>
                <w:sz w:val="20"/>
                <w:szCs w:val="20"/>
              </w:rPr>
              <w:t>10</w:t>
            </w:r>
          </w:p>
        </w:tc>
        <w:tc>
          <w:tcPr>
            <w:tcW w:w="1008" w:type="dxa"/>
          </w:tcPr>
          <w:p w14:paraId="5608376B" w14:textId="77777777" w:rsidR="00E71A28" w:rsidRPr="008E7D12" w:rsidRDefault="00000000">
            <w:pPr>
              <w:rPr>
                <w:sz w:val="20"/>
                <w:szCs w:val="20"/>
              </w:rPr>
            </w:pPr>
            <w:r>
              <w:rPr>
                <w:sz w:val="20"/>
                <w:szCs w:val="20"/>
              </w:rPr>
              <w:t>B</w:t>
            </w:r>
          </w:p>
        </w:tc>
        <w:tc>
          <w:tcPr>
            <w:tcW w:w="2448" w:type="dxa"/>
          </w:tcPr>
          <w:p w14:paraId="1442DEC3" w14:textId="77777777" w:rsidR="00E71A28" w:rsidRPr="008E7D12" w:rsidRDefault="00000000">
            <w:pPr>
              <w:rPr>
                <w:sz w:val="20"/>
                <w:szCs w:val="20"/>
              </w:rPr>
            </w:pPr>
            <w:r>
              <w:rPr>
                <w:sz w:val="20"/>
                <w:szCs w:val="20"/>
              </w:rPr>
              <w:t>Gemini (LLM3)</w:t>
            </w:r>
          </w:p>
        </w:tc>
        <w:tc>
          <w:tcPr>
            <w:tcW w:w="1296" w:type="dxa"/>
          </w:tcPr>
          <w:p w14:paraId="64689EFA" w14:textId="77777777" w:rsidR="00E71A28" w:rsidRPr="008E7D12" w:rsidRDefault="00000000">
            <w:pPr>
              <w:rPr>
                <w:sz w:val="20"/>
                <w:szCs w:val="20"/>
              </w:rPr>
            </w:pPr>
            <w:r>
              <w:rPr>
                <w:sz w:val="20"/>
                <w:szCs w:val="20"/>
              </w:rPr>
              <w:t>5</w:t>
            </w:r>
          </w:p>
        </w:tc>
        <w:tc>
          <w:tcPr>
            <w:tcW w:w="1008" w:type="dxa"/>
          </w:tcPr>
          <w:p w14:paraId="1CA7C93E" w14:textId="77777777" w:rsidR="00E71A28" w:rsidRPr="008E7D12" w:rsidRDefault="00000000">
            <w:pPr>
              <w:rPr>
                <w:sz w:val="20"/>
                <w:szCs w:val="20"/>
              </w:rPr>
            </w:pPr>
            <w:r>
              <w:rPr>
                <w:sz w:val="20"/>
                <w:szCs w:val="20"/>
              </w:rPr>
              <w:t>3</w:t>
            </w:r>
          </w:p>
        </w:tc>
        <w:tc>
          <w:tcPr>
            <w:tcW w:w="1728" w:type="dxa"/>
          </w:tcPr>
          <w:p w14:paraId="6BE022FE" w14:textId="77777777" w:rsidR="00E71A28" w:rsidRPr="008E7D12" w:rsidRDefault="00000000">
            <w:pPr>
              <w:rPr>
                <w:sz w:val="20"/>
                <w:szCs w:val="20"/>
              </w:rPr>
            </w:pPr>
            <w:r>
              <w:rPr>
                <w:sz w:val="20"/>
                <w:szCs w:val="20"/>
              </w:rPr>
              <w:t>3</w:t>
            </w:r>
          </w:p>
        </w:tc>
        <w:tc>
          <w:tcPr>
            <w:tcW w:w="1584" w:type="dxa"/>
          </w:tcPr>
          <w:p w14:paraId="10AB5174" w14:textId="77777777" w:rsidR="00E71A28" w:rsidRPr="008E7D12" w:rsidRDefault="00000000">
            <w:pPr>
              <w:rPr>
                <w:sz w:val="20"/>
                <w:szCs w:val="20"/>
              </w:rPr>
            </w:pPr>
            <w:r>
              <w:rPr>
                <w:sz w:val="20"/>
                <w:szCs w:val="20"/>
              </w:rPr>
              <w:t>3</w:t>
            </w:r>
          </w:p>
        </w:tc>
        <w:tc>
          <w:tcPr>
            <w:tcW w:w="1296" w:type="dxa"/>
          </w:tcPr>
          <w:p w14:paraId="17608744" w14:textId="77777777" w:rsidR="00E71A28" w:rsidRPr="008E7D12" w:rsidRDefault="00000000">
            <w:pPr>
              <w:rPr>
                <w:sz w:val="20"/>
                <w:szCs w:val="20"/>
              </w:rPr>
            </w:pPr>
            <w:r>
              <w:rPr>
                <w:sz w:val="20"/>
                <w:szCs w:val="20"/>
              </w:rPr>
              <w:t>3.50</w:t>
            </w:r>
          </w:p>
        </w:tc>
      </w:tr>
      <w:tr w:rsidR="00E71A28" w:rsidRPr="008E7D12" w14:paraId="46CA7CD6" w14:textId="77777777" w:rsidTr="008E7D12">
        <w:tc>
          <w:tcPr>
            <w:tcW w:w="1152" w:type="dxa"/>
          </w:tcPr>
          <w:p w14:paraId="2FF96627" w14:textId="77777777" w:rsidR="00E71A28" w:rsidRPr="008E7D12" w:rsidRDefault="00000000">
            <w:pPr>
              <w:rPr>
                <w:sz w:val="20"/>
                <w:szCs w:val="20"/>
              </w:rPr>
            </w:pPr>
            <w:r>
              <w:rPr>
                <w:sz w:val="20"/>
                <w:szCs w:val="20"/>
              </w:rPr>
              <w:t>10</w:t>
            </w:r>
          </w:p>
        </w:tc>
        <w:tc>
          <w:tcPr>
            <w:tcW w:w="1008" w:type="dxa"/>
          </w:tcPr>
          <w:p w14:paraId="0DD0A556" w14:textId="77777777" w:rsidR="00E71A28" w:rsidRPr="008E7D12" w:rsidRDefault="00000000">
            <w:pPr>
              <w:rPr>
                <w:sz w:val="20"/>
                <w:szCs w:val="20"/>
              </w:rPr>
            </w:pPr>
            <w:r>
              <w:rPr>
                <w:sz w:val="20"/>
                <w:szCs w:val="20"/>
              </w:rPr>
              <w:t>B</w:t>
            </w:r>
          </w:p>
        </w:tc>
        <w:tc>
          <w:tcPr>
            <w:tcW w:w="2448" w:type="dxa"/>
          </w:tcPr>
          <w:p w14:paraId="18638C71" w14:textId="77777777" w:rsidR="00E71A28" w:rsidRPr="008E7D12" w:rsidRDefault="00000000">
            <w:pPr>
              <w:rPr>
                <w:sz w:val="20"/>
                <w:szCs w:val="20"/>
              </w:rPr>
            </w:pPr>
            <w:r>
              <w:rPr>
                <w:sz w:val="20"/>
                <w:szCs w:val="20"/>
              </w:rPr>
              <w:t>OpenEvidence (LLM4)</w:t>
            </w:r>
          </w:p>
        </w:tc>
        <w:tc>
          <w:tcPr>
            <w:tcW w:w="1296" w:type="dxa"/>
          </w:tcPr>
          <w:p w14:paraId="3E0F875E" w14:textId="77777777" w:rsidR="00E71A28" w:rsidRPr="008E7D12" w:rsidRDefault="00000000">
            <w:pPr>
              <w:rPr>
                <w:sz w:val="20"/>
                <w:szCs w:val="20"/>
              </w:rPr>
            </w:pPr>
            <w:r>
              <w:rPr>
                <w:sz w:val="20"/>
                <w:szCs w:val="20"/>
              </w:rPr>
              <w:t>5</w:t>
            </w:r>
          </w:p>
        </w:tc>
        <w:tc>
          <w:tcPr>
            <w:tcW w:w="1008" w:type="dxa"/>
          </w:tcPr>
          <w:p w14:paraId="74C90374" w14:textId="77777777" w:rsidR="00E71A28" w:rsidRPr="008E7D12" w:rsidRDefault="00000000">
            <w:pPr>
              <w:rPr>
                <w:sz w:val="20"/>
                <w:szCs w:val="20"/>
              </w:rPr>
            </w:pPr>
            <w:r>
              <w:rPr>
                <w:sz w:val="20"/>
                <w:szCs w:val="20"/>
              </w:rPr>
              <w:t>5</w:t>
            </w:r>
          </w:p>
        </w:tc>
        <w:tc>
          <w:tcPr>
            <w:tcW w:w="1728" w:type="dxa"/>
          </w:tcPr>
          <w:p w14:paraId="5E965EF7" w14:textId="77777777" w:rsidR="00E71A28" w:rsidRPr="008E7D12" w:rsidRDefault="00000000">
            <w:pPr>
              <w:rPr>
                <w:sz w:val="20"/>
                <w:szCs w:val="20"/>
              </w:rPr>
            </w:pPr>
            <w:r>
              <w:rPr>
                <w:sz w:val="20"/>
                <w:szCs w:val="20"/>
              </w:rPr>
              <w:t>5</w:t>
            </w:r>
          </w:p>
        </w:tc>
        <w:tc>
          <w:tcPr>
            <w:tcW w:w="1584" w:type="dxa"/>
          </w:tcPr>
          <w:p w14:paraId="49C6243D" w14:textId="77777777" w:rsidR="00E71A28" w:rsidRPr="008E7D12" w:rsidRDefault="00000000">
            <w:pPr>
              <w:rPr>
                <w:sz w:val="20"/>
                <w:szCs w:val="20"/>
              </w:rPr>
            </w:pPr>
            <w:r>
              <w:rPr>
                <w:sz w:val="20"/>
                <w:szCs w:val="20"/>
              </w:rPr>
              <w:t>5</w:t>
            </w:r>
          </w:p>
        </w:tc>
        <w:tc>
          <w:tcPr>
            <w:tcW w:w="1296" w:type="dxa"/>
          </w:tcPr>
          <w:p w14:paraId="51691153" w14:textId="77777777" w:rsidR="00E71A28" w:rsidRPr="008E7D12" w:rsidRDefault="00000000">
            <w:pPr>
              <w:rPr>
                <w:sz w:val="20"/>
                <w:szCs w:val="20"/>
              </w:rPr>
            </w:pPr>
            <w:r>
              <w:rPr>
                <w:sz w:val="20"/>
                <w:szCs w:val="20"/>
              </w:rPr>
              <w:t>5.00</w:t>
            </w:r>
          </w:p>
        </w:tc>
      </w:tr>
      <w:tr w:rsidR="00E71A28" w:rsidRPr="008E7D12" w14:paraId="4C038BC8" w14:textId="77777777" w:rsidTr="008E7D12">
        <w:tc>
          <w:tcPr>
            <w:tcW w:w="1152" w:type="dxa"/>
          </w:tcPr>
          <w:p w14:paraId="6123F5DB" w14:textId="77777777" w:rsidR="00E71A28" w:rsidRPr="008E7D12" w:rsidRDefault="00000000">
            <w:pPr>
              <w:rPr>
                <w:sz w:val="20"/>
                <w:szCs w:val="20"/>
              </w:rPr>
            </w:pPr>
            <w:r>
              <w:rPr>
                <w:sz w:val="20"/>
                <w:szCs w:val="20"/>
              </w:rPr>
              <w:t>10</w:t>
            </w:r>
          </w:p>
        </w:tc>
        <w:tc>
          <w:tcPr>
            <w:tcW w:w="1008" w:type="dxa"/>
          </w:tcPr>
          <w:p w14:paraId="3B9BC3C7" w14:textId="77777777" w:rsidR="00E71A28" w:rsidRPr="008E7D12" w:rsidRDefault="00000000">
            <w:pPr>
              <w:rPr>
                <w:sz w:val="20"/>
                <w:szCs w:val="20"/>
              </w:rPr>
            </w:pPr>
            <w:r>
              <w:rPr>
                <w:sz w:val="20"/>
                <w:szCs w:val="20"/>
              </w:rPr>
              <w:t>B</w:t>
            </w:r>
          </w:p>
        </w:tc>
        <w:tc>
          <w:tcPr>
            <w:tcW w:w="2448" w:type="dxa"/>
          </w:tcPr>
          <w:p w14:paraId="61B26E60" w14:textId="77777777" w:rsidR="00E71A28" w:rsidRPr="008E7D12" w:rsidRDefault="00000000">
            <w:pPr>
              <w:rPr>
                <w:sz w:val="20"/>
                <w:szCs w:val="20"/>
              </w:rPr>
            </w:pPr>
            <w:r>
              <w:rPr>
                <w:sz w:val="20"/>
                <w:szCs w:val="20"/>
              </w:rPr>
              <w:t>Perplexity (LLM5)</w:t>
            </w:r>
          </w:p>
        </w:tc>
        <w:tc>
          <w:tcPr>
            <w:tcW w:w="1296" w:type="dxa"/>
          </w:tcPr>
          <w:p w14:paraId="154144D9" w14:textId="77777777" w:rsidR="00E71A28" w:rsidRPr="008E7D12" w:rsidRDefault="00000000">
            <w:pPr>
              <w:rPr>
                <w:sz w:val="20"/>
                <w:szCs w:val="20"/>
              </w:rPr>
            </w:pPr>
            <w:r>
              <w:rPr>
                <w:sz w:val="20"/>
                <w:szCs w:val="20"/>
              </w:rPr>
              <w:t>4</w:t>
            </w:r>
          </w:p>
        </w:tc>
        <w:tc>
          <w:tcPr>
            <w:tcW w:w="1008" w:type="dxa"/>
          </w:tcPr>
          <w:p w14:paraId="03FB08DC" w14:textId="77777777" w:rsidR="00E71A28" w:rsidRPr="008E7D12" w:rsidRDefault="00000000">
            <w:pPr>
              <w:rPr>
                <w:sz w:val="20"/>
                <w:szCs w:val="20"/>
              </w:rPr>
            </w:pPr>
            <w:r>
              <w:rPr>
                <w:sz w:val="20"/>
                <w:szCs w:val="20"/>
              </w:rPr>
              <w:t>3</w:t>
            </w:r>
          </w:p>
        </w:tc>
        <w:tc>
          <w:tcPr>
            <w:tcW w:w="1728" w:type="dxa"/>
          </w:tcPr>
          <w:p w14:paraId="508F9319" w14:textId="77777777" w:rsidR="00E71A28" w:rsidRPr="008E7D12" w:rsidRDefault="00000000">
            <w:pPr>
              <w:rPr>
                <w:sz w:val="20"/>
                <w:szCs w:val="20"/>
              </w:rPr>
            </w:pPr>
            <w:r>
              <w:rPr>
                <w:sz w:val="20"/>
                <w:szCs w:val="20"/>
              </w:rPr>
              <w:t>3</w:t>
            </w:r>
          </w:p>
        </w:tc>
        <w:tc>
          <w:tcPr>
            <w:tcW w:w="1584" w:type="dxa"/>
          </w:tcPr>
          <w:p w14:paraId="2F0B023F" w14:textId="77777777" w:rsidR="00E71A28" w:rsidRPr="008E7D12" w:rsidRDefault="00000000">
            <w:pPr>
              <w:rPr>
                <w:sz w:val="20"/>
                <w:szCs w:val="20"/>
              </w:rPr>
            </w:pPr>
            <w:r>
              <w:rPr>
                <w:sz w:val="20"/>
                <w:szCs w:val="20"/>
              </w:rPr>
              <w:t>3</w:t>
            </w:r>
          </w:p>
        </w:tc>
        <w:tc>
          <w:tcPr>
            <w:tcW w:w="1296" w:type="dxa"/>
          </w:tcPr>
          <w:p w14:paraId="5461EE65" w14:textId="77777777" w:rsidR="00E71A28" w:rsidRPr="008E7D12" w:rsidRDefault="00000000">
            <w:pPr>
              <w:rPr>
                <w:sz w:val="20"/>
                <w:szCs w:val="20"/>
              </w:rPr>
            </w:pPr>
            <w:r>
              <w:rPr>
                <w:sz w:val="20"/>
                <w:szCs w:val="20"/>
              </w:rPr>
              <w:t>3.25</w:t>
            </w:r>
          </w:p>
        </w:tc>
      </w:tr>
      <w:tr w:rsidR="00E71A28" w:rsidRPr="008E7D12" w14:paraId="028B0115" w14:textId="77777777" w:rsidTr="008E7D12">
        <w:tc>
          <w:tcPr>
            <w:tcW w:w="1152" w:type="dxa"/>
          </w:tcPr>
          <w:p w14:paraId="3F16517F" w14:textId="77777777" w:rsidR="00E71A28" w:rsidRPr="008E7D12" w:rsidRDefault="00000000">
            <w:pPr>
              <w:rPr>
                <w:sz w:val="20"/>
                <w:szCs w:val="20"/>
              </w:rPr>
            </w:pPr>
            <w:r>
              <w:rPr>
                <w:sz w:val="20"/>
                <w:szCs w:val="20"/>
              </w:rPr>
              <w:t>11</w:t>
            </w:r>
          </w:p>
        </w:tc>
        <w:tc>
          <w:tcPr>
            <w:tcW w:w="1008" w:type="dxa"/>
          </w:tcPr>
          <w:p w14:paraId="564146CF" w14:textId="77777777" w:rsidR="00E71A28" w:rsidRPr="008E7D12" w:rsidRDefault="00000000">
            <w:pPr>
              <w:rPr>
                <w:sz w:val="20"/>
                <w:szCs w:val="20"/>
              </w:rPr>
            </w:pPr>
            <w:r>
              <w:rPr>
                <w:sz w:val="20"/>
                <w:szCs w:val="20"/>
              </w:rPr>
              <w:t>B</w:t>
            </w:r>
          </w:p>
        </w:tc>
        <w:tc>
          <w:tcPr>
            <w:tcW w:w="2448" w:type="dxa"/>
          </w:tcPr>
          <w:p w14:paraId="21464C97" w14:textId="77777777" w:rsidR="00E71A28" w:rsidRPr="008E7D12" w:rsidRDefault="00000000">
            <w:pPr>
              <w:rPr>
                <w:sz w:val="20"/>
                <w:szCs w:val="20"/>
              </w:rPr>
            </w:pPr>
            <w:r>
              <w:rPr>
                <w:sz w:val="20"/>
                <w:szCs w:val="20"/>
              </w:rPr>
              <w:t>ChatGPT (LLM1)</w:t>
            </w:r>
          </w:p>
        </w:tc>
        <w:tc>
          <w:tcPr>
            <w:tcW w:w="1296" w:type="dxa"/>
          </w:tcPr>
          <w:p w14:paraId="20F50B15" w14:textId="77777777" w:rsidR="00E71A28" w:rsidRPr="008E7D12" w:rsidRDefault="00000000">
            <w:pPr>
              <w:rPr>
                <w:sz w:val="20"/>
                <w:szCs w:val="20"/>
              </w:rPr>
            </w:pPr>
            <w:r>
              <w:rPr>
                <w:sz w:val="20"/>
                <w:szCs w:val="20"/>
              </w:rPr>
              <w:t>5</w:t>
            </w:r>
          </w:p>
        </w:tc>
        <w:tc>
          <w:tcPr>
            <w:tcW w:w="1008" w:type="dxa"/>
          </w:tcPr>
          <w:p w14:paraId="73B6F061" w14:textId="77777777" w:rsidR="00E71A28" w:rsidRPr="008E7D12" w:rsidRDefault="00000000">
            <w:pPr>
              <w:rPr>
                <w:sz w:val="20"/>
                <w:szCs w:val="20"/>
              </w:rPr>
            </w:pPr>
            <w:r>
              <w:rPr>
                <w:sz w:val="20"/>
                <w:szCs w:val="20"/>
              </w:rPr>
              <w:t>3</w:t>
            </w:r>
          </w:p>
        </w:tc>
        <w:tc>
          <w:tcPr>
            <w:tcW w:w="1728" w:type="dxa"/>
          </w:tcPr>
          <w:p w14:paraId="4C30AB94" w14:textId="77777777" w:rsidR="00E71A28" w:rsidRPr="008E7D12" w:rsidRDefault="00000000">
            <w:pPr>
              <w:rPr>
                <w:sz w:val="20"/>
                <w:szCs w:val="20"/>
              </w:rPr>
            </w:pPr>
            <w:r>
              <w:rPr>
                <w:sz w:val="20"/>
                <w:szCs w:val="20"/>
              </w:rPr>
              <w:t>5</w:t>
            </w:r>
          </w:p>
        </w:tc>
        <w:tc>
          <w:tcPr>
            <w:tcW w:w="1584" w:type="dxa"/>
          </w:tcPr>
          <w:p w14:paraId="02332DCD" w14:textId="77777777" w:rsidR="00E71A28" w:rsidRPr="008E7D12" w:rsidRDefault="00000000">
            <w:pPr>
              <w:rPr>
                <w:sz w:val="20"/>
                <w:szCs w:val="20"/>
              </w:rPr>
            </w:pPr>
            <w:r>
              <w:rPr>
                <w:sz w:val="20"/>
                <w:szCs w:val="20"/>
              </w:rPr>
              <w:t>3</w:t>
            </w:r>
          </w:p>
        </w:tc>
        <w:tc>
          <w:tcPr>
            <w:tcW w:w="1296" w:type="dxa"/>
          </w:tcPr>
          <w:p w14:paraId="0070CD92" w14:textId="77777777" w:rsidR="00E71A28" w:rsidRPr="008E7D12" w:rsidRDefault="00000000">
            <w:pPr>
              <w:rPr>
                <w:sz w:val="20"/>
                <w:szCs w:val="20"/>
              </w:rPr>
            </w:pPr>
            <w:r>
              <w:rPr>
                <w:sz w:val="20"/>
                <w:szCs w:val="20"/>
              </w:rPr>
              <w:t>4.00</w:t>
            </w:r>
          </w:p>
        </w:tc>
      </w:tr>
      <w:tr w:rsidR="00E71A28" w:rsidRPr="008E7D12" w14:paraId="3CEACA54" w14:textId="77777777" w:rsidTr="008E7D12">
        <w:tc>
          <w:tcPr>
            <w:tcW w:w="1152" w:type="dxa"/>
          </w:tcPr>
          <w:p w14:paraId="29B53F18" w14:textId="77777777" w:rsidR="00E71A28" w:rsidRPr="008E7D12" w:rsidRDefault="00000000">
            <w:pPr>
              <w:rPr>
                <w:sz w:val="20"/>
                <w:szCs w:val="20"/>
              </w:rPr>
            </w:pPr>
            <w:r>
              <w:rPr>
                <w:sz w:val="20"/>
                <w:szCs w:val="20"/>
              </w:rPr>
              <w:t>11</w:t>
            </w:r>
          </w:p>
        </w:tc>
        <w:tc>
          <w:tcPr>
            <w:tcW w:w="1008" w:type="dxa"/>
          </w:tcPr>
          <w:p w14:paraId="2942327A" w14:textId="77777777" w:rsidR="00E71A28" w:rsidRPr="008E7D12" w:rsidRDefault="00000000">
            <w:pPr>
              <w:rPr>
                <w:sz w:val="20"/>
                <w:szCs w:val="20"/>
              </w:rPr>
            </w:pPr>
            <w:r>
              <w:rPr>
                <w:sz w:val="20"/>
                <w:szCs w:val="20"/>
              </w:rPr>
              <w:t>B</w:t>
            </w:r>
          </w:p>
        </w:tc>
        <w:tc>
          <w:tcPr>
            <w:tcW w:w="2448" w:type="dxa"/>
          </w:tcPr>
          <w:p w14:paraId="6B973C29" w14:textId="77777777" w:rsidR="00E71A28" w:rsidRPr="008E7D12" w:rsidRDefault="00000000">
            <w:pPr>
              <w:rPr>
                <w:sz w:val="20"/>
                <w:szCs w:val="20"/>
              </w:rPr>
            </w:pPr>
            <w:r>
              <w:rPr>
                <w:sz w:val="20"/>
                <w:szCs w:val="20"/>
              </w:rPr>
              <w:t>Claude (LLM2)</w:t>
            </w:r>
          </w:p>
        </w:tc>
        <w:tc>
          <w:tcPr>
            <w:tcW w:w="1296" w:type="dxa"/>
          </w:tcPr>
          <w:p w14:paraId="23EBDE2E" w14:textId="77777777" w:rsidR="00E71A28" w:rsidRPr="008E7D12" w:rsidRDefault="00000000">
            <w:pPr>
              <w:rPr>
                <w:sz w:val="20"/>
                <w:szCs w:val="20"/>
              </w:rPr>
            </w:pPr>
            <w:r>
              <w:rPr>
                <w:sz w:val="20"/>
                <w:szCs w:val="20"/>
              </w:rPr>
              <w:t>5</w:t>
            </w:r>
          </w:p>
        </w:tc>
        <w:tc>
          <w:tcPr>
            <w:tcW w:w="1008" w:type="dxa"/>
          </w:tcPr>
          <w:p w14:paraId="2AB74E86" w14:textId="77777777" w:rsidR="00E71A28" w:rsidRPr="008E7D12" w:rsidRDefault="00000000">
            <w:pPr>
              <w:rPr>
                <w:sz w:val="20"/>
                <w:szCs w:val="20"/>
              </w:rPr>
            </w:pPr>
            <w:r>
              <w:rPr>
                <w:sz w:val="20"/>
                <w:szCs w:val="20"/>
              </w:rPr>
              <w:t>5</w:t>
            </w:r>
          </w:p>
        </w:tc>
        <w:tc>
          <w:tcPr>
            <w:tcW w:w="1728" w:type="dxa"/>
          </w:tcPr>
          <w:p w14:paraId="554C2CEA" w14:textId="77777777" w:rsidR="00E71A28" w:rsidRPr="008E7D12" w:rsidRDefault="00000000">
            <w:pPr>
              <w:rPr>
                <w:sz w:val="20"/>
                <w:szCs w:val="20"/>
              </w:rPr>
            </w:pPr>
            <w:r>
              <w:rPr>
                <w:sz w:val="20"/>
                <w:szCs w:val="20"/>
              </w:rPr>
              <w:t>5</w:t>
            </w:r>
          </w:p>
        </w:tc>
        <w:tc>
          <w:tcPr>
            <w:tcW w:w="1584" w:type="dxa"/>
          </w:tcPr>
          <w:p w14:paraId="6663FCB9" w14:textId="77777777" w:rsidR="00E71A28" w:rsidRPr="008E7D12" w:rsidRDefault="00000000">
            <w:pPr>
              <w:rPr>
                <w:sz w:val="20"/>
                <w:szCs w:val="20"/>
              </w:rPr>
            </w:pPr>
            <w:r>
              <w:rPr>
                <w:sz w:val="20"/>
                <w:szCs w:val="20"/>
              </w:rPr>
              <w:t>5</w:t>
            </w:r>
          </w:p>
        </w:tc>
        <w:tc>
          <w:tcPr>
            <w:tcW w:w="1296" w:type="dxa"/>
          </w:tcPr>
          <w:p w14:paraId="24E33EBE" w14:textId="77777777" w:rsidR="00E71A28" w:rsidRPr="008E7D12" w:rsidRDefault="00000000">
            <w:pPr>
              <w:rPr>
                <w:sz w:val="20"/>
                <w:szCs w:val="20"/>
              </w:rPr>
            </w:pPr>
            <w:r>
              <w:rPr>
                <w:sz w:val="20"/>
                <w:szCs w:val="20"/>
              </w:rPr>
              <w:t>5.00</w:t>
            </w:r>
          </w:p>
        </w:tc>
      </w:tr>
      <w:tr w:rsidR="00E71A28" w:rsidRPr="008E7D12" w14:paraId="5D413C19" w14:textId="77777777" w:rsidTr="008E7D12">
        <w:tc>
          <w:tcPr>
            <w:tcW w:w="1152" w:type="dxa"/>
          </w:tcPr>
          <w:p w14:paraId="1660C10D" w14:textId="77777777" w:rsidR="00E71A28" w:rsidRPr="008E7D12" w:rsidRDefault="00000000">
            <w:pPr>
              <w:rPr>
                <w:sz w:val="20"/>
                <w:szCs w:val="20"/>
              </w:rPr>
            </w:pPr>
            <w:r>
              <w:rPr>
                <w:sz w:val="20"/>
                <w:szCs w:val="20"/>
              </w:rPr>
              <w:lastRenderedPageBreak/>
              <w:t>11</w:t>
            </w:r>
          </w:p>
        </w:tc>
        <w:tc>
          <w:tcPr>
            <w:tcW w:w="1008" w:type="dxa"/>
          </w:tcPr>
          <w:p w14:paraId="18DABC9C" w14:textId="77777777" w:rsidR="00E71A28" w:rsidRPr="008E7D12" w:rsidRDefault="00000000">
            <w:pPr>
              <w:rPr>
                <w:sz w:val="20"/>
                <w:szCs w:val="20"/>
              </w:rPr>
            </w:pPr>
            <w:r>
              <w:rPr>
                <w:sz w:val="20"/>
                <w:szCs w:val="20"/>
              </w:rPr>
              <w:t>B</w:t>
            </w:r>
          </w:p>
        </w:tc>
        <w:tc>
          <w:tcPr>
            <w:tcW w:w="2448" w:type="dxa"/>
          </w:tcPr>
          <w:p w14:paraId="1A825895" w14:textId="77777777" w:rsidR="00E71A28" w:rsidRPr="008E7D12" w:rsidRDefault="00000000">
            <w:pPr>
              <w:rPr>
                <w:sz w:val="20"/>
                <w:szCs w:val="20"/>
              </w:rPr>
            </w:pPr>
            <w:r>
              <w:rPr>
                <w:sz w:val="20"/>
                <w:szCs w:val="20"/>
              </w:rPr>
              <w:t>Gemini (LLM3)</w:t>
            </w:r>
          </w:p>
        </w:tc>
        <w:tc>
          <w:tcPr>
            <w:tcW w:w="1296" w:type="dxa"/>
          </w:tcPr>
          <w:p w14:paraId="158D108B" w14:textId="77777777" w:rsidR="00E71A28" w:rsidRPr="008E7D12" w:rsidRDefault="00000000">
            <w:pPr>
              <w:rPr>
                <w:sz w:val="20"/>
                <w:szCs w:val="20"/>
              </w:rPr>
            </w:pPr>
            <w:r>
              <w:rPr>
                <w:sz w:val="20"/>
                <w:szCs w:val="20"/>
              </w:rPr>
              <w:t>5</w:t>
            </w:r>
          </w:p>
        </w:tc>
        <w:tc>
          <w:tcPr>
            <w:tcW w:w="1008" w:type="dxa"/>
          </w:tcPr>
          <w:p w14:paraId="5FC051C0" w14:textId="77777777" w:rsidR="00E71A28" w:rsidRPr="008E7D12" w:rsidRDefault="00000000">
            <w:pPr>
              <w:rPr>
                <w:sz w:val="20"/>
                <w:szCs w:val="20"/>
              </w:rPr>
            </w:pPr>
            <w:r>
              <w:rPr>
                <w:sz w:val="20"/>
                <w:szCs w:val="20"/>
              </w:rPr>
              <w:t>5</w:t>
            </w:r>
          </w:p>
        </w:tc>
        <w:tc>
          <w:tcPr>
            <w:tcW w:w="1728" w:type="dxa"/>
          </w:tcPr>
          <w:p w14:paraId="700D27DC" w14:textId="77777777" w:rsidR="00E71A28" w:rsidRPr="008E7D12" w:rsidRDefault="00000000">
            <w:pPr>
              <w:rPr>
                <w:sz w:val="20"/>
                <w:szCs w:val="20"/>
              </w:rPr>
            </w:pPr>
            <w:r>
              <w:rPr>
                <w:sz w:val="20"/>
                <w:szCs w:val="20"/>
              </w:rPr>
              <w:t>5</w:t>
            </w:r>
          </w:p>
        </w:tc>
        <w:tc>
          <w:tcPr>
            <w:tcW w:w="1584" w:type="dxa"/>
          </w:tcPr>
          <w:p w14:paraId="43BF1F74" w14:textId="77777777" w:rsidR="00E71A28" w:rsidRPr="008E7D12" w:rsidRDefault="00000000">
            <w:pPr>
              <w:rPr>
                <w:sz w:val="20"/>
                <w:szCs w:val="20"/>
              </w:rPr>
            </w:pPr>
            <w:r>
              <w:rPr>
                <w:sz w:val="20"/>
                <w:szCs w:val="20"/>
              </w:rPr>
              <w:t>4</w:t>
            </w:r>
          </w:p>
        </w:tc>
        <w:tc>
          <w:tcPr>
            <w:tcW w:w="1296" w:type="dxa"/>
          </w:tcPr>
          <w:p w14:paraId="16267AC9" w14:textId="77777777" w:rsidR="00E71A28" w:rsidRPr="008E7D12" w:rsidRDefault="00000000">
            <w:pPr>
              <w:rPr>
                <w:sz w:val="20"/>
                <w:szCs w:val="20"/>
              </w:rPr>
            </w:pPr>
            <w:r>
              <w:rPr>
                <w:sz w:val="20"/>
                <w:szCs w:val="20"/>
              </w:rPr>
              <w:t>4.75</w:t>
            </w:r>
          </w:p>
        </w:tc>
      </w:tr>
      <w:tr w:rsidR="00E71A28" w:rsidRPr="008E7D12" w14:paraId="3BC22871" w14:textId="77777777" w:rsidTr="008E7D12">
        <w:tc>
          <w:tcPr>
            <w:tcW w:w="1152" w:type="dxa"/>
          </w:tcPr>
          <w:p w14:paraId="2AAB6513" w14:textId="77777777" w:rsidR="00E71A28" w:rsidRPr="008E7D12" w:rsidRDefault="00000000">
            <w:pPr>
              <w:rPr>
                <w:sz w:val="20"/>
                <w:szCs w:val="20"/>
              </w:rPr>
            </w:pPr>
            <w:r>
              <w:rPr>
                <w:sz w:val="20"/>
                <w:szCs w:val="20"/>
              </w:rPr>
              <w:t>11</w:t>
            </w:r>
          </w:p>
        </w:tc>
        <w:tc>
          <w:tcPr>
            <w:tcW w:w="1008" w:type="dxa"/>
          </w:tcPr>
          <w:p w14:paraId="0C514327" w14:textId="77777777" w:rsidR="00E71A28" w:rsidRPr="008E7D12" w:rsidRDefault="00000000">
            <w:pPr>
              <w:rPr>
                <w:sz w:val="20"/>
                <w:szCs w:val="20"/>
              </w:rPr>
            </w:pPr>
            <w:r>
              <w:rPr>
                <w:sz w:val="20"/>
                <w:szCs w:val="20"/>
              </w:rPr>
              <w:t>B</w:t>
            </w:r>
          </w:p>
        </w:tc>
        <w:tc>
          <w:tcPr>
            <w:tcW w:w="2448" w:type="dxa"/>
          </w:tcPr>
          <w:p w14:paraId="2489D9F4" w14:textId="77777777" w:rsidR="00E71A28" w:rsidRPr="008E7D12" w:rsidRDefault="00000000">
            <w:pPr>
              <w:rPr>
                <w:sz w:val="20"/>
                <w:szCs w:val="20"/>
              </w:rPr>
            </w:pPr>
            <w:r>
              <w:rPr>
                <w:sz w:val="20"/>
                <w:szCs w:val="20"/>
              </w:rPr>
              <w:t>OpenEvidence (LLM4)</w:t>
            </w:r>
          </w:p>
        </w:tc>
        <w:tc>
          <w:tcPr>
            <w:tcW w:w="1296" w:type="dxa"/>
          </w:tcPr>
          <w:p w14:paraId="577B349D" w14:textId="77777777" w:rsidR="00E71A28" w:rsidRPr="008E7D12" w:rsidRDefault="00000000">
            <w:pPr>
              <w:rPr>
                <w:sz w:val="20"/>
                <w:szCs w:val="20"/>
              </w:rPr>
            </w:pPr>
            <w:r>
              <w:rPr>
                <w:sz w:val="20"/>
                <w:szCs w:val="20"/>
              </w:rPr>
              <w:t>5</w:t>
            </w:r>
          </w:p>
        </w:tc>
        <w:tc>
          <w:tcPr>
            <w:tcW w:w="1008" w:type="dxa"/>
          </w:tcPr>
          <w:p w14:paraId="2C9E561C" w14:textId="77777777" w:rsidR="00E71A28" w:rsidRPr="008E7D12" w:rsidRDefault="00000000">
            <w:pPr>
              <w:rPr>
                <w:sz w:val="20"/>
                <w:szCs w:val="20"/>
              </w:rPr>
            </w:pPr>
            <w:r>
              <w:rPr>
                <w:sz w:val="20"/>
                <w:szCs w:val="20"/>
              </w:rPr>
              <w:t>5</w:t>
            </w:r>
          </w:p>
        </w:tc>
        <w:tc>
          <w:tcPr>
            <w:tcW w:w="1728" w:type="dxa"/>
          </w:tcPr>
          <w:p w14:paraId="515A394D" w14:textId="77777777" w:rsidR="00E71A28" w:rsidRPr="008E7D12" w:rsidRDefault="00000000">
            <w:pPr>
              <w:rPr>
                <w:sz w:val="20"/>
                <w:szCs w:val="20"/>
              </w:rPr>
            </w:pPr>
            <w:r>
              <w:rPr>
                <w:sz w:val="20"/>
                <w:szCs w:val="20"/>
              </w:rPr>
              <w:t>5</w:t>
            </w:r>
          </w:p>
        </w:tc>
        <w:tc>
          <w:tcPr>
            <w:tcW w:w="1584" w:type="dxa"/>
          </w:tcPr>
          <w:p w14:paraId="0D55239B" w14:textId="77777777" w:rsidR="00E71A28" w:rsidRPr="008E7D12" w:rsidRDefault="00000000">
            <w:pPr>
              <w:rPr>
                <w:sz w:val="20"/>
                <w:szCs w:val="20"/>
              </w:rPr>
            </w:pPr>
            <w:r>
              <w:rPr>
                <w:sz w:val="20"/>
                <w:szCs w:val="20"/>
              </w:rPr>
              <w:t>5</w:t>
            </w:r>
          </w:p>
        </w:tc>
        <w:tc>
          <w:tcPr>
            <w:tcW w:w="1296" w:type="dxa"/>
          </w:tcPr>
          <w:p w14:paraId="1643A29D" w14:textId="77777777" w:rsidR="00E71A28" w:rsidRPr="008E7D12" w:rsidRDefault="00000000">
            <w:pPr>
              <w:rPr>
                <w:sz w:val="20"/>
                <w:szCs w:val="20"/>
              </w:rPr>
            </w:pPr>
            <w:r>
              <w:rPr>
                <w:sz w:val="20"/>
                <w:szCs w:val="20"/>
              </w:rPr>
              <w:t>5.00</w:t>
            </w:r>
          </w:p>
        </w:tc>
      </w:tr>
      <w:tr w:rsidR="00E71A28" w:rsidRPr="008E7D12" w14:paraId="60BE7D0F" w14:textId="77777777" w:rsidTr="008E7D12">
        <w:tc>
          <w:tcPr>
            <w:tcW w:w="1152" w:type="dxa"/>
          </w:tcPr>
          <w:p w14:paraId="229654DD" w14:textId="77777777" w:rsidR="00E71A28" w:rsidRPr="008E7D12" w:rsidRDefault="00000000">
            <w:pPr>
              <w:rPr>
                <w:sz w:val="20"/>
                <w:szCs w:val="20"/>
              </w:rPr>
            </w:pPr>
            <w:r>
              <w:rPr>
                <w:sz w:val="20"/>
                <w:szCs w:val="20"/>
              </w:rPr>
              <w:t>11</w:t>
            </w:r>
          </w:p>
        </w:tc>
        <w:tc>
          <w:tcPr>
            <w:tcW w:w="1008" w:type="dxa"/>
          </w:tcPr>
          <w:p w14:paraId="7C4265A4" w14:textId="77777777" w:rsidR="00E71A28" w:rsidRPr="008E7D12" w:rsidRDefault="00000000">
            <w:pPr>
              <w:rPr>
                <w:sz w:val="20"/>
                <w:szCs w:val="20"/>
              </w:rPr>
            </w:pPr>
            <w:r>
              <w:rPr>
                <w:sz w:val="20"/>
                <w:szCs w:val="20"/>
              </w:rPr>
              <w:t>B</w:t>
            </w:r>
          </w:p>
        </w:tc>
        <w:tc>
          <w:tcPr>
            <w:tcW w:w="2448" w:type="dxa"/>
          </w:tcPr>
          <w:p w14:paraId="1A425019" w14:textId="77777777" w:rsidR="00E71A28" w:rsidRPr="008E7D12" w:rsidRDefault="00000000">
            <w:pPr>
              <w:rPr>
                <w:sz w:val="20"/>
                <w:szCs w:val="20"/>
              </w:rPr>
            </w:pPr>
            <w:r>
              <w:rPr>
                <w:sz w:val="20"/>
                <w:szCs w:val="20"/>
              </w:rPr>
              <w:t>Perplexity (LLM5)</w:t>
            </w:r>
          </w:p>
        </w:tc>
        <w:tc>
          <w:tcPr>
            <w:tcW w:w="1296" w:type="dxa"/>
          </w:tcPr>
          <w:p w14:paraId="7D078AF2" w14:textId="77777777" w:rsidR="00E71A28" w:rsidRPr="008E7D12" w:rsidRDefault="00000000">
            <w:pPr>
              <w:rPr>
                <w:sz w:val="20"/>
                <w:szCs w:val="20"/>
              </w:rPr>
            </w:pPr>
            <w:r>
              <w:rPr>
                <w:sz w:val="20"/>
                <w:szCs w:val="20"/>
              </w:rPr>
              <w:t>4</w:t>
            </w:r>
          </w:p>
        </w:tc>
        <w:tc>
          <w:tcPr>
            <w:tcW w:w="1008" w:type="dxa"/>
          </w:tcPr>
          <w:p w14:paraId="256A6B23" w14:textId="77777777" w:rsidR="00E71A28" w:rsidRPr="008E7D12" w:rsidRDefault="00000000">
            <w:pPr>
              <w:rPr>
                <w:sz w:val="20"/>
                <w:szCs w:val="20"/>
              </w:rPr>
            </w:pPr>
            <w:r>
              <w:rPr>
                <w:sz w:val="20"/>
                <w:szCs w:val="20"/>
              </w:rPr>
              <w:t>3</w:t>
            </w:r>
          </w:p>
        </w:tc>
        <w:tc>
          <w:tcPr>
            <w:tcW w:w="1728" w:type="dxa"/>
          </w:tcPr>
          <w:p w14:paraId="7E9CF60D" w14:textId="77777777" w:rsidR="00E71A28" w:rsidRPr="008E7D12" w:rsidRDefault="00000000">
            <w:pPr>
              <w:rPr>
                <w:sz w:val="20"/>
                <w:szCs w:val="20"/>
              </w:rPr>
            </w:pPr>
            <w:r>
              <w:rPr>
                <w:sz w:val="20"/>
                <w:szCs w:val="20"/>
              </w:rPr>
              <w:t>3</w:t>
            </w:r>
          </w:p>
        </w:tc>
        <w:tc>
          <w:tcPr>
            <w:tcW w:w="1584" w:type="dxa"/>
          </w:tcPr>
          <w:p w14:paraId="669856D8" w14:textId="77777777" w:rsidR="00E71A28" w:rsidRPr="008E7D12" w:rsidRDefault="00000000">
            <w:pPr>
              <w:rPr>
                <w:sz w:val="20"/>
                <w:szCs w:val="20"/>
              </w:rPr>
            </w:pPr>
            <w:r>
              <w:rPr>
                <w:sz w:val="20"/>
                <w:szCs w:val="20"/>
              </w:rPr>
              <w:t>3</w:t>
            </w:r>
          </w:p>
        </w:tc>
        <w:tc>
          <w:tcPr>
            <w:tcW w:w="1296" w:type="dxa"/>
          </w:tcPr>
          <w:p w14:paraId="7D487BB3" w14:textId="77777777" w:rsidR="00E71A28" w:rsidRPr="008E7D12" w:rsidRDefault="00000000">
            <w:pPr>
              <w:rPr>
                <w:sz w:val="20"/>
                <w:szCs w:val="20"/>
              </w:rPr>
            </w:pPr>
            <w:r>
              <w:rPr>
                <w:sz w:val="20"/>
                <w:szCs w:val="20"/>
              </w:rPr>
              <w:t>3.25</w:t>
            </w:r>
          </w:p>
        </w:tc>
      </w:tr>
      <w:tr w:rsidR="00E71A28" w:rsidRPr="008E7D12" w14:paraId="7A0DB238" w14:textId="77777777" w:rsidTr="008E7D12">
        <w:tc>
          <w:tcPr>
            <w:tcW w:w="1152" w:type="dxa"/>
          </w:tcPr>
          <w:p w14:paraId="06D08C2F" w14:textId="77777777" w:rsidR="00E71A28" w:rsidRPr="008E7D12" w:rsidRDefault="00000000">
            <w:pPr>
              <w:rPr>
                <w:sz w:val="20"/>
                <w:szCs w:val="20"/>
              </w:rPr>
            </w:pPr>
            <w:r>
              <w:rPr>
                <w:sz w:val="20"/>
                <w:szCs w:val="20"/>
              </w:rPr>
              <w:t>12</w:t>
            </w:r>
          </w:p>
        </w:tc>
        <w:tc>
          <w:tcPr>
            <w:tcW w:w="1008" w:type="dxa"/>
          </w:tcPr>
          <w:p w14:paraId="099E917D" w14:textId="77777777" w:rsidR="00E71A28" w:rsidRPr="008E7D12" w:rsidRDefault="00000000">
            <w:pPr>
              <w:rPr>
                <w:sz w:val="20"/>
                <w:szCs w:val="20"/>
              </w:rPr>
            </w:pPr>
            <w:r>
              <w:rPr>
                <w:sz w:val="20"/>
                <w:szCs w:val="20"/>
              </w:rPr>
              <w:t>B</w:t>
            </w:r>
          </w:p>
        </w:tc>
        <w:tc>
          <w:tcPr>
            <w:tcW w:w="2448" w:type="dxa"/>
          </w:tcPr>
          <w:p w14:paraId="2340148C" w14:textId="77777777" w:rsidR="00E71A28" w:rsidRPr="008E7D12" w:rsidRDefault="00000000">
            <w:pPr>
              <w:rPr>
                <w:sz w:val="20"/>
                <w:szCs w:val="20"/>
              </w:rPr>
            </w:pPr>
            <w:r>
              <w:rPr>
                <w:sz w:val="20"/>
                <w:szCs w:val="20"/>
              </w:rPr>
              <w:t>ChatGPT (LLM1)</w:t>
            </w:r>
          </w:p>
        </w:tc>
        <w:tc>
          <w:tcPr>
            <w:tcW w:w="1296" w:type="dxa"/>
          </w:tcPr>
          <w:p w14:paraId="6C60F1CF" w14:textId="77777777" w:rsidR="00E71A28" w:rsidRPr="008E7D12" w:rsidRDefault="00000000">
            <w:pPr>
              <w:rPr>
                <w:sz w:val="20"/>
                <w:szCs w:val="20"/>
              </w:rPr>
            </w:pPr>
            <w:r>
              <w:rPr>
                <w:sz w:val="20"/>
                <w:szCs w:val="20"/>
              </w:rPr>
              <w:t>4</w:t>
            </w:r>
          </w:p>
        </w:tc>
        <w:tc>
          <w:tcPr>
            <w:tcW w:w="1008" w:type="dxa"/>
          </w:tcPr>
          <w:p w14:paraId="5E297FD1" w14:textId="77777777" w:rsidR="00E71A28" w:rsidRPr="008E7D12" w:rsidRDefault="00000000">
            <w:pPr>
              <w:rPr>
                <w:sz w:val="20"/>
                <w:szCs w:val="20"/>
              </w:rPr>
            </w:pPr>
            <w:r>
              <w:rPr>
                <w:sz w:val="20"/>
                <w:szCs w:val="20"/>
              </w:rPr>
              <w:t>4</w:t>
            </w:r>
          </w:p>
        </w:tc>
        <w:tc>
          <w:tcPr>
            <w:tcW w:w="1728" w:type="dxa"/>
          </w:tcPr>
          <w:p w14:paraId="79196B3C" w14:textId="77777777" w:rsidR="00E71A28" w:rsidRPr="008E7D12" w:rsidRDefault="00000000">
            <w:pPr>
              <w:rPr>
                <w:sz w:val="20"/>
                <w:szCs w:val="20"/>
              </w:rPr>
            </w:pPr>
            <w:r>
              <w:rPr>
                <w:sz w:val="20"/>
                <w:szCs w:val="20"/>
              </w:rPr>
              <w:t>5</w:t>
            </w:r>
          </w:p>
        </w:tc>
        <w:tc>
          <w:tcPr>
            <w:tcW w:w="1584" w:type="dxa"/>
          </w:tcPr>
          <w:p w14:paraId="5F33D5BB" w14:textId="77777777" w:rsidR="00E71A28" w:rsidRPr="008E7D12" w:rsidRDefault="00000000">
            <w:pPr>
              <w:rPr>
                <w:sz w:val="20"/>
                <w:szCs w:val="20"/>
              </w:rPr>
            </w:pPr>
            <w:r>
              <w:rPr>
                <w:sz w:val="20"/>
                <w:szCs w:val="20"/>
              </w:rPr>
              <w:t>3</w:t>
            </w:r>
          </w:p>
        </w:tc>
        <w:tc>
          <w:tcPr>
            <w:tcW w:w="1296" w:type="dxa"/>
          </w:tcPr>
          <w:p w14:paraId="629B475D" w14:textId="77777777" w:rsidR="00E71A28" w:rsidRPr="008E7D12" w:rsidRDefault="00000000">
            <w:pPr>
              <w:rPr>
                <w:sz w:val="20"/>
                <w:szCs w:val="20"/>
              </w:rPr>
            </w:pPr>
            <w:r>
              <w:rPr>
                <w:sz w:val="20"/>
                <w:szCs w:val="20"/>
              </w:rPr>
              <w:t>4.00</w:t>
            </w:r>
          </w:p>
        </w:tc>
      </w:tr>
      <w:tr w:rsidR="00E71A28" w:rsidRPr="008E7D12" w14:paraId="6C27D3AA" w14:textId="77777777" w:rsidTr="008E7D12">
        <w:tc>
          <w:tcPr>
            <w:tcW w:w="1152" w:type="dxa"/>
          </w:tcPr>
          <w:p w14:paraId="7A7AFCB6" w14:textId="77777777" w:rsidR="00E71A28" w:rsidRPr="008E7D12" w:rsidRDefault="00000000">
            <w:pPr>
              <w:rPr>
                <w:sz w:val="20"/>
                <w:szCs w:val="20"/>
              </w:rPr>
            </w:pPr>
            <w:r>
              <w:rPr>
                <w:sz w:val="20"/>
                <w:szCs w:val="20"/>
              </w:rPr>
              <w:t>12</w:t>
            </w:r>
          </w:p>
        </w:tc>
        <w:tc>
          <w:tcPr>
            <w:tcW w:w="1008" w:type="dxa"/>
          </w:tcPr>
          <w:p w14:paraId="5B3DC162" w14:textId="77777777" w:rsidR="00E71A28" w:rsidRPr="008E7D12" w:rsidRDefault="00000000">
            <w:pPr>
              <w:rPr>
                <w:sz w:val="20"/>
                <w:szCs w:val="20"/>
              </w:rPr>
            </w:pPr>
            <w:r>
              <w:rPr>
                <w:sz w:val="20"/>
                <w:szCs w:val="20"/>
              </w:rPr>
              <w:t>B</w:t>
            </w:r>
          </w:p>
        </w:tc>
        <w:tc>
          <w:tcPr>
            <w:tcW w:w="2448" w:type="dxa"/>
          </w:tcPr>
          <w:p w14:paraId="6B30C2C3" w14:textId="77777777" w:rsidR="00E71A28" w:rsidRPr="008E7D12" w:rsidRDefault="00000000">
            <w:pPr>
              <w:rPr>
                <w:sz w:val="20"/>
                <w:szCs w:val="20"/>
              </w:rPr>
            </w:pPr>
            <w:r>
              <w:rPr>
                <w:sz w:val="20"/>
                <w:szCs w:val="20"/>
              </w:rPr>
              <w:t>Claude (LLM2)</w:t>
            </w:r>
          </w:p>
        </w:tc>
        <w:tc>
          <w:tcPr>
            <w:tcW w:w="1296" w:type="dxa"/>
          </w:tcPr>
          <w:p w14:paraId="48AC9DD6" w14:textId="77777777" w:rsidR="00E71A28" w:rsidRPr="008E7D12" w:rsidRDefault="00000000">
            <w:pPr>
              <w:rPr>
                <w:sz w:val="20"/>
                <w:szCs w:val="20"/>
              </w:rPr>
            </w:pPr>
            <w:r>
              <w:rPr>
                <w:sz w:val="20"/>
                <w:szCs w:val="20"/>
              </w:rPr>
              <w:t>5</w:t>
            </w:r>
          </w:p>
        </w:tc>
        <w:tc>
          <w:tcPr>
            <w:tcW w:w="1008" w:type="dxa"/>
          </w:tcPr>
          <w:p w14:paraId="21300345" w14:textId="77777777" w:rsidR="00E71A28" w:rsidRPr="008E7D12" w:rsidRDefault="00000000">
            <w:pPr>
              <w:rPr>
                <w:sz w:val="20"/>
                <w:szCs w:val="20"/>
              </w:rPr>
            </w:pPr>
            <w:r>
              <w:rPr>
                <w:sz w:val="20"/>
                <w:szCs w:val="20"/>
              </w:rPr>
              <w:t>5</w:t>
            </w:r>
          </w:p>
        </w:tc>
        <w:tc>
          <w:tcPr>
            <w:tcW w:w="1728" w:type="dxa"/>
          </w:tcPr>
          <w:p w14:paraId="49FA3074" w14:textId="77777777" w:rsidR="00E71A28" w:rsidRPr="008E7D12" w:rsidRDefault="00000000">
            <w:pPr>
              <w:rPr>
                <w:sz w:val="20"/>
                <w:szCs w:val="20"/>
              </w:rPr>
            </w:pPr>
            <w:r>
              <w:rPr>
                <w:sz w:val="20"/>
                <w:szCs w:val="20"/>
              </w:rPr>
              <w:t>5</w:t>
            </w:r>
          </w:p>
        </w:tc>
        <w:tc>
          <w:tcPr>
            <w:tcW w:w="1584" w:type="dxa"/>
          </w:tcPr>
          <w:p w14:paraId="1E21A96F" w14:textId="77777777" w:rsidR="00E71A28" w:rsidRPr="008E7D12" w:rsidRDefault="00000000">
            <w:pPr>
              <w:rPr>
                <w:sz w:val="20"/>
                <w:szCs w:val="20"/>
              </w:rPr>
            </w:pPr>
            <w:r>
              <w:rPr>
                <w:sz w:val="20"/>
                <w:szCs w:val="20"/>
              </w:rPr>
              <w:t>5</w:t>
            </w:r>
          </w:p>
        </w:tc>
        <w:tc>
          <w:tcPr>
            <w:tcW w:w="1296" w:type="dxa"/>
          </w:tcPr>
          <w:p w14:paraId="0C6DD242" w14:textId="77777777" w:rsidR="00E71A28" w:rsidRPr="008E7D12" w:rsidRDefault="00000000">
            <w:pPr>
              <w:rPr>
                <w:sz w:val="20"/>
                <w:szCs w:val="20"/>
              </w:rPr>
            </w:pPr>
            <w:r>
              <w:rPr>
                <w:sz w:val="20"/>
                <w:szCs w:val="20"/>
              </w:rPr>
              <w:t>5.00</w:t>
            </w:r>
          </w:p>
        </w:tc>
      </w:tr>
      <w:tr w:rsidR="00E71A28" w:rsidRPr="008E7D12" w14:paraId="1D35840F" w14:textId="77777777" w:rsidTr="008E7D12">
        <w:tc>
          <w:tcPr>
            <w:tcW w:w="1152" w:type="dxa"/>
          </w:tcPr>
          <w:p w14:paraId="4EF0089C" w14:textId="77777777" w:rsidR="00E71A28" w:rsidRPr="008E7D12" w:rsidRDefault="00000000">
            <w:pPr>
              <w:rPr>
                <w:sz w:val="20"/>
                <w:szCs w:val="20"/>
              </w:rPr>
            </w:pPr>
            <w:r>
              <w:rPr>
                <w:sz w:val="20"/>
                <w:szCs w:val="20"/>
              </w:rPr>
              <w:t>12</w:t>
            </w:r>
          </w:p>
        </w:tc>
        <w:tc>
          <w:tcPr>
            <w:tcW w:w="1008" w:type="dxa"/>
          </w:tcPr>
          <w:p w14:paraId="69871938" w14:textId="77777777" w:rsidR="00E71A28" w:rsidRPr="008E7D12" w:rsidRDefault="00000000">
            <w:pPr>
              <w:rPr>
                <w:sz w:val="20"/>
                <w:szCs w:val="20"/>
              </w:rPr>
            </w:pPr>
            <w:r>
              <w:rPr>
                <w:sz w:val="20"/>
                <w:szCs w:val="20"/>
              </w:rPr>
              <w:t>B</w:t>
            </w:r>
          </w:p>
        </w:tc>
        <w:tc>
          <w:tcPr>
            <w:tcW w:w="2448" w:type="dxa"/>
          </w:tcPr>
          <w:p w14:paraId="7EDF5D4B" w14:textId="77777777" w:rsidR="00E71A28" w:rsidRPr="008E7D12" w:rsidRDefault="00000000">
            <w:pPr>
              <w:rPr>
                <w:sz w:val="20"/>
                <w:szCs w:val="20"/>
              </w:rPr>
            </w:pPr>
            <w:r>
              <w:rPr>
                <w:sz w:val="20"/>
                <w:szCs w:val="20"/>
              </w:rPr>
              <w:t>Gemini (LLM3)</w:t>
            </w:r>
          </w:p>
        </w:tc>
        <w:tc>
          <w:tcPr>
            <w:tcW w:w="1296" w:type="dxa"/>
          </w:tcPr>
          <w:p w14:paraId="5A0B1249" w14:textId="77777777" w:rsidR="00E71A28" w:rsidRPr="008E7D12" w:rsidRDefault="00000000">
            <w:pPr>
              <w:rPr>
                <w:sz w:val="20"/>
                <w:szCs w:val="20"/>
              </w:rPr>
            </w:pPr>
            <w:r>
              <w:rPr>
                <w:sz w:val="20"/>
                <w:szCs w:val="20"/>
              </w:rPr>
              <w:t>5</w:t>
            </w:r>
          </w:p>
        </w:tc>
        <w:tc>
          <w:tcPr>
            <w:tcW w:w="1008" w:type="dxa"/>
          </w:tcPr>
          <w:p w14:paraId="75C96716" w14:textId="77777777" w:rsidR="00E71A28" w:rsidRPr="008E7D12" w:rsidRDefault="00000000">
            <w:pPr>
              <w:rPr>
                <w:sz w:val="20"/>
                <w:szCs w:val="20"/>
              </w:rPr>
            </w:pPr>
            <w:r>
              <w:rPr>
                <w:sz w:val="20"/>
                <w:szCs w:val="20"/>
              </w:rPr>
              <w:t>5</w:t>
            </w:r>
          </w:p>
        </w:tc>
        <w:tc>
          <w:tcPr>
            <w:tcW w:w="1728" w:type="dxa"/>
          </w:tcPr>
          <w:p w14:paraId="4A84BEC3" w14:textId="77777777" w:rsidR="00E71A28" w:rsidRPr="008E7D12" w:rsidRDefault="00000000">
            <w:pPr>
              <w:rPr>
                <w:sz w:val="20"/>
                <w:szCs w:val="20"/>
              </w:rPr>
            </w:pPr>
            <w:r>
              <w:rPr>
                <w:sz w:val="20"/>
                <w:szCs w:val="20"/>
              </w:rPr>
              <w:t>5</w:t>
            </w:r>
          </w:p>
        </w:tc>
        <w:tc>
          <w:tcPr>
            <w:tcW w:w="1584" w:type="dxa"/>
          </w:tcPr>
          <w:p w14:paraId="61971DC6" w14:textId="77777777" w:rsidR="00E71A28" w:rsidRPr="008E7D12" w:rsidRDefault="00000000">
            <w:pPr>
              <w:rPr>
                <w:sz w:val="20"/>
                <w:szCs w:val="20"/>
              </w:rPr>
            </w:pPr>
            <w:r>
              <w:rPr>
                <w:sz w:val="20"/>
                <w:szCs w:val="20"/>
              </w:rPr>
              <w:t>4</w:t>
            </w:r>
          </w:p>
        </w:tc>
        <w:tc>
          <w:tcPr>
            <w:tcW w:w="1296" w:type="dxa"/>
          </w:tcPr>
          <w:p w14:paraId="7D5E1416" w14:textId="77777777" w:rsidR="00E71A28" w:rsidRPr="008E7D12" w:rsidRDefault="00000000">
            <w:pPr>
              <w:rPr>
                <w:sz w:val="20"/>
                <w:szCs w:val="20"/>
              </w:rPr>
            </w:pPr>
            <w:r>
              <w:rPr>
                <w:sz w:val="20"/>
                <w:szCs w:val="20"/>
              </w:rPr>
              <w:t>4.75</w:t>
            </w:r>
          </w:p>
        </w:tc>
      </w:tr>
      <w:tr w:rsidR="00E71A28" w:rsidRPr="008E7D12" w14:paraId="1FCEEDE0" w14:textId="77777777" w:rsidTr="008E7D12">
        <w:tc>
          <w:tcPr>
            <w:tcW w:w="1152" w:type="dxa"/>
          </w:tcPr>
          <w:p w14:paraId="2917F4DD" w14:textId="77777777" w:rsidR="00E71A28" w:rsidRPr="008E7D12" w:rsidRDefault="00000000">
            <w:pPr>
              <w:rPr>
                <w:sz w:val="20"/>
                <w:szCs w:val="20"/>
              </w:rPr>
            </w:pPr>
            <w:r>
              <w:rPr>
                <w:sz w:val="20"/>
                <w:szCs w:val="20"/>
              </w:rPr>
              <w:t>12</w:t>
            </w:r>
          </w:p>
        </w:tc>
        <w:tc>
          <w:tcPr>
            <w:tcW w:w="1008" w:type="dxa"/>
          </w:tcPr>
          <w:p w14:paraId="17198BB8" w14:textId="77777777" w:rsidR="00E71A28" w:rsidRPr="008E7D12" w:rsidRDefault="00000000">
            <w:pPr>
              <w:rPr>
                <w:sz w:val="20"/>
                <w:szCs w:val="20"/>
              </w:rPr>
            </w:pPr>
            <w:r>
              <w:rPr>
                <w:sz w:val="20"/>
                <w:szCs w:val="20"/>
              </w:rPr>
              <w:t>B</w:t>
            </w:r>
          </w:p>
        </w:tc>
        <w:tc>
          <w:tcPr>
            <w:tcW w:w="2448" w:type="dxa"/>
          </w:tcPr>
          <w:p w14:paraId="4A11C59E" w14:textId="77777777" w:rsidR="00E71A28" w:rsidRPr="008E7D12" w:rsidRDefault="00000000">
            <w:pPr>
              <w:rPr>
                <w:sz w:val="20"/>
                <w:szCs w:val="20"/>
              </w:rPr>
            </w:pPr>
            <w:r>
              <w:rPr>
                <w:sz w:val="20"/>
                <w:szCs w:val="20"/>
              </w:rPr>
              <w:t>OpenEvidence (LLM4)</w:t>
            </w:r>
          </w:p>
        </w:tc>
        <w:tc>
          <w:tcPr>
            <w:tcW w:w="1296" w:type="dxa"/>
          </w:tcPr>
          <w:p w14:paraId="26D72BF2" w14:textId="77777777" w:rsidR="00E71A28" w:rsidRPr="008E7D12" w:rsidRDefault="00000000">
            <w:pPr>
              <w:rPr>
                <w:sz w:val="20"/>
                <w:szCs w:val="20"/>
              </w:rPr>
            </w:pPr>
            <w:r>
              <w:rPr>
                <w:sz w:val="20"/>
                <w:szCs w:val="20"/>
              </w:rPr>
              <w:t>5</w:t>
            </w:r>
          </w:p>
        </w:tc>
        <w:tc>
          <w:tcPr>
            <w:tcW w:w="1008" w:type="dxa"/>
          </w:tcPr>
          <w:p w14:paraId="27BDABD2" w14:textId="77777777" w:rsidR="00E71A28" w:rsidRPr="008E7D12" w:rsidRDefault="00000000">
            <w:pPr>
              <w:rPr>
                <w:sz w:val="20"/>
                <w:szCs w:val="20"/>
              </w:rPr>
            </w:pPr>
            <w:r>
              <w:rPr>
                <w:sz w:val="20"/>
                <w:szCs w:val="20"/>
              </w:rPr>
              <w:t>5</w:t>
            </w:r>
          </w:p>
        </w:tc>
        <w:tc>
          <w:tcPr>
            <w:tcW w:w="1728" w:type="dxa"/>
          </w:tcPr>
          <w:p w14:paraId="32756704" w14:textId="77777777" w:rsidR="00E71A28" w:rsidRPr="008E7D12" w:rsidRDefault="00000000">
            <w:pPr>
              <w:rPr>
                <w:sz w:val="20"/>
                <w:szCs w:val="20"/>
              </w:rPr>
            </w:pPr>
            <w:r>
              <w:rPr>
                <w:sz w:val="20"/>
                <w:szCs w:val="20"/>
              </w:rPr>
              <w:t>4</w:t>
            </w:r>
          </w:p>
        </w:tc>
        <w:tc>
          <w:tcPr>
            <w:tcW w:w="1584" w:type="dxa"/>
          </w:tcPr>
          <w:p w14:paraId="5CFDC21E" w14:textId="77777777" w:rsidR="00E71A28" w:rsidRPr="008E7D12" w:rsidRDefault="00000000">
            <w:pPr>
              <w:rPr>
                <w:sz w:val="20"/>
                <w:szCs w:val="20"/>
              </w:rPr>
            </w:pPr>
            <w:r>
              <w:rPr>
                <w:sz w:val="20"/>
                <w:szCs w:val="20"/>
              </w:rPr>
              <w:t>5</w:t>
            </w:r>
          </w:p>
        </w:tc>
        <w:tc>
          <w:tcPr>
            <w:tcW w:w="1296" w:type="dxa"/>
          </w:tcPr>
          <w:p w14:paraId="0E0CE58C" w14:textId="77777777" w:rsidR="00E71A28" w:rsidRPr="008E7D12" w:rsidRDefault="00000000">
            <w:pPr>
              <w:rPr>
                <w:sz w:val="20"/>
                <w:szCs w:val="20"/>
              </w:rPr>
            </w:pPr>
            <w:r>
              <w:rPr>
                <w:sz w:val="20"/>
                <w:szCs w:val="20"/>
              </w:rPr>
              <w:t>4.75</w:t>
            </w:r>
          </w:p>
        </w:tc>
      </w:tr>
      <w:tr w:rsidR="00E71A28" w:rsidRPr="008E7D12" w14:paraId="767F65E5" w14:textId="77777777" w:rsidTr="008E7D12">
        <w:tc>
          <w:tcPr>
            <w:tcW w:w="1152" w:type="dxa"/>
          </w:tcPr>
          <w:p w14:paraId="60885ED3" w14:textId="77777777" w:rsidR="00E71A28" w:rsidRPr="008E7D12" w:rsidRDefault="00000000">
            <w:pPr>
              <w:rPr>
                <w:sz w:val="20"/>
                <w:szCs w:val="20"/>
              </w:rPr>
            </w:pPr>
            <w:r>
              <w:rPr>
                <w:sz w:val="20"/>
                <w:szCs w:val="20"/>
              </w:rPr>
              <w:t>12</w:t>
            </w:r>
          </w:p>
        </w:tc>
        <w:tc>
          <w:tcPr>
            <w:tcW w:w="1008" w:type="dxa"/>
          </w:tcPr>
          <w:p w14:paraId="6AAAA42F" w14:textId="77777777" w:rsidR="00E71A28" w:rsidRPr="008E7D12" w:rsidRDefault="00000000">
            <w:pPr>
              <w:rPr>
                <w:sz w:val="20"/>
                <w:szCs w:val="20"/>
              </w:rPr>
            </w:pPr>
            <w:r>
              <w:rPr>
                <w:sz w:val="20"/>
                <w:szCs w:val="20"/>
              </w:rPr>
              <w:t>B</w:t>
            </w:r>
          </w:p>
        </w:tc>
        <w:tc>
          <w:tcPr>
            <w:tcW w:w="2448" w:type="dxa"/>
          </w:tcPr>
          <w:p w14:paraId="2F698F9E" w14:textId="77777777" w:rsidR="00E71A28" w:rsidRPr="008E7D12" w:rsidRDefault="00000000">
            <w:pPr>
              <w:rPr>
                <w:sz w:val="20"/>
                <w:szCs w:val="20"/>
              </w:rPr>
            </w:pPr>
            <w:r>
              <w:rPr>
                <w:sz w:val="20"/>
                <w:szCs w:val="20"/>
              </w:rPr>
              <w:t>Perplexity (LLM5)</w:t>
            </w:r>
          </w:p>
        </w:tc>
        <w:tc>
          <w:tcPr>
            <w:tcW w:w="1296" w:type="dxa"/>
          </w:tcPr>
          <w:p w14:paraId="7FB7737E" w14:textId="77777777" w:rsidR="00E71A28" w:rsidRPr="008E7D12" w:rsidRDefault="00000000">
            <w:pPr>
              <w:rPr>
                <w:sz w:val="20"/>
                <w:szCs w:val="20"/>
              </w:rPr>
            </w:pPr>
            <w:r>
              <w:rPr>
                <w:sz w:val="20"/>
                <w:szCs w:val="20"/>
              </w:rPr>
              <w:t>4</w:t>
            </w:r>
          </w:p>
        </w:tc>
        <w:tc>
          <w:tcPr>
            <w:tcW w:w="1008" w:type="dxa"/>
          </w:tcPr>
          <w:p w14:paraId="3BD69379" w14:textId="77777777" w:rsidR="00E71A28" w:rsidRPr="008E7D12" w:rsidRDefault="00000000">
            <w:pPr>
              <w:rPr>
                <w:sz w:val="20"/>
                <w:szCs w:val="20"/>
              </w:rPr>
            </w:pPr>
            <w:r>
              <w:rPr>
                <w:sz w:val="20"/>
                <w:szCs w:val="20"/>
              </w:rPr>
              <w:t>3</w:t>
            </w:r>
          </w:p>
        </w:tc>
        <w:tc>
          <w:tcPr>
            <w:tcW w:w="1728" w:type="dxa"/>
          </w:tcPr>
          <w:p w14:paraId="31E4559C" w14:textId="77777777" w:rsidR="00E71A28" w:rsidRPr="008E7D12" w:rsidRDefault="00000000">
            <w:pPr>
              <w:rPr>
                <w:sz w:val="20"/>
                <w:szCs w:val="20"/>
              </w:rPr>
            </w:pPr>
            <w:r>
              <w:rPr>
                <w:sz w:val="20"/>
                <w:szCs w:val="20"/>
              </w:rPr>
              <w:t>5</w:t>
            </w:r>
          </w:p>
        </w:tc>
        <w:tc>
          <w:tcPr>
            <w:tcW w:w="1584" w:type="dxa"/>
          </w:tcPr>
          <w:p w14:paraId="1FB5148B" w14:textId="77777777" w:rsidR="00E71A28" w:rsidRPr="008E7D12" w:rsidRDefault="00000000">
            <w:pPr>
              <w:rPr>
                <w:sz w:val="20"/>
                <w:szCs w:val="20"/>
              </w:rPr>
            </w:pPr>
            <w:r>
              <w:rPr>
                <w:sz w:val="20"/>
                <w:szCs w:val="20"/>
              </w:rPr>
              <w:t>2</w:t>
            </w:r>
          </w:p>
        </w:tc>
        <w:tc>
          <w:tcPr>
            <w:tcW w:w="1296" w:type="dxa"/>
          </w:tcPr>
          <w:p w14:paraId="00E1EE4B" w14:textId="77777777" w:rsidR="00E71A28" w:rsidRPr="008E7D12" w:rsidRDefault="00000000">
            <w:pPr>
              <w:rPr>
                <w:sz w:val="20"/>
                <w:szCs w:val="20"/>
              </w:rPr>
            </w:pPr>
            <w:r>
              <w:rPr>
                <w:sz w:val="20"/>
                <w:szCs w:val="20"/>
              </w:rPr>
              <w:t>3.50</w:t>
            </w:r>
          </w:p>
        </w:tc>
      </w:tr>
      <w:tr w:rsidR="00E71A28" w:rsidRPr="008E7D12" w14:paraId="3D103EEF" w14:textId="77777777" w:rsidTr="008E7D12">
        <w:tc>
          <w:tcPr>
            <w:tcW w:w="1152" w:type="dxa"/>
          </w:tcPr>
          <w:p w14:paraId="1074FA4E" w14:textId="77777777" w:rsidR="00E71A28" w:rsidRPr="008E7D12" w:rsidRDefault="00000000">
            <w:pPr>
              <w:rPr>
                <w:sz w:val="20"/>
                <w:szCs w:val="20"/>
              </w:rPr>
            </w:pPr>
            <w:r>
              <w:rPr>
                <w:sz w:val="20"/>
                <w:szCs w:val="20"/>
              </w:rPr>
              <w:t>13</w:t>
            </w:r>
          </w:p>
        </w:tc>
        <w:tc>
          <w:tcPr>
            <w:tcW w:w="1008" w:type="dxa"/>
          </w:tcPr>
          <w:p w14:paraId="72B347F1" w14:textId="77777777" w:rsidR="00E71A28" w:rsidRPr="008E7D12" w:rsidRDefault="00000000">
            <w:pPr>
              <w:rPr>
                <w:sz w:val="20"/>
                <w:szCs w:val="20"/>
              </w:rPr>
            </w:pPr>
            <w:r>
              <w:rPr>
                <w:sz w:val="20"/>
                <w:szCs w:val="20"/>
              </w:rPr>
              <w:t>B</w:t>
            </w:r>
          </w:p>
        </w:tc>
        <w:tc>
          <w:tcPr>
            <w:tcW w:w="2448" w:type="dxa"/>
          </w:tcPr>
          <w:p w14:paraId="62DBDEF0" w14:textId="77777777" w:rsidR="00E71A28" w:rsidRPr="008E7D12" w:rsidRDefault="00000000">
            <w:pPr>
              <w:rPr>
                <w:sz w:val="20"/>
                <w:szCs w:val="20"/>
              </w:rPr>
            </w:pPr>
            <w:r>
              <w:rPr>
                <w:sz w:val="20"/>
                <w:szCs w:val="20"/>
              </w:rPr>
              <w:t>ChatGPT (LLM1)</w:t>
            </w:r>
          </w:p>
        </w:tc>
        <w:tc>
          <w:tcPr>
            <w:tcW w:w="1296" w:type="dxa"/>
          </w:tcPr>
          <w:p w14:paraId="280476BB" w14:textId="77777777" w:rsidR="00E71A28" w:rsidRPr="008E7D12" w:rsidRDefault="00000000">
            <w:pPr>
              <w:rPr>
                <w:sz w:val="20"/>
                <w:szCs w:val="20"/>
              </w:rPr>
            </w:pPr>
            <w:r>
              <w:rPr>
                <w:sz w:val="20"/>
                <w:szCs w:val="20"/>
              </w:rPr>
              <w:t>4</w:t>
            </w:r>
          </w:p>
        </w:tc>
        <w:tc>
          <w:tcPr>
            <w:tcW w:w="1008" w:type="dxa"/>
          </w:tcPr>
          <w:p w14:paraId="4E4B99BB" w14:textId="77777777" w:rsidR="00E71A28" w:rsidRPr="008E7D12" w:rsidRDefault="00000000">
            <w:pPr>
              <w:rPr>
                <w:sz w:val="20"/>
                <w:szCs w:val="20"/>
              </w:rPr>
            </w:pPr>
            <w:r>
              <w:rPr>
                <w:sz w:val="20"/>
                <w:szCs w:val="20"/>
              </w:rPr>
              <w:t>5</w:t>
            </w:r>
          </w:p>
        </w:tc>
        <w:tc>
          <w:tcPr>
            <w:tcW w:w="1728" w:type="dxa"/>
          </w:tcPr>
          <w:p w14:paraId="455584CF" w14:textId="77777777" w:rsidR="00E71A28" w:rsidRPr="008E7D12" w:rsidRDefault="00000000">
            <w:pPr>
              <w:rPr>
                <w:sz w:val="20"/>
                <w:szCs w:val="20"/>
              </w:rPr>
            </w:pPr>
            <w:r>
              <w:rPr>
                <w:sz w:val="20"/>
                <w:szCs w:val="20"/>
              </w:rPr>
              <w:t>5</w:t>
            </w:r>
          </w:p>
        </w:tc>
        <w:tc>
          <w:tcPr>
            <w:tcW w:w="1584" w:type="dxa"/>
          </w:tcPr>
          <w:p w14:paraId="7CD4C5EC" w14:textId="77777777" w:rsidR="00E71A28" w:rsidRPr="008E7D12" w:rsidRDefault="00000000">
            <w:pPr>
              <w:rPr>
                <w:sz w:val="20"/>
                <w:szCs w:val="20"/>
              </w:rPr>
            </w:pPr>
            <w:r>
              <w:rPr>
                <w:sz w:val="20"/>
                <w:szCs w:val="20"/>
              </w:rPr>
              <w:t>3</w:t>
            </w:r>
          </w:p>
        </w:tc>
        <w:tc>
          <w:tcPr>
            <w:tcW w:w="1296" w:type="dxa"/>
          </w:tcPr>
          <w:p w14:paraId="09B9EEF1" w14:textId="77777777" w:rsidR="00E71A28" w:rsidRPr="008E7D12" w:rsidRDefault="00000000">
            <w:pPr>
              <w:rPr>
                <w:sz w:val="20"/>
                <w:szCs w:val="20"/>
              </w:rPr>
            </w:pPr>
            <w:r>
              <w:rPr>
                <w:sz w:val="20"/>
                <w:szCs w:val="20"/>
              </w:rPr>
              <w:t>4.25</w:t>
            </w:r>
          </w:p>
        </w:tc>
      </w:tr>
      <w:tr w:rsidR="00E71A28" w:rsidRPr="008E7D12" w14:paraId="6A0FE7BF" w14:textId="77777777" w:rsidTr="008E7D12">
        <w:tc>
          <w:tcPr>
            <w:tcW w:w="1152" w:type="dxa"/>
          </w:tcPr>
          <w:p w14:paraId="334B372F" w14:textId="77777777" w:rsidR="00E71A28" w:rsidRPr="008E7D12" w:rsidRDefault="00000000">
            <w:pPr>
              <w:rPr>
                <w:sz w:val="20"/>
                <w:szCs w:val="20"/>
              </w:rPr>
            </w:pPr>
            <w:r>
              <w:rPr>
                <w:sz w:val="20"/>
                <w:szCs w:val="20"/>
              </w:rPr>
              <w:t>13</w:t>
            </w:r>
          </w:p>
        </w:tc>
        <w:tc>
          <w:tcPr>
            <w:tcW w:w="1008" w:type="dxa"/>
          </w:tcPr>
          <w:p w14:paraId="6790D02D" w14:textId="77777777" w:rsidR="00E71A28" w:rsidRPr="008E7D12" w:rsidRDefault="00000000">
            <w:pPr>
              <w:rPr>
                <w:sz w:val="20"/>
                <w:szCs w:val="20"/>
              </w:rPr>
            </w:pPr>
            <w:r>
              <w:rPr>
                <w:sz w:val="20"/>
                <w:szCs w:val="20"/>
              </w:rPr>
              <w:t>B</w:t>
            </w:r>
          </w:p>
        </w:tc>
        <w:tc>
          <w:tcPr>
            <w:tcW w:w="2448" w:type="dxa"/>
          </w:tcPr>
          <w:p w14:paraId="398F40D7" w14:textId="77777777" w:rsidR="00E71A28" w:rsidRPr="008E7D12" w:rsidRDefault="00000000">
            <w:pPr>
              <w:rPr>
                <w:sz w:val="20"/>
                <w:szCs w:val="20"/>
              </w:rPr>
            </w:pPr>
            <w:r>
              <w:rPr>
                <w:sz w:val="20"/>
                <w:szCs w:val="20"/>
              </w:rPr>
              <w:t>Claude (LLM2)</w:t>
            </w:r>
          </w:p>
        </w:tc>
        <w:tc>
          <w:tcPr>
            <w:tcW w:w="1296" w:type="dxa"/>
          </w:tcPr>
          <w:p w14:paraId="47B74090" w14:textId="77777777" w:rsidR="00E71A28" w:rsidRPr="008E7D12" w:rsidRDefault="00000000">
            <w:pPr>
              <w:rPr>
                <w:sz w:val="20"/>
                <w:szCs w:val="20"/>
              </w:rPr>
            </w:pPr>
            <w:r>
              <w:rPr>
                <w:sz w:val="20"/>
                <w:szCs w:val="20"/>
              </w:rPr>
              <w:t>5</w:t>
            </w:r>
          </w:p>
        </w:tc>
        <w:tc>
          <w:tcPr>
            <w:tcW w:w="1008" w:type="dxa"/>
          </w:tcPr>
          <w:p w14:paraId="5C34A097" w14:textId="77777777" w:rsidR="00E71A28" w:rsidRPr="008E7D12" w:rsidRDefault="00000000">
            <w:pPr>
              <w:rPr>
                <w:sz w:val="20"/>
                <w:szCs w:val="20"/>
              </w:rPr>
            </w:pPr>
            <w:r>
              <w:rPr>
                <w:sz w:val="20"/>
                <w:szCs w:val="20"/>
              </w:rPr>
              <w:t>5</w:t>
            </w:r>
          </w:p>
        </w:tc>
        <w:tc>
          <w:tcPr>
            <w:tcW w:w="1728" w:type="dxa"/>
          </w:tcPr>
          <w:p w14:paraId="6A01973F" w14:textId="77777777" w:rsidR="00E71A28" w:rsidRPr="008E7D12" w:rsidRDefault="00000000">
            <w:pPr>
              <w:rPr>
                <w:sz w:val="20"/>
                <w:szCs w:val="20"/>
              </w:rPr>
            </w:pPr>
            <w:r>
              <w:rPr>
                <w:sz w:val="20"/>
                <w:szCs w:val="20"/>
              </w:rPr>
              <w:t>5</w:t>
            </w:r>
          </w:p>
        </w:tc>
        <w:tc>
          <w:tcPr>
            <w:tcW w:w="1584" w:type="dxa"/>
          </w:tcPr>
          <w:p w14:paraId="5A143649" w14:textId="77777777" w:rsidR="00E71A28" w:rsidRPr="008E7D12" w:rsidRDefault="00000000">
            <w:pPr>
              <w:rPr>
                <w:sz w:val="20"/>
                <w:szCs w:val="20"/>
              </w:rPr>
            </w:pPr>
            <w:r>
              <w:rPr>
                <w:sz w:val="20"/>
                <w:szCs w:val="20"/>
              </w:rPr>
              <w:t>5</w:t>
            </w:r>
          </w:p>
        </w:tc>
        <w:tc>
          <w:tcPr>
            <w:tcW w:w="1296" w:type="dxa"/>
          </w:tcPr>
          <w:p w14:paraId="547365A9" w14:textId="77777777" w:rsidR="00E71A28" w:rsidRPr="008E7D12" w:rsidRDefault="00000000">
            <w:pPr>
              <w:rPr>
                <w:sz w:val="20"/>
                <w:szCs w:val="20"/>
              </w:rPr>
            </w:pPr>
            <w:r>
              <w:rPr>
                <w:sz w:val="20"/>
                <w:szCs w:val="20"/>
              </w:rPr>
              <w:t>5.00</w:t>
            </w:r>
          </w:p>
        </w:tc>
      </w:tr>
      <w:tr w:rsidR="00E71A28" w:rsidRPr="008E7D12" w14:paraId="3CF30600" w14:textId="77777777" w:rsidTr="008E7D12">
        <w:tc>
          <w:tcPr>
            <w:tcW w:w="1152" w:type="dxa"/>
          </w:tcPr>
          <w:p w14:paraId="7F3A850A" w14:textId="77777777" w:rsidR="00E71A28" w:rsidRPr="008E7D12" w:rsidRDefault="00000000">
            <w:pPr>
              <w:rPr>
                <w:sz w:val="20"/>
                <w:szCs w:val="20"/>
              </w:rPr>
            </w:pPr>
            <w:r>
              <w:rPr>
                <w:sz w:val="20"/>
                <w:szCs w:val="20"/>
              </w:rPr>
              <w:t>13</w:t>
            </w:r>
          </w:p>
        </w:tc>
        <w:tc>
          <w:tcPr>
            <w:tcW w:w="1008" w:type="dxa"/>
          </w:tcPr>
          <w:p w14:paraId="030EDE1A" w14:textId="77777777" w:rsidR="00E71A28" w:rsidRPr="008E7D12" w:rsidRDefault="00000000">
            <w:pPr>
              <w:rPr>
                <w:sz w:val="20"/>
                <w:szCs w:val="20"/>
              </w:rPr>
            </w:pPr>
            <w:r>
              <w:rPr>
                <w:sz w:val="20"/>
                <w:szCs w:val="20"/>
              </w:rPr>
              <w:t>B</w:t>
            </w:r>
          </w:p>
        </w:tc>
        <w:tc>
          <w:tcPr>
            <w:tcW w:w="2448" w:type="dxa"/>
          </w:tcPr>
          <w:p w14:paraId="6C6B3C85" w14:textId="77777777" w:rsidR="00E71A28" w:rsidRPr="008E7D12" w:rsidRDefault="00000000">
            <w:pPr>
              <w:rPr>
                <w:sz w:val="20"/>
                <w:szCs w:val="20"/>
              </w:rPr>
            </w:pPr>
            <w:r>
              <w:rPr>
                <w:sz w:val="20"/>
                <w:szCs w:val="20"/>
              </w:rPr>
              <w:t>Gemini (LLM3)</w:t>
            </w:r>
          </w:p>
        </w:tc>
        <w:tc>
          <w:tcPr>
            <w:tcW w:w="1296" w:type="dxa"/>
          </w:tcPr>
          <w:p w14:paraId="68FDB98B" w14:textId="77777777" w:rsidR="00E71A28" w:rsidRPr="008E7D12" w:rsidRDefault="00000000">
            <w:pPr>
              <w:rPr>
                <w:sz w:val="20"/>
                <w:szCs w:val="20"/>
              </w:rPr>
            </w:pPr>
            <w:r>
              <w:rPr>
                <w:sz w:val="20"/>
                <w:szCs w:val="20"/>
              </w:rPr>
              <w:t>5</w:t>
            </w:r>
          </w:p>
        </w:tc>
        <w:tc>
          <w:tcPr>
            <w:tcW w:w="1008" w:type="dxa"/>
          </w:tcPr>
          <w:p w14:paraId="68C40ABF" w14:textId="77777777" w:rsidR="00E71A28" w:rsidRPr="008E7D12" w:rsidRDefault="00000000">
            <w:pPr>
              <w:rPr>
                <w:sz w:val="20"/>
                <w:szCs w:val="20"/>
              </w:rPr>
            </w:pPr>
            <w:r>
              <w:rPr>
                <w:sz w:val="20"/>
                <w:szCs w:val="20"/>
              </w:rPr>
              <w:t>5</w:t>
            </w:r>
          </w:p>
        </w:tc>
        <w:tc>
          <w:tcPr>
            <w:tcW w:w="1728" w:type="dxa"/>
          </w:tcPr>
          <w:p w14:paraId="43DD27E4" w14:textId="77777777" w:rsidR="00E71A28" w:rsidRPr="008E7D12" w:rsidRDefault="00000000">
            <w:pPr>
              <w:rPr>
                <w:sz w:val="20"/>
                <w:szCs w:val="20"/>
              </w:rPr>
            </w:pPr>
            <w:r>
              <w:rPr>
                <w:sz w:val="20"/>
                <w:szCs w:val="20"/>
              </w:rPr>
              <w:t>5</w:t>
            </w:r>
          </w:p>
        </w:tc>
        <w:tc>
          <w:tcPr>
            <w:tcW w:w="1584" w:type="dxa"/>
          </w:tcPr>
          <w:p w14:paraId="16501BE4" w14:textId="77777777" w:rsidR="00E71A28" w:rsidRPr="008E7D12" w:rsidRDefault="00000000">
            <w:pPr>
              <w:rPr>
                <w:sz w:val="20"/>
                <w:szCs w:val="20"/>
              </w:rPr>
            </w:pPr>
            <w:r>
              <w:rPr>
                <w:sz w:val="20"/>
                <w:szCs w:val="20"/>
              </w:rPr>
              <w:t>3</w:t>
            </w:r>
          </w:p>
        </w:tc>
        <w:tc>
          <w:tcPr>
            <w:tcW w:w="1296" w:type="dxa"/>
          </w:tcPr>
          <w:p w14:paraId="1A4AA6F0" w14:textId="77777777" w:rsidR="00E71A28" w:rsidRPr="008E7D12" w:rsidRDefault="00000000">
            <w:pPr>
              <w:rPr>
                <w:sz w:val="20"/>
                <w:szCs w:val="20"/>
              </w:rPr>
            </w:pPr>
            <w:r>
              <w:rPr>
                <w:sz w:val="20"/>
                <w:szCs w:val="20"/>
              </w:rPr>
              <w:t>4.50</w:t>
            </w:r>
          </w:p>
        </w:tc>
      </w:tr>
      <w:tr w:rsidR="00E71A28" w:rsidRPr="008E7D12" w14:paraId="2C08DC4F" w14:textId="77777777" w:rsidTr="008E7D12">
        <w:tc>
          <w:tcPr>
            <w:tcW w:w="1152" w:type="dxa"/>
          </w:tcPr>
          <w:p w14:paraId="523A0C69" w14:textId="77777777" w:rsidR="00E71A28" w:rsidRPr="008E7D12" w:rsidRDefault="00000000">
            <w:pPr>
              <w:rPr>
                <w:sz w:val="20"/>
                <w:szCs w:val="20"/>
              </w:rPr>
            </w:pPr>
            <w:r>
              <w:rPr>
                <w:sz w:val="20"/>
                <w:szCs w:val="20"/>
              </w:rPr>
              <w:t>13</w:t>
            </w:r>
          </w:p>
        </w:tc>
        <w:tc>
          <w:tcPr>
            <w:tcW w:w="1008" w:type="dxa"/>
          </w:tcPr>
          <w:p w14:paraId="17FAECE4" w14:textId="77777777" w:rsidR="00E71A28" w:rsidRPr="008E7D12" w:rsidRDefault="00000000">
            <w:pPr>
              <w:rPr>
                <w:sz w:val="20"/>
                <w:szCs w:val="20"/>
              </w:rPr>
            </w:pPr>
            <w:r>
              <w:rPr>
                <w:sz w:val="20"/>
                <w:szCs w:val="20"/>
              </w:rPr>
              <w:t>B</w:t>
            </w:r>
          </w:p>
        </w:tc>
        <w:tc>
          <w:tcPr>
            <w:tcW w:w="2448" w:type="dxa"/>
          </w:tcPr>
          <w:p w14:paraId="105EAB04" w14:textId="77777777" w:rsidR="00E71A28" w:rsidRPr="008E7D12" w:rsidRDefault="00000000">
            <w:pPr>
              <w:rPr>
                <w:sz w:val="20"/>
                <w:szCs w:val="20"/>
              </w:rPr>
            </w:pPr>
            <w:r>
              <w:rPr>
                <w:sz w:val="20"/>
                <w:szCs w:val="20"/>
              </w:rPr>
              <w:t>OpenEvidence (LLM4)</w:t>
            </w:r>
          </w:p>
        </w:tc>
        <w:tc>
          <w:tcPr>
            <w:tcW w:w="1296" w:type="dxa"/>
          </w:tcPr>
          <w:p w14:paraId="1AD3772C" w14:textId="77777777" w:rsidR="00E71A28" w:rsidRPr="008E7D12" w:rsidRDefault="00000000">
            <w:pPr>
              <w:rPr>
                <w:sz w:val="20"/>
                <w:szCs w:val="20"/>
              </w:rPr>
            </w:pPr>
            <w:r>
              <w:rPr>
                <w:sz w:val="20"/>
                <w:szCs w:val="20"/>
              </w:rPr>
              <w:t>5</w:t>
            </w:r>
          </w:p>
        </w:tc>
        <w:tc>
          <w:tcPr>
            <w:tcW w:w="1008" w:type="dxa"/>
          </w:tcPr>
          <w:p w14:paraId="3D8F87BC" w14:textId="77777777" w:rsidR="00E71A28" w:rsidRPr="008E7D12" w:rsidRDefault="00000000">
            <w:pPr>
              <w:rPr>
                <w:sz w:val="20"/>
                <w:szCs w:val="20"/>
              </w:rPr>
            </w:pPr>
            <w:r>
              <w:rPr>
                <w:sz w:val="20"/>
                <w:szCs w:val="20"/>
              </w:rPr>
              <w:t>5</w:t>
            </w:r>
          </w:p>
        </w:tc>
        <w:tc>
          <w:tcPr>
            <w:tcW w:w="1728" w:type="dxa"/>
          </w:tcPr>
          <w:p w14:paraId="46570C57" w14:textId="77777777" w:rsidR="00E71A28" w:rsidRPr="008E7D12" w:rsidRDefault="00000000">
            <w:pPr>
              <w:rPr>
                <w:sz w:val="20"/>
                <w:szCs w:val="20"/>
              </w:rPr>
            </w:pPr>
            <w:r>
              <w:rPr>
                <w:sz w:val="20"/>
                <w:szCs w:val="20"/>
              </w:rPr>
              <w:t>5</w:t>
            </w:r>
          </w:p>
        </w:tc>
        <w:tc>
          <w:tcPr>
            <w:tcW w:w="1584" w:type="dxa"/>
          </w:tcPr>
          <w:p w14:paraId="148145AB" w14:textId="77777777" w:rsidR="00E71A28" w:rsidRPr="008E7D12" w:rsidRDefault="00000000">
            <w:pPr>
              <w:rPr>
                <w:sz w:val="20"/>
                <w:szCs w:val="20"/>
              </w:rPr>
            </w:pPr>
            <w:r>
              <w:rPr>
                <w:sz w:val="20"/>
                <w:szCs w:val="20"/>
              </w:rPr>
              <w:t>5</w:t>
            </w:r>
          </w:p>
        </w:tc>
        <w:tc>
          <w:tcPr>
            <w:tcW w:w="1296" w:type="dxa"/>
          </w:tcPr>
          <w:p w14:paraId="3E5A5F5A" w14:textId="77777777" w:rsidR="00E71A28" w:rsidRPr="008E7D12" w:rsidRDefault="00000000">
            <w:pPr>
              <w:rPr>
                <w:sz w:val="20"/>
                <w:szCs w:val="20"/>
              </w:rPr>
            </w:pPr>
            <w:r>
              <w:rPr>
                <w:sz w:val="20"/>
                <w:szCs w:val="20"/>
              </w:rPr>
              <w:t>5.00</w:t>
            </w:r>
          </w:p>
        </w:tc>
      </w:tr>
      <w:tr w:rsidR="00E71A28" w:rsidRPr="008E7D12" w14:paraId="152AF279" w14:textId="77777777" w:rsidTr="008E7D12">
        <w:tc>
          <w:tcPr>
            <w:tcW w:w="1152" w:type="dxa"/>
          </w:tcPr>
          <w:p w14:paraId="6AF889A7" w14:textId="77777777" w:rsidR="00E71A28" w:rsidRPr="008E7D12" w:rsidRDefault="00000000">
            <w:pPr>
              <w:rPr>
                <w:sz w:val="20"/>
                <w:szCs w:val="20"/>
              </w:rPr>
            </w:pPr>
            <w:r>
              <w:rPr>
                <w:sz w:val="20"/>
                <w:szCs w:val="20"/>
              </w:rPr>
              <w:t>13</w:t>
            </w:r>
          </w:p>
        </w:tc>
        <w:tc>
          <w:tcPr>
            <w:tcW w:w="1008" w:type="dxa"/>
          </w:tcPr>
          <w:p w14:paraId="5BC5CC65" w14:textId="77777777" w:rsidR="00E71A28" w:rsidRPr="008E7D12" w:rsidRDefault="00000000">
            <w:pPr>
              <w:rPr>
                <w:sz w:val="20"/>
                <w:szCs w:val="20"/>
              </w:rPr>
            </w:pPr>
            <w:r>
              <w:rPr>
                <w:sz w:val="20"/>
                <w:szCs w:val="20"/>
              </w:rPr>
              <w:t>B</w:t>
            </w:r>
          </w:p>
        </w:tc>
        <w:tc>
          <w:tcPr>
            <w:tcW w:w="2448" w:type="dxa"/>
          </w:tcPr>
          <w:p w14:paraId="4E3F1AED" w14:textId="77777777" w:rsidR="00E71A28" w:rsidRPr="008E7D12" w:rsidRDefault="00000000">
            <w:pPr>
              <w:rPr>
                <w:sz w:val="20"/>
                <w:szCs w:val="20"/>
              </w:rPr>
            </w:pPr>
            <w:r>
              <w:rPr>
                <w:sz w:val="20"/>
                <w:szCs w:val="20"/>
              </w:rPr>
              <w:t>Perplexity (LLM5)</w:t>
            </w:r>
          </w:p>
        </w:tc>
        <w:tc>
          <w:tcPr>
            <w:tcW w:w="1296" w:type="dxa"/>
          </w:tcPr>
          <w:p w14:paraId="65F8E6F0" w14:textId="77777777" w:rsidR="00E71A28" w:rsidRPr="008E7D12" w:rsidRDefault="00000000">
            <w:pPr>
              <w:rPr>
                <w:sz w:val="20"/>
                <w:szCs w:val="20"/>
              </w:rPr>
            </w:pPr>
            <w:r>
              <w:rPr>
                <w:sz w:val="20"/>
                <w:szCs w:val="20"/>
              </w:rPr>
              <w:t>4</w:t>
            </w:r>
          </w:p>
        </w:tc>
        <w:tc>
          <w:tcPr>
            <w:tcW w:w="1008" w:type="dxa"/>
          </w:tcPr>
          <w:p w14:paraId="18C07429" w14:textId="77777777" w:rsidR="00E71A28" w:rsidRPr="008E7D12" w:rsidRDefault="00000000">
            <w:pPr>
              <w:rPr>
                <w:sz w:val="20"/>
                <w:szCs w:val="20"/>
              </w:rPr>
            </w:pPr>
            <w:r>
              <w:rPr>
                <w:sz w:val="20"/>
                <w:szCs w:val="20"/>
              </w:rPr>
              <w:t>5</w:t>
            </w:r>
          </w:p>
        </w:tc>
        <w:tc>
          <w:tcPr>
            <w:tcW w:w="1728" w:type="dxa"/>
          </w:tcPr>
          <w:p w14:paraId="2A34FCBF" w14:textId="77777777" w:rsidR="00E71A28" w:rsidRPr="008E7D12" w:rsidRDefault="00000000">
            <w:pPr>
              <w:rPr>
                <w:sz w:val="20"/>
                <w:szCs w:val="20"/>
              </w:rPr>
            </w:pPr>
            <w:r>
              <w:rPr>
                <w:sz w:val="20"/>
                <w:szCs w:val="20"/>
              </w:rPr>
              <w:t>5</w:t>
            </w:r>
          </w:p>
        </w:tc>
        <w:tc>
          <w:tcPr>
            <w:tcW w:w="1584" w:type="dxa"/>
          </w:tcPr>
          <w:p w14:paraId="4DD0F989" w14:textId="77777777" w:rsidR="00E71A28" w:rsidRPr="008E7D12" w:rsidRDefault="00000000">
            <w:pPr>
              <w:rPr>
                <w:sz w:val="20"/>
                <w:szCs w:val="20"/>
              </w:rPr>
            </w:pPr>
            <w:r>
              <w:rPr>
                <w:sz w:val="20"/>
                <w:szCs w:val="20"/>
              </w:rPr>
              <w:t>4</w:t>
            </w:r>
          </w:p>
        </w:tc>
        <w:tc>
          <w:tcPr>
            <w:tcW w:w="1296" w:type="dxa"/>
          </w:tcPr>
          <w:p w14:paraId="6501E7EA" w14:textId="77777777" w:rsidR="00E71A28" w:rsidRPr="008E7D12" w:rsidRDefault="00000000">
            <w:pPr>
              <w:rPr>
                <w:sz w:val="20"/>
                <w:szCs w:val="20"/>
              </w:rPr>
            </w:pPr>
            <w:r>
              <w:rPr>
                <w:sz w:val="20"/>
                <w:szCs w:val="20"/>
              </w:rPr>
              <w:t>4.50</w:t>
            </w:r>
          </w:p>
        </w:tc>
      </w:tr>
      <w:tr w:rsidR="00E71A28" w:rsidRPr="008E7D12" w14:paraId="69DC3B0D" w14:textId="77777777" w:rsidTr="008E7D12">
        <w:tc>
          <w:tcPr>
            <w:tcW w:w="1152" w:type="dxa"/>
          </w:tcPr>
          <w:p w14:paraId="2BA4C61A" w14:textId="77777777" w:rsidR="00E71A28" w:rsidRPr="008E7D12" w:rsidRDefault="00000000">
            <w:pPr>
              <w:rPr>
                <w:sz w:val="20"/>
                <w:szCs w:val="20"/>
              </w:rPr>
            </w:pPr>
            <w:r>
              <w:rPr>
                <w:sz w:val="20"/>
                <w:szCs w:val="20"/>
              </w:rPr>
              <w:t>14</w:t>
            </w:r>
          </w:p>
        </w:tc>
        <w:tc>
          <w:tcPr>
            <w:tcW w:w="1008" w:type="dxa"/>
          </w:tcPr>
          <w:p w14:paraId="6B50AB7C" w14:textId="77777777" w:rsidR="00E71A28" w:rsidRPr="008E7D12" w:rsidRDefault="00000000">
            <w:pPr>
              <w:rPr>
                <w:sz w:val="20"/>
                <w:szCs w:val="20"/>
              </w:rPr>
            </w:pPr>
            <w:r>
              <w:rPr>
                <w:sz w:val="20"/>
                <w:szCs w:val="20"/>
              </w:rPr>
              <w:t>B</w:t>
            </w:r>
          </w:p>
        </w:tc>
        <w:tc>
          <w:tcPr>
            <w:tcW w:w="2448" w:type="dxa"/>
          </w:tcPr>
          <w:p w14:paraId="10CF9E4C" w14:textId="77777777" w:rsidR="00E71A28" w:rsidRPr="008E7D12" w:rsidRDefault="00000000">
            <w:pPr>
              <w:rPr>
                <w:sz w:val="20"/>
                <w:szCs w:val="20"/>
              </w:rPr>
            </w:pPr>
            <w:r>
              <w:rPr>
                <w:sz w:val="20"/>
                <w:szCs w:val="20"/>
              </w:rPr>
              <w:t>ChatGPT (LLM1)</w:t>
            </w:r>
          </w:p>
        </w:tc>
        <w:tc>
          <w:tcPr>
            <w:tcW w:w="1296" w:type="dxa"/>
          </w:tcPr>
          <w:p w14:paraId="07F892F8" w14:textId="77777777" w:rsidR="00E71A28" w:rsidRPr="008E7D12" w:rsidRDefault="00000000">
            <w:pPr>
              <w:rPr>
                <w:sz w:val="20"/>
                <w:szCs w:val="20"/>
              </w:rPr>
            </w:pPr>
            <w:r>
              <w:rPr>
                <w:sz w:val="20"/>
                <w:szCs w:val="20"/>
              </w:rPr>
              <w:t>3</w:t>
            </w:r>
          </w:p>
        </w:tc>
        <w:tc>
          <w:tcPr>
            <w:tcW w:w="1008" w:type="dxa"/>
          </w:tcPr>
          <w:p w14:paraId="662AE0E6" w14:textId="77777777" w:rsidR="00E71A28" w:rsidRPr="008E7D12" w:rsidRDefault="00000000">
            <w:pPr>
              <w:rPr>
                <w:sz w:val="20"/>
                <w:szCs w:val="20"/>
              </w:rPr>
            </w:pPr>
            <w:r>
              <w:rPr>
                <w:sz w:val="20"/>
                <w:szCs w:val="20"/>
              </w:rPr>
              <w:t>3</w:t>
            </w:r>
          </w:p>
        </w:tc>
        <w:tc>
          <w:tcPr>
            <w:tcW w:w="1728" w:type="dxa"/>
          </w:tcPr>
          <w:p w14:paraId="1602C939" w14:textId="77777777" w:rsidR="00E71A28" w:rsidRPr="008E7D12" w:rsidRDefault="00000000">
            <w:pPr>
              <w:rPr>
                <w:sz w:val="20"/>
                <w:szCs w:val="20"/>
              </w:rPr>
            </w:pPr>
            <w:r>
              <w:rPr>
                <w:sz w:val="20"/>
                <w:szCs w:val="20"/>
              </w:rPr>
              <w:t>3</w:t>
            </w:r>
          </w:p>
        </w:tc>
        <w:tc>
          <w:tcPr>
            <w:tcW w:w="1584" w:type="dxa"/>
          </w:tcPr>
          <w:p w14:paraId="03EE583E" w14:textId="77777777" w:rsidR="00E71A28" w:rsidRPr="008E7D12" w:rsidRDefault="00000000">
            <w:pPr>
              <w:rPr>
                <w:sz w:val="20"/>
                <w:szCs w:val="20"/>
              </w:rPr>
            </w:pPr>
            <w:r>
              <w:rPr>
                <w:sz w:val="20"/>
                <w:szCs w:val="20"/>
              </w:rPr>
              <w:t>3</w:t>
            </w:r>
          </w:p>
        </w:tc>
        <w:tc>
          <w:tcPr>
            <w:tcW w:w="1296" w:type="dxa"/>
          </w:tcPr>
          <w:p w14:paraId="69BBEF67" w14:textId="77777777" w:rsidR="00E71A28" w:rsidRPr="008E7D12" w:rsidRDefault="00000000">
            <w:pPr>
              <w:rPr>
                <w:sz w:val="20"/>
                <w:szCs w:val="20"/>
              </w:rPr>
            </w:pPr>
            <w:r>
              <w:rPr>
                <w:sz w:val="20"/>
                <w:szCs w:val="20"/>
              </w:rPr>
              <w:t>3.00</w:t>
            </w:r>
          </w:p>
        </w:tc>
      </w:tr>
      <w:tr w:rsidR="00E71A28" w:rsidRPr="008E7D12" w14:paraId="3B96984C" w14:textId="77777777" w:rsidTr="008E7D12">
        <w:tc>
          <w:tcPr>
            <w:tcW w:w="1152" w:type="dxa"/>
          </w:tcPr>
          <w:p w14:paraId="40D24C7F" w14:textId="77777777" w:rsidR="00E71A28" w:rsidRPr="008E7D12" w:rsidRDefault="00000000">
            <w:pPr>
              <w:rPr>
                <w:sz w:val="20"/>
                <w:szCs w:val="20"/>
              </w:rPr>
            </w:pPr>
            <w:r>
              <w:rPr>
                <w:sz w:val="20"/>
                <w:szCs w:val="20"/>
              </w:rPr>
              <w:t>14</w:t>
            </w:r>
          </w:p>
        </w:tc>
        <w:tc>
          <w:tcPr>
            <w:tcW w:w="1008" w:type="dxa"/>
          </w:tcPr>
          <w:p w14:paraId="5ECD77C1" w14:textId="77777777" w:rsidR="00E71A28" w:rsidRPr="008E7D12" w:rsidRDefault="00000000">
            <w:pPr>
              <w:rPr>
                <w:sz w:val="20"/>
                <w:szCs w:val="20"/>
              </w:rPr>
            </w:pPr>
            <w:r>
              <w:rPr>
                <w:sz w:val="20"/>
                <w:szCs w:val="20"/>
              </w:rPr>
              <w:t>B</w:t>
            </w:r>
          </w:p>
        </w:tc>
        <w:tc>
          <w:tcPr>
            <w:tcW w:w="2448" w:type="dxa"/>
          </w:tcPr>
          <w:p w14:paraId="0B781C3B" w14:textId="77777777" w:rsidR="00E71A28" w:rsidRPr="008E7D12" w:rsidRDefault="00000000">
            <w:pPr>
              <w:rPr>
                <w:sz w:val="20"/>
                <w:szCs w:val="20"/>
              </w:rPr>
            </w:pPr>
            <w:r>
              <w:rPr>
                <w:sz w:val="20"/>
                <w:szCs w:val="20"/>
              </w:rPr>
              <w:t>Claude (LLM2)</w:t>
            </w:r>
          </w:p>
        </w:tc>
        <w:tc>
          <w:tcPr>
            <w:tcW w:w="1296" w:type="dxa"/>
          </w:tcPr>
          <w:p w14:paraId="19DFB33E" w14:textId="77777777" w:rsidR="00E71A28" w:rsidRPr="008E7D12" w:rsidRDefault="00000000">
            <w:pPr>
              <w:rPr>
                <w:sz w:val="20"/>
                <w:szCs w:val="20"/>
              </w:rPr>
            </w:pPr>
            <w:r>
              <w:rPr>
                <w:sz w:val="20"/>
                <w:szCs w:val="20"/>
              </w:rPr>
              <w:t>5</w:t>
            </w:r>
          </w:p>
        </w:tc>
        <w:tc>
          <w:tcPr>
            <w:tcW w:w="1008" w:type="dxa"/>
          </w:tcPr>
          <w:p w14:paraId="35EC00A7" w14:textId="77777777" w:rsidR="00E71A28" w:rsidRPr="008E7D12" w:rsidRDefault="00000000">
            <w:pPr>
              <w:rPr>
                <w:sz w:val="20"/>
                <w:szCs w:val="20"/>
              </w:rPr>
            </w:pPr>
            <w:r>
              <w:rPr>
                <w:sz w:val="20"/>
                <w:szCs w:val="20"/>
              </w:rPr>
              <w:t>5</w:t>
            </w:r>
          </w:p>
        </w:tc>
        <w:tc>
          <w:tcPr>
            <w:tcW w:w="1728" w:type="dxa"/>
          </w:tcPr>
          <w:p w14:paraId="39E1EA2C" w14:textId="77777777" w:rsidR="00E71A28" w:rsidRPr="008E7D12" w:rsidRDefault="00000000">
            <w:pPr>
              <w:rPr>
                <w:sz w:val="20"/>
                <w:szCs w:val="20"/>
              </w:rPr>
            </w:pPr>
            <w:r>
              <w:rPr>
                <w:sz w:val="20"/>
                <w:szCs w:val="20"/>
              </w:rPr>
              <w:t>5</w:t>
            </w:r>
          </w:p>
        </w:tc>
        <w:tc>
          <w:tcPr>
            <w:tcW w:w="1584" w:type="dxa"/>
          </w:tcPr>
          <w:p w14:paraId="2AE17C38" w14:textId="77777777" w:rsidR="00E71A28" w:rsidRPr="008E7D12" w:rsidRDefault="00000000">
            <w:pPr>
              <w:rPr>
                <w:sz w:val="20"/>
                <w:szCs w:val="20"/>
              </w:rPr>
            </w:pPr>
            <w:r>
              <w:rPr>
                <w:sz w:val="20"/>
                <w:szCs w:val="20"/>
              </w:rPr>
              <w:t>5</w:t>
            </w:r>
          </w:p>
        </w:tc>
        <w:tc>
          <w:tcPr>
            <w:tcW w:w="1296" w:type="dxa"/>
          </w:tcPr>
          <w:p w14:paraId="276728D7" w14:textId="77777777" w:rsidR="00E71A28" w:rsidRPr="008E7D12" w:rsidRDefault="00000000">
            <w:pPr>
              <w:rPr>
                <w:sz w:val="20"/>
                <w:szCs w:val="20"/>
              </w:rPr>
            </w:pPr>
            <w:r>
              <w:rPr>
                <w:sz w:val="20"/>
                <w:szCs w:val="20"/>
              </w:rPr>
              <w:t>5.00</w:t>
            </w:r>
          </w:p>
        </w:tc>
      </w:tr>
      <w:tr w:rsidR="00E71A28" w:rsidRPr="008E7D12" w14:paraId="0058076D" w14:textId="77777777" w:rsidTr="008E7D12">
        <w:tc>
          <w:tcPr>
            <w:tcW w:w="1152" w:type="dxa"/>
          </w:tcPr>
          <w:p w14:paraId="1B5D6D6F" w14:textId="77777777" w:rsidR="00E71A28" w:rsidRPr="008E7D12" w:rsidRDefault="00000000">
            <w:pPr>
              <w:rPr>
                <w:sz w:val="20"/>
                <w:szCs w:val="20"/>
              </w:rPr>
            </w:pPr>
            <w:r>
              <w:rPr>
                <w:sz w:val="20"/>
                <w:szCs w:val="20"/>
              </w:rPr>
              <w:t>14</w:t>
            </w:r>
          </w:p>
        </w:tc>
        <w:tc>
          <w:tcPr>
            <w:tcW w:w="1008" w:type="dxa"/>
          </w:tcPr>
          <w:p w14:paraId="6A3BFC49" w14:textId="77777777" w:rsidR="00E71A28" w:rsidRPr="008E7D12" w:rsidRDefault="00000000">
            <w:pPr>
              <w:rPr>
                <w:sz w:val="20"/>
                <w:szCs w:val="20"/>
              </w:rPr>
            </w:pPr>
            <w:r>
              <w:rPr>
                <w:sz w:val="20"/>
                <w:szCs w:val="20"/>
              </w:rPr>
              <w:t>B</w:t>
            </w:r>
          </w:p>
        </w:tc>
        <w:tc>
          <w:tcPr>
            <w:tcW w:w="2448" w:type="dxa"/>
          </w:tcPr>
          <w:p w14:paraId="1A4A68DE" w14:textId="77777777" w:rsidR="00E71A28" w:rsidRPr="008E7D12" w:rsidRDefault="00000000">
            <w:pPr>
              <w:rPr>
                <w:sz w:val="20"/>
                <w:szCs w:val="20"/>
              </w:rPr>
            </w:pPr>
            <w:r>
              <w:rPr>
                <w:sz w:val="20"/>
                <w:szCs w:val="20"/>
              </w:rPr>
              <w:t>Gemini (LLM3)</w:t>
            </w:r>
          </w:p>
        </w:tc>
        <w:tc>
          <w:tcPr>
            <w:tcW w:w="1296" w:type="dxa"/>
          </w:tcPr>
          <w:p w14:paraId="33A5D927" w14:textId="77777777" w:rsidR="00E71A28" w:rsidRPr="008E7D12" w:rsidRDefault="00000000">
            <w:pPr>
              <w:rPr>
                <w:sz w:val="20"/>
                <w:szCs w:val="20"/>
              </w:rPr>
            </w:pPr>
            <w:r>
              <w:rPr>
                <w:sz w:val="20"/>
                <w:szCs w:val="20"/>
              </w:rPr>
              <w:t>3</w:t>
            </w:r>
          </w:p>
        </w:tc>
        <w:tc>
          <w:tcPr>
            <w:tcW w:w="1008" w:type="dxa"/>
          </w:tcPr>
          <w:p w14:paraId="7C887219" w14:textId="77777777" w:rsidR="00E71A28" w:rsidRPr="008E7D12" w:rsidRDefault="00000000">
            <w:pPr>
              <w:rPr>
                <w:sz w:val="20"/>
                <w:szCs w:val="20"/>
              </w:rPr>
            </w:pPr>
            <w:r>
              <w:rPr>
                <w:sz w:val="20"/>
                <w:szCs w:val="20"/>
              </w:rPr>
              <w:t>3</w:t>
            </w:r>
          </w:p>
        </w:tc>
        <w:tc>
          <w:tcPr>
            <w:tcW w:w="1728" w:type="dxa"/>
          </w:tcPr>
          <w:p w14:paraId="198E2D7C" w14:textId="77777777" w:rsidR="00E71A28" w:rsidRPr="008E7D12" w:rsidRDefault="00000000">
            <w:pPr>
              <w:rPr>
                <w:sz w:val="20"/>
                <w:szCs w:val="20"/>
              </w:rPr>
            </w:pPr>
            <w:r>
              <w:rPr>
                <w:sz w:val="20"/>
                <w:szCs w:val="20"/>
              </w:rPr>
              <w:t>5</w:t>
            </w:r>
          </w:p>
        </w:tc>
        <w:tc>
          <w:tcPr>
            <w:tcW w:w="1584" w:type="dxa"/>
          </w:tcPr>
          <w:p w14:paraId="7E73A005" w14:textId="77777777" w:rsidR="00E71A28" w:rsidRPr="008E7D12" w:rsidRDefault="00000000">
            <w:pPr>
              <w:rPr>
                <w:sz w:val="20"/>
                <w:szCs w:val="20"/>
              </w:rPr>
            </w:pPr>
            <w:r>
              <w:rPr>
                <w:sz w:val="20"/>
                <w:szCs w:val="20"/>
              </w:rPr>
              <w:t>3</w:t>
            </w:r>
          </w:p>
        </w:tc>
        <w:tc>
          <w:tcPr>
            <w:tcW w:w="1296" w:type="dxa"/>
          </w:tcPr>
          <w:p w14:paraId="34CEE5F0" w14:textId="77777777" w:rsidR="00E71A28" w:rsidRPr="008E7D12" w:rsidRDefault="00000000">
            <w:pPr>
              <w:rPr>
                <w:sz w:val="20"/>
                <w:szCs w:val="20"/>
              </w:rPr>
            </w:pPr>
            <w:r>
              <w:rPr>
                <w:sz w:val="20"/>
                <w:szCs w:val="20"/>
              </w:rPr>
              <w:t>3.50</w:t>
            </w:r>
          </w:p>
        </w:tc>
      </w:tr>
      <w:tr w:rsidR="00E71A28" w:rsidRPr="008E7D12" w14:paraId="2A3A19FB" w14:textId="77777777" w:rsidTr="008E7D12">
        <w:tc>
          <w:tcPr>
            <w:tcW w:w="1152" w:type="dxa"/>
          </w:tcPr>
          <w:p w14:paraId="4C218EE7" w14:textId="77777777" w:rsidR="00E71A28" w:rsidRPr="008E7D12" w:rsidRDefault="00000000">
            <w:pPr>
              <w:rPr>
                <w:sz w:val="20"/>
                <w:szCs w:val="20"/>
              </w:rPr>
            </w:pPr>
            <w:r>
              <w:rPr>
                <w:sz w:val="20"/>
                <w:szCs w:val="20"/>
              </w:rPr>
              <w:t>14</w:t>
            </w:r>
          </w:p>
        </w:tc>
        <w:tc>
          <w:tcPr>
            <w:tcW w:w="1008" w:type="dxa"/>
          </w:tcPr>
          <w:p w14:paraId="3E741780" w14:textId="77777777" w:rsidR="00E71A28" w:rsidRPr="008E7D12" w:rsidRDefault="00000000">
            <w:pPr>
              <w:rPr>
                <w:sz w:val="20"/>
                <w:szCs w:val="20"/>
              </w:rPr>
            </w:pPr>
            <w:r>
              <w:rPr>
                <w:sz w:val="20"/>
                <w:szCs w:val="20"/>
              </w:rPr>
              <w:t>B</w:t>
            </w:r>
          </w:p>
        </w:tc>
        <w:tc>
          <w:tcPr>
            <w:tcW w:w="2448" w:type="dxa"/>
          </w:tcPr>
          <w:p w14:paraId="06B65ABA" w14:textId="77777777" w:rsidR="00E71A28" w:rsidRPr="008E7D12" w:rsidRDefault="00000000">
            <w:pPr>
              <w:rPr>
                <w:sz w:val="20"/>
                <w:szCs w:val="20"/>
              </w:rPr>
            </w:pPr>
            <w:r>
              <w:rPr>
                <w:sz w:val="20"/>
                <w:szCs w:val="20"/>
              </w:rPr>
              <w:t>OpenEvidence (LLM4)</w:t>
            </w:r>
          </w:p>
        </w:tc>
        <w:tc>
          <w:tcPr>
            <w:tcW w:w="1296" w:type="dxa"/>
          </w:tcPr>
          <w:p w14:paraId="1CC34127" w14:textId="77777777" w:rsidR="00E71A28" w:rsidRPr="008E7D12" w:rsidRDefault="00000000">
            <w:pPr>
              <w:rPr>
                <w:sz w:val="20"/>
                <w:szCs w:val="20"/>
              </w:rPr>
            </w:pPr>
            <w:r>
              <w:rPr>
                <w:sz w:val="20"/>
                <w:szCs w:val="20"/>
              </w:rPr>
              <w:t>5</w:t>
            </w:r>
          </w:p>
        </w:tc>
        <w:tc>
          <w:tcPr>
            <w:tcW w:w="1008" w:type="dxa"/>
          </w:tcPr>
          <w:p w14:paraId="09A735C3" w14:textId="77777777" w:rsidR="00E71A28" w:rsidRPr="008E7D12" w:rsidRDefault="00000000">
            <w:pPr>
              <w:rPr>
                <w:sz w:val="20"/>
                <w:szCs w:val="20"/>
              </w:rPr>
            </w:pPr>
            <w:r>
              <w:rPr>
                <w:sz w:val="20"/>
                <w:szCs w:val="20"/>
              </w:rPr>
              <w:t>5</w:t>
            </w:r>
          </w:p>
        </w:tc>
        <w:tc>
          <w:tcPr>
            <w:tcW w:w="1728" w:type="dxa"/>
          </w:tcPr>
          <w:p w14:paraId="6EC61CFB" w14:textId="77777777" w:rsidR="00E71A28" w:rsidRPr="008E7D12" w:rsidRDefault="00000000">
            <w:pPr>
              <w:rPr>
                <w:sz w:val="20"/>
                <w:szCs w:val="20"/>
              </w:rPr>
            </w:pPr>
            <w:r>
              <w:rPr>
                <w:sz w:val="20"/>
                <w:szCs w:val="20"/>
              </w:rPr>
              <w:t>5</w:t>
            </w:r>
          </w:p>
        </w:tc>
        <w:tc>
          <w:tcPr>
            <w:tcW w:w="1584" w:type="dxa"/>
          </w:tcPr>
          <w:p w14:paraId="4152AA4A" w14:textId="77777777" w:rsidR="00E71A28" w:rsidRPr="008E7D12" w:rsidRDefault="00000000">
            <w:pPr>
              <w:rPr>
                <w:sz w:val="20"/>
                <w:szCs w:val="20"/>
              </w:rPr>
            </w:pPr>
            <w:r>
              <w:rPr>
                <w:sz w:val="20"/>
                <w:szCs w:val="20"/>
              </w:rPr>
              <w:t>5</w:t>
            </w:r>
          </w:p>
        </w:tc>
        <w:tc>
          <w:tcPr>
            <w:tcW w:w="1296" w:type="dxa"/>
          </w:tcPr>
          <w:p w14:paraId="1B5BC24F" w14:textId="77777777" w:rsidR="00E71A28" w:rsidRPr="008E7D12" w:rsidRDefault="00000000">
            <w:pPr>
              <w:rPr>
                <w:sz w:val="20"/>
                <w:szCs w:val="20"/>
              </w:rPr>
            </w:pPr>
            <w:r>
              <w:rPr>
                <w:sz w:val="20"/>
                <w:szCs w:val="20"/>
              </w:rPr>
              <w:t>5.00</w:t>
            </w:r>
          </w:p>
        </w:tc>
      </w:tr>
      <w:tr w:rsidR="00E71A28" w:rsidRPr="008E7D12" w14:paraId="567584FE" w14:textId="77777777" w:rsidTr="008E7D12">
        <w:tc>
          <w:tcPr>
            <w:tcW w:w="1152" w:type="dxa"/>
          </w:tcPr>
          <w:p w14:paraId="12037E64" w14:textId="77777777" w:rsidR="00E71A28" w:rsidRPr="008E7D12" w:rsidRDefault="00000000">
            <w:pPr>
              <w:rPr>
                <w:sz w:val="20"/>
                <w:szCs w:val="20"/>
              </w:rPr>
            </w:pPr>
            <w:r>
              <w:rPr>
                <w:sz w:val="20"/>
                <w:szCs w:val="20"/>
              </w:rPr>
              <w:t>14</w:t>
            </w:r>
          </w:p>
        </w:tc>
        <w:tc>
          <w:tcPr>
            <w:tcW w:w="1008" w:type="dxa"/>
          </w:tcPr>
          <w:p w14:paraId="2B146B64" w14:textId="77777777" w:rsidR="00E71A28" w:rsidRPr="008E7D12" w:rsidRDefault="00000000">
            <w:pPr>
              <w:rPr>
                <w:sz w:val="20"/>
                <w:szCs w:val="20"/>
              </w:rPr>
            </w:pPr>
            <w:r>
              <w:rPr>
                <w:sz w:val="20"/>
                <w:szCs w:val="20"/>
              </w:rPr>
              <w:t>B</w:t>
            </w:r>
          </w:p>
        </w:tc>
        <w:tc>
          <w:tcPr>
            <w:tcW w:w="2448" w:type="dxa"/>
          </w:tcPr>
          <w:p w14:paraId="4968A37C" w14:textId="77777777" w:rsidR="00E71A28" w:rsidRPr="008E7D12" w:rsidRDefault="00000000">
            <w:pPr>
              <w:rPr>
                <w:sz w:val="20"/>
                <w:szCs w:val="20"/>
              </w:rPr>
            </w:pPr>
            <w:r>
              <w:rPr>
                <w:sz w:val="20"/>
                <w:szCs w:val="20"/>
              </w:rPr>
              <w:t>Perplexity (LLM5)</w:t>
            </w:r>
          </w:p>
        </w:tc>
        <w:tc>
          <w:tcPr>
            <w:tcW w:w="1296" w:type="dxa"/>
          </w:tcPr>
          <w:p w14:paraId="4E54A2D0" w14:textId="77777777" w:rsidR="00E71A28" w:rsidRPr="008E7D12" w:rsidRDefault="00000000">
            <w:pPr>
              <w:rPr>
                <w:sz w:val="20"/>
                <w:szCs w:val="20"/>
              </w:rPr>
            </w:pPr>
            <w:r>
              <w:rPr>
                <w:sz w:val="20"/>
                <w:szCs w:val="20"/>
              </w:rPr>
              <w:t>4</w:t>
            </w:r>
          </w:p>
        </w:tc>
        <w:tc>
          <w:tcPr>
            <w:tcW w:w="1008" w:type="dxa"/>
          </w:tcPr>
          <w:p w14:paraId="1FF6EC71" w14:textId="77777777" w:rsidR="00E71A28" w:rsidRPr="008E7D12" w:rsidRDefault="00000000">
            <w:pPr>
              <w:rPr>
                <w:sz w:val="20"/>
                <w:szCs w:val="20"/>
              </w:rPr>
            </w:pPr>
            <w:r>
              <w:rPr>
                <w:sz w:val="20"/>
                <w:szCs w:val="20"/>
              </w:rPr>
              <w:t>5</w:t>
            </w:r>
          </w:p>
        </w:tc>
        <w:tc>
          <w:tcPr>
            <w:tcW w:w="1728" w:type="dxa"/>
          </w:tcPr>
          <w:p w14:paraId="5ED96D96" w14:textId="77777777" w:rsidR="00E71A28" w:rsidRPr="008E7D12" w:rsidRDefault="00000000">
            <w:pPr>
              <w:rPr>
                <w:sz w:val="20"/>
                <w:szCs w:val="20"/>
              </w:rPr>
            </w:pPr>
            <w:r>
              <w:rPr>
                <w:sz w:val="20"/>
                <w:szCs w:val="20"/>
              </w:rPr>
              <w:t>5</w:t>
            </w:r>
          </w:p>
        </w:tc>
        <w:tc>
          <w:tcPr>
            <w:tcW w:w="1584" w:type="dxa"/>
          </w:tcPr>
          <w:p w14:paraId="564DF8B8" w14:textId="77777777" w:rsidR="00E71A28" w:rsidRPr="008E7D12" w:rsidRDefault="00000000">
            <w:pPr>
              <w:rPr>
                <w:sz w:val="20"/>
                <w:szCs w:val="20"/>
              </w:rPr>
            </w:pPr>
            <w:r>
              <w:rPr>
                <w:sz w:val="20"/>
                <w:szCs w:val="20"/>
              </w:rPr>
              <w:t>4</w:t>
            </w:r>
          </w:p>
        </w:tc>
        <w:tc>
          <w:tcPr>
            <w:tcW w:w="1296" w:type="dxa"/>
          </w:tcPr>
          <w:p w14:paraId="084B93E6" w14:textId="77777777" w:rsidR="00E71A28" w:rsidRPr="008E7D12" w:rsidRDefault="00000000">
            <w:pPr>
              <w:rPr>
                <w:sz w:val="20"/>
                <w:szCs w:val="20"/>
              </w:rPr>
            </w:pPr>
            <w:r>
              <w:rPr>
                <w:sz w:val="20"/>
                <w:szCs w:val="20"/>
              </w:rPr>
              <w:t>4.50</w:t>
            </w:r>
          </w:p>
        </w:tc>
      </w:tr>
      <w:tr w:rsidR="00E71A28" w:rsidRPr="008E7D12" w14:paraId="64432803" w14:textId="77777777" w:rsidTr="008E7D12">
        <w:tc>
          <w:tcPr>
            <w:tcW w:w="1152" w:type="dxa"/>
          </w:tcPr>
          <w:p w14:paraId="757BE514" w14:textId="77777777" w:rsidR="00E71A28" w:rsidRPr="008E7D12" w:rsidRDefault="00000000">
            <w:pPr>
              <w:rPr>
                <w:sz w:val="20"/>
                <w:szCs w:val="20"/>
              </w:rPr>
            </w:pPr>
            <w:r>
              <w:rPr>
                <w:sz w:val="20"/>
                <w:szCs w:val="20"/>
              </w:rPr>
              <w:t>15</w:t>
            </w:r>
          </w:p>
        </w:tc>
        <w:tc>
          <w:tcPr>
            <w:tcW w:w="1008" w:type="dxa"/>
          </w:tcPr>
          <w:p w14:paraId="2D10242E" w14:textId="77777777" w:rsidR="00E71A28" w:rsidRPr="008E7D12" w:rsidRDefault="00000000">
            <w:pPr>
              <w:rPr>
                <w:sz w:val="20"/>
                <w:szCs w:val="20"/>
              </w:rPr>
            </w:pPr>
            <w:r>
              <w:rPr>
                <w:sz w:val="20"/>
                <w:szCs w:val="20"/>
              </w:rPr>
              <w:t>B</w:t>
            </w:r>
          </w:p>
        </w:tc>
        <w:tc>
          <w:tcPr>
            <w:tcW w:w="2448" w:type="dxa"/>
          </w:tcPr>
          <w:p w14:paraId="5F48D28C" w14:textId="77777777" w:rsidR="00E71A28" w:rsidRPr="008E7D12" w:rsidRDefault="00000000">
            <w:pPr>
              <w:rPr>
                <w:sz w:val="20"/>
                <w:szCs w:val="20"/>
              </w:rPr>
            </w:pPr>
            <w:r>
              <w:rPr>
                <w:sz w:val="20"/>
                <w:szCs w:val="20"/>
              </w:rPr>
              <w:t>ChatGPT (LLM1)</w:t>
            </w:r>
          </w:p>
        </w:tc>
        <w:tc>
          <w:tcPr>
            <w:tcW w:w="1296" w:type="dxa"/>
          </w:tcPr>
          <w:p w14:paraId="07C23CE6" w14:textId="77777777" w:rsidR="00E71A28" w:rsidRPr="008E7D12" w:rsidRDefault="00000000">
            <w:pPr>
              <w:rPr>
                <w:sz w:val="20"/>
                <w:szCs w:val="20"/>
              </w:rPr>
            </w:pPr>
            <w:r>
              <w:rPr>
                <w:sz w:val="20"/>
                <w:szCs w:val="20"/>
              </w:rPr>
              <w:t>3</w:t>
            </w:r>
          </w:p>
        </w:tc>
        <w:tc>
          <w:tcPr>
            <w:tcW w:w="1008" w:type="dxa"/>
          </w:tcPr>
          <w:p w14:paraId="41A6F695" w14:textId="77777777" w:rsidR="00E71A28" w:rsidRPr="008E7D12" w:rsidRDefault="00000000">
            <w:pPr>
              <w:rPr>
                <w:sz w:val="20"/>
                <w:szCs w:val="20"/>
              </w:rPr>
            </w:pPr>
            <w:r>
              <w:rPr>
                <w:sz w:val="20"/>
                <w:szCs w:val="20"/>
              </w:rPr>
              <w:t>3</w:t>
            </w:r>
          </w:p>
        </w:tc>
        <w:tc>
          <w:tcPr>
            <w:tcW w:w="1728" w:type="dxa"/>
          </w:tcPr>
          <w:p w14:paraId="3D4E805B" w14:textId="77777777" w:rsidR="00E71A28" w:rsidRPr="008E7D12" w:rsidRDefault="00000000">
            <w:pPr>
              <w:rPr>
                <w:sz w:val="20"/>
                <w:szCs w:val="20"/>
              </w:rPr>
            </w:pPr>
            <w:r>
              <w:rPr>
                <w:sz w:val="20"/>
                <w:szCs w:val="20"/>
              </w:rPr>
              <w:t>5</w:t>
            </w:r>
          </w:p>
        </w:tc>
        <w:tc>
          <w:tcPr>
            <w:tcW w:w="1584" w:type="dxa"/>
          </w:tcPr>
          <w:p w14:paraId="079EEED1" w14:textId="77777777" w:rsidR="00E71A28" w:rsidRPr="008E7D12" w:rsidRDefault="00000000">
            <w:pPr>
              <w:rPr>
                <w:sz w:val="20"/>
                <w:szCs w:val="20"/>
              </w:rPr>
            </w:pPr>
            <w:r>
              <w:rPr>
                <w:sz w:val="20"/>
                <w:szCs w:val="20"/>
              </w:rPr>
              <w:t>3</w:t>
            </w:r>
          </w:p>
        </w:tc>
        <w:tc>
          <w:tcPr>
            <w:tcW w:w="1296" w:type="dxa"/>
          </w:tcPr>
          <w:p w14:paraId="773C6D89" w14:textId="77777777" w:rsidR="00E71A28" w:rsidRPr="008E7D12" w:rsidRDefault="00000000">
            <w:pPr>
              <w:rPr>
                <w:sz w:val="20"/>
                <w:szCs w:val="20"/>
              </w:rPr>
            </w:pPr>
            <w:r>
              <w:rPr>
                <w:sz w:val="20"/>
                <w:szCs w:val="20"/>
              </w:rPr>
              <w:t>3.50</w:t>
            </w:r>
          </w:p>
        </w:tc>
      </w:tr>
      <w:tr w:rsidR="00E71A28" w:rsidRPr="008E7D12" w14:paraId="57FE40BE" w14:textId="77777777" w:rsidTr="008E7D12">
        <w:tc>
          <w:tcPr>
            <w:tcW w:w="1152" w:type="dxa"/>
          </w:tcPr>
          <w:p w14:paraId="7F62F60B" w14:textId="77777777" w:rsidR="00E71A28" w:rsidRPr="008E7D12" w:rsidRDefault="00000000">
            <w:pPr>
              <w:rPr>
                <w:sz w:val="20"/>
                <w:szCs w:val="20"/>
              </w:rPr>
            </w:pPr>
            <w:r>
              <w:rPr>
                <w:sz w:val="20"/>
                <w:szCs w:val="20"/>
              </w:rPr>
              <w:t>15</w:t>
            </w:r>
          </w:p>
        </w:tc>
        <w:tc>
          <w:tcPr>
            <w:tcW w:w="1008" w:type="dxa"/>
          </w:tcPr>
          <w:p w14:paraId="128606F9" w14:textId="77777777" w:rsidR="00E71A28" w:rsidRPr="008E7D12" w:rsidRDefault="00000000">
            <w:pPr>
              <w:rPr>
                <w:sz w:val="20"/>
                <w:szCs w:val="20"/>
              </w:rPr>
            </w:pPr>
            <w:r>
              <w:rPr>
                <w:sz w:val="20"/>
                <w:szCs w:val="20"/>
              </w:rPr>
              <w:t>B</w:t>
            </w:r>
          </w:p>
        </w:tc>
        <w:tc>
          <w:tcPr>
            <w:tcW w:w="2448" w:type="dxa"/>
          </w:tcPr>
          <w:p w14:paraId="3AC6456A" w14:textId="77777777" w:rsidR="00E71A28" w:rsidRPr="008E7D12" w:rsidRDefault="00000000">
            <w:pPr>
              <w:rPr>
                <w:sz w:val="20"/>
                <w:szCs w:val="20"/>
              </w:rPr>
            </w:pPr>
            <w:r>
              <w:rPr>
                <w:sz w:val="20"/>
                <w:szCs w:val="20"/>
              </w:rPr>
              <w:t>Claude (LLM2)</w:t>
            </w:r>
          </w:p>
        </w:tc>
        <w:tc>
          <w:tcPr>
            <w:tcW w:w="1296" w:type="dxa"/>
          </w:tcPr>
          <w:p w14:paraId="6361CDDF" w14:textId="77777777" w:rsidR="00E71A28" w:rsidRPr="008E7D12" w:rsidRDefault="00000000">
            <w:pPr>
              <w:rPr>
                <w:sz w:val="20"/>
                <w:szCs w:val="20"/>
              </w:rPr>
            </w:pPr>
            <w:r>
              <w:rPr>
                <w:sz w:val="20"/>
                <w:szCs w:val="20"/>
              </w:rPr>
              <w:t>5</w:t>
            </w:r>
          </w:p>
        </w:tc>
        <w:tc>
          <w:tcPr>
            <w:tcW w:w="1008" w:type="dxa"/>
          </w:tcPr>
          <w:p w14:paraId="3A23C019" w14:textId="77777777" w:rsidR="00E71A28" w:rsidRPr="008E7D12" w:rsidRDefault="00000000">
            <w:pPr>
              <w:rPr>
                <w:sz w:val="20"/>
                <w:szCs w:val="20"/>
              </w:rPr>
            </w:pPr>
            <w:r>
              <w:rPr>
                <w:sz w:val="20"/>
                <w:szCs w:val="20"/>
              </w:rPr>
              <w:t>5</w:t>
            </w:r>
          </w:p>
        </w:tc>
        <w:tc>
          <w:tcPr>
            <w:tcW w:w="1728" w:type="dxa"/>
          </w:tcPr>
          <w:p w14:paraId="088D61FE" w14:textId="77777777" w:rsidR="00E71A28" w:rsidRPr="008E7D12" w:rsidRDefault="00000000">
            <w:pPr>
              <w:rPr>
                <w:sz w:val="20"/>
                <w:szCs w:val="20"/>
              </w:rPr>
            </w:pPr>
            <w:r>
              <w:rPr>
                <w:sz w:val="20"/>
                <w:szCs w:val="20"/>
              </w:rPr>
              <w:t>5</w:t>
            </w:r>
          </w:p>
        </w:tc>
        <w:tc>
          <w:tcPr>
            <w:tcW w:w="1584" w:type="dxa"/>
          </w:tcPr>
          <w:p w14:paraId="32F4F7C2" w14:textId="77777777" w:rsidR="00E71A28" w:rsidRPr="008E7D12" w:rsidRDefault="00000000">
            <w:pPr>
              <w:rPr>
                <w:sz w:val="20"/>
                <w:szCs w:val="20"/>
              </w:rPr>
            </w:pPr>
            <w:r>
              <w:rPr>
                <w:sz w:val="20"/>
                <w:szCs w:val="20"/>
              </w:rPr>
              <w:t>5</w:t>
            </w:r>
          </w:p>
        </w:tc>
        <w:tc>
          <w:tcPr>
            <w:tcW w:w="1296" w:type="dxa"/>
          </w:tcPr>
          <w:p w14:paraId="7AD1A6F0" w14:textId="77777777" w:rsidR="00E71A28" w:rsidRPr="008E7D12" w:rsidRDefault="00000000">
            <w:pPr>
              <w:rPr>
                <w:sz w:val="20"/>
                <w:szCs w:val="20"/>
              </w:rPr>
            </w:pPr>
            <w:r>
              <w:rPr>
                <w:sz w:val="20"/>
                <w:szCs w:val="20"/>
              </w:rPr>
              <w:t>5.00</w:t>
            </w:r>
          </w:p>
        </w:tc>
      </w:tr>
      <w:tr w:rsidR="00E71A28" w:rsidRPr="008E7D12" w14:paraId="55334707" w14:textId="77777777" w:rsidTr="008E7D12">
        <w:tc>
          <w:tcPr>
            <w:tcW w:w="1152" w:type="dxa"/>
          </w:tcPr>
          <w:p w14:paraId="5006A718" w14:textId="77777777" w:rsidR="00E71A28" w:rsidRPr="008E7D12" w:rsidRDefault="00000000">
            <w:pPr>
              <w:rPr>
                <w:sz w:val="20"/>
                <w:szCs w:val="20"/>
              </w:rPr>
            </w:pPr>
            <w:r>
              <w:rPr>
                <w:sz w:val="20"/>
                <w:szCs w:val="20"/>
              </w:rPr>
              <w:t>15</w:t>
            </w:r>
          </w:p>
        </w:tc>
        <w:tc>
          <w:tcPr>
            <w:tcW w:w="1008" w:type="dxa"/>
          </w:tcPr>
          <w:p w14:paraId="2A45170A" w14:textId="77777777" w:rsidR="00E71A28" w:rsidRPr="008E7D12" w:rsidRDefault="00000000">
            <w:pPr>
              <w:rPr>
                <w:sz w:val="20"/>
                <w:szCs w:val="20"/>
              </w:rPr>
            </w:pPr>
            <w:r>
              <w:rPr>
                <w:sz w:val="20"/>
                <w:szCs w:val="20"/>
              </w:rPr>
              <w:t>B</w:t>
            </w:r>
          </w:p>
        </w:tc>
        <w:tc>
          <w:tcPr>
            <w:tcW w:w="2448" w:type="dxa"/>
          </w:tcPr>
          <w:p w14:paraId="3791B3E0" w14:textId="77777777" w:rsidR="00E71A28" w:rsidRPr="008E7D12" w:rsidRDefault="00000000">
            <w:pPr>
              <w:rPr>
                <w:sz w:val="20"/>
                <w:szCs w:val="20"/>
              </w:rPr>
            </w:pPr>
            <w:r>
              <w:rPr>
                <w:sz w:val="20"/>
                <w:szCs w:val="20"/>
              </w:rPr>
              <w:t>Gemini (LLM3)</w:t>
            </w:r>
          </w:p>
        </w:tc>
        <w:tc>
          <w:tcPr>
            <w:tcW w:w="1296" w:type="dxa"/>
          </w:tcPr>
          <w:p w14:paraId="6BAE58A9" w14:textId="77777777" w:rsidR="00E71A28" w:rsidRPr="008E7D12" w:rsidRDefault="00000000">
            <w:pPr>
              <w:rPr>
                <w:sz w:val="20"/>
                <w:szCs w:val="20"/>
              </w:rPr>
            </w:pPr>
            <w:r>
              <w:rPr>
                <w:sz w:val="20"/>
                <w:szCs w:val="20"/>
              </w:rPr>
              <w:t>3</w:t>
            </w:r>
          </w:p>
        </w:tc>
        <w:tc>
          <w:tcPr>
            <w:tcW w:w="1008" w:type="dxa"/>
          </w:tcPr>
          <w:p w14:paraId="1A8C45C1" w14:textId="77777777" w:rsidR="00E71A28" w:rsidRPr="008E7D12" w:rsidRDefault="00000000">
            <w:pPr>
              <w:rPr>
                <w:sz w:val="20"/>
                <w:szCs w:val="20"/>
              </w:rPr>
            </w:pPr>
            <w:r>
              <w:rPr>
                <w:sz w:val="20"/>
                <w:szCs w:val="20"/>
              </w:rPr>
              <w:t>4</w:t>
            </w:r>
          </w:p>
        </w:tc>
        <w:tc>
          <w:tcPr>
            <w:tcW w:w="1728" w:type="dxa"/>
          </w:tcPr>
          <w:p w14:paraId="125CC86B" w14:textId="77777777" w:rsidR="00E71A28" w:rsidRPr="008E7D12" w:rsidRDefault="00000000">
            <w:pPr>
              <w:rPr>
                <w:sz w:val="20"/>
                <w:szCs w:val="20"/>
              </w:rPr>
            </w:pPr>
            <w:r>
              <w:rPr>
                <w:sz w:val="20"/>
                <w:szCs w:val="20"/>
              </w:rPr>
              <w:t>5</w:t>
            </w:r>
          </w:p>
        </w:tc>
        <w:tc>
          <w:tcPr>
            <w:tcW w:w="1584" w:type="dxa"/>
          </w:tcPr>
          <w:p w14:paraId="0C817968" w14:textId="77777777" w:rsidR="00E71A28" w:rsidRPr="008E7D12" w:rsidRDefault="00000000">
            <w:pPr>
              <w:rPr>
                <w:sz w:val="20"/>
                <w:szCs w:val="20"/>
              </w:rPr>
            </w:pPr>
            <w:r>
              <w:rPr>
                <w:sz w:val="20"/>
                <w:szCs w:val="20"/>
              </w:rPr>
              <w:t>3</w:t>
            </w:r>
          </w:p>
        </w:tc>
        <w:tc>
          <w:tcPr>
            <w:tcW w:w="1296" w:type="dxa"/>
          </w:tcPr>
          <w:p w14:paraId="5E1B37A9" w14:textId="77777777" w:rsidR="00E71A28" w:rsidRPr="008E7D12" w:rsidRDefault="00000000">
            <w:pPr>
              <w:rPr>
                <w:sz w:val="20"/>
                <w:szCs w:val="20"/>
              </w:rPr>
            </w:pPr>
            <w:r>
              <w:rPr>
                <w:sz w:val="20"/>
                <w:szCs w:val="20"/>
              </w:rPr>
              <w:t>3.75</w:t>
            </w:r>
          </w:p>
        </w:tc>
      </w:tr>
      <w:tr w:rsidR="00E71A28" w:rsidRPr="008E7D12" w14:paraId="7D71E15D" w14:textId="77777777" w:rsidTr="008E7D12">
        <w:tc>
          <w:tcPr>
            <w:tcW w:w="1152" w:type="dxa"/>
          </w:tcPr>
          <w:p w14:paraId="2B38C251" w14:textId="77777777" w:rsidR="00E71A28" w:rsidRPr="008E7D12" w:rsidRDefault="00000000">
            <w:pPr>
              <w:rPr>
                <w:sz w:val="20"/>
                <w:szCs w:val="20"/>
              </w:rPr>
            </w:pPr>
            <w:r>
              <w:rPr>
                <w:sz w:val="20"/>
                <w:szCs w:val="20"/>
              </w:rPr>
              <w:t>15</w:t>
            </w:r>
          </w:p>
        </w:tc>
        <w:tc>
          <w:tcPr>
            <w:tcW w:w="1008" w:type="dxa"/>
          </w:tcPr>
          <w:p w14:paraId="3B83710C" w14:textId="77777777" w:rsidR="00E71A28" w:rsidRPr="008E7D12" w:rsidRDefault="00000000">
            <w:pPr>
              <w:rPr>
                <w:sz w:val="20"/>
                <w:szCs w:val="20"/>
              </w:rPr>
            </w:pPr>
            <w:r>
              <w:rPr>
                <w:sz w:val="20"/>
                <w:szCs w:val="20"/>
              </w:rPr>
              <w:t>B</w:t>
            </w:r>
          </w:p>
        </w:tc>
        <w:tc>
          <w:tcPr>
            <w:tcW w:w="2448" w:type="dxa"/>
          </w:tcPr>
          <w:p w14:paraId="3C94A81C" w14:textId="77777777" w:rsidR="00E71A28" w:rsidRPr="008E7D12" w:rsidRDefault="00000000">
            <w:pPr>
              <w:rPr>
                <w:sz w:val="20"/>
                <w:szCs w:val="20"/>
              </w:rPr>
            </w:pPr>
            <w:r>
              <w:rPr>
                <w:sz w:val="20"/>
                <w:szCs w:val="20"/>
              </w:rPr>
              <w:t>OpenEvidence (LLM4)</w:t>
            </w:r>
          </w:p>
        </w:tc>
        <w:tc>
          <w:tcPr>
            <w:tcW w:w="1296" w:type="dxa"/>
          </w:tcPr>
          <w:p w14:paraId="2E021057" w14:textId="77777777" w:rsidR="00E71A28" w:rsidRPr="008E7D12" w:rsidRDefault="00000000">
            <w:pPr>
              <w:rPr>
                <w:sz w:val="20"/>
                <w:szCs w:val="20"/>
              </w:rPr>
            </w:pPr>
            <w:r>
              <w:rPr>
                <w:sz w:val="20"/>
                <w:szCs w:val="20"/>
              </w:rPr>
              <w:t>5</w:t>
            </w:r>
          </w:p>
        </w:tc>
        <w:tc>
          <w:tcPr>
            <w:tcW w:w="1008" w:type="dxa"/>
          </w:tcPr>
          <w:p w14:paraId="2039AF1A" w14:textId="77777777" w:rsidR="00E71A28" w:rsidRPr="008E7D12" w:rsidRDefault="00000000">
            <w:pPr>
              <w:rPr>
                <w:sz w:val="20"/>
                <w:szCs w:val="20"/>
              </w:rPr>
            </w:pPr>
            <w:r>
              <w:rPr>
                <w:sz w:val="20"/>
                <w:szCs w:val="20"/>
              </w:rPr>
              <w:t>5</w:t>
            </w:r>
          </w:p>
        </w:tc>
        <w:tc>
          <w:tcPr>
            <w:tcW w:w="1728" w:type="dxa"/>
          </w:tcPr>
          <w:p w14:paraId="5FFF3596" w14:textId="77777777" w:rsidR="00E71A28" w:rsidRPr="008E7D12" w:rsidRDefault="00000000">
            <w:pPr>
              <w:rPr>
                <w:sz w:val="20"/>
                <w:szCs w:val="20"/>
              </w:rPr>
            </w:pPr>
            <w:r>
              <w:rPr>
                <w:sz w:val="20"/>
                <w:szCs w:val="20"/>
              </w:rPr>
              <w:t>5</w:t>
            </w:r>
          </w:p>
        </w:tc>
        <w:tc>
          <w:tcPr>
            <w:tcW w:w="1584" w:type="dxa"/>
          </w:tcPr>
          <w:p w14:paraId="5CB79DB9" w14:textId="77777777" w:rsidR="00E71A28" w:rsidRPr="008E7D12" w:rsidRDefault="00000000">
            <w:pPr>
              <w:rPr>
                <w:sz w:val="20"/>
                <w:szCs w:val="20"/>
              </w:rPr>
            </w:pPr>
            <w:r>
              <w:rPr>
                <w:sz w:val="20"/>
                <w:szCs w:val="20"/>
              </w:rPr>
              <w:t>5</w:t>
            </w:r>
          </w:p>
        </w:tc>
        <w:tc>
          <w:tcPr>
            <w:tcW w:w="1296" w:type="dxa"/>
          </w:tcPr>
          <w:p w14:paraId="0B2AA112" w14:textId="77777777" w:rsidR="00E71A28" w:rsidRPr="008E7D12" w:rsidRDefault="00000000">
            <w:pPr>
              <w:rPr>
                <w:sz w:val="20"/>
                <w:szCs w:val="20"/>
              </w:rPr>
            </w:pPr>
            <w:r>
              <w:rPr>
                <w:sz w:val="20"/>
                <w:szCs w:val="20"/>
              </w:rPr>
              <w:t>5.00</w:t>
            </w:r>
          </w:p>
        </w:tc>
      </w:tr>
      <w:tr w:rsidR="00E71A28" w:rsidRPr="008E7D12" w14:paraId="60CD122C" w14:textId="77777777" w:rsidTr="008E7D12">
        <w:tc>
          <w:tcPr>
            <w:tcW w:w="1152" w:type="dxa"/>
          </w:tcPr>
          <w:p w14:paraId="14DFA4F9" w14:textId="77777777" w:rsidR="00E71A28" w:rsidRPr="008E7D12" w:rsidRDefault="00000000">
            <w:pPr>
              <w:rPr>
                <w:sz w:val="20"/>
                <w:szCs w:val="20"/>
              </w:rPr>
            </w:pPr>
            <w:r>
              <w:rPr>
                <w:sz w:val="20"/>
                <w:szCs w:val="20"/>
              </w:rPr>
              <w:t>15</w:t>
            </w:r>
          </w:p>
        </w:tc>
        <w:tc>
          <w:tcPr>
            <w:tcW w:w="1008" w:type="dxa"/>
          </w:tcPr>
          <w:p w14:paraId="62C8A56B" w14:textId="77777777" w:rsidR="00E71A28" w:rsidRPr="008E7D12" w:rsidRDefault="00000000">
            <w:pPr>
              <w:rPr>
                <w:sz w:val="20"/>
                <w:szCs w:val="20"/>
              </w:rPr>
            </w:pPr>
            <w:r>
              <w:rPr>
                <w:sz w:val="20"/>
                <w:szCs w:val="20"/>
              </w:rPr>
              <w:t>B</w:t>
            </w:r>
          </w:p>
        </w:tc>
        <w:tc>
          <w:tcPr>
            <w:tcW w:w="2448" w:type="dxa"/>
          </w:tcPr>
          <w:p w14:paraId="467EE638" w14:textId="77777777" w:rsidR="00E71A28" w:rsidRPr="008E7D12" w:rsidRDefault="00000000">
            <w:pPr>
              <w:rPr>
                <w:sz w:val="20"/>
                <w:szCs w:val="20"/>
              </w:rPr>
            </w:pPr>
            <w:r>
              <w:rPr>
                <w:sz w:val="20"/>
                <w:szCs w:val="20"/>
              </w:rPr>
              <w:t>Perplexity (LLM5)</w:t>
            </w:r>
          </w:p>
        </w:tc>
        <w:tc>
          <w:tcPr>
            <w:tcW w:w="1296" w:type="dxa"/>
          </w:tcPr>
          <w:p w14:paraId="0D52BED9" w14:textId="77777777" w:rsidR="00E71A28" w:rsidRPr="008E7D12" w:rsidRDefault="00000000">
            <w:pPr>
              <w:rPr>
                <w:sz w:val="20"/>
                <w:szCs w:val="20"/>
              </w:rPr>
            </w:pPr>
            <w:r>
              <w:rPr>
                <w:sz w:val="20"/>
                <w:szCs w:val="20"/>
              </w:rPr>
              <w:t>4</w:t>
            </w:r>
          </w:p>
        </w:tc>
        <w:tc>
          <w:tcPr>
            <w:tcW w:w="1008" w:type="dxa"/>
          </w:tcPr>
          <w:p w14:paraId="3A704FC4" w14:textId="77777777" w:rsidR="00E71A28" w:rsidRPr="008E7D12" w:rsidRDefault="00000000">
            <w:pPr>
              <w:rPr>
                <w:sz w:val="20"/>
                <w:szCs w:val="20"/>
              </w:rPr>
            </w:pPr>
            <w:r>
              <w:rPr>
                <w:sz w:val="20"/>
                <w:szCs w:val="20"/>
              </w:rPr>
              <w:t>1</w:t>
            </w:r>
          </w:p>
        </w:tc>
        <w:tc>
          <w:tcPr>
            <w:tcW w:w="1728" w:type="dxa"/>
          </w:tcPr>
          <w:p w14:paraId="01B0F03E" w14:textId="77777777" w:rsidR="00E71A28" w:rsidRPr="008E7D12" w:rsidRDefault="00000000">
            <w:pPr>
              <w:rPr>
                <w:sz w:val="20"/>
                <w:szCs w:val="20"/>
              </w:rPr>
            </w:pPr>
            <w:r>
              <w:rPr>
                <w:sz w:val="20"/>
                <w:szCs w:val="20"/>
              </w:rPr>
              <w:t>1</w:t>
            </w:r>
          </w:p>
        </w:tc>
        <w:tc>
          <w:tcPr>
            <w:tcW w:w="1584" w:type="dxa"/>
          </w:tcPr>
          <w:p w14:paraId="7BFD2C6C" w14:textId="77777777" w:rsidR="00E71A28" w:rsidRPr="008E7D12" w:rsidRDefault="00000000">
            <w:pPr>
              <w:rPr>
                <w:sz w:val="20"/>
                <w:szCs w:val="20"/>
              </w:rPr>
            </w:pPr>
            <w:r>
              <w:rPr>
                <w:sz w:val="20"/>
                <w:szCs w:val="20"/>
              </w:rPr>
              <w:t>4</w:t>
            </w:r>
          </w:p>
        </w:tc>
        <w:tc>
          <w:tcPr>
            <w:tcW w:w="1296" w:type="dxa"/>
          </w:tcPr>
          <w:p w14:paraId="3A9E2A64" w14:textId="77777777" w:rsidR="00E71A28" w:rsidRPr="008E7D12" w:rsidRDefault="00000000">
            <w:pPr>
              <w:rPr>
                <w:sz w:val="20"/>
                <w:szCs w:val="20"/>
              </w:rPr>
            </w:pPr>
            <w:r>
              <w:rPr>
                <w:sz w:val="20"/>
                <w:szCs w:val="20"/>
              </w:rPr>
              <w:t>2.50</w:t>
            </w:r>
          </w:p>
        </w:tc>
      </w:tr>
      <w:tr w:rsidR="00E71A28" w:rsidRPr="008E7D12" w14:paraId="4105C3A4" w14:textId="77777777" w:rsidTr="008E7D12">
        <w:tc>
          <w:tcPr>
            <w:tcW w:w="1152" w:type="dxa"/>
          </w:tcPr>
          <w:p w14:paraId="363F05A4" w14:textId="77777777" w:rsidR="00E71A28" w:rsidRPr="008E7D12" w:rsidRDefault="00000000">
            <w:pPr>
              <w:rPr>
                <w:sz w:val="20"/>
                <w:szCs w:val="20"/>
              </w:rPr>
            </w:pPr>
            <w:r>
              <w:rPr>
                <w:sz w:val="20"/>
                <w:szCs w:val="20"/>
              </w:rPr>
              <w:t>16</w:t>
            </w:r>
          </w:p>
        </w:tc>
        <w:tc>
          <w:tcPr>
            <w:tcW w:w="1008" w:type="dxa"/>
          </w:tcPr>
          <w:p w14:paraId="2AC82E62" w14:textId="77777777" w:rsidR="00E71A28" w:rsidRPr="008E7D12" w:rsidRDefault="00000000">
            <w:pPr>
              <w:rPr>
                <w:sz w:val="20"/>
                <w:szCs w:val="20"/>
              </w:rPr>
            </w:pPr>
            <w:r>
              <w:rPr>
                <w:sz w:val="20"/>
                <w:szCs w:val="20"/>
              </w:rPr>
              <w:t>B</w:t>
            </w:r>
          </w:p>
        </w:tc>
        <w:tc>
          <w:tcPr>
            <w:tcW w:w="2448" w:type="dxa"/>
          </w:tcPr>
          <w:p w14:paraId="5CA83C38" w14:textId="77777777" w:rsidR="00E71A28" w:rsidRPr="008E7D12" w:rsidRDefault="00000000">
            <w:pPr>
              <w:rPr>
                <w:sz w:val="20"/>
                <w:szCs w:val="20"/>
              </w:rPr>
            </w:pPr>
            <w:r>
              <w:rPr>
                <w:sz w:val="20"/>
                <w:szCs w:val="20"/>
              </w:rPr>
              <w:t>ChatGPT (LLM1)</w:t>
            </w:r>
          </w:p>
        </w:tc>
        <w:tc>
          <w:tcPr>
            <w:tcW w:w="1296" w:type="dxa"/>
          </w:tcPr>
          <w:p w14:paraId="3D1B0949" w14:textId="77777777" w:rsidR="00E71A28" w:rsidRPr="008E7D12" w:rsidRDefault="00000000">
            <w:pPr>
              <w:rPr>
                <w:sz w:val="20"/>
                <w:szCs w:val="20"/>
              </w:rPr>
            </w:pPr>
            <w:r>
              <w:rPr>
                <w:sz w:val="20"/>
                <w:szCs w:val="20"/>
              </w:rPr>
              <w:t>4</w:t>
            </w:r>
          </w:p>
        </w:tc>
        <w:tc>
          <w:tcPr>
            <w:tcW w:w="1008" w:type="dxa"/>
          </w:tcPr>
          <w:p w14:paraId="5140004C" w14:textId="77777777" w:rsidR="00E71A28" w:rsidRPr="008E7D12" w:rsidRDefault="00000000">
            <w:pPr>
              <w:rPr>
                <w:sz w:val="20"/>
                <w:szCs w:val="20"/>
              </w:rPr>
            </w:pPr>
            <w:r>
              <w:rPr>
                <w:sz w:val="20"/>
                <w:szCs w:val="20"/>
              </w:rPr>
              <w:t>3</w:t>
            </w:r>
          </w:p>
        </w:tc>
        <w:tc>
          <w:tcPr>
            <w:tcW w:w="1728" w:type="dxa"/>
          </w:tcPr>
          <w:p w14:paraId="1F584817" w14:textId="77777777" w:rsidR="00E71A28" w:rsidRPr="008E7D12" w:rsidRDefault="00000000">
            <w:pPr>
              <w:rPr>
                <w:sz w:val="20"/>
                <w:szCs w:val="20"/>
              </w:rPr>
            </w:pPr>
            <w:r>
              <w:rPr>
                <w:sz w:val="20"/>
                <w:szCs w:val="20"/>
              </w:rPr>
              <w:t>5</w:t>
            </w:r>
          </w:p>
        </w:tc>
        <w:tc>
          <w:tcPr>
            <w:tcW w:w="1584" w:type="dxa"/>
          </w:tcPr>
          <w:p w14:paraId="18D26416" w14:textId="77777777" w:rsidR="00E71A28" w:rsidRPr="008E7D12" w:rsidRDefault="00000000">
            <w:pPr>
              <w:rPr>
                <w:sz w:val="20"/>
                <w:szCs w:val="20"/>
              </w:rPr>
            </w:pPr>
            <w:r>
              <w:rPr>
                <w:sz w:val="20"/>
                <w:szCs w:val="20"/>
              </w:rPr>
              <w:t>3</w:t>
            </w:r>
          </w:p>
        </w:tc>
        <w:tc>
          <w:tcPr>
            <w:tcW w:w="1296" w:type="dxa"/>
          </w:tcPr>
          <w:p w14:paraId="5A566FA4" w14:textId="77777777" w:rsidR="00E71A28" w:rsidRPr="008E7D12" w:rsidRDefault="00000000">
            <w:pPr>
              <w:rPr>
                <w:sz w:val="20"/>
                <w:szCs w:val="20"/>
              </w:rPr>
            </w:pPr>
            <w:r>
              <w:rPr>
                <w:sz w:val="20"/>
                <w:szCs w:val="20"/>
              </w:rPr>
              <w:t>3.75</w:t>
            </w:r>
          </w:p>
        </w:tc>
      </w:tr>
      <w:tr w:rsidR="00E71A28" w:rsidRPr="008E7D12" w14:paraId="493D7991" w14:textId="77777777" w:rsidTr="008E7D12">
        <w:tc>
          <w:tcPr>
            <w:tcW w:w="1152" w:type="dxa"/>
          </w:tcPr>
          <w:p w14:paraId="152F34FC" w14:textId="77777777" w:rsidR="00E71A28" w:rsidRPr="008E7D12" w:rsidRDefault="00000000">
            <w:pPr>
              <w:rPr>
                <w:sz w:val="20"/>
                <w:szCs w:val="20"/>
              </w:rPr>
            </w:pPr>
            <w:r>
              <w:rPr>
                <w:sz w:val="20"/>
                <w:szCs w:val="20"/>
              </w:rPr>
              <w:t>16</w:t>
            </w:r>
          </w:p>
        </w:tc>
        <w:tc>
          <w:tcPr>
            <w:tcW w:w="1008" w:type="dxa"/>
          </w:tcPr>
          <w:p w14:paraId="4F10692F" w14:textId="77777777" w:rsidR="00E71A28" w:rsidRPr="008E7D12" w:rsidRDefault="00000000">
            <w:pPr>
              <w:rPr>
                <w:sz w:val="20"/>
                <w:szCs w:val="20"/>
              </w:rPr>
            </w:pPr>
            <w:r>
              <w:rPr>
                <w:sz w:val="20"/>
                <w:szCs w:val="20"/>
              </w:rPr>
              <w:t>B</w:t>
            </w:r>
          </w:p>
        </w:tc>
        <w:tc>
          <w:tcPr>
            <w:tcW w:w="2448" w:type="dxa"/>
          </w:tcPr>
          <w:p w14:paraId="43A00E69" w14:textId="77777777" w:rsidR="00E71A28" w:rsidRPr="008E7D12" w:rsidRDefault="00000000">
            <w:pPr>
              <w:rPr>
                <w:sz w:val="20"/>
                <w:szCs w:val="20"/>
              </w:rPr>
            </w:pPr>
            <w:r>
              <w:rPr>
                <w:sz w:val="20"/>
                <w:szCs w:val="20"/>
              </w:rPr>
              <w:t>Claude (LLM2)</w:t>
            </w:r>
          </w:p>
        </w:tc>
        <w:tc>
          <w:tcPr>
            <w:tcW w:w="1296" w:type="dxa"/>
          </w:tcPr>
          <w:p w14:paraId="6E559FEB" w14:textId="77777777" w:rsidR="00E71A28" w:rsidRPr="008E7D12" w:rsidRDefault="00000000">
            <w:pPr>
              <w:rPr>
                <w:sz w:val="20"/>
                <w:szCs w:val="20"/>
              </w:rPr>
            </w:pPr>
            <w:r>
              <w:rPr>
                <w:sz w:val="20"/>
                <w:szCs w:val="20"/>
              </w:rPr>
              <w:t>5</w:t>
            </w:r>
          </w:p>
        </w:tc>
        <w:tc>
          <w:tcPr>
            <w:tcW w:w="1008" w:type="dxa"/>
          </w:tcPr>
          <w:p w14:paraId="65E4E90A" w14:textId="77777777" w:rsidR="00E71A28" w:rsidRPr="008E7D12" w:rsidRDefault="00000000">
            <w:pPr>
              <w:rPr>
                <w:sz w:val="20"/>
                <w:szCs w:val="20"/>
              </w:rPr>
            </w:pPr>
            <w:r>
              <w:rPr>
                <w:sz w:val="20"/>
                <w:szCs w:val="20"/>
              </w:rPr>
              <w:t>5</w:t>
            </w:r>
          </w:p>
        </w:tc>
        <w:tc>
          <w:tcPr>
            <w:tcW w:w="1728" w:type="dxa"/>
          </w:tcPr>
          <w:p w14:paraId="19CD096A" w14:textId="77777777" w:rsidR="00E71A28" w:rsidRPr="008E7D12" w:rsidRDefault="00000000">
            <w:pPr>
              <w:rPr>
                <w:sz w:val="20"/>
                <w:szCs w:val="20"/>
              </w:rPr>
            </w:pPr>
            <w:r>
              <w:rPr>
                <w:sz w:val="20"/>
                <w:szCs w:val="20"/>
              </w:rPr>
              <w:t>5</w:t>
            </w:r>
          </w:p>
        </w:tc>
        <w:tc>
          <w:tcPr>
            <w:tcW w:w="1584" w:type="dxa"/>
          </w:tcPr>
          <w:p w14:paraId="69EEE6BF" w14:textId="77777777" w:rsidR="00E71A28" w:rsidRPr="008E7D12" w:rsidRDefault="00000000">
            <w:pPr>
              <w:rPr>
                <w:sz w:val="20"/>
                <w:szCs w:val="20"/>
              </w:rPr>
            </w:pPr>
            <w:r>
              <w:rPr>
                <w:sz w:val="20"/>
                <w:szCs w:val="20"/>
              </w:rPr>
              <w:t>5</w:t>
            </w:r>
          </w:p>
        </w:tc>
        <w:tc>
          <w:tcPr>
            <w:tcW w:w="1296" w:type="dxa"/>
          </w:tcPr>
          <w:p w14:paraId="0D1712EB" w14:textId="77777777" w:rsidR="00E71A28" w:rsidRPr="008E7D12" w:rsidRDefault="00000000">
            <w:pPr>
              <w:rPr>
                <w:sz w:val="20"/>
                <w:szCs w:val="20"/>
              </w:rPr>
            </w:pPr>
            <w:r>
              <w:rPr>
                <w:sz w:val="20"/>
                <w:szCs w:val="20"/>
              </w:rPr>
              <w:t>5.00</w:t>
            </w:r>
          </w:p>
        </w:tc>
      </w:tr>
      <w:tr w:rsidR="00E71A28" w:rsidRPr="008E7D12" w14:paraId="3AAB8CBC" w14:textId="77777777" w:rsidTr="008E7D12">
        <w:tc>
          <w:tcPr>
            <w:tcW w:w="1152" w:type="dxa"/>
          </w:tcPr>
          <w:p w14:paraId="566D925B" w14:textId="77777777" w:rsidR="00E71A28" w:rsidRPr="008E7D12" w:rsidRDefault="00000000">
            <w:pPr>
              <w:rPr>
                <w:sz w:val="20"/>
                <w:szCs w:val="20"/>
              </w:rPr>
            </w:pPr>
            <w:r>
              <w:rPr>
                <w:sz w:val="20"/>
                <w:szCs w:val="20"/>
              </w:rPr>
              <w:t>16</w:t>
            </w:r>
          </w:p>
        </w:tc>
        <w:tc>
          <w:tcPr>
            <w:tcW w:w="1008" w:type="dxa"/>
          </w:tcPr>
          <w:p w14:paraId="44948F5D" w14:textId="77777777" w:rsidR="00E71A28" w:rsidRPr="008E7D12" w:rsidRDefault="00000000">
            <w:pPr>
              <w:rPr>
                <w:sz w:val="20"/>
                <w:szCs w:val="20"/>
              </w:rPr>
            </w:pPr>
            <w:r>
              <w:rPr>
                <w:sz w:val="20"/>
                <w:szCs w:val="20"/>
              </w:rPr>
              <w:t>B</w:t>
            </w:r>
          </w:p>
        </w:tc>
        <w:tc>
          <w:tcPr>
            <w:tcW w:w="2448" w:type="dxa"/>
          </w:tcPr>
          <w:p w14:paraId="124CC89E" w14:textId="77777777" w:rsidR="00E71A28" w:rsidRPr="008E7D12" w:rsidRDefault="00000000">
            <w:pPr>
              <w:rPr>
                <w:sz w:val="20"/>
                <w:szCs w:val="20"/>
              </w:rPr>
            </w:pPr>
            <w:r>
              <w:rPr>
                <w:sz w:val="20"/>
                <w:szCs w:val="20"/>
              </w:rPr>
              <w:t>Gemini (LLM3)</w:t>
            </w:r>
          </w:p>
        </w:tc>
        <w:tc>
          <w:tcPr>
            <w:tcW w:w="1296" w:type="dxa"/>
          </w:tcPr>
          <w:p w14:paraId="26B9031B" w14:textId="77777777" w:rsidR="00E71A28" w:rsidRPr="008E7D12" w:rsidRDefault="00000000">
            <w:pPr>
              <w:rPr>
                <w:sz w:val="20"/>
                <w:szCs w:val="20"/>
              </w:rPr>
            </w:pPr>
            <w:r>
              <w:rPr>
                <w:sz w:val="20"/>
                <w:szCs w:val="20"/>
              </w:rPr>
              <w:t>4</w:t>
            </w:r>
          </w:p>
        </w:tc>
        <w:tc>
          <w:tcPr>
            <w:tcW w:w="1008" w:type="dxa"/>
          </w:tcPr>
          <w:p w14:paraId="22B8F502" w14:textId="77777777" w:rsidR="00E71A28" w:rsidRPr="008E7D12" w:rsidRDefault="00000000">
            <w:pPr>
              <w:rPr>
                <w:sz w:val="20"/>
                <w:szCs w:val="20"/>
              </w:rPr>
            </w:pPr>
            <w:r>
              <w:rPr>
                <w:sz w:val="20"/>
                <w:szCs w:val="20"/>
              </w:rPr>
              <w:t>3</w:t>
            </w:r>
          </w:p>
        </w:tc>
        <w:tc>
          <w:tcPr>
            <w:tcW w:w="1728" w:type="dxa"/>
          </w:tcPr>
          <w:p w14:paraId="2C9C0B2B" w14:textId="77777777" w:rsidR="00E71A28" w:rsidRPr="008E7D12" w:rsidRDefault="00000000">
            <w:pPr>
              <w:rPr>
                <w:sz w:val="20"/>
                <w:szCs w:val="20"/>
              </w:rPr>
            </w:pPr>
            <w:r>
              <w:rPr>
                <w:sz w:val="20"/>
                <w:szCs w:val="20"/>
              </w:rPr>
              <w:t>5</w:t>
            </w:r>
          </w:p>
        </w:tc>
        <w:tc>
          <w:tcPr>
            <w:tcW w:w="1584" w:type="dxa"/>
          </w:tcPr>
          <w:p w14:paraId="7965485C" w14:textId="77777777" w:rsidR="00E71A28" w:rsidRPr="008E7D12" w:rsidRDefault="00000000">
            <w:pPr>
              <w:rPr>
                <w:sz w:val="20"/>
                <w:szCs w:val="20"/>
              </w:rPr>
            </w:pPr>
            <w:r>
              <w:rPr>
                <w:sz w:val="20"/>
                <w:szCs w:val="20"/>
              </w:rPr>
              <w:t>3</w:t>
            </w:r>
          </w:p>
        </w:tc>
        <w:tc>
          <w:tcPr>
            <w:tcW w:w="1296" w:type="dxa"/>
          </w:tcPr>
          <w:p w14:paraId="3D95E629" w14:textId="77777777" w:rsidR="00E71A28" w:rsidRPr="008E7D12" w:rsidRDefault="00000000">
            <w:pPr>
              <w:rPr>
                <w:sz w:val="20"/>
                <w:szCs w:val="20"/>
              </w:rPr>
            </w:pPr>
            <w:r>
              <w:rPr>
                <w:sz w:val="20"/>
                <w:szCs w:val="20"/>
              </w:rPr>
              <w:t>3.75</w:t>
            </w:r>
          </w:p>
        </w:tc>
      </w:tr>
      <w:tr w:rsidR="00E71A28" w:rsidRPr="008E7D12" w14:paraId="2485AC7A" w14:textId="77777777" w:rsidTr="008E7D12">
        <w:tc>
          <w:tcPr>
            <w:tcW w:w="1152" w:type="dxa"/>
          </w:tcPr>
          <w:p w14:paraId="6242D9F8" w14:textId="77777777" w:rsidR="00E71A28" w:rsidRPr="008E7D12" w:rsidRDefault="00000000">
            <w:pPr>
              <w:rPr>
                <w:sz w:val="20"/>
                <w:szCs w:val="20"/>
              </w:rPr>
            </w:pPr>
            <w:r>
              <w:rPr>
                <w:sz w:val="20"/>
                <w:szCs w:val="20"/>
              </w:rPr>
              <w:t>16</w:t>
            </w:r>
          </w:p>
        </w:tc>
        <w:tc>
          <w:tcPr>
            <w:tcW w:w="1008" w:type="dxa"/>
          </w:tcPr>
          <w:p w14:paraId="39B0D87C" w14:textId="77777777" w:rsidR="00E71A28" w:rsidRPr="008E7D12" w:rsidRDefault="00000000">
            <w:pPr>
              <w:rPr>
                <w:sz w:val="20"/>
                <w:szCs w:val="20"/>
              </w:rPr>
            </w:pPr>
            <w:r>
              <w:rPr>
                <w:sz w:val="20"/>
                <w:szCs w:val="20"/>
              </w:rPr>
              <w:t>B</w:t>
            </w:r>
          </w:p>
        </w:tc>
        <w:tc>
          <w:tcPr>
            <w:tcW w:w="2448" w:type="dxa"/>
          </w:tcPr>
          <w:p w14:paraId="506DDB45" w14:textId="77777777" w:rsidR="00E71A28" w:rsidRPr="008E7D12" w:rsidRDefault="00000000">
            <w:pPr>
              <w:rPr>
                <w:sz w:val="20"/>
                <w:szCs w:val="20"/>
              </w:rPr>
            </w:pPr>
            <w:r>
              <w:rPr>
                <w:sz w:val="20"/>
                <w:szCs w:val="20"/>
              </w:rPr>
              <w:t>OpenEvidence (LLM4)</w:t>
            </w:r>
          </w:p>
        </w:tc>
        <w:tc>
          <w:tcPr>
            <w:tcW w:w="1296" w:type="dxa"/>
          </w:tcPr>
          <w:p w14:paraId="2181D82F" w14:textId="77777777" w:rsidR="00E71A28" w:rsidRPr="008E7D12" w:rsidRDefault="00000000">
            <w:pPr>
              <w:rPr>
                <w:sz w:val="20"/>
                <w:szCs w:val="20"/>
              </w:rPr>
            </w:pPr>
            <w:r>
              <w:rPr>
                <w:sz w:val="20"/>
                <w:szCs w:val="20"/>
              </w:rPr>
              <w:t>5</w:t>
            </w:r>
          </w:p>
        </w:tc>
        <w:tc>
          <w:tcPr>
            <w:tcW w:w="1008" w:type="dxa"/>
          </w:tcPr>
          <w:p w14:paraId="0D4F4F0E" w14:textId="77777777" w:rsidR="00E71A28" w:rsidRPr="008E7D12" w:rsidRDefault="00000000">
            <w:pPr>
              <w:rPr>
                <w:sz w:val="20"/>
                <w:szCs w:val="20"/>
              </w:rPr>
            </w:pPr>
            <w:r>
              <w:rPr>
                <w:sz w:val="20"/>
                <w:szCs w:val="20"/>
              </w:rPr>
              <w:t>5</w:t>
            </w:r>
          </w:p>
        </w:tc>
        <w:tc>
          <w:tcPr>
            <w:tcW w:w="1728" w:type="dxa"/>
          </w:tcPr>
          <w:p w14:paraId="3698869B" w14:textId="77777777" w:rsidR="00E71A28" w:rsidRPr="008E7D12" w:rsidRDefault="00000000">
            <w:pPr>
              <w:rPr>
                <w:sz w:val="20"/>
                <w:szCs w:val="20"/>
              </w:rPr>
            </w:pPr>
            <w:r>
              <w:rPr>
                <w:sz w:val="20"/>
                <w:szCs w:val="20"/>
              </w:rPr>
              <w:t>4</w:t>
            </w:r>
          </w:p>
        </w:tc>
        <w:tc>
          <w:tcPr>
            <w:tcW w:w="1584" w:type="dxa"/>
          </w:tcPr>
          <w:p w14:paraId="1470BCD5" w14:textId="77777777" w:rsidR="00E71A28" w:rsidRPr="008E7D12" w:rsidRDefault="00000000">
            <w:pPr>
              <w:rPr>
                <w:sz w:val="20"/>
                <w:szCs w:val="20"/>
              </w:rPr>
            </w:pPr>
            <w:r>
              <w:rPr>
                <w:sz w:val="20"/>
                <w:szCs w:val="20"/>
              </w:rPr>
              <w:t>3</w:t>
            </w:r>
          </w:p>
        </w:tc>
        <w:tc>
          <w:tcPr>
            <w:tcW w:w="1296" w:type="dxa"/>
          </w:tcPr>
          <w:p w14:paraId="4408E6A9" w14:textId="77777777" w:rsidR="00E71A28" w:rsidRPr="008E7D12" w:rsidRDefault="00000000">
            <w:pPr>
              <w:rPr>
                <w:sz w:val="20"/>
                <w:szCs w:val="20"/>
              </w:rPr>
            </w:pPr>
            <w:r>
              <w:rPr>
                <w:sz w:val="20"/>
                <w:szCs w:val="20"/>
              </w:rPr>
              <w:t>4.25</w:t>
            </w:r>
          </w:p>
        </w:tc>
      </w:tr>
      <w:tr w:rsidR="00E71A28" w:rsidRPr="008E7D12" w14:paraId="27060752" w14:textId="77777777" w:rsidTr="008E7D12">
        <w:tc>
          <w:tcPr>
            <w:tcW w:w="1152" w:type="dxa"/>
          </w:tcPr>
          <w:p w14:paraId="373677F2" w14:textId="77777777" w:rsidR="00E71A28" w:rsidRPr="008E7D12" w:rsidRDefault="00000000">
            <w:pPr>
              <w:rPr>
                <w:sz w:val="20"/>
                <w:szCs w:val="20"/>
              </w:rPr>
            </w:pPr>
            <w:r>
              <w:rPr>
                <w:sz w:val="20"/>
                <w:szCs w:val="20"/>
              </w:rPr>
              <w:t>16</w:t>
            </w:r>
          </w:p>
        </w:tc>
        <w:tc>
          <w:tcPr>
            <w:tcW w:w="1008" w:type="dxa"/>
          </w:tcPr>
          <w:p w14:paraId="3FA45E86" w14:textId="77777777" w:rsidR="00E71A28" w:rsidRPr="008E7D12" w:rsidRDefault="00000000">
            <w:pPr>
              <w:rPr>
                <w:sz w:val="20"/>
                <w:szCs w:val="20"/>
              </w:rPr>
            </w:pPr>
            <w:r>
              <w:rPr>
                <w:sz w:val="20"/>
                <w:szCs w:val="20"/>
              </w:rPr>
              <w:t>B</w:t>
            </w:r>
          </w:p>
        </w:tc>
        <w:tc>
          <w:tcPr>
            <w:tcW w:w="2448" w:type="dxa"/>
          </w:tcPr>
          <w:p w14:paraId="1FCB0BD4" w14:textId="77777777" w:rsidR="00E71A28" w:rsidRPr="008E7D12" w:rsidRDefault="00000000">
            <w:pPr>
              <w:rPr>
                <w:sz w:val="20"/>
                <w:szCs w:val="20"/>
              </w:rPr>
            </w:pPr>
            <w:r>
              <w:rPr>
                <w:sz w:val="20"/>
                <w:szCs w:val="20"/>
              </w:rPr>
              <w:t xml:space="preserve">Perplexity </w:t>
            </w:r>
            <w:r>
              <w:rPr>
                <w:sz w:val="20"/>
                <w:szCs w:val="20"/>
              </w:rPr>
              <w:lastRenderedPageBreak/>
              <w:t>(LLM5)</w:t>
            </w:r>
          </w:p>
        </w:tc>
        <w:tc>
          <w:tcPr>
            <w:tcW w:w="1296" w:type="dxa"/>
          </w:tcPr>
          <w:p w14:paraId="4B9192FD" w14:textId="77777777" w:rsidR="00E71A28" w:rsidRPr="008E7D12" w:rsidRDefault="00000000">
            <w:pPr>
              <w:rPr>
                <w:sz w:val="20"/>
                <w:szCs w:val="20"/>
              </w:rPr>
            </w:pPr>
            <w:r>
              <w:rPr>
                <w:sz w:val="20"/>
                <w:szCs w:val="20"/>
              </w:rPr>
              <w:lastRenderedPageBreak/>
              <w:t>3</w:t>
            </w:r>
          </w:p>
        </w:tc>
        <w:tc>
          <w:tcPr>
            <w:tcW w:w="1008" w:type="dxa"/>
          </w:tcPr>
          <w:p w14:paraId="2AC0DEFC" w14:textId="77777777" w:rsidR="00E71A28" w:rsidRPr="008E7D12" w:rsidRDefault="00000000">
            <w:pPr>
              <w:rPr>
                <w:sz w:val="20"/>
                <w:szCs w:val="20"/>
              </w:rPr>
            </w:pPr>
            <w:r>
              <w:rPr>
                <w:sz w:val="20"/>
                <w:szCs w:val="20"/>
              </w:rPr>
              <w:t>1</w:t>
            </w:r>
          </w:p>
        </w:tc>
        <w:tc>
          <w:tcPr>
            <w:tcW w:w="1728" w:type="dxa"/>
          </w:tcPr>
          <w:p w14:paraId="443732AD" w14:textId="77777777" w:rsidR="00E71A28" w:rsidRPr="008E7D12" w:rsidRDefault="00000000">
            <w:pPr>
              <w:rPr>
                <w:sz w:val="20"/>
                <w:szCs w:val="20"/>
              </w:rPr>
            </w:pPr>
            <w:r>
              <w:rPr>
                <w:sz w:val="20"/>
                <w:szCs w:val="20"/>
              </w:rPr>
              <w:t>5</w:t>
            </w:r>
          </w:p>
        </w:tc>
        <w:tc>
          <w:tcPr>
            <w:tcW w:w="1584" w:type="dxa"/>
          </w:tcPr>
          <w:p w14:paraId="149FFB7B" w14:textId="77777777" w:rsidR="00E71A28" w:rsidRPr="008E7D12" w:rsidRDefault="00000000">
            <w:pPr>
              <w:rPr>
                <w:sz w:val="20"/>
                <w:szCs w:val="20"/>
              </w:rPr>
            </w:pPr>
            <w:r>
              <w:rPr>
                <w:sz w:val="20"/>
                <w:szCs w:val="20"/>
              </w:rPr>
              <w:t>2</w:t>
            </w:r>
          </w:p>
        </w:tc>
        <w:tc>
          <w:tcPr>
            <w:tcW w:w="1296" w:type="dxa"/>
          </w:tcPr>
          <w:p w14:paraId="587F4EFC" w14:textId="77777777" w:rsidR="00E71A28" w:rsidRPr="008E7D12" w:rsidRDefault="00000000">
            <w:pPr>
              <w:rPr>
                <w:sz w:val="20"/>
                <w:szCs w:val="20"/>
              </w:rPr>
            </w:pPr>
            <w:r>
              <w:rPr>
                <w:sz w:val="20"/>
                <w:szCs w:val="20"/>
              </w:rPr>
              <w:t>2.75</w:t>
            </w:r>
          </w:p>
        </w:tc>
      </w:tr>
      <w:tr w:rsidR="00E71A28" w:rsidRPr="008E7D12" w14:paraId="28D9C7A9" w14:textId="77777777" w:rsidTr="008E7D12">
        <w:tc>
          <w:tcPr>
            <w:tcW w:w="1152" w:type="dxa"/>
          </w:tcPr>
          <w:p w14:paraId="2D538C3D" w14:textId="77777777" w:rsidR="00E71A28" w:rsidRPr="008E7D12" w:rsidRDefault="00000000">
            <w:pPr>
              <w:rPr>
                <w:sz w:val="20"/>
                <w:szCs w:val="20"/>
              </w:rPr>
            </w:pPr>
            <w:r>
              <w:rPr>
                <w:sz w:val="20"/>
                <w:szCs w:val="20"/>
              </w:rPr>
              <w:t>17</w:t>
            </w:r>
          </w:p>
        </w:tc>
        <w:tc>
          <w:tcPr>
            <w:tcW w:w="1008" w:type="dxa"/>
          </w:tcPr>
          <w:p w14:paraId="7937C384" w14:textId="77777777" w:rsidR="00E71A28" w:rsidRPr="008E7D12" w:rsidRDefault="00000000">
            <w:pPr>
              <w:rPr>
                <w:sz w:val="20"/>
                <w:szCs w:val="20"/>
              </w:rPr>
            </w:pPr>
            <w:r>
              <w:rPr>
                <w:sz w:val="20"/>
                <w:szCs w:val="20"/>
              </w:rPr>
              <w:t>C</w:t>
            </w:r>
          </w:p>
        </w:tc>
        <w:tc>
          <w:tcPr>
            <w:tcW w:w="2448" w:type="dxa"/>
          </w:tcPr>
          <w:p w14:paraId="6B54AA78" w14:textId="77777777" w:rsidR="00E71A28" w:rsidRPr="008E7D12" w:rsidRDefault="00000000">
            <w:pPr>
              <w:rPr>
                <w:sz w:val="20"/>
                <w:szCs w:val="20"/>
              </w:rPr>
            </w:pPr>
            <w:r>
              <w:rPr>
                <w:sz w:val="20"/>
                <w:szCs w:val="20"/>
              </w:rPr>
              <w:t>ChatGPT (LLM1)</w:t>
            </w:r>
          </w:p>
        </w:tc>
        <w:tc>
          <w:tcPr>
            <w:tcW w:w="1296" w:type="dxa"/>
          </w:tcPr>
          <w:p w14:paraId="2A1C9FD4" w14:textId="77777777" w:rsidR="00E71A28" w:rsidRPr="008E7D12" w:rsidRDefault="00000000">
            <w:pPr>
              <w:rPr>
                <w:sz w:val="20"/>
                <w:szCs w:val="20"/>
              </w:rPr>
            </w:pPr>
            <w:r>
              <w:rPr>
                <w:sz w:val="20"/>
                <w:szCs w:val="20"/>
              </w:rPr>
              <w:t>2</w:t>
            </w:r>
          </w:p>
        </w:tc>
        <w:tc>
          <w:tcPr>
            <w:tcW w:w="1008" w:type="dxa"/>
          </w:tcPr>
          <w:p w14:paraId="272C4097" w14:textId="77777777" w:rsidR="00E71A28" w:rsidRPr="008E7D12" w:rsidRDefault="00000000">
            <w:pPr>
              <w:rPr>
                <w:sz w:val="20"/>
                <w:szCs w:val="20"/>
              </w:rPr>
            </w:pPr>
            <w:r>
              <w:rPr>
                <w:sz w:val="20"/>
                <w:szCs w:val="20"/>
              </w:rPr>
              <w:t>1</w:t>
            </w:r>
          </w:p>
        </w:tc>
        <w:tc>
          <w:tcPr>
            <w:tcW w:w="1728" w:type="dxa"/>
          </w:tcPr>
          <w:p w14:paraId="67B699A6" w14:textId="77777777" w:rsidR="00E71A28" w:rsidRPr="008E7D12" w:rsidRDefault="00000000">
            <w:pPr>
              <w:rPr>
                <w:sz w:val="20"/>
                <w:szCs w:val="20"/>
              </w:rPr>
            </w:pPr>
            <w:r>
              <w:rPr>
                <w:sz w:val="20"/>
                <w:szCs w:val="20"/>
              </w:rPr>
              <w:t>4</w:t>
            </w:r>
          </w:p>
        </w:tc>
        <w:tc>
          <w:tcPr>
            <w:tcW w:w="1584" w:type="dxa"/>
          </w:tcPr>
          <w:p w14:paraId="6331695E" w14:textId="77777777" w:rsidR="00E71A28" w:rsidRPr="008E7D12" w:rsidRDefault="00000000">
            <w:pPr>
              <w:rPr>
                <w:sz w:val="20"/>
                <w:szCs w:val="20"/>
              </w:rPr>
            </w:pPr>
            <w:r>
              <w:rPr>
                <w:sz w:val="20"/>
                <w:szCs w:val="20"/>
              </w:rPr>
              <w:t>3</w:t>
            </w:r>
          </w:p>
        </w:tc>
        <w:tc>
          <w:tcPr>
            <w:tcW w:w="1296" w:type="dxa"/>
          </w:tcPr>
          <w:p w14:paraId="79A422D9" w14:textId="77777777" w:rsidR="00E71A28" w:rsidRPr="008E7D12" w:rsidRDefault="00000000">
            <w:pPr>
              <w:rPr>
                <w:sz w:val="20"/>
                <w:szCs w:val="20"/>
              </w:rPr>
            </w:pPr>
            <w:r>
              <w:rPr>
                <w:sz w:val="20"/>
                <w:szCs w:val="20"/>
              </w:rPr>
              <w:t>2.50</w:t>
            </w:r>
          </w:p>
        </w:tc>
      </w:tr>
      <w:tr w:rsidR="00E71A28" w:rsidRPr="008E7D12" w14:paraId="7B7996A3" w14:textId="77777777" w:rsidTr="008E7D12">
        <w:tc>
          <w:tcPr>
            <w:tcW w:w="1152" w:type="dxa"/>
          </w:tcPr>
          <w:p w14:paraId="45CD565E" w14:textId="77777777" w:rsidR="00E71A28" w:rsidRPr="008E7D12" w:rsidRDefault="00000000">
            <w:pPr>
              <w:rPr>
                <w:sz w:val="20"/>
                <w:szCs w:val="20"/>
              </w:rPr>
            </w:pPr>
            <w:r>
              <w:rPr>
                <w:sz w:val="20"/>
                <w:szCs w:val="20"/>
              </w:rPr>
              <w:t>17</w:t>
            </w:r>
          </w:p>
        </w:tc>
        <w:tc>
          <w:tcPr>
            <w:tcW w:w="1008" w:type="dxa"/>
          </w:tcPr>
          <w:p w14:paraId="717721EC" w14:textId="77777777" w:rsidR="00E71A28" w:rsidRPr="008E7D12" w:rsidRDefault="00000000">
            <w:pPr>
              <w:rPr>
                <w:sz w:val="20"/>
                <w:szCs w:val="20"/>
              </w:rPr>
            </w:pPr>
            <w:r>
              <w:rPr>
                <w:sz w:val="20"/>
                <w:szCs w:val="20"/>
              </w:rPr>
              <w:t>C</w:t>
            </w:r>
          </w:p>
        </w:tc>
        <w:tc>
          <w:tcPr>
            <w:tcW w:w="2448" w:type="dxa"/>
          </w:tcPr>
          <w:p w14:paraId="025D4968" w14:textId="77777777" w:rsidR="00E71A28" w:rsidRPr="008E7D12" w:rsidRDefault="00000000">
            <w:pPr>
              <w:rPr>
                <w:sz w:val="20"/>
                <w:szCs w:val="20"/>
              </w:rPr>
            </w:pPr>
            <w:r>
              <w:rPr>
                <w:sz w:val="20"/>
                <w:szCs w:val="20"/>
              </w:rPr>
              <w:t>Claude (LLM2)</w:t>
            </w:r>
          </w:p>
        </w:tc>
        <w:tc>
          <w:tcPr>
            <w:tcW w:w="1296" w:type="dxa"/>
          </w:tcPr>
          <w:p w14:paraId="4FD5D932" w14:textId="77777777" w:rsidR="00E71A28" w:rsidRPr="008E7D12" w:rsidRDefault="00000000">
            <w:pPr>
              <w:rPr>
                <w:sz w:val="20"/>
                <w:szCs w:val="20"/>
              </w:rPr>
            </w:pPr>
            <w:r>
              <w:rPr>
                <w:sz w:val="20"/>
                <w:szCs w:val="20"/>
              </w:rPr>
              <w:t>3</w:t>
            </w:r>
          </w:p>
        </w:tc>
        <w:tc>
          <w:tcPr>
            <w:tcW w:w="1008" w:type="dxa"/>
          </w:tcPr>
          <w:p w14:paraId="59FA38C5" w14:textId="77777777" w:rsidR="00E71A28" w:rsidRPr="008E7D12" w:rsidRDefault="00000000">
            <w:pPr>
              <w:rPr>
                <w:sz w:val="20"/>
                <w:szCs w:val="20"/>
              </w:rPr>
            </w:pPr>
            <w:r>
              <w:rPr>
                <w:sz w:val="20"/>
                <w:szCs w:val="20"/>
              </w:rPr>
              <w:t>5</w:t>
            </w:r>
          </w:p>
        </w:tc>
        <w:tc>
          <w:tcPr>
            <w:tcW w:w="1728" w:type="dxa"/>
          </w:tcPr>
          <w:p w14:paraId="6F60B3BB" w14:textId="77777777" w:rsidR="00E71A28" w:rsidRPr="008E7D12" w:rsidRDefault="00000000">
            <w:pPr>
              <w:rPr>
                <w:sz w:val="20"/>
                <w:szCs w:val="20"/>
              </w:rPr>
            </w:pPr>
            <w:r>
              <w:rPr>
                <w:sz w:val="20"/>
                <w:szCs w:val="20"/>
              </w:rPr>
              <w:t>1</w:t>
            </w:r>
          </w:p>
        </w:tc>
        <w:tc>
          <w:tcPr>
            <w:tcW w:w="1584" w:type="dxa"/>
          </w:tcPr>
          <w:p w14:paraId="6BDC08CA" w14:textId="77777777" w:rsidR="00E71A28" w:rsidRPr="008E7D12" w:rsidRDefault="00000000">
            <w:pPr>
              <w:rPr>
                <w:sz w:val="20"/>
                <w:szCs w:val="20"/>
              </w:rPr>
            </w:pPr>
            <w:r>
              <w:rPr>
                <w:sz w:val="20"/>
                <w:szCs w:val="20"/>
              </w:rPr>
              <w:t>4</w:t>
            </w:r>
          </w:p>
        </w:tc>
        <w:tc>
          <w:tcPr>
            <w:tcW w:w="1296" w:type="dxa"/>
          </w:tcPr>
          <w:p w14:paraId="734A10F6" w14:textId="77777777" w:rsidR="00E71A28" w:rsidRPr="008E7D12" w:rsidRDefault="00000000">
            <w:pPr>
              <w:rPr>
                <w:sz w:val="20"/>
                <w:szCs w:val="20"/>
              </w:rPr>
            </w:pPr>
            <w:r>
              <w:rPr>
                <w:sz w:val="20"/>
                <w:szCs w:val="20"/>
              </w:rPr>
              <w:t>3.25</w:t>
            </w:r>
          </w:p>
        </w:tc>
      </w:tr>
      <w:tr w:rsidR="00E71A28" w:rsidRPr="008E7D12" w14:paraId="35B12A7D" w14:textId="77777777" w:rsidTr="008E7D12">
        <w:tc>
          <w:tcPr>
            <w:tcW w:w="1152" w:type="dxa"/>
          </w:tcPr>
          <w:p w14:paraId="0294F35D" w14:textId="77777777" w:rsidR="00E71A28" w:rsidRPr="008E7D12" w:rsidRDefault="00000000">
            <w:pPr>
              <w:rPr>
                <w:sz w:val="20"/>
                <w:szCs w:val="20"/>
              </w:rPr>
            </w:pPr>
            <w:r>
              <w:rPr>
                <w:sz w:val="20"/>
                <w:szCs w:val="20"/>
              </w:rPr>
              <w:t>17</w:t>
            </w:r>
          </w:p>
        </w:tc>
        <w:tc>
          <w:tcPr>
            <w:tcW w:w="1008" w:type="dxa"/>
          </w:tcPr>
          <w:p w14:paraId="2748EBE9" w14:textId="77777777" w:rsidR="00E71A28" w:rsidRPr="008E7D12" w:rsidRDefault="00000000">
            <w:pPr>
              <w:rPr>
                <w:sz w:val="20"/>
                <w:szCs w:val="20"/>
              </w:rPr>
            </w:pPr>
            <w:r>
              <w:rPr>
                <w:sz w:val="20"/>
                <w:szCs w:val="20"/>
              </w:rPr>
              <w:t>C</w:t>
            </w:r>
          </w:p>
        </w:tc>
        <w:tc>
          <w:tcPr>
            <w:tcW w:w="2448" w:type="dxa"/>
          </w:tcPr>
          <w:p w14:paraId="338F1B2C" w14:textId="77777777" w:rsidR="00E71A28" w:rsidRPr="008E7D12" w:rsidRDefault="00000000">
            <w:pPr>
              <w:rPr>
                <w:sz w:val="20"/>
                <w:szCs w:val="20"/>
              </w:rPr>
            </w:pPr>
            <w:r>
              <w:rPr>
                <w:sz w:val="20"/>
                <w:szCs w:val="20"/>
              </w:rPr>
              <w:t>Gemini (LLM3)</w:t>
            </w:r>
          </w:p>
        </w:tc>
        <w:tc>
          <w:tcPr>
            <w:tcW w:w="1296" w:type="dxa"/>
          </w:tcPr>
          <w:p w14:paraId="14122314" w14:textId="77777777" w:rsidR="00E71A28" w:rsidRPr="008E7D12" w:rsidRDefault="00000000">
            <w:pPr>
              <w:rPr>
                <w:sz w:val="20"/>
                <w:szCs w:val="20"/>
              </w:rPr>
            </w:pPr>
            <w:r>
              <w:rPr>
                <w:sz w:val="20"/>
                <w:szCs w:val="20"/>
              </w:rPr>
              <w:t>3</w:t>
            </w:r>
          </w:p>
        </w:tc>
        <w:tc>
          <w:tcPr>
            <w:tcW w:w="1008" w:type="dxa"/>
          </w:tcPr>
          <w:p w14:paraId="16D883AB" w14:textId="77777777" w:rsidR="00E71A28" w:rsidRPr="008E7D12" w:rsidRDefault="00000000">
            <w:pPr>
              <w:rPr>
                <w:sz w:val="20"/>
                <w:szCs w:val="20"/>
              </w:rPr>
            </w:pPr>
            <w:r>
              <w:rPr>
                <w:sz w:val="20"/>
                <w:szCs w:val="20"/>
              </w:rPr>
              <w:t>1</w:t>
            </w:r>
          </w:p>
        </w:tc>
        <w:tc>
          <w:tcPr>
            <w:tcW w:w="1728" w:type="dxa"/>
          </w:tcPr>
          <w:p w14:paraId="0B4002F4" w14:textId="77777777" w:rsidR="00E71A28" w:rsidRPr="008E7D12" w:rsidRDefault="00000000">
            <w:pPr>
              <w:rPr>
                <w:sz w:val="20"/>
                <w:szCs w:val="20"/>
              </w:rPr>
            </w:pPr>
            <w:r>
              <w:rPr>
                <w:sz w:val="20"/>
                <w:szCs w:val="20"/>
              </w:rPr>
              <w:t>4</w:t>
            </w:r>
          </w:p>
        </w:tc>
        <w:tc>
          <w:tcPr>
            <w:tcW w:w="1584" w:type="dxa"/>
          </w:tcPr>
          <w:p w14:paraId="31BDF739" w14:textId="77777777" w:rsidR="00E71A28" w:rsidRPr="008E7D12" w:rsidRDefault="00000000">
            <w:pPr>
              <w:rPr>
                <w:sz w:val="20"/>
                <w:szCs w:val="20"/>
              </w:rPr>
            </w:pPr>
            <w:r>
              <w:rPr>
                <w:sz w:val="20"/>
                <w:szCs w:val="20"/>
              </w:rPr>
              <w:t>3</w:t>
            </w:r>
          </w:p>
        </w:tc>
        <w:tc>
          <w:tcPr>
            <w:tcW w:w="1296" w:type="dxa"/>
          </w:tcPr>
          <w:p w14:paraId="5FC22277" w14:textId="77777777" w:rsidR="00E71A28" w:rsidRPr="008E7D12" w:rsidRDefault="00000000">
            <w:pPr>
              <w:rPr>
                <w:sz w:val="20"/>
                <w:szCs w:val="20"/>
              </w:rPr>
            </w:pPr>
            <w:r>
              <w:rPr>
                <w:sz w:val="20"/>
                <w:szCs w:val="20"/>
              </w:rPr>
              <w:t>2.75</w:t>
            </w:r>
          </w:p>
        </w:tc>
      </w:tr>
      <w:tr w:rsidR="00E71A28" w:rsidRPr="008E7D12" w14:paraId="2E399E34" w14:textId="77777777" w:rsidTr="008E7D12">
        <w:tc>
          <w:tcPr>
            <w:tcW w:w="1152" w:type="dxa"/>
          </w:tcPr>
          <w:p w14:paraId="68B7CF88" w14:textId="77777777" w:rsidR="00E71A28" w:rsidRPr="008E7D12" w:rsidRDefault="00000000">
            <w:pPr>
              <w:rPr>
                <w:sz w:val="20"/>
                <w:szCs w:val="20"/>
              </w:rPr>
            </w:pPr>
            <w:r>
              <w:rPr>
                <w:sz w:val="20"/>
                <w:szCs w:val="20"/>
              </w:rPr>
              <w:t>17</w:t>
            </w:r>
          </w:p>
        </w:tc>
        <w:tc>
          <w:tcPr>
            <w:tcW w:w="1008" w:type="dxa"/>
          </w:tcPr>
          <w:p w14:paraId="6EA1713D" w14:textId="77777777" w:rsidR="00E71A28" w:rsidRPr="008E7D12" w:rsidRDefault="00000000">
            <w:pPr>
              <w:rPr>
                <w:sz w:val="20"/>
                <w:szCs w:val="20"/>
              </w:rPr>
            </w:pPr>
            <w:r>
              <w:rPr>
                <w:sz w:val="20"/>
                <w:szCs w:val="20"/>
              </w:rPr>
              <w:t>C</w:t>
            </w:r>
          </w:p>
        </w:tc>
        <w:tc>
          <w:tcPr>
            <w:tcW w:w="2448" w:type="dxa"/>
          </w:tcPr>
          <w:p w14:paraId="42823363" w14:textId="77777777" w:rsidR="00E71A28" w:rsidRPr="008E7D12" w:rsidRDefault="00000000">
            <w:pPr>
              <w:rPr>
                <w:sz w:val="20"/>
                <w:szCs w:val="20"/>
              </w:rPr>
            </w:pPr>
            <w:r>
              <w:rPr>
                <w:sz w:val="20"/>
                <w:szCs w:val="20"/>
              </w:rPr>
              <w:t>OpenEvidence (LLM4)</w:t>
            </w:r>
          </w:p>
        </w:tc>
        <w:tc>
          <w:tcPr>
            <w:tcW w:w="1296" w:type="dxa"/>
          </w:tcPr>
          <w:p w14:paraId="17FA2B1E" w14:textId="77777777" w:rsidR="00E71A28" w:rsidRPr="008E7D12" w:rsidRDefault="00000000">
            <w:pPr>
              <w:rPr>
                <w:sz w:val="20"/>
                <w:szCs w:val="20"/>
              </w:rPr>
            </w:pPr>
            <w:r>
              <w:rPr>
                <w:sz w:val="20"/>
                <w:szCs w:val="20"/>
              </w:rPr>
              <w:t>5</w:t>
            </w:r>
          </w:p>
        </w:tc>
        <w:tc>
          <w:tcPr>
            <w:tcW w:w="1008" w:type="dxa"/>
          </w:tcPr>
          <w:p w14:paraId="7354E2AE" w14:textId="77777777" w:rsidR="00E71A28" w:rsidRPr="008E7D12" w:rsidRDefault="00000000">
            <w:pPr>
              <w:rPr>
                <w:sz w:val="20"/>
                <w:szCs w:val="20"/>
              </w:rPr>
            </w:pPr>
            <w:r>
              <w:rPr>
                <w:sz w:val="20"/>
                <w:szCs w:val="20"/>
              </w:rPr>
              <w:t>5</w:t>
            </w:r>
          </w:p>
        </w:tc>
        <w:tc>
          <w:tcPr>
            <w:tcW w:w="1728" w:type="dxa"/>
          </w:tcPr>
          <w:p w14:paraId="1A8923AD" w14:textId="77777777" w:rsidR="00E71A28" w:rsidRPr="008E7D12" w:rsidRDefault="00000000">
            <w:pPr>
              <w:rPr>
                <w:sz w:val="20"/>
                <w:szCs w:val="20"/>
              </w:rPr>
            </w:pPr>
            <w:r>
              <w:rPr>
                <w:sz w:val="20"/>
                <w:szCs w:val="20"/>
              </w:rPr>
              <w:t>5</w:t>
            </w:r>
          </w:p>
        </w:tc>
        <w:tc>
          <w:tcPr>
            <w:tcW w:w="1584" w:type="dxa"/>
          </w:tcPr>
          <w:p w14:paraId="1A2A5E12" w14:textId="77777777" w:rsidR="00E71A28" w:rsidRPr="008E7D12" w:rsidRDefault="00000000">
            <w:pPr>
              <w:rPr>
                <w:sz w:val="20"/>
                <w:szCs w:val="20"/>
              </w:rPr>
            </w:pPr>
            <w:r>
              <w:rPr>
                <w:sz w:val="20"/>
                <w:szCs w:val="20"/>
              </w:rPr>
              <w:t>5</w:t>
            </w:r>
          </w:p>
        </w:tc>
        <w:tc>
          <w:tcPr>
            <w:tcW w:w="1296" w:type="dxa"/>
          </w:tcPr>
          <w:p w14:paraId="6667912F" w14:textId="77777777" w:rsidR="00E71A28" w:rsidRPr="008E7D12" w:rsidRDefault="00000000">
            <w:pPr>
              <w:rPr>
                <w:sz w:val="20"/>
                <w:szCs w:val="20"/>
              </w:rPr>
            </w:pPr>
            <w:r>
              <w:rPr>
                <w:sz w:val="20"/>
                <w:szCs w:val="20"/>
              </w:rPr>
              <w:t>5.00</w:t>
            </w:r>
          </w:p>
        </w:tc>
      </w:tr>
      <w:tr w:rsidR="00E71A28" w:rsidRPr="008E7D12" w14:paraId="314F420E" w14:textId="77777777" w:rsidTr="008E7D12">
        <w:tc>
          <w:tcPr>
            <w:tcW w:w="1152" w:type="dxa"/>
          </w:tcPr>
          <w:p w14:paraId="7376FA78" w14:textId="77777777" w:rsidR="00E71A28" w:rsidRPr="008E7D12" w:rsidRDefault="00000000">
            <w:pPr>
              <w:rPr>
                <w:sz w:val="20"/>
                <w:szCs w:val="20"/>
              </w:rPr>
            </w:pPr>
            <w:r>
              <w:rPr>
                <w:sz w:val="20"/>
                <w:szCs w:val="20"/>
              </w:rPr>
              <w:t>17</w:t>
            </w:r>
          </w:p>
        </w:tc>
        <w:tc>
          <w:tcPr>
            <w:tcW w:w="1008" w:type="dxa"/>
          </w:tcPr>
          <w:p w14:paraId="3673B5AC" w14:textId="77777777" w:rsidR="00E71A28" w:rsidRPr="008E7D12" w:rsidRDefault="00000000">
            <w:pPr>
              <w:rPr>
                <w:sz w:val="20"/>
                <w:szCs w:val="20"/>
              </w:rPr>
            </w:pPr>
            <w:r>
              <w:rPr>
                <w:sz w:val="20"/>
                <w:szCs w:val="20"/>
              </w:rPr>
              <w:t>C</w:t>
            </w:r>
          </w:p>
        </w:tc>
        <w:tc>
          <w:tcPr>
            <w:tcW w:w="2448" w:type="dxa"/>
          </w:tcPr>
          <w:p w14:paraId="100D4681" w14:textId="77777777" w:rsidR="00E71A28" w:rsidRPr="008E7D12" w:rsidRDefault="00000000">
            <w:pPr>
              <w:rPr>
                <w:sz w:val="20"/>
                <w:szCs w:val="20"/>
              </w:rPr>
            </w:pPr>
            <w:r>
              <w:rPr>
                <w:sz w:val="20"/>
                <w:szCs w:val="20"/>
              </w:rPr>
              <w:t>Perplexity (LLM5)</w:t>
            </w:r>
          </w:p>
        </w:tc>
        <w:tc>
          <w:tcPr>
            <w:tcW w:w="1296" w:type="dxa"/>
          </w:tcPr>
          <w:p w14:paraId="68566D1F" w14:textId="77777777" w:rsidR="00E71A28" w:rsidRPr="008E7D12" w:rsidRDefault="00000000">
            <w:pPr>
              <w:rPr>
                <w:sz w:val="20"/>
                <w:szCs w:val="20"/>
              </w:rPr>
            </w:pPr>
            <w:r>
              <w:rPr>
                <w:sz w:val="20"/>
                <w:szCs w:val="20"/>
              </w:rPr>
              <w:t>1</w:t>
            </w:r>
          </w:p>
        </w:tc>
        <w:tc>
          <w:tcPr>
            <w:tcW w:w="1008" w:type="dxa"/>
          </w:tcPr>
          <w:p w14:paraId="56A5292F" w14:textId="77777777" w:rsidR="00E71A28" w:rsidRPr="008E7D12" w:rsidRDefault="00000000">
            <w:pPr>
              <w:rPr>
                <w:sz w:val="20"/>
                <w:szCs w:val="20"/>
              </w:rPr>
            </w:pPr>
            <w:r>
              <w:rPr>
                <w:sz w:val="20"/>
                <w:szCs w:val="20"/>
              </w:rPr>
              <w:t>1</w:t>
            </w:r>
          </w:p>
        </w:tc>
        <w:tc>
          <w:tcPr>
            <w:tcW w:w="1728" w:type="dxa"/>
          </w:tcPr>
          <w:p w14:paraId="1929D1A2" w14:textId="77777777" w:rsidR="00E71A28" w:rsidRPr="008E7D12" w:rsidRDefault="00000000">
            <w:pPr>
              <w:rPr>
                <w:sz w:val="20"/>
                <w:szCs w:val="20"/>
              </w:rPr>
            </w:pPr>
            <w:r>
              <w:rPr>
                <w:sz w:val="20"/>
                <w:szCs w:val="20"/>
              </w:rPr>
              <w:t>5</w:t>
            </w:r>
          </w:p>
        </w:tc>
        <w:tc>
          <w:tcPr>
            <w:tcW w:w="1584" w:type="dxa"/>
          </w:tcPr>
          <w:p w14:paraId="745BFA5B" w14:textId="77777777" w:rsidR="00E71A28" w:rsidRPr="008E7D12" w:rsidRDefault="00000000">
            <w:pPr>
              <w:rPr>
                <w:sz w:val="20"/>
                <w:szCs w:val="20"/>
              </w:rPr>
            </w:pPr>
            <w:r>
              <w:rPr>
                <w:sz w:val="20"/>
                <w:szCs w:val="20"/>
              </w:rPr>
              <w:t>2</w:t>
            </w:r>
          </w:p>
        </w:tc>
        <w:tc>
          <w:tcPr>
            <w:tcW w:w="1296" w:type="dxa"/>
          </w:tcPr>
          <w:p w14:paraId="07A07258" w14:textId="77777777" w:rsidR="00E71A28" w:rsidRPr="008E7D12" w:rsidRDefault="00000000">
            <w:pPr>
              <w:rPr>
                <w:sz w:val="20"/>
                <w:szCs w:val="20"/>
              </w:rPr>
            </w:pPr>
            <w:r>
              <w:rPr>
                <w:sz w:val="20"/>
                <w:szCs w:val="20"/>
              </w:rPr>
              <w:t>2.25</w:t>
            </w:r>
          </w:p>
        </w:tc>
      </w:tr>
      <w:tr w:rsidR="00E71A28" w:rsidRPr="008E7D12" w14:paraId="62AA5464" w14:textId="77777777" w:rsidTr="008E7D12">
        <w:tc>
          <w:tcPr>
            <w:tcW w:w="1152" w:type="dxa"/>
          </w:tcPr>
          <w:p w14:paraId="48A5F3BE" w14:textId="77777777" w:rsidR="00E71A28" w:rsidRPr="008E7D12" w:rsidRDefault="00000000">
            <w:pPr>
              <w:rPr>
                <w:sz w:val="20"/>
                <w:szCs w:val="20"/>
              </w:rPr>
            </w:pPr>
            <w:r>
              <w:rPr>
                <w:sz w:val="20"/>
                <w:szCs w:val="20"/>
              </w:rPr>
              <w:t>18</w:t>
            </w:r>
          </w:p>
        </w:tc>
        <w:tc>
          <w:tcPr>
            <w:tcW w:w="1008" w:type="dxa"/>
          </w:tcPr>
          <w:p w14:paraId="2184A601" w14:textId="77777777" w:rsidR="00E71A28" w:rsidRPr="008E7D12" w:rsidRDefault="00000000">
            <w:pPr>
              <w:rPr>
                <w:sz w:val="20"/>
                <w:szCs w:val="20"/>
              </w:rPr>
            </w:pPr>
            <w:r>
              <w:rPr>
                <w:sz w:val="20"/>
                <w:szCs w:val="20"/>
              </w:rPr>
              <w:t>C</w:t>
            </w:r>
          </w:p>
        </w:tc>
        <w:tc>
          <w:tcPr>
            <w:tcW w:w="2448" w:type="dxa"/>
          </w:tcPr>
          <w:p w14:paraId="78E13001" w14:textId="77777777" w:rsidR="00E71A28" w:rsidRPr="008E7D12" w:rsidRDefault="00000000">
            <w:pPr>
              <w:rPr>
                <w:sz w:val="20"/>
                <w:szCs w:val="20"/>
              </w:rPr>
            </w:pPr>
            <w:r>
              <w:rPr>
                <w:sz w:val="20"/>
                <w:szCs w:val="20"/>
              </w:rPr>
              <w:t>ChatGPT (LLM1)</w:t>
            </w:r>
          </w:p>
        </w:tc>
        <w:tc>
          <w:tcPr>
            <w:tcW w:w="1296" w:type="dxa"/>
          </w:tcPr>
          <w:p w14:paraId="71FB86AE" w14:textId="77777777" w:rsidR="00E71A28" w:rsidRPr="008E7D12" w:rsidRDefault="00000000">
            <w:pPr>
              <w:rPr>
                <w:sz w:val="20"/>
                <w:szCs w:val="20"/>
              </w:rPr>
            </w:pPr>
            <w:r>
              <w:rPr>
                <w:sz w:val="20"/>
                <w:szCs w:val="20"/>
              </w:rPr>
              <w:t>4</w:t>
            </w:r>
          </w:p>
        </w:tc>
        <w:tc>
          <w:tcPr>
            <w:tcW w:w="1008" w:type="dxa"/>
          </w:tcPr>
          <w:p w14:paraId="596AA5D7" w14:textId="77777777" w:rsidR="00E71A28" w:rsidRPr="008E7D12" w:rsidRDefault="00000000">
            <w:pPr>
              <w:rPr>
                <w:sz w:val="20"/>
                <w:szCs w:val="20"/>
              </w:rPr>
            </w:pPr>
            <w:r>
              <w:rPr>
                <w:sz w:val="20"/>
                <w:szCs w:val="20"/>
              </w:rPr>
              <w:t>4</w:t>
            </w:r>
          </w:p>
        </w:tc>
        <w:tc>
          <w:tcPr>
            <w:tcW w:w="1728" w:type="dxa"/>
          </w:tcPr>
          <w:p w14:paraId="6B6900D8" w14:textId="77777777" w:rsidR="00E71A28" w:rsidRPr="008E7D12" w:rsidRDefault="00000000">
            <w:pPr>
              <w:rPr>
                <w:sz w:val="20"/>
                <w:szCs w:val="20"/>
              </w:rPr>
            </w:pPr>
            <w:r>
              <w:rPr>
                <w:sz w:val="20"/>
                <w:szCs w:val="20"/>
              </w:rPr>
              <w:t>5</w:t>
            </w:r>
          </w:p>
        </w:tc>
        <w:tc>
          <w:tcPr>
            <w:tcW w:w="1584" w:type="dxa"/>
          </w:tcPr>
          <w:p w14:paraId="36525335" w14:textId="77777777" w:rsidR="00E71A28" w:rsidRPr="008E7D12" w:rsidRDefault="00000000">
            <w:pPr>
              <w:rPr>
                <w:sz w:val="20"/>
                <w:szCs w:val="20"/>
              </w:rPr>
            </w:pPr>
            <w:r>
              <w:rPr>
                <w:sz w:val="20"/>
                <w:szCs w:val="20"/>
              </w:rPr>
              <w:t>4</w:t>
            </w:r>
          </w:p>
        </w:tc>
        <w:tc>
          <w:tcPr>
            <w:tcW w:w="1296" w:type="dxa"/>
          </w:tcPr>
          <w:p w14:paraId="0F4EF219" w14:textId="77777777" w:rsidR="00E71A28" w:rsidRPr="008E7D12" w:rsidRDefault="00000000">
            <w:pPr>
              <w:rPr>
                <w:sz w:val="20"/>
                <w:szCs w:val="20"/>
              </w:rPr>
            </w:pPr>
            <w:r>
              <w:rPr>
                <w:sz w:val="20"/>
                <w:szCs w:val="20"/>
              </w:rPr>
              <w:t>4.25</w:t>
            </w:r>
          </w:p>
        </w:tc>
      </w:tr>
      <w:tr w:rsidR="00E71A28" w:rsidRPr="008E7D12" w14:paraId="491878F5" w14:textId="77777777" w:rsidTr="008E7D12">
        <w:tc>
          <w:tcPr>
            <w:tcW w:w="1152" w:type="dxa"/>
          </w:tcPr>
          <w:p w14:paraId="3B7459B8" w14:textId="77777777" w:rsidR="00E71A28" w:rsidRPr="008E7D12" w:rsidRDefault="00000000">
            <w:pPr>
              <w:rPr>
                <w:sz w:val="20"/>
                <w:szCs w:val="20"/>
              </w:rPr>
            </w:pPr>
            <w:r>
              <w:rPr>
                <w:sz w:val="20"/>
                <w:szCs w:val="20"/>
              </w:rPr>
              <w:t>18</w:t>
            </w:r>
          </w:p>
        </w:tc>
        <w:tc>
          <w:tcPr>
            <w:tcW w:w="1008" w:type="dxa"/>
          </w:tcPr>
          <w:p w14:paraId="79A2B611" w14:textId="77777777" w:rsidR="00E71A28" w:rsidRPr="008E7D12" w:rsidRDefault="00000000">
            <w:pPr>
              <w:rPr>
                <w:sz w:val="20"/>
                <w:szCs w:val="20"/>
              </w:rPr>
            </w:pPr>
            <w:r>
              <w:rPr>
                <w:sz w:val="20"/>
                <w:szCs w:val="20"/>
              </w:rPr>
              <w:t>C</w:t>
            </w:r>
          </w:p>
        </w:tc>
        <w:tc>
          <w:tcPr>
            <w:tcW w:w="2448" w:type="dxa"/>
          </w:tcPr>
          <w:p w14:paraId="722F9C4A" w14:textId="77777777" w:rsidR="00E71A28" w:rsidRPr="008E7D12" w:rsidRDefault="00000000">
            <w:pPr>
              <w:rPr>
                <w:sz w:val="20"/>
                <w:szCs w:val="20"/>
              </w:rPr>
            </w:pPr>
            <w:r>
              <w:rPr>
                <w:sz w:val="20"/>
                <w:szCs w:val="20"/>
              </w:rPr>
              <w:t>Claude (LLM2)</w:t>
            </w:r>
          </w:p>
        </w:tc>
        <w:tc>
          <w:tcPr>
            <w:tcW w:w="1296" w:type="dxa"/>
          </w:tcPr>
          <w:p w14:paraId="278BB54D" w14:textId="77777777" w:rsidR="00E71A28" w:rsidRPr="008E7D12" w:rsidRDefault="00000000">
            <w:pPr>
              <w:rPr>
                <w:sz w:val="20"/>
                <w:szCs w:val="20"/>
              </w:rPr>
            </w:pPr>
            <w:r>
              <w:rPr>
                <w:sz w:val="20"/>
                <w:szCs w:val="20"/>
              </w:rPr>
              <w:t>4</w:t>
            </w:r>
          </w:p>
        </w:tc>
        <w:tc>
          <w:tcPr>
            <w:tcW w:w="1008" w:type="dxa"/>
          </w:tcPr>
          <w:p w14:paraId="35B70C89" w14:textId="77777777" w:rsidR="00E71A28" w:rsidRPr="008E7D12" w:rsidRDefault="00000000">
            <w:pPr>
              <w:rPr>
                <w:sz w:val="20"/>
                <w:szCs w:val="20"/>
              </w:rPr>
            </w:pPr>
            <w:r>
              <w:rPr>
                <w:sz w:val="20"/>
                <w:szCs w:val="20"/>
              </w:rPr>
              <w:t>5</w:t>
            </w:r>
          </w:p>
        </w:tc>
        <w:tc>
          <w:tcPr>
            <w:tcW w:w="1728" w:type="dxa"/>
          </w:tcPr>
          <w:p w14:paraId="4A68BB23" w14:textId="77777777" w:rsidR="00E71A28" w:rsidRPr="008E7D12" w:rsidRDefault="00000000">
            <w:pPr>
              <w:rPr>
                <w:sz w:val="20"/>
                <w:szCs w:val="20"/>
              </w:rPr>
            </w:pPr>
            <w:r>
              <w:rPr>
                <w:sz w:val="20"/>
                <w:szCs w:val="20"/>
              </w:rPr>
              <w:t>5</w:t>
            </w:r>
          </w:p>
        </w:tc>
        <w:tc>
          <w:tcPr>
            <w:tcW w:w="1584" w:type="dxa"/>
          </w:tcPr>
          <w:p w14:paraId="2EDFFF9D" w14:textId="77777777" w:rsidR="00E71A28" w:rsidRPr="008E7D12" w:rsidRDefault="00000000">
            <w:pPr>
              <w:rPr>
                <w:sz w:val="20"/>
                <w:szCs w:val="20"/>
              </w:rPr>
            </w:pPr>
            <w:r>
              <w:rPr>
                <w:sz w:val="20"/>
                <w:szCs w:val="20"/>
              </w:rPr>
              <w:t>4</w:t>
            </w:r>
          </w:p>
        </w:tc>
        <w:tc>
          <w:tcPr>
            <w:tcW w:w="1296" w:type="dxa"/>
          </w:tcPr>
          <w:p w14:paraId="625DF1F7" w14:textId="77777777" w:rsidR="00E71A28" w:rsidRPr="008E7D12" w:rsidRDefault="00000000">
            <w:pPr>
              <w:rPr>
                <w:sz w:val="20"/>
                <w:szCs w:val="20"/>
              </w:rPr>
            </w:pPr>
            <w:r>
              <w:rPr>
                <w:sz w:val="20"/>
                <w:szCs w:val="20"/>
              </w:rPr>
              <w:t>4.50</w:t>
            </w:r>
          </w:p>
        </w:tc>
      </w:tr>
      <w:tr w:rsidR="00E71A28" w:rsidRPr="008E7D12" w14:paraId="4D91409D" w14:textId="77777777" w:rsidTr="008E7D12">
        <w:tc>
          <w:tcPr>
            <w:tcW w:w="1152" w:type="dxa"/>
          </w:tcPr>
          <w:p w14:paraId="4AE51BE1" w14:textId="77777777" w:rsidR="00E71A28" w:rsidRPr="008E7D12" w:rsidRDefault="00000000">
            <w:pPr>
              <w:rPr>
                <w:sz w:val="20"/>
                <w:szCs w:val="20"/>
              </w:rPr>
            </w:pPr>
            <w:r>
              <w:rPr>
                <w:sz w:val="20"/>
                <w:szCs w:val="20"/>
              </w:rPr>
              <w:t>18</w:t>
            </w:r>
          </w:p>
        </w:tc>
        <w:tc>
          <w:tcPr>
            <w:tcW w:w="1008" w:type="dxa"/>
          </w:tcPr>
          <w:p w14:paraId="526B6E83" w14:textId="77777777" w:rsidR="00E71A28" w:rsidRPr="008E7D12" w:rsidRDefault="00000000">
            <w:pPr>
              <w:rPr>
                <w:sz w:val="20"/>
                <w:szCs w:val="20"/>
              </w:rPr>
            </w:pPr>
            <w:r>
              <w:rPr>
                <w:sz w:val="20"/>
                <w:szCs w:val="20"/>
              </w:rPr>
              <w:t>C</w:t>
            </w:r>
          </w:p>
        </w:tc>
        <w:tc>
          <w:tcPr>
            <w:tcW w:w="2448" w:type="dxa"/>
          </w:tcPr>
          <w:p w14:paraId="7E7B8761" w14:textId="77777777" w:rsidR="00E71A28" w:rsidRPr="008E7D12" w:rsidRDefault="00000000">
            <w:pPr>
              <w:rPr>
                <w:sz w:val="20"/>
                <w:szCs w:val="20"/>
              </w:rPr>
            </w:pPr>
            <w:r>
              <w:rPr>
                <w:sz w:val="20"/>
                <w:szCs w:val="20"/>
              </w:rPr>
              <w:t>Gemini (LLM3)</w:t>
            </w:r>
          </w:p>
        </w:tc>
        <w:tc>
          <w:tcPr>
            <w:tcW w:w="1296" w:type="dxa"/>
          </w:tcPr>
          <w:p w14:paraId="640594BD" w14:textId="77777777" w:rsidR="00E71A28" w:rsidRPr="008E7D12" w:rsidRDefault="00000000">
            <w:pPr>
              <w:rPr>
                <w:sz w:val="20"/>
                <w:szCs w:val="20"/>
              </w:rPr>
            </w:pPr>
            <w:r>
              <w:rPr>
                <w:sz w:val="20"/>
                <w:szCs w:val="20"/>
              </w:rPr>
              <w:t>4</w:t>
            </w:r>
          </w:p>
        </w:tc>
        <w:tc>
          <w:tcPr>
            <w:tcW w:w="1008" w:type="dxa"/>
          </w:tcPr>
          <w:p w14:paraId="45280448" w14:textId="77777777" w:rsidR="00E71A28" w:rsidRPr="008E7D12" w:rsidRDefault="00000000">
            <w:pPr>
              <w:rPr>
                <w:sz w:val="20"/>
                <w:szCs w:val="20"/>
              </w:rPr>
            </w:pPr>
            <w:r>
              <w:rPr>
                <w:sz w:val="20"/>
                <w:szCs w:val="20"/>
              </w:rPr>
              <w:t>4</w:t>
            </w:r>
          </w:p>
        </w:tc>
        <w:tc>
          <w:tcPr>
            <w:tcW w:w="1728" w:type="dxa"/>
          </w:tcPr>
          <w:p w14:paraId="2B390E08" w14:textId="77777777" w:rsidR="00E71A28" w:rsidRPr="008E7D12" w:rsidRDefault="00000000">
            <w:pPr>
              <w:rPr>
                <w:sz w:val="20"/>
                <w:szCs w:val="20"/>
              </w:rPr>
            </w:pPr>
            <w:r>
              <w:rPr>
                <w:sz w:val="20"/>
                <w:szCs w:val="20"/>
              </w:rPr>
              <w:t>5</w:t>
            </w:r>
          </w:p>
        </w:tc>
        <w:tc>
          <w:tcPr>
            <w:tcW w:w="1584" w:type="dxa"/>
          </w:tcPr>
          <w:p w14:paraId="46DC1482" w14:textId="77777777" w:rsidR="00E71A28" w:rsidRPr="008E7D12" w:rsidRDefault="00000000">
            <w:pPr>
              <w:rPr>
                <w:sz w:val="20"/>
                <w:szCs w:val="20"/>
              </w:rPr>
            </w:pPr>
            <w:r>
              <w:rPr>
                <w:sz w:val="20"/>
                <w:szCs w:val="20"/>
              </w:rPr>
              <w:t>4</w:t>
            </w:r>
          </w:p>
        </w:tc>
        <w:tc>
          <w:tcPr>
            <w:tcW w:w="1296" w:type="dxa"/>
          </w:tcPr>
          <w:p w14:paraId="040BA3A2" w14:textId="77777777" w:rsidR="00E71A28" w:rsidRPr="008E7D12" w:rsidRDefault="00000000">
            <w:pPr>
              <w:rPr>
                <w:sz w:val="20"/>
                <w:szCs w:val="20"/>
              </w:rPr>
            </w:pPr>
            <w:r>
              <w:rPr>
                <w:sz w:val="20"/>
                <w:szCs w:val="20"/>
              </w:rPr>
              <w:t>4.25</w:t>
            </w:r>
          </w:p>
        </w:tc>
      </w:tr>
      <w:tr w:rsidR="00E71A28" w:rsidRPr="008E7D12" w14:paraId="20AC2AB3" w14:textId="77777777" w:rsidTr="008E7D12">
        <w:tc>
          <w:tcPr>
            <w:tcW w:w="1152" w:type="dxa"/>
          </w:tcPr>
          <w:p w14:paraId="58689ACE" w14:textId="77777777" w:rsidR="00E71A28" w:rsidRPr="008E7D12" w:rsidRDefault="00000000">
            <w:pPr>
              <w:rPr>
                <w:sz w:val="20"/>
                <w:szCs w:val="20"/>
              </w:rPr>
            </w:pPr>
            <w:r>
              <w:rPr>
                <w:sz w:val="20"/>
                <w:szCs w:val="20"/>
              </w:rPr>
              <w:t>18</w:t>
            </w:r>
          </w:p>
        </w:tc>
        <w:tc>
          <w:tcPr>
            <w:tcW w:w="1008" w:type="dxa"/>
          </w:tcPr>
          <w:p w14:paraId="4007AD86" w14:textId="77777777" w:rsidR="00E71A28" w:rsidRPr="008E7D12" w:rsidRDefault="00000000">
            <w:pPr>
              <w:rPr>
                <w:sz w:val="20"/>
                <w:szCs w:val="20"/>
              </w:rPr>
            </w:pPr>
            <w:r>
              <w:rPr>
                <w:sz w:val="20"/>
                <w:szCs w:val="20"/>
              </w:rPr>
              <w:t>C</w:t>
            </w:r>
          </w:p>
        </w:tc>
        <w:tc>
          <w:tcPr>
            <w:tcW w:w="2448" w:type="dxa"/>
          </w:tcPr>
          <w:p w14:paraId="0198BB9C" w14:textId="77777777" w:rsidR="00E71A28" w:rsidRPr="008E7D12" w:rsidRDefault="00000000">
            <w:pPr>
              <w:rPr>
                <w:sz w:val="20"/>
                <w:szCs w:val="20"/>
              </w:rPr>
            </w:pPr>
            <w:r>
              <w:rPr>
                <w:sz w:val="20"/>
                <w:szCs w:val="20"/>
              </w:rPr>
              <w:t>OpenEvidence (LLM4)</w:t>
            </w:r>
          </w:p>
        </w:tc>
        <w:tc>
          <w:tcPr>
            <w:tcW w:w="1296" w:type="dxa"/>
          </w:tcPr>
          <w:p w14:paraId="5B61FF8D" w14:textId="77777777" w:rsidR="00E71A28" w:rsidRPr="008E7D12" w:rsidRDefault="00000000">
            <w:pPr>
              <w:rPr>
                <w:sz w:val="20"/>
                <w:szCs w:val="20"/>
              </w:rPr>
            </w:pPr>
            <w:r>
              <w:rPr>
                <w:sz w:val="20"/>
                <w:szCs w:val="20"/>
              </w:rPr>
              <w:t>5</w:t>
            </w:r>
          </w:p>
        </w:tc>
        <w:tc>
          <w:tcPr>
            <w:tcW w:w="1008" w:type="dxa"/>
          </w:tcPr>
          <w:p w14:paraId="5995A0AF" w14:textId="77777777" w:rsidR="00E71A28" w:rsidRPr="008E7D12" w:rsidRDefault="00000000">
            <w:pPr>
              <w:rPr>
                <w:sz w:val="20"/>
                <w:szCs w:val="20"/>
              </w:rPr>
            </w:pPr>
            <w:r>
              <w:rPr>
                <w:sz w:val="20"/>
                <w:szCs w:val="20"/>
              </w:rPr>
              <w:t>5</w:t>
            </w:r>
          </w:p>
        </w:tc>
        <w:tc>
          <w:tcPr>
            <w:tcW w:w="1728" w:type="dxa"/>
          </w:tcPr>
          <w:p w14:paraId="5C42446C" w14:textId="77777777" w:rsidR="00E71A28" w:rsidRPr="008E7D12" w:rsidRDefault="00000000">
            <w:pPr>
              <w:rPr>
                <w:sz w:val="20"/>
                <w:szCs w:val="20"/>
              </w:rPr>
            </w:pPr>
            <w:r>
              <w:rPr>
                <w:sz w:val="20"/>
                <w:szCs w:val="20"/>
              </w:rPr>
              <w:t>5</w:t>
            </w:r>
          </w:p>
        </w:tc>
        <w:tc>
          <w:tcPr>
            <w:tcW w:w="1584" w:type="dxa"/>
          </w:tcPr>
          <w:p w14:paraId="7547BDD2" w14:textId="77777777" w:rsidR="00E71A28" w:rsidRPr="008E7D12" w:rsidRDefault="00000000">
            <w:pPr>
              <w:rPr>
                <w:sz w:val="20"/>
                <w:szCs w:val="20"/>
              </w:rPr>
            </w:pPr>
            <w:r>
              <w:rPr>
                <w:sz w:val="20"/>
                <w:szCs w:val="20"/>
              </w:rPr>
              <w:t>5</w:t>
            </w:r>
          </w:p>
        </w:tc>
        <w:tc>
          <w:tcPr>
            <w:tcW w:w="1296" w:type="dxa"/>
          </w:tcPr>
          <w:p w14:paraId="5C4A1248" w14:textId="77777777" w:rsidR="00E71A28" w:rsidRPr="008E7D12" w:rsidRDefault="00000000">
            <w:pPr>
              <w:rPr>
                <w:sz w:val="20"/>
                <w:szCs w:val="20"/>
              </w:rPr>
            </w:pPr>
            <w:r>
              <w:rPr>
                <w:sz w:val="20"/>
                <w:szCs w:val="20"/>
              </w:rPr>
              <w:t>5.00</w:t>
            </w:r>
          </w:p>
        </w:tc>
      </w:tr>
      <w:tr w:rsidR="00E71A28" w:rsidRPr="008E7D12" w14:paraId="73EE0D44" w14:textId="77777777" w:rsidTr="008E7D12">
        <w:tc>
          <w:tcPr>
            <w:tcW w:w="1152" w:type="dxa"/>
          </w:tcPr>
          <w:p w14:paraId="07EEE701" w14:textId="77777777" w:rsidR="00E71A28" w:rsidRPr="008E7D12" w:rsidRDefault="00000000">
            <w:pPr>
              <w:rPr>
                <w:sz w:val="20"/>
                <w:szCs w:val="20"/>
              </w:rPr>
            </w:pPr>
            <w:r>
              <w:rPr>
                <w:sz w:val="20"/>
                <w:szCs w:val="20"/>
              </w:rPr>
              <w:t>18</w:t>
            </w:r>
          </w:p>
        </w:tc>
        <w:tc>
          <w:tcPr>
            <w:tcW w:w="1008" w:type="dxa"/>
          </w:tcPr>
          <w:p w14:paraId="7320B9E6" w14:textId="77777777" w:rsidR="00E71A28" w:rsidRPr="008E7D12" w:rsidRDefault="00000000">
            <w:pPr>
              <w:rPr>
                <w:sz w:val="20"/>
                <w:szCs w:val="20"/>
              </w:rPr>
            </w:pPr>
            <w:r>
              <w:rPr>
                <w:sz w:val="20"/>
                <w:szCs w:val="20"/>
              </w:rPr>
              <w:t>C</w:t>
            </w:r>
          </w:p>
        </w:tc>
        <w:tc>
          <w:tcPr>
            <w:tcW w:w="2448" w:type="dxa"/>
          </w:tcPr>
          <w:p w14:paraId="498890A9" w14:textId="77777777" w:rsidR="00E71A28" w:rsidRPr="008E7D12" w:rsidRDefault="00000000">
            <w:pPr>
              <w:rPr>
                <w:sz w:val="20"/>
                <w:szCs w:val="20"/>
              </w:rPr>
            </w:pPr>
            <w:r>
              <w:rPr>
                <w:sz w:val="20"/>
                <w:szCs w:val="20"/>
              </w:rPr>
              <w:t>Perplexity (LLM5)</w:t>
            </w:r>
          </w:p>
        </w:tc>
        <w:tc>
          <w:tcPr>
            <w:tcW w:w="1296" w:type="dxa"/>
          </w:tcPr>
          <w:p w14:paraId="172270A6" w14:textId="77777777" w:rsidR="00E71A28" w:rsidRPr="008E7D12" w:rsidRDefault="00000000">
            <w:pPr>
              <w:rPr>
                <w:sz w:val="20"/>
                <w:szCs w:val="20"/>
              </w:rPr>
            </w:pPr>
            <w:r>
              <w:rPr>
                <w:sz w:val="20"/>
                <w:szCs w:val="20"/>
              </w:rPr>
              <w:t>4</w:t>
            </w:r>
          </w:p>
        </w:tc>
        <w:tc>
          <w:tcPr>
            <w:tcW w:w="1008" w:type="dxa"/>
          </w:tcPr>
          <w:p w14:paraId="1F484E33" w14:textId="77777777" w:rsidR="00E71A28" w:rsidRPr="008E7D12" w:rsidRDefault="00000000">
            <w:pPr>
              <w:rPr>
                <w:sz w:val="20"/>
                <w:szCs w:val="20"/>
              </w:rPr>
            </w:pPr>
            <w:r>
              <w:rPr>
                <w:sz w:val="20"/>
                <w:szCs w:val="20"/>
              </w:rPr>
              <w:t>4</w:t>
            </w:r>
          </w:p>
        </w:tc>
        <w:tc>
          <w:tcPr>
            <w:tcW w:w="1728" w:type="dxa"/>
          </w:tcPr>
          <w:p w14:paraId="33ECAF5A" w14:textId="77777777" w:rsidR="00E71A28" w:rsidRPr="008E7D12" w:rsidRDefault="00000000">
            <w:pPr>
              <w:rPr>
                <w:sz w:val="20"/>
                <w:szCs w:val="20"/>
              </w:rPr>
            </w:pPr>
            <w:r>
              <w:rPr>
                <w:sz w:val="20"/>
                <w:szCs w:val="20"/>
              </w:rPr>
              <w:t>5</w:t>
            </w:r>
          </w:p>
        </w:tc>
        <w:tc>
          <w:tcPr>
            <w:tcW w:w="1584" w:type="dxa"/>
          </w:tcPr>
          <w:p w14:paraId="1A0FEBB6" w14:textId="77777777" w:rsidR="00E71A28" w:rsidRPr="008E7D12" w:rsidRDefault="00000000">
            <w:pPr>
              <w:rPr>
                <w:sz w:val="20"/>
                <w:szCs w:val="20"/>
              </w:rPr>
            </w:pPr>
            <w:r>
              <w:rPr>
                <w:sz w:val="20"/>
                <w:szCs w:val="20"/>
              </w:rPr>
              <w:t>4</w:t>
            </w:r>
          </w:p>
        </w:tc>
        <w:tc>
          <w:tcPr>
            <w:tcW w:w="1296" w:type="dxa"/>
          </w:tcPr>
          <w:p w14:paraId="6FD25AB0" w14:textId="77777777" w:rsidR="00E71A28" w:rsidRPr="008E7D12" w:rsidRDefault="00000000">
            <w:pPr>
              <w:rPr>
                <w:sz w:val="20"/>
                <w:szCs w:val="20"/>
              </w:rPr>
            </w:pPr>
            <w:r>
              <w:rPr>
                <w:sz w:val="20"/>
                <w:szCs w:val="20"/>
              </w:rPr>
              <w:t>4.25</w:t>
            </w:r>
          </w:p>
        </w:tc>
      </w:tr>
      <w:tr w:rsidR="00E71A28" w:rsidRPr="008E7D12" w14:paraId="6BA91DDE" w14:textId="77777777" w:rsidTr="008E7D12">
        <w:tc>
          <w:tcPr>
            <w:tcW w:w="1152" w:type="dxa"/>
          </w:tcPr>
          <w:p w14:paraId="0E7FE94F" w14:textId="77777777" w:rsidR="00E71A28" w:rsidRPr="008E7D12" w:rsidRDefault="00000000">
            <w:pPr>
              <w:rPr>
                <w:sz w:val="20"/>
                <w:szCs w:val="20"/>
              </w:rPr>
            </w:pPr>
            <w:r>
              <w:rPr>
                <w:sz w:val="20"/>
                <w:szCs w:val="20"/>
              </w:rPr>
              <w:t>19</w:t>
            </w:r>
          </w:p>
        </w:tc>
        <w:tc>
          <w:tcPr>
            <w:tcW w:w="1008" w:type="dxa"/>
          </w:tcPr>
          <w:p w14:paraId="5C263C10" w14:textId="77777777" w:rsidR="00E71A28" w:rsidRPr="008E7D12" w:rsidRDefault="00000000">
            <w:pPr>
              <w:rPr>
                <w:sz w:val="20"/>
                <w:szCs w:val="20"/>
              </w:rPr>
            </w:pPr>
            <w:r>
              <w:rPr>
                <w:sz w:val="20"/>
                <w:szCs w:val="20"/>
              </w:rPr>
              <w:t>C</w:t>
            </w:r>
          </w:p>
        </w:tc>
        <w:tc>
          <w:tcPr>
            <w:tcW w:w="2448" w:type="dxa"/>
          </w:tcPr>
          <w:p w14:paraId="41DB0CC7" w14:textId="77777777" w:rsidR="00E71A28" w:rsidRPr="008E7D12" w:rsidRDefault="00000000">
            <w:pPr>
              <w:rPr>
                <w:sz w:val="20"/>
                <w:szCs w:val="20"/>
              </w:rPr>
            </w:pPr>
            <w:r>
              <w:rPr>
                <w:sz w:val="20"/>
                <w:szCs w:val="20"/>
              </w:rPr>
              <w:t>ChatGPT (LLM1)</w:t>
            </w:r>
          </w:p>
        </w:tc>
        <w:tc>
          <w:tcPr>
            <w:tcW w:w="1296" w:type="dxa"/>
          </w:tcPr>
          <w:p w14:paraId="0B85F567" w14:textId="77777777" w:rsidR="00E71A28" w:rsidRPr="008E7D12" w:rsidRDefault="00000000">
            <w:pPr>
              <w:rPr>
                <w:sz w:val="20"/>
                <w:szCs w:val="20"/>
              </w:rPr>
            </w:pPr>
            <w:r>
              <w:rPr>
                <w:sz w:val="20"/>
                <w:szCs w:val="20"/>
              </w:rPr>
              <w:t>4</w:t>
            </w:r>
          </w:p>
        </w:tc>
        <w:tc>
          <w:tcPr>
            <w:tcW w:w="1008" w:type="dxa"/>
          </w:tcPr>
          <w:p w14:paraId="2D24325B" w14:textId="77777777" w:rsidR="00E71A28" w:rsidRPr="008E7D12" w:rsidRDefault="00000000">
            <w:pPr>
              <w:rPr>
                <w:sz w:val="20"/>
                <w:szCs w:val="20"/>
              </w:rPr>
            </w:pPr>
            <w:r>
              <w:rPr>
                <w:sz w:val="20"/>
                <w:szCs w:val="20"/>
              </w:rPr>
              <w:t>1</w:t>
            </w:r>
          </w:p>
        </w:tc>
        <w:tc>
          <w:tcPr>
            <w:tcW w:w="1728" w:type="dxa"/>
          </w:tcPr>
          <w:p w14:paraId="60ACA0E7" w14:textId="77777777" w:rsidR="00E71A28" w:rsidRPr="008E7D12" w:rsidRDefault="00000000">
            <w:pPr>
              <w:rPr>
                <w:sz w:val="20"/>
                <w:szCs w:val="20"/>
              </w:rPr>
            </w:pPr>
            <w:r>
              <w:rPr>
                <w:sz w:val="20"/>
                <w:szCs w:val="20"/>
              </w:rPr>
              <w:t>5</w:t>
            </w:r>
          </w:p>
        </w:tc>
        <w:tc>
          <w:tcPr>
            <w:tcW w:w="1584" w:type="dxa"/>
          </w:tcPr>
          <w:p w14:paraId="59A5A192" w14:textId="77777777" w:rsidR="00E71A28" w:rsidRPr="008E7D12" w:rsidRDefault="00000000">
            <w:pPr>
              <w:rPr>
                <w:sz w:val="20"/>
                <w:szCs w:val="20"/>
              </w:rPr>
            </w:pPr>
            <w:r>
              <w:rPr>
                <w:sz w:val="20"/>
                <w:szCs w:val="20"/>
              </w:rPr>
              <w:t>4</w:t>
            </w:r>
          </w:p>
        </w:tc>
        <w:tc>
          <w:tcPr>
            <w:tcW w:w="1296" w:type="dxa"/>
          </w:tcPr>
          <w:p w14:paraId="42344E35" w14:textId="77777777" w:rsidR="00E71A28" w:rsidRPr="008E7D12" w:rsidRDefault="00000000">
            <w:pPr>
              <w:rPr>
                <w:sz w:val="20"/>
                <w:szCs w:val="20"/>
              </w:rPr>
            </w:pPr>
            <w:r>
              <w:rPr>
                <w:sz w:val="20"/>
                <w:szCs w:val="20"/>
              </w:rPr>
              <w:t>3.50</w:t>
            </w:r>
          </w:p>
        </w:tc>
      </w:tr>
      <w:tr w:rsidR="00E71A28" w:rsidRPr="008E7D12" w14:paraId="0D26E93F" w14:textId="77777777" w:rsidTr="008E7D12">
        <w:tc>
          <w:tcPr>
            <w:tcW w:w="1152" w:type="dxa"/>
          </w:tcPr>
          <w:p w14:paraId="51EBCCF3" w14:textId="77777777" w:rsidR="00E71A28" w:rsidRPr="008E7D12" w:rsidRDefault="00000000">
            <w:pPr>
              <w:rPr>
                <w:sz w:val="20"/>
                <w:szCs w:val="20"/>
              </w:rPr>
            </w:pPr>
            <w:r>
              <w:rPr>
                <w:sz w:val="20"/>
                <w:szCs w:val="20"/>
              </w:rPr>
              <w:t>19</w:t>
            </w:r>
          </w:p>
        </w:tc>
        <w:tc>
          <w:tcPr>
            <w:tcW w:w="1008" w:type="dxa"/>
          </w:tcPr>
          <w:p w14:paraId="5E22777E" w14:textId="77777777" w:rsidR="00E71A28" w:rsidRPr="008E7D12" w:rsidRDefault="00000000">
            <w:pPr>
              <w:rPr>
                <w:sz w:val="20"/>
                <w:szCs w:val="20"/>
              </w:rPr>
            </w:pPr>
            <w:r>
              <w:rPr>
                <w:sz w:val="20"/>
                <w:szCs w:val="20"/>
              </w:rPr>
              <w:t>C</w:t>
            </w:r>
          </w:p>
        </w:tc>
        <w:tc>
          <w:tcPr>
            <w:tcW w:w="2448" w:type="dxa"/>
          </w:tcPr>
          <w:p w14:paraId="6B4F0838" w14:textId="77777777" w:rsidR="00E71A28" w:rsidRPr="008E7D12" w:rsidRDefault="00000000">
            <w:pPr>
              <w:rPr>
                <w:sz w:val="20"/>
                <w:szCs w:val="20"/>
              </w:rPr>
            </w:pPr>
            <w:r>
              <w:rPr>
                <w:sz w:val="20"/>
                <w:szCs w:val="20"/>
              </w:rPr>
              <w:t>Claude (LLM2)</w:t>
            </w:r>
          </w:p>
        </w:tc>
        <w:tc>
          <w:tcPr>
            <w:tcW w:w="1296" w:type="dxa"/>
          </w:tcPr>
          <w:p w14:paraId="51FB3851" w14:textId="77777777" w:rsidR="00E71A28" w:rsidRPr="008E7D12" w:rsidRDefault="00000000">
            <w:pPr>
              <w:rPr>
                <w:sz w:val="20"/>
                <w:szCs w:val="20"/>
              </w:rPr>
            </w:pPr>
            <w:r>
              <w:rPr>
                <w:sz w:val="20"/>
                <w:szCs w:val="20"/>
              </w:rPr>
              <w:t>4</w:t>
            </w:r>
          </w:p>
        </w:tc>
        <w:tc>
          <w:tcPr>
            <w:tcW w:w="1008" w:type="dxa"/>
          </w:tcPr>
          <w:p w14:paraId="2DAC4B87" w14:textId="77777777" w:rsidR="00E71A28" w:rsidRPr="008E7D12" w:rsidRDefault="00000000">
            <w:pPr>
              <w:rPr>
                <w:sz w:val="20"/>
                <w:szCs w:val="20"/>
              </w:rPr>
            </w:pPr>
            <w:r>
              <w:rPr>
                <w:sz w:val="20"/>
                <w:szCs w:val="20"/>
              </w:rPr>
              <w:t>5</w:t>
            </w:r>
          </w:p>
        </w:tc>
        <w:tc>
          <w:tcPr>
            <w:tcW w:w="1728" w:type="dxa"/>
          </w:tcPr>
          <w:p w14:paraId="45DA3430" w14:textId="77777777" w:rsidR="00E71A28" w:rsidRPr="008E7D12" w:rsidRDefault="00000000">
            <w:pPr>
              <w:rPr>
                <w:sz w:val="20"/>
                <w:szCs w:val="20"/>
              </w:rPr>
            </w:pPr>
            <w:r>
              <w:rPr>
                <w:sz w:val="20"/>
                <w:szCs w:val="20"/>
              </w:rPr>
              <w:t>5</w:t>
            </w:r>
          </w:p>
        </w:tc>
        <w:tc>
          <w:tcPr>
            <w:tcW w:w="1584" w:type="dxa"/>
          </w:tcPr>
          <w:p w14:paraId="5F10ED7A" w14:textId="77777777" w:rsidR="00E71A28" w:rsidRPr="008E7D12" w:rsidRDefault="00000000">
            <w:pPr>
              <w:rPr>
                <w:sz w:val="20"/>
                <w:szCs w:val="20"/>
              </w:rPr>
            </w:pPr>
            <w:r>
              <w:rPr>
                <w:sz w:val="20"/>
                <w:szCs w:val="20"/>
              </w:rPr>
              <w:t>4</w:t>
            </w:r>
          </w:p>
        </w:tc>
        <w:tc>
          <w:tcPr>
            <w:tcW w:w="1296" w:type="dxa"/>
          </w:tcPr>
          <w:p w14:paraId="27734B92" w14:textId="77777777" w:rsidR="00E71A28" w:rsidRPr="008E7D12" w:rsidRDefault="00000000">
            <w:pPr>
              <w:rPr>
                <w:sz w:val="20"/>
                <w:szCs w:val="20"/>
              </w:rPr>
            </w:pPr>
            <w:r>
              <w:rPr>
                <w:sz w:val="20"/>
                <w:szCs w:val="20"/>
              </w:rPr>
              <w:t>4.50</w:t>
            </w:r>
          </w:p>
        </w:tc>
      </w:tr>
      <w:tr w:rsidR="00E71A28" w:rsidRPr="008E7D12" w14:paraId="6453A976" w14:textId="77777777" w:rsidTr="008E7D12">
        <w:tc>
          <w:tcPr>
            <w:tcW w:w="1152" w:type="dxa"/>
          </w:tcPr>
          <w:p w14:paraId="28CEDB1F" w14:textId="77777777" w:rsidR="00E71A28" w:rsidRPr="008E7D12" w:rsidRDefault="00000000">
            <w:pPr>
              <w:rPr>
                <w:sz w:val="20"/>
                <w:szCs w:val="20"/>
              </w:rPr>
            </w:pPr>
            <w:r>
              <w:rPr>
                <w:sz w:val="20"/>
                <w:szCs w:val="20"/>
              </w:rPr>
              <w:t>19</w:t>
            </w:r>
          </w:p>
        </w:tc>
        <w:tc>
          <w:tcPr>
            <w:tcW w:w="1008" w:type="dxa"/>
          </w:tcPr>
          <w:p w14:paraId="22B907CF" w14:textId="77777777" w:rsidR="00E71A28" w:rsidRPr="008E7D12" w:rsidRDefault="00000000">
            <w:pPr>
              <w:rPr>
                <w:sz w:val="20"/>
                <w:szCs w:val="20"/>
              </w:rPr>
            </w:pPr>
            <w:r>
              <w:rPr>
                <w:sz w:val="20"/>
                <w:szCs w:val="20"/>
              </w:rPr>
              <w:t>C</w:t>
            </w:r>
          </w:p>
        </w:tc>
        <w:tc>
          <w:tcPr>
            <w:tcW w:w="2448" w:type="dxa"/>
          </w:tcPr>
          <w:p w14:paraId="2F6D57FB" w14:textId="77777777" w:rsidR="00E71A28" w:rsidRPr="008E7D12" w:rsidRDefault="00000000">
            <w:pPr>
              <w:rPr>
                <w:sz w:val="20"/>
                <w:szCs w:val="20"/>
              </w:rPr>
            </w:pPr>
            <w:r>
              <w:rPr>
                <w:sz w:val="20"/>
                <w:szCs w:val="20"/>
              </w:rPr>
              <w:t>Gemini (LLM3)</w:t>
            </w:r>
          </w:p>
        </w:tc>
        <w:tc>
          <w:tcPr>
            <w:tcW w:w="1296" w:type="dxa"/>
          </w:tcPr>
          <w:p w14:paraId="10D5127A" w14:textId="77777777" w:rsidR="00E71A28" w:rsidRPr="008E7D12" w:rsidRDefault="00000000">
            <w:pPr>
              <w:rPr>
                <w:sz w:val="20"/>
                <w:szCs w:val="20"/>
              </w:rPr>
            </w:pPr>
            <w:r>
              <w:rPr>
                <w:sz w:val="20"/>
                <w:szCs w:val="20"/>
              </w:rPr>
              <w:t>4</w:t>
            </w:r>
          </w:p>
        </w:tc>
        <w:tc>
          <w:tcPr>
            <w:tcW w:w="1008" w:type="dxa"/>
          </w:tcPr>
          <w:p w14:paraId="59328113" w14:textId="77777777" w:rsidR="00E71A28" w:rsidRPr="008E7D12" w:rsidRDefault="00000000">
            <w:pPr>
              <w:rPr>
                <w:sz w:val="20"/>
                <w:szCs w:val="20"/>
              </w:rPr>
            </w:pPr>
            <w:r>
              <w:rPr>
                <w:sz w:val="20"/>
                <w:szCs w:val="20"/>
              </w:rPr>
              <w:t>1</w:t>
            </w:r>
          </w:p>
        </w:tc>
        <w:tc>
          <w:tcPr>
            <w:tcW w:w="1728" w:type="dxa"/>
          </w:tcPr>
          <w:p w14:paraId="018E9CEF" w14:textId="77777777" w:rsidR="00E71A28" w:rsidRPr="008E7D12" w:rsidRDefault="00000000">
            <w:pPr>
              <w:rPr>
                <w:sz w:val="20"/>
                <w:szCs w:val="20"/>
              </w:rPr>
            </w:pPr>
            <w:r>
              <w:rPr>
                <w:sz w:val="20"/>
                <w:szCs w:val="20"/>
              </w:rPr>
              <w:t>5</w:t>
            </w:r>
          </w:p>
        </w:tc>
        <w:tc>
          <w:tcPr>
            <w:tcW w:w="1584" w:type="dxa"/>
          </w:tcPr>
          <w:p w14:paraId="572726EF" w14:textId="77777777" w:rsidR="00E71A28" w:rsidRPr="008E7D12" w:rsidRDefault="00000000">
            <w:pPr>
              <w:rPr>
                <w:sz w:val="20"/>
                <w:szCs w:val="20"/>
              </w:rPr>
            </w:pPr>
            <w:r>
              <w:rPr>
                <w:sz w:val="20"/>
                <w:szCs w:val="20"/>
              </w:rPr>
              <w:t>4</w:t>
            </w:r>
          </w:p>
        </w:tc>
        <w:tc>
          <w:tcPr>
            <w:tcW w:w="1296" w:type="dxa"/>
          </w:tcPr>
          <w:p w14:paraId="140D7BD0" w14:textId="77777777" w:rsidR="00E71A28" w:rsidRPr="008E7D12" w:rsidRDefault="00000000">
            <w:pPr>
              <w:rPr>
                <w:sz w:val="20"/>
                <w:szCs w:val="20"/>
              </w:rPr>
            </w:pPr>
            <w:r>
              <w:rPr>
                <w:sz w:val="20"/>
                <w:szCs w:val="20"/>
              </w:rPr>
              <w:t>3.50</w:t>
            </w:r>
          </w:p>
        </w:tc>
      </w:tr>
      <w:tr w:rsidR="00E71A28" w:rsidRPr="008E7D12" w14:paraId="6281B5B6" w14:textId="77777777" w:rsidTr="008E7D12">
        <w:tc>
          <w:tcPr>
            <w:tcW w:w="1152" w:type="dxa"/>
          </w:tcPr>
          <w:p w14:paraId="7898F7F8" w14:textId="77777777" w:rsidR="00E71A28" w:rsidRPr="008E7D12" w:rsidRDefault="00000000">
            <w:pPr>
              <w:rPr>
                <w:sz w:val="20"/>
                <w:szCs w:val="20"/>
              </w:rPr>
            </w:pPr>
            <w:r>
              <w:rPr>
                <w:sz w:val="20"/>
                <w:szCs w:val="20"/>
              </w:rPr>
              <w:t>19</w:t>
            </w:r>
          </w:p>
        </w:tc>
        <w:tc>
          <w:tcPr>
            <w:tcW w:w="1008" w:type="dxa"/>
          </w:tcPr>
          <w:p w14:paraId="1F6DD8B6" w14:textId="77777777" w:rsidR="00E71A28" w:rsidRPr="008E7D12" w:rsidRDefault="00000000">
            <w:pPr>
              <w:rPr>
                <w:sz w:val="20"/>
                <w:szCs w:val="20"/>
              </w:rPr>
            </w:pPr>
            <w:r>
              <w:rPr>
                <w:sz w:val="20"/>
                <w:szCs w:val="20"/>
              </w:rPr>
              <w:t>C</w:t>
            </w:r>
          </w:p>
        </w:tc>
        <w:tc>
          <w:tcPr>
            <w:tcW w:w="2448" w:type="dxa"/>
          </w:tcPr>
          <w:p w14:paraId="541F7C15" w14:textId="77777777" w:rsidR="00E71A28" w:rsidRPr="008E7D12" w:rsidRDefault="00000000">
            <w:pPr>
              <w:rPr>
                <w:sz w:val="20"/>
                <w:szCs w:val="20"/>
              </w:rPr>
            </w:pPr>
            <w:r>
              <w:rPr>
                <w:sz w:val="20"/>
                <w:szCs w:val="20"/>
              </w:rPr>
              <w:t>OpenEvidence (LLM4)</w:t>
            </w:r>
          </w:p>
        </w:tc>
        <w:tc>
          <w:tcPr>
            <w:tcW w:w="1296" w:type="dxa"/>
          </w:tcPr>
          <w:p w14:paraId="56E813C9" w14:textId="77777777" w:rsidR="00E71A28" w:rsidRPr="008E7D12" w:rsidRDefault="00000000">
            <w:pPr>
              <w:rPr>
                <w:sz w:val="20"/>
                <w:szCs w:val="20"/>
              </w:rPr>
            </w:pPr>
            <w:r>
              <w:rPr>
                <w:sz w:val="20"/>
                <w:szCs w:val="20"/>
              </w:rPr>
              <w:t>4</w:t>
            </w:r>
          </w:p>
        </w:tc>
        <w:tc>
          <w:tcPr>
            <w:tcW w:w="1008" w:type="dxa"/>
          </w:tcPr>
          <w:p w14:paraId="204BDDEA" w14:textId="77777777" w:rsidR="00E71A28" w:rsidRPr="008E7D12" w:rsidRDefault="00000000">
            <w:pPr>
              <w:rPr>
                <w:sz w:val="20"/>
                <w:szCs w:val="20"/>
              </w:rPr>
            </w:pPr>
            <w:r>
              <w:rPr>
                <w:sz w:val="20"/>
                <w:szCs w:val="20"/>
              </w:rPr>
              <w:t>5</w:t>
            </w:r>
          </w:p>
        </w:tc>
        <w:tc>
          <w:tcPr>
            <w:tcW w:w="1728" w:type="dxa"/>
          </w:tcPr>
          <w:p w14:paraId="198D0FF5" w14:textId="77777777" w:rsidR="00E71A28" w:rsidRPr="008E7D12" w:rsidRDefault="00000000">
            <w:pPr>
              <w:rPr>
                <w:sz w:val="20"/>
                <w:szCs w:val="20"/>
              </w:rPr>
            </w:pPr>
            <w:r>
              <w:rPr>
                <w:sz w:val="20"/>
                <w:szCs w:val="20"/>
              </w:rPr>
              <w:t>5</w:t>
            </w:r>
          </w:p>
        </w:tc>
        <w:tc>
          <w:tcPr>
            <w:tcW w:w="1584" w:type="dxa"/>
          </w:tcPr>
          <w:p w14:paraId="53A9FB73" w14:textId="77777777" w:rsidR="00E71A28" w:rsidRPr="008E7D12" w:rsidRDefault="00000000">
            <w:pPr>
              <w:rPr>
                <w:sz w:val="20"/>
                <w:szCs w:val="20"/>
              </w:rPr>
            </w:pPr>
            <w:r>
              <w:rPr>
                <w:sz w:val="20"/>
                <w:szCs w:val="20"/>
              </w:rPr>
              <w:t>5</w:t>
            </w:r>
          </w:p>
        </w:tc>
        <w:tc>
          <w:tcPr>
            <w:tcW w:w="1296" w:type="dxa"/>
          </w:tcPr>
          <w:p w14:paraId="3B2055A0" w14:textId="77777777" w:rsidR="00E71A28" w:rsidRPr="008E7D12" w:rsidRDefault="00000000">
            <w:pPr>
              <w:rPr>
                <w:sz w:val="20"/>
                <w:szCs w:val="20"/>
              </w:rPr>
            </w:pPr>
            <w:r>
              <w:rPr>
                <w:sz w:val="20"/>
                <w:szCs w:val="20"/>
              </w:rPr>
              <w:t>4.75</w:t>
            </w:r>
          </w:p>
        </w:tc>
      </w:tr>
      <w:tr w:rsidR="00E71A28" w:rsidRPr="008E7D12" w14:paraId="36FA2D68" w14:textId="77777777" w:rsidTr="008E7D12">
        <w:tc>
          <w:tcPr>
            <w:tcW w:w="1152" w:type="dxa"/>
          </w:tcPr>
          <w:p w14:paraId="2524F81C" w14:textId="77777777" w:rsidR="00E71A28" w:rsidRPr="008E7D12" w:rsidRDefault="00000000">
            <w:pPr>
              <w:rPr>
                <w:sz w:val="20"/>
                <w:szCs w:val="20"/>
              </w:rPr>
            </w:pPr>
            <w:r>
              <w:rPr>
                <w:sz w:val="20"/>
                <w:szCs w:val="20"/>
              </w:rPr>
              <w:t>19</w:t>
            </w:r>
          </w:p>
        </w:tc>
        <w:tc>
          <w:tcPr>
            <w:tcW w:w="1008" w:type="dxa"/>
          </w:tcPr>
          <w:p w14:paraId="164F20B8" w14:textId="77777777" w:rsidR="00E71A28" w:rsidRPr="008E7D12" w:rsidRDefault="00000000">
            <w:pPr>
              <w:rPr>
                <w:sz w:val="20"/>
                <w:szCs w:val="20"/>
              </w:rPr>
            </w:pPr>
            <w:r>
              <w:rPr>
                <w:sz w:val="20"/>
                <w:szCs w:val="20"/>
              </w:rPr>
              <w:t>C</w:t>
            </w:r>
          </w:p>
        </w:tc>
        <w:tc>
          <w:tcPr>
            <w:tcW w:w="2448" w:type="dxa"/>
          </w:tcPr>
          <w:p w14:paraId="74A6DE73" w14:textId="77777777" w:rsidR="00E71A28" w:rsidRPr="008E7D12" w:rsidRDefault="00000000">
            <w:pPr>
              <w:rPr>
                <w:sz w:val="20"/>
                <w:szCs w:val="20"/>
              </w:rPr>
            </w:pPr>
            <w:r>
              <w:rPr>
                <w:sz w:val="20"/>
                <w:szCs w:val="20"/>
              </w:rPr>
              <w:t>Perplexity (LLM5)</w:t>
            </w:r>
          </w:p>
        </w:tc>
        <w:tc>
          <w:tcPr>
            <w:tcW w:w="1296" w:type="dxa"/>
          </w:tcPr>
          <w:p w14:paraId="40B0D70A" w14:textId="77777777" w:rsidR="00E71A28" w:rsidRPr="008E7D12" w:rsidRDefault="00000000">
            <w:pPr>
              <w:rPr>
                <w:sz w:val="20"/>
                <w:szCs w:val="20"/>
              </w:rPr>
            </w:pPr>
            <w:r>
              <w:rPr>
                <w:sz w:val="20"/>
                <w:szCs w:val="20"/>
              </w:rPr>
              <w:t>3</w:t>
            </w:r>
          </w:p>
        </w:tc>
        <w:tc>
          <w:tcPr>
            <w:tcW w:w="1008" w:type="dxa"/>
          </w:tcPr>
          <w:p w14:paraId="5B367ED0" w14:textId="77777777" w:rsidR="00E71A28" w:rsidRPr="008E7D12" w:rsidRDefault="00000000">
            <w:pPr>
              <w:rPr>
                <w:sz w:val="20"/>
                <w:szCs w:val="20"/>
              </w:rPr>
            </w:pPr>
            <w:r>
              <w:rPr>
                <w:sz w:val="20"/>
                <w:szCs w:val="20"/>
              </w:rPr>
              <w:t>1</w:t>
            </w:r>
          </w:p>
        </w:tc>
        <w:tc>
          <w:tcPr>
            <w:tcW w:w="1728" w:type="dxa"/>
          </w:tcPr>
          <w:p w14:paraId="54ABC5C8" w14:textId="77777777" w:rsidR="00E71A28" w:rsidRPr="008E7D12" w:rsidRDefault="00000000">
            <w:pPr>
              <w:rPr>
                <w:sz w:val="20"/>
                <w:szCs w:val="20"/>
              </w:rPr>
            </w:pPr>
            <w:r>
              <w:rPr>
                <w:sz w:val="20"/>
                <w:szCs w:val="20"/>
              </w:rPr>
              <w:t>5</w:t>
            </w:r>
          </w:p>
        </w:tc>
        <w:tc>
          <w:tcPr>
            <w:tcW w:w="1584" w:type="dxa"/>
          </w:tcPr>
          <w:p w14:paraId="5CCF69CA" w14:textId="77777777" w:rsidR="00E71A28" w:rsidRPr="008E7D12" w:rsidRDefault="00000000">
            <w:pPr>
              <w:rPr>
                <w:sz w:val="20"/>
                <w:szCs w:val="20"/>
              </w:rPr>
            </w:pPr>
            <w:r>
              <w:rPr>
                <w:sz w:val="20"/>
                <w:szCs w:val="20"/>
              </w:rPr>
              <w:t>1</w:t>
            </w:r>
          </w:p>
        </w:tc>
        <w:tc>
          <w:tcPr>
            <w:tcW w:w="1296" w:type="dxa"/>
          </w:tcPr>
          <w:p w14:paraId="1C1A45F3" w14:textId="77777777" w:rsidR="00E71A28" w:rsidRPr="008E7D12" w:rsidRDefault="00000000">
            <w:pPr>
              <w:rPr>
                <w:sz w:val="20"/>
                <w:szCs w:val="20"/>
              </w:rPr>
            </w:pPr>
            <w:r>
              <w:rPr>
                <w:sz w:val="20"/>
                <w:szCs w:val="20"/>
              </w:rPr>
              <w:t>2.50</w:t>
            </w:r>
          </w:p>
        </w:tc>
      </w:tr>
      <w:tr w:rsidR="00E71A28" w:rsidRPr="008E7D12" w14:paraId="18A0605C" w14:textId="77777777" w:rsidTr="008E7D12">
        <w:tc>
          <w:tcPr>
            <w:tcW w:w="1152" w:type="dxa"/>
          </w:tcPr>
          <w:p w14:paraId="36ACB61D" w14:textId="77777777" w:rsidR="00E71A28" w:rsidRPr="008E7D12" w:rsidRDefault="00000000">
            <w:pPr>
              <w:rPr>
                <w:sz w:val="20"/>
                <w:szCs w:val="20"/>
              </w:rPr>
            </w:pPr>
            <w:r>
              <w:rPr>
                <w:sz w:val="20"/>
                <w:szCs w:val="20"/>
              </w:rPr>
              <w:t>20</w:t>
            </w:r>
          </w:p>
        </w:tc>
        <w:tc>
          <w:tcPr>
            <w:tcW w:w="1008" w:type="dxa"/>
          </w:tcPr>
          <w:p w14:paraId="1AD34D61" w14:textId="77777777" w:rsidR="00E71A28" w:rsidRPr="008E7D12" w:rsidRDefault="00000000">
            <w:pPr>
              <w:rPr>
                <w:sz w:val="20"/>
                <w:szCs w:val="20"/>
              </w:rPr>
            </w:pPr>
            <w:r>
              <w:rPr>
                <w:sz w:val="20"/>
                <w:szCs w:val="20"/>
              </w:rPr>
              <w:t>C</w:t>
            </w:r>
          </w:p>
        </w:tc>
        <w:tc>
          <w:tcPr>
            <w:tcW w:w="2448" w:type="dxa"/>
          </w:tcPr>
          <w:p w14:paraId="374C49B9" w14:textId="77777777" w:rsidR="00E71A28" w:rsidRPr="008E7D12" w:rsidRDefault="00000000">
            <w:pPr>
              <w:rPr>
                <w:sz w:val="20"/>
                <w:szCs w:val="20"/>
              </w:rPr>
            </w:pPr>
            <w:r>
              <w:rPr>
                <w:sz w:val="20"/>
                <w:szCs w:val="20"/>
              </w:rPr>
              <w:t>ChatGPT (LLM1)</w:t>
            </w:r>
          </w:p>
        </w:tc>
        <w:tc>
          <w:tcPr>
            <w:tcW w:w="1296" w:type="dxa"/>
          </w:tcPr>
          <w:p w14:paraId="04B4FCA0" w14:textId="77777777" w:rsidR="00E71A28" w:rsidRPr="008E7D12" w:rsidRDefault="00000000">
            <w:pPr>
              <w:rPr>
                <w:sz w:val="20"/>
                <w:szCs w:val="20"/>
              </w:rPr>
            </w:pPr>
            <w:r>
              <w:rPr>
                <w:sz w:val="20"/>
                <w:szCs w:val="20"/>
              </w:rPr>
              <w:t>4</w:t>
            </w:r>
          </w:p>
        </w:tc>
        <w:tc>
          <w:tcPr>
            <w:tcW w:w="1008" w:type="dxa"/>
          </w:tcPr>
          <w:p w14:paraId="2E4C455E" w14:textId="77777777" w:rsidR="00E71A28" w:rsidRPr="008E7D12" w:rsidRDefault="00000000">
            <w:pPr>
              <w:rPr>
                <w:sz w:val="20"/>
                <w:szCs w:val="20"/>
              </w:rPr>
            </w:pPr>
            <w:r>
              <w:rPr>
                <w:sz w:val="20"/>
                <w:szCs w:val="20"/>
              </w:rPr>
              <w:t>4</w:t>
            </w:r>
          </w:p>
        </w:tc>
        <w:tc>
          <w:tcPr>
            <w:tcW w:w="1728" w:type="dxa"/>
          </w:tcPr>
          <w:p w14:paraId="3F0DE650" w14:textId="77777777" w:rsidR="00E71A28" w:rsidRPr="008E7D12" w:rsidRDefault="00000000">
            <w:pPr>
              <w:rPr>
                <w:sz w:val="20"/>
                <w:szCs w:val="20"/>
              </w:rPr>
            </w:pPr>
            <w:r>
              <w:rPr>
                <w:sz w:val="20"/>
                <w:szCs w:val="20"/>
              </w:rPr>
              <w:t>5</w:t>
            </w:r>
          </w:p>
        </w:tc>
        <w:tc>
          <w:tcPr>
            <w:tcW w:w="1584" w:type="dxa"/>
          </w:tcPr>
          <w:p w14:paraId="134969A0" w14:textId="77777777" w:rsidR="00E71A28" w:rsidRPr="008E7D12" w:rsidRDefault="00000000">
            <w:pPr>
              <w:rPr>
                <w:sz w:val="20"/>
                <w:szCs w:val="20"/>
              </w:rPr>
            </w:pPr>
            <w:r>
              <w:rPr>
                <w:sz w:val="20"/>
                <w:szCs w:val="20"/>
              </w:rPr>
              <w:t>4</w:t>
            </w:r>
          </w:p>
        </w:tc>
        <w:tc>
          <w:tcPr>
            <w:tcW w:w="1296" w:type="dxa"/>
          </w:tcPr>
          <w:p w14:paraId="0265DB72" w14:textId="77777777" w:rsidR="00E71A28" w:rsidRPr="008E7D12" w:rsidRDefault="00000000">
            <w:pPr>
              <w:rPr>
                <w:sz w:val="20"/>
                <w:szCs w:val="20"/>
              </w:rPr>
            </w:pPr>
            <w:r>
              <w:rPr>
                <w:sz w:val="20"/>
                <w:szCs w:val="20"/>
              </w:rPr>
              <w:t>4.25</w:t>
            </w:r>
          </w:p>
        </w:tc>
      </w:tr>
      <w:tr w:rsidR="00E71A28" w:rsidRPr="008E7D12" w14:paraId="247F89E2" w14:textId="77777777" w:rsidTr="008E7D12">
        <w:tc>
          <w:tcPr>
            <w:tcW w:w="1152" w:type="dxa"/>
          </w:tcPr>
          <w:p w14:paraId="5B9D68E3" w14:textId="77777777" w:rsidR="00E71A28" w:rsidRPr="008E7D12" w:rsidRDefault="00000000">
            <w:pPr>
              <w:rPr>
                <w:sz w:val="20"/>
                <w:szCs w:val="20"/>
              </w:rPr>
            </w:pPr>
            <w:r>
              <w:rPr>
                <w:sz w:val="20"/>
                <w:szCs w:val="20"/>
              </w:rPr>
              <w:t>20</w:t>
            </w:r>
          </w:p>
        </w:tc>
        <w:tc>
          <w:tcPr>
            <w:tcW w:w="1008" w:type="dxa"/>
          </w:tcPr>
          <w:p w14:paraId="40CDB78A" w14:textId="77777777" w:rsidR="00E71A28" w:rsidRPr="008E7D12" w:rsidRDefault="00000000">
            <w:pPr>
              <w:rPr>
                <w:sz w:val="20"/>
                <w:szCs w:val="20"/>
              </w:rPr>
            </w:pPr>
            <w:r>
              <w:rPr>
                <w:sz w:val="20"/>
                <w:szCs w:val="20"/>
              </w:rPr>
              <w:t>C</w:t>
            </w:r>
          </w:p>
        </w:tc>
        <w:tc>
          <w:tcPr>
            <w:tcW w:w="2448" w:type="dxa"/>
          </w:tcPr>
          <w:p w14:paraId="2F06F244" w14:textId="77777777" w:rsidR="00E71A28" w:rsidRPr="008E7D12" w:rsidRDefault="00000000">
            <w:pPr>
              <w:rPr>
                <w:sz w:val="20"/>
                <w:szCs w:val="20"/>
              </w:rPr>
            </w:pPr>
            <w:r>
              <w:rPr>
                <w:sz w:val="20"/>
                <w:szCs w:val="20"/>
              </w:rPr>
              <w:t>Claude (LLM2)</w:t>
            </w:r>
          </w:p>
        </w:tc>
        <w:tc>
          <w:tcPr>
            <w:tcW w:w="1296" w:type="dxa"/>
          </w:tcPr>
          <w:p w14:paraId="3888D8F8" w14:textId="77777777" w:rsidR="00E71A28" w:rsidRPr="008E7D12" w:rsidRDefault="00000000">
            <w:pPr>
              <w:rPr>
                <w:sz w:val="20"/>
                <w:szCs w:val="20"/>
              </w:rPr>
            </w:pPr>
            <w:r>
              <w:rPr>
                <w:sz w:val="20"/>
                <w:szCs w:val="20"/>
              </w:rPr>
              <w:t>5</w:t>
            </w:r>
          </w:p>
        </w:tc>
        <w:tc>
          <w:tcPr>
            <w:tcW w:w="1008" w:type="dxa"/>
          </w:tcPr>
          <w:p w14:paraId="74F879C2" w14:textId="77777777" w:rsidR="00E71A28" w:rsidRPr="008E7D12" w:rsidRDefault="00000000">
            <w:pPr>
              <w:rPr>
                <w:sz w:val="20"/>
                <w:szCs w:val="20"/>
              </w:rPr>
            </w:pPr>
            <w:r>
              <w:rPr>
                <w:sz w:val="20"/>
                <w:szCs w:val="20"/>
              </w:rPr>
              <w:t>5</w:t>
            </w:r>
          </w:p>
        </w:tc>
        <w:tc>
          <w:tcPr>
            <w:tcW w:w="1728" w:type="dxa"/>
          </w:tcPr>
          <w:p w14:paraId="7B63F53E" w14:textId="77777777" w:rsidR="00E71A28" w:rsidRPr="008E7D12" w:rsidRDefault="00000000">
            <w:pPr>
              <w:rPr>
                <w:sz w:val="20"/>
                <w:szCs w:val="20"/>
              </w:rPr>
            </w:pPr>
            <w:r>
              <w:rPr>
                <w:sz w:val="20"/>
                <w:szCs w:val="20"/>
              </w:rPr>
              <w:t>5</w:t>
            </w:r>
          </w:p>
        </w:tc>
        <w:tc>
          <w:tcPr>
            <w:tcW w:w="1584" w:type="dxa"/>
          </w:tcPr>
          <w:p w14:paraId="44C44FC6" w14:textId="77777777" w:rsidR="00E71A28" w:rsidRPr="008E7D12" w:rsidRDefault="00000000">
            <w:pPr>
              <w:rPr>
                <w:sz w:val="20"/>
                <w:szCs w:val="20"/>
              </w:rPr>
            </w:pPr>
            <w:r>
              <w:rPr>
                <w:sz w:val="20"/>
                <w:szCs w:val="20"/>
              </w:rPr>
              <w:t>5</w:t>
            </w:r>
          </w:p>
        </w:tc>
        <w:tc>
          <w:tcPr>
            <w:tcW w:w="1296" w:type="dxa"/>
          </w:tcPr>
          <w:p w14:paraId="3A352956" w14:textId="77777777" w:rsidR="00E71A28" w:rsidRPr="008E7D12" w:rsidRDefault="00000000">
            <w:pPr>
              <w:rPr>
                <w:sz w:val="20"/>
                <w:szCs w:val="20"/>
              </w:rPr>
            </w:pPr>
            <w:r>
              <w:rPr>
                <w:sz w:val="20"/>
                <w:szCs w:val="20"/>
              </w:rPr>
              <w:t>5.00</w:t>
            </w:r>
          </w:p>
        </w:tc>
      </w:tr>
      <w:tr w:rsidR="00E71A28" w:rsidRPr="008E7D12" w14:paraId="0667365B" w14:textId="77777777" w:rsidTr="008E7D12">
        <w:tc>
          <w:tcPr>
            <w:tcW w:w="1152" w:type="dxa"/>
          </w:tcPr>
          <w:p w14:paraId="4BD95B13" w14:textId="77777777" w:rsidR="00E71A28" w:rsidRPr="008E7D12" w:rsidRDefault="00000000">
            <w:pPr>
              <w:rPr>
                <w:sz w:val="20"/>
                <w:szCs w:val="20"/>
              </w:rPr>
            </w:pPr>
            <w:r>
              <w:rPr>
                <w:sz w:val="20"/>
                <w:szCs w:val="20"/>
              </w:rPr>
              <w:t>20</w:t>
            </w:r>
          </w:p>
        </w:tc>
        <w:tc>
          <w:tcPr>
            <w:tcW w:w="1008" w:type="dxa"/>
          </w:tcPr>
          <w:p w14:paraId="6C87B5AD" w14:textId="77777777" w:rsidR="00E71A28" w:rsidRPr="008E7D12" w:rsidRDefault="00000000">
            <w:pPr>
              <w:rPr>
                <w:sz w:val="20"/>
                <w:szCs w:val="20"/>
              </w:rPr>
            </w:pPr>
            <w:r>
              <w:rPr>
                <w:sz w:val="20"/>
                <w:szCs w:val="20"/>
              </w:rPr>
              <w:t>C</w:t>
            </w:r>
          </w:p>
        </w:tc>
        <w:tc>
          <w:tcPr>
            <w:tcW w:w="2448" w:type="dxa"/>
          </w:tcPr>
          <w:p w14:paraId="2D519C85" w14:textId="77777777" w:rsidR="00E71A28" w:rsidRPr="008E7D12" w:rsidRDefault="00000000">
            <w:pPr>
              <w:rPr>
                <w:sz w:val="20"/>
                <w:szCs w:val="20"/>
              </w:rPr>
            </w:pPr>
            <w:r>
              <w:rPr>
                <w:sz w:val="20"/>
                <w:szCs w:val="20"/>
              </w:rPr>
              <w:t>Gemini (LLM3)</w:t>
            </w:r>
          </w:p>
        </w:tc>
        <w:tc>
          <w:tcPr>
            <w:tcW w:w="1296" w:type="dxa"/>
          </w:tcPr>
          <w:p w14:paraId="2EEE58BC" w14:textId="77777777" w:rsidR="00E71A28" w:rsidRPr="008E7D12" w:rsidRDefault="00000000">
            <w:pPr>
              <w:rPr>
                <w:sz w:val="20"/>
                <w:szCs w:val="20"/>
              </w:rPr>
            </w:pPr>
            <w:r>
              <w:rPr>
                <w:sz w:val="20"/>
                <w:szCs w:val="20"/>
              </w:rPr>
              <w:t>4</w:t>
            </w:r>
          </w:p>
        </w:tc>
        <w:tc>
          <w:tcPr>
            <w:tcW w:w="1008" w:type="dxa"/>
          </w:tcPr>
          <w:p w14:paraId="08CEE38A" w14:textId="77777777" w:rsidR="00E71A28" w:rsidRPr="008E7D12" w:rsidRDefault="00000000">
            <w:pPr>
              <w:rPr>
                <w:sz w:val="20"/>
                <w:szCs w:val="20"/>
              </w:rPr>
            </w:pPr>
            <w:r>
              <w:rPr>
                <w:sz w:val="20"/>
                <w:szCs w:val="20"/>
              </w:rPr>
              <w:t>1</w:t>
            </w:r>
          </w:p>
        </w:tc>
        <w:tc>
          <w:tcPr>
            <w:tcW w:w="1728" w:type="dxa"/>
          </w:tcPr>
          <w:p w14:paraId="03FBE44D" w14:textId="77777777" w:rsidR="00E71A28" w:rsidRPr="008E7D12" w:rsidRDefault="00000000">
            <w:pPr>
              <w:rPr>
                <w:sz w:val="20"/>
                <w:szCs w:val="20"/>
              </w:rPr>
            </w:pPr>
            <w:r>
              <w:rPr>
                <w:sz w:val="20"/>
                <w:szCs w:val="20"/>
              </w:rPr>
              <w:t>5</w:t>
            </w:r>
          </w:p>
        </w:tc>
        <w:tc>
          <w:tcPr>
            <w:tcW w:w="1584" w:type="dxa"/>
          </w:tcPr>
          <w:p w14:paraId="7172162B" w14:textId="77777777" w:rsidR="00E71A28" w:rsidRPr="008E7D12" w:rsidRDefault="00000000">
            <w:pPr>
              <w:rPr>
                <w:sz w:val="20"/>
                <w:szCs w:val="20"/>
              </w:rPr>
            </w:pPr>
            <w:r>
              <w:rPr>
                <w:sz w:val="20"/>
                <w:szCs w:val="20"/>
              </w:rPr>
              <w:t>4</w:t>
            </w:r>
          </w:p>
        </w:tc>
        <w:tc>
          <w:tcPr>
            <w:tcW w:w="1296" w:type="dxa"/>
          </w:tcPr>
          <w:p w14:paraId="40C9524D" w14:textId="77777777" w:rsidR="00E71A28" w:rsidRPr="008E7D12" w:rsidRDefault="00000000">
            <w:pPr>
              <w:rPr>
                <w:sz w:val="20"/>
                <w:szCs w:val="20"/>
              </w:rPr>
            </w:pPr>
            <w:r>
              <w:rPr>
                <w:sz w:val="20"/>
                <w:szCs w:val="20"/>
              </w:rPr>
              <w:t>3.50</w:t>
            </w:r>
          </w:p>
        </w:tc>
      </w:tr>
      <w:tr w:rsidR="00E71A28" w:rsidRPr="008E7D12" w14:paraId="2D8A012E" w14:textId="77777777" w:rsidTr="008E7D12">
        <w:tc>
          <w:tcPr>
            <w:tcW w:w="1152" w:type="dxa"/>
          </w:tcPr>
          <w:p w14:paraId="409D077E" w14:textId="77777777" w:rsidR="00E71A28" w:rsidRPr="008E7D12" w:rsidRDefault="00000000">
            <w:pPr>
              <w:rPr>
                <w:sz w:val="20"/>
                <w:szCs w:val="20"/>
              </w:rPr>
            </w:pPr>
            <w:r>
              <w:rPr>
                <w:sz w:val="20"/>
                <w:szCs w:val="20"/>
              </w:rPr>
              <w:t>20</w:t>
            </w:r>
          </w:p>
        </w:tc>
        <w:tc>
          <w:tcPr>
            <w:tcW w:w="1008" w:type="dxa"/>
          </w:tcPr>
          <w:p w14:paraId="63353CB8" w14:textId="77777777" w:rsidR="00E71A28" w:rsidRPr="008E7D12" w:rsidRDefault="00000000">
            <w:pPr>
              <w:rPr>
                <w:sz w:val="20"/>
                <w:szCs w:val="20"/>
              </w:rPr>
            </w:pPr>
            <w:r>
              <w:rPr>
                <w:sz w:val="20"/>
                <w:szCs w:val="20"/>
              </w:rPr>
              <w:t>C</w:t>
            </w:r>
          </w:p>
        </w:tc>
        <w:tc>
          <w:tcPr>
            <w:tcW w:w="2448" w:type="dxa"/>
          </w:tcPr>
          <w:p w14:paraId="0C6757C8" w14:textId="77777777" w:rsidR="00E71A28" w:rsidRPr="008E7D12" w:rsidRDefault="00000000">
            <w:pPr>
              <w:rPr>
                <w:sz w:val="20"/>
                <w:szCs w:val="20"/>
              </w:rPr>
            </w:pPr>
            <w:r>
              <w:rPr>
                <w:sz w:val="20"/>
                <w:szCs w:val="20"/>
              </w:rPr>
              <w:t>OpenEvidence (LLM4)</w:t>
            </w:r>
          </w:p>
        </w:tc>
        <w:tc>
          <w:tcPr>
            <w:tcW w:w="1296" w:type="dxa"/>
          </w:tcPr>
          <w:p w14:paraId="739F4D93" w14:textId="77777777" w:rsidR="00E71A28" w:rsidRPr="008E7D12" w:rsidRDefault="00000000">
            <w:pPr>
              <w:rPr>
                <w:sz w:val="20"/>
                <w:szCs w:val="20"/>
              </w:rPr>
            </w:pPr>
            <w:r>
              <w:rPr>
                <w:sz w:val="20"/>
                <w:szCs w:val="20"/>
              </w:rPr>
              <w:t>5</w:t>
            </w:r>
          </w:p>
        </w:tc>
        <w:tc>
          <w:tcPr>
            <w:tcW w:w="1008" w:type="dxa"/>
          </w:tcPr>
          <w:p w14:paraId="416FE9E7" w14:textId="77777777" w:rsidR="00E71A28" w:rsidRPr="008E7D12" w:rsidRDefault="00000000">
            <w:pPr>
              <w:rPr>
                <w:sz w:val="20"/>
                <w:szCs w:val="20"/>
              </w:rPr>
            </w:pPr>
            <w:r>
              <w:rPr>
                <w:sz w:val="20"/>
                <w:szCs w:val="20"/>
              </w:rPr>
              <w:t>5</w:t>
            </w:r>
          </w:p>
        </w:tc>
        <w:tc>
          <w:tcPr>
            <w:tcW w:w="1728" w:type="dxa"/>
          </w:tcPr>
          <w:p w14:paraId="7D6D132A" w14:textId="77777777" w:rsidR="00E71A28" w:rsidRPr="008E7D12" w:rsidRDefault="00000000">
            <w:pPr>
              <w:rPr>
                <w:sz w:val="20"/>
                <w:szCs w:val="20"/>
              </w:rPr>
            </w:pPr>
            <w:r>
              <w:rPr>
                <w:sz w:val="20"/>
                <w:szCs w:val="20"/>
              </w:rPr>
              <w:t>4</w:t>
            </w:r>
          </w:p>
        </w:tc>
        <w:tc>
          <w:tcPr>
            <w:tcW w:w="1584" w:type="dxa"/>
          </w:tcPr>
          <w:p w14:paraId="5C8520B3" w14:textId="77777777" w:rsidR="00E71A28" w:rsidRPr="008E7D12" w:rsidRDefault="00000000">
            <w:pPr>
              <w:rPr>
                <w:sz w:val="20"/>
                <w:szCs w:val="20"/>
              </w:rPr>
            </w:pPr>
            <w:r>
              <w:rPr>
                <w:sz w:val="20"/>
                <w:szCs w:val="20"/>
              </w:rPr>
              <w:t>5</w:t>
            </w:r>
          </w:p>
        </w:tc>
        <w:tc>
          <w:tcPr>
            <w:tcW w:w="1296" w:type="dxa"/>
          </w:tcPr>
          <w:p w14:paraId="7A446956" w14:textId="77777777" w:rsidR="00E71A28" w:rsidRPr="008E7D12" w:rsidRDefault="00000000">
            <w:pPr>
              <w:rPr>
                <w:sz w:val="20"/>
                <w:szCs w:val="20"/>
              </w:rPr>
            </w:pPr>
            <w:r>
              <w:rPr>
                <w:sz w:val="20"/>
                <w:szCs w:val="20"/>
              </w:rPr>
              <w:t>4.75</w:t>
            </w:r>
          </w:p>
        </w:tc>
      </w:tr>
      <w:tr w:rsidR="00E71A28" w:rsidRPr="008E7D12" w14:paraId="0E6255B2" w14:textId="77777777" w:rsidTr="008E7D12">
        <w:tc>
          <w:tcPr>
            <w:tcW w:w="1152" w:type="dxa"/>
          </w:tcPr>
          <w:p w14:paraId="225BFBC8" w14:textId="77777777" w:rsidR="00E71A28" w:rsidRPr="008E7D12" w:rsidRDefault="00000000">
            <w:pPr>
              <w:rPr>
                <w:sz w:val="20"/>
                <w:szCs w:val="20"/>
              </w:rPr>
            </w:pPr>
            <w:r>
              <w:rPr>
                <w:sz w:val="20"/>
                <w:szCs w:val="20"/>
              </w:rPr>
              <w:t>20</w:t>
            </w:r>
          </w:p>
        </w:tc>
        <w:tc>
          <w:tcPr>
            <w:tcW w:w="1008" w:type="dxa"/>
          </w:tcPr>
          <w:p w14:paraId="3DD6F8BB" w14:textId="77777777" w:rsidR="00E71A28" w:rsidRPr="008E7D12" w:rsidRDefault="00000000">
            <w:pPr>
              <w:rPr>
                <w:sz w:val="20"/>
                <w:szCs w:val="20"/>
              </w:rPr>
            </w:pPr>
            <w:r>
              <w:rPr>
                <w:sz w:val="20"/>
                <w:szCs w:val="20"/>
              </w:rPr>
              <w:t>C</w:t>
            </w:r>
          </w:p>
        </w:tc>
        <w:tc>
          <w:tcPr>
            <w:tcW w:w="2448" w:type="dxa"/>
          </w:tcPr>
          <w:p w14:paraId="7B10E5F0" w14:textId="77777777" w:rsidR="00E71A28" w:rsidRPr="008E7D12" w:rsidRDefault="00000000">
            <w:pPr>
              <w:rPr>
                <w:sz w:val="20"/>
                <w:szCs w:val="20"/>
              </w:rPr>
            </w:pPr>
            <w:r>
              <w:rPr>
                <w:sz w:val="20"/>
                <w:szCs w:val="20"/>
              </w:rPr>
              <w:t>Perplexity (LLM5)</w:t>
            </w:r>
          </w:p>
        </w:tc>
        <w:tc>
          <w:tcPr>
            <w:tcW w:w="1296" w:type="dxa"/>
          </w:tcPr>
          <w:p w14:paraId="52521761" w14:textId="77777777" w:rsidR="00E71A28" w:rsidRPr="008E7D12" w:rsidRDefault="00000000">
            <w:pPr>
              <w:rPr>
                <w:sz w:val="20"/>
                <w:szCs w:val="20"/>
              </w:rPr>
            </w:pPr>
            <w:r>
              <w:rPr>
                <w:sz w:val="20"/>
                <w:szCs w:val="20"/>
              </w:rPr>
              <w:t>1</w:t>
            </w:r>
          </w:p>
        </w:tc>
        <w:tc>
          <w:tcPr>
            <w:tcW w:w="1008" w:type="dxa"/>
          </w:tcPr>
          <w:p w14:paraId="3257D35C" w14:textId="77777777" w:rsidR="00E71A28" w:rsidRPr="008E7D12" w:rsidRDefault="00000000">
            <w:pPr>
              <w:rPr>
                <w:sz w:val="20"/>
                <w:szCs w:val="20"/>
              </w:rPr>
            </w:pPr>
            <w:r>
              <w:rPr>
                <w:sz w:val="20"/>
                <w:szCs w:val="20"/>
              </w:rPr>
              <w:t>1</w:t>
            </w:r>
          </w:p>
        </w:tc>
        <w:tc>
          <w:tcPr>
            <w:tcW w:w="1728" w:type="dxa"/>
          </w:tcPr>
          <w:p w14:paraId="6E543235" w14:textId="77777777" w:rsidR="00E71A28" w:rsidRPr="008E7D12" w:rsidRDefault="00000000">
            <w:pPr>
              <w:rPr>
                <w:sz w:val="20"/>
                <w:szCs w:val="20"/>
              </w:rPr>
            </w:pPr>
            <w:r>
              <w:rPr>
                <w:sz w:val="20"/>
                <w:szCs w:val="20"/>
              </w:rPr>
              <w:t>1</w:t>
            </w:r>
          </w:p>
        </w:tc>
        <w:tc>
          <w:tcPr>
            <w:tcW w:w="1584" w:type="dxa"/>
          </w:tcPr>
          <w:p w14:paraId="2F170787" w14:textId="77777777" w:rsidR="00E71A28" w:rsidRPr="008E7D12" w:rsidRDefault="00000000">
            <w:pPr>
              <w:rPr>
                <w:sz w:val="20"/>
                <w:szCs w:val="20"/>
              </w:rPr>
            </w:pPr>
            <w:r>
              <w:rPr>
                <w:sz w:val="20"/>
                <w:szCs w:val="20"/>
              </w:rPr>
              <w:t>1</w:t>
            </w:r>
          </w:p>
        </w:tc>
        <w:tc>
          <w:tcPr>
            <w:tcW w:w="1296" w:type="dxa"/>
          </w:tcPr>
          <w:p w14:paraId="21888BA7" w14:textId="77777777" w:rsidR="00E71A28" w:rsidRPr="008E7D12" w:rsidRDefault="00000000">
            <w:pPr>
              <w:rPr>
                <w:sz w:val="20"/>
                <w:szCs w:val="20"/>
              </w:rPr>
            </w:pPr>
            <w:r>
              <w:rPr>
                <w:sz w:val="20"/>
                <w:szCs w:val="20"/>
              </w:rPr>
              <w:t>1.00</w:t>
            </w:r>
          </w:p>
        </w:tc>
      </w:tr>
      <w:tr w:rsidR="00E71A28" w:rsidRPr="008E7D12" w14:paraId="6AEE5562" w14:textId="77777777" w:rsidTr="008E7D12">
        <w:tc>
          <w:tcPr>
            <w:tcW w:w="1152" w:type="dxa"/>
          </w:tcPr>
          <w:p w14:paraId="6D7E40D6" w14:textId="77777777" w:rsidR="00E71A28" w:rsidRPr="008E7D12" w:rsidRDefault="00000000">
            <w:pPr>
              <w:rPr>
                <w:sz w:val="20"/>
                <w:szCs w:val="20"/>
              </w:rPr>
            </w:pPr>
            <w:r>
              <w:rPr>
                <w:sz w:val="20"/>
                <w:szCs w:val="20"/>
              </w:rPr>
              <w:t>21</w:t>
            </w:r>
          </w:p>
        </w:tc>
        <w:tc>
          <w:tcPr>
            <w:tcW w:w="1008" w:type="dxa"/>
          </w:tcPr>
          <w:p w14:paraId="1F8A5445" w14:textId="77777777" w:rsidR="00E71A28" w:rsidRPr="008E7D12" w:rsidRDefault="00000000">
            <w:pPr>
              <w:rPr>
                <w:sz w:val="20"/>
                <w:szCs w:val="20"/>
              </w:rPr>
            </w:pPr>
            <w:r>
              <w:rPr>
                <w:sz w:val="20"/>
                <w:szCs w:val="20"/>
              </w:rPr>
              <w:t>C</w:t>
            </w:r>
          </w:p>
        </w:tc>
        <w:tc>
          <w:tcPr>
            <w:tcW w:w="2448" w:type="dxa"/>
          </w:tcPr>
          <w:p w14:paraId="18CF9EBB" w14:textId="77777777" w:rsidR="00E71A28" w:rsidRPr="008E7D12" w:rsidRDefault="00000000">
            <w:pPr>
              <w:rPr>
                <w:sz w:val="20"/>
                <w:szCs w:val="20"/>
              </w:rPr>
            </w:pPr>
            <w:r>
              <w:rPr>
                <w:sz w:val="20"/>
                <w:szCs w:val="20"/>
              </w:rPr>
              <w:t>ChatGPT (LLM1)</w:t>
            </w:r>
          </w:p>
        </w:tc>
        <w:tc>
          <w:tcPr>
            <w:tcW w:w="1296" w:type="dxa"/>
          </w:tcPr>
          <w:p w14:paraId="7009203B" w14:textId="77777777" w:rsidR="00E71A28" w:rsidRPr="008E7D12" w:rsidRDefault="00000000">
            <w:pPr>
              <w:rPr>
                <w:sz w:val="20"/>
                <w:szCs w:val="20"/>
              </w:rPr>
            </w:pPr>
            <w:r>
              <w:rPr>
                <w:sz w:val="20"/>
                <w:szCs w:val="20"/>
              </w:rPr>
              <w:t>5</w:t>
            </w:r>
          </w:p>
        </w:tc>
        <w:tc>
          <w:tcPr>
            <w:tcW w:w="1008" w:type="dxa"/>
          </w:tcPr>
          <w:p w14:paraId="29266F65" w14:textId="77777777" w:rsidR="00E71A28" w:rsidRPr="008E7D12" w:rsidRDefault="00000000">
            <w:pPr>
              <w:rPr>
                <w:sz w:val="20"/>
                <w:szCs w:val="20"/>
              </w:rPr>
            </w:pPr>
            <w:r>
              <w:rPr>
                <w:sz w:val="20"/>
                <w:szCs w:val="20"/>
              </w:rPr>
              <w:t>4</w:t>
            </w:r>
          </w:p>
        </w:tc>
        <w:tc>
          <w:tcPr>
            <w:tcW w:w="1728" w:type="dxa"/>
          </w:tcPr>
          <w:p w14:paraId="428C4830" w14:textId="77777777" w:rsidR="00E71A28" w:rsidRPr="008E7D12" w:rsidRDefault="00000000">
            <w:pPr>
              <w:rPr>
                <w:sz w:val="20"/>
                <w:szCs w:val="20"/>
              </w:rPr>
            </w:pPr>
            <w:r>
              <w:rPr>
                <w:sz w:val="20"/>
                <w:szCs w:val="20"/>
              </w:rPr>
              <w:t>5</w:t>
            </w:r>
          </w:p>
        </w:tc>
        <w:tc>
          <w:tcPr>
            <w:tcW w:w="1584" w:type="dxa"/>
          </w:tcPr>
          <w:p w14:paraId="1ABA32C1" w14:textId="77777777" w:rsidR="00E71A28" w:rsidRPr="008E7D12" w:rsidRDefault="00000000">
            <w:pPr>
              <w:rPr>
                <w:sz w:val="20"/>
                <w:szCs w:val="20"/>
              </w:rPr>
            </w:pPr>
            <w:r>
              <w:rPr>
                <w:sz w:val="20"/>
                <w:szCs w:val="20"/>
              </w:rPr>
              <w:t>4</w:t>
            </w:r>
          </w:p>
        </w:tc>
        <w:tc>
          <w:tcPr>
            <w:tcW w:w="1296" w:type="dxa"/>
          </w:tcPr>
          <w:p w14:paraId="7439DD5E" w14:textId="77777777" w:rsidR="00E71A28" w:rsidRPr="008E7D12" w:rsidRDefault="00000000">
            <w:pPr>
              <w:rPr>
                <w:sz w:val="20"/>
                <w:szCs w:val="20"/>
              </w:rPr>
            </w:pPr>
            <w:r>
              <w:rPr>
                <w:sz w:val="20"/>
                <w:szCs w:val="20"/>
              </w:rPr>
              <w:t>4.50</w:t>
            </w:r>
          </w:p>
        </w:tc>
      </w:tr>
      <w:tr w:rsidR="00E71A28" w:rsidRPr="008E7D12" w14:paraId="6E1690E8" w14:textId="77777777" w:rsidTr="008E7D12">
        <w:tc>
          <w:tcPr>
            <w:tcW w:w="1152" w:type="dxa"/>
          </w:tcPr>
          <w:p w14:paraId="544E82B7" w14:textId="77777777" w:rsidR="00E71A28" w:rsidRPr="008E7D12" w:rsidRDefault="00000000">
            <w:pPr>
              <w:rPr>
                <w:sz w:val="20"/>
                <w:szCs w:val="20"/>
              </w:rPr>
            </w:pPr>
            <w:r>
              <w:rPr>
                <w:sz w:val="20"/>
                <w:szCs w:val="20"/>
              </w:rPr>
              <w:t>21</w:t>
            </w:r>
          </w:p>
        </w:tc>
        <w:tc>
          <w:tcPr>
            <w:tcW w:w="1008" w:type="dxa"/>
          </w:tcPr>
          <w:p w14:paraId="62F998E5" w14:textId="77777777" w:rsidR="00E71A28" w:rsidRPr="008E7D12" w:rsidRDefault="00000000">
            <w:pPr>
              <w:rPr>
                <w:sz w:val="20"/>
                <w:szCs w:val="20"/>
              </w:rPr>
            </w:pPr>
            <w:r>
              <w:rPr>
                <w:sz w:val="20"/>
                <w:szCs w:val="20"/>
              </w:rPr>
              <w:t>C</w:t>
            </w:r>
          </w:p>
        </w:tc>
        <w:tc>
          <w:tcPr>
            <w:tcW w:w="2448" w:type="dxa"/>
          </w:tcPr>
          <w:p w14:paraId="1C6B710B" w14:textId="77777777" w:rsidR="00E71A28" w:rsidRPr="008E7D12" w:rsidRDefault="00000000">
            <w:pPr>
              <w:rPr>
                <w:sz w:val="20"/>
                <w:szCs w:val="20"/>
              </w:rPr>
            </w:pPr>
            <w:r>
              <w:rPr>
                <w:sz w:val="20"/>
                <w:szCs w:val="20"/>
              </w:rPr>
              <w:t>Claude (LLM2)</w:t>
            </w:r>
          </w:p>
        </w:tc>
        <w:tc>
          <w:tcPr>
            <w:tcW w:w="1296" w:type="dxa"/>
          </w:tcPr>
          <w:p w14:paraId="60DC8364" w14:textId="77777777" w:rsidR="00E71A28" w:rsidRPr="008E7D12" w:rsidRDefault="00000000">
            <w:pPr>
              <w:rPr>
                <w:sz w:val="20"/>
                <w:szCs w:val="20"/>
              </w:rPr>
            </w:pPr>
            <w:r>
              <w:rPr>
                <w:sz w:val="20"/>
                <w:szCs w:val="20"/>
              </w:rPr>
              <w:t>5</w:t>
            </w:r>
          </w:p>
        </w:tc>
        <w:tc>
          <w:tcPr>
            <w:tcW w:w="1008" w:type="dxa"/>
          </w:tcPr>
          <w:p w14:paraId="06A98FB7" w14:textId="77777777" w:rsidR="00E71A28" w:rsidRPr="008E7D12" w:rsidRDefault="00000000">
            <w:pPr>
              <w:rPr>
                <w:sz w:val="20"/>
                <w:szCs w:val="20"/>
              </w:rPr>
            </w:pPr>
            <w:r>
              <w:rPr>
                <w:sz w:val="20"/>
                <w:szCs w:val="20"/>
              </w:rPr>
              <w:t>4</w:t>
            </w:r>
          </w:p>
        </w:tc>
        <w:tc>
          <w:tcPr>
            <w:tcW w:w="1728" w:type="dxa"/>
          </w:tcPr>
          <w:p w14:paraId="31FB00AD" w14:textId="77777777" w:rsidR="00E71A28" w:rsidRPr="008E7D12" w:rsidRDefault="00000000">
            <w:pPr>
              <w:rPr>
                <w:sz w:val="20"/>
                <w:szCs w:val="20"/>
              </w:rPr>
            </w:pPr>
            <w:r>
              <w:rPr>
                <w:sz w:val="20"/>
                <w:szCs w:val="20"/>
              </w:rPr>
              <w:t>5</w:t>
            </w:r>
          </w:p>
        </w:tc>
        <w:tc>
          <w:tcPr>
            <w:tcW w:w="1584" w:type="dxa"/>
          </w:tcPr>
          <w:p w14:paraId="0555B23C" w14:textId="77777777" w:rsidR="00E71A28" w:rsidRPr="008E7D12" w:rsidRDefault="00000000">
            <w:pPr>
              <w:rPr>
                <w:sz w:val="20"/>
                <w:szCs w:val="20"/>
              </w:rPr>
            </w:pPr>
            <w:r>
              <w:rPr>
                <w:sz w:val="20"/>
                <w:szCs w:val="20"/>
              </w:rPr>
              <w:t>5</w:t>
            </w:r>
          </w:p>
        </w:tc>
        <w:tc>
          <w:tcPr>
            <w:tcW w:w="1296" w:type="dxa"/>
          </w:tcPr>
          <w:p w14:paraId="43A362EA" w14:textId="77777777" w:rsidR="00E71A28" w:rsidRPr="008E7D12" w:rsidRDefault="00000000">
            <w:pPr>
              <w:rPr>
                <w:sz w:val="20"/>
                <w:szCs w:val="20"/>
              </w:rPr>
            </w:pPr>
            <w:r>
              <w:rPr>
                <w:sz w:val="20"/>
                <w:szCs w:val="20"/>
              </w:rPr>
              <w:t>4.75</w:t>
            </w:r>
          </w:p>
        </w:tc>
      </w:tr>
      <w:tr w:rsidR="00E71A28" w:rsidRPr="008E7D12" w14:paraId="4A711040" w14:textId="77777777" w:rsidTr="008E7D12">
        <w:tc>
          <w:tcPr>
            <w:tcW w:w="1152" w:type="dxa"/>
          </w:tcPr>
          <w:p w14:paraId="72C215AE" w14:textId="77777777" w:rsidR="00E71A28" w:rsidRPr="008E7D12" w:rsidRDefault="00000000">
            <w:pPr>
              <w:rPr>
                <w:sz w:val="20"/>
                <w:szCs w:val="20"/>
              </w:rPr>
            </w:pPr>
            <w:r>
              <w:rPr>
                <w:sz w:val="20"/>
                <w:szCs w:val="20"/>
              </w:rPr>
              <w:t>21</w:t>
            </w:r>
          </w:p>
        </w:tc>
        <w:tc>
          <w:tcPr>
            <w:tcW w:w="1008" w:type="dxa"/>
          </w:tcPr>
          <w:p w14:paraId="1AC6A8BA" w14:textId="77777777" w:rsidR="00E71A28" w:rsidRPr="008E7D12" w:rsidRDefault="00000000">
            <w:pPr>
              <w:rPr>
                <w:sz w:val="20"/>
                <w:szCs w:val="20"/>
              </w:rPr>
            </w:pPr>
            <w:r>
              <w:rPr>
                <w:sz w:val="20"/>
                <w:szCs w:val="20"/>
              </w:rPr>
              <w:t>C</w:t>
            </w:r>
          </w:p>
        </w:tc>
        <w:tc>
          <w:tcPr>
            <w:tcW w:w="2448" w:type="dxa"/>
          </w:tcPr>
          <w:p w14:paraId="5243AC6E" w14:textId="77777777" w:rsidR="00E71A28" w:rsidRPr="008E7D12" w:rsidRDefault="00000000">
            <w:pPr>
              <w:rPr>
                <w:sz w:val="20"/>
                <w:szCs w:val="20"/>
              </w:rPr>
            </w:pPr>
            <w:r>
              <w:rPr>
                <w:sz w:val="20"/>
                <w:szCs w:val="20"/>
              </w:rPr>
              <w:t>Gemini (LLM3)</w:t>
            </w:r>
          </w:p>
        </w:tc>
        <w:tc>
          <w:tcPr>
            <w:tcW w:w="1296" w:type="dxa"/>
          </w:tcPr>
          <w:p w14:paraId="093ACF08" w14:textId="77777777" w:rsidR="00E71A28" w:rsidRPr="008E7D12" w:rsidRDefault="00000000">
            <w:pPr>
              <w:rPr>
                <w:sz w:val="20"/>
                <w:szCs w:val="20"/>
              </w:rPr>
            </w:pPr>
            <w:r>
              <w:rPr>
                <w:sz w:val="20"/>
                <w:szCs w:val="20"/>
              </w:rPr>
              <w:t>3</w:t>
            </w:r>
          </w:p>
        </w:tc>
        <w:tc>
          <w:tcPr>
            <w:tcW w:w="1008" w:type="dxa"/>
          </w:tcPr>
          <w:p w14:paraId="30251BEE" w14:textId="77777777" w:rsidR="00E71A28" w:rsidRPr="008E7D12" w:rsidRDefault="00000000">
            <w:pPr>
              <w:rPr>
                <w:sz w:val="20"/>
                <w:szCs w:val="20"/>
              </w:rPr>
            </w:pPr>
            <w:r>
              <w:rPr>
                <w:sz w:val="20"/>
                <w:szCs w:val="20"/>
              </w:rPr>
              <w:t>4</w:t>
            </w:r>
          </w:p>
        </w:tc>
        <w:tc>
          <w:tcPr>
            <w:tcW w:w="1728" w:type="dxa"/>
          </w:tcPr>
          <w:p w14:paraId="1AAD51E1" w14:textId="77777777" w:rsidR="00E71A28" w:rsidRPr="008E7D12" w:rsidRDefault="00000000">
            <w:pPr>
              <w:rPr>
                <w:sz w:val="20"/>
                <w:szCs w:val="20"/>
              </w:rPr>
            </w:pPr>
            <w:r>
              <w:rPr>
                <w:sz w:val="20"/>
                <w:szCs w:val="20"/>
              </w:rPr>
              <w:t>5</w:t>
            </w:r>
          </w:p>
        </w:tc>
        <w:tc>
          <w:tcPr>
            <w:tcW w:w="1584" w:type="dxa"/>
          </w:tcPr>
          <w:p w14:paraId="062AE51B" w14:textId="77777777" w:rsidR="00E71A28" w:rsidRPr="008E7D12" w:rsidRDefault="00000000">
            <w:pPr>
              <w:rPr>
                <w:sz w:val="20"/>
                <w:szCs w:val="20"/>
              </w:rPr>
            </w:pPr>
            <w:r>
              <w:rPr>
                <w:sz w:val="20"/>
                <w:szCs w:val="20"/>
              </w:rPr>
              <w:t>4</w:t>
            </w:r>
          </w:p>
        </w:tc>
        <w:tc>
          <w:tcPr>
            <w:tcW w:w="1296" w:type="dxa"/>
          </w:tcPr>
          <w:p w14:paraId="36A3F169" w14:textId="77777777" w:rsidR="00E71A28" w:rsidRPr="008E7D12" w:rsidRDefault="00000000">
            <w:pPr>
              <w:rPr>
                <w:sz w:val="20"/>
                <w:szCs w:val="20"/>
              </w:rPr>
            </w:pPr>
            <w:r>
              <w:rPr>
                <w:sz w:val="20"/>
                <w:szCs w:val="20"/>
              </w:rPr>
              <w:t>4.00</w:t>
            </w:r>
          </w:p>
        </w:tc>
      </w:tr>
      <w:tr w:rsidR="00E71A28" w:rsidRPr="008E7D12" w14:paraId="07B16B4E" w14:textId="77777777" w:rsidTr="008E7D12">
        <w:tc>
          <w:tcPr>
            <w:tcW w:w="1152" w:type="dxa"/>
          </w:tcPr>
          <w:p w14:paraId="6E894F8C" w14:textId="77777777" w:rsidR="00E71A28" w:rsidRPr="008E7D12" w:rsidRDefault="00000000">
            <w:pPr>
              <w:rPr>
                <w:sz w:val="20"/>
                <w:szCs w:val="20"/>
              </w:rPr>
            </w:pPr>
            <w:r>
              <w:rPr>
                <w:sz w:val="20"/>
                <w:szCs w:val="20"/>
              </w:rPr>
              <w:t>21</w:t>
            </w:r>
          </w:p>
        </w:tc>
        <w:tc>
          <w:tcPr>
            <w:tcW w:w="1008" w:type="dxa"/>
          </w:tcPr>
          <w:p w14:paraId="24BDA812" w14:textId="77777777" w:rsidR="00E71A28" w:rsidRPr="008E7D12" w:rsidRDefault="00000000">
            <w:pPr>
              <w:rPr>
                <w:sz w:val="20"/>
                <w:szCs w:val="20"/>
              </w:rPr>
            </w:pPr>
            <w:r>
              <w:rPr>
                <w:sz w:val="20"/>
                <w:szCs w:val="20"/>
              </w:rPr>
              <w:t>C</w:t>
            </w:r>
          </w:p>
        </w:tc>
        <w:tc>
          <w:tcPr>
            <w:tcW w:w="2448" w:type="dxa"/>
          </w:tcPr>
          <w:p w14:paraId="1AE577E8" w14:textId="77777777" w:rsidR="00E71A28" w:rsidRPr="008E7D12" w:rsidRDefault="00000000">
            <w:pPr>
              <w:rPr>
                <w:sz w:val="20"/>
                <w:szCs w:val="20"/>
              </w:rPr>
            </w:pPr>
            <w:r>
              <w:rPr>
                <w:sz w:val="20"/>
                <w:szCs w:val="20"/>
              </w:rPr>
              <w:t>OpenEvidence (LLM4)</w:t>
            </w:r>
          </w:p>
        </w:tc>
        <w:tc>
          <w:tcPr>
            <w:tcW w:w="1296" w:type="dxa"/>
          </w:tcPr>
          <w:p w14:paraId="7035D00D" w14:textId="77777777" w:rsidR="00E71A28" w:rsidRPr="008E7D12" w:rsidRDefault="00000000">
            <w:pPr>
              <w:rPr>
                <w:sz w:val="20"/>
                <w:szCs w:val="20"/>
              </w:rPr>
            </w:pPr>
            <w:r>
              <w:rPr>
                <w:sz w:val="20"/>
                <w:szCs w:val="20"/>
              </w:rPr>
              <w:t>5</w:t>
            </w:r>
          </w:p>
        </w:tc>
        <w:tc>
          <w:tcPr>
            <w:tcW w:w="1008" w:type="dxa"/>
          </w:tcPr>
          <w:p w14:paraId="5B7B7B95" w14:textId="77777777" w:rsidR="00E71A28" w:rsidRPr="008E7D12" w:rsidRDefault="00000000">
            <w:pPr>
              <w:rPr>
                <w:sz w:val="20"/>
                <w:szCs w:val="20"/>
              </w:rPr>
            </w:pPr>
            <w:r>
              <w:rPr>
                <w:sz w:val="20"/>
                <w:szCs w:val="20"/>
              </w:rPr>
              <w:t>5</w:t>
            </w:r>
          </w:p>
        </w:tc>
        <w:tc>
          <w:tcPr>
            <w:tcW w:w="1728" w:type="dxa"/>
          </w:tcPr>
          <w:p w14:paraId="2B40DC85" w14:textId="77777777" w:rsidR="00E71A28" w:rsidRPr="008E7D12" w:rsidRDefault="00000000">
            <w:pPr>
              <w:rPr>
                <w:sz w:val="20"/>
                <w:szCs w:val="20"/>
              </w:rPr>
            </w:pPr>
            <w:r>
              <w:rPr>
                <w:sz w:val="20"/>
                <w:szCs w:val="20"/>
              </w:rPr>
              <w:t>5</w:t>
            </w:r>
          </w:p>
        </w:tc>
        <w:tc>
          <w:tcPr>
            <w:tcW w:w="1584" w:type="dxa"/>
          </w:tcPr>
          <w:p w14:paraId="7258A88A" w14:textId="77777777" w:rsidR="00E71A28" w:rsidRPr="008E7D12" w:rsidRDefault="00000000">
            <w:pPr>
              <w:rPr>
                <w:sz w:val="20"/>
                <w:szCs w:val="20"/>
              </w:rPr>
            </w:pPr>
            <w:r>
              <w:rPr>
                <w:sz w:val="20"/>
                <w:szCs w:val="20"/>
              </w:rPr>
              <w:t>5</w:t>
            </w:r>
          </w:p>
        </w:tc>
        <w:tc>
          <w:tcPr>
            <w:tcW w:w="1296" w:type="dxa"/>
          </w:tcPr>
          <w:p w14:paraId="4E46A840" w14:textId="77777777" w:rsidR="00E71A28" w:rsidRPr="008E7D12" w:rsidRDefault="00000000">
            <w:pPr>
              <w:rPr>
                <w:sz w:val="20"/>
                <w:szCs w:val="20"/>
              </w:rPr>
            </w:pPr>
            <w:r>
              <w:rPr>
                <w:sz w:val="20"/>
                <w:szCs w:val="20"/>
              </w:rPr>
              <w:t>5.00</w:t>
            </w:r>
          </w:p>
        </w:tc>
      </w:tr>
      <w:tr w:rsidR="00E71A28" w:rsidRPr="008E7D12" w14:paraId="1C348F53" w14:textId="77777777" w:rsidTr="008E7D12">
        <w:tc>
          <w:tcPr>
            <w:tcW w:w="1152" w:type="dxa"/>
          </w:tcPr>
          <w:p w14:paraId="3C6E50D3" w14:textId="77777777" w:rsidR="00E71A28" w:rsidRPr="008E7D12" w:rsidRDefault="00000000">
            <w:pPr>
              <w:rPr>
                <w:sz w:val="20"/>
                <w:szCs w:val="20"/>
              </w:rPr>
            </w:pPr>
            <w:r>
              <w:rPr>
                <w:sz w:val="20"/>
                <w:szCs w:val="20"/>
              </w:rPr>
              <w:t>21</w:t>
            </w:r>
          </w:p>
        </w:tc>
        <w:tc>
          <w:tcPr>
            <w:tcW w:w="1008" w:type="dxa"/>
          </w:tcPr>
          <w:p w14:paraId="6F1F7F0C" w14:textId="77777777" w:rsidR="00E71A28" w:rsidRPr="008E7D12" w:rsidRDefault="00000000">
            <w:pPr>
              <w:rPr>
                <w:sz w:val="20"/>
                <w:szCs w:val="20"/>
              </w:rPr>
            </w:pPr>
            <w:r>
              <w:rPr>
                <w:sz w:val="20"/>
                <w:szCs w:val="20"/>
              </w:rPr>
              <w:t>C</w:t>
            </w:r>
          </w:p>
        </w:tc>
        <w:tc>
          <w:tcPr>
            <w:tcW w:w="2448" w:type="dxa"/>
          </w:tcPr>
          <w:p w14:paraId="2659EBBE" w14:textId="77777777" w:rsidR="00E71A28" w:rsidRPr="008E7D12" w:rsidRDefault="00000000">
            <w:pPr>
              <w:rPr>
                <w:sz w:val="20"/>
                <w:szCs w:val="20"/>
              </w:rPr>
            </w:pPr>
            <w:r>
              <w:rPr>
                <w:sz w:val="20"/>
                <w:szCs w:val="20"/>
              </w:rPr>
              <w:t>Perplexity (LLM5)</w:t>
            </w:r>
          </w:p>
        </w:tc>
        <w:tc>
          <w:tcPr>
            <w:tcW w:w="1296" w:type="dxa"/>
          </w:tcPr>
          <w:p w14:paraId="62B59F94" w14:textId="77777777" w:rsidR="00E71A28" w:rsidRPr="008E7D12" w:rsidRDefault="00000000">
            <w:pPr>
              <w:rPr>
                <w:sz w:val="20"/>
                <w:szCs w:val="20"/>
              </w:rPr>
            </w:pPr>
            <w:r>
              <w:rPr>
                <w:sz w:val="20"/>
                <w:szCs w:val="20"/>
              </w:rPr>
              <w:t>1</w:t>
            </w:r>
          </w:p>
        </w:tc>
        <w:tc>
          <w:tcPr>
            <w:tcW w:w="1008" w:type="dxa"/>
          </w:tcPr>
          <w:p w14:paraId="6CB7DC83" w14:textId="77777777" w:rsidR="00E71A28" w:rsidRPr="008E7D12" w:rsidRDefault="00000000">
            <w:pPr>
              <w:rPr>
                <w:sz w:val="20"/>
                <w:szCs w:val="20"/>
              </w:rPr>
            </w:pPr>
            <w:r>
              <w:rPr>
                <w:sz w:val="20"/>
                <w:szCs w:val="20"/>
              </w:rPr>
              <w:t>1</w:t>
            </w:r>
          </w:p>
        </w:tc>
        <w:tc>
          <w:tcPr>
            <w:tcW w:w="1728" w:type="dxa"/>
          </w:tcPr>
          <w:p w14:paraId="64936F12" w14:textId="77777777" w:rsidR="00E71A28" w:rsidRPr="008E7D12" w:rsidRDefault="00000000">
            <w:pPr>
              <w:rPr>
                <w:sz w:val="20"/>
                <w:szCs w:val="20"/>
              </w:rPr>
            </w:pPr>
            <w:r>
              <w:rPr>
                <w:sz w:val="20"/>
                <w:szCs w:val="20"/>
              </w:rPr>
              <w:t>1</w:t>
            </w:r>
          </w:p>
        </w:tc>
        <w:tc>
          <w:tcPr>
            <w:tcW w:w="1584" w:type="dxa"/>
          </w:tcPr>
          <w:p w14:paraId="0718EB85" w14:textId="77777777" w:rsidR="00E71A28" w:rsidRPr="008E7D12" w:rsidRDefault="00000000">
            <w:pPr>
              <w:rPr>
                <w:sz w:val="20"/>
                <w:szCs w:val="20"/>
              </w:rPr>
            </w:pPr>
            <w:r>
              <w:rPr>
                <w:sz w:val="20"/>
                <w:szCs w:val="20"/>
              </w:rPr>
              <w:t>1</w:t>
            </w:r>
          </w:p>
        </w:tc>
        <w:tc>
          <w:tcPr>
            <w:tcW w:w="1296" w:type="dxa"/>
          </w:tcPr>
          <w:p w14:paraId="621008F5" w14:textId="77777777" w:rsidR="00E71A28" w:rsidRPr="008E7D12" w:rsidRDefault="00000000">
            <w:pPr>
              <w:rPr>
                <w:sz w:val="20"/>
                <w:szCs w:val="20"/>
              </w:rPr>
            </w:pPr>
            <w:r>
              <w:rPr>
                <w:sz w:val="20"/>
                <w:szCs w:val="20"/>
              </w:rPr>
              <w:t>1.00</w:t>
            </w:r>
          </w:p>
        </w:tc>
      </w:tr>
      <w:tr w:rsidR="00E71A28" w:rsidRPr="008E7D12" w14:paraId="12FA0C24" w14:textId="77777777" w:rsidTr="008E7D12">
        <w:tc>
          <w:tcPr>
            <w:tcW w:w="1152" w:type="dxa"/>
          </w:tcPr>
          <w:p w14:paraId="276B2158" w14:textId="77777777" w:rsidR="00E71A28" w:rsidRPr="008E7D12" w:rsidRDefault="00000000">
            <w:pPr>
              <w:rPr>
                <w:sz w:val="20"/>
                <w:szCs w:val="20"/>
              </w:rPr>
            </w:pPr>
            <w:r>
              <w:rPr>
                <w:sz w:val="20"/>
                <w:szCs w:val="20"/>
              </w:rPr>
              <w:t>22</w:t>
            </w:r>
          </w:p>
        </w:tc>
        <w:tc>
          <w:tcPr>
            <w:tcW w:w="1008" w:type="dxa"/>
          </w:tcPr>
          <w:p w14:paraId="53EAFDAA" w14:textId="77777777" w:rsidR="00E71A28" w:rsidRPr="008E7D12" w:rsidRDefault="00000000">
            <w:pPr>
              <w:rPr>
                <w:sz w:val="20"/>
                <w:szCs w:val="20"/>
              </w:rPr>
            </w:pPr>
            <w:r>
              <w:rPr>
                <w:sz w:val="20"/>
                <w:szCs w:val="20"/>
              </w:rPr>
              <w:t>C</w:t>
            </w:r>
          </w:p>
        </w:tc>
        <w:tc>
          <w:tcPr>
            <w:tcW w:w="2448" w:type="dxa"/>
          </w:tcPr>
          <w:p w14:paraId="791254A5" w14:textId="77777777" w:rsidR="00E71A28" w:rsidRPr="008E7D12" w:rsidRDefault="00000000">
            <w:pPr>
              <w:rPr>
                <w:sz w:val="20"/>
                <w:szCs w:val="20"/>
              </w:rPr>
            </w:pPr>
            <w:r>
              <w:rPr>
                <w:sz w:val="20"/>
                <w:szCs w:val="20"/>
              </w:rPr>
              <w:t>ChatGPT (LLM1)</w:t>
            </w:r>
          </w:p>
        </w:tc>
        <w:tc>
          <w:tcPr>
            <w:tcW w:w="1296" w:type="dxa"/>
          </w:tcPr>
          <w:p w14:paraId="4F4641BD" w14:textId="77777777" w:rsidR="00E71A28" w:rsidRPr="008E7D12" w:rsidRDefault="00000000">
            <w:pPr>
              <w:rPr>
                <w:sz w:val="20"/>
                <w:szCs w:val="20"/>
              </w:rPr>
            </w:pPr>
            <w:r>
              <w:rPr>
                <w:sz w:val="20"/>
                <w:szCs w:val="20"/>
              </w:rPr>
              <w:t>1</w:t>
            </w:r>
          </w:p>
        </w:tc>
        <w:tc>
          <w:tcPr>
            <w:tcW w:w="1008" w:type="dxa"/>
          </w:tcPr>
          <w:p w14:paraId="5554DCFB" w14:textId="77777777" w:rsidR="00E71A28" w:rsidRPr="008E7D12" w:rsidRDefault="00000000">
            <w:pPr>
              <w:rPr>
                <w:sz w:val="20"/>
                <w:szCs w:val="20"/>
              </w:rPr>
            </w:pPr>
            <w:r>
              <w:rPr>
                <w:sz w:val="20"/>
                <w:szCs w:val="20"/>
              </w:rPr>
              <w:t>1</w:t>
            </w:r>
          </w:p>
        </w:tc>
        <w:tc>
          <w:tcPr>
            <w:tcW w:w="1728" w:type="dxa"/>
          </w:tcPr>
          <w:p w14:paraId="33AE638C" w14:textId="77777777" w:rsidR="00E71A28" w:rsidRPr="008E7D12" w:rsidRDefault="00000000">
            <w:pPr>
              <w:rPr>
                <w:sz w:val="20"/>
                <w:szCs w:val="20"/>
              </w:rPr>
            </w:pPr>
            <w:r>
              <w:rPr>
                <w:sz w:val="20"/>
                <w:szCs w:val="20"/>
              </w:rPr>
              <w:t>2</w:t>
            </w:r>
          </w:p>
        </w:tc>
        <w:tc>
          <w:tcPr>
            <w:tcW w:w="1584" w:type="dxa"/>
          </w:tcPr>
          <w:p w14:paraId="442DCDF2" w14:textId="77777777" w:rsidR="00E71A28" w:rsidRPr="008E7D12" w:rsidRDefault="00000000">
            <w:pPr>
              <w:rPr>
                <w:sz w:val="20"/>
                <w:szCs w:val="20"/>
              </w:rPr>
            </w:pPr>
            <w:r>
              <w:rPr>
                <w:sz w:val="20"/>
                <w:szCs w:val="20"/>
              </w:rPr>
              <w:t>2</w:t>
            </w:r>
          </w:p>
        </w:tc>
        <w:tc>
          <w:tcPr>
            <w:tcW w:w="1296" w:type="dxa"/>
          </w:tcPr>
          <w:p w14:paraId="2C429FD2" w14:textId="77777777" w:rsidR="00E71A28" w:rsidRPr="008E7D12" w:rsidRDefault="00000000">
            <w:pPr>
              <w:rPr>
                <w:sz w:val="20"/>
                <w:szCs w:val="20"/>
              </w:rPr>
            </w:pPr>
            <w:r>
              <w:rPr>
                <w:sz w:val="20"/>
                <w:szCs w:val="20"/>
              </w:rPr>
              <w:t>1.50</w:t>
            </w:r>
          </w:p>
        </w:tc>
      </w:tr>
      <w:tr w:rsidR="00E71A28" w:rsidRPr="008E7D12" w14:paraId="43D68C50" w14:textId="77777777" w:rsidTr="008E7D12">
        <w:tc>
          <w:tcPr>
            <w:tcW w:w="1152" w:type="dxa"/>
          </w:tcPr>
          <w:p w14:paraId="1DB0742F" w14:textId="77777777" w:rsidR="00E71A28" w:rsidRPr="008E7D12" w:rsidRDefault="00000000">
            <w:pPr>
              <w:rPr>
                <w:sz w:val="20"/>
                <w:szCs w:val="20"/>
              </w:rPr>
            </w:pPr>
            <w:r>
              <w:rPr>
                <w:sz w:val="20"/>
                <w:szCs w:val="20"/>
              </w:rPr>
              <w:t>22</w:t>
            </w:r>
          </w:p>
        </w:tc>
        <w:tc>
          <w:tcPr>
            <w:tcW w:w="1008" w:type="dxa"/>
          </w:tcPr>
          <w:p w14:paraId="1565DDE8" w14:textId="77777777" w:rsidR="00E71A28" w:rsidRPr="008E7D12" w:rsidRDefault="00000000">
            <w:pPr>
              <w:rPr>
                <w:sz w:val="20"/>
                <w:szCs w:val="20"/>
              </w:rPr>
            </w:pPr>
            <w:r>
              <w:rPr>
                <w:sz w:val="20"/>
                <w:szCs w:val="20"/>
              </w:rPr>
              <w:t>C</w:t>
            </w:r>
          </w:p>
        </w:tc>
        <w:tc>
          <w:tcPr>
            <w:tcW w:w="2448" w:type="dxa"/>
          </w:tcPr>
          <w:p w14:paraId="7FFED4E9" w14:textId="77777777" w:rsidR="00E71A28" w:rsidRPr="008E7D12" w:rsidRDefault="00000000">
            <w:pPr>
              <w:rPr>
                <w:sz w:val="20"/>
                <w:szCs w:val="20"/>
              </w:rPr>
            </w:pPr>
            <w:r>
              <w:rPr>
                <w:sz w:val="20"/>
                <w:szCs w:val="20"/>
              </w:rPr>
              <w:t>Claude (LLM2)</w:t>
            </w:r>
          </w:p>
        </w:tc>
        <w:tc>
          <w:tcPr>
            <w:tcW w:w="1296" w:type="dxa"/>
          </w:tcPr>
          <w:p w14:paraId="6E3AE15B" w14:textId="77777777" w:rsidR="00E71A28" w:rsidRPr="008E7D12" w:rsidRDefault="00000000">
            <w:pPr>
              <w:rPr>
                <w:sz w:val="20"/>
                <w:szCs w:val="20"/>
              </w:rPr>
            </w:pPr>
            <w:r>
              <w:rPr>
                <w:sz w:val="20"/>
                <w:szCs w:val="20"/>
              </w:rPr>
              <w:t>4</w:t>
            </w:r>
          </w:p>
        </w:tc>
        <w:tc>
          <w:tcPr>
            <w:tcW w:w="1008" w:type="dxa"/>
          </w:tcPr>
          <w:p w14:paraId="63E463DB" w14:textId="77777777" w:rsidR="00E71A28" w:rsidRPr="008E7D12" w:rsidRDefault="00000000">
            <w:pPr>
              <w:rPr>
                <w:sz w:val="20"/>
                <w:szCs w:val="20"/>
              </w:rPr>
            </w:pPr>
            <w:r>
              <w:rPr>
                <w:sz w:val="20"/>
                <w:szCs w:val="20"/>
              </w:rPr>
              <w:t>3</w:t>
            </w:r>
          </w:p>
        </w:tc>
        <w:tc>
          <w:tcPr>
            <w:tcW w:w="1728" w:type="dxa"/>
          </w:tcPr>
          <w:p w14:paraId="4BD7B5E1" w14:textId="77777777" w:rsidR="00E71A28" w:rsidRPr="008E7D12" w:rsidRDefault="00000000">
            <w:pPr>
              <w:rPr>
                <w:sz w:val="20"/>
                <w:szCs w:val="20"/>
              </w:rPr>
            </w:pPr>
            <w:r>
              <w:rPr>
                <w:sz w:val="20"/>
                <w:szCs w:val="20"/>
              </w:rPr>
              <w:t>4</w:t>
            </w:r>
          </w:p>
        </w:tc>
        <w:tc>
          <w:tcPr>
            <w:tcW w:w="1584" w:type="dxa"/>
          </w:tcPr>
          <w:p w14:paraId="2D69531A" w14:textId="77777777" w:rsidR="00E71A28" w:rsidRPr="008E7D12" w:rsidRDefault="00000000">
            <w:pPr>
              <w:rPr>
                <w:sz w:val="20"/>
                <w:szCs w:val="20"/>
              </w:rPr>
            </w:pPr>
            <w:r>
              <w:rPr>
                <w:sz w:val="20"/>
                <w:szCs w:val="20"/>
              </w:rPr>
              <w:t>4</w:t>
            </w:r>
          </w:p>
        </w:tc>
        <w:tc>
          <w:tcPr>
            <w:tcW w:w="1296" w:type="dxa"/>
          </w:tcPr>
          <w:p w14:paraId="3CA5E888" w14:textId="77777777" w:rsidR="00E71A28" w:rsidRPr="008E7D12" w:rsidRDefault="00000000">
            <w:pPr>
              <w:rPr>
                <w:sz w:val="20"/>
                <w:szCs w:val="20"/>
              </w:rPr>
            </w:pPr>
            <w:r>
              <w:rPr>
                <w:sz w:val="20"/>
                <w:szCs w:val="20"/>
              </w:rPr>
              <w:t>3.75</w:t>
            </w:r>
          </w:p>
        </w:tc>
      </w:tr>
      <w:tr w:rsidR="00E71A28" w:rsidRPr="008E7D12" w14:paraId="38A277F7" w14:textId="77777777" w:rsidTr="008E7D12">
        <w:tc>
          <w:tcPr>
            <w:tcW w:w="1152" w:type="dxa"/>
          </w:tcPr>
          <w:p w14:paraId="18D1A9EA" w14:textId="77777777" w:rsidR="00E71A28" w:rsidRPr="008E7D12" w:rsidRDefault="00000000">
            <w:pPr>
              <w:rPr>
                <w:sz w:val="20"/>
                <w:szCs w:val="20"/>
              </w:rPr>
            </w:pPr>
            <w:r>
              <w:rPr>
                <w:sz w:val="20"/>
                <w:szCs w:val="20"/>
              </w:rPr>
              <w:lastRenderedPageBreak/>
              <w:t>22</w:t>
            </w:r>
          </w:p>
        </w:tc>
        <w:tc>
          <w:tcPr>
            <w:tcW w:w="1008" w:type="dxa"/>
          </w:tcPr>
          <w:p w14:paraId="3E70291C" w14:textId="77777777" w:rsidR="00E71A28" w:rsidRPr="008E7D12" w:rsidRDefault="00000000">
            <w:pPr>
              <w:rPr>
                <w:sz w:val="20"/>
                <w:szCs w:val="20"/>
              </w:rPr>
            </w:pPr>
            <w:r>
              <w:rPr>
                <w:sz w:val="20"/>
                <w:szCs w:val="20"/>
              </w:rPr>
              <w:t>C</w:t>
            </w:r>
          </w:p>
        </w:tc>
        <w:tc>
          <w:tcPr>
            <w:tcW w:w="2448" w:type="dxa"/>
          </w:tcPr>
          <w:p w14:paraId="6FE5EC5D" w14:textId="77777777" w:rsidR="00E71A28" w:rsidRPr="008E7D12" w:rsidRDefault="00000000">
            <w:pPr>
              <w:rPr>
                <w:sz w:val="20"/>
                <w:szCs w:val="20"/>
              </w:rPr>
            </w:pPr>
            <w:r>
              <w:rPr>
                <w:sz w:val="20"/>
                <w:szCs w:val="20"/>
              </w:rPr>
              <w:t>Gemini (LLM3)</w:t>
            </w:r>
          </w:p>
        </w:tc>
        <w:tc>
          <w:tcPr>
            <w:tcW w:w="1296" w:type="dxa"/>
          </w:tcPr>
          <w:p w14:paraId="62A999C7" w14:textId="77777777" w:rsidR="00E71A28" w:rsidRPr="008E7D12" w:rsidRDefault="00000000">
            <w:pPr>
              <w:rPr>
                <w:sz w:val="20"/>
                <w:szCs w:val="20"/>
              </w:rPr>
            </w:pPr>
            <w:r>
              <w:rPr>
                <w:sz w:val="20"/>
                <w:szCs w:val="20"/>
              </w:rPr>
              <w:t>2</w:t>
            </w:r>
          </w:p>
        </w:tc>
        <w:tc>
          <w:tcPr>
            <w:tcW w:w="1008" w:type="dxa"/>
          </w:tcPr>
          <w:p w14:paraId="1F7D5A03" w14:textId="77777777" w:rsidR="00E71A28" w:rsidRPr="008E7D12" w:rsidRDefault="00000000">
            <w:pPr>
              <w:rPr>
                <w:sz w:val="20"/>
                <w:szCs w:val="20"/>
              </w:rPr>
            </w:pPr>
            <w:r>
              <w:rPr>
                <w:sz w:val="20"/>
                <w:szCs w:val="20"/>
              </w:rPr>
              <w:t>2</w:t>
            </w:r>
          </w:p>
        </w:tc>
        <w:tc>
          <w:tcPr>
            <w:tcW w:w="1728" w:type="dxa"/>
          </w:tcPr>
          <w:p w14:paraId="26F2DC17" w14:textId="77777777" w:rsidR="00E71A28" w:rsidRPr="008E7D12" w:rsidRDefault="00000000">
            <w:pPr>
              <w:rPr>
                <w:sz w:val="20"/>
                <w:szCs w:val="20"/>
              </w:rPr>
            </w:pPr>
            <w:r>
              <w:rPr>
                <w:sz w:val="20"/>
                <w:szCs w:val="20"/>
              </w:rPr>
              <w:t>4</w:t>
            </w:r>
          </w:p>
        </w:tc>
        <w:tc>
          <w:tcPr>
            <w:tcW w:w="1584" w:type="dxa"/>
          </w:tcPr>
          <w:p w14:paraId="4DF21E45" w14:textId="77777777" w:rsidR="00E71A28" w:rsidRPr="008E7D12" w:rsidRDefault="00000000">
            <w:pPr>
              <w:rPr>
                <w:sz w:val="20"/>
                <w:szCs w:val="20"/>
              </w:rPr>
            </w:pPr>
            <w:r>
              <w:rPr>
                <w:sz w:val="20"/>
                <w:szCs w:val="20"/>
              </w:rPr>
              <w:t>3</w:t>
            </w:r>
          </w:p>
        </w:tc>
        <w:tc>
          <w:tcPr>
            <w:tcW w:w="1296" w:type="dxa"/>
          </w:tcPr>
          <w:p w14:paraId="5C801495" w14:textId="77777777" w:rsidR="00E71A28" w:rsidRPr="008E7D12" w:rsidRDefault="00000000">
            <w:pPr>
              <w:rPr>
                <w:sz w:val="20"/>
                <w:szCs w:val="20"/>
              </w:rPr>
            </w:pPr>
            <w:r>
              <w:rPr>
                <w:sz w:val="20"/>
                <w:szCs w:val="20"/>
              </w:rPr>
              <w:t>2.75</w:t>
            </w:r>
          </w:p>
        </w:tc>
      </w:tr>
      <w:tr w:rsidR="00E71A28" w:rsidRPr="008E7D12" w14:paraId="1C16D80B" w14:textId="77777777" w:rsidTr="008E7D12">
        <w:tc>
          <w:tcPr>
            <w:tcW w:w="1152" w:type="dxa"/>
          </w:tcPr>
          <w:p w14:paraId="4BE0FE6B" w14:textId="77777777" w:rsidR="00E71A28" w:rsidRPr="008E7D12" w:rsidRDefault="00000000">
            <w:pPr>
              <w:rPr>
                <w:sz w:val="20"/>
                <w:szCs w:val="20"/>
              </w:rPr>
            </w:pPr>
            <w:r>
              <w:rPr>
                <w:sz w:val="20"/>
                <w:szCs w:val="20"/>
              </w:rPr>
              <w:t>22</w:t>
            </w:r>
          </w:p>
        </w:tc>
        <w:tc>
          <w:tcPr>
            <w:tcW w:w="1008" w:type="dxa"/>
          </w:tcPr>
          <w:p w14:paraId="118D37D9" w14:textId="77777777" w:rsidR="00E71A28" w:rsidRPr="008E7D12" w:rsidRDefault="00000000">
            <w:pPr>
              <w:rPr>
                <w:sz w:val="20"/>
                <w:szCs w:val="20"/>
              </w:rPr>
            </w:pPr>
            <w:r>
              <w:rPr>
                <w:sz w:val="20"/>
                <w:szCs w:val="20"/>
              </w:rPr>
              <w:t>C</w:t>
            </w:r>
          </w:p>
        </w:tc>
        <w:tc>
          <w:tcPr>
            <w:tcW w:w="2448" w:type="dxa"/>
          </w:tcPr>
          <w:p w14:paraId="71A445AA" w14:textId="77777777" w:rsidR="00E71A28" w:rsidRPr="008E7D12" w:rsidRDefault="00000000">
            <w:pPr>
              <w:rPr>
                <w:sz w:val="20"/>
                <w:szCs w:val="20"/>
              </w:rPr>
            </w:pPr>
            <w:r>
              <w:rPr>
                <w:sz w:val="20"/>
                <w:szCs w:val="20"/>
              </w:rPr>
              <w:t>OpenEvidence (LLM4)</w:t>
            </w:r>
          </w:p>
        </w:tc>
        <w:tc>
          <w:tcPr>
            <w:tcW w:w="1296" w:type="dxa"/>
          </w:tcPr>
          <w:p w14:paraId="46116FB0" w14:textId="77777777" w:rsidR="00E71A28" w:rsidRPr="008E7D12" w:rsidRDefault="00000000">
            <w:pPr>
              <w:rPr>
                <w:sz w:val="20"/>
                <w:szCs w:val="20"/>
              </w:rPr>
            </w:pPr>
            <w:r>
              <w:rPr>
                <w:sz w:val="20"/>
                <w:szCs w:val="20"/>
              </w:rPr>
              <w:t>5</w:t>
            </w:r>
          </w:p>
        </w:tc>
        <w:tc>
          <w:tcPr>
            <w:tcW w:w="1008" w:type="dxa"/>
          </w:tcPr>
          <w:p w14:paraId="25F68031" w14:textId="77777777" w:rsidR="00E71A28" w:rsidRPr="008E7D12" w:rsidRDefault="00000000">
            <w:pPr>
              <w:rPr>
                <w:sz w:val="20"/>
                <w:szCs w:val="20"/>
              </w:rPr>
            </w:pPr>
            <w:r>
              <w:rPr>
                <w:sz w:val="20"/>
                <w:szCs w:val="20"/>
              </w:rPr>
              <w:t>5</w:t>
            </w:r>
          </w:p>
        </w:tc>
        <w:tc>
          <w:tcPr>
            <w:tcW w:w="1728" w:type="dxa"/>
          </w:tcPr>
          <w:p w14:paraId="7CA095B0" w14:textId="77777777" w:rsidR="00E71A28" w:rsidRPr="008E7D12" w:rsidRDefault="00000000">
            <w:pPr>
              <w:rPr>
                <w:sz w:val="20"/>
                <w:szCs w:val="20"/>
              </w:rPr>
            </w:pPr>
            <w:r>
              <w:rPr>
                <w:sz w:val="20"/>
                <w:szCs w:val="20"/>
              </w:rPr>
              <w:t>5</w:t>
            </w:r>
          </w:p>
        </w:tc>
        <w:tc>
          <w:tcPr>
            <w:tcW w:w="1584" w:type="dxa"/>
          </w:tcPr>
          <w:p w14:paraId="379B827D" w14:textId="77777777" w:rsidR="00E71A28" w:rsidRPr="008E7D12" w:rsidRDefault="00000000">
            <w:pPr>
              <w:rPr>
                <w:sz w:val="20"/>
                <w:szCs w:val="20"/>
              </w:rPr>
            </w:pPr>
            <w:r>
              <w:rPr>
                <w:sz w:val="20"/>
                <w:szCs w:val="20"/>
              </w:rPr>
              <w:t>5</w:t>
            </w:r>
          </w:p>
        </w:tc>
        <w:tc>
          <w:tcPr>
            <w:tcW w:w="1296" w:type="dxa"/>
          </w:tcPr>
          <w:p w14:paraId="63E9D17F" w14:textId="77777777" w:rsidR="00E71A28" w:rsidRPr="008E7D12" w:rsidRDefault="00000000">
            <w:pPr>
              <w:rPr>
                <w:sz w:val="20"/>
                <w:szCs w:val="20"/>
              </w:rPr>
            </w:pPr>
            <w:r>
              <w:rPr>
                <w:sz w:val="20"/>
                <w:szCs w:val="20"/>
              </w:rPr>
              <w:t>5.00</w:t>
            </w:r>
          </w:p>
        </w:tc>
      </w:tr>
      <w:tr w:rsidR="00E71A28" w:rsidRPr="008E7D12" w14:paraId="09D44E0E" w14:textId="77777777" w:rsidTr="008E7D12">
        <w:tc>
          <w:tcPr>
            <w:tcW w:w="1152" w:type="dxa"/>
          </w:tcPr>
          <w:p w14:paraId="336AEED8" w14:textId="77777777" w:rsidR="00E71A28" w:rsidRPr="008E7D12" w:rsidRDefault="00000000">
            <w:pPr>
              <w:rPr>
                <w:sz w:val="20"/>
                <w:szCs w:val="20"/>
              </w:rPr>
            </w:pPr>
            <w:r>
              <w:rPr>
                <w:sz w:val="20"/>
                <w:szCs w:val="20"/>
              </w:rPr>
              <w:t>22</w:t>
            </w:r>
          </w:p>
        </w:tc>
        <w:tc>
          <w:tcPr>
            <w:tcW w:w="1008" w:type="dxa"/>
          </w:tcPr>
          <w:p w14:paraId="2859ADEF" w14:textId="77777777" w:rsidR="00E71A28" w:rsidRPr="008E7D12" w:rsidRDefault="00000000">
            <w:pPr>
              <w:rPr>
                <w:sz w:val="20"/>
                <w:szCs w:val="20"/>
              </w:rPr>
            </w:pPr>
            <w:r>
              <w:rPr>
                <w:sz w:val="20"/>
                <w:szCs w:val="20"/>
              </w:rPr>
              <w:t>C</w:t>
            </w:r>
          </w:p>
        </w:tc>
        <w:tc>
          <w:tcPr>
            <w:tcW w:w="2448" w:type="dxa"/>
          </w:tcPr>
          <w:p w14:paraId="13727F05" w14:textId="77777777" w:rsidR="00E71A28" w:rsidRPr="008E7D12" w:rsidRDefault="00000000">
            <w:pPr>
              <w:rPr>
                <w:sz w:val="20"/>
                <w:szCs w:val="20"/>
              </w:rPr>
            </w:pPr>
            <w:r>
              <w:rPr>
                <w:sz w:val="20"/>
                <w:szCs w:val="20"/>
              </w:rPr>
              <w:t>Perplexity (LLM5)</w:t>
            </w:r>
          </w:p>
        </w:tc>
        <w:tc>
          <w:tcPr>
            <w:tcW w:w="1296" w:type="dxa"/>
          </w:tcPr>
          <w:p w14:paraId="2A7FAA73" w14:textId="77777777" w:rsidR="00E71A28" w:rsidRPr="008E7D12" w:rsidRDefault="00000000">
            <w:pPr>
              <w:rPr>
                <w:sz w:val="20"/>
                <w:szCs w:val="20"/>
              </w:rPr>
            </w:pPr>
            <w:r>
              <w:rPr>
                <w:sz w:val="20"/>
                <w:szCs w:val="20"/>
              </w:rPr>
              <w:t>3</w:t>
            </w:r>
          </w:p>
        </w:tc>
        <w:tc>
          <w:tcPr>
            <w:tcW w:w="1008" w:type="dxa"/>
          </w:tcPr>
          <w:p w14:paraId="7EBACA20" w14:textId="77777777" w:rsidR="00E71A28" w:rsidRPr="008E7D12" w:rsidRDefault="00000000">
            <w:pPr>
              <w:rPr>
                <w:sz w:val="20"/>
                <w:szCs w:val="20"/>
              </w:rPr>
            </w:pPr>
            <w:r>
              <w:rPr>
                <w:sz w:val="20"/>
                <w:szCs w:val="20"/>
              </w:rPr>
              <w:t>3</w:t>
            </w:r>
          </w:p>
        </w:tc>
        <w:tc>
          <w:tcPr>
            <w:tcW w:w="1728" w:type="dxa"/>
          </w:tcPr>
          <w:p w14:paraId="5EE93159" w14:textId="77777777" w:rsidR="00E71A28" w:rsidRPr="008E7D12" w:rsidRDefault="00000000">
            <w:pPr>
              <w:rPr>
                <w:sz w:val="20"/>
                <w:szCs w:val="20"/>
              </w:rPr>
            </w:pPr>
            <w:r>
              <w:rPr>
                <w:sz w:val="20"/>
                <w:szCs w:val="20"/>
              </w:rPr>
              <w:t>4</w:t>
            </w:r>
          </w:p>
        </w:tc>
        <w:tc>
          <w:tcPr>
            <w:tcW w:w="1584" w:type="dxa"/>
          </w:tcPr>
          <w:p w14:paraId="331709C3" w14:textId="77777777" w:rsidR="00E71A28" w:rsidRPr="008E7D12" w:rsidRDefault="00000000">
            <w:pPr>
              <w:rPr>
                <w:sz w:val="20"/>
                <w:szCs w:val="20"/>
              </w:rPr>
            </w:pPr>
            <w:r>
              <w:rPr>
                <w:sz w:val="20"/>
                <w:szCs w:val="20"/>
              </w:rPr>
              <w:t>3</w:t>
            </w:r>
          </w:p>
        </w:tc>
        <w:tc>
          <w:tcPr>
            <w:tcW w:w="1296" w:type="dxa"/>
          </w:tcPr>
          <w:p w14:paraId="15DE3CEF" w14:textId="77777777" w:rsidR="00E71A28" w:rsidRPr="008E7D12" w:rsidRDefault="00000000">
            <w:pPr>
              <w:rPr>
                <w:sz w:val="20"/>
                <w:szCs w:val="20"/>
              </w:rPr>
            </w:pPr>
            <w:r>
              <w:rPr>
                <w:sz w:val="20"/>
                <w:szCs w:val="20"/>
              </w:rPr>
              <w:t>3.25</w:t>
            </w:r>
          </w:p>
        </w:tc>
      </w:tr>
      <w:tr w:rsidR="00E71A28" w:rsidRPr="008E7D12" w14:paraId="28C44C03" w14:textId="77777777" w:rsidTr="008E7D12">
        <w:tc>
          <w:tcPr>
            <w:tcW w:w="1152" w:type="dxa"/>
          </w:tcPr>
          <w:p w14:paraId="30C32F87" w14:textId="77777777" w:rsidR="00E71A28" w:rsidRPr="008E7D12" w:rsidRDefault="00000000">
            <w:pPr>
              <w:rPr>
                <w:sz w:val="20"/>
                <w:szCs w:val="20"/>
              </w:rPr>
            </w:pPr>
            <w:r>
              <w:rPr>
                <w:sz w:val="20"/>
                <w:szCs w:val="20"/>
              </w:rPr>
              <w:t>23</w:t>
            </w:r>
          </w:p>
        </w:tc>
        <w:tc>
          <w:tcPr>
            <w:tcW w:w="1008" w:type="dxa"/>
          </w:tcPr>
          <w:p w14:paraId="4B03099C" w14:textId="77777777" w:rsidR="00E71A28" w:rsidRPr="008E7D12" w:rsidRDefault="00000000">
            <w:pPr>
              <w:rPr>
                <w:sz w:val="20"/>
                <w:szCs w:val="20"/>
              </w:rPr>
            </w:pPr>
            <w:r>
              <w:rPr>
                <w:sz w:val="20"/>
                <w:szCs w:val="20"/>
              </w:rPr>
              <w:t>C</w:t>
            </w:r>
          </w:p>
        </w:tc>
        <w:tc>
          <w:tcPr>
            <w:tcW w:w="2448" w:type="dxa"/>
          </w:tcPr>
          <w:p w14:paraId="4E948F05" w14:textId="77777777" w:rsidR="00E71A28" w:rsidRPr="008E7D12" w:rsidRDefault="00000000">
            <w:pPr>
              <w:rPr>
                <w:sz w:val="20"/>
                <w:szCs w:val="20"/>
              </w:rPr>
            </w:pPr>
            <w:r>
              <w:rPr>
                <w:sz w:val="20"/>
                <w:szCs w:val="20"/>
              </w:rPr>
              <w:t>ChatGPT (LLM1)</w:t>
            </w:r>
          </w:p>
        </w:tc>
        <w:tc>
          <w:tcPr>
            <w:tcW w:w="1296" w:type="dxa"/>
          </w:tcPr>
          <w:p w14:paraId="343F9B7E" w14:textId="77777777" w:rsidR="00E71A28" w:rsidRPr="008E7D12" w:rsidRDefault="00000000">
            <w:pPr>
              <w:rPr>
                <w:sz w:val="20"/>
                <w:szCs w:val="20"/>
              </w:rPr>
            </w:pPr>
            <w:r>
              <w:rPr>
                <w:sz w:val="20"/>
                <w:szCs w:val="20"/>
              </w:rPr>
              <w:t>3</w:t>
            </w:r>
          </w:p>
        </w:tc>
        <w:tc>
          <w:tcPr>
            <w:tcW w:w="1008" w:type="dxa"/>
          </w:tcPr>
          <w:p w14:paraId="073D011A" w14:textId="77777777" w:rsidR="00E71A28" w:rsidRPr="008E7D12" w:rsidRDefault="00000000">
            <w:pPr>
              <w:rPr>
                <w:sz w:val="20"/>
                <w:szCs w:val="20"/>
              </w:rPr>
            </w:pPr>
            <w:r>
              <w:rPr>
                <w:sz w:val="20"/>
                <w:szCs w:val="20"/>
              </w:rPr>
              <w:t>3</w:t>
            </w:r>
          </w:p>
        </w:tc>
        <w:tc>
          <w:tcPr>
            <w:tcW w:w="1728" w:type="dxa"/>
          </w:tcPr>
          <w:p w14:paraId="4A5FEB22" w14:textId="77777777" w:rsidR="00E71A28" w:rsidRPr="008E7D12" w:rsidRDefault="00000000">
            <w:pPr>
              <w:rPr>
                <w:sz w:val="20"/>
                <w:szCs w:val="20"/>
              </w:rPr>
            </w:pPr>
            <w:r>
              <w:rPr>
                <w:sz w:val="20"/>
                <w:szCs w:val="20"/>
              </w:rPr>
              <w:t>5</w:t>
            </w:r>
          </w:p>
        </w:tc>
        <w:tc>
          <w:tcPr>
            <w:tcW w:w="1584" w:type="dxa"/>
          </w:tcPr>
          <w:p w14:paraId="5CCC4307" w14:textId="77777777" w:rsidR="00E71A28" w:rsidRPr="008E7D12" w:rsidRDefault="00000000">
            <w:pPr>
              <w:rPr>
                <w:sz w:val="20"/>
                <w:szCs w:val="20"/>
              </w:rPr>
            </w:pPr>
            <w:r>
              <w:rPr>
                <w:sz w:val="20"/>
                <w:szCs w:val="20"/>
              </w:rPr>
              <w:t>3</w:t>
            </w:r>
          </w:p>
        </w:tc>
        <w:tc>
          <w:tcPr>
            <w:tcW w:w="1296" w:type="dxa"/>
          </w:tcPr>
          <w:p w14:paraId="23344EEB" w14:textId="77777777" w:rsidR="00E71A28" w:rsidRPr="008E7D12" w:rsidRDefault="00000000">
            <w:pPr>
              <w:rPr>
                <w:sz w:val="20"/>
                <w:szCs w:val="20"/>
              </w:rPr>
            </w:pPr>
            <w:r>
              <w:rPr>
                <w:sz w:val="20"/>
                <w:szCs w:val="20"/>
              </w:rPr>
              <w:t>3.50</w:t>
            </w:r>
          </w:p>
        </w:tc>
      </w:tr>
      <w:tr w:rsidR="00E71A28" w:rsidRPr="008E7D12" w14:paraId="3873D978" w14:textId="77777777" w:rsidTr="008E7D12">
        <w:tc>
          <w:tcPr>
            <w:tcW w:w="1152" w:type="dxa"/>
          </w:tcPr>
          <w:p w14:paraId="0DA4E33D" w14:textId="77777777" w:rsidR="00E71A28" w:rsidRPr="008E7D12" w:rsidRDefault="00000000">
            <w:pPr>
              <w:rPr>
                <w:sz w:val="20"/>
                <w:szCs w:val="20"/>
              </w:rPr>
            </w:pPr>
            <w:r>
              <w:rPr>
                <w:sz w:val="20"/>
                <w:szCs w:val="20"/>
              </w:rPr>
              <w:t>23</w:t>
            </w:r>
          </w:p>
        </w:tc>
        <w:tc>
          <w:tcPr>
            <w:tcW w:w="1008" w:type="dxa"/>
          </w:tcPr>
          <w:p w14:paraId="09AE4DF7" w14:textId="77777777" w:rsidR="00E71A28" w:rsidRPr="008E7D12" w:rsidRDefault="00000000">
            <w:pPr>
              <w:rPr>
                <w:sz w:val="20"/>
                <w:szCs w:val="20"/>
              </w:rPr>
            </w:pPr>
            <w:r>
              <w:rPr>
                <w:sz w:val="20"/>
                <w:szCs w:val="20"/>
              </w:rPr>
              <w:t>C</w:t>
            </w:r>
          </w:p>
        </w:tc>
        <w:tc>
          <w:tcPr>
            <w:tcW w:w="2448" w:type="dxa"/>
          </w:tcPr>
          <w:p w14:paraId="7EF1B60C" w14:textId="77777777" w:rsidR="00E71A28" w:rsidRPr="008E7D12" w:rsidRDefault="00000000">
            <w:pPr>
              <w:rPr>
                <w:sz w:val="20"/>
                <w:szCs w:val="20"/>
              </w:rPr>
            </w:pPr>
            <w:r>
              <w:rPr>
                <w:sz w:val="20"/>
                <w:szCs w:val="20"/>
              </w:rPr>
              <w:t>Claude (LLM2)</w:t>
            </w:r>
          </w:p>
        </w:tc>
        <w:tc>
          <w:tcPr>
            <w:tcW w:w="1296" w:type="dxa"/>
          </w:tcPr>
          <w:p w14:paraId="19E1E8D7" w14:textId="77777777" w:rsidR="00E71A28" w:rsidRPr="008E7D12" w:rsidRDefault="00000000">
            <w:pPr>
              <w:rPr>
                <w:sz w:val="20"/>
                <w:szCs w:val="20"/>
              </w:rPr>
            </w:pPr>
            <w:r>
              <w:rPr>
                <w:sz w:val="20"/>
                <w:szCs w:val="20"/>
              </w:rPr>
              <w:t>5</w:t>
            </w:r>
          </w:p>
        </w:tc>
        <w:tc>
          <w:tcPr>
            <w:tcW w:w="1008" w:type="dxa"/>
          </w:tcPr>
          <w:p w14:paraId="0AAE4AF6" w14:textId="77777777" w:rsidR="00E71A28" w:rsidRPr="008E7D12" w:rsidRDefault="00000000">
            <w:pPr>
              <w:rPr>
                <w:sz w:val="20"/>
                <w:szCs w:val="20"/>
              </w:rPr>
            </w:pPr>
            <w:r>
              <w:rPr>
                <w:sz w:val="20"/>
                <w:szCs w:val="20"/>
              </w:rPr>
              <w:t>5</w:t>
            </w:r>
          </w:p>
        </w:tc>
        <w:tc>
          <w:tcPr>
            <w:tcW w:w="1728" w:type="dxa"/>
          </w:tcPr>
          <w:p w14:paraId="5B7E8473" w14:textId="77777777" w:rsidR="00E71A28" w:rsidRPr="008E7D12" w:rsidRDefault="00000000">
            <w:pPr>
              <w:rPr>
                <w:sz w:val="20"/>
                <w:szCs w:val="20"/>
              </w:rPr>
            </w:pPr>
            <w:r>
              <w:rPr>
                <w:sz w:val="20"/>
                <w:szCs w:val="20"/>
              </w:rPr>
              <w:t>5</w:t>
            </w:r>
          </w:p>
        </w:tc>
        <w:tc>
          <w:tcPr>
            <w:tcW w:w="1584" w:type="dxa"/>
          </w:tcPr>
          <w:p w14:paraId="1FAC1BC0" w14:textId="77777777" w:rsidR="00E71A28" w:rsidRPr="008E7D12" w:rsidRDefault="00000000">
            <w:pPr>
              <w:rPr>
                <w:sz w:val="20"/>
                <w:szCs w:val="20"/>
              </w:rPr>
            </w:pPr>
            <w:r>
              <w:rPr>
                <w:sz w:val="20"/>
                <w:szCs w:val="20"/>
              </w:rPr>
              <w:t>5</w:t>
            </w:r>
          </w:p>
        </w:tc>
        <w:tc>
          <w:tcPr>
            <w:tcW w:w="1296" w:type="dxa"/>
          </w:tcPr>
          <w:p w14:paraId="28B164C6" w14:textId="77777777" w:rsidR="00E71A28" w:rsidRPr="008E7D12" w:rsidRDefault="00000000">
            <w:pPr>
              <w:rPr>
                <w:sz w:val="20"/>
                <w:szCs w:val="20"/>
              </w:rPr>
            </w:pPr>
            <w:r>
              <w:rPr>
                <w:sz w:val="20"/>
                <w:szCs w:val="20"/>
              </w:rPr>
              <w:t>5.00</w:t>
            </w:r>
          </w:p>
        </w:tc>
      </w:tr>
      <w:tr w:rsidR="00E71A28" w:rsidRPr="008E7D12" w14:paraId="04C486F9" w14:textId="77777777" w:rsidTr="008E7D12">
        <w:tc>
          <w:tcPr>
            <w:tcW w:w="1152" w:type="dxa"/>
          </w:tcPr>
          <w:p w14:paraId="4F6AACC1" w14:textId="77777777" w:rsidR="00E71A28" w:rsidRPr="008E7D12" w:rsidRDefault="00000000">
            <w:pPr>
              <w:rPr>
                <w:sz w:val="20"/>
                <w:szCs w:val="20"/>
              </w:rPr>
            </w:pPr>
            <w:r>
              <w:rPr>
                <w:sz w:val="20"/>
                <w:szCs w:val="20"/>
              </w:rPr>
              <w:t>23</w:t>
            </w:r>
          </w:p>
        </w:tc>
        <w:tc>
          <w:tcPr>
            <w:tcW w:w="1008" w:type="dxa"/>
          </w:tcPr>
          <w:p w14:paraId="4A7251FD" w14:textId="77777777" w:rsidR="00E71A28" w:rsidRPr="008E7D12" w:rsidRDefault="00000000">
            <w:pPr>
              <w:rPr>
                <w:sz w:val="20"/>
                <w:szCs w:val="20"/>
              </w:rPr>
            </w:pPr>
            <w:r>
              <w:rPr>
                <w:sz w:val="20"/>
                <w:szCs w:val="20"/>
              </w:rPr>
              <w:t>C</w:t>
            </w:r>
          </w:p>
        </w:tc>
        <w:tc>
          <w:tcPr>
            <w:tcW w:w="2448" w:type="dxa"/>
          </w:tcPr>
          <w:p w14:paraId="1EC023A4" w14:textId="77777777" w:rsidR="00E71A28" w:rsidRPr="008E7D12" w:rsidRDefault="00000000">
            <w:pPr>
              <w:rPr>
                <w:sz w:val="20"/>
                <w:szCs w:val="20"/>
              </w:rPr>
            </w:pPr>
            <w:r>
              <w:rPr>
                <w:sz w:val="20"/>
                <w:szCs w:val="20"/>
              </w:rPr>
              <w:t>Gemini (LLM3)</w:t>
            </w:r>
          </w:p>
        </w:tc>
        <w:tc>
          <w:tcPr>
            <w:tcW w:w="1296" w:type="dxa"/>
          </w:tcPr>
          <w:p w14:paraId="4C23FE0E" w14:textId="77777777" w:rsidR="00E71A28" w:rsidRPr="008E7D12" w:rsidRDefault="00000000">
            <w:pPr>
              <w:rPr>
                <w:sz w:val="20"/>
                <w:szCs w:val="20"/>
              </w:rPr>
            </w:pPr>
            <w:r>
              <w:rPr>
                <w:sz w:val="20"/>
                <w:szCs w:val="20"/>
              </w:rPr>
              <w:t>3</w:t>
            </w:r>
          </w:p>
        </w:tc>
        <w:tc>
          <w:tcPr>
            <w:tcW w:w="1008" w:type="dxa"/>
          </w:tcPr>
          <w:p w14:paraId="1BD630C3" w14:textId="77777777" w:rsidR="00E71A28" w:rsidRPr="008E7D12" w:rsidRDefault="00000000">
            <w:pPr>
              <w:rPr>
                <w:sz w:val="20"/>
                <w:szCs w:val="20"/>
              </w:rPr>
            </w:pPr>
            <w:r>
              <w:rPr>
                <w:sz w:val="20"/>
                <w:szCs w:val="20"/>
              </w:rPr>
              <w:t>3</w:t>
            </w:r>
          </w:p>
        </w:tc>
        <w:tc>
          <w:tcPr>
            <w:tcW w:w="1728" w:type="dxa"/>
          </w:tcPr>
          <w:p w14:paraId="03195BDF" w14:textId="77777777" w:rsidR="00E71A28" w:rsidRPr="008E7D12" w:rsidRDefault="00000000">
            <w:pPr>
              <w:rPr>
                <w:sz w:val="20"/>
                <w:szCs w:val="20"/>
              </w:rPr>
            </w:pPr>
            <w:r>
              <w:rPr>
                <w:sz w:val="20"/>
                <w:szCs w:val="20"/>
              </w:rPr>
              <w:t>3</w:t>
            </w:r>
          </w:p>
        </w:tc>
        <w:tc>
          <w:tcPr>
            <w:tcW w:w="1584" w:type="dxa"/>
          </w:tcPr>
          <w:p w14:paraId="7EE621DF" w14:textId="77777777" w:rsidR="00E71A28" w:rsidRPr="008E7D12" w:rsidRDefault="00000000">
            <w:pPr>
              <w:rPr>
                <w:sz w:val="20"/>
                <w:szCs w:val="20"/>
              </w:rPr>
            </w:pPr>
            <w:r>
              <w:rPr>
                <w:sz w:val="20"/>
                <w:szCs w:val="20"/>
              </w:rPr>
              <w:t>3</w:t>
            </w:r>
          </w:p>
        </w:tc>
        <w:tc>
          <w:tcPr>
            <w:tcW w:w="1296" w:type="dxa"/>
          </w:tcPr>
          <w:p w14:paraId="5DAE5A21" w14:textId="77777777" w:rsidR="00E71A28" w:rsidRPr="008E7D12" w:rsidRDefault="00000000">
            <w:pPr>
              <w:rPr>
                <w:sz w:val="20"/>
                <w:szCs w:val="20"/>
              </w:rPr>
            </w:pPr>
            <w:r>
              <w:rPr>
                <w:sz w:val="20"/>
                <w:szCs w:val="20"/>
              </w:rPr>
              <w:t>3.00</w:t>
            </w:r>
          </w:p>
        </w:tc>
      </w:tr>
      <w:tr w:rsidR="00E71A28" w:rsidRPr="008E7D12" w14:paraId="6DD30731" w14:textId="77777777" w:rsidTr="008E7D12">
        <w:tc>
          <w:tcPr>
            <w:tcW w:w="1152" w:type="dxa"/>
          </w:tcPr>
          <w:p w14:paraId="027AAFEA" w14:textId="77777777" w:rsidR="00E71A28" w:rsidRPr="008E7D12" w:rsidRDefault="00000000">
            <w:pPr>
              <w:rPr>
                <w:sz w:val="20"/>
                <w:szCs w:val="20"/>
              </w:rPr>
            </w:pPr>
            <w:r>
              <w:rPr>
                <w:sz w:val="20"/>
                <w:szCs w:val="20"/>
              </w:rPr>
              <w:t>23</w:t>
            </w:r>
          </w:p>
        </w:tc>
        <w:tc>
          <w:tcPr>
            <w:tcW w:w="1008" w:type="dxa"/>
          </w:tcPr>
          <w:p w14:paraId="37BB52FD" w14:textId="77777777" w:rsidR="00E71A28" w:rsidRPr="008E7D12" w:rsidRDefault="00000000">
            <w:pPr>
              <w:rPr>
                <w:sz w:val="20"/>
                <w:szCs w:val="20"/>
              </w:rPr>
            </w:pPr>
            <w:r>
              <w:rPr>
                <w:sz w:val="20"/>
                <w:szCs w:val="20"/>
              </w:rPr>
              <w:t>C</w:t>
            </w:r>
          </w:p>
        </w:tc>
        <w:tc>
          <w:tcPr>
            <w:tcW w:w="2448" w:type="dxa"/>
          </w:tcPr>
          <w:p w14:paraId="286B897B" w14:textId="77777777" w:rsidR="00E71A28" w:rsidRPr="008E7D12" w:rsidRDefault="00000000">
            <w:pPr>
              <w:rPr>
                <w:sz w:val="20"/>
                <w:szCs w:val="20"/>
              </w:rPr>
            </w:pPr>
            <w:r>
              <w:rPr>
                <w:sz w:val="20"/>
                <w:szCs w:val="20"/>
              </w:rPr>
              <w:t>OpenEvidence (LLM4)</w:t>
            </w:r>
          </w:p>
        </w:tc>
        <w:tc>
          <w:tcPr>
            <w:tcW w:w="1296" w:type="dxa"/>
          </w:tcPr>
          <w:p w14:paraId="40860ECC" w14:textId="77777777" w:rsidR="00E71A28" w:rsidRPr="008E7D12" w:rsidRDefault="00000000">
            <w:pPr>
              <w:rPr>
                <w:sz w:val="20"/>
                <w:szCs w:val="20"/>
              </w:rPr>
            </w:pPr>
            <w:r>
              <w:rPr>
                <w:sz w:val="20"/>
                <w:szCs w:val="20"/>
              </w:rPr>
              <w:t>5</w:t>
            </w:r>
          </w:p>
        </w:tc>
        <w:tc>
          <w:tcPr>
            <w:tcW w:w="1008" w:type="dxa"/>
          </w:tcPr>
          <w:p w14:paraId="71F27D26" w14:textId="77777777" w:rsidR="00E71A28" w:rsidRPr="008E7D12" w:rsidRDefault="00000000">
            <w:pPr>
              <w:rPr>
                <w:sz w:val="20"/>
                <w:szCs w:val="20"/>
              </w:rPr>
            </w:pPr>
            <w:r>
              <w:rPr>
                <w:sz w:val="20"/>
                <w:szCs w:val="20"/>
              </w:rPr>
              <w:t>5</w:t>
            </w:r>
          </w:p>
        </w:tc>
        <w:tc>
          <w:tcPr>
            <w:tcW w:w="1728" w:type="dxa"/>
          </w:tcPr>
          <w:p w14:paraId="7EB82139" w14:textId="77777777" w:rsidR="00E71A28" w:rsidRPr="008E7D12" w:rsidRDefault="00000000">
            <w:pPr>
              <w:rPr>
                <w:sz w:val="20"/>
                <w:szCs w:val="20"/>
              </w:rPr>
            </w:pPr>
            <w:r>
              <w:rPr>
                <w:sz w:val="20"/>
                <w:szCs w:val="20"/>
              </w:rPr>
              <w:t>5</w:t>
            </w:r>
          </w:p>
        </w:tc>
        <w:tc>
          <w:tcPr>
            <w:tcW w:w="1584" w:type="dxa"/>
          </w:tcPr>
          <w:p w14:paraId="78DF82D0" w14:textId="77777777" w:rsidR="00E71A28" w:rsidRPr="008E7D12" w:rsidRDefault="00000000">
            <w:pPr>
              <w:rPr>
                <w:sz w:val="20"/>
                <w:szCs w:val="20"/>
              </w:rPr>
            </w:pPr>
            <w:r>
              <w:rPr>
                <w:sz w:val="20"/>
                <w:szCs w:val="20"/>
              </w:rPr>
              <w:t>5</w:t>
            </w:r>
          </w:p>
        </w:tc>
        <w:tc>
          <w:tcPr>
            <w:tcW w:w="1296" w:type="dxa"/>
          </w:tcPr>
          <w:p w14:paraId="31AA5030" w14:textId="77777777" w:rsidR="00E71A28" w:rsidRPr="008E7D12" w:rsidRDefault="00000000">
            <w:pPr>
              <w:rPr>
                <w:sz w:val="20"/>
                <w:szCs w:val="20"/>
              </w:rPr>
            </w:pPr>
            <w:r>
              <w:rPr>
                <w:sz w:val="20"/>
                <w:szCs w:val="20"/>
              </w:rPr>
              <w:t>5.00</w:t>
            </w:r>
          </w:p>
        </w:tc>
      </w:tr>
      <w:tr w:rsidR="00E71A28" w:rsidRPr="008E7D12" w14:paraId="22B718C9" w14:textId="77777777" w:rsidTr="008E7D12">
        <w:tc>
          <w:tcPr>
            <w:tcW w:w="1152" w:type="dxa"/>
          </w:tcPr>
          <w:p w14:paraId="53C7E720" w14:textId="77777777" w:rsidR="00E71A28" w:rsidRPr="008E7D12" w:rsidRDefault="00000000">
            <w:pPr>
              <w:rPr>
                <w:sz w:val="20"/>
                <w:szCs w:val="20"/>
              </w:rPr>
            </w:pPr>
            <w:r>
              <w:rPr>
                <w:sz w:val="20"/>
                <w:szCs w:val="20"/>
              </w:rPr>
              <w:t>23</w:t>
            </w:r>
          </w:p>
        </w:tc>
        <w:tc>
          <w:tcPr>
            <w:tcW w:w="1008" w:type="dxa"/>
          </w:tcPr>
          <w:p w14:paraId="36FA8813" w14:textId="77777777" w:rsidR="00E71A28" w:rsidRPr="008E7D12" w:rsidRDefault="00000000">
            <w:pPr>
              <w:rPr>
                <w:sz w:val="20"/>
                <w:szCs w:val="20"/>
              </w:rPr>
            </w:pPr>
            <w:r>
              <w:rPr>
                <w:sz w:val="20"/>
                <w:szCs w:val="20"/>
              </w:rPr>
              <w:t>C</w:t>
            </w:r>
          </w:p>
        </w:tc>
        <w:tc>
          <w:tcPr>
            <w:tcW w:w="2448" w:type="dxa"/>
          </w:tcPr>
          <w:p w14:paraId="44430563" w14:textId="77777777" w:rsidR="00E71A28" w:rsidRPr="008E7D12" w:rsidRDefault="00000000">
            <w:pPr>
              <w:rPr>
                <w:sz w:val="20"/>
                <w:szCs w:val="20"/>
              </w:rPr>
            </w:pPr>
            <w:r>
              <w:rPr>
                <w:sz w:val="20"/>
                <w:szCs w:val="20"/>
              </w:rPr>
              <w:t>Perplexity (LLM5)</w:t>
            </w:r>
          </w:p>
        </w:tc>
        <w:tc>
          <w:tcPr>
            <w:tcW w:w="1296" w:type="dxa"/>
          </w:tcPr>
          <w:p w14:paraId="5A32818D" w14:textId="77777777" w:rsidR="00E71A28" w:rsidRPr="008E7D12" w:rsidRDefault="00000000">
            <w:pPr>
              <w:rPr>
                <w:sz w:val="20"/>
                <w:szCs w:val="20"/>
              </w:rPr>
            </w:pPr>
            <w:r>
              <w:rPr>
                <w:sz w:val="20"/>
                <w:szCs w:val="20"/>
              </w:rPr>
              <w:t>3</w:t>
            </w:r>
          </w:p>
        </w:tc>
        <w:tc>
          <w:tcPr>
            <w:tcW w:w="1008" w:type="dxa"/>
          </w:tcPr>
          <w:p w14:paraId="5EA0EF37" w14:textId="77777777" w:rsidR="00E71A28" w:rsidRPr="008E7D12" w:rsidRDefault="00000000">
            <w:pPr>
              <w:rPr>
                <w:sz w:val="20"/>
                <w:szCs w:val="20"/>
              </w:rPr>
            </w:pPr>
            <w:r>
              <w:rPr>
                <w:sz w:val="20"/>
                <w:szCs w:val="20"/>
              </w:rPr>
              <w:t>3</w:t>
            </w:r>
          </w:p>
        </w:tc>
        <w:tc>
          <w:tcPr>
            <w:tcW w:w="1728" w:type="dxa"/>
          </w:tcPr>
          <w:p w14:paraId="5F05E785" w14:textId="77777777" w:rsidR="00E71A28" w:rsidRPr="008E7D12" w:rsidRDefault="00000000">
            <w:pPr>
              <w:rPr>
                <w:sz w:val="20"/>
                <w:szCs w:val="20"/>
              </w:rPr>
            </w:pPr>
            <w:r>
              <w:rPr>
                <w:sz w:val="20"/>
                <w:szCs w:val="20"/>
              </w:rPr>
              <w:t>3</w:t>
            </w:r>
          </w:p>
        </w:tc>
        <w:tc>
          <w:tcPr>
            <w:tcW w:w="1584" w:type="dxa"/>
          </w:tcPr>
          <w:p w14:paraId="008FD1A8" w14:textId="77777777" w:rsidR="00E71A28" w:rsidRPr="008E7D12" w:rsidRDefault="00000000">
            <w:pPr>
              <w:rPr>
                <w:sz w:val="20"/>
                <w:szCs w:val="20"/>
              </w:rPr>
            </w:pPr>
            <w:r>
              <w:rPr>
                <w:sz w:val="20"/>
                <w:szCs w:val="20"/>
              </w:rPr>
              <w:t>3</w:t>
            </w:r>
          </w:p>
        </w:tc>
        <w:tc>
          <w:tcPr>
            <w:tcW w:w="1296" w:type="dxa"/>
          </w:tcPr>
          <w:p w14:paraId="286AC292" w14:textId="77777777" w:rsidR="00E71A28" w:rsidRPr="008E7D12" w:rsidRDefault="00000000">
            <w:pPr>
              <w:rPr>
                <w:sz w:val="20"/>
                <w:szCs w:val="20"/>
              </w:rPr>
            </w:pPr>
            <w:r>
              <w:rPr>
                <w:sz w:val="20"/>
                <w:szCs w:val="20"/>
              </w:rPr>
              <w:t>3.00</w:t>
            </w:r>
          </w:p>
        </w:tc>
      </w:tr>
      <w:tr w:rsidR="00E71A28" w:rsidRPr="008E7D12" w14:paraId="4794A226" w14:textId="77777777" w:rsidTr="008E7D12">
        <w:tc>
          <w:tcPr>
            <w:tcW w:w="1152" w:type="dxa"/>
          </w:tcPr>
          <w:p w14:paraId="653E8968" w14:textId="77777777" w:rsidR="00E71A28" w:rsidRPr="008E7D12" w:rsidRDefault="00000000">
            <w:pPr>
              <w:rPr>
                <w:sz w:val="20"/>
                <w:szCs w:val="20"/>
              </w:rPr>
            </w:pPr>
            <w:r>
              <w:rPr>
                <w:sz w:val="20"/>
                <w:szCs w:val="20"/>
              </w:rPr>
              <w:t>24</w:t>
            </w:r>
          </w:p>
        </w:tc>
        <w:tc>
          <w:tcPr>
            <w:tcW w:w="1008" w:type="dxa"/>
          </w:tcPr>
          <w:p w14:paraId="2B2A4DAF" w14:textId="77777777" w:rsidR="00E71A28" w:rsidRPr="008E7D12" w:rsidRDefault="00000000">
            <w:pPr>
              <w:rPr>
                <w:sz w:val="20"/>
                <w:szCs w:val="20"/>
              </w:rPr>
            </w:pPr>
            <w:r>
              <w:rPr>
                <w:sz w:val="20"/>
                <w:szCs w:val="20"/>
              </w:rPr>
              <w:t>C</w:t>
            </w:r>
          </w:p>
        </w:tc>
        <w:tc>
          <w:tcPr>
            <w:tcW w:w="2448" w:type="dxa"/>
          </w:tcPr>
          <w:p w14:paraId="10F30E24" w14:textId="77777777" w:rsidR="00E71A28" w:rsidRPr="008E7D12" w:rsidRDefault="00000000">
            <w:pPr>
              <w:rPr>
                <w:sz w:val="20"/>
                <w:szCs w:val="20"/>
              </w:rPr>
            </w:pPr>
            <w:r>
              <w:rPr>
                <w:sz w:val="20"/>
                <w:szCs w:val="20"/>
              </w:rPr>
              <w:t>ChatGPT (LLM1)</w:t>
            </w:r>
          </w:p>
        </w:tc>
        <w:tc>
          <w:tcPr>
            <w:tcW w:w="1296" w:type="dxa"/>
          </w:tcPr>
          <w:p w14:paraId="57722D34" w14:textId="77777777" w:rsidR="00E71A28" w:rsidRPr="008E7D12" w:rsidRDefault="00000000">
            <w:pPr>
              <w:rPr>
                <w:sz w:val="20"/>
                <w:szCs w:val="20"/>
              </w:rPr>
            </w:pPr>
            <w:r>
              <w:rPr>
                <w:sz w:val="20"/>
                <w:szCs w:val="20"/>
              </w:rPr>
              <w:t>3</w:t>
            </w:r>
          </w:p>
        </w:tc>
        <w:tc>
          <w:tcPr>
            <w:tcW w:w="1008" w:type="dxa"/>
          </w:tcPr>
          <w:p w14:paraId="523D1196" w14:textId="77777777" w:rsidR="00E71A28" w:rsidRPr="008E7D12" w:rsidRDefault="00000000">
            <w:pPr>
              <w:rPr>
                <w:sz w:val="20"/>
                <w:szCs w:val="20"/>
              </w:rPr>
            </w:pPr>
            <w:r>
              <w:rPr>
                <w:sz w:val="20"/>
                <w:szCs w:val="20"/>
              </w:rPr>
              <w:t>4</w:t>
            </w:r>
          </w:p>
        </w:tc>
        <w:tc>
          <w:tcPr>
            <w:tcW w:w="1728" w:type="dxa"/>
          </w:tcPr>
          <w:p w14:paraId="0BD87E56" w14:textId="77777777" w:rsidR="00E71A28" w:rsidRPr="008E7D12" w:rsidRDefault="00000000">
            <w:pPr>
              <w:rPr>
                <w:sz w:val="20"/>
                <w:szCs w:val="20"/>
              </w:rPr>
            </w:pPr>
            <w:r>
              <w:rPr>
                <w:sz w:val="20"/>
                <w:szCs w:val="20"/>
              </w:rPr>
              <w:t>4</w:t>
            </w:r>
          </w:p>
        </w:tc>
        <w:tc>
          <w:tcPr>
            <w:tcW w:w="1584" w:type="dxa"/>
          </w:tcPr>
          <w:p w14:paraId="0B7370BA" w14:textId="77777777" w:rsidR="00E71A28" w:rsidRPr="008E7D12" w:rsidRDefault="00000000">
            <w:pPr>
              <w:rPr>
                <w:sz w:val="20"/>
                <w:szCs w:val="20"/>
              </w:rPr>
            </w:pPr>
            <w:r>
              <w:rPr>
                <w:sz w:val="20"/>
                <w:szCs w:val="20"/>
              </w:rPr>
              <w:t>4</w:t>
            </w:r>
          </w:p>
        </w:tc>
        <w:tc>
          <w:tcPr>
            <w:tcW w:w="1296" w:type="dxa"/>
          </w:tcPr>
          <w:p w14:paraId="66B84DFC" w14:textId="77777777" w:rsidR="00E71A28" w:rsidRPr="008E7D12" w:rsidRDefault="00000000">
            <w:pPr>
              <w:rPr>
                <w:sz w:val="20"/>
                <w:szCs w:val="20"/>
              </w:rPr>
            </w:pPr>
            <w:r>
              <w:rPr>
                <w:sz w:val="20"/>
                <w:szCs w:val="20"/>
              </w:rPr>
              <w:t>3.75</w:t>
            </w:r>
          </w:p>
        </w:tc>
      </w:tr>
      <w:tr w:rsidR="00E71A28" w:rsidRPr="008E7D12" w14:paraId="22BD4CC5" w14:textId="77777777" w:rsidTr="008E7D12">
        <w:tc>
          <w:tcPr>
            <w:tcW w:w="1152" w:type="dxa"/>
          </w:tcPr>
          <w:p w14:paraId="2C1D7156" w14:textId="77777777" w:rsidR="00E71A28" w:rsidRPr="008E7D12" w:rsidRDefault="00000000">
            <w:pPr>
              <w:rPr>
                <w:sz w:val="20"/>
                <w:szCs w:val="20"/>
              </w:rPr>
            </w:pPr>
            <w:r>
              <w:rPr>
                <w:sz w:val="20"/>
                <w:szCs w:val="20"/>
              </w:rPr>
              <w:t>24</w:t>
            </w:r>
          </w:p>
        </w:tc>
        <w:tc>
          <w:tcPr>
            <w:tcW w:w="1008" w:type="dxa"/>
          </w:tcPr>
          <w:p w14:paraId="0091A871" w14:textId="77777777" w:rsidR="00E71A28" w:rsidRPr="008E7D12" w:rsidRDefault="00000000">
            <w:pPr>
              <w:rPr>
                <w:sz w:val="20"/>
                <w:szCs w:val="20"/>
              </w:rPr>
            </w:pPr>
            <w:r>
              <w:rPr>
                <w:sz w:val="20"/>
                <w:szCs w:val="20"/>
              </w:rPr>
              <w:t>C</w:t>
            </w:r>
          </w:p>
        </w:tc>
        <w:tc>
          <w:tcPr>
            <w:tcW w:w="2448" w:type="dxa"/>
          </w:tcPr>
          <w:p w14:paraId="6EF7B35E" w14:textId="77777777" w:rsidR="00E71A28" w:rsidRPr="008E7D12" w:rsidRDefault="00000000">
            <w:pPr>
              <w:rPr>
                <w:sz w:val="20"/>
                <w:szCs w:val="20"/>
              </w:rPr>
            </w:pPr>
            <w:r>
              <w:rPr>
                <w:sz w:val="20"/>
                <w:szCs w:val="20"/>
              </w:rPr>
              <w:t>Claude (LLM2)</w:t>
            </w:r>
          </w:p>
        </w:tc>
        <w:tc>
          <w:tcPr>
            <w:tcW w:w="1296" w:type="dxa"/>
          </w:tcPr>
          <w:p w14:paraId="2FA8FF75" w14:textId="77777777" w:rsidR="00E71A28" w:rsidRPr="008E7D12" w:rsidRDefault="00000000">
            <w:pPr>
              <w:rPr>
                <w:sz w:val="20"/>
                <w:szCs w:val="20"/>
              </w:rPr>
            </w:pPr>
            <w:r>
              <w:rPr>
                <w:sz w:val="20"/>
                <w:szCs w:val="20"/>
              </w:rPr>
              <w:t>4</w:t>
            </w:r>
          </w:p>
        </w:tc>
        <w:tc>
          <w:tcPr>
            <w:tcW w:w="1008" w:type="dxa"/>
          </w:tcPr>
          <w:p w14:paraId="015CF683" w14:textId="77777777" w:rsidR="00E71A28" w:rsidRPr="008E7D12" w:rsidRDefault="00000000">
            <w:pPr>
              <w:rPr>
                <w:sz w:val="20"/>
                <w:szCs w:val="20"/>
              </w:rPr>
            </w:pPr>
            <w:r>
              <w:rPr>
                <w:sz w:val="20"/>
                <w:szCs w:val="20"/>
              </w:rPr>
              <w:t>5</w:t>
            </w:r>
          </w:p>
        </w:tc>
        <w:tc>
          <w:tcPr>
            <w:tcW w:w="1728" w:type="dxa"/>
          </w:tcPr>
          <w:p w14:paraId="6669AC3F" w14:textId="77777777" w:rsidR="00E71A28" w:rsidRPr="008E7D12" w:rsidRDefault="00000000">
            <w:pPr>
              <w:rPr>
                <w:sz w:val="20"/>
                <w:szCs w:val="20"/>
              </w:rPr>
            </w:pPr>
            <w:r>
              <w:rPr>
                <w:sz w:val="20"/>
                <w:szCs w:val="20"/>
              </w:rPr>
              <w:t>5</w:t>
            </w:r>
          </w:p>
        </w:tc>
        <w:tc>
          <w:tcPr>
            <w:tcW w:w="1584" w:type="dxa"/>
          </w:tcPr>
          <w:p w14:paraId="7F01D09D" w14:textId="77777777" w:rsidR="00E71A28" w:rsidRPr="008E7D12" w:rsidRDefault="00000000">
            <w:pPr>
              <w:rPr>
                <w:sz w:val="20"/>
                <w:szCs w:val="20"/>
              </w:rPr>
            </w:pPr>
            <w:r>
              <w:rPr>
                <w:sz w:val="20"/>
                <w:szCs w:val="20"/>
              </w:rPr>
              <w:t>4</w:t>
            </w:r>
          </w:p>
        </w:tc>
        <w:tc>
          <w:tcPr>
            <w:tcW w:w="1296" w:type="dxa"/>
          </w:tcPr>
          <w:p w14:paraId="03AD19A4" w14:textId="77777777" w:rsidR="00E71A28" w:rsidRPr="008E7D12" w:rsidRDefault="00000000">
            <w:pPr>
              <w:rPr>
                <w:sz w:val="20"/>
                <w:szCs w:val="20"/>
              </w:rPr>
            </w:pPr>
            <w:r>
              <w:rPr>
                <w:sz w:val="20"/>
                <w:szCs w:val="20"/>
              </w:rPr>
              <w:t>4.50</w:t>
            </w:r>
          </w:p>
        </w:tc>
      </w:tr>
      <w:tr w:rsidR="00E71A28" w:rsidRPr="008E7D12" w14:paraId="1D2FA688" w14:textId="77777777" w:rsidTr="008E7D12">
        <w:tc>
          <w:tcPr>
            <w:tcW w:w="1152" w:type="dxa"/>
          </w:tcPr>
          <w:p w14:paraId="5336F124" w14:textId="77777777" w:rsidR="00E71A28" w:rsidRPr="008E7D12" w:rsidRDefault="00000000">
            <w:pPr>
              <w:rPr>
                <w:sz w:val="20"/>
                <w:szCs w:val="20"/>
              </w:rPr>
            </w:pPr>
            <w:r>
              <w:rPr>
                <w:sz w:val="20"/>
                <w:szCs w:val="20"/>
              </w:rPr>
              <w:t>24</w:t>
            </w:r>
          </w:p>
        </w:tc>
        <w:tc>
          <w:tcPr>
            <w:tcW w:w="1008" w:type="dxa"/>
          </w:tcPr>
          <w:p w14:paraId="7DCDC82B" w14:textId="77777777" w:rsidR="00E71A28" w:rsidRPr="008E7D12" w:rsidRDefault="00000000">
            <w:pPr>
              <w:rPr>
                <w:sz w:val="20"/>
                <w:szCs w:val="20"/>
              </w:rPr>
            </w:pPr>
            <w:r>
              <w:rPr>
                <w:sz w:val="20"/>
                <w:szCs w:val="20"/>
              </w:rPr>
              <w:t>C</w:t>
            </w:r>
          </w:p>
        </w:tc>
        <w:tc>
          <w:tcPr>
            <w:tcW w:w="2448" w:type="dxa"/>
          </w:tcPr>
          <w:p w14:paraId="5A850E82" w14:textId="77777777" w:rsidR="00E71A28" w:rsidRPr="008E7D12" w:rsidRDefault="00000000">
            <w:pPr>
              <w:rPr>
                <w:sz w:val="20"/>
                <w:szCs w:val="20"/>
              </w:rPr>
            </w:pPr>
            <w:r>
              <w:rPr>
                <w:sz w:val="20"/>
                <w:szCs w:val="20"/>
              </w:rPr>
              <w:t>Gemini (LLM3)</w:t>
            </w:r>
          </w:p>
        </w:tc>
        <w:tc>
          <w:tcPr>
            <w:tcW w:w="1296" w:type="dxa"/>
          </w:tcPr>
          <w:p w14:paraId="3D8A78DA" w14:textId="77777777" w:rsidR="00E71A28" w:rsidRPr="008E7D12" w:rsidRDefault="00000000">
            <w:pPr>
              <w:rPr>
                <w:sz w:val="20"/>
                <w:szCs w:val="20"/>
              </w:rPr>
            </w:pPr>
            <w:r>
              <w:rPr>
                <w:sz w:val="20"/>
                <w:szCs w:val="20"/>
              </w:rPr>
              <w:t>2</w:t>
            </w:r>
          </w:p>
        </w:tc>
        <w:tc>
          <w:tcPr>
            <w:tcW w:w="1008" w:type="dxa"/>
          </w:tcPr>
          <w:p w14:paraId="044B250E" w14:textId="77777777" w:rsidR="00E71A28" w:rsidRPr="008E7D12" w:rsidRDefault="00000000">
            <w:pPr>
              <w:rPr>
                <w:sz w:val="20"/>
                <w:szCs w:val="20"/>
              </w:rPr>
            </w:pPr>
            <w:r>
              <w:rPr>
                <w:sz w:val="20"/>
                <w:szCs w:val="20"/>
              </w:rPr>
              <w:t>2</w:t>
            </w:r>
          </w:p>
        </w:tc>
        <w:tc>
          <w:tcPr>
            <w:tcW w:w="1728" w:type="dxa"/>
          </w:tcPr>
          <w:p w14:paraId="51D9461A" w14:textId="77777777" w:rsidR="00E71A28" w:rsidRPr="008E7D12" w:rsidRDefault="00000000">
            <w:pPr>
              <w:rPr>
                <w:sz w:val="20"/>
                <w:szCs w:val="20"/>
              </w:rPr>
            </w:pPr>
            <w:r>
              <w:rPr>
                <w:sz w:val="20"/>
                <w:szCs w:val="20"/>
              </w:rPr>
              <w:t>4</w:t>
            </w:r>
          </w:p>
        </w:tc>
        <w:tc>
          <w:tcPr>
            <w:tcW w:w="1584" w:type="dxa"/>
          </w:tcPr>
          <w:p w14:paraId="1763403E" w14:textId="77777777" w:rsidR="00E71A28" w:rsidRPr="008E7D12" w:rsidRDefault="00000000">
            <w:pPr>
              <w:rPr>
                <w:sz w:val="20"/>
                <w:szCs w:val="20"/>
              </w:rPr>
            </w:pPr>
            <w:r>
              <w:rPr>
                <w:sz w:val="20"/>
                <w:szCs w:val="20"/>
              </w:rPr>
              <w:t>2</w:t>
            </w:r>
          </w:p>
        </w:tc>
        <w:tc>
          <w:tcPr>
            <w:tcW w:w="1296" w:type="dxa"/>
          </w:tcPr>
          <w:p w14:paraId="55A45A79" w14:textId="77777777" w:rsidR="00E71A28" w:rsidRPr="008E7D12" w:rsidRDefault="00000000">
            <w:pPr>
              <w:rPr>
                <w:sz w:val="20"/>
                <w:szCs w:val="20"/>
              </w:rPr>
            </w:pPr>
            <w:r>
              <w:rPr>
                <w:sz w:val="20"/>
                <w:szCs w:val="20"/>
              </w:rPr>
              <w:t>2.50</w:t>
            </w:r>
          </w:p>
        </w:tc>
      </w:tr>
      <w:tr w:rsidR="00E71A28" w:rsidRPr="008E7D12" w14:paraId="6415B70A" w14:textId="77777777" w:rsidTr="008E7D12">
        <w:tc>
          <w:tcPr>
            <w:tcW w:w="1152" w:type="dxa"/>
          </w:tcPr>
          <w:p w14:paraId="48146953" w14:textId="77777777" w:rsidR="00E71A28" w:rsidRPr="008E7D12" w:rsidRDefault="00000000">
            <w:pPr>
              <w:rPr>
                <w:sz w:val="20"/>
                <w:szCs w:val="20"/>
              </w:rPr>
            </w:pPr>
            <w:r>
              <w:rPr>
                <w:sz w:val="20"/>
                <w:szCs w:val="20"/>
              </w:rPr>
              <w:t>24</w:t>
            </w:r>
          </w:p>
        </w:tc>
        <w:tc>
          <w:tcPr>
            <w:tcW w:w="1008" w:type="dxa"/>
          </w:tcPr>
          <w:p w14:paraId="52197EA7" w14:textId="77777777" w:rsidR="00E71A28" w:rsidRPr="008E7D12" w:rsidRDefault="00000000">
            <w:pPr>
              <w:rPr>
                <w:sz w:val="20"/>
                <w:szCs w:val="20"/>
              </w:rPr>
            </w:pPr>
            <w:r>
              <w:rPr>
                <w:sz w:val="20"/>
                <w:szCs w:val="20"/>
              </w:rPr>
              <w:t>C</w:t>
            </w:r>
          </w:p>
        </w:tc>
        <w:tc>
          <w:tcPr>
            <w:tcW w:w="2448" w:type="dxa"/>
          </w:tcPr>
          <w:p w14:paraId="371C9CEB" w14:textId="77777777" w:rsidR="00E71A28" w:rsidRPr="008E7D12" w:rsidRDefault="00000000">
            <w:pPr>
              <w:rPr>
                <w:sz w:val="20"/>
                <w:szCs w:val="20"/>
              </w:rPr>
            </w:pPr>
            <w:r>
              <w:rPr>
                <w:sz w:val="20"/>
                <w:szCs w:val="20"/>
              </w:rPr>
              <w:t>OpenEvidence (LLM4)</w:t>
            </w:r>
          </w:p>
        </w:tc>
        <w:tc>
          <w:tcPr>
            <w:tcW w:w="1296" w:type="dxa"/>
          </w:tcPr>
          <w:p w14:paraId="5FBCAB73" w14:textId="77777777" w:rsidR="00E71A28" w:rsidRPr="008E7D12" w:rsidRDefault="00000000">
            <w:pPr>
              <w:rPr>
                <w:sz w:val="20"/>
                <w:szCs w:val="20"/>
              </w:rPr>
            </w:pPr>
            <w:r>
              <w:rPr>
                <w:sz w:val="20"/>
                <w:szCs w:val="20"/>
              </w:rPr>
              <w:t>5</w:t>
            </w:r>
          </w:p>
        </w:tc>
        <w:tc>
          <w:tcPr>
            <w:tcW w:w="1008" w:type="dxa"/>
          </w:tcPr>
          <w:p w14:paraId="640A50F0" w14:textId="77777777" w:rsidR="00E71A28" w:rsidRPr="008E7D12" w:rsidRDefault="00000000">
            <w:pPr>
              <w:rPr>
                <w:sz w:val="20"/>
                <w:szCs w:val="20"/>
              </w:rPr>
            </w:pPr>
            <w:r>
              <w:rPr>
                <w:sz w:val="20"/>
                <w:szCs w:val="20"/>
              </w:rPr>
              <w:t>5</w:t>
            </w:r>
          </w:p>
        </w:tc>
        <w:tc>
          <w:tcPr>
            <w:tcW w:w="1728" w:type="dxa"/>
          </w:tcPr>
          <w:p w14:paraId="7ACFF22F" w14:textId="77777777" w:rsidR="00E71A28" w:rsidRPr="008E7D12" w:rsidRDefault="00000000">
            <w:pPr>
              <w:rPr>
                <w:sz w:val="20"/>
                <w:szCs w:val="20"/>
              </w:rPr>
            </w:pPr>
            <w:r>
              <w:rPr>
                <w:sz w:val="20"/>
                <w:szCs w:val="20"/>
              </w:rPr>
              <w:t>5</w:t>
            </w:r>
          </w:p>
        </w:tc>
        <w:tc>
          <w:tcPr>
            <w:tcW w:w="1584" w:type="dxa"/>
          </w:tcPr>
          <w:p w14:paraId="168ADD9A" w14:textId="77777777" w:rsidR="00E71A28" w:rsidRPr="008E7D12" w:rsidRDefault="00000000">
            <w:pPr>
              <w:rPr>
                <w:sz w:val="20"/>
                <w:szCs w:val="20"/>
              </w:rPr>
            </w:pPr>
            <w:r>
              <w:rPr>
                <w:sz w:val="20"/>
                <w:szCs w:val="20"/>
              </w:rPr>
              <w:t>5</w:t>
            </w:r>
          </w:p>
        </w:tc>
        <w:tc>
          <w:tcPr>
            <w:tcW w:w="1296" w:type="dxa"/>
          </w:tcPr>
          <w:p w14:paraId="68641F68" w14:textId="77777777" w:rsidR="00E71A28" w:rsidRPr="008E7D12" w:rsidRDefault="00000000">
            <w:pPr>
              <w:rPr>
                <w:sz w:val="20"/>
                <w:szCs w:val="20"/>
              </w:rPr>
            </w:pPr>
            <w:r>
              <w:rPr>
                <w:sz w:val="20"/>
                <w:szCs w:val="20"/>
              </w:rPr>
              <w:t>5.00</w:t>
            </w:r>
          </w:p>
        </w:tc>
      </w:tr>
      <w:tr w:rsidR="00E71A28" w:rsidRPr="008E7D12" w14:paraId="3D84F43C" w14:textId="77777777" w:rsidTr="008E7D12">
        <w:tc>
          <w:tcPr>
            <w:tcW w:w="1152" w:type="dxa"/>
          </w:tcPr>
          <w:p w14:paraId="301BE7CE" w14:textId="77777777" w:rsidR="00E71A28" w:rsidRPr="008E7D12" w:rsidRDefault="00000000">
            <w:pPr>
              <w:rPr>
                <w:sz w:val="20"/>
                <w:szCs w:val="20"/>
              </w:rPr>
            </w:pPr>
            <w:r>
              <w:rPr>
                <w:sz w:val="20"/>
                <w:szCs w:val="20"/>
              </w:rPr>
              <w:t>24</w:t>
            </w:r>
          </w:p>
        </w:tc>
        <w:tc>
          <w:tcPr>
            <w:tcW w:w="1008" w:type="dxa"/>
          </w:tcPr>
          <w:p w14:paraId="39989643" w14:textId="77777777" w:rsidR="00E71A28" w:rsidRPr="008E7D12" w:rsidRDefault="00000000">
            <w:pPr>
              <w:rPr>
                <w:sz w:val="20"/>
                <w:szCs w:val="20"/>
              </w:rPr>
            </w:pPr>
            <w:r>
              <w:rPr>
                <w:sz w:val="20"/>
                <w:szCs w:val="20"/>
              </w:rPr>
              <w:t>C</w:t>
            </w:r>
          </w:p>
        </w:tc>
        <w:tc>
          <w:tcPr>
            <w:tcW w:w="2448" w:type="dxa"/>
          </w:tcPr>
          <w:p w14:paraId="2DC96CAC" w14:textId="77777777" w:rsidR="00E71A28" w:rsidRPr="008E7D12" w:rsidRDefault="00000000">
            <w:pPr>
              <w:rPr>
                <w:sz w:val="20"/>
                <w:szCs w:val="20"/>
              </w:rPr>
            </w:pPr>
            <w:r>
              <w:rPr>
                <w:sz w:val="20"/>
                <w:szCs w:val="20"/>
              </w:rPr>
              <w:t>Perplexity (LLM5)</w:t>
            </w:r>
          </w:p>
        </w:tc>
        <w:tc>
          <w:tcPr>
            <w:tcW w:w="1296" w:type="dxa"/>
          </w:tcPr>
          <w:p w14:paraId="235ABE47" w14:textId="77777777" w:rsidR="00E71A28" w:rsidRPr="008E7D12" w:rsidRDefault="00000000">
            <w:pPr>
              <w:rPr>
                <w:sz w:val="20"/>
                <w:szCs w:val="20"/>
              </w:rPr>
            </w:pPr>
            <w:r>
              <w:rPr>
                <w:sz w:val="20"/>
                <w:szCs w:val="20"/>
              </w:rPr>
              <w:t>2</w:t>
            </w:r>
          </w:p>
        </w:tc>
        <w:tc>
          <w:tcPr>
            <w:tcW w:w="1008" w:type="dxa"/>
          </w:tcPr>
          <w:p w14:paraId="6B4281AE" w14:textId="77777777" w:rsidR="00E71A28" w:rsidRPr="008E7D12" w:rsidRDefault="00000000">
            <w:pPr>
              <w:rPr>
                <w:sz w:val="20"/>
                <w:szCs w:val="20"/>
              </w:rPr>
            </w:pPr>
            <w:r>
              <w:rPr>
                <w:sz w:val="20"/>
                <w:szCs w:val="20"/>
              </w:rPr>
              <w:t>2</w:t>
            </w:r>
          </w:p>
        </w:tc>
        <w:tc>
          <w:tcPr>
            <w:tcW w:w="1728" w:type="dxa"/>
          </w:tcPr>
          <w:p w14:paraId="7175F2E2" w14:textId="77777777" w:rsidR="00E71A28" w:rsidRPr="008E7D12" w:rsidRDefault="00000000">
            <w:pPr>
              <w:rPr>
                <w:sz w:val="20"/>
                <w:szCs w:val="20"/>
              </w:rPr>
            </w:pPr>
            <w:r>
              <w:rPr>
                <w:sz w:val="20"/>
                <w:szCs w:val="20"/>
              </w:rPr>
              <w:t>2</w:t>
            </w:r>
          </w:p>
        </w:tc>
        <w:tc>
          <w:tcPr>
            <w:tcW w:w="1584" w:type="dxa"/>
          </w:tcPr>
          <w:p w14:paraId="54F3BFE9" w14:textId="77777777" w:rsidR="00E71A28" w:rsidRPr="008E7D12" w:rsidRDefault="00000000">
            <w:pPr>
              <w:rPr>
                <w:sz w:val="20"/>
                <w:szCs w:val="20"/>
              </w:rPr>
            </w:pPr>
            <w:r>
              <w:rPr>
                <w:sz w:val="20"/>
                <w:szCs w:val="20"/>
              </w:rPr>
              <w:t>2</w:t>
            </w:r>
          </w:p>
        </w:tc>
        <w:tc>
          <w:tcPr>
            <w:tcW w:w="1296" w:type="dxa"/>
          </w:tcPr>
          <w:p w14:paraId="26163892" w14:textId="77777777" w:rsidR="00E71A28" w:rsidRPr="008E7D12" w:rsidRDefault="00000000">
            <w:pPr>
              <w:rPr>
                <w:sz w:val="20"/>
                <w:szCs w:val="20"/>
              </w:rPr>
            </w:pPr>
            <w:r>
              <w:rPr>
                <w:sz w:val="20"/>
                <w:szCs w:val="20"/>
              </w:rPr>
              <w:t>2.00</w:t>
            </w:r>
          </w:p>
        </w:tc>
      </w:tr>
    </w:tbl>
    <w:p w14:paraId="3FE8F008" w14:textId="77777777" w:rsidR="00BE2544" w:rsidRDefault="00BE2544">
      <w:pPr>
        <w:spacing w:before="200" w:after="100"/>
        <w:rPr>
          <w:b/>
          <w:sz w:val="24"/>
          <w:szCs w:val="24"/>
        </w:rPr>
      </w:pPr>
    </w:p>
    <w:p w14:paraId="309A684E" w14:textId="04A0A5A5" w:rsidR="00734CF2" w:rsidRDefault="00000000">
      <w:pPr>
        <w:spacing w:before="200" w:after="100"/>
        <w:rPr>
          <w:sz w:val="24"/>
          <w:szCs w:val="24"/>
        </w:rPr>
      </w:pPr>
      <w:r>
        <w:rPr>
          <w:b/>
          <w:sz w:val="24"/>
          <w:szCs w:val="24"/>
        </w:rPr>
        <w:t>Table S11. Vignette case-mix classification</w:t>
      </w:r>
    </w:p>
    <w:p w14:paraId="2EA04F41" w14:textId="39267F55" w:rsidR="00734CF2" w:rsidRDefault="00000000">
      <w:pPr>
        <w:spacing w:after="120"/>
        <w:rPr>
          <w:sz w:val="24"/>
          <w:szCs w:val="24"/>
        </w:rPr>
      </w:pPr>
      <w:r>
        <w:rPr>
          <w:sz w:val="24"/>
          <w:szCs w:val="24"/>
        </w:rPr>
        <w:t xml:space="preserve">Classification of each of the 24 synthetic vignettes by clinical complexity (low / moderate / high) and by the role of laser therapy in optimal management (clearly indicated, adjunctive only, or not indicated or contraindicated), with the principal non-laser alternative. </w:t>
      </w:r>
    </w:p>
    <w:tbl>
      <w:tblPr>
        <w:tblStyle w:val="TableGrid"/>
        <w:tblW w:w="0" w:type="auto"/>
        <w:tblLook w:val="04A0" w:firstRow="1" w:lastRow="0" w:firstColumn="1" w:lastColumn="0" w:noHBand="0" w:noVBand="1"/>
      </w:tblPr>
      <w:tblGrid>
        <w:gridCol w:w="938"/>
        <w:gridCol w:w="1983"/>
        <w:gridCol w:w="1150"/>
        <w:gridCol w:w="1673"/>
        <w:gridCol w:w="3112"/>
      </w:tblGrid>
      <w:tr w:rsidR="00734CF2" w14:paraId="4977589E" w14:textId="77777777" w:rsidTr="00BE2544">
        <w:tc>
          <w:tcPr>
            <w:tcW w:w="938" w:type="dxa"/>
            <w:vAlign w:val="center"/>
          </w:tcPr>
          <w:p w14:paraId="570D3F10" w14:textId="77777777" w:rsidR="00734CF2" w:rsidRDefault="00000000">
            <w:pPr>
              <w:jc w:val="center"/>
              <w:rPr>
                <w:sz w:val="20"/>
                <w:szCs w:val="20"/>
              </w:rPr>
            </w:pPr>
            <w:r>
              <w:rPr>
                <w:b/>
                <w:sz w:val="20"/>
                <w:szCs w:val="20"/>
              </w:rPr>
              <w:t>Vignette</w:t>
            </w:r>
          </w:p>
        </w:tc>
        <w:tc>
          <w:tcPr>
            <w:tcW w:w="1983" w:type="dxa"/>
            <w:vAlign w:val="center"/>
          </w:tcPr>
          <w:p w14:paraId="32392979" w14:textId="77777777" w:rsidR="00734CF2" w:rsidRDefault="00000000">
            <w:pPr>
              <w:rPr>
                <w:sz w:val="20"/>
                <w:szCs w:val="20"/>
              </w:rPr>
            </w:pPr>
            <w:r>
              <w:rPr>
                <w:b/>
                <w:sz w:val="20"/>
                <w:szCs w:val="20"/>
              </w:rPr>
              <w:t>Clinical domain</w:t>
            </w:r>
          </w:p>
        </w:tc>
        <w:tc>
          <w:tcPr>
            <w:tcW w:w="1150" w:type="dxa"/>
            <w:vAlign w:val="center"/>
          </w:tcPr>
          <w:p w14:paraId="55F8C692" w14:textId="77777777" w:rsidR="00734CF2" w:rsidRDefault="00000000">
            <w:pPr>
              <w:jc w:val="center"/>
              <w:rPr>
                <w:sz w:val="20"/>
                <w:szCs w:val="20"/>
              </w:rPr>
            </w:pPr>
            <w:r>
              <w:rPr>
                <w:b/>
                <w:sz w:val="20"/>
                <w:szCs w:val="20"/>
              </w:rPr>
              <w:t>Clinical complexity</w:t>
            </w:r>
          </w:p>
        </w:tc>
        <w:tc>
          <w:tcPr>
            <w:tcW w:w="1673" w:type="dxa"/>
            <w:vAlign w:val="center"/>
          </w:tcPr>
          <w:p w14:paraId="43E6B10C" w14:textId="77777777" w:rsidR="00734CF2" w:rsidRDefault="00000000">
            <w:pPr>
              <w:rPr>
                <w:sz w:val="20"/>
                <w:szCs w:val="20"/>
              </w:rPr>
            </w:pPr>
            <w:r>
              <w:rPr>
                <w:b/>
                <w:sz w:val="20"/>
                <w:szCs w:val="20"/>
              </w:rPr>
              <w:t>Role of laser therapy in optimal management</w:t>
            </w:r>
          </w:p>
        </w:tc>
        <w:tc>
          <w:tcPr>
            <w:tcW w:w="3112" w:type="dxa"/>
            <w:vAlign w:val="center"/>
          </w:tcPr>
          <w:p w14:paraId="0422E351" w14:textId="77777777" w:rsidR="00734CF2" w:rsidRDefault="00000000">
            <w:pPr>
              <w:rPr>
                <w:sz w:val="20"/>
                <w:szCs w:val="20"/>
              </w:rPr>
            </w:pPr>
            <w:r>
              <w:rPr>
                <w:b/>
                <w:sz w:val="20"/>
                <w:szCs w:val="20"/>
              </w:rPr>
              <w:t>Principal non-laser alternative</w:t>
            </w:r>
          </w:p>
        </w:tc>
      </w:tr>
      <w:tr w:rsidR="00734CF2" w14:paraId="53D0A653" w14:textId="77777777" w:rsidTr="00BE2544">
        <w:tc>
          <w:tcPr>
            <w:tcW w:w="938" w:type="dxa"/>
            <w:vAlign w:val="center"/>
          </w:tcPr>
          <w:p w14:paraId="028F761A" w14:textId="77777777" w:rsidR="00734CF2" w:rsidRDefault="00000000">
            <w:pPr>
              <w:jc w:val="center"/>
              <w:rPr>
                <w:sz w:val="20"/>
                <w:szCs w:val="20"/>
              </w:rPr>
            </w:pPr>
            <w:r>
              <w:rPr>
                <w:b/>
                <w:sz w:val="20"/>
                <w:szCs w:val="20"/>
              </w:rPr>
              <w:t>1</w:t>
            </w:r>
          </w:p>
        </w:tc>
        <w:tc>
          <w:tcPr>
            <w:tcW w:w="1983" w:type="dxa"/>
            <w:vAlign w:val="center"/>
          </w:tcPr>
          <w:p w14:paraId="54B2689C" w14:textId="14EFA4D1" w:rsidR="00734CF2" w:rsidRDefault="00000000">
            <w:pPr>
              <w:rPr>
                <w:sz w:val="20"/>
                <w:szCs w:val="20"/>
              </w:rPr>
            </w:pPr>
            <w:proofErr w:type="gramStart"/>
            <w:r>
              <w:rPr>
                <w:sz w:val="20"/>
                <w:szCs w:val="20"/>
              </w:rPr>
              <w:t>A  Periodontal</w:t>
            </w:r>
            <w:proofErr w:type="gramEnd"/>
            <w:r>
              <w:rPr>
                <w:sz w:val="20"/>
                <w:szCs w:val="20"/>
              </w:rPr>
              <w:t>/Surgical</w:t>
            </w:r>
          </w:p>
        </w:tc>
        <w:tc>
          <w:tcPr>
            <w:tcW w:w="1150" w:type="dxa"/>
            <w:vAlign w:val="center"/>
          </w:tcPr>
          <w:p w14:paraId="5B64061C" w14:textId="77777777" w:rsidR="00734CF2" w:rsidRDefault="00000000">
            <w:pPr>
              <w:jc w:val="center"/>
              <w:rPr>
                <w:sz w:val="20"/>
                <w:szCs w:val="20"/>
              </w:rPr>
            </w:pPr>
            <w:r>
              <w:rPr>
                <w:sz w:val="20"/>
                <w:szCs w:val="20"/>
              </w:rPr>
              <w:t>Low</w:t>
            </w:r>
          </w:p>
        </w:tc>
        <w:tc>
          <w:tcPr>
            <w:tcW w:w="1673" w:type="dxa"/>
            <w:vAlign w:val="center"/>
          </w:tcPr>
          <w:p w14:paraId="274B3E0F" w14:textId="77777777" w:rsidR="00734CF2" w:rsidRDefault="00000000">
            <w:pPr>
              <w:rPr>
                <w:sz w:val="20"/>
                <w:szCs w:val="20"/>
              </w:rPr>
            </w:pPr>
            <w:r>
              <w:rPr>
                <w:sz w:val="20"/>
                <w:szCs w:val="20"/>
              </w:rPr>
              <w:t>Adjunctive only</w:t>
            </w:r>
          </w:p>
        </w:tc>
        <w:tc>
          <w:tcPr>
            <w:tcW w:w="3112" w:type="dxa"/>
            <w:vAlign w:val="center"/>
          </w:tcPr>
          <w:p w14:paraId="0C988FC8" w14:textId="77777777" w:rsidR="00734CF2" w:rsidRDefault="00000000">
            <w:pPr>
              <w:rPr>
                <w:sz w:val="20"/>
                <w:szCs w:val="20"/>
              </w:rPr>
            </w:pPr>
            <w:r>
              <w:rPr>
                <w:sz w:val="20"/>
                <w:szCs w:val="20"/>
              </w:rPr>
              <w:t>Subgingival re-instrumentation (repeat SRP); local sustained-release antimicrobials; access-flap surgery if persistent</w:t>
            </w:r>
          </w:p>
        </w:tc>
      </w:tr>
      <w:tr w:rsidR="00734CF2" w14:paraId="48F32144" w14:textId="77777777" w:rsidTr="00BE2544">
        <w:tc>
          <w:tcPr>
            <w:tcW w:w="938" w:type="dxa"/>
            <w:vAlign w:val="center"/>
          </w:tcPr>
          <w:p w14:paraId="0689A09D" w14:textId="77777777" w:rsidR="00734CF2" w:rsidRDefault="00000000">
            <w:pPr>
              <w:jc w:val="center"/>
              <w:rPr>
                <w:sz w:val="20"/>
                <w:szCs w:val="20"/>
              </w:rPr>
            </w:pPr>
            <w:r>
              <w:rPr>
                <w:b/>
                <w:sz w:val="20"/>
                <w:szCs w:val="20"/>
              </w:rPr>
              <w:t>2</w:t>
            </w:r>
          </w:p>
        </w:tc>
        <w:tc>
          <w:tcPr>
            <w:tcW w:w="1983" w:type="dxa"/>
            <w:vAlign w:val="center"/>
          </w:tcPr>
          <w:p w14:paraId="68E34E12" w14:textId="48929D99" w:rsidR="00734CF2" w:rsidRDefault="00000000">
            <w:pPr>
              <w:rPr>
                <w:sz w:val="20"/>
                <w:szCs w:val="20"/>
              </w:rPr>
            </w:pPr>
            <w:proofErr w:type="gramStart"/>
            <w:r>
              <w:rPr>
                <w:sz w:val="20"/>
                <w:szCs w:val="20"/>
              </w:rPr>
              <w:t>A  Periodontal</w:t>
            </w:r>
            <w:proofErr w:type="gramEnd"/>
            <w:r>
              <w:rPr>
                <w:sz w:val="20"/>
                <w:szCs w:val="20"/>
              </w:rPr>
              <w:t>/Surgical</w:t>
            </w:r>
          </w:p>
        </w:tc>
        <w:tc>
          <w:tcPr>
            <w:tcW w:w="1150" w:type="dxa"/>
            <w:vAlign w:val="center"/>
          </w:tcPr>
          <w:p w14:paraId="7336FABA" w14:textId="77777777" w:rsidR="00734CF2" w:rsidRDefault="00000000">
            <w:pPr>
              <w:jc w:val="center"/>
              <w:rPr>
                <w:sz w:val="20"/>
                <w:szCs w:val="20"/>
              </w:rPr>
            </w:pPr>
            <w:r>
              <w:rPr>
                <w:sz w:val="20"/>
                <w:szCs w:val="20"/>
              </w:rPr>
              <w:t>Moderate</w:t>
            </w:r>
          </w:p>
        </w:tc>
        <w:tc>
          <w:tcPr>
            <w:tcW w:w="1673" w:type="dxa"/>
            <w:vAlign w:val="center"/>
          </w:tcPr>
          <w:p w14:paraId="1F3DAAE2" w14:textId="77777777" w:rsidR="00734CF2" w:rsidRDefault="00000000">
            <w:pPr>
              <w:rPr>
                <w:sz w:val="20"/>
                <w:szCs w:val="20"/>
              </w:rPr>
            </w:pPr>
            <w:r>
              <w:rPr>
                <w:sz w:val="20"/>
                <w:szCs w:val="20"/>
              </w:rPr>
              <w:t>Adjunctive only</w:t>
            </w:r>
          </w:p>
        </w:tc>
        <w:tc>
          <w:tcPr>
            <w:tcW w:w="3112" w:type="dxa"/>
            <w:vAlign w:val="center"/>
          </w:tcPr>
          <w:p w14:paraId="1BD15694" w14:textId="77777777" w:rsidR="00734CF2" w:rsidRDefault="00000000">
            <w:pPr>
              <w:rPr>
                <w:sz w:val="20"/>
                <w:szCs w:val="20"/>
              </w:rPr>
            </w:pPr>
            <w:r>
              <w:rPr>
                <w:sz w:val="20"/>
                <w:szCs w:val="20"/>
              </w:rPr>
              <w:t>Repeated mechanical debridement; local antimicrobials; periodontal surgery</w:t>
            </w:r>
          </w:p>
        </w:tc>
      </w:tr>
      <w:tr w:rsidR="00734CF2" w14:paraId="7359B978" w14:textId="77777777" w:rsidTr="00BE2544">
        <w:tc>
          <w:tcPr>
            <w:tcW w:w="938" w:type="dxa"/>
            <w:vAlign w:val="center"/>
          </w:tcPr>
          <w:p w14:paraId="324FFBB4" w14:textId="77777777" w:rsidR="00734CF2" w:rsidRDefault="00000000">
            <w:pPr>
              <w:jc w:val="center"/>
              <w:rPr>
                <w:sz w:val="20"/>
                <w:szCs w:val="20"/>
              </w:rPr>
            </w:pPr>
            <w:r>
              <w:rPr>
                <w:b/>
                <w:sz w:val="20"/>
                <w:szCs w:val="20"/>
              </w:rPr>
              <w:t>3</w:t>
            </w:r>
          </w:p>
        </w:tc>
        <w:tc>
          <w:tcPr>
            <w:tcW w:w="1983" w:type="dxa"/>
            <w:vAlign w:val="center"/>
          </w:tcPr>
          <w:p w14:paraId="4178059A" w14:textId="3BB4CED9" w:rsidR="00734CF2" w:rsidRDefault="00000000">
            <w:pPr>
              <w:rPr>
                <w:sz w:val="20"/>
                <w:szCs w:val="20"/>
              </w:rPr>
            </w:pPr>
            <w:proofErr w:type="gramStart"/>
            <w:r>
              <w:rPr>
                <w:sz w:val="20"/>
                <w:szCs w:val="20"/>
              </w:rPr>
              <w:t>A  Periodontal</w:t>
            </w:r>
            <w:proofErr w:type="gramEnd"/>
            <w:r>
              <w:rPr>
                <w:sz w:val="20"/>
                <w:szCs w:val="20"/>
              </w:rPr>
              <w:t>/Surgical</w:t>
            </w:r>
          </w:p>
        </w:tc>
        <w:tc>
          <w:tcPr>
            <w:tcW w:w="1150" w:type="dxa"/>
            <w:vAlign w:val="center"/>
          </w:tcPr>
          <w:p w14:paraId="347BBD49" w14:textId="77777777" w:rsidR="00734CF2" w:rsidRDefault="00000000">
            <w:pPr>
              <w:jc w:val="center"/>
              <w:rPr>
                <w:sz w:val="20"/>
                <w:szCs w:val="20"/>
              </w:rPr>
            </w:pPr>
            <w:r>
              <w:rPr>
                <w:sz w:val="20"/>
                <w:szCs w:val="20"/>
              </w:rPr>
              <w:t>High</w:t>
            </w:r>
          </w:p>
        </w:tc>
        <w:tc>
          <w:tcPr>
            <w:tcW w:w="1673" w:type="dxa"/>
            <w:vAlign w:val="center"/>
          </w:tcPr>
          <w:p w14:paraId="0A197948" w14:textId="77777777" w:rsidR="00734CF2" w:rsidRDefault="00000000">
            <w:pPr>
              <w:rPr>
                <w:sz w:val="20"/>
                <w:szCs w:val="20"/>
              </w:rPr>
            </w:pPr>
            <w:r>
              <w:rPr>
                <w:sz w:val="20"/>
                <w:szCs w:val="20"/>
              </w:rPr>
              <w:t>Adjunctive only</w:t>
            </w:r>
          </w:p>
        </w:tc>
        <w:tc>
          <w:tcPr>
            <w:tcW w:w="3112" w:type="dxa"/>
            <w:vAlign w:val="center"/>
          </w:tcPr>
          <w:p w14:paraId="0E4E77E1" w14:textId="77777777" w:rsidR="00734CF2" w:rsidRDefault="00000000">
            <w:pPr>
              <w:rPr>
                <w:sz w:val="20"/>
                <w:szCs w:val="20"/>
              </w:rPr>
            </w:pPr>
            <w:r>
              <w:rPr>
                <w:sz w:val="20"/>
                <w:szCs w:val="20"/>
              </w:rPr>
              <w:t>Titanium brush / air-polishing / chemical (CHX, citric acid) decontamination; implantoplasty; regenerative graft ± membrane</w:t>
            </w:r>
          </w:p>
        </w:tc>
      </w:tr>
      <w:tr w:rsidR="00734CF2" w14:paraId="0BA9B2AF" w14:textId="77777777" w:rsidTr="00BE2544">
        <w:tc>
          <w:tcPr>
            <w:tcW w:w="938" w:type="dxa"/>
            <w:vAlign w:val="center"/>
          </w:tcPr>
          <w:p w14:paraId="542D1C6A" w14:textId="77777777" w:rsidR="00734CF2" w:rsidRDefault="00000000">
            <w:pPr>
              <w:jc w:val="center"/>
              <w:rPr>
                <w:sz w:val="20"/>
                <w:szCs w:val="20"/>
              </w:rPr>
            </w:pPr>
            <w:r>
              <w:rPr>
                <w:b/>
                <w:sz w:val="20"/>
                <w:szCs w:val="20"/>
              </w:rPr>
              <w:t>4</w:t>
            </w:r>
          </w:p>
        </w:tc>
        <w:tc>
          <w:tcPr>
            <w:tcW w:w="1983" w:type="dxa"/>
            <w:vAlign w:val="center"/>
          </w:tcPr>
          <w:p w14:paraId="61A7F708" w14:textId="771C401E" w:rsidR="00734CF2" w:rsidRDefault="00BE2544">
            <w:pPr>
              <w:rPr>
                <w:sz w:val="20"/>
                <w:szCs w:val="20"/>
              </w:rPr>
            </w:pPr>
            <w:proofErr w:type="gramStart"/>
            <w:r>
              <w:rPr>
                <w:sz w:val="20"/>
                <w:szCs w:val="20"/>
              </w:rPr>
              <w:t>A  Periodontal</w:t>
            </w:r>
            <w:proofErr w:type="gramEnd"/>
            <w:r>
              <w:rPr>
                <w:sz w:val="20"/>
                <w:szCs w:val="20"/>
              </w:rPr>
              <w:t>/Surgical</w:t>
            </w:r>
          </w:p>
        </w:tc>
        <w:tc>
          <w:tcPr>
            <w:tcW w:w="1150" w:type="dxa"/>
            <w:vAlign w:val="center"/>
          </w:tcPr>
          <w:p w14:paraId="03BCD6A9" w14:textId="77777777" w:rsidR="00734CF2" w:rsidRDefault="00000000">
            <w:pPr>
              <w:jc w:val="center"/>
              <w:rPr>
                <w:sz w:val="20"/>
                <w:szCs w:val="20"/>
              </w:rPr>
            </w:pPr>
            <w:r>
              <w:rPr>
                <w:sz w:val="20"/>
                <w:szCs w:val="20"/>
              </w:rPr>
              <w:t>Low</w:t>
            </w:r>
          </w:p>
        </w:tc>
        <w:tc>
          <w:tcPr>
            <w:tcW w:w="1673" w:type="dxa"/>
            <w:vAlign w:val="center"/>
          </w:tcPr>
          <w:p w14:paraId="7E83C252" w14:textId="77777777" w:rsidR="00734CF2" w:rsidRDefault="00000000">
            <w:pPr>
              <w:rPr>
                <w:sz w:val="20"/>
                <w:szCs w:val="20"/>
              </w:rPr>
            </w:pPr>
            <w:r>
              <w:rPr>
                <w:sz w:val="20"/>
                <w:szCs w:val="20"/>
              </w:rPr>
              <w:t>Indicated</w:t>
            </w:r>
          </w:p>
        </w:tc>
        <w:tc>
          <w:tcPr>
            <w:tcW w:w="3112" w:type="dxa"/>
            <w:vAlign w:val="center"/>
          </w:tcPr>
          <w:p w14:paraId="1FC2B515" w14:textId="77777777" w:rsidR="00734CF2" w:rsidRDefault="00000000">
            <w:pPr>
              <w:rPr>
                <w:sz w:val="20"/>
                <w:szCs w:val="20"/>
              </w:rPr>
            </w:pPr>
            <w:r>
              <w:rPr>
                <w:sz w:val="20"/>
                <w:szCs w:val="20"/>
              </w:rPr>
              <w:t>Conventional scalpel frenectomy or electrosurgery; orthodontic space closure is required for the diastema</w:t>
            </w:r>
          </w:p>
        </w:tc>
      </w:tr>
      <w:tr w:rsidR="00734CF2" w14:paraId="655D66C3" w14:textId="77777777" w:rsidTr="00BE2544">
        <w:tc>
          <w:tcPr>
            <w:tcW w:w="938" w:type="dxa"/>
            <w:vAlign w:val="center"/>
          </w:tcPr>
          <w:p w14:paraId="0838A511" w14:textId="77777777" w:rsidR="00734CF2" w:rsidRDefault="00000000">
            <w:pPr>
              <w:jc w:val="center"/>
              <w:rPr>
                <w:sz w:val="20"/>
                <w:szCs w:val="20"/>
              </w:rPr>
            </w:pPr>
            <w:r>
              <w:rPr>
                <w:b/>
                <w:sz w:val="20"/>
                <w:szCs w:val="20"/>
              </w:rPr>
              <w:lastRenderedPageBreak/>
              <w:t>5</w:t>
            </w:r>
          </w:p>
        </w:tc>
        <w:tc>
          <w:tcPr>
            <w:tcW w:w="1983" w:type="dxa"/>
            <w:vAlign w:val="center"/>
          </w:tcPr>
          <w:p w14:paraId="00212737" w14:textId="293B5FA0" w:rsidR="00734CF2" w:rsidRDefault="00BE2544">
            <w:pPr>
              <w:rPr>
                <w:sz w:val="20"/>
                <w:szCs w:val="20"/>
              </w:rPr>
            </w:pPr>
            <w:proofErr w:type="gramStart"/>
            <w:r>
              <w:rPr>
                <w:sz w:val="20"/>
                <w:szCs w:val="20"/>
              </w:rPr>
              <w:t>A  Periodontal</w:t>
            </w:r>
            <w:proofErr w:type="gramEnd"/>
            <w:r>
              <w:rPr>
                <w:sz w:val="20"/>
                <w:szCs w:val="20"/>
              </w:rPr>
              <w:t>/Surgical</w:t>
            </w:r>
          </w:p>
        </w:tc>
        <w:tc>
          <w:tcPr>
            <w:tcW w:w="1150" w:type="dxa"/>
            <w:vAlign w:val="center"/>
          </w:tcPr>
          <w:p w14:paraId="12EA18A3" w14:textId="77777777" w:rsidR="00734CF2" w:rsidRDefault="00000000">
            <w:pPr>
              <w:jc w:val="center"/>
              <w:rPr>
                <w:sz w:val="20"/>
                <w:szCs w:val="20"/>
              </w:rPr>
            </w:pPr>
            <w:r>
              <w:rPr>
                <w:sz w:val="20"/>
                <w:szCs w:val="20"/>
              </w:rPr>
              <w:t>Low</w:t>
            </w:r>
          </w:p>
        </w:tc>
        <w:tc>
          <w:tcPr>
            <w:tcW w:w="1673" w:type="dxa"/>
            <w:vAlign w:val="center"/>
          </w:tcPr>
          <w:p w14:paraId="39BFECC6" w14:textId="77777777" w:rsidR="00734CF2" w:rsidRDefault="00000000">
            <w:pPr>
              <w:rPr>
                <w:sz w:val="20"/>
                <w:szCs w:val="20"/>
              </w:rPr>
            </w:pPr>
            <w:r>
              <w:rPr>
                <w:sz w:val="20"/>
                <w:szCs w:val="20"/>
              </w:rPr>
              <w:t>Indicated</w:t>
            </w:r>
          </w:p>
        </w:tc>
        <w:tc>
          <w:tcPr>
            <w:tcW w:w="3112" w:type="dxa"/>
            <w:vAlign w:val="center"/>
          </w:tcPr>
          <w:p w14:paraId="12EB3BAF" w14:textId="77777777" w:rsidR="00734CF2" w:rsidRDefault="00000000">
            <w:pPr>
              <w:rPr>
                <w:sz w:val="20"/>
                <w:szCs w:val="20"/>
              </w:rPr>
            </w:pPr>
            <w:r>
              <w:rPr>
                <w:sz w:val="20"/>
                <w:szCs w:val="20"/>
              </w:rPr>
              <w:t>Scalpel/bur abrasion, cryotherapy, electrosurgery, or chemical depigmentation; free gingival graft for severe/recurrent cases</w:t>
            </w:r>
          </w:p>
        </w:tc>
      </w:tr>
      <w:tr w:rsidR="00734CF2" w14:paraId="5C13EB9A" w14:textId="77777777" w:rsidTr="00BE2544">
        <w:tc>
          <w:tcPr>
            <w:tcW w:w="938" w:type="dxa"/>
            <w:vAlign w:val="center"/>
          </w:tcPr>
          <w:p w14:paraId="4B3C3DE7" w14:textId="77777777" w:rsidR="00734CF2" w:rsidRDefault="00000000">
            <w:pPr>
              <w:jc w:val="center"/>
              <w:rPr>
                <w:sz w:val="20"/>
                <w:szCs w:val="20"/>
              </w:rPr>
            </w:pPr>
            <w:r>
              <w:rPr>
                <w:b/>
                <w:sz w:val="20"/>
                <w:szCs w:val="20"/>
              </w:rPr>
              <w:t>6</w:t>
            </w:r>
          </w:p>
        </w:tc>
        <w:tc>
          <w:tcPr>
            <w:tcW w:w="1983" w:type="dxa"/>
            <w:vAlign w:val="center"/>
          </w:tcPr>
          <w:p w14:paraId="611F9272" w14:textId="02D0887D" w:rsidR="00734CF2" w:rsidRDefault="00BE2544">
            <w:pPr>
              <w:rPr>
                <w:sz w:val="20"/>
                <w:szCs w:val="20"/>
              </w:rPr>
            </w:pPr>
            <w:proofErr w:type="gramStart"/>
            <w:r>
              <w:rPr>
                <w:sz w:val="20"/>
                <w:szCs w:val="20"/>
              </w:rPr>
              <w:t>A  Periodontal</w:t>
            </w:r>
            <w:proofErr w:type="gramEnd"/>
            <w:r>
              <w:rPr>
                <w:sz w:val="20"/>
                <w:szCs w:val="20"/>
              </w:rPr>
              <w:t>/Surgical</w:t>
            </w:r>
          </w:p>
        </w:tc>
        <w:tc>
          <w:tcPr>
            <w:tcW w:w="1150" w:type="dxa"/>
            <w:vAlign w:val="center"/>
          </w:tcPr>
          <w:p w14:paraId="1341FCDA" w14:textId="77777777" w:rsidR="00734CF2" w:rsidRDefault="00000000">
            <w:pPr>
              <w:jc w:val="center"/>
              <w:rPr>
                <w:sz w:val="20"/>
                <w:szCs w:val="20"/>
              </w:rPr>
            </w:pPr>
            <w:r>
              <w:rPr>
                <w:sz w:val="20"/>
                <w:szCs w:val="20"/>
              </w:rPr>
              <w:t>Low</w:t>
            </w:r>
          </w:p>
        </w:tc>
        <w:tc>
          <w:tcPr>
            <w:tcW w:w="1673" w:type="dxa"/>
            <w:vAlign w:val="center"/>
          </w:tcPr>
          <w:p w14:paraId="658DFE13" w14:textId="77777777" w:rsidR="00734CF2" w:rsidRDefault="00000000">
            <w:pPr>
              <w:rPr>
                <w:sz w:val="20"/>
                <w:szCs w:val="20"/>
              </w:rPr>
            </w:pPr>
            <w:r>
              <w:rPr>
                <w:sz w:val="20"/>
                <w:szCs w:val="20"/>
              </w:rPr>
              <w:t>Indicated</w:t>
            </w:r>
          </w:p>
        </w:tc>
        <w:tc>
          <w:tcPr>
            <w:tcW w:w="3112" w:type="dxa"/>
            <w:vAlign w:val="center"/>
          </w:tcPr>
          <w:p w14:paraId="135918AA" w14:textId="77777777" w:rsidR="00734CF2" w:rsidRDefault="00000000">
            <w:pPr>
              <w:rPr>
                <w:sz w:val="20"/>
                <w:szCs w:val="20"/>
              </w:rPr>
            </w:pPr>
            <w:r>
              <w:rPr>
                <w:sz w:val="20"/>
                <w:szCs w:val="20"/>
              </w:rPr>
              <w:t>Scalpel gingivectomy or electrosurgery; surgical crown lengthening with osseous recontouring if biologic width is violated</w:t>
            </w:r>
          </w:p>
        </w:tc>
      </w:tr>
      <w:tr w:rsidR="00734CF2" w14:paraId="5885F4AB" w14:textId="77777777" w:rsidTr="00BE2544">
        <w:tc>
          <w:tcPr>
            <w:tcW w:w="938" w:type="dxa"/>
            <w:vAlign w:val="center"/>
          </w:tcPr>
          <w:p w14:paraId="0342557B" w14:textId="77777777" w:rsidR="00734CF2" w:rsidRDefault="00000000">
            <w:pPr>
              <w:jc w:val="center"/>
              <w:rPr>
                <w:sz w:val="20"/>
                <w:szCs w:val="20"/>
              </w:rPr>
            </w:pPr>
            <w:r>
              <w:rPr>
                <w:b/>
                <w:sz w:val="20"/>
                <w:szCs w:val="20"/>
              </w:rPr>
              <w:t>7</w:t>
            </w:r>
          </w:p>
        </w:tc>
        <w:tc>
          <w:tcPr>
            <w:tcW w:w="1983" w:type="dxa"/>
            <w:vAlign w:val="center"/>
          </w:tcPr>
          <w:p w14:paraId="22D5FDB1" w14:textId="3F2DD560" w:rsidR="00734CF2" w:rsidRDefault="00BE2544">
            <w:pPr>
              <w:rPr>
                <w:sz w:val="20"/>
                <w:szCs w:val="20"/>
              </w:rPr>
            </w:pPr>
            <w:proofErr w:type="gramStart"/>
            <w:r>
              <w:rPr>
                <w:sz w:val="20"/>
                <w:szCs w:val="20"/>
              </w:rPr>
              <w:t>A  Periodontal</w:t>
            </w:r>
            <w:proofErr w:type="gramEnd"/>
            <w:r>
              <w:rPr>
                <w:sz w:val="20"/>
                <w:szCs w:val="20"/>
              </w:rPr>
              <w:t>/Surgical</w:t>
            </w:r>
          </w:p>
        </w:tc>
        <w:tc>
          <w:tcPr>
            <w:tcW w:w="1150" w:type="dxa"/>
            <w:vAlign w:val="center"/>
          </w:tcPr>
          <w:p w14:paraId="06723703" w14:textId="77777777" w:rsidR="00734CF2" w:rsidRDefault="00000000">
            <w:pPr>
              <w:jc w:val="center"/>
              <w:rPr>
                <w:sz w:val="20"/>
                <w:szCs w:val="20"/>
              </w:rPr>
            </w:pPr>
            <w:r>
              <w:rPr>
                <w:sz w:val="20"/>
                <w:szCs w:val="20"/>
              </w:rPr>
              <w:t>Moderate</w:t>
            </w:r>
          </w:p>
        </w:tc>
        <w:tc>
          <w:tcPr>
            <w:tcW w:w="1673" w:type="dxa"/>
            <w:vAlign w:val="center"/>
          </w:tcPr>
          <w:p w14:paraId="66B5320C" w14:textId="77777777" w:rsidR="00734CF2" w:rsidRDefault="00000000">
            <w:pPr>
              <w:rPr>
                <w:sz w:val="20"/>
                <w:szCs w:val="20"/>
              </w:rPr>
            </w:pPr>
            <w:r>
              <w:rPr>
                <w:sz w:val="20"/>
                <w:szCs w:val="20"/>
              </w:rPr>
              <w:t>Adjunctive only</w:t>
            </w:r>
          </w:p>
        </w:tc>
        <w:tc>
          <w:tcPr>
            <w:tcW w:w="3112" w:type="dxa"/>
            <w:vAlign w:val="center"/>
          </w:tcPr>
          <w:p w14:paraId="504DECE5" w14:textId="77777777" w:rsidR="00734CF2" w:rsidRDefault="00000000">
            <w:pPr>
              <w:rPr>
                <w:sz w:val="20"/>
                <w:szCs w:val="20"/>
              </w:rPr>
            </w:pPr>
            <w:r>
              <w:rPr>
                <w:sz w:val="20"/>
                <w:szCs w:val="20"/>
              </w:rPr>
              <w:t>Standard analgesia, atraumatic surgical technique, and post-operative instructions</w:t>
            </w:r>
          </w:p>
        </w:tc>
      </w:tr>
      <w:tr w:rsidR="00734CF2" w14:paraId="0485B424" w14:textId="77777777" w:rsidTr="00BE2544">
        <w:tc>
          <w:tcPr>
            <w:tcW w:w="938" w:type="dxa"/>
            <w:vAlign w:val="center"/>
          </w:tcPr>
          <w:p w14:paraId="2608180B" w14:textId="77777777" w:rsidR="00734CF2" w:rsidRDefault="00000000">
            <w:pPr>
              <w:jc w:val="center"/>
              <w:rPr>
                <w:sz w:val="20"/>
                <w:szCs w:val="20"/>
              </w:rPr>
            </w:pPr>
            <w:r>
              <w:rPr>
                <w:b/>
                <w:sz w:val="20"/>
                <w:szCs w:val="20"/>
              </w:rPr>
              <w:t>8</w:t>
            </w:r>
          </w:p>
        </w:tc>
        <w:tc>
          <w:tcPr>
            <w:tcW w:w="1983" w:type="dxa"/>
            <w:vAlign w:val="center"/>
          </w:tcPr>
          <w:p w14:paraId="1F8F2242" w14:textId="5C51BA38" w:rsidR="00734CF2" w:rsidRDefault="00BE2544">
            <w:pPr>
              <w:rPr>
                <w:sz w:val="20"/>
                <w:szCs w:val="20"/>
              </w:rPr>
            </w:pPr>
            <w:proofErr w:type="gramStart"/>
            <w:r>
              <w:rPr>
                <w:sz w:val="20"/>
                <w:szCs w:val="20"/>
              </w:rPr>
              <w:t>A  Periodontal</w:t>
            </w:r>
            <w:proofErr w:type="gramEnd"/>
            <w:r>
              <w:rPr>
                <w:sz w:val="20"/>
                <w:szCs w:val="20"/>
              </w:rPr>
              <w:t>/Surgical</w:t>
            </w:r>
          </w:p>
        </w:tc>
        <w:tc>
          <w:tcPr>
            <w:tcW w:w="1150" w:type="dxa"/>
            <w:vAlign w:val="center"/>
          </w:tcPr>
          <w:p w14:paraId="512203A9" w14:textId="77777777" w:rsidR="00734CF2" w:rsidRDefault="00000000">
            <w:pPr>
              <w:jc w:val="center"/>
              <w:rPr>
                <w:sz w:val="20"/>
                <w:szCs w:val="20"/>
              </w:rPr>
            </w:pPr>
            <w:r>
              <w:rPr>
                <w:sz w:val="20"/>
                <w:szCs w:val="20"/>
              </w:rPr>
              <w:t>High</w:t>
            </w:r>
          </w:p>
        </w:tc>
        <w:tc>
          <w:tcPr>
            <w:tcW w:w="1673" w:type="dxa"/>
            <w:vAlign w:val="center"/>
          </w:tcPr>
          <w:p w14:paraId="20F34163" w14:textId="77777777" w:rsidR="00734CF2" w:rsidRDefault="00000000">
            <w:pPr>
              <w:rPr>
                <w:sz w:val="20"/>
                <w:szCs w:val="20"/>
              </w:rPr>
            </w:pPr>
            <w:r>
              <w:rPr>
                <w:sz w:val="20"/>
                <w:szCs w:val="20"/>
              </w:rPr>
              <w:t>Adjunctive only</w:t>
            </w:r>
          </w:p>
        </w:tc>
        <w:tc>
          <w:tcPr>
            <w:tcW w:w="3112" w:type="dxa"/>
            <w:vAlign w:val="center"/>
          </w:tcPr>
          <w:p w14:paraId="2F204862" w14:textId="77777777" w:rsidR="00734CF2" w:rsidRDefault="00000000">
            <w:pPr>
              <w:rPr>
                <w:sz w:val="20"/>
                <w:szCs w:val="20"/>
              </w:rPr>
            </w:pPr>
            <w:r>
              <w:rPr>
                <w:sz w:val="20"/>
                <w:szCs w:val="20"/>
              </w:rPr>
              <w:t>SRP with rigorous glycaemic control; local antimicrobials; systemic antibiotics where indicated (grade C); intensified maintenance</w:t>
            </w:r>
          </w:p>
        </w:tc>
      </w:tr>
      <w:tr w:rsidR="00734CF2" w14:paraId="47AD31D7" w14:textId="77777777" w:rsidTr="00BE2544">
        <w:tc>
          <w:tcPr>
            <w:tcW w:w="938" w:type="dxa"/>
            <w:vAlign w:val="center"/>
          </w:tcPr>
          <w:p w14:paraId="185C8912" w14:textId="77777777" w:rsidR="00734CF2" w:rsidRDefault="00000000">
            <w:pPr>
              <w:jc w:val="center"/>
              <w:rPr>
                <w:sz w:val="20"/>
                <w:szCs w:val="20"/>
              </w:rPr>
            </w:pPr>
            <w:r>
              <w:rPr>
                <w:b/>
                <w:sz w:val="20"/>
                <w:szCs w:val="20"/>
              </w:rPr>
              <w:t>9</w:t>
            </w:r>
          </w:p>
        </w:tc>
        <w:tc>
          <w:tcPr>
            <w:tcW w:w="1983" w:type="dxa"/>
            <w:vAlign w:val="center"/>
          </w:tcPr>
          <w:p w14:paraId="31032FA9" w14:textId="4661D9A0" w:rsidR="00734CF2" w:rsidRDefault="00000000">
            <w:pPr>
              <w:rPr>
                <w:sz w:val="20"/>
                <w:szCs w:val="20"/>
              </w:rPr>
            </w:pPr>
            <w:proofErr w:type="gramStart"/>
            <w:r>
              <w:rPr>
                <w:sz w:val="20"/>
                <w:szCs w:val="20"/>
              </w:rPr>
              <w:t>B  Endodontic</w:t>
            </w:r>
            <w:proofErr w:type="gramEnd"/>
          </w:p>
        </w:tc>
        <w:tc>
          <w:tcPr>
            <w:tcW w:w="1150" w:type="dxa"/>
            <w:vAlign w:val="center"/>
          </w:tcPr>
          <w:p w14:paraId="6248421B" w14:textId="77777777" w:rsidR="00734CF2" w:rsidRDefault="00000000">
            <w:pPr>
              <w:jc w:val="center"/>
              <w:rPr>
                <w:sz w:val="20"/>
                <w:szCs w:val="20"/>
              </w:rPr>
            </w:pPr>
            <w:r>
              <w:rPr>
                <w:sz w:val="20"/>
                <w:szCs w:val="20"/>
              </w:rPr>
              <w:t>High</w:t>
            </w:r>
          </w:p>
        </w:tc>
        <w:tc>
          <w:tcPr>
            <w:tcW w:w="1673" w:type="dxa"/>
            <w:vAlign w:val="center"/>
          </w:tcPr>
          <w:p w14:paraId="091CEC3D" w14:textId="77777777" w:rsidR="00734CF2" w:rsidRDefault="00000000">
            <w:pPr>
              <w:rPr>
                <w:sz w:val="20"/>
                <w:szCs w:val="20"/>
              </w:rPr>
            </w:pPr>
            <w:r>
              <w:rPr>
                <w:sz w:val="20"/>
                <w:szCs w:val="20"/>
              </w:rPr>
              <w:t>Adjunctive only</w:t>
            </w:r>
          </w:p>
        </w:tc>
        <w:tc>
          <w:tcPr>
            <w:tcW w:w="3112" w:type="dxa"/>
            <w:vAlign w:val="center"/>
          </w:tcPr>
          <w:p w14:paraId="359F9F40" w14:textId="77777777" w:rsidR="00734CF2" w:rsidRDefault="00000000">
            <w:pPr>
              <w:rPr>
                <w:sz w:val="20"/>
                <w:szCs w:val="20"/>
              </w:rPr>
            </w:pPr>
            <w:r>
              <w:rPr>
                <w:sz w:val="20"/>
                <w:szCs w:val="20"/>
              </w:rPr>
              <w:t>Thorough chemo-mechanical retreatment, removal of old filling, locating missed anatomy; apical surgery if it fails</w:t>
            </w:r>
          </w:p>
        </w:tc>
      </w:tr>
      <w:tr w:rsidR="00BE2544" w14:paraId="5D9449DB" w14:textId="77777777" w:rsidTr="00BE2544">
        <w:tc>
          <w:tcPr>
            <w:tcW w:w="938" w:type="dxa"/>
            <w:vAlign w:val="center"/>
          </w:tcPr>
          <w:p w14:paraId="5A5DEBE8" w14:textId="77777777" w:rsidR="00BE2544" w:rsidRDefault="00BE2544" w:rsidP="00BE2544">
            <w:pPr>
              <w:jc w:val="center"/>
              <w:rPr>
                <w:sz w:val="20"/>
                <w:szCs w:val="20"/>
              </w:rPr>
            </w:pPr>
            <w:r>
              <w:rPr>
                <w:b/>
                <w:sz w:val="20"/>
                <w:szCs w:val="20"/>
              </w:rPr>
              <w:t>10</w:t>
            </w:r>
          </w:p>
        </w:tc>
        <w:tc>
          <w:tcPr>
            <w:tcW w:w="1983" w:type="dxa"/>
            <w:vAlign w:val="center"/>
          </w:tcPr>
          <w:p w14:paraId="60300536" w14:textId="076AD47E" w:rsidR="00BE2544" w:rsidRDefault="00BE2544" w:rsidP="00BE2544">
            <w:pPr>
              <w:rPr>
                <w:sz w:val="20"/>
                <w:szCs w:val="20"/>
              </w:rPr>
            </w:pPr>
            <w:proofErr w:type="gramStart"/>
            <w:r>
              <w:rPr>
                <w:sz w:val="20"/>
                <w:szCs w:val="20"/>
              </w:rPr>
              <w:t>B  Endodontic</w:t>
            </w:r>
            <w:proofErr w:type="gramEnd"/>
          </w:p>
        </w:tc>
        <w:tc>
          <w:tcPr>
            <w:tcW w:w="1150" w:type="dxa"/>
            <w:vAlign w:val="center"/>
          </w:tcPr>
          <w:p w14:paraId="2D44D1F8" w14:textId="77777777" w:rsidR="00BE2544" w:rsidRDefault="00BE2544" w:rsidP="00BE2544">
            <w:pPr>
              <w:jc w:val="center"/>
              <w:rPr>
                <w:sz w:val="20"/>
                <w:szCs w:val="20"/>
              </w:rPr>
            </w:pPr>
            <w:r>
              <w:rPr>
                <w:sz w:val="20"/>
                <w:szCs w:val="20"/>
              </w:rPr>
              <w:t>High</w:t>
            </w:r>
          </w:p>
        </w:tc>
        <w:tc>
          <w:tcPr>
            <w:tcW w:w="1673" w:type="dxa"/>
            <w:vAlign w:val="center"/>
          </w:tcPr>
          <w:p w14:paraId="4437D968" w14:textId="77777777" w:rsidR="00BE2544" w:rsidRDefault="00BE2544" w:rsidP="00BE2544">
            <w:pPr>
              <w:rPr>
                <w:sz w:val="20"/>
                <w:szCs w:val="20"/>
              </w:rPr>
            </w:pPr>
            <w:r>
              <w:rPr>
                <w:sz w:val="20"/>
                <w:szCs w:val="20"/>
              </w:rPr>
              <w:t>Adjunctive only</w:t>
            </w:r>
          </w:p>
        </w:tc>
        <w:tc>
          <w:tcPr>
            <w:tcW w:w="3112" w:type="dxa"/>
            <w:vAlign w:val="center"/>
          </w:tcPr>
          <w:p w14:paraId="2D9C3B1B" w14:textId="77777777" w:rsidR="00BE2544" w:rsidRDefault="00BE2544" w:rsidP="00BE2544">
            <w:pPr>
              <w:rPr>
                <w:sz w:val="20"/>
                <w:szCs w:val="20"/>
              </w:rPr>
            </w:pPr>
            <w:r>
              <w:rPr>
                <w:sz w:val="20"/>
                <w:szCs w:val="20"/>
              </w:rPr>
              <w:t>Conventional needle irrigation; passive ultrasonic or sonic irrigant activation</w:t>
            </w:r>
          </w:p>
        </w:tc>
      </w:tr>
      <w:tr w:rsidR="00BE2544" w14:paraId="5AA8165D" w14:textId="77777777" w:rsidTr="00BE2544">
        <w:tc>
          <w:tcPr>
            <w:tcW w:w="938" w:type="dxa"/>
            <w:vAlign w:val="center"/>
          </w:tcPr>
          <w:p w14:paraId="1CE2489A" w14:textId="77777777" w:rsidR="00BE2544" w:rsidRDefault="00BE2544" w:rsidP="00BE2544">
            <w:pPr>
              <w:jc w:val="center"/>
              <w:rPr>
                <w:sz w:val="20"/>
                <w:szCs w:val="20"/>
              </w:rPr>
            </w:pPr>
            <w:r>
              <w:rPr>
                <w:b/>
                <w:sz w:val="20"/>
                <w:szCs w:val="20"/>
              </w:rPr>
              <w:t>11</w:t>
            </w:r>
          </w:p>
        </w:tc>
        <w:tc>
          <w:tcPr>
            <w:tcW w:w="1983" w:type="dxa"/>
            <w:vAlign w:val="center"/>
          </w:tcPr>
          <w:p w14:paraId="300800F5" w14:textId="65EA3F7B" w:rsidR="00BE2544" w:rsidRDefault="00BE2544" w:rsidP="00BE2544">
            <w:pPr>
              <w:rPr>
                <w:sz w:val="20"/>
                <w:szCs w:val="20"/>
              </w:rPr>
            </w:pPr>
            <w:proofErr w:type="gramStart"/>
            <w:r>
              <w:rPr>
                <w:sz w:val="20"/>
                <w:szCs w:val="20"/>
              </w:rPr>
              <w:t>B  Endodontic</w:t>
            </w:r>
            <w:proofErr w:type="gramEnd"/>
          </w:p>
        </w:tc>
        <w:tc>
          <w:tcPr>
            <w:tcW w:w="1150" w:type="dxa"/>
            <w:vAlign w:val="center"/>
          </w:tcPr>
          <w:p w14:paraId="3E1975A5" w14:textId="77777777" w:rsidR="00BE2544" w:rsidRDefault="00BE2544" w:rsidP="00BE2544">
            <w:pPr>
              <w:jc w:val="center"/>
              <w:rPr>
                <w:sz w:val="20"/>
                <w:szCs w:val="20"/>
              </w:rPr>
            </w:pPr>
            <w:r>
              <w:rPr>
                <w:sz w:val="20"/>
                <w:szCs w:val="20"/>
              </w:rPr>
              <w:t>High</w:t>
            </w:r>
          </w:p>
        </w:tc>
        <w:tc>
          <w:tcPr>
            <w:tcW w:w="1673" w:type="dxa"/>
            <w:vAlign w:val="center"/>
          </w:tcPr>
          <w:p w14:paraId="71C30F15" w14:textId="77777777" w:rsidR="00BE2544" w:rsidRDefault="00BE2544" w:rsidP="00BE2544">
            <w:pPr>
              <w:rPr>
                <w:sz w:val="20"/>
                <w:szCs w:val="20"/>
              </w:rPr>
            </w:pPr>
            <w:r>
              <w:rPr>
                <w:sz w:val="20"/>
                <w:szCs w:val="20"/>
              </w:rPr>
              <w:t>Adjunctive only</w:t>
            </w:r>
          </w:p>
        </w:tc>
        <w:tc>
          <w:tcPr>
            <w:tcW w:w="3112" w:type="dxa"/>
            <w:vAlign w:val="center"/>
          </w:tcPr>
          <w:p w14:paraId="63269828" w14:textId="77777777" w:rsidR="00BE2544" w:rsidRDefault="00BE2544" w:rsidP="00BE2544">
            <w:pPr>
              <w:rPr>
                <w:sz w:val="20"/>
                <w:szCs w:val="20"/>
              </w:rPr>
            </w:pPr>
            <w:r>
              <w:rPr>
                <w:sz w:val="20"/>
                <w:szCs w:val="20"/>
              </w:rPr>
              <w:t>Locate and treat the missed canal and re-disinfect the system; ultrasonic/sonic activation; apical surgery if needed</w:t>
            </w:r>
          </w:p>
        </w:tc>
      </w:tr>
      <w:tr w:rsidR="00BE2544" w14:paraId="42AD2E28" w14:textId="77777777" w:rsidTr="00BE2544">
        <w:tc>
          <w:tcPr>
            <w:tcW w:w="938" w:type="dxa"/>
            <w:vAlign w:val="center"/>
          </w:tcPr>
          <w:p w14:paraId="7D6ED3D6" w14:textId="77777777" w:rsidR="00BE2544" w:rsidRDefault="00BE2544" w:rsidP="00BE2544">
            <w:pPr>
              <w:jc w:val="center"/>
              <w:rPr>
                <w:sz w:val="20"/>
                <w:szCs w:val="20"/>
              </w:rPr>
            </w:pPr>
            <w:r>
              <w:rPr>
                <w:b/>
                <w:sz w:val="20"/>
                <w:szCs w:val="20"/>
              </w:rPr>
              <w:t>12</w:t>
            </w:r>
          </w:p>
        </w:tc>
        <w:tc>
          <w:tcPr>
            <w:tcW w:w="1983" w:type="dxa"/>
            <w:vAlign w:val="center"/>
          </w:tcPr>
          <w:p w14:paraId="1FC1A1B8" w14:textId="5DA48059" w:rsidR="00BE2544" w:rsidRDefault="00BE2544" w:rsidP="00BE2544">
            <w:pPr>
              <w:rPr>
                <w:sz w:val="20"/>
                <w:szCs w:val="20"/>
              </w:rPr>
            </w:pPr>
            <w:proofErr w:type="gramStart"/>
            <w:r>
              <w:rPr>
                <w:sz w:val="20"/>
                <w:szCs w:val="20"/>
              </w:rPr>
              <w:t>B  Endodontic</w:t>
            </w:r>
            <w:proofErr w:type="gramEnd"/>
          </w:p>
        </w:tc>
        <w:tc>
          <w:tcPr>
            <w:tcW w:w="1150" w:type="dxa"/>
            <w:vAlign w:val="center"/>
          </w:tcPr>
          <w:p w14:paraId="6265D5C0" w14:textId="77777777" w:rsidR="00BE2544" w:rsidRDefault="00BE2544" w:rsidP="00BE2544">
            <w:pPr>
              <w:jc w:val="center"/>
              <w:rPr>
                <w:sz w:val="20"/>
                <w:szCs w:val="20"/>
              </w:rPr>
            </w:pPr>
            <w:r>
              <w:rPr>
                <w:sz w:val="20"/>
                <w:szCs w:val="20"/>
              </w:rPr>
              <w:t>Low</w:t>
            </w:r>
          </w:p>
        </w:tc>
        <w:tc>
          <w:tcPr>
            <w:tcW w:w="1673" w:type="dxa"/>
            <w:vAlign w:val="center"/>
          </w:tcPr>
          <w:p w14:paraId="77C612A5" w14:textId="77777777" w:rsidR="00BE2544" w:rsidRDefault="00BE2544" w:rsidP="00BE2544">
            <w:pPr>
              <w:rPr>
                <w:sz w:val="20"/>
                <w:szCs w:val="20"/>
              </w:rPr>
            </w:pPr>
            <w:r>
              <w:rPr>
                <w:sz w:val="20"/>
                <w:szCs w:val="20"/>
              </w:rPr>
              <w:t>Adjunctive only</w:t>
            </w:r>
          </w:p>
        </w:tc>
        <w:tc>
          <w:tcPr>
            <w:tcW w:w="3112" w:type="dxa"/>
            <w:vAlign w:val="center"/>
          </w:tcPr>
          <w:p w14:paraId="04C6335D" w14:textId="77777777" w:rsidR="00BE2544" w:rsidRDefault="00BE2544" w:rsidP="00BE2544">
            <w:pPr>
              <w:rPr>
                <w:sz w:val="20"/>
                <w:szCs w:val="20"/>
              </w:rPr>
            </w:pPr>
            <w:r>
              <w:rPr>
                <w:sz w:val="20"/>
                <w:szCs w:val="20"/>
              </w:rPr>
              <w:t>Standard NaOCl/EDTA irrigation ± ultrasonic activation</w:t>
            </w:r>
          </w:p>
        </w:tc>
      </w:tr>
      <w:tr w:rsidR="00BE2544" w14:paraId="3A18A0D2" w14:textId="77777777" w:rsidTr="00BE2544">
        <w:tc>
          <w:tcPr>
            <w:tcW w:w="938" w:type="dxa"/>
            <w:vAlign w:val="center"/>
          </w:tcPr>
          <w:p w14:paraId="08D0974A" w14:textId="77777777" w:rsidR="00BE2544" w:rsidRDefault="00BE2544" w:rsidP="00BE2544">
            <w:pPr>
              <w:jc w:val="center"/>
              <w:rPr>
                <w:sz w:val="20"/>
                <w:szCs w:val="20"/>
              </w:rPr>
            </w:pPr>
            <w:r>
              <w:rPr>
                <w:b/>
                <w:sz w:val="20"/>
                <w:szCs w:val="20"/>
              </w:rPr>
              <w:t>13</w:t>
            </w:r>
          </w:p>
        </w:tc>
        <w:tc>
          <w:tcPr>
            <w:tcW w:w="1983" w:type="dxa"/>
            <w:vAlign w:val="center"/>
          </w:tcPr>
          <w:p w14:paraId="4548B4CB" w14:textId="1C3DB4AB" w:rsidR="00BE2544" w:rsidRDefault="00BE2544" w:rsidP="00BE2544">
            <w:pPr>
              <w:rPr>
                <w:sz w:val="20"/>
                <w:szCs w:val="20"/>
              </w:rPr>
            </w:pPr>
            <w:proofErr w:type="gramStart"/>
            <w:r>
              <w:rPr>
                <w:sz w:val="20"/>
                <w:szCs w:val="20"/>
              </w:rPr>
              <w:t>B  Endodontic</w:t>
            </w:r>
            <w:proofErr w:type="gramEnd"/>
          </w:p>
        </w:tc>
        <w:tc>
          <w:tcPr>
            <w:tcW w:w="1150" w:type="dxa"/>
            <w:vAlign w:val="center"/>
          </w:tcPr>
          <w:p w14:paraId="114CB175" w14:textId="77777777" w:rsidR="00BE2544" w:rsidRDefault="00BE2544" w:rsidP="00BE2544">
            <w:pPr>
              <w:jc w:val="center"/>
              <w:rPr>
                <w:sz w:val="20"/>
                <w:szCs w:val="20"/>
              </w:rPr>
            </w:pPr>
            <w:r>
              <w:rPr>
                <w:sz w:val="20"/>
                <w:szCs w:val="20"/>
              </w:rPr>
              <w:t>High</w:t>
            </w:r>
          </w:p>
        </w:tc>
        <w:tc>
          <w:tcPr>
            <w:tcW w:w="1673" w:type="dxa"/>
            <w:vAlign w:val="center"/>
          </w:tcPr>
          <w:p w14:paraId="46408396" w14:textId="77777777" w:rsidR="00BE2544" w:rsidRDefault="00BE2544" w:rsidP="00BE2544">
            <w:pPr>
              <w:rPr>
                <w:sz w:val="20"/>
                <w:szCs w:val="20"/>
              </w:rPr>
            </w:pPr>
            <w:r>
              <w:rPr>
                <w:sz w:val="20"/>
                <w:szCs w:val="20"/>
              </w:rPr>
              <w:t>Adjunctive only</w:t>
            </w:r>
          </w:p>
        </w:tc>
        <w:tc>
          <w:tcPr>
            <w:tcW w:w="3112" w:type="dxa"/>
            <w:vAlign w:val="center"/>
          </w:tcPr>
          <w:p w14:paraId="3404E02B" w14:textId="77777777" w:rsidR="00BE2544" w:rsidRDefault="00BE2544" w:rsidP="00BE2544">
            <w:pPr>
              <w:rPr>
                <w:sz w:val="20"/>
                <w:szCs w:val="20"/>
              </w:rPr>
            </w:pPr>
            <w:r>
              <w:rPr>
                <w:sz w:val="20"/>
                <w:szCs w:val="20"/>
              </w:rPr>
              <w:t>Chemo-mechanical retreatment with NaOCl/EDTA and ultrasonic activation; surgery if unresolved</w:t>
            </w:r>
          </w:p>
        </w:tc>
      </w:tr>
      <w:tr w:rsidR="00BE2544" w14:paraId="3A5710D6" w14:textId="77777777" w:rsidTr="00BE2544">
        <w:tc>
          <w:tcPr>
            <w:tcW w:w="938" w:type="dxa"/>
            <w:vAlign w:val="center"/>
          </w:tcPr>
          <w:p w14:paraId="5DDE71E7" w14:textId="77777777" w:rsidR="00BE2544" w:rsidRDefault="00BE2544" w:rsidP="00BE2544">
            <w:pPr>
              <w:jc w:val="center"/>
              <w:rPr>
                <w:sz w:val="20"/>
                <w:szCs w:val="20"/>
              </w:rPr>
            </w:pPr>
            <w:r>
              <w:rPr>
                <w:b/>
                <w:sz w:val="20"/>
                <w:szCs w:val="20"/>
              </w:rPr>
              <w:t>14</w:t>
            </w:r>
          </w:p>
        </w:tc>
        <w:tc>
          <w:tcPr>
            <w:tcW w:w="1983" w:type="dxa"/>
            <w:vAlign w:val="center"/>
          </w:tcPr>
          <w:p w14:paraId="39C48E0C" w14:textId="7BEF5BCF" w:rsidR="00BE2544" w:rsidRDefault="00BE2544" w:rsidP="00BE2544">
            <w:pPr>
              <w:rPr>
                <w:sz w:val="20"/>
                <w:szCs w:val="20"/>
              </w:rPr>
            </w:pPr>
            <w:proofErr w:type="gramStart"/>
            <w:r>
              <w:rPr>
                <w:sz w:val="20"/>
                <w:szCs w:val="20"/>
              </w:rPr>
              <w:t>B  Endodontic</w:t>
            </w:r>
            <w:proofErr w:type="gramEnd"/>
          </w:p>
        </w:tc>
        <w:tc>
          <w:tcPr>
            <w:tcW w:w="1150" w:type="dxa"/>
            <w:vAlign w:val="center"/>
          </w:tcPr>
          <w:p w14:paraId="448A481D" w14:textId="77777777" w:rsidR="00BE2544" w:rsidRDefault="00BE2544" w:rsidP="00BE2544">
            <w:pPr>
              <w:jc w:val="center"/>
              <w:rPr>
                <w:sz w:val="20"/>
                <w:szCs w:val="20"/>
              </w:rPr>
            </w:pPr>
            <w:r>
              <w:rPr>
                <w:sz w:val="20"/>
                <w:szCs w:val="20"/>
              </w:rPr>
              <w:t>Moderate</w:t>
            </w:r>
          </w:p>
        </w:tc>
        <w:tc>
          <w:tcPr>
            <w:tcW w:w="1673" w:type="dxa"/>
            <w:vAlign w:val="center"/>
          </w:tcPr>
          <w:p w14:paraId="07FD4DA4" w14:textId="77777777" w:rsidR="00BE2544" w:rsidRDefault="00BE2544" w:rsidP="00BE2544">
            <w:pPr>
              <w:rPr>
                <w:sz w:val="20"/>
                <w:szCs w:val="20"/>
              </w:rPr>
            </w:pPr>
            <w:r>
              <w:rPr>
                <w:sz w:val="20"/>
                <w:szCs w:val="20"/>
              </w:rPr>
              <w:t>Adjunctive only</w:t>
            </w:r>
          </w:p>
        </w:tc>
        <w:tc>
          <w:tcPr>
            <w:tcW w:w="3112" w:type="dxa"/>
            <w:vAlign w:val="center"/>
          </w:tcPr>
          <w:p w14:paraId="1B983C89" w14:textId="77777777" w:rsidR="00BE2544" w:rsidRDefault="00BE2544" w:rsidP="00BE2544">
            <w:pPr>
              <w:rPr>
                <w:sz w:val="20"/>
                <w:szCs w:val="20"/>
              </w:rPr>
            </w:pPr>
            <w:r>
              <w:rPr>
                <w:sz w:val="20"/>
                <w:szCs w:val="20"/>
              </w:rPr>
              <w:t>Pulpotomy with calcium-silicate cement using conventional hemostasis (NaOCl/saline); RCT if irreversible</w:t>
            </w:r>
          </w:p>
        </w:tc>
      </w:tr>
      <w:tr w:rsidR="00BE2544" w14:paraId="1651012C" w14:textId="77777777" w:rsidTr="00BE2544">
        <w:tc>
          <w:tcPr>
            <w:tcW w:w="938" w:type="dxa"/>
            <w:vAlign w:val="center"/>
          </w:tcPr>
          <w:p w14:paraId="392DBD01" w14:textId="77777777" w:rsidR="00BE2544" w:rsidRDefault="00BE2544" w:rsidP="00BE2544">
            <w:pPr>
              <w:jc w:val="center"/>
              <w:rPr>
                <w:sz w:val="20"/>
                <w:szCs w:val="20"/>
              </w:rPr>
            </w:pPr>
            <w:r>
              <w:rPr>
                <w:b/>
                <w:sz w:val="20"/>
                <w:szCs w:val="20"/>
              </w:rPr>
              <w:t>15</w:t>
            </w:r>
          </w:p>
        </w:tc>
        <w:tc>
          <w:tcPr>
            <w:tcW w:w="1983" w:type="dxa"/>
            <w:vAlign w:val="center"/>
          </w:tcPr>
          <w:p w14:paraId="2AB8B258" w14:textId="684956F2" w:rsidR="00BE2544" w:rsidRDefault="00BE2544" w:rsidP="00BE2544">
            <w:pPr>
              <w:rPr>
                <w:sz w:val="20"/>
                <w:szCs w:val="20"/>
              </w:rPr>
            </w:pPr>
            <w:proofErr w:type="gramStart"/>
            <w:r>
              <w:rPr>
                <w:sz w:val="20"/>
                <w:szCs w:val="20"/>
              </w:rPr>
              <w:t>B  Endodontic</w:t>
            </w:r>
            <w:proofErr w:type="gramEnd"/>
          </w:p>
        </w:tc>
        <w:tc>
          <w:tcPr>
            <w:tcW w:w="1150" w:type="dxa"/>
            <w:vAlign w:val="center"/>
          </w:tcPr>
          <w:p w14:paraId="0A9EB1CA" w14:textId="77777777" w:rsidR="00BE2544" w:rsidRDefault="00BE2544" w:rsidP="00BE2544">
            <w:pPr>
              <w:jc w:val="center"/>
              <w:rPr>
                <w:sz w:val="20"/>
                <w:szCs w:val="20"/>
              </w:rPr>
            </w:pPr>
            <w:r>
              <w:rPr>
                <w:sz w:val="20"/>
                <w:szCs w:val="20"/>
              </w:rPr>
              <w:t>Moderate</w:t>
            </w:r>
          </w:p>
        </w:tc>
        <w:tc>
          <w:tcPr>
            <w:tcW w:w="1673" w:type="dxa"/>
            <w:vAlign w:val="center"/>
          </w:tcPr>
          <w:p w14:paraId="0517415E" w14:textId="77777777" w:rsidR="00BE2544" w:rsidRDefault="00BE2544" w:rsidP="00BE2544">
            <w:pPr>
              <w:rPr>
                <w:sz w:val="20"/>
                <w:szCs w:val="20"/>
              </w:rPr>
            </w:pPr>
            <w:r>
              <w:rPr>
                <w:sz w:val="20"/>
                <w:szCs w:val="20"/>
              </w:rPr>
              <w:t>Adjunctive only</w:t>
            </w:r>
          </w:p>
        </w:tc>
        <w:tc>
          <w:tcPr>
            <w:tcW w:w="3112" w:type="dxa"/>
            <w:vAlign w:val="center"/>
          </w:tcPr>
          <w:p w14:paraId="6833625A" w14:textId="77777777" w:rsidR="00BE2544" w:rsidRDefault="00BE2544" w:rsidP="00BE2544">
            <w:pPr>
              <w:rPr>
                <w:sz w:val="20"/>
                <w:szCs w:val="20"/>
              </w:rPr>
            </w:pPr>
            <w:r>
              <w:rPr>
                <w:sz w:val="20"/>
                <w:szCs w:val="20"/>
              </w:rPr>
              <w:t>Direct pulp cap with calcium-silicate and conventional hemostasis; emphasis on the coronal seal</w:t>
            </w:r>
          </w:p>
        </w:tc>
      </w:tr>
      <w:tr w:rsidR="00BE2544" w14:paraId="7C5577E9" w14:textId="77777777" w:rsidTr="00BE2544">
        <w:tc>
          <w:tcPr>
            <w:tcW w:w="938" w:type="dxa"/>
            <w:vAlign w:val="center"/>
          </w:tcPr>
          <w:p w14:paraId="3CA6ACBB" w14:textId="77777777" w:rsidR="00BE2544" w:rsidRDefault="00BE2544" w:rsidP="00BE2544">
            <w:pPr>
              <w:jc w:val="center"/>
              <w:rPr>
                <w:sz w:val="20"/>
                <w:szCs w:val="20"/>
              </w:rPr>
            </w:pPr>
            <w:r>
              <w:rPr>
                <w:b/>
                <w:sz w:val="20"/>
                <w:szCs w:val="20"/>
              </w:rPr>
              <w:t>16</w:t>
            </w:r>
          </w:p>
        </w:tc>
        <w:tc>
          <w:tcPr>
            <w:tcW w:w="1983" w:type="dxa"/>
            <w:vAlign w:val="center"/>
          </w:tcPr>
          <w:p w14:paraId="613D612A" w14:textId="6F275A0C" w:rsidR="00BE2544" w:rsidRDefault="00BE2544" w:rsidP="00BE2544">
            <w:pPr>
              <w:rPr>
                <w:sz w:val="20"/>
                <w:szCs w:val="20"/>
              </w:rPr>
            </w:pPr>
            <w:proofErr w:type="gramStart"/>
            <w:r>
              <w:rPr>
                <w:sz w:val="20"/>
                <w:szCs w:val="20"/>
              </w:rPr>
              <w:t>B  Endodontic</w:t>
            </w:r>
            <w:proofErr w:type="gramEnd"/>
          </w:p>
        </w:tc>
        <w:tc>
          <w:tcPr>
            <w:tcW w:w="1150" w:type="dxa"/>
            <w:vAlign w:val="center"/>
          </w:tcPr>
          <w:p w14:paraId="0AC5834B" w14:textId="77777777" w:rsidR="00BE2544" w:rsidRDefault="00BE2544" w:rsidP="00BE2544">
            <w:pPr>
              <w:jc w:val="center"/>
              <w:rPr>
                <w:sz w:val="20"/>
                <w:szCs w:val="20"/>
              </w:rPr>
            </w:pPr>
            <w:r>
              <w:rPr>
                <w:sz w:val="20"/>
                <w:szCs w:val="20"/>
              </w:rPr>
              <w:t>Moderate</w:t>
            </w:r>
          </w:p>
        </w:tc>
        <w:tc>
          <w:tcPr>
            <w:tcW w:w="1673" w:type="dxa"/>
            <w:vAlign w:val="center"/>
          </w:tcPr>
          <w:p w14:paraId="564A9176" w14:textId="77777777" w:rsidR="00BE2544" w:rsidRDefault="00BE2544" w:rsidP="00BE2544">
            <w:pPr>
              <w:rPr>
                <w:sz w:val="20"/>
                <w:szCs w:val="20"/>
              </w:rPr>
            </w:pPr>
            <w:r>
              <w:rPr>
                <w:sz w:val="20"/>
                <w:szCs w:val="20"/>
              </w:rPr>
              <w:t>Adjunctive only</w:t>
            </w:r>
          </w:p>
        </w:tc>
        <w:tc>
          <w:tcPr>
            <w:tcW w:w="3112" w:type="dxa"/>
            <w:vAlign w:val="center"/>
          </w:tcPr>
          <w:p w14:paraId="05BB4512" w14:textId="77777777" w:rsidR="00BE2544" w:rsidRDefault="00BE2544" w:rsidP="00BE2544">
            <w:pPr>
              <w:rPr>
                <w:sz w:val="20"/>
                <w:szCs w:val="20"/>
              </w:rPr>
            </w:pPr>
            <w:r>
              <w:rPr>
                <w:sz w:val="20"/>
                <w:szCs w:val="20"/>
              </w:rPr>
              <w:t>17% EDTA then NaOCl with ultrasonic/sonic activation (proven smear-layer removal)</w:t>
            </w:r>
          </w:p>
        </w:tc>
      </w:tr>
      <w:tr w:rsidR="00734CF2" w14:paraId="1B7FA840" w14:textId="77777777" w:rsidTr="00BE2544">
        <w:tc>
          <w:tcPr>
            <w:tcW w:w="938" w:type="dxa"/>
            <w:vAlign w:val="center"/>
          </w:tcPr>
          <w:p w14:paraId="75E62492" w14:textId="77777777" w:rsidR="00734CF2" w:rsidRDefault="00000000">
            <w:pPr>
              <w:jc w:val="center"/>
              <w:rPr>
                <w:sz w:val="20"/>
                <w:szCs w:val="20"/>
              </w:rPr>
            </w:pPr>
            <w:r>
              <w:rPr>
                <w:b/>
                <w:sz w:val="20"/>
                <w:szCs w:val="20"/>
              </w:rPr>
              <w:t>17</w:t>
            </w:r>
          </w:p>
        </w:tc>
        <w:tc>
          <w:tcPr>
            <w:tcW w:w="1983" w:type="dxa"/>
            <w:vAlign w:val="center"/>
          </w:tcPr>
          <w:p w14:paraId="1915E9DB" w14:textId="53B66C0E" w:rsidR="00734CF2" w:rsidRDefault="00000000">
            <w:pPr>
              <w:rPr>
                <w:sz w:val="20"/>
                <w:szCs w:val="20"/>
              </w:rPr>
            </w:pPr>
            <w:proofErr w:type="gramStart"/>
            <w:r>
              <w:rPr>
                <w:sz w:val="20"/>
                <w:szCs w:val="20"/>
              </w:rPr>
              <w:t>C  Restorative</w:t>
            </w:r>
            <w:proofErr w:type="gramEnd"/>
            <w:r>
              <w:rPr>
                <w:sz w:val="20"/>
                <w:szCs w:val="20"/>
              </w:rPr>
              <w:t>/Prosthetic</w:t>
            </w:r>
          </w:p>
        </w:tc>
        <w:tc>
          <w:tcPr>
            <w:tcW w:w="1150" w:type="dxa"/>
            <w:vAlign w:val="center"/>
          </w:tcPr>
          <w:p w14:paraId="78B930ED" w14:textId="77777777" w:rsidR="00734CF2" w:rsidRDefault="00000000">
            <w:pPr>
              <w:jc w:val="center"/>
              <w:rPr>
                <w:sz w:val="20"/>
                <w:szCs w:val="20"/>
              </w:rPr>
            </w:pPr>
            <w:r>
              <w:rPr>
                <w:sz w:val="20"/>
                <w:szCs w:val="20"/>
              </w:rPr>
              <w:t>Low</w:t>
            </w:r>
          </w:p>
        </w:tc>
        <w:tc>
          <w:tcPr>
            <w:tcW w:w="1673" w:type="dxa"/>
            <w:vAlign w:val="center"/>
          </w:tcPr>
          <w:p w14:paraId="7396E10A" w14:textId="77777777" w:rsidR="00734CF2" w:rsidRDefault="00000000">
            <w:pPr>
              <w:rPr>
                <w:sz w:val="20"/>
                <w:szCs w:val="20"/>
              </w:rPr>
            </w:pPr>
            <w:r>
              <w:rPr>
                <w:sz w:val="20"/>
                <w:szCs w:val="20"/>
              </w:rPr>
              <w:t>Indicated</w:t>
            </w:r>
          </w:p>
        </w:tc>
        <w:tc>
          <w:tcPr>
            <w:tcW w:w="3112" w:type="dxa"/>
            <w:vAlign w:val="center"/>
          </w:tcPr>
          <w:p w14:paraId="7E444107" w14:textId="77777777" w:rsidR="00734CF2" w:rsidRDefault="00000000">
            <w:pPr>
              <w:rPr>
                <w:sz w:val="20"/>
                <w:szCs w:val="20"/>
              </w:rPr>
            </w:pPr>
            <w:r>
              <w:rPr>
                <w:sz w:val="20"/>
                <w:szCs w:val="20"/>
              </w:rPr>
              <w:t>Conventional rotary excavation (benchmark); chemo-mechanical or hand caries removal</w:t>
            </w:r>
          </w:p>
        </w:tc>
      </w:tr>
      <w:tr w:rsidR="00BE2544" w14:paraId="127E759C" w14:textId="77777777" w:rsidTr="00BE2544">
        <w:tc>
          <w:tcPr>
            <w:tcW w:w="938" w:type="dxa"/>
            <w:vAlign w:val="center"/>
          </w:tcPr>
          <w:p w14:paraId="0B6658B9" w14:textId="77777777" w:rsidR="00BE2544" w:rsidRDefault="00BE2544" w:rsidP="00BE2544">
            <w:pPr>
              <w:jc w:val="center"/>
              <w:rPr>
                <w:sz w:val="20"/>
                <w:szCs w:val="20"/>
              </w:rPr>
            </w:pPr>
            <w:r>
              <w:rPr>
                <w:b/>
                <w:sz w:val="20"/>
                <w:szCs w:val="20"/>
              </w:rPr>
              <w:t>18</w:t>
            </w:r>
          </w:p>
        </w:tc>
        <w:tc>
          <w:tcPr>
            <w:tcW w:w="1983" w:type="dxa"/>
            <w:vAlign w:val="center"/>
          </w:tcPr>
          <w:p w14:paraId="706670E5" w14:textId="2F950375" w:rsidR="00BE2544" w:rsidRDefault="00BE2544" w:rsidP="00BE2544">
            <w:pPr>
              <w:rPr>
                <w:sz w:val="20"/>
                <w:szCs w:val="20"/>
              </w:rPr>
            </w:pPr>
            <w:proofErr w:type="gramStart"/>
            <w:r>
              <w:rPr>
                <w:sz w:val="20"/>
                <w:szCs w:val="20"/>
              </w:rPr>
              <w:t>C  Restorative</w:t>
            </w:r>
            <w:proofErr w:type="gramEnd"/>
            <w:r>
              <w:rPr>
                <w:sz w:val="20"/>
                <w:szCs w:val="20"/>
              </w:rPr>
              <w:t>/Prosthetic</w:t>
            </w:r>
          </w:p>
        </w:tc>
        <w:tc>
          <w:tcPr>
            <w:tcW w:w="1150" w:type="dxa"/>
            <w:vAlign w:val="center"/>
          </w:tcPr>
          <w:p w14:paraId="2505EA2B" w14:textId="77777777" w:rsidR="00BE2544" w:rsidRDefault="00BE2544" w:rsidP="00BE2544">
            <w:pPr>
              <w:jc w:val="center"/>
              <w:rPr>
                <w:sz w:val="20"/>
                <w:szCs w:val="20"/>
              </w:rPr>
            </w:pPr>
            <w:r>
              <w:rPr>
                <w:sz w:val="20"/>
                <w:szCs w:val="20"/>
              </w:rPr>
              <w:t>Moderate</w:t>
            </w:r>
          </w:p>
        </w:tc>
        <w:tc>
          <w:tcPr>
            <w:tcW w:w="1673" w:type="dxa"/>
            <w:vAlign w:val="center"/>
          </w:tcPr>
          <w:p w14:paraId="6EF53987" w14:textId="77777777" w:rsidR="00BE2544" w:rsidRDefault="00BE2544" w:rsidP="00BE2544">
            <w:pPr>
              <w:rPr>
                <w:sz w:val="20"/>
                <w:szCs w:val="20"/>
              </w:rPr>
            </w:pPr>
            <w:r>
              <w:rPr>
                <w:sz w:val="20"/>
                <w:szCs w:val="20"/>
              </w:rPr>
              <w:t>Not indicated</w:t>
            </w:r>
          </w:p>
        </w:tc>
        <w:tc>
          <w:tcPr>
            <w:tcW w:w="3112" w:type="dxa"/>
            <w:vAlign w:val="center"/>
          </w:tcPr>
          <w:p w14:paraId="50ACDBF0" w14:textId="77777777" w:rsidR="00BE2544" w:rsidRDefault="00BE2544" w:rsidP="00BE2544">
            <w:pPr>
              <w:rPr>
                <w:sz w:val="20"/>
                <w:szCs w:val="20"/>
              </w:rPr>
            </w:pPr>
            <w:r>
              <w:rPr>
                <w:sz w:val="20"/>
                <w:szCs w:val="20"/>
              </w:rPr>
              <w:t>Phosphoric-acid etching of enamel (gold standard) with standard adhesive protocol</w:t>
            </w:r>
          </w:p>
        </w:tc>
      </w:tr>
      <w:tr w:rsidR="00BE2544" w14:paraId="172B456A" w14:textId="77777777" w:rsidTr="00BE2544">
        <w:tc>
          <w:tcPr>
            <w:tcW w:w="938" w:type="dxa"/>
            <w:vAlign w:val="center"/>
          </w:tcPr>
          <w:p w14:paraId="187298F9" w14:textId="77777777" w:rsidR="00BE2544" w:rsidRDefault="00BE2544" w:rsidP="00BE2544">
            <w:pPr>
              <w:jc w:val="center"/>
              <w:rPr>
                <w:sz w:val="20"/>
                <w:szCs w:val="20"/>
              </w:rPr>
            </w:pPr>
            <w:r>
              <w:rPr>
                <w:b/>
                <w:sz w:val="20"/>
                <w:szCs w:val="20"/>
              </w:rPr>
              <w:t>19</w:t>
            </w:r>
          </w:p>
        </w:tc>
        <w:tc>
          <w:tcPr>
            <w:tcW w:w="1983" w:type="dxa"/>
            <w:vAlign w:val="center"/>
          </w:tcPr>
          <w:p w14:paraId="7F633DE1" w14:textId="3D59CEB3" w:rsidR="00BE2544" w:rsidRDefault="00BE2544" w:rsidP="00BE2544">
            <w:pPr>
              <w:rPr>
                <w:sz w:val="20"/>
                <w:szCs w:val="20"/>
              </w:rPr>
            </w:pPr>
            <w:proofErr w:type="gramStart"/>
            <w:r>
              <w:rPr>
                <w:sz w:val="20"/>
                <w:szCs w:val="20"/>
              </w:rPr>
              <w:t>C  Restorative</w:t>
            </w:r>
            <w:proofErr w:type="gramEnd"/>
            <w:r>
              <w:rPr>
                <w:sz w:val="20"/>
                <w:szCs w:val="20"/>
              </w:rPr>
              <w:t>/Prosthetic</w:t>
            </w:r>
          </w:p>
        </w:tc>
        <w:tc>
          <w:tcPr>
            <w:tcW w:w="1150" w:type="dxa"/>
            <w:vAlign w:val="center"/>
          </w:tcPr>
          <w:p w14:paraId="1D49CE23" w14:textId="77777777" w:rsidR="00BE2544" w:rsidRDefault="00BE2544" w:rsidP="00BE2544">
            <w:pPr>
              <w:jc w:val="center"/>
              <w:rPr>
                <w:sz w:val="20"/>
                <w:szCs w:val="20"/>
              </w:rPr>
            </w:pPr>
            <w:r>
              <w:rPr>
                <w:sz w:val="20"/>
                <w:szCs w:val="20"/>
              </w:rPr>
              <w:t>Low</w:t>
            </w:r>
          </w:p>
        </w:tc>
        <w:tc>
          <w:tcPr>
            <w:tcW w:w="1673" w:type="dxa"/>
            <w:vAlign w:val="center"/>
          </w:tcPr>
          <w:p w14:paraId="3375CFAF" w14:textId="77777777" w:rsidR="00BE2544" w:rsidRDefault="00BE2544" w:rsidP="00BE2544">
            <w:pPr>
              <w:rPr>
                <w:sz w:val="20"/>
                <w:szCs w:val="20"/>
              </w:rPr>
            </w:pPr>
            <w:r>
              <w:rPr>
                <w:sz w:val="20"/>
                <w:szCs w:val="20"/>
              </w:rPr>
              <w:t>Adjunctive only</w:t>
            </w:r>
          </w:p>
        </w:tc>
        <w:tc>
          <w:tcPr>
            <w:tcW w:w="3112" w:type="dxa"/>
            <w:vAlign w:val="center"/>
          </w:tcPr>
          <w:p w14:paraId="49AD448A" w14:textId="77777777" w:rsidR="00BE2544" w:rsidRDefault="00BE2544" w:rsidP="00BE2544">
            <w:pPr>
              <w:rPr>
                <w:sz w:val="20"/>
                <w:szCs w:val="20"/>
              </w:rPr>
            </w:pPr>
            <w:r>
              <w:rPr>
                <w:sz w:val="20"/>
                <w:szCs w:val="20"/>
              </w:rPr>
              <w:t>Desensitising dentifrices (K-nitrate/stannous F); in-office desensitising agents/varnishes; restorations for defects</w:t>
            </w:r>
          </w:p>
        </w:tc>
      </w:tr>
      <w:tr w:rsidR="00BE2544" w14:paraId="3BA6173A" w14:textId="77777777" w:rsidTr="00BE2544">
        <w:tc>
          <w:tcPr>
            <w:tcW w:w="938" w:type="dxa"/>
            <w:vAlign w:val="center"/>
          </w:tcPr>
          <w:p w14:paraId="7212C0D5" w14:textId="77777777" w:rsidR="00BE2544" w:rsidRDefault="00BE2544" w:rsidP="00BE2544">
            <w:pPr>
              <w:jc w:val="center"/>
              <w:rPr>
                <w:sz w:val="20"/>
                <w:szCs w:val="20"/>
              </w:rPr>
            </w:pPr>
            <w:r>
              <w:rPr>
                <w:b/>
                <w:sz w:val="20"/>
                <w:szCs w:val="20"/>
              </w:rPr>
              <w:t>20</w:t>
            </w:r>
          </w:p>
        </w:tc>
        <w:tc>
          <w:tcPr>
            <w:tcW w:w="1983" w:type="dxa"/>
            <w:vAlign w:val="center"/>
          </w:tcPr>
          <w:p w14:paraId="547C969A" w14:textId="682398C1" w:rsidR="00BE2544" w:rsidRDefault="00BE2544" w:rsidP="00BE2544">
            <w:pPr>
              <w:rPr>
                <w:sz w:val="20"/>
                <w:szCs w:val="20"/>
              </w:rPr>
            </w:pPr>
            <w:proofErr w:type="gramStart"/>
            <w:r>
              <w:rPr>
                <w:sz w:val="20"/>
                <w:szCs w:val="20"/>
              </w:rPr>
              <w:t xml:space="preserve">C  </w:t>
            </w:r>
            <w:r>
              <w:rPr>
                <w:sz w:val="20"/>
                <w:szCs w:val="20"/>
              </w:rPr>
              <w:lastRenderedPageBreak/>
              <w:t>Restorative</w:t>
            </w:r>
            <w:proofErr w:type="gramEnd"/>
            <w:r>
              <w:rPr>
                <w:sz w:val="20"/>
                <w:szCs w:val="20"/>
              </w:rPr>
              <w:t>/Prosthetic</w:t>
            </w:r>
          </w:p>
        </w:tc>
        <w:tc>
          <w:tcPr>
            <w:tcW w:w="1150" w:type="dxa"/>
            <w:vAlign w:val="center"/>
          </w:tcPr>
          <w:p w14:paraId="4AAA6916" w14:textId="77777777" w:rsidR="00BE2544" w:rsidRDefault="00BE2544" w:rsidP="00BE2544">
            <w:pPr>
              <w:jc w:val="center"/>
              <w:rPr>
                <w:sz w:val="20"/>
                <w:szCs w:val="20"/>
              </w:rPr>
            </w:pPr>
            <w:r>
              <w:rPr>
                <w:sz w:val="20"/>
                <w:szCs w:val="20"/>
              </w:rPr>
              <w:lastRenderedPageBreak/>
              <w:t>Low</w:t>
            </w:r>
          </w:p>
        </w:tc>
        <w:tc>
          <w:tcPr>
            <w:tcW w:w="1673" w:type="dxa"/>
            <w:vAlign w:val="center"/>
          </w:tcPr>
          <w:p w14:paraId="068E545A" w14:textId="77777777" w:rsidR="00BE2544" w:rsidRDefault="00BE2544" w:rsidP="00BE2544">
            <w:pPr>
              <w:rPr>
                <w:sz w:val="20"/>
                <w:szCs w:val="20"/>
              </w:rPr>
            </w:pPr>
            <w:r>
              <w:rPr>
                <w:sz w:val="20"/>
                <w:szCs w:val="20"/>
              </w:rPr>
              <w:t>Not indicated</w:t>
            </w:r>
          </w:p>
        </w:tc>
        <w:tc>
          <w:tcPr>
            <w:tcW w:w="3112" w:type="dxa"/>
            <w:vAlign w:val="center"/>
          </w:tcPr>
          <w:p w14:paraId="1D46AEA1" w14:textId="77777777" w:rsidR="00BE2544" w:rsidRDefault="00BE2544" w:rsidP="00BE2544">
            <w:pPr>
              <w:rPr>
                <w:sz w:val="20"/>
                <w:szCs w:val="20"/>
              </w:rPr>
            </w:pPr>
            <w:r>
              <w:rPr>
                <w:sz w:val="20"/>
                <w:szCs w:val="20"/>
              </w:rPr>
              <w:t xml:space="preserve">In-office hydrogen-peroxide </w:t>
            </w:r>
            <w:r>
              <w:rPr>
                <w:sz w:val="20"/>
                <w:szCs w:val="20"/>
              </w:rPr>
              <w:lastRenderedPageBreak/>
              <w:t>whitening without light/laser activation; at-home tray bleaching</w:t>
            </w:r>
          </w:p>
        </w:tc>
      </w:tr>
      <w:tr w:rsidR="00BE2544" w14:paraId="08672D1D" w14:textId="77777777" w:rsidTr="00BE2544">
        <w:tc>
          <w:tcPr>
            <w:tcW w:w="938" w:type="dxa"/>
            <w:vAlign w:val="center"/>
          </w:tcPr>
          <w:p w14:paraId="6DD5E382" w14:textId="77777777" w:rsidR="00BE2544" w:rsidRDefault="00BE2544" w:rsidP="00BE2544">
            <w:pPr>
              <w:jc w:val="center"/>
              <w:rPr>
                <w:sz w:val="20"/>
                <w:szCs w:val="20"/>
              </w:rPr>
            </w:pPr>
            <w:r>
              <w:rPr>
                <w:b/>
                <w:sz w:val="20"/>
                <w:szCs w:val="20"/>
              </w:rPr>
              <w:lastRenderedPageBreak/>
              <w:t>21</w:t>
            </w:r>
          </w:p>
        </w:tc>
        <w:tc>
          <w:tcPr>
            <w:tcW w:w="1983" w:type="dxa"/>
            <w:vAlign w:val="center"/>
          </w:tcPr>
          <w:p w14:paraId="4185F174" w14:textId="43D81F94" w:rsidR="00BE2544" w:rsidRDefault="00BE2544" w:rsidP="00BE2544">
            <w:pPr>
              <w:rPr>
                <w:sz w:val="20"/>
                <w:szCs w:val="20"/>
              </w:rPr>
            </w:pPr>
            <w:proofErr w:type="gramStart"/>
            <w:r>
              <w:rPr>
                <w:sz w:val="20"/>
                <w:szCs w:val="20"/>
              </w:rPr>
              <w:t>C  Restorative</w:t>
            </w:r>
            <w:proofErr w:type="gramEnd"/>
            <w:r>
              <w:rPr>
                <w:sz w:val="20"/>
                <w:szCs w:val="20"/>
              </w:rPr>
              <w:t>/Prosthetic</w:t>
            </w:r>
          </w:p>
        </w:tc>
        <w:tc>
          <w:tcPr>
            <w:tcW w:w="1150" w:type="dxa"/>
            <w:vAlign w:val="center"/>
          </w:tcPr>
          <w:p w14:paraId="4A8CD977" w14:textId="77777777" w:rsidR="00BE2544" w:rsidRDefault="00BE2544" w:rsidP="00BE2544">
            <w:pPr>
              <w:jc w:val="center"/>
              <w:rPr>
                <w:sz w:val="20"/>
                <w:szCs w:val="20"/>
              </w:rPr>
            </w:pPr>
            <w:r>
              <w:rPr>
                <w:sz w:val="20"/>
                <w:szCs w:val="20"/>
              </w:rPr>
              <w:t>Low</w:t>
            </w:r>
          </w:p>
        </w:tc>
        <w:tc>
          <w:tcPr>
            <w:tcW w:w="1673" w:type="dxa"/>
            <w:vAlign w:val="center"/>
          </w:tcPr>
          <w:p w14:paraId="187F7A68" w14:textId="77777777" w:rsidR="00BE2544" w:rsidRDefault="00BE2544" w:rsidP="00BE2544">
            <w:pPr>
              <w:rPr>
                <w:sz w:val="20"/>
                <w:szCs w:val="20"/>
              </w:rPr>
            </w:pPr>
            <w:r>
              <w:rPr>
                <w:sz w:val="20"/>
                <w:szCs w:val="20"/>
              </w:rPr>
              <w:t>Indicated</w:t>
            </w:r>
          </w:p>
        </w:tc>
        <w:tc>
          <w:tcPr>
            <w:tcW w:w="3112" w:type="dxa"/>
            <w:vAlign w:val="center"/>
          </w:tcPr>
          <w:p w14:paraId="6D87A8E4" w14:textId="77777777" w:rsidR="00BE2544" w:rsidRDefault="00BE2544" w:rsidP="00BE2544">
            <w:pPr>
              <w:rPr>
                <w:sz w:val="20"/>
                <w:szCs w:val="20"/>
              </w:rPr>
            </w:pPr>
            <w:r>
              <w:rPr>
                <w:sz w:val="20"/>
                <w:szCs w:val="20"/>
              </w:rPr>
              <w:t>Retraction cord (single/double); retraction paste; electrosurgery</w:t>
            </w:r>
          </w:p>
        </w:tc>
      </w:tr>
      <w:tr w:rsidR="00BE2544" w14:paraId="45B6D83B" w14:textId="77777777" w:rsidTr="00BE2544">
        <w:tc>
          <w:tcPr>
            <w:tcW w:w="938" w:type="dxa"/>
            <w:vAlign w:val="center"/>
          </w:tcPr>
          <w:p w14:paraId="793A75CB" w14:textId="77777777" w:rsidR="00BE2544" w:rsidRDefault="00BE2544" w:rsidP="00BE2544">
            <w:pPr>
              <w:jc w:val="center"/>
              <w:rPr>
                <w:sz w:val="20"/>
                <w:szCs w:val="20"/>
              </w:rPr>
            </w:pPr>
            <w:r>
              <w:rPr>
                <w:b/>
                <w:sz w:val="20"/>
                <w:szCs w:val="20"/>
              </w:rPr>
              <w:t>22</w:t>
            </w:r>
          </w:p>
        </w:tc>
        <w:tc>
          <w:tcPr>
            <w:tcW w:w="1983" w:type="dxa"/>
            <w:vAlign w:val="center"/>
          </w:tcPr>
          <w:p w14:paraId="52C5D8CB" w14:textId="6DD1A5E3" w:rsidR="00BE2544" w:rsidRDefault="00BE2544" w:rsidP="00BE2544">
            <w:pPr>
              <w:rPr>
                <w:sz w:val="20"/>
                <w:szCs w:val="20"/>
              </w:rPr>
            </w:pPr>
            <w:proofErr w:type="gramStart"/>
            <w:r>
              <w:rPr>
                <w:sz w:val="20"/>
                <w:szCs w:val="20"/>
              </w:rPr>
              <w:t>C  Restorative</w:t>
            </w:r>
            <w:proofErr w:type="gramEnd"/>
            <w:r>
              <w:rPr>
                <w:sz w:val="20"/>
                <w:szCs w:val="20"/>
              </w:rPr>
              <w:t>/Prosthetic</w:t>
            </w:r>
          </w:p>
        </w:tc>
        <w:tc>
          <w:tcPr>
            <w:tcW w:w="1150" w:type="dxa"/>
            <w:vAlign w:val="center"/>
          </w:tcPr>
          <w:p w14:paraId="0B1ABAE4" w14:textId="77777777" w:rsidR="00BE2544" w:rsidRDefault="00BE2544" w:rsidP="00BE2544">
            <w:pPr>
              <w:jc w:val="center"/>
              <w:rPr>
                <w:sz w:val="20"/>
                <w:szCs w:val="20"/>
              </w:rPr>
            </w:pPr>
            <w:r>
              <w:rPr>
                <w:sz w:val="20"/>
                <w:szCs w:val="20"/>
              </w:rPr>
              <w:t>Moderate</w:t>
            </w:r>
          </w:p>
        </w:tc>
        <w:tc>
          <w:tcPr>
            <w:tcW w:w="1673" w:type="dxa"/>
            <w:vAlign w:val="center"/>
          </w:tcPr>
          <w:p w14:paraId="1B8079D3" w14:textId="77777777" w:rsidR="00BE2544" w:rsidRDefault="00BE2544" w:rsidP="00BE2544">
            <w:pPr>
              <w:rPr>
                <w:sz w:val="20"/>
                <w:szCs w:val="20"/>
              </w:rPr>
            </w:pPr>
            <w:r>
              <w:rPr>
                <w:sz w:val="20"/>
                <w:szCs w:val="20"/>
              </w:rPr>
              <w:t>Indicated</w:t>
            </w:r>
          </w:p>
        </w:tc>
        <w:tc>
          <w:tcPr>
            <w:tcW w:w="3112" w:type="dxa"/>
            <w:vAlign w:val="center"/>
          </w:tcPr>
          <w:p w14:paraId="2ACE4196" w14:textId="77777777" w:rsidR="00BE2544" w:rsidRDefault="00BE2544" w:rsidP="00BE2544">
            <w:pPr>
              <w:rPr>
                <w:sz w:val="20"/>
                <w:szCs w:val="20"/>
              </w:rPr>
            </w:pPr>
            <w:r>
              <w:rPr>
                <w:sz w:val="20"/>
                <w:szCs w:val="20"/>
              </w:rPr>
              <w:t>Conventional removal by burring through the restoration (sacrifices tooth structure / the restoration)</w:t>
            </w:r>
          </w:p>
        </w:tc>
      </w:tr>
      <w:tr w:rsidR="00BE2544" w14:paraId="2BC735CE" w14:textId="77777777" w:rsidTr="00BE2544">
        <w:tc>
          <w:tcPr>
            <w:tcW w:w="938" w:type="dxa"/>
            <w:vAlign w:val="center"/>
          </w:tcPr>
          <w:p w14:paraId="129226E1" w14:textId="77777777" w:rsidR="00BE2544" w:rsidRDefault="00BE2544" w:rsidP="00BE2544">
            <w:pPr>
              <w:jc w:val="center"/>
              <w:rPr>
                <w:sz w:val="20"/>
                <w:szCs w:val="20"/>
              </w:rPr>
            </w:pPr>
            <w:r>
              <w:rPr>
                <w:b/>
                <w:sz w:val="20"/>
                <w:szCs w:val="20"/>
              </w:rPr>
              <w:t>23</w:t>
            </w:r>
          </w:p>
        </w:tc>
        <w:tc>
          <w:tcPr>
            <w:tcW w:w="1983" w:type="dxa"/>
            <w:vAlign w:val="center"/>
          </w:tcPr>
          <w:p w14:paraId="0BEA383E" w14:textId="4FB99901" w:rsidR="00BE2544" w:rsidRDefault="00BE2544" w:rsidP="00BE2544">
            <w:pPr>
              <w:rPr>
                <w:sz w:val="20"/>
                <w:szCs w:val="20"/>
              </w:rPr>
            </w:pPr>
            <w:proofErr w:type="gramStart"/>
            <w:r>
              <w:rPr>
                <w:sz w:val="20"/>
                <w:szCs w:val="20"/>
              </w:rPr>
              <w:t>C  Restorative</w:t>
            </w:r>
            <w:proofErr w:type="gramEnd"/>
            <w:r>
              <w:rPr>
                <w:sz w:val="20"/>
                <w:szCs w:val="20"/>
              </w:rPr>
              <w:t>/Prosthetic</w:t>
            </w:r>
          </w:p>
        </w:tc>
        <w:tc>
          <w:tcPr>
            <w:tcW w:w="1150" w:type="dxa"/>
            <w:vAlign w:val="center"/>
          </w:tcPr>
          <w:p w14:paraId="337C6656" w14:textId="77777777" w:rsidR="00BE2544" w:rsidRDefault="00BE2544" w:rsidP="00BE2544">
            <w:pPr>
              <w:jc w:val="center"/>
              <w:rPr>
                <w:sz w:val="20"/>
                <w:szCs w:val="20"/>
              </w:rPr>
            </w:pPr>
            <w:r>
              <w:rPr>
                <w:sz w:val="20"/>
                <w:szCs w:val="20"/>
              </w:rPr>
              <w:t>Low</w:t>
            </w:r>
          </w:p>
        </w:tc>
        <w:tc>
          <w:tcPr>
            <w:tcW w:w="1673" w:type="dxa"/>
            <w:vAlign w:val="center"/>
          </w:tcPr>
          <w:p w14:paraId="466EB37B" w14:textId="77777777" w:rsidR="00BE2544" w:rsidRDefault="00BE2544" w:rsidP="00BE2544">
            <w:pPr>
              <w:rPr>
                <w:sz w:val="20"/>
                <w:szCs w:val="20"/>
              </w:rPr>
            </w:pPr>
            <w:r>
              <w:rPr>
                <w:sz w:val="20"/>
                <w:szCs w:val="20"/>
              </w:rPr>
              <w:t>Adjunctive only</w:t>
            </w:r>
          </w:p>
        </w:tc>
        <w:tc>
          <w:tcPr>
            <w:tcW w:w="3112" w:type="dxa"/>
            <w:vAlign w:val="center"/>
          </w:tcPr>
          <w:p w14:paraId="1FE83F0A" w14:textId="77777777" w:rsidR="00BE2544" w:rsidRDefault="00BE2544" w:rsidP="00BE2544">
            <w:pPr>
              <w:rPr>
                <w:sz w:val="20"/>
                <w:szCs w:val="20"/>
              </w:rPr>
            </w:pPr>
            <w:r>
              <w:rPr>
                <w:sz w:val="20"/>
                <w:szCs w:val="20"/>
              </w:rPr>
              <w:t>Visual ICDAS examination plus bitewing radiographs (primary); fibre-optic transillumination [diagnostic adjunct]</w:t>
            </w:r>
          </w:p>
        </w:tc>
      </w:tr>
      <w:tr w:rsidR="00BE2544" w14:paraId="4E56DC35" w14:textId="77777777" w:rsidTr="00BE2544">
        <w:tc>
          <w:tcPr>
            <w:tcW w:w="938" w:type="dxa"/>
            <w:vAlign w:val="center"/>
          </w:tcPr>
          <w:p w14:paraId="1467EB24" w14:textId="77777777" w:rsidR="00BE2544" w:rsidRDefault="00BE2544" w:rsidP="00BE2544">
            <w:pPr>
              <w:jc w:val="center"/>
              <w:rPr>
                <w:sz w:val="20"/>
                <w:szCs w:val="20"/>
              </w:rPr>
            </w:pPr>
            <w:r>
              <w:rPr>
                <w:b/>
                <w:sz w:val="20"/>
                <w:szCs w:val="20"/>
              </w:rPr>
              <w:t>24</w:t>
            </w:r>
          </w:p>
        </w:tc>
        <w:tc>
          <w:tcPr>
            <w:tcW w:w="1983" w:type="dxa"/>
            <w:vAlign w:val="center"/>
          </w:tcPr>
          <w:p w14:paraId="71B48C9B" w14:textId="77476C8C" w:rsidR="00BE2544" w:rsidRDefault="00BE2544" w:rsidP="00BE2544">
            <w:pPr>
              <w:rPr>
                <w:sz w:val="20"/>
                <w:szCs w:val="20"/>
              </w:rPr>
            </w:pPr>
            <w:proofErr w:type="gramStart"/>
            <w:r>
              <w:rPr>
                <w:sz w:val="20"/>
                <w:szCs w:val="20"/>
              </w:rPr>
              <w:t>C  Restorative</w:t>
            </w:r>
            <w:proofErr w:type="gramEnd"/>
            <w:r>
              <w:rPr>
                <w:sz w:val="20"/>
                <w:szCs w:val="20"/>
              </w:rPr>
              <w:t>/Prosthetic</w:t>
            </w:r>
          </w:p>
        </w:tc>
        <w:tc>
          <w:tcPr>
            <w:tcW w:w="1150" w:type="dxa"/>
            <w:vAlign w:val="center"/>
          </w:tcPr>
          <w:p w14:paraId="36830FEB" w14:textId="77777777" w:rsidR="00BE2544" w:rsidRDefault="00BE2544" w:rsidP="00BE2544">
            <w:pPr>
              <w:jc w:val="center"/>
              <w:rPr>
                <w:sz w:val="20"/>
                <w:szCs w:val="20"/>
              </w:rPr>
            </w:pPr>
            <w:r>
              <w:rPr>
                <w:sz w:val="20"/>
                <w:szCs w:val="20"/>
              </w:rPr>
              <w:t>High</w:t>
            </w:r>
          </w:p>
        </w:tc>
        <w:tc>
          <w:tcPr>
            <w:tcW w:w="1673" w:type="dxa"/>
            <w:vAlign w:val="center"/>
          </w:tcPr>
          <w:p w14:paraId="5D067CB7" w14:textId="77777777" w:rsidR="00BE2544" w:rsidRDefault="00BE2544" w:rsidP="00BE2544">
            <w:pPr>
              <w:rPr>
                <w:sz w:val="20"/>
                <w:szCs w:val="20"/>
              </w:rPr>
            </w:pPr>
            <w:r>
              <w:rPr>
                <w:sz w:val="20"/>
                <w:szCs w:val="20"/>
              </w:rPr>
              <w:t>Indicated</w:t>
            </w:r>
          </w:p>
        </w:tc>
        <w:tc>
          <w:tcPr>
            <w:tcW w:w="3112" w:type="dxa"/>
            <w:vAlign w:val="center"/>
          </w:tcPr>
          <w:p w14:paraId="5CEB6A38" w14:textId="77777777" w:rsidR="00BE2544" w:rsidRDefault="00BE2544" w:rsidP="00BE2544">
            <w:pPr>
              <w:rPr>
                <w:sz w:val="20"/>
                <w:szCs w:val="20"/>
              </w:rPr>
            </w:pPr>
            <w:r>
              <w:rPr>
                <w:sz w:val="20"/>
                <w:szCs w:val="20"/>
              </w:rPr>
              <w:t>Desensitising agents (CPP-ACP, fluoride varnish), GI sealing, atraumatic adhesive restorations; planned extraction with orthodontic timing for poor-prognosis molars</w:t>
            </w:r>
          </w:p>
        </w:tc>
      </w:tr>
    </w:tbl>
    <w:p w14:paraId="754AAC60" w14:textId="21FF5A86" w:rsidR="00734CF2" w:rsidRPr="00BE2544" w:rsidRDefault="00000000">
      <w:pPr>
        <w:spacing w:after="120"/>
        <w:rPr>
          <w:iCs/>
          <w:sz w:val="24"/>
          <w:szCs w:val="24"/>
        </w:rPr>
      </w:pPr>
      <w:r>
        <w:rPr>
          <w:iCs/>
          <w:sz w:val="24"/>
          <w:szCs w:val="24"/>
        </w:rPr>
        <w:t>The clinical-complexity and laser-role classifications were assigned by consensus of the domain specialists before response scoring, grounded in the vignette content (Online Resource 1) and the consensus literature.</w:t>
      </w:r>
    </w:p>
    <w:p w14:paraId="1E54F51A" w14:textId="77777777" w:rsidR="00BE2544" w:rsidRDefault="00BE2544">
      <w:pPr>
        <w:spacing w:before="200" w:after="100"/>
        <w:rPr>
          <w:b/>
          <w:sz w:val="24"/>
          <w:szCs w:val="24"/>
        </w:rPr>
      </w:pPr>
    </w:p>
    <w:p w14:paraId="4CC3D7E2" w14:textId="58C1CFFD" w:rsidR="00734CF2" w:rsidRDefault="00000000">
      <w:pPr>
        <w:spacing w:before="200" w:after="100"/>
        <w:rPr>
          <w:sz w:val="24"/>
          <w:szCs w:val="24"/>
        </w:rPr>
      </w:pPr>
      <w:r>
        <w:rPr>
          <w:b/>
          <w:sz w:val="24"/>
          <w:szCs w:val="24"/>
        </w:rPr>
        <w:t>Table S12. Frequency distribution of individual Likert ratings by platform and parameter</w:t>
      </w:r>
    </w:p>
    <w:p w14:paraId="103DE06E" w14:textId="77777777" w:rsidR="00734CF2" w:rsidRDefault="00000000">
      <w:pPr>
        <w:spacing w:after="120"/>
        <w:rPr>
          <w:sz w:val="24"/>
          <w:szCs w:val="24"/>
        </w:rPr>
      </w:pPr>
      <w:r>
        <w:rPr>
          <w:sz w:val="24"/>
          <w:szCs w:val="24"/>
        </w:rPr>
        <w:t>Number of responses receiving each Likert score (1 to 5) for every platform on each scoring parameter, across the 24 vignettes (each row sums to 24). Computed from the raw dataset (Table S10); the composite, being a mean of the four parameters, is not score-frequency tabulated.</w:t>
      </w:r>
    </w:p>
    <w:tbl>
      <w:tblPr>
        <w:tblStyle w:val="TableGrid"/>
        <w:tblW w:w="0" w:type="auto"/>
        <w:tblLook w:val="04A0" w:firstRow="1" w:lastRow="0" w:firstColumn="1" w:lastColumn="0" w:noHBand="0" w:noVBand="1"/>
      </w:tblPr>
      <w:tblGrid>
        <w:gridCol w:w="1500"/>
        <w:gridCol w:w="2600"/>
        <w:gridCol w:w="560"/>
        <w:gridCol w:w="560"/>
        <w:gridCol w:w="560"/>
        <w:gridCol w:w="560"/>
        <w:gridCol w:w="560"/>
        <w:gridCol w:w="1740"/>
      </w:tblGrid>
      <w:tr w:rsidR="00734CF2" w14:paraId="7CD5094B" w14:textId="77777777">
        <w:tc>
          <w:tcPr>
            <w:tcW w:w="1500" w:type="dxa"/>
            <w:vAlign w:val="center"/>
          </w:tcPr>
          <w:p w14:paraId="30D7A1F2" w14:textId="77777777" w:rsidR="00734CF2" w:rsidRDefault="00000000">
            <w:pPr>
              <w:rPr>
                <w:sz w:val="20"/>
                <w:szCs w:val="20"/>
              </w:rPr>
            </w:pPr>
            <w:r>
              <w:rPr>
                <w:b/>
                <w:sz w:val="20"/>
                <w:szCs w:val="20"/>
              </w:rPr>
              <w:t>Platform</w:t>
            </w:r>
          </w:p>
        </w:tc>
        <w:tc>
          <w:tcPr>
            <w:tcW w:w="2600" w:type="dxa"/>
            <w:vAlign w:val="center"/>
          </w:tcPr>
          <w:p w14:paraId="5B6C8D6A" w14:textId="77777777" w:rsidR="00734CF2" w:rsidRDefault="00000000">
            <w:pPr>
              <w:rPr>
                <w:sz w:val="20"/>
                <w:szCs w:val="20"/>
              </w:rPr>
            </w:pPr>
            <w:r>
              <w:rPr>
                <w:b/>
                <w:sz w:val="20"/>
                <w:szCs w:val="20"/>
              </w:rPr>
              <w:t>Parameter</w:t>
            </w:r>
          </w:p>
        </w:tc>
        <w:tc>
          <w:tcPr>
            <w:tcW w:w="560" w:type="dxa"/>
            <w:vAlign w:val="center"/>
          </w:tcPr>
          <w:p w14:paraId="6E7A06CD" w14:textId="77777777" w:rsidR="00734CF2" w:rsidRDefault="00000000">
            <w:pPr>
              <w:jc w:val="center"/>
              <w:rPr>
                <w:sz w:val="20"/>
                <w:szCs w:val="20"/>
              </w:rPr>
            </w:pPr>
            <w:r>
              <w:rPr>
                <w:b/>
                <w:sz w:val="20"/>
                <w:szCs w:val="20"/>
              </w:rPr>
              <w:t>1</w:t>
            </w:r>
          </w:p>
        </w:tc>
        <w:tc>
          <w:tcPr>
            <w:tcW w:w="560" w:type="dxa"/>
            <w:vAlign w:val="center"/>
          </w:tcPr>
          <w:p w14:paraId="5A63EADF" w14:textId="77777777" w:rsidR="00734CF2" w:rsidRDefault="00000000">
            <w:pPr>
              <w:jc w:val="center"/>
              <w:rPr>
                <w:sz w:val="20"/>
                <w:szCs w:val="20"/>
              </w:rPr>
            </w:pPr>
            <w:r>
              <w:rPr>
                <w:b/>
                <w:sz w:val="20"/>
                <w:szCs w:val="20"/>
              </w:rPr>
              <w:t>2</w:t>
            </w:r>
          </w:p>
        </w:tc>
        <w:tc>
          <w:tcPr>
            <w:tcW w:w="560" w:type="dxa"/>
            <w:vAlign w:val="center"/>
          </w:tcPr>
          <w:p w14:paraId="4636455A" w14:textId="77777777" w:rsidR="00734CF2" w:rsidRDefault="00000000">
            <w:pPr>
              <w:jc w:val="center"/>
              <w:rPr>
                <w:sz w:val="20"/>
                <w:szCs w:val="20"/>
              </w:rPr>
            </w:pPr>
            <w:r>
              <w:rPr>
                <w:b/>
                <w:sz w:val="20"/>
                <w:szCs w:val="20"/>
              </w:rPr>
              <w:t>3</w:t>
            </w:r>
          </w:p>
        </w:tc>
        <w:tc>
          <w:tcPr>
            <w:tcW w:w="560" w:type="dxa"/>
            <w:vAlign w:val="center"/>
          </w:tcPr>
          <w:p w14:paraId="2B0F6D75" w14:textId="77777777" w:rsidR="00734CF2" w:rsidRDefault="00000000">
            <w:pPr>
              <w:jc w:val="center"/>
              <w:rPr>
                <w:sz w:val="20"/>
                <w:szCs w:val="20"/>
              </w:rPr>
            </w:pPr>
            <w:r>
              <w:rPr>
                <w:b/>
                <w:sz w:val="20"/>
                <w:szCs w:val="20"/>
              </w:rPr>
              <w:t>4</w:t>
            </w:r>
          </w:p>
        </w:tc>
        <w:tc>
          <w:tcPr>
            <w:tcW w:w="560" w:type="dxa"/>
            <w:vAlign w:val="center"/>
          </w:tcPr>
          <w:p w14:paraId="09E6DA3A" w14:textId="77777777" w:rsidR="00734CF2" w:rsidRDefault="00000000">
            <w:pPr>
              <w:jc w:val="center"/>
              <w:rPr>
                <w:sz w:val="20"/>
                <w:szCs w:val="20"/>
              </w:rPr>
            </w:pPr>
            <w:r>
              <w:rPr>
                <w:b/>
                <w:sz w:val="20"/>
                <w:szCs w:val="20"/>
              </w:rPr>
              <w:t>5</w:t>
            </w:r>
          </w:p>
        </w:tc>
        <w:tc>
          <w:tcPr>
            <w:tcW w:w="1740" w:type="dxa"/>
            <w:vAlign w:val="center"/>
          </w:tcPr>
          <w:p w14:paraId="784EA9CD" w14:textId="77777777" w:rsidR="00734CF2" w:rsidRDefault="00000000">
            <w:pPr>
              <w:jc w:val="center"/>
              <w:rPr>
                <w:sz w:val="20"/>
                <w:szCs w:val="20"/>
              </w:rPr>
            </w:pPr>
            <w:r>
              <w:rPr>
                <w:b/>
                <w:sz w:val="20"/>
                <w:szCs w:val="20"/>
              </w:rPr>
              <w:t>Total (n)</w:t>
            </w:r>
          </w:p>
        </w:tc>
      </w:tr>
      <w:tr w:rsidR="00734CF2" w14:paraId="02DEDB90" w14:textId="77777777">
        <w:tc>
          <w:tcPr>
            <w:tcW w:w="1500" w:type="dxa"/>
            <w:vAlign w:val="center"/>
          </w:tcPr>
          <w:p w14:paraId="13D26AC6" w14:textId="77777777" w:rsidR="00734CF2" w:rsidRDefault="00000000">
            <w:pPr>
              <w:rPr>
                <w:sz w:val="20"/>
                <w:szCs w:val="20"/>
              </w:rPr>
            </w:pPr>
            <w:r>
              <w:rPr>
                <w:b/>
                <w:sz w:val="20"/>
                <w:szCs w:val="20"/>
              </w:rPr>
              <w:t>ChatGPT (LLM1)</w:t>
            </w:r>
          </w:p>
        </w:tc>
        <w:tc>
          <w:tcPr>
            <w:tcW w:w="2600" w:type="dxa"/>
            <w:vAlign w:val="center"/>
          </w:tcPr>
          <w:p w14:paraId="0A56F065" w14:textId="77777777" w:rsidR="00734CF2" w:rsidRDefault="00000000">
            <w:pPr>
              <w:rPr>
                <w:sz w:val="20"/>
                <w:szCs w:val="20"/>
              </w:rPr>
            </w:pPr>
            <w:r>
              <w:rPr>
                <w:sz w:val="20"/>
                <w:szCs w:val="20"/>
              </w:rPr>
              <w:t>Accuracy</w:t>
            </w:r>
          </w:p>
        </w:tc>
        <w:tc>
          <w:tcPr>
            <w:tcW w:w="560" w:type="dxa"/>
            <w:vAlign w:val="center"/>
          </w:tcPr>
          <w:p w14:paraId="44510A97" w14:textId="77777777" w:rsidR="00734CF2" w:rsidRDefault="00000000">
            <w:pPr>
              <w:jc w:val="center"/>
              <w:rPr>
                <w:sz w:val="20"/>
                <w:szCs w:val="20"/>
              </w:rPr>
            </w:pPr>
            <w:r>
              <w:rPr>
                <w:sz w:val="20"/>
                <w:szCs w:val="20"/>
              </w:rPr>
              <w:t>1</w:t>
            </w:r>
          </w:p>
        </w:tc>
        <w:tc>
          <w:tcPr>
            <w:tcW w:w="560" w:type="dxa"/>
            <w:vAlign w:val="center"/>
          </w:tcPr>
          <w:p w14:paraId="741009A9" w14:textId="77777777" w:rsidR="00734CF2" w:rsidRDefault="00000000">
            <w:pPr>
              <w:jc w:val="center"/>
              <w:rPr>
                <w:sz w:val="20"/>
                <w:szCs w:val="20"/>
              </w:rPr>
            </w:pPr>
            <w:r>
              <w:rPr>
                <w:sz w:val="20"/>
                <w:szCs w:val="20"/>
              </w:rPr>
              <w:t>1</w:t>
            </w:r>
          </w:p>
        </w:tc>
        <w:tc>
          <w:tcPr>
            <w:tcW w:w="560" w:type="dxa"/>
            <w:vAlign w:val="center"/>
          </w:tcPr>
          <w:p w14:paraId="264F8B30" w14:textId="77777777" w:rsidR="00734CF2" w:rsidRDefault="00000000">
            <w:pPr>
              <w:jc w:val="center"/>
              <w:rPr>
                <w:sz w:val="20"/>
                <w:szCs w:val="20"/>
              </w:rPr>
            </w:pPr>
            <w:r>
              <w:rPr>
                <w:sz w:val="20"/>
                <w:szCs w:val="20"/>
              </w:rPr>
              <w:t>11</w:t>
            </w:r>
          </w:p>
        </w:tc>
        <w:tc>
          <w:tcPr>
            <w:tcW w:w="560" w:type="dxa"/>
            <w:vAlign w:val="center"/>
          </w:tcPr>
          <w:p w14:paraId="549B6E67" w14:textId="77777777" w:rsidR="00734CF2" w:rsidRDefault="00000000">
            <w:pPr>
              <w:jc w:val="center"/>
              <w:rPr>
                <w:sz w:val="20"/>
                <w:szCs w:val="20"/>
              </w:rPr>
            </w:pPr>
            <w:r>
              <w:rPr>
                <w:sz w:val="20"/>
                <w:szCs w:val="20"/>
              </w:rPr>
              <w:t>9</w:t>
            </w:r>
          </w:p>
        </w:tc>
        <w:tc>
          <w:tcPr>
            <w:tcW w:w="560" w:type="dxa"/>
            <w:vAlign w:val="center"/>
          </w:tcPr>
          <w:p w14:paraId="69E74792" w14:textId="77777777" w:rsidR="00734CF2" w:rsidRDefault="00000000">
            <w:pPr>
              <w:jc w:val="center"/>
              <w:rPr>
                <w:sz w:val="20"/>
                <w:szCs w:val="20"/>
              </w:rPr>
            </w:pPr>
            <w:r>
              <w:rPr>
                <w:sz w:val="20"/>
                <w:szCs w:val="20"/>
              </w:rPr>
              <w:t>2</w:t>
            </w:r>
          </w:p>
        </w:tc>
        <w:tc>
          <w:tcPr>
            <w:tcW w:w="1740" w:type="dxa"/>
            <w:vAlign w:val="center"/>
          </w:tcPr>
          <w:p w14:paraId="68B1AA4B" w14:textId="77777777" w:rsidR="00734CF2" w:rsidRDefault="00000000">
            <w:pPr>
              <w:jc w:val="center"/>
              <w:rPr>
                <w:sz w:val="20"/>
                <w:szCs w:val="20"/>
              </w:rPr>
            </w:pPr>
            <w:r>
              <w:rPr>
                <w:sz w:val="20"/>
                <w:szCs w:val="20"/>
              </w:rPr>
              <w:t>24</w:t>
            </w:r>
          </w:p>
        </w:tc>
      </w:tr>
      <w:tr w:rsidR="00734CF2" w14:paraId="297D2F87" w14:textId="77777777">
        <w:tc>
          <w:tcPr>
            <w:tcW w:w="1500" w:type="dxa"/>
            <w:vAlign w:val="center"/>
          </w:tcPr>
          <w:p w14:paraId="3A99CE66" w14:textId="77777777" w:rsidR="00734CF2" w:rsidRDefault="00734CF2">
            <w:pPr>
              <w:rPr>
                <w:sz w:val="20"/>
                <w:szCs w:val="20"/>
              </w:rPr>
            </w:pPr>
          </w:p>
        </w:tc>
        <w:tc>
          <w:tcPr>
            <w:tcW w:w="2600" w:type="dxa"/>
            <w:vAlign w:val="center"/>
          </w:tcPr>
          <w:p w14:paraId="398FE38B" w14:textId="77777777" w:rsidR="00734CF2" w:rsidRDefault="00000000">
            <w:pPr>
              <w:rPr>
                <w:sz w:val="20"/>
                <w:szCs w:val="20"/>
              </w:rPr>
            </w:pPr>
            <w:r>
              <w:rPr>
                <w:sz w:val="20"/>
                <w:szCs w:val="20"/>
              </w:rPr>
              <w:t>Patient &amp; Operational Safety</w:t>
            </w:r>
          </w:p>
        </w:tc>
        <w:tc>
          <w:tcPr>
            <w:tcW w:w="560" w:type="dxa"/>
            <w:vAlign w:val="center"/>
          </w:tcPr>
          <w:p w14:paraId="601916B9" w14:textId="77777777" w:rsidR="00734CF2" w:rsidRDefault="00000000">
            <w:pPr>
              <w:jc w:val="center"/>
              <w:rPr>
                <w:sz w:val="20"/>
                <w:szCs w:val="20"/>
              </w:rPr>
            </w:pPr>
            <w:r>
              <w:rPr>
                <w:sz w:val="20"/>
                <w:szCs w:val="20"/>
              </w:rPr>
              <w:t>3</w:t>
            </w:r>
          </w:p>
        </w:tc>
        <w:tc>
          <w:tcPr>
            <w:tcW w:w="560" w:type="dxa"/>
            <w:vAlign w:val="center"/>
          </w:tcPr>
          <w:p w14:paraId="3D899F22" w14:textId="77777777" w:rsidR="00734CF2" w:rsidRDefault="00000000">
            <w:pPr>
              <w:jc w:val="center"/>
              <w:rPr>
                <w:sz w:val="20"/>
                <w:szCs w:val="20"/>
              </w:rPr>
            </w:pPr>
            <w:r>
              <w:rPr>
                <w:sz w:val="20"/>
                <w:szCs w:val="20"/>
              </w:rPr>
              <w:t>1</w:t>
            </w:r>
          </w:p>
        </w:tc>
        <w:tc>
          <w:tcPr>
            <w:tcW w:w="560" w:type="dxa"/>
            <w:vAlign w:val="center"/>
          </w:tcPr>
          <w:p w14:paraId="63AAB2B7" w14:textId="77777777" w:rsidR="00734CF2" w:rsidRDefault="00000000">
            <w:pPr>
              <w:jc w:val="center"/>
              <w:rPr>
                <w:sz w:val="20"/>
                <w:szCs w:val="20"/>
              </w:rPr>
            </w:pPr>
            <w:r>
              <w:rPr>
                <w:sz w:val="20"/>
                <w:szCs w:val="20"/>
              </w:rPr>
              <w:t>10</w:t>
            </w:r>
          </w:p>
        </w:tc>
        <w:tc>
          <w:tcPr>
            <w:tcW w:w="560" w:type="dxa"/>
            <w:vAlign w:val="center"/>
          </w:tcPr>
          <w:p w14:paraId="26970EBE" w14:textId="77777777" w:rsidR="00734CF2" w:rsidRDefault="00000000">
            <w:pPr>
              <w:jc w:val="center"/>
              <w:rPr>
                <w:sz w:val="20"/>
                <w:szCs w:val="20"/>
              </w:rPr>
            </w:pPr>
            <w:r>
              <w:rPr>
                <w:sz w:val="20"/>
                <w:szCs w:val="20"/>
              </w:rPr>
              <w:t>9</w:t>
            </w:r>
          </w:p>
        </w:tc>
        <w:tc>
          <w:tcPr>
            <w:tcW w:w="560" w:type="dxa"/>
            <w:vAlign w:val="center"/>
          </w:tcPr>
          <w:p w14:paraId="0C1D56F5" w14:textId="77777777" w:rsidR="00734CF2" w:rsidRDefault="00000000">
            <w:pPr>
              <w:jc w:val="center"/>
              <w:rPr>
                <w:sz w:val="20"/>
                <w:szCs w:val="20"/>
              </w:rPr>
            </w:pPr>
            <w:r>
              <w:rPr>
                <w:sz w:val="20"/>
                <w:szCs w:val="20"/>
              </w:rPr>
              <w:t>1</w:t>
            </w:r>
          </w:p>
        </w:tc>
        <w:tc>
          <w:tcPr>
            <w:tcW w:w="1740" w:type="dxa"/>
            <w:vAlign w:val="center"/>
          </w:tcPr>
          <w:p w14:paraId="5C9DB6DD" w14:textId="77777777" w:rsidR="00734CF2" w:rsidRDefault="00000000">
            <w:pPr>
              <w:jc w:val="center"/>
              <w:rPr>
                <w:sz w:val="20"/>
                <w:szCs w:val="20"/>
              </w:rPr>
            </w:pPr>
            <w:r>
              <w:rPr>
                <w:sz w:val="20"/>
                <w:szCs w:val="20"/>
              </w:rPr>
              <w:t>24</w:t>
            </w:r>
          </w:p>
        </w:tc>
      </w:tr>
      <w:tr w:rsidR="00734CF2" w14:paraId="2F1851F2" w14:textId="77777777">
        <w:tc>
          <w:tcPr>
            <w:tcW w:w="1500" w:type="dxa"/>
            <w:vAlign w:val="center"/>
          </w:tcPr>
          <w:p w14:paraId="42950F75" w14:textId="77777777" w:rsidR="00734CF2" w:rsidRDefault="00734CF2">
            <w:pPr>
              <w:rPr>
                <w:sz w:val="20"/>
                <w:szCs w:val="20"/>
              </w:rPr>
            </w:pPr>
          </w:p>
        </w:tc>
        <w:tc>
          <w:tcPr>
            <w:tcW w:w="2600" w:type="dxa"/>
            <w:vAlign w:val="center"/>
          </w:tcPr>
          <w:p w14:paraId="6B7EC4EE" w14:textId="77777777" w:rsidR="00734CF2" w:rsidRDefault="00000000">
            <w:pPr>
              <w:rPr>
                <w:sz w:val="20"/>
                <w:szCs w:val="20"/>
              </w:rPr>
            </w:pPr>
            <w:r>
              <w:rPr>
                <w:sz w:val="20"/>
                <w:szCs w:val="20"/>
              </w:rPr>
              <w:t>Freedom from Hallucinations</w:t>
            </w:r>
          </w:p>
        </w:tc>
        <w:tc>
          <w:tcPr>
            <w:tcW w:w="560" w:type="dxa"/>
            <w:vAlign w:val="center"/>
          </w:tcPr>
          <w:p w14:paraId="7955DEF6" w14:textId="77777777" w:rsidR="00734CF2" w:rsidRDefault="00000000">
            <w:pPr>
              <w:jc w:val="center"/>
              <w:rPr>
                <w:sz w:val="20"/>
                <w:szCs w:val="20"/>
              </w:rPr>
            </w:pPr>
            <w:r>
              <w:rPr>
                <w:sz w:val="20"/>
                <w:szCs w:val="20"/>
              </w:rPr>
              <w:t>0</w:t>
            </w:r>
          </w:p>
        </w:tc>
        <w:tc>
          <w:tcPr>
            <w:tcW w:w="560" w:type="dxa"/>
            <w:vAlign w:val="center"/>
          </w:tcPr>
          <w:p w14:paraId="6E5770FC" w14:textId="77777777" w:rsidR="00734CF2" w:rsidRDefault="00000000">
            <w:pPr>
              <w:jc w:val="center"/>
              <w:rPr>
                <w:sz w:val="20"/>
                <w:szCs w:val="20"/>
              </w:rPr>
            </w:pPr>
            <w:r>
              <w:rPr>
                <w:sz w:val="20"/>
                <w:szCs w:val="20"/>
              </w:rPr>
              <w:t>1</w:t>
            </w:r>
          </w:p>
        </w:tc>
        <w:tc>
          <w:tcPr>
            <w:tcW w:w="560" w:type="dxa"/>
            <w:vAlign w:val="center"/>
          </w:tcPr>
          <w:p w14:paraId="2B9669DC" w14:textId="77777777" w:rsidR="00734CF2" w:rsidRDefault="00000000">
            <w:pPr>
              <w:jc w:val="center"/>
              <w:rPr>
                <w:sz w:val="20"/>
                <w:szCs w:val="20"/>
              </w:rPr>
            </w:pPr>
            <w:r>
              <w:rPr>
                <w:sz w:val="20"/>
                <w:szCs w:val="20"/>
              </w:rPr>
              <w:t>3</w:t>
            </w:r>
          </w:p>
        </w:tc>
        <w:tc>
          <w:tcPr>
            <w:tcW w:w="560" w:type="dxa"/>
            <w:vAlign w:val="center"/>
          </w:tcPr>
          <w:p w14:paraId="4467EF91" w14:textId="77777777" w:rsidR="00734CF2" w:rsidRDefault="00000000">
            <w:pPr>
              <w:jc w:val="center"/>
              <w:rPr>
                <w:sz w:val="20"/>
                <w:szCs w:val="20"/>
              </w:rPr>
            </w:pPr>
            <w:r>
              <w:rPr>
                <w:sz w:val="20"/>
                <w:szCs w:val="20"/>
              </w:rPr>
              <w:t>8</w:t>
            </w:r>
          </w:p>
        </w:tc>
        <w:tc>
          <w:tcPr>
            <w:tcW w:w="560" w:type="dxa"/>
            <w:vAlign w:val="center"/>
          </w:tcPr>
          <w:p w14:paraId="625E74ED" w14:textId="77777777" w:rsidR="00734CF2" w:rsidRDefault="00000000">
            <w:pPr>
              <w:jc w:val="center"/>
              <w:rPr>
                <w:sz w:val="20"/>
                <w:szCs w:val="20"/>
              </w:rPr>
            </w:pPr>
            <w:r>
              <w:rPr>
                <w:sz w:val="20"/>
                <w:szCs w:val="20"/>
              </w:rPr>
              <w:t>12</w:t>
            </w:r>
          </w:p>
        </w:tc>
        <w:tc>
          <w:tcPr>
            <w:tcW w:w="1740" w:type="dxa"/>
            <w:vAlign w:val="center"/>
          </w:tcPr>
          <w:p w14:paraId="5CB88D79" w14:textId="77777777" w:rsidR="00734CF2" w:rsidRDefault="00000000">
            <w:pPr>
              <w:jc w:val="center"/>
              <w:rPr>
                <w:sz w:val="20"/>
                <w:szCs w:val="20"/>
              </w:rPr>
            </w:pPr>
            <w:r>
              <w:rPr>
                <w:sz w:val="20"/>
                <w:szCs w:val="20"/>
              </w:rPr>
              <w:t>24</w:t>
            </w:r>
          </w:p>
        </w:tc>
      </w:tr>
      <w:tr w:rsidR="00734CF2" w14:paraId="7FC53769" w14:textId="77777777">
        <w:tc>
          <w:tcPr>
            <w:tcW w:w="1500" w:type="dxa"/>
            <w:vAlign w:val="center"/>
          </w:tcPr>
          <w:p w14:paraId="530C7579" w14:textId="77777777" w:rsidR="00734CF2" w:rsidRDefault="00734CF2">
            <w:pPr>
              <w:rPr>
                <w:sz w:val="20"/>
                <w:szCs w:val="20"/>
              </w:rPr>
            </w:pPr>
          </w:p>
        </w:tc>
        <w:tc>
          <w:tcPr>
            <w:tcW w:w="2600" w:type="dxa"/>
            <w:vAlign w:val="center"/>
          </w:tcPr>
          <w:p w14:paraId="20038484" w14:textId="77777777" w:rsidR="00734CF2" w:rsidRDefault="00000000">
            <w:pPr>
              <w:rPr>
                <w:sz w:val="20"/>
                <w:szCs w:val="20"/>
              </w:rPr>
            </w:pPr>
            <w:r>
              <w:rPr>
                <w:sz w:val="20"/>
                <w:szCs w:val="20"/>
              </w:rPr>
              <w:t>Completeness of Protocol</w:t>
            </w:r>
          </w:p>
        </w:tc>
        <w:tc>
          <w:tcPr>
            <w:tcW w:w="560" w:type="dxa"/>
            <w:vAlign w:val="center"/>
          </w:tcPr>
          <w:p w14:paraId="41FF8276" w14:textId="77777777" w:rsidR="00734CF2" w:rsidRDefault="00000000">
            <w:pPr>
              <w:jc w:val="center"/>
              <w:rPr>
                <w:sz w:val="20"/>
                <w:szCs w:val="20"/>
              </w:rPr>
            </w:pPr>
            <w:r>
              <w:rPr>
                <w:sz w:val="20"/>
                <w:szCs w:val="20"/>
              </w:rPr>
              <w:t>0</w:t>
            </w:r>
          </w:p>
        </w:tc>
        <w:tc>
          <w:tcPr>
            <w:tcW w:w="560" w:type="dxa"/>
            <w:vAlign w:val="center"/>
          </w:tcPr>
          <w:p w14:paraId="023CBFCA" w14:textId="77777777" w:rsidR="00734CF2" w:rsidRDefault="00000000">
            <w:pPr>
              <w:jc w:val="center"/>
              <w:rPr>
                <w:sz w:val="20"/>
                <w:szCs w:val="20"/>
              </w:rPr>
            </w:pPr>
            <w:r>
              <w:rPr>
                <w:sz w:val="20"/>
                <w:szCs w:val="20"/>
              </w:rPr>
              <w:t>2</w:t>
            </w:r>
          </w:p>
        </w:tc>
        <w:tc>
          <w:tcPr>
            <w:tcW w:w="560" w:type="dxa"/>
            <w:vAlign w:val="center"/>
          </w:tcPr>
          <w:p w14:paraId="6F965078" w14:textId="77777777" w:rsidR="00734CF2" w:rsidRDefault="00000000">
            <w:pPr>
              <w:jc w:val="center"/>
              <w:rPr>
                <w:sz w:val="20"/>
                <w:szCs w:val="20"/>
              </w:rPr>
            </w:pPr>
            <w:r>
              <w:rPr>
                <w:sz w:val="20"/>
                <w:szCs w:val="20"/>
              </w:rPr>
              <w:t>13</w:t>
            </w:r>
          </w:p>
        </w:tc>
        <w:tc>
          <w:tcPr>
            <w:tcW w:w="560" w:type="dxa"/>
            <w:vAlign w:val="center"/>
          </w:tcPr>
          <w:p w14:paraId="7499EC40" w14:textId="77777777" w:rsidR="00734CF2" w:rsidRDefault="00000000">
            <w:pPr>
              <w:jc w:val="center"/>
              <w:rPr>
                <w:sz w:val="20"/>
                <w:szCs w:val="20"/>
              </w:rPr>
            </w:pPr>
            <w:r>
              <w:rPr>
                <w:sz w:val="20"/>
                <w:szCs w:val="20"/>
              </w:rPr>
              <w:t>9</w:t>
            </w:r>
          </w:p>
        </w:tc>
        <w:tc>
          <w:tcPr>
            <w:tcW w:w="560" w:type="dxa"/>
            <w:vAlign w:val="center"/>
          </w:tcPr>
          <w:p w14:paraId="5009504E" w14:textId="77777777" w:rsidR="00734CF2" w:rsidRDefault="00000000">
            <w:pPr>
              <w:jc w:val="center"/>
              <w:rPr>
                <w:sz w:val="20"/>
                <w:szCs w:val="20"/>
              </w:rPr>
            </w:pPr>
            <w:r>
              <w:rPr>
                <w:sz w:val="20"/>
                <w:szCs w:val="20"/>
              </w:rPr>
              <w:t>0</w:t>
            </w:r>
          </w:p>
        </w:tc>
        <w:tc>
          <w:tcPr>
            <w:tcW w:w="1740" w:type="dxa"/>
            <w:vAlign w:val="center"/>
          </w:tcPr>
          <w:p w14:paraId="105AA053" w14:textId="77777777" w:rsidR="00734CF2" w:rsidRDefault="00000000">
            <w:pPr>
              <w:jc w:val="center"/>
              <w:rPr>
                <w:sz w:val="20"/>
                <w:szCs w:val="20"/>
              </w:rPr>
            </w:pPr>
            <w:r>
              <w:rPr>
                <w:sz w:val="20"/>
                <w:szCs w:val="20"/>
              </w:rPr>
              <w:t>24</w:t>
            </w:r>
          </w:p>
        </w:tc>
      </w:tr>
      <w:tr w:rsidR="00734CF2" w14:paraId="215F6DB9" w14:textId="77777777">
        <w:tc>
          <w:tcPr>
            <w:tcW w:w="1500" w:type="dxa"/>
            <w:vAlign w:val="center"/>
          </w:tcPr>
          <w:p w14:paraId="4BEBBE3D" w14:textId="77777777" w:rsidR="00734CF2" w:rsidRDefault="00000000">
            <w:pPr>
              <w:rPr>
                <w:sz w:val="20"/>
                <w:szCs w:val="20"/>
              </w:rPr>
            </w:pPr>
            <w:r>
              <w:rPr>
                <w:b/>
                <w:sz w:val="20"/>
                <w:szCs w:val="20"/>
              </w:rPr>
              <w:t>Claude (LLM2)</w:t>
            </w:r>
          </w:p>
        </w:tc>
        <w:tc>
          <w:tcPr>
            <w:tcW w:w="2600" w:type="dxa"/>
            <w:vAlign w:val="center"/>
          </w:tcPr>
          <w:p w14:paraId="2DEE172F" w14:textId="77777777" w:rsidR="00734CF2" w:rsidRDefault="00000000">
            <w:pPr>
              <w:rPr>
                <w:sz w:val="20"/>
                <w:szCs w:val="20"/>
              </w:rPr>
            </w:pPr>
            <w:r>
              <w:rPr>
                <w:sz w:val="20"/>
                <w:szCs w:val="20"/>
              </w:rPr>
              <w:t>Accuracy</w:t>
            </w:r>
          </w:p>
        </w:tc>
        <w:tc>
          <w:tcPr>
            <w:tcW w:w="560" w:type="dxa"/>
            <w:vAlign w:val="center"/>
          </w:tcPr>
          <w:p w14:paraId="21FC2491" w14:textId="77777777" w:rsidR="00734CF2" w:rsidRDefault="00000000">
            <w:pPr>
              <w:jc w:val="center"/>
              <w:rPr>
                <w:sz w:val="20"/>
                <w:szCs w:val="20"/>
              </w:rPr>
            </w:pPr>
            <w:r>
              <w:rPr>
                <w:sz w:val="20"/>
                <w:szCs w:val="20"/>
              </w:rPr>
              <w:t>0</w:t>
            </w:r>
          </w:p>
        </w:tc>
        <w:tc>
          <w:tcPr>
            <w:tcW w:w="560" w:type="dxa"/>
            <w:vAlign w:val="center"/>
          </w:tcPr>
          <w:p w14:paraId="611394E2" w14:textId="77777777" w:rsidR="00734CF2" w:rsidRDefault="00000000">
            <w:pPr>
              <w:jc w:val="center"/>
              <w:rPr>
                <w:sz w:val="20"/>
                <w:szCs w:val="20"/>
              </w:rPr>
            </w:pPr>
            <w:r>
              <w:rPr>
                <w:sz w:val="20"/>
                <w:szCs w:val="20"/>
              </w:rPr>
              <w:t>1</w:t>
            </w:r>
          </w:p>
        </w:tc>
        <w:tc>
          <w:tcPr>
            <w:tcW w:w="560" w:type="dxa"/>
            <w:vAlign w:val="center"/>
          </w:tcPr>
          <w:p w14:paraId="47438382" w14:textId="77777777" w:rsidR="00734CF2" w:rsidRDefault="00000000">
            <w:pPr>
              <w:jc w:val="center"/>
              <w:rPr>
                <w:sz w:val="20"/>
                <w:szCs w:val="20"/>
              </w:rPr>
            </w:pPr>
            <w:r>
              <w:rPr>
                <w:sz w:val="20"/>
                <w:szCs w:val="20"/>
              </w:rPr>
              <w:t>3</w:t>
            </w:r>
          </w:p>
        </w:tc>
        <w:tc>
          <w:tcPr>
            <w:tcW w:w="560" w:type="dxa"/>
            <w:vAlign w:val="center"/>
          </w:tcPr>
          <w:p w14:paraId="0418F12A" w14:textId="77777777" w:rsidR="00734CF2" w:rsidRDefault="00000000">
            <w:pPr>
              <w:jc w:val="center"/>
              <w:rPr>
                <w:sz w:val="20"/>
                <w:szCs w:val="20"/>
              </w:rPr>
            </w:pPr>
            <w:r>
              <w:rPr>
                <w:sz w:val="20"/>
                <w:szCs w:val="20"/>
              </w:rPr>
              <w:t>8</w:t>
            </w:r>
          </w:p>
        </w:tc>
        <w:tc>
          <w:tcPr>
            <w:tcW w:w="560" w:type="dxa"/>
            <w:vAlign w:val="center"/>
          </w:tcPr>
          <w:p w14:paraId="4BE8910E" w14:textId="77777777" w:rsidR="00734CF2" w:rsidRDefault="00000000">
            <w:pPr>
              <w:jc w:val="center"/>
              <w:rPr>
                <w:sz w:val="20"/>
                <w:szCs w:val="20"/>
              </w:rPr>
            </w:pPr>
            <w:r>
              <w:rPr>
                <w:sz w:val="20"/>
                <w:szCs w:val="20"/>
              </w:rPr>
              <w:t>12</w:t>
            </w:r>
          </w:p>
        </w:tc>
        <w:tc>
          <w:tcPr>
            <w:tcW w:w="1740" w:type="dxa"/>
            <w:vAlign w:val="center"/>
          </w:tcPr>
          <w:p w14:paraId="341193CA" w14:textId="77777777" w:rsidR="00734CF2" w:rsidRDefault="00000000">
            <w:pPr>
              <w:jc w:val="center"/>
              <w:rPr>
                <w:sz w:val="20"/>
                <w:szCs w:val="20"/>
              </w:rPr>
            </w:pPr>
            <w:r>
              <w:rPr>
                <w:sz w:val="20"/>
                <w:szCs w:val="20"/>
              </w:rPr>
              <w:t>24</w:t>
            </w:r>
          </w:p>
        </w:tc>
      </w:tr>
      <w:tr w:rsidR="00734CF2" w14:paraId="4C4BCA08" w14:textId="77777777">
        <w:tc>
          <w:tcPr>
            <w:tcW w:w="1500" w:type="dxa"/>
            <w:vAlign w:val="center"/>
          </w:tcPr>
          <w:p w14:paraId="650114AB" w14:textId="77777777" w:rsidR="00734CF2" w:rsidRDefault="00734CF2">
            <w:pPr>
              <w:rPr>
                <w:sz w:val="20"/>
                <w:szCs w:val="20"/>
              </w:rPr>
            </w:pPr>
          </w:p>
        </w:tc>
        <w:tc>
          <w:tcPr>
            <w:tcW w:w="2600" w:type="dxa"/>
            <w:vAlign w:val="center"/>
          </w:tcPr>
          <w:p w14:paraId="7582C261" w14:textId="77777777" w:rsidR="00734CF2" w:rsidRDefault="00000000">
            <w:pPr>
              <w:rPr>
                <w:sz w:val="20"/>
                <w:szCs w:val="20"/>
              </w:rPr>
            </w:pPr>
            <w:r>
              <w:rPr>
                <w:sz w:val="20"/>
                <w:szCs w:val="20"/>
              </w:rPr>
              <w:t>Patient &amp; Operational Safety</w:t>
            </w:r>
          </w:p>
        </w:tc>
        <w:tc>
          <w:tcPr>
            <w:tcW w:w="560" w:type="dxa"/>
            <w:vAlign w:val="center"/>
          </w:tcPr>
          <w:p w14:paraId="3467F069" w14:textId="77777777" w:rsidR="00734CF2" w:rsidRDefault="00000000">
            <w:pPr>
              <w:jc w:val="center"/>
              <w:rPr>
                <w:sz w:val="20"/>
                <w:szCs w:val="20"/>
              </w:rPr>
            </w:pPr>
            <w:r>
              <w:rPr>
                <w:sz w:val="20"/>
                <w:szCs w:val="20"/>
              </w:rPr>
              <w:t>0</w:t>
            </w:r>
          </w:p>
        </w:tc>
        <w:tc>
          <w:tcPr>
            <w:tcW w:w="560" w:type="dxa"/>
            <w:vAlign w:val="center"/>
          </w:tcPr>
          <w:p w14:paraId="127EB8A6" w14:textId="77777777" w:rsidR="00734CF2" w:rsidRDefault="00000000">
            <w:pPr>
              <w:jc w:val="center"/>
              <w:rPr>
                <w:sz w:val="20"/>
                <w:szCs w:val="20"/>
              </w:rPr>
            </w:pPr>
            <w:r>
              <w:rPr>
                <w:sz w:val="20"/>
                <w:szCs w:val="20"/>
              </w:rPr>
              <w:t>0</w:t>
            </w:r>
          </w:p>
        </w:tc>
        <w:tc>
          <w:tcPr>
            <w:tcW w:w="560" w:type="dxa"/>
            <w:vAlign w:val="center"/>
          </w:tcPr>
          <w:p w14:paraId="227E7D3E" w14:textId="77777777" w:rsidR="00734CF2" w:rsidRDefault="00000000">
            <w:pPr>
              <w:jc w:val="center"/>
              <w:rPr>
                <w:sz w:val="20"/>
                <w:szCs w:val="20"/>
              </w:rPr>
            </w:pPr>
            <w:r>
              <w:rPr>
                <w:sz w:val="20"/>
                <w:szCs w:val="20"/>
              </w:rPr>
              <w:t>2</w:t>
            </w:r>
          </w:p>
        </w:tc>
        <w:tc>
          <w:tcPr>
            <w:tcW w:w="560" w:type="dxa"/>
            <w:vAlign w:val="center"/>
          </w:tcPr>
          <w:p w14:paraId="69976B31" w14:textId="77777777" w:rsidR="00734CF2" w:rsidRDefault="00000000">
            <w:pPr>
              <w:jc w:val="center"/>
              <w:rPr>
                <w:sz w:val="20"/>
                <w:szCs w:val="20"/>
              </w:rPr>
            </w:pPr>
            <w:r>
              <w:rPr>
                <w:sz w:val="20"/>
                <w:szCs w:val="20"/>
              </w:rPr>
              <w:t>6</w:t>
            </w:r>
          </w:p>
        </w:tc>
        <w:tc>
          <w:tcPr>
            <w:tcW w:w="560" w:type="dxa"/>
            <w:vAlign w:val="center"/>
          </w:tcPr>
          <w:p w14:paraId="70F8356D" w14:textId="77777777" w:rsidR="00734CF2" w:rsidRDefault="00000000">
            <w:pPr>
              <w:jc w:val="center"/>
              <w:rPr>
                <w:sz w:val="20"/>
                <w:szCs w:val="20"/>
              </w:rPr>
            </w:pPr>
            <w:r>
              <w:rPr>
                <w:sz w:val="20"/>
                <w:szCs w:val="20"/>
              </w:rPr>
              <w:t>16</w:t>
            </w:r>
          </w:p>
        </w:tc>
        <w:tc>
          <w:tcPr>
            <w:tcW w:w="1740" w:type="dxa"/>
            <w:vAlign w:val="center"/>
          </w:tcPr>
          <w:p w14:paraId="7D2695BF" w14:textId="77777777" w:rsidR="00734CF2" w:rsidRDefault="00000000">
            <w:pPr>
              <w:jc w:val="center"/>
              <w:rPr>
                <w:sz w:val="20"/>
                <w:szCs w:val="20"/>
              </w:rPr>
            </w:pPr>
            <w:r>
              <w:rPr>
                <w:sz w:val="20"/>
                <w:szCs w:val="20"/>
              </w:rPr>
              <w:t>24</w:t>
            </w:r>
          </w:p>
        </w:tc>
      </w:tr>
      <w:tr w:rsidR="00734CF2" w14:paraId="7EBD901A" w14:textId="77777777">
        <w:tc>
          <w:tcPr>
            <w:tcW w:w="1500" w:type="dxa"/>
            <w:vAlign w:val="center"/>
          </w:tcPr>
          <w:p w14:paraId="1292624F" w14:textId="77777777" w:rsidR="00734CF2" w:rsidRDefault="00734CF2">
            <w:pPr>
              <w:rPr>
                <w:sz w:val="20"/>
                <w:szCs w:val="20"/>
              </w:rPr>
            </w:pPr>
          </w:p>
        </w:tc>
        <w:tc>
          <w:tcPr>
            <w:tcW w:w="2600" w:type="dxa"/>
            <w:vAlign w:val="center"/>
          </w:tcPr>
          <w:p w14:paraId="14D23C88" w14:textId="77777777" w:rsidR="00734CF2" w:rsidRDefault="00000000">
            <w:pPr>
              <w:rPr>
                <w:sz w:val="20"/>
                <w:szCs w:val="20"/>
              </w:rPr>
            </w:pPr>
            <w:r>
              <w:rPr>
                <w:sz w:val="20"/>
                <w:szCs w:val="20"/>
              </w:rPr>
              <w:t>Freedom from Hallucinations</w:t>
            </w:r>
          </w:p>
        </w:tc>
        <w:tc>
          <w:tcPr>
            <w:tcW w:w="560" w:type="dxa"/>
            <w:vAlign w:val="center"/>
          </w:tcPr>
          <w:p w14:paraId="6068D9FD" w14:textId="77777777" w:rsidR="00734CF2" w:rsidRDefault="00000000">
            <w:pPr>
              <w:jc w:val="center"/>
              <w:rPr>
                <w:sz w:val="20"/>
                <w:szCs w:val="20"/>
              </w:rPr>
            </w:pPr>
            <w:r>
              <w:rPr>
                <w:sz w:val="20"/>
                <w:szCs w:val="20"/>
              </w:rPr>
              <w:t>1</w:t>
            </w:r>
          </w:p>
        </w:tc>
        <w:tc>
          <w:tcPr>
            <w:tcW w:w="560" w:type="dxa"/>
            <w:vAlign w:val="center"/>
          </w:tcPr>
          <w:p w14:paraId="317F9BAC" w14:textId="77777777" w:rsidR="00734CF2" w:rsidRDefault="00000000">
            <w:pPr>
              <w:jc w:val="center"/>
              <w:rPr>
                <w:sz w:val="20"/>
                <w:szCs w:val="20"/>
              </w:rPr>
            </w:pPr>
            <w:r>
              <w:rPr>
                <w:sz w:val="20"/>
                <w:szCs w:val="20"/>
              </w:rPr>
              <w:t>1</w:t>
            </w:r>
          </w:p>
        </w:tc>
        <w:tc>
          <w:tcPr>
            <w:tcW w:w="560" w:type="dxa"/>
            <w:vAlign w:val="center"/>
          </w:tcPr>
          <w:p w14:paraId="0783EA62" w14:textId="77777777" w:rsidR="00734CF2" w:rsidRDefault="00000000">
            <w:pPr>
              <w:jc w:val="center"/>
              <w:rPr>
                <w:sz w:val="20"/>
                <w:szCs w:val="20"/>
              </w:rPr>
            </w:pPr>
            <w:r>
              <w:rPr>
                <w:sz w:val="20"/>
                <w:szCs w:val="20"/>
              </w:rPr>
              <w:t>1</w:t>
            </w:r>
          </w:p>
        </w:tc>
        <w:tc>
          <w:tcPr>
            <w:tcW w:w="560" w:type="dxa"/>
            <w:vAlign w:val="center"/>
          </w:tcPr>
          <w:p w14:paraId="6AC35D5B" w14:textId="77777777" w:rsidR="00734CF2" w:rsidRDefault="00000000">
            <w:pPr>
              <w:jc w:val="center"/>
              <w:rPr>
                <w:sz w:val="20"/>
                <w:szCs w:val="20"/>
              </w:rPr>
            </w:pPr>
            <w:r>
              <w:rPr>
                <w:sz w:val="20"/>
                <w:szCs w:val="20"/>
              </w:rPr>
              <w:t>3</w:t>
            </w:r>
          </w:p>
        </w:tc>
        <w:tc>
          <w:tcPr>
            <w:tcW w:w="560" w:type="dxa"/>
            <w:vAlign w:val="center"/>
          </w:tcPr>
          <w:p w14:paraId="63E16F42" w14:textId="77777777" w:rsidR="00734CF2" w:rsidRDefault="00000000">
            <w:pPr>
              <w:jc w:val="center"/>
              <w:rPr>
                <w:sz w:val="20"/>
                <w:szCs w:val="20"/>
              </w:rPr>
            </w:pPr>
            <w:r>
              <w:rPr>
                <w:sz w:val="20"/>
                <w:szCs w:val="20"/>
              </w:rPr>
              <w:t>18</w:t>
            </w:r>
          </w:p>
        </w:tc>
        <w:tc>
          <w:tcPr>
            <w:tcW w:w="1740" w:type="dxa"/>
            <w:vAlign w:val="center"/>
          </w:tcPr>
          <w:p w14:paraId="5A7612D6" w14:textId="77777777" w:rsidR="00734CF2" w:rsidRDefault="00000000">
            <w:pPr>
              <w:jc w:val="center"/>
              <w:rPr>
                <w:sz w:val="20"/>
                <w:szCs w:val="20"/>
              </w:rPr>
            </w:pPr>
            <w:r>
              <w:rPr>
                <w:sz w:val="20"/>
                <w:szCs w:val="20"/>
              </w:rPr>
              <w:t>24</w:t>
            </w:r>
          </w:p>
        </w:tc>
      </w:tr>
      <w:tr w:rsidR="00734CF2" w14:paraId="0E89023B" w14:textId="77777777">
        <w:tc>
          <w:tcPr>
            <w:tcW w:w="1500" w:type="dxa"/>
            <w:vAlign w:val="center"/>
          </w:tcPr>
          <w:p w14:paraId="494E3905" w14:textId="77777777" w:rsidR="00734CF2" w:rsidRDefault="00734CF2">
            <w:pPr>
              <w:rPr>
                <w:sz w:val="20"/>
                <w:szCs w:val="20"/>
              </w:rPr>
            </w:pPr>
          </w:p>
        </w:tc>
        <w:tc>
          <w:tcPr>
            <w:tcW w:w="2600" w:type="dxa"/>
            <w:vAlign w:val="center"/>
          </w:tcPr>
          <w:p w14:paraId="58EE4D28" w14:textId="77777777" w:rsidR="00734CF2" w:rsidRDefault="00000000">
            <w:pPr>
              <w:rPr>
                <w:sz w:val="20"/>
                <w:szCs w:val="20"/>
              </w:rPr>
            </w:pPr>
            <w:r>
              <w:rPr>
                <w:sz w:val="20"/>
                <w:szCs w:val="20"/>
              </w:rPr>
              <w:t>Completeness of Protocol</w:t>
            </w:r>
          </w:p>
        </w:tc>
        <w:tc>
          <w:tcPr>
            <w:tcW w:w="560" w:type="dxa"/>
            <w:vAlign w:val="center"/>
          </w:tcPr>
          <w:p w14:paraId="4912D74A" w14:textId="77777777" w:rsidR="00734CF2" w:rsidRDefault="00000000">
            <w:pPr>
              <w:jc w:val="center"/>
              <w:rPr>
                <w:sz w:val="20"/>
                <w:szCs w:val="20"/>
              </w:rPr>
            </w:pPr>
            <w:r>
              <w:rPr>
                <w:sz w:val="20"/>
                <w:szCs w:val="20"/>
              </w:rPr>
              <w:t>0</w:t>
            </w:r>
          </w:p>
        </w:tc>
        <w:tc>
          <w:tcPr>
            <w:tcW w:w="560" w:type="dxa"/>
            <w:vAlign w:val="center"/>
          </w:tcPr>
          <w:p w14:paraId="72DA10F7" w14:textId="77777777" w:rsidR="00734CF2" w:rsidRDefault="00000000">
            <w:pPr>
              <w:jc w:val="center"/>
              <w:rPr>
                <w:sz w:val="20"/>
                <w:szCs w:val="20"/>
              </w:rPr>
            </w:pPr>
            <w:r>
              <w:rPr>
                <w:sz w:val="20"/>
                <w:szCs w:val="20"/>
              </w:rPr>
              <w:t>0</w:t>
            </w:r>
          </w:p>
        </w:tc>
        <w:tc>
          <w:tcPr>
            <w:tcW w:w="560" w:type="dxa"/>
            <w:vAlign w:val="center"/>
          </w:tcPr>
          <w:p w14:paraId="32C9C0D4" w14:textId="77777777" w:rsidR="00734CF2" w:rsidRDefault="00000000">
            <w:pPr>
              <w:jc w:val="center"/>
              <w:rPr>
                <w:sz w:val="20"/>
                <w:szCs w:val="20"/>
              </w:rPr>
            </w:pPr>
            <w:r>
              <w:rPr>
                <w:sz w:val="20"/>
                <w:szCs w:val="20"/>
              </w:rPr>
              <w:t>2</w:t>
            </w:r>
          </w:p>
        </w:tc>
        <w:tc>
          <w:tcPr>
            <w:tcW w:w="560" w:type="dxa"/>
            <w:vAlign w:val="center"/>
          </w:tcPr>
          <w:p w14:paraId="00F74A7A" w14:textId="77777777" w:rsidR="00734CF2" w:rsidRDefault="00000000">
            <w:pPr>
              <w:jc w:val="center"/>
              <w:rPr>
                <w:sz w:val="20"/>
                <w:szCs w:val="20"/>
              </w:rPr>
            </w:pPr>
            <w:r>
              <w:rPr>
                <w:sz w:val="20"/>
                <w:szCs w:val="20"/>
              </w:rPr>
              <w:t>11</w:t>
            </w:r>
          </w:p>
        </w:tc>
        <w:tc>
          <w:tcPr>
            <w:tcW w:w="560" w:type="dxa"/>
            <w:vAlign w:val="center"/>
          </w:tcPr>
          <w:p w14:paraId="29F0EC69" w14:textId="77777777" w:rsidR="00734CF2" w:rsidRDefault="00000000">
            <w:pPr>
              <w:jc w:val="center"/>
              <w:rPr>
                <w:sz w:val="20"/>
                <w:szCs w:val="20"/>
              </w:rPr>
            </w:pPr>
            <w:r>
              <w:rPr>
                <w:sz w:val="20"/>
                <w:szCs w:val="20"/>
              </w:rPr>
              <w:t>11</w:t>
            </w:r>
          </w:p>
        </w:tc>
        <w:tc>
          <w:tcPr>
            <w:tcW w:w="1740" w:type="dxa"/>
            <w:vAlign w:val="center"/>
          </w:tcPr>
          <w:p w14:paraId="1AAA3391" w14:textId="77777777" w:rsidR="00734CF2" w:rsidRDefault="00000000">
            <w:pPr>
              <w:jc w:val="center"/>
              <w:rPr>
                <w:sz w:val="20"/>
                <w:szCs w:val="20"/>
              </w:rPr>
            </w:pPr>
            <w:r>
              <w:rPr>
                <w:sz w:val="20"/>
                <w:szCs w:val="20"/>
              </w:rPr>
              <w:t>24</w:t>
            </w:r>
          </w:p>
        </w:tc>
      </w:tr>
      <w:tr w:rsidR="00734CF2" w14:paraId="1D30B092" w14:textId="77777777">
        <w:tc>
          <w:tcPr>
            <w:tcW w:w="1500" w:type="dxa"/>
            <w:vAlign w:val="center"/>
          </w:tcPr>
          <w:p w14:paraId="39274446" w14:textId="77777777" w:rsidR="00734CF2" w:rsidRDefault="00000000">
            <w:pPr>
              <w:rPr>
                <w:sz w:val="20"/>
                <w:szCs w:val="20"/>
              </w:rPr>
            </w:pPr>
            <w:r>
              <w:rPr>
                <w:b/>
                <w:sz w:val="20"/>
                <w:szCs w:val="20"/>
              </w:rPr>
              <w:t>Gemini (LLM3)</w:t>
            </w:r>
          </w:p>
        </w:tc>
        <w:tc>
          <w:tcPr>
            <w:tcW w:w="2600" w:type="dxa"/>
            <w:vAlign w:val="center"/>
          </w:tcPr>
          <w:p w14:paraId="3273016B" w14:textId="77777777" w:rsidR="00734CF2" w:rsidRDefault="00000000">
            <w:pPr>
              <w:rPr>
                <w:sz w:val="20"/>
                <w:szCs w:val="20"/>
              </w:rPr>
            </w:pPr>
            <w:r>
              <w:rPr>
                <w:sz w:val="20"/>
                <w:szCs w:val="20"/>
              </w:rPr>
              <w:t>Accuracy</w:t>
            </w:r>
          </w:p>
        </w:tc>
        <w:tc>
          <w:tcPr>
            <w:tcW w:w="560" w:type="dxa"/>
            <w:vAlign w:val="center"/>
          </w:tcPr>
          <w:p w14:paraId="010A28B6" w14:textId="77777777" w:rsidR="00734CF2" w:rsidRDefault="00000000">
            <w:pPr>
              <w:jc w:val="center"/>
              <w:rPr>
                <w:sz w:val="20"/>
                <w:szCs w:val="20"/>
              </w:rPr>
            </w:pPr>
            <w:r>
              <w:rPr>
                <w:sz w:val="20"/>
                <w:szCs w:val="20"/>
              </w:rPr>
              <w:t>0</w:t>
            </w:r>
          </w:p>
        </w:tc>
        <w:tc>
          <w:tcPr>
            <w:tcW w:w="560" w:type="dxa"/>
            <w:vAlign w:val="center"/>
          </w:tcPr>
          <w:p w14:paraId="7DC8827D" w14:textId="77777777" w:rsidR="00734CF2" w:rsidRDefault="00000000">
            <w:pPr>
              <w:jc w:val="center"/>
              <w:rPr>
                <w:sz w:val="20"/>
                <w:szCs w:val="20"/>
              </w:rPr>
            </w:pPr>
            <w:r>
              <w:rPr>
                <w:sz w:val="20"/>
                <w:szCs w:val="20"/>
              </w:rPr>
              <w:t>4</w:t>
            </w:r>
          </w:p>
        </w:tc>
        <w:tc>
          <w:tcPr>
            <w:tcW w:w="560" w:type="dxa"/>
            <w:vAlign w:val="center"/>
          </w:tcPr>
          <w:p w14:paraId="1042F458" w14:textId="77777777" w:rsidR="00734CF2" w:rsidRDefault="00000000">
            <w:pPr>
              <w:jc w:val="center"/>
              <w:rPr>
                <w:sz w:val="20"/>
                <w:szCs w:val="20"/>
              </w:rPr>
            </w:pPr>
            <w:r>
              <w:rPr>
                <w:sz w:val="20"/>
                <w:szCs w:val="20"/>
              </w:rPr>
              <w:t>10</w:t>
            </w:r>
          </w:p>
        </w:tc>
        <w:tc>
          <w:tcPr>
            <w:tcW w:w="560" w:type="dxa"/>
            <w:vAlign w:val="center"/>
          </w:tcPr>
          <w:p w14:paraId="73A48771" w14:textId="77777777" w:rsidR="00734CF2" w:rsidRDefault="00000000">
            <w:pPr>
              <w:jc w:val="center"/>
              <w:rPr>
                <w:sz w:val="20"/>
                <w:szCs w:val="20"/>
              </w:rPr>
            </w:pPr>
            <w:r>
              <w:rPr>
                <w:sz w:val="20"/>
                <w:szCs w:val="20"/>
              </w:rPr>
              <w:t>5</w:t>
            </w:r>
          </w:p>
        </w:tc>
        <w:tc>
          <w:tcPr>
            <w:tcW w:w="560" w:type="dxa"/>
            <w:vAlign w:val="center"/>
          </w:tcPr>
          <w:p w14:paraId="09ECF217" w14:textId="77777777" w:rsidR="00734CF2" w:rsidRDefault="00000000">
            <w:pPr>
              <w:jc w:val="center"/>
              <w:rPr>
                <w:sz w:val="20"/>
                <w:szCs w:val="20"/>
              </w:rPr>
            </w:pPr>
            <w:r>
              <w:rPr>
                <w:sz w:val="20"/>
                <w:szCs w:val="20"/>
              </w:rPr>
              <w:t>5</w:t>
            </w:r>
          </w:p>
        </w:tc>
        <w:tc>
          <w:tcPr>
            <w:tcW w:w="1740" w:type="dxa"/>
            <w:vAlign w:val="center"/>
          </w:tcPr>
          <w:p w14:paraId="62100F88" w14:textId="77777777" w:rsidR="00734CF2" w:rsidRDefault="00000000">
            <w:pPr>
              <w:jc w:val="center"/>
              <w:rPr>
                <w:sz w:val="20"/>
                <w:szCs w:val="20"/>
              </w:rPr>
            </w:pPr>
            <w:r>
              <w:rPr>
                <w:sz w:val="20"/>
                <w:szCs w:val="20"/>
              </w:rPr>
              <w:t>24</w:t>
            </w:r>
          </w:p>
        </w:tc>
      </w:tr>
      <w:tr w:rsidR="00734CF2" w14:paraId="60EB942C" w14:textId="77777777">
        <w:tc>
          <w:tcPr>
            <w:tcW w:w="1500" w:type="dxa"/>
            <w:vAlign w:val="center"/>
          </w:tcPr>
          <w:p w14:paraId="6FF2948C" w14:textId="77777777" w:rsidR="00734CF2" w:rsidRDefault="00734CF2">
            <w:pPr>
              <w:rPr>
                <w:sz w:val="20"/>
                <w:szCs w:val="20"/>
              </w:rPr>
            </w:pPr>
          </w:p>
        </w:tc>
        <w:tc>
          <w:tcPr>
            <w:tcW w:w="2600" w:type="dxa"/>
            <w:vAlign w:val="center"/>
          </w:tcPr>
          <w:p w14:paraId="4839B1F3" w14:textId="77777777" w:rsidR="00734CF2" w:rsidRDefault="00000000">
            <w:pPr>
              <w:rPr>
                <w:sz w:val="20"/>
                <w:szCs w:val="20"/>
              </w:rPr>
            </w:pPr>
            <w:r>
              <w:rPr>
                <w:sz w:val="20"/>
                <w:szCs w:val="20"/>
              </w:rPr>
              <w:t>Patient &amp; Operational Safety</w:t>
            </w:r>
          </w:p>
        </w:tc>
        <w:tc>
          <w:tcPr>
            <w:tcW w:w="560" w:type="dxa"/>
            <w:vAlign w:val="center"/>
          </w:tcPr>
          <w:p w14:paraId="686C911D" w14:textId="77777777" w:rsidR="00734CF2" w:rsidRDefault="00000000">
            <w:pPr>
              <w:jc w:val="center"/>
              <w:rPr>
                <w:sz w:val="20"/>
                <w:szCs w:val="20"/>
              </w:rPr>
            </w:pPr>
            <w:r>
              <w:rPr>
                <w:sz w:val="20"/>
                <w:szCs w:val="20"/>
              </w:rPr>
              <w:t>3</w:t>
            </w:r>
          </w:p>
        </w:tc>
        <w:tc>
          <w:tcPr>
            <w:tcW w:w="560" w:type="dxa"/>
            <w:vAlign w:val="center"/>
          </w:tcPr>
          <w:p w14:paraId="2807FD92" w14:textId="77777777" w:rsidR="00734CF2" w:rsidRDefault="00000000">
            <w:pPr>
              <w:jc w:val="center"/>
              <w:rPr>
                <w:sz w:val="20"/>
                <w:szCs w:val="20"/>
              </w:rPr>
            </w:pPr>
            <w:r>
              <w:rPr>
                <w:sz w:val="20"/>
                <w:szCs w:val="20"/>
              </w:rPr>
              <w:t>4</w:t>
            </w:r>
          </w:p>
        </w:tc>
        <w:tc>
          <w:tcPr>
            <w:tcW w:w="560" w:type="dxa"/>
            <w:vAlign w:val="center"/>
          </w:tcPr>
          <w:p w14:paraId="5597A36D" w14:textId="77777777" w:rsidR="00734CF2" w:rsidRDefault="00000000">
            <w:pPr>
              <w:jc w:val="center"/>
              <w:rPr>
                <w:sz w:val="20"/>
                <w:szCs w:val="20"/>
              </w:rPr>
            </w:pPr>
            <w:r>
              <w:rPr>
                <w:sz w:val="20"/>
                <w:szCs w:val="20"/>
              </w:rPr>
              <w:t>7</w:t>
            </w:r>
          </w:p>
        </w:tc>
        <w:tc>
          <w:tcPr>
            <w:tcW w:w="560" w:type="dxa"/>
            <w:vAlign w:val="center"/>
          </w:tcPr>
          <w:p w14:paraId="35658130" w14:textId="77777777" w:rsidR="00734CF2" w:rsidRDefault="00000000">
            <w:pPr>
              <w:jc w:val="center"/>
              <w:rPr>
                <w:sz w:val="20"/>
                <w:szCs w:val="20"/>
              </w:rPr>
            </w:pPr>
            <w:r>
              <w:rPr>
                <w:sz w:val="20"/>
                <w:szCs w:val="20"/>
              </w:rPr>
              <w:t>6</w:t>
            </w:r>
          </w:p>
        </w:tc>
        <w:tc>
          <w:tcPr>
            <w:tcW w:w="560" w:type="dxa"/>
            <w:vAlign w:val="center"/>
          </w:tcPr>
          <w:p w14:paraId="1219DA31" w14:textId="77777777" w:rsidR="00734CF2" w:rsidRDefault="00000000">
            <w:pPr>
              <w:jc w:val="center"/>
              <w:rPr>
                <w:sz w:val="20"/>
                <w:szCs w:val="20"/>
              </w:rPr>
            </w:pPr>
            <w:r>
              <w:rPr>
                <w:sz w:val="20"/>
                <w:szCs w:val="20"/>
              </w:rPr>
              <w:t>4</w:t>
            </w:r>
          </w:p>
        </w:tc>
        <w:tc>
          <w:tcPr>
            <w:tcW w:w="1740" w:type="dxa"/>
            <w:vAlign w:val="center"/>
          </w:tcPr>
          <w:p w14:paraId="04D455C8" w14:textId="77777777" w:rsidR="00734CF2" w:rsidRDefault="00000000">
            <w:pPr>
              <w:jc w:val="center"/>
              <w:rPr>
                <w:sz w:val="20"/>
                <w:szCs w:val="20"/>
              </w:rPr>
            </w:pPr>
            <w:r>
              <w:rPr>
                <w:sz w:val="20"/>
                <w:szCs w:val="20"/>
              </w:rPr>
              <w:t>24</w:t>
            </w:r>
          </w:p>
        </w:tc>
      </w:tr>
      <w:tr w:rsidR="00734CF2" w14:paraId="039982F8" w14:textId="77777777">
        <w:tc>
          <w:tcPr>
            <w:tcW w:w="1500" w:type="dxa"/>
            <w:vAlign w:val="center"/>
          </w:tcPr>
          <w:p w14:paraId="48A056DE" w14:textId="77777777" w:rsidR="00734CF2" w:rsidRDefault="00734CF2">
            <w:pPr>
              <w:rPr>
                <w:sz w:val="20"/>
                <w:szCs w:val="20"/>
              </w:rPr>
            </w:pPr>
          </w:p>
        </w:tc>
        <w:tc>
          <w:tcPr>
            <w:tcW w:w="2600" w:type="dxa"/>
            <w:vAlign w:val="center"/>
          </w:tcPr>
          <w:p w14:paraId="4A31584B" w14:textId="77777777" w:rsidR="00734CF2" w:rsidRDefault="00000000">
            <w:pPr>
              <w:rPr>
                <w:sz w:val="20"/>
                <w:szCs w:val="20"/>
              </w:rPr>
            </w:pPr>
            <w:r>
              <w:rPr>
                <w:sz w:val="20"/>
                <w:szCs w:val="20"/>
              </w:rPr>
              <w:t>Freedom from Hallucinations</w:t>
            </w:r>
          </w:p>
        </w:tc>
        <w:tc>
          <w:tcPr>
            <w:tcW w:w="560" w:type="dxa"/>
            <w:vAlign w:val="center"/>
          </w:tcPr>
          <w:p w14:paraId="62150053" w14:textId="77777777" w:rsidR="00734CF2" w:rsidRDefault="00000000">
            <w:pPr>
              <w:jc w:val="center"/>
              <w:rPr>
                <w:sz w:val="20"/>
                <w:szCs w:val="20"/>
              </w:rPr>
            </w:pPr>
            <w:r>
              <w:rPr>
                <w:sz w:val="20"/>
                <w:szCs w:val="20"/>
              </w:rPr>
              <w:t>0</w:t>
            </w:r>
          </w:p>
        </w:tc>
        <w:tc>
          <w:tcPr>
            <w:tcW w:w="560" w:type="dxa"/>
            <w:vAlign w:val="center"/>
          </w:tcPr>
          <w:p w14:paraId="5ABA4A24" w14:textId="77777777" w:rsidR="00734CF2" w:rsidRDefault="00000000">
            <w:pPr>
              <w:jc w:val="center"/>
              <w:rPr>
                <w:sz w:val="20"/>
                <w:szCs w:val="20"/>
              </w:rPr>
            </w:pPr>
            <w:r>
              <w:rPr>
                <w:sz w:val="20"/>
                <w:szCs w:val="20"/>
              </w:rPr>
              <w:t>2</w:t>
            </w:r>
          </w:p>
        </w:tc>
        <w:tc>
          <w:tcPr>
            <w:tcW w:w="560" w:type="dxa"/>
            <w:vAlign w:val="center"/>
          </w:tcPr>
          <w:p w14:paraId="37BB26B0" w14:textId="77777777" w:rsidR="00734CF2" w:rsidRDefault="00000000">
            <w:pPr>
              <w:jc w:val="center"/>
              <w:rPr>
                <w:sz w:val="20"/>
                <w:szCs w:val="20"/>
              </w:rPr>
            </w:pPr>
            <w:r>
              <w:rPr>
                <w:sz w:val="20"/>
                <w:szCs w:val="20"/>
              </w:rPr>
              <w:t>6</w:t>
            </w:r>
          </w:p>
        </w:tc>
        <w:tc>
          <w:tcPr>
            <w:tcW w:w="560" w:type="dxa"/>
            <w:vAlign w:val="center"/>
          </w:tcPr>
          <w:p w14:paraId="21C7FF16" w14:textId="77777777" w:rsidR="00734CF2" w:rsidRDefault="00000000">
            <w:pPr>
              <w:jc w:val="center"/>
              <w:rPr>
                <w:sz w:val="20"/>
                <w:szCs w:val="20"/>
              </w:rPr>
            </w:pPr>
            <w:r>
              <w:rPr>
                <w:sz w:val="20"/>
                <w:szCs w:val="20"/>
              </w:rPr>
              <w:t>6</w:t>
            </w:r>
          </w:p>
        </w:tc>
        <w:tc>
          <w:tcPr>
            <w:tcW w:w="560" w:type="dxa"/>
            <w:vAlign w:val="center"/>
          </w:tcPr>
          <w:p w14:paraId="1091BDF8" w14:textId="77777777" w:rsidR="00734CF2" w:rsidRDefault="00000000">
            <w:pPr>
              <w:jc w:val="center"/>
              <w:rPr>
                <w:sz w:val="20"/>
                <w:szCs w:val="20"/>
              </w:rPr>
            </w:pPr>
            <w:r>
              <w:rPr>
                <w:sz w:val="20"/>
                <w:szCs w:val="20"/>
              </w:rPr>
              <w:t>10</w:t>
            </w:r>
          </w:p>
        </w:tc>
        <w:tc>
          <w:tcPr>
            <w:tcW w:w="1740" w:type="dxa"/>
            <w:vAlign w:val="center"/>
          </w:tcPr>
          <w:p w14:paraId="423197CE" w14:textId="77777777" w:rsidR="00734CF2" w:rsidRDefault="00000000">
            <w:pPr>
              <w:jc w:val="center"/>
              <w:rPr>
                <w:sz w:val="20"/>
                <w:szCs w:val="20"/>
              </w:rPr>
            </w:pPr>
            <w:r>
              <w:rPr>
                <w:sz w:val="20"/>
                <w:szCs w:val="20"/>
              </w:rPr>
              <w:t>24</w:t>
            </w:r>
          </w:p>
        </w:tc>
      </w:tr>
      <w:tr w:rsidR="00734CF2" w14:paraId="02820A23" w14:textId="77777777">
        <w:tc>
          <w:tcPr>
            <w:tcW w:w="1500" w:type="dxa"/>
            <w:vAlign w:val="center"/>
          </w:tcPr>
          <w:p w14:paraId="3342225C" w14:textId="77777777" w:rsidR="00734CF2" w:rsidRDefault="00734CF2">
            <w:pPr>
              <w:rPr>
                <w:sz w:val="20"/>
                <w:szCs w:val="20"/>
              </w:rPr>
            </w:pPr>
          </w:p>
        </w:tc>
        <w:tc>
          <w:tcPr>
            <w:tcW w:w="2600" w:type="dxa"/>
            <w:vAlign w:val="center"/>
          </w:tcPr>
          <w:p w14:paraId="0B2CFB17" w14:textId="77777777" w:rsidR="00734CF2" w:rsidRDefault="00000000">
            <w:pPr>
              <w:rPr>
                <w:sz w:val="20"/>
                <w:szCs w:val="20"/>
              </w:rPr>
            </w:pPr>
            <w:r>
              <w:rPr>
                <w:sz w:val="20"/>
                <w:szCs w:val="20"/>
              </w:rPr>
              <w:t>Completeness of Protocol</w:t>
            </w:r>
          </w:p>
        </w:tc>
        <w:tc>
          <w:tcPr>
            <w:tcW w:w="560" w:type="dxa"/>
            <w:vAlign w:val="center"/>
          </w:tcPr>
          <w:p w14:paraId="57A968C3" w14:textId="77777777" w:rsidR="00734CF2" w:rsidRDefault="00000000">
            <w:pPr>
              <w:jc w:val="center"/>
              <w:rPr>
                <w:sz w:val="20"/>
                <w:szCs w:val="20"/>
              </w:rPr>
            </w:pPr>
            <w:r>
              <w:rPr>
                <w:sz w:val="20"/>
                <w:szCs w:val="20"/>
              </w:rPr>
              <w:t>0</w:t>
            </w:r>
          </w:p>
        </w:tc>
        <w:tc>
          <w:tcPr>
            <w:tcW w:w="560" w:type="dxa"/>
            <w:vAlign w:val="center"/>
          </w:tcPr>
          <w:p w14:paraId="1924DEA7" w14:textId="77777777" w:rsidR="00734CF2" w:rsidRDefault="00000000">
            <w:pPr>
              <w:jc w:val="center"/>
              <w:rPr>
                <w:sz w:val="20"/>
                <w:szCs w:val="20"/>
              </w:rPr>
            </w:pPr>
            <w:r>
              <w:rPr>
                <w:sz w:val="20"/>
                <w:szCs w:val="20"/>
              </w:rPr>
              <w:t>4</w:t>
            </w:r>
          </w:p>
        </w:tc>
        <w:tc>
          <w:tcPr>
            <w:tcW w:w="560" w:type="dxa"/>
            <w:vAlign w:val="center"/>
          </w:tcPr>
          <w:p w14:paraId="367E7008" w14:textId="77777777" w:rsidR="00734CF2" w:rsidRDefault="00000000">
            <w:pPr>
              <w:jc w:val="center"/>
              <w:rPr>
                <w:sz w:val="20"/>
                <w:szCs w:val="20"/>
              </w:rPr>
            </w:pPr>
            <w:r>
              <w:rPr>
                <w:sz w:val="20"/>
                <w:szCs w:val="20"/>
              </w:rPr>
              <w:t>12</w:t>
            </w:r>
          </w:p>
        </w:tc>
        <w:tc>
          <w:tcPr>
            <w:tcW w:w="560" w:type="dxa"/>
            <w:vAlign w:val="center"/>
          </w:tcPr>
          <w:p w14:paraId="2B9CA1B3" w14:textId="77777777" w:rsidR="00734CF2" w:rsidRDefault="00000000">
            <w:pPr>
              <w:jc w:val="center"/>
              <w:rPr>
                <w:sz w:val="20"/>
                <w:szCs w:val="20"/>
              </w:rPr>
            </w:pPr>
            <w:r>
              <w:rPr>
                <w:sz w:val="20"/>
                <w:szCs w:val="20"/>
              </w:rPr>
              <w:t>8</w:t>
            </w:r>
          </w:p>
        </w:tc>
        <w:tc>
          <w:tcPr>
            <w:tcW w:w="560" w:type="dxa"/>
            <w:vAlign w:val="center"/>
          </w:tcPr>
          <w:p w14:paraId="32F40BBF" w14:textId="77777777" w:rsidR="00734CF2" w:rsidRDefault="00000000">
            <w:pPr>
              <w:jc w:val="center"/>
              <w:rPr>
                <w:sz w:val="20"/>
                <w:szCs w:val="20"/>
              </w:rPr>
            </w:pPr>
            <w:r>
              <w:rPr>
                <w:sz w:val="20"/>
                <w:szCs w:val="20"/>
              </w:rPr>
              <w:t>0</w:t>
            </w:r>
          </w:p>
        </w:tc>
        <w:tc>
          <w:tcPr>
            <w:tcW w:w="1740" w:type="dxa"/>
            <w:vAlign w:val="center"/>
          </w:tcPr>
          <w:p w14:paraId="57736F4F" w14:textId="77777777" w:rsidR="00734CF2" w:rsidRDefault="00000000">
            <w:pPr>
              <w:jc w:val="center"/>
              <w:rPr>
                <w:sz w:val="20"/>
                <w:szCs w:val="20"/>
              </w:rPr>
            </w:pPr>
            <w:r>
              <w:rPr>
                <w:sz w:val="20"/>
                <w:szCs w:val="20"/>
              </w:rPr>
              <w:t>24</w:t>
            </w:r>
          </w:p>
        </w:tc>
      </w:tr>
      <w:tr w:rsidR="00734CF2" w14:paraId="2020B742" w14:textId="77777777">
        <w:tc>
          <w:tcPr>
            <w:tcW w:w="1500" w:type="dxa"/>
            <w:vAlign w:val="center"/>
          </w:tcPr>
          <w:p w14:paraId="51CB8B6C" w14:textId="77777777" w:rsidR="00734CF2" w:rsidRDefault="00000000">
            <w:pPr>
              <w:rPr>
                <w:sz w:val="20"/>
                <w:szCs w:val="20"/>
              </w:rPr>
            </w:pPr>
            <w:r>
              <w:rPr>
                <w:b/>
                <w:sz w:val="20"/>
                <w:szCs w:val="20"/>
              </w:rPr>
              <w:t>OpenEvidence (LLM4)</w:t>
            </w:r>
          </w:p>
        </w:tc>
        <w:tc>
          <w:tcPr>
            <w:tcW w:w="2600" w:type="dxa"/>
            <w:vAlign w:val="center"/>
          </w:tcPr>
          <w:p w14:paraId="08B09C9C" w14:textId="77777777" w:rsidR="00734CF2" w:rsidRDefault="00000000">
            <w:pPr>
              <w:rPr>
                <w:sz w:val="20"/>
                <w:szCs w:val="20"/>
              </w:rPr>
            </w:pPr>
            <w:r>
              <w:rPr>
                <w:sz w:val="20"/>
                <w:szCs w:val="20"/>
              </w:rPr>
              <w:t>Accuracy</w:t>
            </w:r>
          </w:p>
        </w:tc>
        <w:tc>
          <w:tcPr>
            <w:tcW w:w="560" w:type="dxa"/>
            <w:vAlign w:val="center"/>
          </w:tcPr>
          <w:p w14:paraId="7A74C623" w14:textId="77777777" w:rsidR="00734CF2" w:rsidRDefault="00000000">
            <w:pPr>
              <w:jc w:val="center"/>
              <w:rPr>
                <w:sz w:val="20"/>
                <w:szCs w:val="20"/>
              </w:rPr>
            </w:pPr>
            <w:r>
              <w:rPr>
                <w:sz w:val="20"/>
                <w:szCs w:val="20"/>
              </w:rPr>
              <w:t>0</w:t>
            </w:r>
          </w:p>
        </w:tc>
        <w:tc>
          <w:tcPr>
            <w:tcW w:w="560" w:type="dxa"/>
            <w:vAlign w:val="center"/>
          </w:tcPr>
          <w:p w14:paraId="6CE23921" w14:textId="77777777" w:rsidR="00734CF2" w:rsidRDefault="00000000">
            <w:pPr>
              <w:jc w:val="center"/>
              <w:rPr>
                <w:sz w:val="20"/>
                <w:szCs w:val="20"/>
              </w:rPr>
            </w:pPr>
            <w:r>
              <w:rPr>
                <w:sz w:val="20"/>
                <w:szCs w:val="20"/>
              </w:rPr>
              <w:t>0</w:t>
            </w:r>
          </w:p>
        </w:tc>
        <w:tc>
          <w:tcPr>
            <w:tcW w:w="560" w:type="dxa"/>
            <w:vAlign w:val="center"/>
          </w:tcPr>
          <w:p w14:paraId="3DB6901D" w14:textId="77777777" w:rsidR="00734CF2" w:rsidRDefault="00000000">
            <w:pPr>
              <w:jc w:val="center"/>
              <w:rPr>
                <w:sz w:val="20"/>
                <w:szCs w:val="20"/>
              </w:rPr>
            </w:pPr>
            <w:r>
              <w:rPr>
                <w:sz w:val="20"/>
                <w:szCs w:val="20"/>
              </w:rPr>
              <w:t>3</w:t>
            </w:r>
          </w:p>
        </w:tc>
        <w:tc>
          <w:tcPr>
            <w:tcW w:w="560" w:type="dxa"/>
            <w:vAlign w:val="center"/>
          </w:tcPr>
          <w:p w14:paraId="1FC37C62" w14:textId="77777777" w:rsidR="00734CF2" w:rsidRDefault="00000000">
            <w:pPr>
              <w:jc w:val="center"/>
              <w:rPr>
                <w:sz w:val="20"/>
                <w:szCs w:val="20"/>
              </w:rPr>
            </w:pPr>
            <w:r>
              <w:rPr>
                <w:sz w:val="20"/>
                <w:szCs w:val="20"/>
              </w:rPr>
              <w:t>3</w:t>
            </w:r>
          </w:p>
        </w:tc>
        <w:tc>
          <w:tcPr>
            <w:tcW w:w="560" w:type="dxa"/>
            <w:vAlign w:val="center"/>
          </w:tcPr>
          <w:p w14:paraId="298778E5" w14:textId="77777777" w:rsidR="00734CF2" w:rsidRDefault="00000000">
            <w:pPr>
              <w:jc w:val="center"/>
              <w:rPr>
                <w:sz w:val="20"/>
                <w:szCs w:val="20"/>
              </w:rPr>
            </w:pPr>
            <w:r>
              <w:rPr>
                <w:sz w:val="20"/>
                <w:szCs w:val="20"/>
              </w:rPr>
              <w:t>18</w:t>
            </w:r>
          </w:p>
        </w:tc>
        <w:tc>
          <w:tcPr>
            <w:tcW w:w="1740" w:type="dxa"/>
            <w:vAlign w:val="center"/>
          </w:tcPr>
          <w:p w14:paraId="4D35B2FF" w14:textId="77777777" w:rsidR="00734CF2" w:rsidRDefault="00000000">
            <w:pPr>
              <w:jc w:val="center"/>
              <w:rPr>
                <w:sz w:val="20"/>
                <w:szCs w:val="20"/>
              </w:rPr>
            </w:pPr>
            <w:r>
              <w:rPr>
                <w:sz w:val="20"/>
                <w:szCs w:val="20"/>
              </w:rPr>
              <w:t>24</w:t>
            </w:r>
          </w:p>
        </w:tc>
      </w:tr>
      <w:tr w:rsidR="00734CF2" w14:paraId="4FA479CE" w14:textId="77777777">
        <w:tc>
          <w:tcPr>
            <w:tcW w:w="1500" w:type="dxa"/>
            <w:vAlign w:val="center"/>
          </w:tcPr>
          <w:p w14:paraId="2223118E" w14:textId="77777777" w:rsidR="00734CF2" w:rsidRDefault="00734CF2">
            <w:pPr>
              <w:rPr>
                <w:sz w:val="20"/>
                <w:szCs w:val="20"/>
              </w:rPr>
            </w:pPr>
          </w:p>
        </w:tc>
        <w:tc>
          <w:tcPr>
            <w:tcW w:w="2600" w:type="dxa"/>
            <w:vAlign w:val="center"/>
          </w:tcPr>
          <w:p w14:paraId="36653F5E" w14:textId="77777777" w:rsidR="00734CF2" w:rsidRDefault="00000000">
            <w:pPr>
              <w:rPr>
                <w:sz w:val="20"/>
                <w:szCs w:val="20"/>
              </w:rPr>
            </w:pPr>
            <w:r>
              <w:rPr>
                <w:sz w:val="20"/>
                <w:szCs w:val="20"/>
              </w:rPr>
              <w:t>Patient &amp; Operational Safety</w:t>
            </w:r>
          </w:p>
        </w:tc>
        <w:tc>
          <w:tcPr>
            <w:tcW w:w="560" w:type="dxa"/>
            <w:vAlign w:val="center"/>
          </w:tcPr>
          <w:p w14:paraId="653CB743" w14:textId="77777777" w:rsidR="00734CF2" w:rsidRDefault="00000000">
            <w:pPr>
              <w:jc w:val="center"/>
              <w:rPr>
                <w:sz w:val="20"/>
                <w:szCs w:val="20"/>
              </w:rPr>
            </w:pPr>
            <w:r>
              <w:rPr>
                <w:sz w:val="20"/>
                <w:szCs w:val="20"/>
              </w:rPr>
              <w:t>0</w:t>
            </w:r>
          </w:p>
        </w:tc>
        <w:tc>
          <w:tcPr>
            <w:tcW w:w="560" w:type="dxa"/>
            <w:vAlign w:val="center"/>
          </w:tcPr>
          <w:p w14:paraId="654F756E" w14:textId="77777777" w:rsidR="00734CF2" w:rsidRDefault="00000000">
            <w:pPr>
              <w:jc w:val="center"/>
              <w:rPr>
                <w:sz w:val="20"/>
                <w:szCs w:val="20"/>
              </w:rPr>
            </w:pPr>
            <w:r>
              <w:rPr>
                <w:sz w:val="20"/>
                <w:szCs w:val="20"/>
              </w:rPr>
              <w:t>0</w:t>
            </w:r>
          </w:p>
        </w:tc>
        <w:tc>
          <w:tcPr>
            <w:tcW w:w="560" w:type="dxa"/>
            <w:vAlign w:val="center"/>
          </w:tcPr>
          <w:p w14:paraId="3458F2F9" w14:textId="77777777" w:rsidR="00734CF2" w:rsidRDefault="00000000">
            <w:pPr>
              <w:jc w:val="center"/>
              <w:rPr>
                <w:sz w:val="20"/>
                <w:szCs w:val="20"/>
              </w:rPr>
            </w:pPr>
            <w:r>
              <w:rPr>
                <w:sz w:val="20"/>
                <w:szCs w:val="20"/>
              </w:rPr>
              <w:t>1</w:t>
            </w:r>
          </w:p>
        </w:tc>
        <w:tc>
          <w:tcPr>
            <w:tcW w:w="560" w:type="dxa"/>
            <w:vAlign w:val="center"/>
          </w:tcPr>
          <w:p w14:paraId="536E1784" w14:textId="77777777" w:rsidR="00734CF2" w:rsidRDefault="00000000">
            <w:pPr>
              <w:jc w:val="center"/>
              <w:rPr>
                <w:sz w:val="20"/>
                <w:szCs w:val="20"/>
              </w:rPr>
            </w:pPr>
            <w:r>
              <w:rPr>
                <w:sz w:val="20"/>
                <w:szCs w:val="20"/>
              </w:rPr>
              <w:t>0</w:t>
            </w:r>
          </w:p>
        </w:tc>
        <w:tc>
          <w:tcPr>
            <w:tcW w:w="560" w:type="dxa"/>
            <w:vAlign w:val="center"/>
          </w:tcPr>
          <w:p w14:paraId="418913B8" w14:textId="77777777" w:rsidR="00734CF2" w:rsidRDefault="00000000">
            <w:pPr>
              <w:jc w:val="center"/>
              <w:rPr>
                <w:sz w:val="20"/>
                <w:szCs w:val="20"/>
              </w:rPr>
            </w:pPr>
            <w:r>
              <w:rPr>
                <w:sz w:val="20"/>
                <w:szCs w:val="20"/>
              </w:rPr>
              <w:t>23</w:t>
            </w:r>
          </w:p>
        </w:tc>
        <w:tc>
          <w:tcPr>
            <w:tcW w:w="1740" w:type="dxa"/>
            <w:vAlign w:val="center"/>
          </w:tcPr>
          <w:p w14:paraId="42C661D8" w14:textId="77777777" w:rsidR="00734CF2" w:rsidRDefault="00000000">
            <w:pPr>
              <w:jc w:val="center"/>
              <w:rPr>
                <w:sz w:val="20"/>
                <w:szCs w:val="20"/>
              </w:rPr>
            </w:pPr>
            <w:r>
              <w:rPr>
                <w:sz w:val="20"/>
                <w:szCs w:val="20"/>
              </w:rPr>
              <w:t>24</w:t>
            </w:r>
          </w:p>
        </w:tc>
      </w:tr>
      <w:tr w:rsidR="00734CF2" w14:paraId="365030EE" w14:textId="77777777">
        <w:tc>
          <w:tcPr>
            <w:tcW w:w="1500" w:type="dxa"/>
            <w:vAlign w:val="center"/>
          </w:tcPr>
          <w:p w14:paraId="73E1A19C" w14:textId="77777777" w:rsidR="00734CF2" w:rsidRDefault="00734CF2">
            <w:pPr>
              <w:rPr>
                <w:sz w:val="20"/>
                <w:szCs w:val="20"/>
              </w:rPr>
            </w:pPr>
          </w:p>
        </w:tc>
        <w:tc>
          <w:tcPr>
            <w:tcW w:w="2600" w:type="dxa"/>
            <w:vAlign w:val="center"/>
          </w:tcPr>
          <w:p w14:paraId="3201CC58" w14:textId="77777777" w:rsidR="00734CF2" w:rsidRDefault="00000000">
            <w:pPr>
              <w:rPr>
                <w:sz w:val="20"/>
                <w:szCs w:val="20"/>
              </w:rPr>
            </w:pPr>
            <w:r>
              <w:rPr>
                <w:sz w:val="20"/>
                <w:szCs w:val="20"/>
              </w:rPr>
              <w:t>Freedom from Hallucinations</w:t>
            </w:r>
          </w:p>
        </w:tc>
        <w:tc>
          <w:tcPr>
            <w:tcW w:w="560" w:type="dxa"/>
            <w:vAlign w:val="center"/>
          </w:tcPr>
          <w:p w14:paraId="0A090A63" w14:textId="77777777" w:rsidR="00734CF2" w:rsidRDefault="00000000">
            <w:pPr>
              <w:jc w:val="center"/>
              <w:rPr>
                <w:sz w:val="20"/>
                <w:szCs w:val="20"/>
              </w:rPr>
            </w:pPr>
            <w:r>
              <w:rPr>
                <w:sz w:val="20"/>
                <w:szCs w:val="20"/>
              </w:rPr>
              <w:t>0</w:t>
            </w:r>
          </w:p>
        </w:tc>
        <w:tc>
          <w:tcPr>
            <w:tcW w:w="560" w:type="dxa"/>
            <w:vAlign w:val="center"/>
          </w:tcPr>
          <w:p w14:paraId="17E03735" w14:textId="77777777" w:rsidR="00734CF2" w:rsidRDefault="00000000">
            <w:pPr>
              <w:jc w:val="center"/>
              <w:rPr>
                <w:sz w:val="20"/>
                <w:szCs w:val="20"/>
              </w:rPr>
            </w:pPr>
            <w:r>
              <w:rPr>
                <w:sz w:val="20"/>
                <w:szCs w:val="20"/>
              </w:rPr>
              <w:t>0</w:t>
            </w:r>
          </w:p>
        </w:tc>
        <w:tc>
          <w:tcPr>
            <w:tcW w:w="560" w:type="dxa"/>
            <w:vAlign w:val="center"/>
          </w:tcPr>
          <w:p w14:paraId="0FB2AB6C" w14:textId="77777777" w:rsidR="00734CF2" w:rsidRDefault="00000000">
            <w:pPr>
              <w:jc w:val="center"/>
              <w:rPr>
                <w:sz w:val="20"/>
                <w:szCs w:val="20"/>
              </w:rPr>
            </w:pPr>
            <w:r>
              <w:rPr>
                <w:sz w:val="20"/>
                <w:szCs w:val="20"/>
              </w:rPr>
              <w:t>4</w:t>
            </w:r>
          </w:p>
        </w:tc>
        <w:tc>
          <w:tcPr>
            <w:tcW w:w="560" w:type="dxa"/>
            <w:vAlign w:val="center"/>
          </w:tcPr>
          <w:p w14:paraId="5467066E" w14:textId="77777777" w:rsidR="00734CF2" w:rsidRDefault="00000000">
            <w:pPr>
              <w:jc w:val="center"/>
              <w:rPr>
                <w:sz w:val="20"/>
                <w:szCs w:val="20"/>
              </w:rPr>
            </w:pPr>
            <w:r>
              <w:rPr>
                <w:sz w:val="20"/>
                <w:szCs w:val="20"/>
              </w:rPr>
              <w:t>5</w:t>
            </w:r>
          </w:p>
        </w:tc>
        <w:tc>
          <w:tcPr>
            <w:tcW w:w="560" w:type="dxa"/>
            <w:vAlign w:val="center"/>
          </w:tcPr>
          <w:p w14:paraId="0F6E8CA5" w14:textId="77777777" w:rsidR="00734CF2" w:rsidRDefault="00000000">
            <w:pPr>
              <w:jc w:val="center"/>
              <w:rPr>
                <w:sz w:val="20"/>
                <w:szCs w:val="20"/>
              </w:rPr>
            </w:pPr>
            <w:r>
              <w:rPr>
                <w:sz w:val="20"/>
                <w:szCs w:val="20"/>
              </w:rPr>
              <w:t>15</w:t>
            </w:r>
          </w:p>
        </w:tc>
        <w:tc>
          <w:tcPr>
            <w:tcW w:w="1740" w:type="dxa"/>
            <w:vAlign w:val="center"/>
          </w:tcPr>
          <w:p w14:paraId="1F1651E3" w14:textId="77777777" w:rsidR="00734CF2" w:rsidRDefault="00000000">
            <w:pPr>
              <w:jc w:val="center"/>
              <w:rPr>
                <w:sz w:val="20"/>
                <w:szCs w:val="20"/>
              </w:rPr>
            </w:pPr>
            <w:r>
              <w:rPr>
                <w:sz w:val="20"/>
                <w:szCs w:val="20"/>
              </w:rPr>
              <w:t>24</w:t>
            </w:r>
          </w:p>
        </w:tc>
      </w:tr>
      <w:tr w:rsidR="00734CF2" w14:paraId="26AA426B" w14:textId="77777777">
        <w:tc>
          <w:tcPr>
            <w:tcW w:w="1500" w:type="dxa"/>
            <w:vAlign w:val="center"/>
          </w:tcPr>
          <w:p w14:paraId="3D71EE88" w14:textId="77777777" w:rsidR="00734CF2" w:rsidRDefault="00734CF2">
            <w:pPr>
              <w:rPr>
                <w:sz w:val="20"/>
                <w:szCs w:val="20"/>
              </w:rPr>
            </w:pPr>
          </w:p>
        </w:tc>
        <w:tc>
          <w:tcPr>
            <w:tcW w:w="2600" w:type="dxa"/>
            <w:vAlign w:val="center"/>
          </w:tcPr>
          <w:p w14:paraId="56D8A99A" w14:textId="77777777" w:rsidR="00734CF2" w:rsidRDefault="00000000">
            <w:pPr>
              <w:rPr>
                <w:sz w:val="20"/>
                <w:szCs w:val="20"/>
              </w:rPr>
            </w:pPr>
            <w:r>
              <w:rPr>
                <w:sz w:val="20"/>
                <w:szCs w:val="20"/>
              </w:rPr>
              <w:t>Completeness of Protocol</w:t>
            </w:r>
          </w:p>
        </w:tc>
        <w:tc>
          <w:tcPr>
            <w:tcW w:w="560" w:type="dxa"/>
            <w:vAlign w:val="center"/>
          </w:tcPr>
          <w:p w14:paraId="50EF5CC0" w14:textId="77777777" w:rsidR="00734CF2" w:rsidRDefault="00000000">
            <w:pPr>
              <w:jc w:val="center"/>
              <w:rPr>
                <w:sz w:val="20"/>
                <w:szCs w:val="20"/>
              </w:rPr>
            </w:pPr>
            <w:r>
              <w:rPr>
                <w:sz w:val="20"/>
                <w:szCs w:val="20"/>
              </w:rPr>
              <w:t>0</w:t>
            </w:r>
          </w:p>
        </w:tc>
        <w:tc>
          <w:tcPr>
            <w:tcW w:w="560" w:type="dxa"/>
            <w:vAlign w:val="center"/>
          </w:tcPr>
          <w:p w14:paraId="09C6097F" w14:textId="77777777" w:rsidR="00734CF2" w:rsidRDefault="00000000">
            <w:pPr>
              <w:jc w:val="center"/>
              <w:rPr>
                <w:sz w:val="20"/>
                <w:szCs w:val="20"/>
              </w:rPr>
            </w:pPr>
            <w:r>
              <w:rPr>
                <w:sz w:val="20"/>
                <w:szCs w:val="20"/>
              </w:rPr>
              <w:t>0</w:t>
            </w:r>
          </w:p>
        </w:tc>
        <w:tc>
          <w:tcPr>
            <w:tcW w:w="560" w:type="dxa"/>
            <w:vAlign w:val="center"/>
          </w:tcPr>
          <w:p w14:paraId="0D66F527" w14:textId="77777777" w:rsidR="00734CF2" w:rsidRDefault="00000000">
            <w:pPr>
              <w:jc w:val="center"/>
              <w:rPr>
                <w:sz w:val="20"/>
                <w:szCs w:val="20"/>
              </w:rPr>
            </w:pPr>
            <w:r>
              <w:rPr>
                <w:sz w:val="20"/>
                <w:szCs w:val="20"/>
              </w:rPr>
              <w:t>3</w:t>
            </w:r>
          </w:p>
        </w:tc>
        <w:tc>
          <w:tcPr>
            <w:tcW w:w="560" w:type="dxa"/>
            <w:vAlign w:val="center"/>
          </w:tcPr>
          <w:p w14:paraId="41D78C7E" w14:textId="77777777" w:rsidR="00734CF2" w:rsidRDefault="00000000">
            <w:pPr>
              <w:jc w:val="center"/>
              <w:rPr>
                <w:sz w:val="20"/>
                <w:szCs w:val="20"/>
              </w:rPr>
            </w:pPr>
            <w:r>
              <w:rPr>
                <w:sz w:val="20"/>
                <w:szCs w:val="20"/>
              </w:rPr>
              <w:t>2</w:t>
            </w:r>
          </w:p>
        </w:tc>
        <w:tc>
          <w:tcPr>
            <w:tcW w:w="560" w:type="dxa"/>
            <w:vAlign w:val="center"/>
          </w:tcPr>
          <w:p w14:paraId="0535A7E0" w14:textId="77777777" w:rsidR="00734CF2" w:rsidRDefault="00000000">
            <w:pPr>
              <w:jc w:val="center"/>
              <w:rPr>
                <w:sz w:val="20"/>
                <w:szCs w:val="20"/>
              </w:rPr>
            </w:pPr>
            <w:r>
              <w:rPr>
                <w:sz w:val="20"/>
                <w:szCs w:val="20"/>
              </w:rPr>
              <w:t>19</w:t>
            </w:r>
          </w:p>
        </w:tc>
        <w:tc>
          <w:tcPr>
            <w:tcW w:w="1740" w:type="dxa"/>
            <w:vAlign w:val="center"/>
          </w:tcPr>
          <w:p w14:paraId="7675F7A4" w14:textId="77777777" w:rsidR="00734CF2" w:rsidRDefault="00000000">
            <w:pPr>
              <w:jc w:val="center"/>
              <w:rPr>
                <w:sz w:val="20"/>
                <w:szCs w:val="20"/>
              </w:rPr>
            </w:pPr>
            <w:r>
              <w:rPr>
                <w:sz w:val="20"/>
                <w:szCs w:val="20"/>
              </w:rPr>
              <w:t>24</w:t>
            </w:r>
          </w:p>
        </w:tc>
      </w:tr>
      <w:tr w:rsidR="00734CF2" w14:paraId="3C2A5DFF" w14:textId="77777777">
        <w:tc>
          <w:tcPr>
            <w:tcW w:w="1500" w:type="dxa"/>
            <w:vAlign w:val="center"/>
          </w:tcPr>
          <w:p w14:paraId="6CC2D5D0" w14:textId="77777777" w:rsidR="00734CF2" w:rsidRDefault="00000000">
            <w:pPr>
              <w:rPr>
                <w:sz w:val="20"/>
                <w:szCs w:val="20"/>
              </w:rPr>
            </w:pPr>
            <w:r>
              <w:rPr>
                <w:b/>
                <w:sz w:val="20"/>
                <w:szCs w:val="20"/>
              </w:rPr>
              <w:t xml:space="preserve">Perplexity </w:t>
            </w:r>
            <w:r>
              <w:rPr>
                <w:b/>
                <w:sz w:val="20"/>
                <w:szCs w:val="20"/>
              </w:rPr>
              <w:lastRenderedPageBreak/>
              <w:t>(LLM5)</w:t>
            </w:r>
          </w:p>
        </w:tc>
        <w:tc>
          <w:tcPr>
            <w:tcW w:w="2600" w:type="dxa"/>
            <w:vAlign w:val="center"/>
          </w:tcPr>
          <w:p w14:paraId="09918FB1" w14:textId="77777777" w:rsidR="00734CF2" w:rsidRDefault="00000000">
            <w:pPr>
              <w:rPr>
                <w:sz w:val="20"/>
                <w:szCs w:val="20"/>
              </w:rPr>
            </w:pPr>
            <w:r>
              <w:rPr>
                <w:sz w:val="20"/>
                <w:szCs w:val="20"/>
              </w:rPr>
              <w:lastRenderedPageBreak/>
              <w:t>Accuracy</w:t>
            </w:r>
          </w:p>
        </w:tc>
        <w:tc>
          <w:tcPr>
            <w:tcW w:w="560" w:type="dxa"/>
            <w:vAlign w:val="center"/>
          </w:tcPr>
          <w:p w14:paraId="304227FB" w14:textId="77777777" w:rsidR="00734CF2" w:rsidRDefault="00000000">
            <w:pPr>
              <w:jc w:val="center"/>
              <w:rPr>
                <w:sz w:val="20"/>
                <w:szCs w:val="20"/>
              </w:rPr>
            </w:pPr>
            <w:r>
              <w:rPr>
                <w:sz w:val="20"/>
                <w:szCs w:val="20"/>
              </w:rPr>
              <w:t>3</w:t>
            </w:r>
          </w:p>
        </w:tc>
        <w:tc>
          <w:tcPr>
            <w:tcW w:w="560" w:type="dxa"/>
            <w:vAlign w:val="center"/>
          </w:tcPr>
          <w:p w14:paraId="7504A83D" w14:textId="77777777" w:rsidR="00734CF2" w:rsidRDefault="00000000">
            <w:pPr>
              <w:jc w:val="center"/>
              <w:rPr>
                <w:sz w:val="20"/>
                <w:szCs w:val="20"/>
              </w:rPr>
            </w:pPr>
            <w:r>
              <w:rPr>
                <w:sz w:val="20"/>
                <w:szCs w:val="20"/>
              </w:rPr>
              <w:t>4</w:t>
            </w:r>
          </w:p>
        </w:tc>
        <w:tc>
          <w:tcPr>
            <w:tcW w:w="560" w:type="dxa"/>
            <w:vAlign w:val="center"/>
          </w:tcPr>
          <w:p w14:paraId="4EB7271E" w14:textId="77777777" w:rsidR="00734CF2" w:rsidRDefault="00000000">
            <w:pPr>
              <w:jc w:val="center"/>
              <w:rPr>
                <w:sz w:val="20"/>
                <w:szCs w:val="20"/>
              </w:rPr>
            </w:pPr>
            <w:r>
              <w:rPr>
                <w:sz w:val="20"/>
                <w:szCs w:val="20"/>
              </w:rPr>
              <w:t>8</w:t>
            </w:r>
          </w:p>
        </w:tc>
        <w:tc>
          <w:tcPr>
            <w:tcW w:w="560" w:type="dxa"/>
            <w:vAlign w:val="center"/>
          </w:tcPr>
          <w:p w14:paraId="63648695" w14:textId="77777777" w:rsidR="00734CF2" w:rsidRDefault="00000000">
            <w:pPr>
              <w:jc w:val="center"/>
              <w:rPr>
                <w:sz w:val="20"/>
                <w:szCs w:val="20"/>
              </w:rPr>
            </w:pPr>
            <w:r>
              <w:rPr>
                <w:sz w:val="20"/>
                <w:szCs w:val="20"/>
              </w:rPr>
              <w:t>8</w:t>
            </w:r>
          </w:p>
        </w:tc>
        <w:tc>
          <w:tcPr>
            <w:tcW w:w="560" w:type="dxa"/>
            <w:vAlign w:val="center"/>
          </w:tcPr>
          <w:p w14:paraId="228BF66B" w14:textId="77777777" w:rsidR="00734CF2" w:rsidRDefault="00000000">
            <w:pPr>
              <w:jc w:val="center"/>
              <w:rPr>
                <w:sz w:val="20"/>
                <w:szCs w:val="20"/>
              </w:rPr>
            </w:pPr>
            <w:r>
              <w:rPr>
                <w:sz w:val="20"/>
                <w:szCs w:val="20"/>
              </w:rPr>
              <w:t>1</w:t>
            </w:r>
          </w:p>
        </w:tc>
        <w:tc>
          <w:tcPr>
            <w:tcW w:w="1740" w:type="dxa"/>
            <w:vAlign w:val="center"/>
          </w:tcPr>
          <w:p w14:paraId="6E793D1C" w14:textId="77777777" w:rsidR="00734CF2" w:rsidRDefault="00000000">
            <w:pPr>
              <w:jc w:val="center"/>
              <w:rPr>
                <w:sz w:val="20"/>
                <w:szCs w:val="20"/>
              </w:rPr>
            </w:pPr>
            <w:r>
              <w:rPr>
                <w:sz w:val="20"/>
                <w:szCs w:val="20"/>
              </w:rPr>
              <w:t>24</w:t>
            </w:r>
          </w:p>
        </w:tc>
      </w:tr>
      <w:tr w:rsidR="00734CF2" w14:paraId="6A5AF5B1" w14:textId="77777777">
        <w:tc>
          <w:tcPr>
            <w:tcW w:w="1500" w:type="dxa"/>
            <w:vAlign w:val="center"/>
          </w:tcPr>
          <w:p w14:paraId="4064DF2C" w14:textId="77777777" w:rsidR="00734CF2" w:rsidRDefault="00734CF2">
            <w:pPr>
              <w:rPr>
                <w:sz w:val="20"/>
                <w:szCs w:val="20"/>
              </w:rPr>
            </w:pPr>
          </w:p>
        </w:tc>
        <w:tc>
          <w:tcPr>
            <w:tcW w:w="2600" w:type="dxa"/>
            <w:vAlign w:val="center"/>
          </w:tcPr>
          <w:p w14:paraId="78D26529" w14:textId="77777777" w:rsidR="00734CF2" w:rsidRDefault="00000000">
            <w:pPr>
              <w:rPr>
                <w:sz w:val="20"/>
                <w:szCs w:val="20"/>
              </w:rPr>
            </w:pPr>
            <w:r>
              <w:rPr>
                <w:sz w:val="20"/>
                <w:szCs w:val="20"/>
              </w:rPr>
              <w:t>Patient &amp; Operational Safety</w:t>
            </w:r>
          </w:p>
        </w:tc>
        <w:tc>
          <w:tcPr>
            <w:tcW w:w="560" w:type="dxa"/>
            <w:vAlign w:val="center"/>
          </w:tcPr>
          <w:p w14:paraId="3A7FCF5B" w14:textId="77777777" w:rsidR="00734CF2" w:rsidRDefault="00000000">
            <w:pPr>
              <w:jc w:val="center"/>
              <w:rPr>
                <w:sz w:val="20"/>
                <w:szCs w:val="20"/>
              </w:rPr>
            </w:pPr>
            <w:r>
              <w:rPr>
                <w:sz w:val="20"/>
                <w:szCs w:val="20"/>
              </w:rPr>
              <w:t>6</w:t>
            </w:r>
          </w:p>
        </w:tc>
        <w:tc>
          <w:tcPr>
            <w:tcW w:w="560" w:type="dxa"/>
            <w:vAlign w:val="center"/>
          </w:tcPr>
          <w:p w14:paraId="54429A78" w14:textId="77777777" w:rsidR="00734CF2" w:rsidRDefault="00000000">
            <w:pPr>
              <w:jc w:val="center"/>
              <w:rPr>
                <w:sz w:val="20"/>
                <w:szCs w:val="20"/>
              </w:rPr>
            </w:pPr>
            <w:r>
              <w:rPr>
                <w:sz w:val="20"/>
                <w:szCs w:val="20"/>
              </w:rPr>
              <w:t>2</w:t>
            </w:r>
          </w:p>
        </w:tc>
        <w:tc>
          <w:tcPr>
            <w:tcW w:w="560" w:type="dxa"/>
            <w:vAlign w:val="center"/>
          </w:tcPr>
          <w:p w14:paraId="1A2CC137" w14:textId="77777777" w:rsidR="00734CF2" w:rsidRDefault="00000000">
            <w:pPr>
              <w:jc w:val="center"/>
              <w:rPr>
                <w:sz w:val="20"/>
                <w:szCs w:val="20"/>
              </w:rPr>
            </w:pPr>
            <w:r>
              <w:rPr>
                <w:sz w:val="20"/>
                <w:szCs w:val="20"/>
              </w:rPr>
              <w:t>10</w:t>
            </w:r>
          </w:p>
        </w:tc>
        <w:tc>
          <w:tcPr>
            <w:tcW w:w="560" w:type="dxa"/>
            <w:vAlign w:val="center"/>
          </w:tcPr>
          <w:p w14:paraId="41FD29BB" w14:textId="77777777" w:rsidR="00734CF2" w:rsidRDefault="00000000">
            <w:pPr>
              <w:jc w:val="center"/>
              <w:rPr>
                <w:sz w:val="20"/>
                <w:szCs w:val="20"/>
              </w:rPr>
            </w:pPr>
            <w:r>
              <w:rPr>
                <w:sz w:val="20"/>
                <w:szCs w:val="20"/>
              </w:rPr>
              <w:t>3</w:t>
            </w:r>
          </w:p>
        </w:tc>
        <w:tc>
          <w:tcPr>
            <w:tcW w:w="560" w:type="dxa"/>
            <w:vAlign w:val="center"/>
          </w:tcPr>
          <w:p w14:paraId="2836C11A" w14:textId="77777777" w:rsidR="00734CF2" w:rsidRDefault="00000000">
            <w:pPr>
              <w:jc w:val="center"/>
              <w:rPr>
                <w:sz w:val="20"/>
                <w:szCs w:val="20"/>
              </w:rPr>
            </w:pPr>
            <w:r>
              <w:rPr>
                <w:sz w:val="20"/>
                <w:szCs w:val="20"/>
              </w:rPr>
              <w:t>3</w:t>
            </w:r>
          </w:p>
        </w:tc>
        <w:tc>
          <w:tcPr>
            <w:tcW w:w="1740" w:type="dxa"/>
            <w:vAlign w:val="center"/>
          </w:tcPr>
          <w:p w14:paraId="579AD7F0" w14:textId="77777777" w:rsidR="00734CF2" w:rsidRDefault="00000000">
            <w:pPr>
              <w:jc w:val="center"/>
              <w:rPr>
                <w:sz w:val="20"/>
                <w:szCs w:val="20"/>
              </w:rPr>
            </w:pPr>
            <w:r>
              <w:rPr>
                <w:sz w:val="20"/>
                <w:szCs w:val="20"/>
              </w:rPr>
              <w:t>24</w:t>
            </w:r>
          </w:p>
        </w:tc>
      </w:tr>
      <w:tr w:rsidR="00734CF2" w14:paraId="62F6C56B" w14:textId="77777777">
        <w:tc>
          <w:tcPr>
            <w:tcW w:w="1500" w:type="dxa"/>
            <w:vAlign w:val="center"/>
          </w:tcPr>
          <w:p w14:paraId="3E906988" w14:textId="77777777" w:rsidR="00734CF2" w:rsidRDefault="00734CF2">
            <w:pPr>
              <w:rPr>
                <w:sz w:val="20"/>
                <w:szCs w:val="20"/>
              </w:rPr>
            </w:pPr>
          </w:p>
        </w:tc>
        <w:tc>
          <w:tcPr>
            <w:tcW w:w="2600" w:type="dxa"/>
            <w:vAlign w:val="center"/>
          </w:tcPr>
          <w:p w14:paraId="452D6544" w14:textId="77777777" w:rsidR="00734CF2" w:rsidRDefault="00000000">
            <w:pPr>
              <w:rPr>
                <w:sz w:val="20"/>
                <w:szCs w:val="20"/>
              </w:rPr>
            </w:pPr>
            <w:r>
              <w:rPr>
                <w:sz w:val="20"/>
                <w:szCs w:val="20"/>
              </w:rPr>
              <w:t>Freedom from Hallucinations</w:t>
            </w:r>
          </w:p>
        </w:tc>
        <w:tc>
          <w:tcPr>
            <w:tcW w:w="560" w:type="dxa"/>
            <w:vAlign w:val="center"/>
          </w:tcPr>
          <w:p w14:paraId="7992B9E4" w14:textId="77777777" w:rsidR="00734CF2" w:rsidRDefault="00000000">
            <w:pPr>
              <w:jc w:val="center"/>
              <w:rPr>
                <w:sz w:val="20"/>
                <w:szCs w:val="20"/>
              </w:rPr>
            </w:pPr>
            <w:r>
              <w:rPr>
                <w:sz w:val="20"/>
                <w:szCs w:val="20"/>
              </w:rPr>
              <w:t>3</w:t>
            </w:r>
          </w:p>
        </w:tc>
        <w:tc>
          <w:tcPr>
            <w:tcW w:w="560" w:type="dxa"/>
            <w:vAlign w:val="center"/>
          </w:tcPr>
          <w:p w14:paraId="0CF25804" w14:textId="77777777" w:rsidR="00734CF2" w:rsidRDefault="00000000">
            <w:pPr>
              <w:jc w:val="center"/>
              <w:rPr>
                <w:sz w:val="20"/>
                <w:szCs w:val="20"/>
              </w:rPr>
            </w:pPr>
            <w:r>
              <w:rPr>
                <w:sz w:val="20"/>
                <w:szCs w:val="20"/>
              </w:rPr>
              <w:t>1</w:t>
            </w:r>
          </w:p>
        </w:tc>
        <w:tc>
          <w:tcPr>
            <w:tcW w:w="560" w:type="dxa"/>
            <w:vAlign w:val="center"/>
          </w:tcPr>
          <w:p w14:paraId="4827526A" w14:textId="77777777" w:rsidR="00734CF2" w:rsidRDefault="00000000">
            <w:pPr>
              <w:jc w:val="center"/>
              <w:rPr>
                <w:sz w:val="20"/>
                <w:szCs w:val="20"/>
              </w:rPr>
            </w:pPr>
            <w:r>
              <w:rPr>
                <w:sz w:val="20"/>
                <w:szCs w:val="20"/>
              </w:rPr>
              <w:t>5</w:t>
            </w:r>
          </w:p>
        </w:tc>
        <w:tc>
          <w:tcPr>
            <w:tcW w:w="560" w:type="dxa"/>
            <w:vAlign w:val="center"/>
          </w:tcPr>
          <w:p w14:paraId="279198DB" w14:textId="77777777" w:rsidR="00734CF2" w:rsidRDefault="00000000">
            <w:pPr>
              <w:jc w:val="center"/>
              <w:rPr>
                <w:sz w:val="20"/>
                <w:szCs w:val="20"/>
              </w:rPr>
            </w:pPr>
            <w:r>
              <w:rPr>
                <w:sz w:val="20"/>
                <w:szCs w:val="20"/>
              </w:rPr>
              <w:t>5</w:t>
            </w:r>
          </w:p>
        </w:tc>
        <w:tc>
          <w:tcPr>
            <w:tcW w:w="560" w:type="dxa"/>
            <w:vAlign w:val="center"/>
          </w:tcPr>
          <w:p w14:paraId="17A1D610" w14:textId="77777777" w:rsidR="00734CF2" w:rsidRDefault="00000000">
            <w:pPr>
              <w:jc w:val="center"/>
              <w:rPr>
                <w:sz w:val="20"/>
                <w:szCs w:val="20"/>
              </w:rPr>
            </w:pPr>
            <w:r>
              <w:rPr>
                <w:sz w:val="20"/>
                <w:szCs w:val="20"/>
              </w:rPr>
              <w:t>10</w:t>
            </w:r>
          </w:p>
        </w:tc>
        <w:tc>
          <w:tcPr>
            <w:tcW w:w="1740" w:type="dxa"/>
            <w:vAlign w:val="center"/>
          </w:tcPr>
          <w:p w14:paraId="369DE8BF" w14:textId="77777777" w:rsidR="00734CF2" w:rsidRDefault="00000000">
            <w:pPr>
              <w:jc w:val="center"/>
              <w:rPr>
                <w:sz w:val="20"/>
                <w:szCs w:val="20"/>
              </w:rPr>
            </w:pPr>
            <w:r>
              <w:rPr>
                <w:sz w:val="20"/>
                <w:szCs w:val="20"/>
              </w:rPr>
              <w:t>24</w:t>
            </w:r>
          </w:p>
        </w:tc>
      </w:tr>
      <w:tr w:rsidR="00734CF2" w14:paraId="7E67D8B1" w14:textId="77777777">
        <w:tc>
          <w:tcPr>
            <w:tcW w:w="1500" w:type="dxa"/>
            <w:vAlign w:val="center"/>
          </w:tcPr>
          <w:p w14:paraId="30009880" w14:textId="77777777" w:rsidR="00734CF2" w:rsidRDefault="00734CF2">
            <w:pPr>
              <w:rPr>
                <w:sz w:val="20"/>
                <w:szCs w:val="20"/>
              </w:rPr>
            </w:pPr>
          </w:p>
        </w:tc>
        <w:tc>
          <w:tcPr>
            <w:tcW w:w="2600" w:type="dxa"/>
            <w:vAlign w:val="center"/>
          </w:tcPr>
          <w:p w14:paraId="21E73F4B" w14:textId="77777777" w:rsidR="00734CF2" w:rsidRDefault="00000000">
            <w:pPr>
              <w:rPr>
                <w:sz w:val="20"/>
                <w:szCs w:val="20"/>
              </w:rPr>
            </w:pPr>
            <w:r>
              <w:rPr>
                <w:sz w:val="20"/>
                <w:szCs w:val="20"/>
              </w:rPr>
              <w:t>Completeness of Protocol</w:t>
            </w:r>
          </w:p>
        </w:tc>
        <w:tc>
          <w:tcPr>
            <w:tcW w:w="560" w:type="dxa"/>
            <w:vAlign w:val="center"/>
          </w:tcPr>
          <w:p w14:paraId="3F73DD17" w14:textId="77777777" w:rsidR="00734CF2" w:rsidRDefault="00000000">
            <w:pPr>
              <w:jc w:val="center"/>
              <w:rPr>
                <w:sz w:val="20"/>
                <w:szCs w:val="20"/>
              </w:rPr>
            </w:pPr>
            <w:r>
              <w:rPr>
                <w:sz w:val="20"/>
                <w:szCs w:val="20"/>
              </w:rPr>
              <w:t>4</w:t>
            </w:r>
          </w:p>
        </w:tc>
        <w:tc>
          <w:tcPr>
            <w:tcW w:w="560" w:type="dxa"/>
            <w:vAlign w:val="center"/>
          </w:tcPr>
          <w:p w14:paraId="5AF581B6" w14:textId="77777777" w:rsidR="00734CF2" w:rsidRDefault="00000000">
            <w:pPr>
              <w:jc w:val="center"/>
              <w:rPr>
                <w:sz w:val="20"/>
                <w:szCs w:val="20"/>
              </w:rPr>
            </w:pPr>
            <w:r>
              <w:rPr>
                <w:sz w:val="20"/>
                <w:szCs w:val="20"/>
              </w:rPr>
              <w:t>8</w:t>
            </w:r>
          </w:p>
        </w:tc>
        <w:tc>
          <w:tcPr>
            <w:tcW w:w="560" w:type="dxa"/>
            <w:vAlign w:val="center"/>
          </w:tcPr>
          <w:p w14:paraId="177E1277" w14:textId="77777777" w:rsidR="00734CF2" w:rsidRDefault="00000000">
            <w:pPr>
              <w:jc w:val="center"/>
              <w:rPr>
                <w:sz w:val="20"/>
                <w:szCs w:val="20"/>
              </w:rPr>
            </w:pPr>
            <w:r>
              <w:rPr>
                <w:sz w:val="20"/>
                <w:szCs w:val="20"/>
              </w:rPr>
              <w:t>7</w:t>
            </w:r>
          </w:p>
        </w:tc>
        <w:tc>
          <w:tcPr>
            <w:tcW w:w="560" w:type="dxa"/>
            <w:vAlign w:val="center"/>
          </w:tcPr>
          <w:p w14:paraId="5A970F8F" w14:textId="77777777" w:rsidR="00734CF2" w:rsidRDefault="00000000">
            <w:pPr>
              <w:jc w:val="center"/>
              <w:rPr>
                <w:sz w:val="20"/>
                <w:szCs w:val="20"/>
              </w:rPr>
            </w:pPr>
            <w:r>
              <w:rPr>
                <w:sz w:val="20"/>
                <w:szCs w:val="20"/>
              </w:rPr>
              <w:t>4</w:t>
            </w:r>
          </w:p>
        </w:tc>
        <w:tc>
          <w:tcPr>
            <w:tcW w:w="560" w:type="dxa"/>
            <w:vAlign w:val="center"/>
          </w:tcPr>
          <w:p w14:paraId="703CC0DB" w14:textId="77777777" w:rsidR="00734CF2" w:rsidRDefault="00000000">
            <w:pPr>
              <w:jc w:val="center"/>
              <w:rPr>
                <w:sz w:val="20"/>
                <w:szCs w:val="20"/>
              </w:rPr>
            </w:pPr>
            <w:r>
              <w:rPr>
                <w:sz w:val="20"/>
                <w:szCs w:val="20"/>
              </w:rPr>
              <w:t>1</w:t>
            </w:r>
          </w:p>
        </w:tc>
        <w:tc>
          <w:tcPr>
            <w:tcW w:w="1740" w:type="dxa"/>
            <w:vAlign w:val="center"/>
          </w:tcPr>
          <w:p w14:paraId="65BF7E94" w14:textId="77777777" w:rsidR="00734CF2" w:rsidRDefault="00000000">
            <w:pPr>
              <w:jc w:val="center"/>
              <w:rPr>
                <w:sz w:val="20"/>
                <w:szCs w:val="20"/>
              </w:rPr>
            </w:pPr>
            <w:r>
              <w:rPr>
                <w:sz w:val="20"/>
                <w:szCs w:val="20"/>
              </w:rPr>
              <w:t>24</w:t>
            </w:r>
          </w:p>
        </w:tc>
      </w:tr>
    </w:tbl>
    <w:p w14:paraId="70F0F1D6" w14:textId="77777777" w:rsidR="00734CF2" w:rsidRPr="00BE2544" w:rsidRDefault="00000000">
      <w:pPr>
        <w:spacing w:after="120"/>
        <w:rPr>
          <w:iCs/>
          <w:sz w:val="24"/>
          <w:szCs w:val="24"/>
        </w:rPr>
      </w:pPr>
      <w:r w:rsidRPr="00BE2544">
        <w:rPr>
          <w:iCs/>
          <w:sz w:val="24"/>
          <w:szCs w:val="24"/>
        </w:rPr>
        <w:t>Acceptable accuracy (Accuracy score ≥ 4), derived from the Accuracy rows above: OpenEvidence 87.5% (21/24), Claude 83.3% (20/24), ChatGPT 45.8% (11/24), Gemini 41.7% (10/24), Perplexity 37.5% (9/24).</w:t>
      </w:r>
    </w:p>
    <w:p w14:paraId="23ADF323" w14:textId="77777777" w:rsidR="00BE2544" w:rsidRDefault="00BE2544">
      <w:pPr>
        <w:spacing w:before="200" w:after="100"/>
        <w:rPr>
          <w:b/>
          <w:sz w:val="24"/>
          <w:szCs w:val="24"/>
        </w:rPr>
      </w:pPr>
    </w:p>
    <w:p w14:paraId="667AA28A" w14:textId="75CF1037" w:rsidR="00734CF2" w:rsidRDefault="00000000">
      <w:pPr>
        <w:spacing w:before="200" w:after="100"/>
        <w:rPr>
          <w:sz w:val="24"/>
          <w:szCs w:val="24"/>
        </w:rPr>
      </w:pPr>
      <w:r>
        <w:rPr>
          <w:b/>
          <w:sz w:val="24"/>
          <w:szCs w:val="24"/>
        </w:rPr>
        <w:t>Table S13. Inter-examiner calibration agreement (three examiners, 15-response subset)</w:t>
      </w:r>
    </w:p>
    <w:p w14:paraId="09BA7575" w14:textId="77777777" w:rsidR="00734CF2" w:rsidRDefault="00000000">
      <w:pPr>
        <w:spacing w:after="120"/>
        <w:rPr>
          <w:sz w:val="24"/>
          <w:szCs w:val="24"/>
        </w:rPr>
      </w:pPr>
      <w:r>
        <w:rPr>
          <w:sz w:val="24"/>
          <w:szCs w:val="24"/>
        </w:rPr>
        <w:t>Reproducibility of the Likert scoring, assessed by having all three examiners independently re-score a blinded 15-response calibration subset (C01–C15) spanning the three clinical domains and the full quality range. ICC = intraclass correlation coefficient, two-way random effects, absolute agreement (single-measure ICC(2,1) and average-measure ICC(2,k)); Krippendorff's alpha computed for ordinal data. n = 15 responses scored by 3 examiners.</w:t>
      </w:r>
    </w:p>
    <w:tbl>
      <w:tblPr>
        <w:tblStyle w:val="TableGrid"/>
        <w:tblW w:w="0" w:type="auto"/>
        <w:tblLook w:val="04A0" w:firstRow="1" w:lastRow="0" w:firstColumn="1" w:lastColumn="0" w:noHBand="0" w:noVBand="1"/>
      </w:tblPr>
      <w:tblGrid>
        <w:gridCol w:w="3000"/>
        <w:gridCol w:w="2100"/>
        <w:gridCol w:w="2100"/>
        <w:gridCol w:w="1505"/>
      </w:tblGrid>
      <w:tr w:rsidR="00734CF2" w14:paraId="16F57834" w14:textId="77777777">
        <w:tc>
          <w:tcPr>
            <w:tcW w:w="3000" w:type="dxa"/>
            <w:vAlign w:val="center"/>
          </w:tcPr>
          <w:p w14:paraId="5138BD81" w14:textId="77777777" w:rsidR="00734CF2" w:rsidRDefault="00000000">
            <w:pPr>
              <w:rPr>
                <w:sz w:val="20"/>
                <w:szCs w:val="20"/>
              </w:rPr>
            </w:pPr>
            <w:r>
              <w:rPr>
                <w:b/>
                <w:sz w:val="20"/>
                <w:szCs w:val="20"/>
              </w:rPr>
              <w:t>Parameter</w:t>
            </w:r>
          </w:p>
        </w:tc>
        <w:tc>
          <w:tcPr>
            <w:tcW w:w="2100" w:type="dxa"/>
            <w:vAlign w:val="center"/>
          </w:tcPr>
          <w:p w14:paraId="08CAD9F4" w14:textId="77777777" w:rsidR="00734CF2" w:rsidRDefault="00000000">
            <w:pPr>
              <w:jc w:val="center"/>
              <w:rPr>
                <w:sz w:val="20"/>
                <w:szCs w:val="20"/>
              </w:rPr>
            </w:pPr>
            <w:r>
              <w:rPr>
                <w:b/>
                <w:sz w:val="20"/>
                <w:szCs w:val="20"/>
              </w:rPr>
              <w:t>ICC(2,1) [95% CI]</w:t>
            </w:r>
          </w:p>
        </w:tc>
        <w:tc>
          <w:tcPr>
            <w:tcW w:w="2100" w:type="dxa"/>
            <w:vAlign w:val="center"/>
          </w:tcPr>
          <w:p w14:paraId="6918222E" w14:textId="77777777" w:rsidR="00734CF2" w:rsidRDefault="00000000">
            <w:pPr>
              <w:jc w:val="center"/>
              <w:rPr>
                <w:sz w:val="20"/>
                <w:szCs w:val="20"/>
              </w:rPr>
            </w:pPr>
            <w:r>
              <w:rPr>
                <w:b/>
                <w:sz w:val="20"/>
                <w:szCs w:val="20"/>
              </w:rPr>
              <w:t>ICC(2,k) [95% CI]</w:t>
            </w:r>
          </w:p>
        </w:tc>
        <w:tc>
          <w:tcPr>
            <w:tcW w:w="1440" w:type="dxa"/>
            <w:vAlign w:val="center"/>
          </w:tcPr>
          <w:p w14:paraId="5DE435EC" w14:textId="77777777" w:rsidR="00734CF2" w:rsidRDefault="00000000">
            <w:pPr>
              <w:jc w:val="center"/>
              <w:rPr>
                <w:sz w:val="20"/>
                <w:szCs w:val="20"/>
              </w:rPr>
            </w:pPr>
            <w:r>
              <w:rPr>
                <w:b/>
                <w:sz w:val="20"/>
                <w:szCs w:val="20"/>
              </w:rPr>
              <w:t>Krippendorff's α</w:t>
            </w:r>
          </w:p>
        </w:tc>
      </w:tr>
      <w:tr w:rsidR="00734CF2" w14:paraId="40133A90" w14:textId="77777777">
        <w:tc>
          <w:tcPr>
            <w:tcW w:w="3000" w:type="dxa"/>
            <w:vAlign w:val="center"/>
          </w:tcPr>
          <w:p w14:paraId="621111B8" w14:textId="77777777" w:rsidR="00734CF2" w:rsidRDefault="00000000">
            <w:pPr>
              <w:rPr>
                <w:sz w:val="20"/>
                <w:szCs w:val="20"/>
              </w:rPr>
            </w:pPr>
            <w:r>
              <w:rPr>
                <w:sz w:val="20"/>
                <w:szCs w:val="20"/>
              </w:rPr>
              <w:t>Accuracy</w:t>
            </w:r>
          </w:p>
        </w:tc>
        <w:tc>
          <w:tcPr>
            <w:tcW w:w="2100" w:type="dxa"/>
            <w:vAlign w:val="center"/>
          </w:tcPr>
          <w:p w14:paraId="43E1ADD7" w14:textId="77777777" w:rsidR="00734CF2" w:rsidRDefault="00000000">
            <w:pPr>
              <w:jc w:val="center"/>
              <w:rPr>
                <w:sz w:val="20"/>
                <w:szCs w:val="20"/>
              </w:rPr>
            </w:pPr>
            <w:r>
              <w:rPr>
                <w:sz w:val="20"/>
                <w:szCs w:val="20"/>
              </w:rPr>
              <w:t>0.83 [0.65, 0.93]</w:t>
            </w:r>
          </w:p>
        </w:tc>
        <w:tc>
          <w:tcPr>
            <w:tcW w:w="2100" w:type="dxa"/>
            <w:vAlign w:val="center"/>
          </w:tcPr>
          <w:p w14:paraId="43D6DD75" w14:textId="77777777" w:rsidR="00734CF2" w:rsidRDefault="00000000">
            <w:pPr>
              <w:jc w:val="center"/>
              <w:rPr>
                <w:sz w:val="20"/>
                <w:szCs w:val="20"/>
              </w:rPr>
            </w:pPr>
            <w:r>
              <w:rPr>
                <w:sz w:val="20"/>
                <w:szCs w:val="20"/>
              </w:rPr>
              <w:t>0.93 [0.85, 0.98]</w:t>
            </w:r>
          </w:p>
        </w:tc>
        <w:tc>
          <w:tcPr>
            <w:tcW w:w="1440" w:type="dxa"/>
            <w:vAlign w:val="center"/>
          </w:tcPr>
          <w:p w14:paraId="24FAAEDE" w14:textId="77777777" w:rsidR="00734CF2" w:rsidRDefault="00000000">
            <w:pPr>
              <w:jc w:val="center"/>
              <w:rPr>
                <w:sz w:val="20"/>
                <w:szCs w:val="20"/>
              </w:rPr>
            </w:pPr>
            <w:r>
              <w:rPr>
                <w:sz w:val="20"/>
                <w:szCs w:val="20"/>
              </w:rPr>
              <w:t>0.83</w:t>
            </w:r>
          </w:p>
        </w:tc>
      </w:tr>
      <w:tr w:rsidR="00734CF2" w14:paraId="310C8B1A" w14:textId="77777777">
        <w:tc>
          <w:tcPr>
            <w:tcW w:w="3000" w:type="dxa"/>
            <w:vAlign w:val="center"/>
          </w:tcPr>
          <w:p w14:paraId="3CBA7DD4" w14:textId="77777777" w:rsidR="00734CF2" w:rsidRDefault="00000000">
            <w:pPr>
              <w:rPr>
                <w:sz w:val="20"/>
                <w:szCs w:val="20"/>
              </w:rPr>
            </w:pPr>
            <w:r>
              <w:rPr>
                <w:sz w:val="20"/>
                <w:szCs w:val="20"/>
              </w:rPr>
              <w:t>Patient &amp; Operational Safety</w:t>
            </w:r>
          </w:p>
        </w:tc>
        <w:tc>
          <w:tcPr>
            <w:tcW w:w="2100" w:type="dxa"/>
            <w:vAlign w:val="center"/>
          </w:tcPr>
          <w:p w14:paraId="597A0DD9" w14:textId="77777777" w:rsidR="00734CF2" w:rsidRDefault="00000000">
            <w:pPr>
              <w:jc w:val="center"/>
              <w:rPr>
                <w:sz w:val="20"/>
                <w:szCs w:val="20"/>
              </w:rPr>
            </w:pPr>
            <w:r>
              <w:rPr>
                <w:sz w:val="20"/>
                <w:szCs w:val="20"/>
              </w:rPr>
              <w:t>0.73 [0.48, 0.89]</w:t>
            </w:r>
          </w:p>
        </w:tc>
        <w:tc>
          <w:tcPr>
            <w:tcW w:w="2100" w:type="dxa"/>
            <w:vAlign w:val="center"/>
          </w:tcPr>
          <w:p w14:paraId="3A7223E3" w14:textId="77777777" w:rsidR="00734CF2" w:rsidRDefault="00000000">
            <w:pPr>
              <w:jc w:val="center"/>
              <w:rPr>
                <w:sz w:val="20"/>
                <w:szCs w:val="20"/>
              </w:rPr>
            </w:pPr>
            <w:r>
              <w:rPr>
                <w:sz w:val="20"/>
                <w:szCs w:val="20"/>
              </w:rPr>
              <w:t>0.89 [0.73, 0.96]</w:t>
            </w:r>
          </w:p>
        </w:tc>
        <w:tc>
          <w:tcPr>
            <w:tcW w:w="1440" w:type="dxa"/>
            <w:vAlign w:val="center"/>
          </w:tcPr>
          <w:p w14:paraId="47D77E13" w14:textId="77777777" w:rsidR="00734CF2" w:rsidRDefault="00000000">
            <w:pPr>
              <w:jc w:val="center"/>
              <w:rPr>
                <w:sz w:val="20"/>
                <w:szCs w:val="20"/>
              </w:rPr>
            </w:pPr>
            <w:r>
              <w:rPr>
                <w:sz w:val="20"/>
                <w:szCs w:val="20"/>
              </w:rPr>
              <w:t>0.72</w:t>
            </w:r>
          </w:p>
        </w:tc>
      </w:tr>
      <w:tr w:rsidR="00734CF2" w14:paraId="07954CFC" w14:textId="77777777">
        <w:tc>
          <w:tcPr>
            <w:tcW w:w="3000" w:type="dxa"/>
            <w:vAlign w:val="center"/>
          </w:tcPr>
          <w:p w14:paraId="49412303" w14:textId="77777777" w:rsidR="00734CF2" w:rsidRDefault="00000000">
            <w:pPr>
              <w:rPr>
                <w:sz w:val="20"/>
                <w:szCs w:val="20"/>
              </w:rPr>
            </w:pPr>
            <w:r>
              <w:rPr>
                <w:sz w:val="20"/>
                <w:szCs w:val="20"/>
              </w:rPr>
              <w:t>Freedom from Hallucinations</w:t>
            </w:r>
          </w:p>
        </w:tc>
        <w:tc>
          <w:tcPr>
            <w:tcW w:w="2100" w:type="dxa"/>
            <w:vAlign w:val="center"/>
          </w:tcPr>
          <w:p w14:paraId="62E8F744" w14:textId="77777777" w:rsidR="00734CF2" w:rsidRDefault="00000000">
            <w:pPr>
              <w:jc w:val="center"/>
              <w:rPr>
                <w:sz w:val="20"/>
                <w:szCs w:val="20"/>
              </w:rPr>
            </w:pPr>
            <w:r>
              <w:rPr>
                <w:sz w:val="20"/>
                <w:szCs w:val="20"/>
              </w:rPr>
              <w:t>0.71 [0.46, 0.88]</w:t>
            </w:r>
          </w:p>
        </w:tc>
        <w:tc>
          <w:tcPr>
            <w:tcW w:w="2100" w:type="dxa"/>
            <w:vAlign w:val="center"/>
          </w:tcPr>
          <w:p w14:paraId="1E62C8FE" w14:textId="77777777" w:rsidR="00734CF2" w:rsidRDefault="00000000">
            <w:pPr>
              <w:jc w:val="center"/>
              <w:rPr>
                <w:sz w:val="20"/>
                <w:szCs w:val="20"/>
              </w:rPr>
            </w:pPr>
            <w:r>
              <w:rPr>
                <w:sz w:val="20"/>
                <w:szCs w:val="20"/>
              </w:rPr>
              <w:t>0.88 [0.72, 0.96]</w:t>
            </w:r>
          </w:p>
        </w:tc>
        <w:tc>
          <w:tcPr>
            <w:tcW w:w="1440" w:type="dxa"/>
            <w:vAlign w:val="center"/>
          </w:tcPr>
          <w:p w14:paraId="4EC57138" w14:textId="77777777" w:rsidR="00734CF2" w:rsidRDefault="00000000">
            <w:pPr>
              <w:jc w:val="center"/>
              <w:rPr>
                <w:sz w:val="20"/>
                <w:szCs w:val="20"/>
              </w:rPr>
            </w:pPr>
            <w:r>
              <w:rPr>
                <w:sz w:val="20"/>
                <w:szCs w:val="20"/>
              </w:rPr>
              <w:t>0.66</w:t>
            </w:r>
          </w:p>
        </w:tc>
      </w:tr>
      <w:tr w:rsidR="00734CF2" w14:paraId="58515945" w14:textId="77777777">
        <w:tc>
          <w:tcPr>
            <w:tcW w:w="3000" w:type="dxa"/>
            <w:vAlign w:val="center"/>
          </w:tcPr>
          <w:p w14:paraId="05B718A5" w14:textId="77777777" w:rsidR="00734CF2" w:rsidRDefault="00000000">
            <w:pPr>
              <w:rPr>
                <w:sz w:val="20"/>
                <w:szCs w:val="20"/>
              </w:rPr>
            </w:pPr>
            <w:r>
              <w:rPr>
                <w:sz w:val="20"/>
                <w:szCs w:val="20"/>
              </w:rPr>
              <w:t>Completeness of Protocol</w:t>
            </w:r>
          </w:p>
        </w:tc>
        <w:tc>
          <w:tcPr>
            <w:tcW w:w="2100" w:type="dxa"/>
            <w:vAlign w:val="center"/>
          </w:tcPr>
          <w:p w14:paraId="5C393527" w14:textId="77777777" w:rsidR="00734CF2" w:rsidRDefault="00000000">
            <w:pPr>
              <w:jc w:val="center"/>
              <w:rPr>
                <w:sz w:val="20"/>
                <w:szCs w:val="20"/>
              </w:rPr>
            </w:pPr>
            <w:r>
              <w:rPr>
                <w:sz w:val="20"/>
                <w:szCs w:val="20"/>
              </w:rPr>
              <w:t>0.61 [0.33, 0.83]</w:t>
            </w:r>
          </w:p>
        </w:tc>
        <w:tc>
          <w:tcPr>
            <w:tcW w:w="2100" w:type="dxa"/>
            <w:vAlign w:val="center"/>
          </w:tcPr>
          <w:p w14:paraId="19B8F063" w14:textId="77777777" w:rsidR="00734CF2" w:rsidRDefault="00000000">
            <w:pPr>
              <w:jc w:val="center"/>
              <w:rPr>
                <w:sz w:val="20"/>
                <w:szCs w:val="20"/>
              </w:rPr>
            </w:pPr>
            <w:r>
              <w:rPr>
                <w:sz w:val="20"/>
                <w:szCs w:val="20"/>
              </w:rPr>
              <w:t>0.83 [0.59, 0.94]</w:t>
            </w:r>
          </w:p>
        </w:tc>
        <w:tc>
          <w:tcPr>
            <w:tcW w:w="1440" w:type="dxa"/>
            <w:vAlign w:val="center"/>
          </w:tcPr>
          <w:p w14:paraId="66EAC9EC" w14:textId="77777777" w:rsidR="00734CF2" w:rsidRDefault="00000000">
            <w:pPr>
              <w:jc w:val="center"/>
              <w:rPr>
                <w:sz w:val="20"/>
                <w:szCs w:val="20"/>
              </w:rPr>
            </w:pPr>
            <w:r>
              <w:rPr>
                <w:sz w:val="20"/>
                <w:szCs w:val="20"/>
              </w:rPr>
              <w:t>0.65</w:t>
            </w:r>
          </w:p>
        </w:tc>
      </w:tr>
      <w:tr w:rsidR="00734CF2" w14:paraId="18F51644" w14:textId="77777777">
        <w:tc>
          <w:tcPr>
            <w:tcW w:w="3000" w:type="dxa"/>
            <w:vAlign w:val="center"/>
          </w:tcPr>
          <w:p w14:paraId="43DA938B" w14:textId="77777777" w:rsidR="00734CF2" w:rsidRDefault="00000000">
            <w:pPr>
              <w:rPr>
                <w:sz w:val="20"/>
                <w:szCs w:val="20"/>
              </w:rPr>
            </w:pPr>
            <w:r>
              <w:rPr>
                <w:sz w:val="20"/>
                <w:szCs w:val="20"/>
              </w:rPr>
              <w:t>Composite (mean of four)</w:t>
            </w:r>
          </w:p>
        </w:tc>
        <w:tc>
          <w:tcPr>
            <w:tcW w:w="2100" w:type="dxa"/>
            <w:vAlign w:val="center"/>
          </w:tcPr>
          <w:p w14:paraId="335B0F6B" w14:textId="77777777" w:rsidR="00734CF2" w:rsidRDefault="00000000">
            <w:pPr>
              <w:jc w:val="center"/>
              <w:rPr>
                <w:sz w:val="20"/>
                <w:szCs w:val="20"/>
              </w:rPr>
            </w:pPr>
            <w:r>
              <w:rPr>
                <w:sz w:val="20"/>
                <w:szCs w:val="20"/>
              </w:rPr>
              <w:t>0.85 [0.69, 0.94]</w:t>
            </w:r>
          </w:p>
        </w:tc>
        <w:tc>
          <w:tcPr>
            <w:tcW w:w="2100" w:type="dxa"/>
            <w:vAlign w:val="center"/>
          </w:tcPr>
          <w:p w14:paraId="476B4021" w14:textId="77777777" w:rsidR="00734CF2" w:rsidRDefault="00000000">
            <w:pPr>
              <w:jc w:val="center"/>
              <w:rPr>
                <w:sz w:val="20"/>
                <w:szCs w:val="20"/>
              </w:rPr>
            </w:pPr>
            <w:r>
              <w:rPr>
                <w:sz w:val="20"/>
                <w:szCs w:val="20"/>
              </w:rPr>
              <w:t>0.95 [0.87, 0.98]</w:t>
            </w:r>
          </w:p>
        </w:tc>
        <w:tc>
          <w:tcPr>
            <w:tcW w:w="1440" w:type="dxa"/>
            <w:vAlign w:val="center"/>
          </w:tcPr>
          <w:p w14:paraId="78881E08" w14:textId="77777777" w:rsidR="00734CF2" w:rsidRDefault="00000000">
            <w:pPr>
              <w:jc w:val="center"/>
              <w:rPr>
                <w:sz w:val="20"/>
                <w:szCs w:val="20"/>
              </w:rPr>
            </w:pPr>
            <w:r>
              <w:rPr>
                <w:sz w:val="20"/>
                <w:szCs w:val="20"/>
              </w:rPr>
              <w:t>—</w:t>
            </w:r>
          </w:p>
        </w:tc>
      </w:tr>
      <w:tr w:rsidR="00734CF2" w14:paraId="6B2FACD9" w14:textId="77777777">
        <w:tc>
          <w:tcPr>
            <w:tcW w:w="3000" w:type="dxa"/>
            <w:vAlign w:val="center"/>
          </w:tcPr>
          <w:p w14:paraId="0D63DDD6" w14:textId="77777777" w:rsidR="00734CF2" w:rsidRDefault="00000000">
            <w:pPr>
              <w:rPr>
                <w:sz w:val="20"/>
                <w:szCs w:val="20"/>
              </w:rPr>
            </w:pPr>
            <w:r>
              <w:rPr>
                <w:sz w:val="20"/>
                <w:szCs w:val="20"/>
              </w:rPr>
              <w:t>All parameters pooled</w:t>
            </w:r>
          </w:p>
        </w:tc>
        <w:tc>
          <w:tcPr>
            <w:tcW w:w="2100" w:type="dxa"/>
            <w:vAlign w:val="center"/>
          </w:tcPr>
          <w:p w14:paraId="4B4217E2" w14:textId="77777777" w:rsidR="00734CF2" w:rsidRDefault="00000000">
            <w:pPr>
              <w:jc w:val="center"/>
              <w:rPr>
                <w:sz w:val="20"/>
                <w:szCs w:val="20"/>
              </w:rPr>
            </w:pPr>
            <w:r>
              <w:rPr>
                <w:sz w:val="20"/>
                <w:szCs w:val="20"/>
              </w:rPr>
              <w:t>0.72 [0.60, 0.81]</w:t>
            </w:r>
          </w:p>
        </w:tc>
        <w:tc>
          <w:tcPr>
            <w:tcW w:w="2100" w:type="dxa"/>
            <w:vAlign w:val="center"/>
          </w:tcPr>
          <w:p w14:paraId="419B1B55" w14:textId="77777777" w:rsidR="00734CF2" w:rsidRDefault="00000000">
            <w:pPr>
              <w:jc w:val="center"/>
              <w:rPr>
                <w:sz w:val="20"/>
                <w:szCs w:val="20"/>
              </w:rPr>
            </w:pPr>
            <w:r>
              <w:rPr>
                <w:sz w:val="20"/>
                <w:szCs w:val="20"/>
              </w:rPr>
              <w:t>0.89 [0.82, 0.93]</w:t>
            </w:r>
          </w:p>
        </w:tc>
        <w:tc>
          <w:tcPr>
            <w:tcW w:w="1440" w:type="dxa"/>
            <w:vAlign w:val="center"/>
          </w:tcPr>
          <w:p w14:paraId="76746ABC" w14:textId="77777777" w:rsidR="00734CF2" w:rsidRDefault="00000000">
            <w:pPr>
              <w:jc w:val="center"/>
              <w:rPr>
                <w:sz w:val="20"/>
                <w:szCs w:val="20"/>
              </w:rPr>
            </w:pPr>
            <w:r>
              <w:rPr>
                <w:sz w:val="20"/>
                <w:szCs w:val="20"/>
              </w:rPr>
              <w:t>0.73</w:t>
            </w:r>
          </w:p>
        </w:tc>
      </w:tr>
    </w:tbl>
    <w:p w14:paraId="1F06F918" w14:textId="77777777" w:rsidR="00734CF2" w:rsidRPr="00BE2544" w:rsidRDefault="00000000">
      <w:pPr>
        <w:spacing w:after="120"/>
        <w:rPr>
          <w:iCs/>
          <w:sz w:val="24"/>
          <w:szCs w:val="24"/>
        </w:rPr>
      </w:pPr>
      <w:r w:rsidRPr="00BE2544">
        <w:rPr>
          <w:iCs/>
          <w:sz w:val="24"/>
          <w:szCs w:val="24"/>
        </w:rPr>
        <w:t>Across all 60 rating positions, examiners agreed exactly in 69.4% of cases and to within one scale point in 91.1% (pairwise range: exact 63.3–75.0%, within one point 88.3–93.3%). The average-measure ICC of 0.95 for the composite indicates excellent reproducibility of the three-examiner mean; single-rater coefficients fall in the good range, with the more interpretive Completeness parameter showing the greatest residual variability.</w:t>
      </w:r>
    </w:p>
    <w:p w14:paraId="698ED5B9" w14:textId="63554195" w:rsidR="00E71A28" w:rsidRPr="003138B3" w:rsidRDefault="00E71A28">
      <w:pPr>
        <w:spacing w:after="80"/>
        <w:rPr>
          <w:sz w:val="24"/>
          <w:szCs w:val="24"/>
        </w:rPr>
      </w:pPr>
    </w:p>
    <w:sectPr w:rsidR="00E71A28" w:rsidRPr="003138B3"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17956688">
    <w:abstractNumId w:val="8"/>
  </w:num>
  <w:num w:numId="2" w16cid:durableId="979504953">
    <w:abstractNumId w:val="6"/>
  </w:num>
  <w:num w:numId="3" w16cid:durableId="2135781891">
    <w:abstractNumId w:val="5"/>
  </w:num>
  <w:num w:numId="4" w16cid:durableId="400250160">
    <w:abstractNumId w:val="4"/>
  </w:num>
  <w:num w:numId="5" w16cid:durableId="882329302">
    <w:abstractNumId w:val="7"/>
  </w:num>
  <w:num w:numId="6" w16cid:durableId="217523318">
    <w:abstractNumId w:val="3"/>
  </w:num>
  <w:num w:numId="7" w16cid:durableId="1615406848">
    <w:abstractNumId w:val="2"/>
  </w:num>
  <w:num w:numId="8" w16cid:durableId="604967277">
    <w:abstractNumId w:val="1"/>
  </w:num>
  <w:num w:numId="9" w16cid:durableId="6065484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54FE"/>
    <w:rsid w:val="00034616"/>
    <w:rsid w:val="0006063C"/>
    <w:rsid w:val="0015074B"/>
    <w:rsid w:val="0029639D"/>
    <w:rsid w:val="003138B3"/>
    <w:rsid w:val="00321896"/>
    <w:rsid w:val="00326F90"/>
    <w:rsid w:val="00415195"/>
    <w:rsid w:val="00444DB4"/>
    <w:rsid w:val="00734CF2"/>
    <w:rsid w:val="007745E5"/>
    <w:rsid w:val="008E7D12"/>
    <w:rsid w:val="00AA1D8D"/>
    <w:rsid w:val="00B47730"/>
    <w:rsid w:val="00BE2544"/>
    <w:rsid w:val="00CB0664"/>
    <w:rsid w:val="00E71A28"/>
    <w:rsid w:val="00FA0BB2"/>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C9E923"/>
  <w14:defaultImageDpi w14:val="300"/>
  <w15:docId w15:val="{E102C37B-9A31-4C72-A03C-056AEB538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12</Pages>
  <Words>3002</Words>
  <Characters>15013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17980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יניב מאייר</cp:lastModifiedBy>
  <cp:revision>5</cp:revision>
  <dcterms:created xsi:type="dcterms:W3CDTF">2026-06-28T14:00:00Z</dcterms:created>
  <dcterms:modified xsi:type="dcterms:W3CDTF">2026-07-02T16:50:00Z</dcterms:modified>
  <cp:category/>
</cp:coreProperties>
</file>